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19191" cy="8229601"/>
            <wp:docPr id="1" name="Picture 1"/>
            <wp:cNvGraphicFramePr>
              <a:graphicFrameLocks noChangeAspect="1"/>
            </wp:cNvGraphicFramePr>
            <a:graphic>
              <a:graphicData uri="http://schemas.openxmlformats.org/drawingml/2006/picture">
                <pic:pic>
                  <pic:nvPicPr>
                    <pic:cNvPr id="0" name="9781982154820.jpg"/>
                    <pic:cNvPicPr/>
                  </pic:nvPicPr>
                  <pic:blipFill>
                    <a:blip r:embed="rId9"/>
                    <a:stretch>
                      <a:fillRect/>
                    </a:stretch>
                  </pic:blipFill>
                  <pic:spPr>
                    <a:xfrm>
                      <a:off x="0" y="0"/>
                      <a:ext cx="5419191" cy="8229601"/>
                    </a:xfrm>
                    <a:prstGeom prst="rect"/>
                  </pic:spPr>
                </pic:pic>
              </a:graphicData>
            </a:graphic>
          </wp:inline>
        </w:drawing>
      </w:r>
    </w:p>
    <w:p>
      <w:pPr>
        <w:spacing w:after="80"/>
      </w:pPr>
      <w:r>
        <w:rPr>
          <w:b w:val="0"/>
          <w:i w:val="0"/>
        </w:rPr>
        <w:t>Cảm ơn bạn đã tải ebook này của Simon &amp; Schuster.</w:t>
      </w:r>
    </w:p>
    <w:p>
      <w:pPr>
        <w:spacing w:after="80"/>
      </w:pPr>
      <w:r>
        <w:rPr>
          <w:b w:val="0"/>
          <w:i w:val="0"/>
        </w:rPr>
        <w:t>Nhận một ebook MIỄN PHÍ khi bạn tham gia danh sách gửi thư của chúng tôi. Ngoài ra, hãy nhận thông tin cập nhật về các bản phát hành mới, ưu đãi, sách gợi ý đọc và nhiều hơn nữa từ Simon &amp; Schuster. Nhấp vào bên dưới để đăng ký và xem các điều khoản và điều kiện.</w:t>
      </w:r>
    </w:p>
    <w:p>
      <w:pPr>
        <w:spacing w:after="80"/>
      </w:pPr>
      <w:r>
        <w:rPr>
          <w:b w:val="0"/>
          <w:i w:val="0"/>
        </w:rPr>
        <w:t>NHẤP VÀO ĐÂY ĐỂ ĐĂNG KÝ</w:t>
      </w:r>
    </w:p>
    <w:p>
      <w:pPr>
        <w:spacing w:after="80"/>
      </w:pPr>
      <w:r>
        <w:rPr>
          <w:b w:val="0"/>
          <w:i w:val="0"/>
        </w:rPr>
        <w:t>Đã là người đăng ký? Cung cấp lại email của bạn để chúng tôi có thể đăng ký ebook này và gửi cho bạn thêm những nội dung bạn thích đọc. Bạn sẽ tiếp tục nhận được các ưu đãi độc quyền trong hộp thư đến của mình.</w:t>
      </w:r>
    </w:p>
    <w:p>
      <w:pPr>
        <w:jc w:val="center"/>
      </w:pPr>
      <w:r>
        <w:drawing>
          <wp:inline xmlns:a="http://schemas.openxmlformats.org/drawingml/2006/main" xmlns:pic="http://schemas.openxmlformats.org/drawingml/2006/picture">
            <wp:extent cx="5485028" cy="8229599"/>
            <wp:docPr id="2" name="Picture 2"/>
            <wp:cNvGraphicFramePr>
              <a:graphicFrameLocks noChangeAspect="1"/>
            </wp:cNvGraphicFramePr>
            <a:graphic>
              <a:graphicData uri="http://schemas.openxmlformats.org/drawingml/2006/picture">
                <pic:pic>
                  <pic:nvPicPr>
                    <pic:cNvPr id="0" name="title.jpg"/>
                    <pic:cNvPicPr/>
                  </pic:nvPicPr>
                  <pic:blipFill>
                    <a:blip r:embed="rId10"/>
                    <a:stretch>
                      <a:fillRect/>
                    </a:stretch>
                  </pic:blipFill>
                  <pic:spPr>
                    <a:xfrm>
                      <a:off x="0" y="0"/>
                      <a:ext cx="5485028" cy="8229599"/>
                    </a:xfrm>
                    <a:prstGeom prst="rect"/>
                  </pic:spPr>
                </pic:pic>
              </a:graphicData>
            </a:graphic>
          </wp:inline>
        </w:drawing>
      </w:r>
    </w:p>
    <w:p>
      <w:pPr>
        <w:spacing w:after="80"/>
      </w:pPr>
      <w:r>
        <w:rPr>
          <w:b w:val="0"/>
          <w:i w:val="0"/>
        </w:rPr>
        <w:t>Gửi cha tôi, Gabreal Bet-David, Aristotle của đời tôi</w:t>
      </w:r>
    </w:p>
    <w:p>
      <w:pPr>
        <w:jc w:val="center"/>
      </w:pPr>
      <w:r>
        <w:drawing>
          <wp:inline xmlns:a="http://schemas.openxmlformats.org/drawingml/2006/main" xmlns:pic="http://schemas.openxmlformats.org/drawingml/2006/picture">
            <wp:extent cx="1333500" cy="85725"/>
            <wp:docPr id="3" name="Picture 3"/>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1"/>
      </w:pPr>
      <w:r>
        <w:rPr>
          <w:rFonts w:ascii="Calibri" w:hAnsi="Calibri"/>
          <w:b/>
          <w:i w:val="0"/>
          <w:sz w:val="40"/>
        </w:rPr>
        <w:t>Lời tác giả</w:t>
      </w:r>
    </w:p>
    <w:p>
      <w:pPr>
        <w:spacing w:after="80"/>
      </w:pPr>
      <w:r>
        <w:rPr>
          <w:b w:val="0"/>
          <w:i w:val="0"/>
        </w:rPr>
        <w:t>Tôi kể những câu chuyện từ hơn ba mươi năm trước và cố gắng hết sức để mô tả những sự kiện đó một cách chính xác. Những người trong cuốn sách được nhận diện bằng cả họ và tên là người thật. Những người chỉ được nhắc đến bằng tên riêng thì hoặc là nhân vật tổng hợp, hoặc là những người đã được thay đổi tên và các chi tiết nhận dạng. Cốt lõi câu chuyện của họ là có thật.</w:t>
      </w:r>
    </w:p>
    <w:p>
      <w:pPr>
        <w:jc w:val="center"/>
      </w:pPr>
      <w:r>
        <w:drawing>
          <wp:inline xmlns:a="http://schemas.openxmlformats.org/drawingml/2006/main" xmlns:pic="http://schemas.openxmlformats.org/drawingml/2006/picture">
            <wp:extent cx="1333500" cy="85725"/>
            <wp:docPr id="4" name="Picture 4"/>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1"/>
      </w:pPr>
      <w:r>
        <w:rPr>
          <w:rFonts w:ascii="Calibri" w:hAnsi="Calibri"/>
          <w:b/>
          <w:i w:val="0"/>
          <w:sz w:val="40"/>
        </w:rPr>
        <w:t xml:space="preserve">Giới thiệu </w:t>
      </w:r>
      <w:r>
        <w:rPr>
          <w:rFonts w:ascii="Calibri" w:hAnsi="Calibri"/>
          <w:b/>
          <w:i w:val="0"/>
          <w:sz w:val="40"/>
        </w:rPr>
        <w:t>Trước nước đi đầu tiên của bạn</w:t>
      </w:r>
    </w:p>
    <w:p>
      <w:pPr>
        <w:spacing w:after="80"/>
      </w:pPr>
      <w:r>
        <w:rPr>
          <w:b w:val="0"/>
          <w:i w:val="0"/>
        </w:rPr>
        <w:t xml:space="preserve">Khi lần đầu xem </w:t>
      </w:r>
      <w:r>
        <w:rPr>
          <w:b w:val="0"/>
          <w:i/>
        </w:rPr>
        <w:t>Magnus</w:t>
      </w:r>
      <w:r>
        <w:rPr>
          <w:b w:val="0"/>
          <w:i w:val="0"/>
        </w:rPr>
        <w:t xml:space="preserve">, bộ phim tài liệu về Magnus Carlsen, tôi không thể ngừng nghĩ về những điểm tương đồng với kinh doanh. Carlsen là một thần đồng cờ vua người Na Uy, người đã trở thành đại kiện tướng (grand master) năm mười ba tuổi. Nói về một người có tầm nhìn xa; anh ấy liên tục suy nghĩ trước tới mười lăm nước đi. Khi làm vậy, anh ấy có khả năng kỳ lạ là dự đoán (và kiểm soát) những gì đối thủ sẽ làm. Tôi cũng rất ấn tượng với sự chuẩn bị tỉ mỉ của anh ấy. Bởi vì Carlsen đã chơi ván cờ trong đầu mình rất nhiều lần </w:t>
      </w:r>
      <w:r>
        <w:rPr>
          <w:b w:val="0"/>
          <w:i/>
        </w:rPr>
        <w:t>trước khi</w:t>
      </w:r>
      <w:r>
        <w:rPr>
          <w:b w:val="0"/>
          <w:i w:val="0"/>
        </w:rPr>
        <w:t xml:space="preserve"> nó thực sự diễn ra, anh ấy không hề nao núng trong lúc giao tranh căng thẳng. Thêm nữa, anh ấy phải đối mặt với điều mà các nhà sáng lập và CEO luôn gặp phải. Anh ấy nói: "Nếu bạn muốn lên đến đỉnh cao, luôn có nguy cơ rằng nó sẽ khiến bạn tách biệt khỏi những người khác."</w:t>
      </w:r>
    </w:p>
    <w:p>
      <w:pPr>
        <w:spacing w:after="80"/>
      </w:pPr>
      <w:r>
        <w:rPr>
          <w:b w:val="0"/>
          <w:i w:val="0"/>
        </w:rPr>
        <w:t xml:space="preserve">Sau khi xem </w:t>
      </w:r>
      <w:r>
        <w:rPr>
          <w:b w:val="0"/>
          <w:i/>
        </w:rPr>
        <w:t>Magnus</w:t>
      </w:r>
      <w:r>
        <w:rPr>
          <w:b w:val="0"/>
          <w:i w:val="0"/>
        </w:rPr>
        <w:t>, tôi tiếp tục nghĩ về việc những doanh nhân thành công và các bậc thầy cờ vua có chung với nhau nhiều đến mức nào. Tôi không ngạc nhiên khi biết rằng nhà sáng lập Tesla và SpaceX, Elon Musk, bắt đầu chơi cờ vua từ khi còn nhỏ. "Anh ấy có thể nhìn thấy mọi thứ rõ ràng hơn theo một cách mà không ai khác mà tôi biết có thể hiểu được," anh trai anh ấy, Kimbal, nói. "Trong cờ vua có một thứ mà nếu bạn là đại kiện tướng, bạn có thể nhìn thấy trước mười hai nước đi. Và trong bất kỳ tình huống cụ thể nào, Elon đều có thể nhìn thấy mọi thứ trước mười hai nước đi."</w:t>
      </w:r>
    </w:p>
    <w:p>
      <w:pPr>
        <w:spacing w:after="80"/>
      </w:pPr>
      <w:r>
        <w:rPr>
          <w:b w:val="0"/>
          <w:i w:val="0"/>
        </w:rPr>
        <w:t>Câu nói đó về Musk đã đặt mọi thứ vào đúng bối cảnh. Hầu hết mọi người không nghĩ xa hơn một hay hai nước đi. Những người đó là những kẻ nghiệp dư và nhanh chóng thất bại trong kinh doanh. Chiến lược hiệu quả là thực hiện một nước đi và sẵn sàng tung ra một loạt nước đi tiếp theo dựa trên cách thị trường hoặc đối thủ cạnh tranh của bạn phản ứng. Bạn phải nghĩ xa hơn cú đánh đầu tiên của mình để thực thi một chiến lược hiệu quả. Khi bạn bắt đầu thực sự giỏi, bạn lường trước được cách người khác sẽ phản ứng và có thể triển khai một loạt nước đi gần như không thể chống lại.</w:t>
      </w:r>
    </w:p>
    <w:p>
      <w:pPr>
        <w:spacing w:after="80"/>
      </w:pPr>
      <w:r>
        <w:rPr>
          <w:b w:val="0"/>
          <w:i w:val="0"/>
        </w:rPr>
        <w:t xml:space="preserve">Dù kinh doanh là một trò chơi của việc nghĩ trước nhiều nước đi, đây không phải là một cuốn sách về cờ vua. Cuốn sách này nói về việc lấy tầm nhìn và tư duy của một bậc thầy cờ vua và áp dụng nó vào kinh doanh. Thực tế, bạn thậm chí không cần biết gì về trò chơi này. Không có ví dụ cờ vua cụ thể nào trong những trang tiếp theo, nhưng có rất nhiều ví dụ về những người đàn ông và phụ nữ thành công, những người </w:t>
      </w:r>
      <w:r>
        <w:rPr>
          <w:b w:val="0"/>
          <w:i/>
        </w:rPr>
        <w:t>suy nghĩ</w:t>
      </w:r>
      <w:r>
        <w:rPr>
          <w:b w:val="0"/>
          <w:i w:val="0"/>
        </w:rPr>
        <w:t xml:space="preserve"> như những kỳ thủ cờ vua chiến thắng.</w:t>
      </w:r>
    </w:p>
    <w:p>
      <w:pPr>
        <w:spacing w:after="80"/>
      </w:pPr>
      <w:r>
        <w:rPr>
          <w:b w:val="0"/>
          <w:i w:val="0"/>
        </w:rPr>
        <w:t xml:space="preserve">Những người không nghĩ xa hơn một nước đi bị thúc đẩy bởi </w:t>
      </w:r>
      <w:r>
        <w:rPr>
          <w:b w:val="0"/>
          <w:i/>
        </w:rPr>
        <w:t>cái tôi, cảm xúc</w:t>
      </w:r>
      <w:r>
        <w:rPr>
          <w:b w:val="0"/>
          <w:i w:val="0"/>
        </w:rPr>
        <w:t xml:space="preserve"> và </w:t>
      </w:r>
      <w:r>
        <w:rPr>
          <w:b w:val="0"/>
          <w:i/>
        </w:rPr>
        <w:t>nỗi sợ</w:t>
      </w:r>
      <w:r>
        <w:rPr>
          <w:b w:val="0"/>
          <w:i w:val="0"/>
        </w:rPr>
        <w:t>. Nhân viên bán hàng giỏi nhất của bạn đe dọa nghỉ việc nếu bạn không tăng lương cho anh ta. Kẻ nghiệp dư đầy cảm xúc phản ứng bằng cách nói "Không ai đe dọa được tôi" hoặc "Dù sao chúng ta cũng không cần anh ta." Ngược lại, nhà chiến lược thực dụng đang vạch ra những nước đi tiếp theo của mình.</w:t>
      </w:r>
    </w:p>
    <w:p>
      <w:pPr>
        <w:spacing w:after="80"/>
      </w:pPr>
      <w:r>
        <w:rPr>
          <w:b w:val="0"/>
          <w:i w:val="0"/>
        </w:rPr>
        <w:t xml:space="preserve">Cách tiếp cận tương tự cũng áp dụng cho việc nuôi dạy con cái. Cho trẻ bất cứ thứ gì chúng đòi—dù là kẹo, iPad, hay sự cho phép bỏ tập piano—cảm giác thật tuyệt vời. Chúng mỉm cười và nói với bạn rằng chúng yêu bạn nhiều đến mức nào. Bạn cũng biết rằng lựa chọn thay thế—một trận ăn vạ toàn diện, trong đó nọc độc và sự căm ghét sẽ được ném vào bạn—sẽ cảm thấy thật tồi tệ. Tình huống này cho bạn thấy rằng, giống như hầu hết các quyết định kinh doanh, một lựa chọn rõ ràng là </w:t>
      </w:r>
      <w:r>
        <w:rPr>
          <w:b w:val="0"/>
          <w:i/>
        </w:rPr>
        <w:t>dễ dàng hơn</w:t>
      </w:r>
      <w:r>
        <w:rPr>
          <w:b w:val="0"/>
          <w:i w:val="0"/>
        </w:rPr>
        <w:t xml:space="preserve">; lựa chọn kia—đòi hỏi phải nghĩ trước năm nước đi—là lựa chọn </w:t>
      </w:r>
      <w:r>
        <w:rPr>
          <w:b w:val="0"/>
          <w:i/>
        </w:rPr>
        <w:t>hiệu quả hơn</w:t>
      </w:r>
      <w:r>
        <w:rPr>
          <w:b w:val="0"/>
          <w:i w:val="0"/>
        </w:rPr>
        <w:t>.</w:t>
      </w:r>
    </w:p>
    <w:p>
      <w:pPr>
        <w:spacing w:after="80"/>
      </w:pPr>
      <w:r>
        <w:rPr>
          <w:b w:val="0"/>
          <w:i w:val="0"/>
        </w:rPr>
        <w:t>Tôi ước gì ai đó đã dạy tôi suy nghĩ theo cách này khi tôi đang chuyển từ nhân viên bán hàng sang quản lý bán hàng, rồi nhà sáng lập, rồi CEO. Ở mỗi giai đoạn phát triển của mình, kiểu tư duy phản biện này đã có thể tiết kiệm cho tôi hàng triệu đô la và hàng tá cơn hoảng loạn. Khi tôi ngẫm lại về cách mình đi từ một nhân viên bán hàng phòng tập thể hình nóng tính, bất an, tự phụ trở thành một CEO có chiến lược, tự nhận thức và tự tin, tôi thấy rằng chìa khóa là học cách suy nghĩ trước ít nhất năm nước đi.</w:t>
      </w:r>
    </w:p>
    <w:p>
      <w:pPr>
        <w:spacing w:after="80"/>
      </w:pPr>
      <w:r>
        <w:rPr>
          <w:b w:val="0"/>
          <w:i w:val="0"/>
        </w:rPr>
        <w:t xml:space="preserve">Một số bạn là những người cầu toàn có thể đang thắc mắc tại sao </w:t>
      </w:r>
      <w:r>
        <w:rPr>
          <w:b w:val="0"/>
          <w:i/>
        </w:rPr>
        <w:t>chỉ</w:t>
      </w:r>
      <w:r>
        <w:rPr>
          <w:b w:val="0"/>
          <w:i w:val="0"/>
        </w:rPr>
        <w:t xml:space="preserve"> năm nước đi. Có hai lý do. Thứ nhất, năm nước đi là điểm ngọt ngào của chiến lược chu đáo và hành động nhanh chóng. Dù có thể có những lúc bạn muốn nghĩ xa hơn năm nước đi, chẳng hạn như tại một cuộc họp thường niên ngoài văn phòng hoặc khi bạn đang phân tích một thương vụ mua lại khả thi (hay xây dựng một thuộc địa trên sao Hỏa), nghĩ quá nhiều nước đi có thể dẫn đến tê liệt vì phân tích quá nhiều. Năm nước đi là đủ để đảm bảo bạn đang lường trước các kết quả trong tương lai và nhìn thấy các nước đi và nước đối phó. Lý do thứ hai là, ở tầm vĩ mô, có năm nước đi bạn cần nắm vững để thành công trong kinh doanh. Tôi đã chia cuốn sách thành năm nước đi này để đảm bảo bạn biết chính xác mình cần làm gì để đạt được thành công.</w:t>
      </w:r>
    </w:p>
    <w:p>
      <w:pPr>
        <w:spacing w:after="80"/>
      </w:pPr>
      <w:r>
        <w:rPr>
          <w:b w:val="0"/>
          <w:i w:val="0"/>
        </w:rPr>
        <w:t>Có nhiều thứ tôi không làm được. Tôi cao 1m96 và nặng 109 kg nhưng không chơi được bóng rổ hay ném bóng bầu dục. Tôi không viết được code hay tự tay dựng lại một động cơ từ đầu. Nhưng nếu có một thứ tôi làm được, thì đó là giúp các doanh nhân và lãnh đạo cấp cao (C-suite) xây dựng một chiến lược để chinh phục thị trường. Khi tôi ngồi xuống trong phòng họp với một nhà sáng lập hay một CEO, chúng tôi tiếp cận chiến lược như một ván cờ. Điểm khác biệt duy nhất giữa kinh doanh và cờ vua (hay cờ tỷ phú, hay Final Fantasy) là chúng ta đang chơi vì hàng triệu (hoặc hàng tỷ) đô la thay vì quyền được khoe khoang. Với tư duy này, các nhà lãnh đạo học được cách tạo ra những chiến lược đưa họ vào vị thế để tăng trưởng.</w:t>
      </w:r>
    </w:p>
    <w:p>
      <w:pPr>
        <w:spacing w:after="80"/>
      </w:pPr>
      <w:r>
        <w:rPr>
          <w:b w:val="0"/>
          <w:i w:val="0"/>
        </w:rPr>
        <w:t>Với vai trò cố vấn cho các lãnh đạo và người dẫn đường cho sinh viên cùng những doanh nhân đầy khát vọng, một trong những câu hỏi tôi nhận được nhiều nhất là: Tôi có nên nghỉ việc để khởi nghiệp không? Những câu hỏi thường gặp khác là: Tôi nên gọi vốn bằng cách nhường cổ phần hay phát hành nợ? Làm sao để tôi thiết lập cơ cấu thù lao để thu hút và giữ chân các lãnh đạo cấp cao hay một đội ngũ bán hàng theo hợp đồng 1099? Tôi nên mở rộng ra toàn cầu ngay bây giờ hay đợi đến khi điều kiện thị trường thay đổi?</w:t>
      </w:r>
    </w:p>
    <w:p>
      <w:pPr>
        <w:spacing w:after="80"/>
      </w:pPr>
      <w:r>
        <w:rPr>
          <w:b w:val="0"/>
          <w:i w:val="0"/>
        </w:rPr>
        <w:t xml:space="preserve">Những câu hỏi đơn giản trong kinh doanh mang tính nhị phân. Câu trả lời hoặc là có, hoặc là không. Cái bẫy nằm ở chỗ tin rằng </w:t>
      </w:r>
      <w:r>
        <w:rPr>
          <w:b w:val="0"/>
          <w:i/>
        </w:rPr>
        <w:t>mọi</w:t>
      </w:r>
      <w:r>
        <w:rPr>
          <w:b w:val="0"/>
          <w:i w:val="0"/>
        </w:rPr>
        <w:t xml:space="preserve"> câu trả lời đều là nhị phân. Câu trả lời cho bất kỳ câu hỏi nào thực ra là một chuỗi nước đi được triển khai theo đúng trình tự. Các "chuyên gia" thường làm mọi thứ tệ hơn bằng cách đưa ra câu trả lời có hoặc không như thể ai cũng nằm trong cùng một cái khuôn. Đó là lý do, như bạn sẽ thấy, nước đi đầu tiên của chúng ta là xác định bạn là ai và bạn muốn gì.</w:t>
      </w:r>
    </w:p>
    <w:p>
      <w:pPr>
        <w:spacing w:after="80"/>
      </w:pPr>
      <w:r>
        <w:rPr>
          <w:b w:val="0"/>
          <w:i w:val="0"/>
        </w:rPr>
        <w:t>Vấn đề khác tôi thấy là thiếu kế hoạch. Sự nhiệt huyết có thể rất mạnh mẽ, miễn là nó đi kèm với việc lập kế hoạch trước năm nước đi. Quá nhiều người muốn thực hiện nước đi thứ năm mà không đi qua bốn nước đầu tiên. Có một trình tự cho việc đó. Để lên được cấp độ tiếp theo, bạn phải chuyển từ tư duy một chiều (và một nước đi) sang việc nhìn thấy nhiều nước đi phía trước.</w:t>
      </w:r>
    </w:p>
    <w:p>
      <w:pPr>
        <w:spacing w:after="80"/>
      </w:pPr>
      <w:r>
        <w:rPr>
          <w:b w:val="0"/>
          <w:i w:val="0"/>
        </w:rPr>
        <w:t>Nếu bạn rõ ràng rằng mình muốn trở thành doanh nhân, nghỉ việc có thể là nước đi thứ tư, hoặc nó có thể dẫn đến một chuỗi nước đi để tạo ra một vị trí sinh lợi trong chính công ty hiện tại của bạn (trở thành intrapreneur, điều chúng ta sẽ bàn ở chương 3). Nếu bạn có gia đình và không có khoản tiết kiệm nào, nghỉ việc chắc chắn không phải là nước đi đầu tiên. Thực tế, có thể bạn không bao giờ phải nghỉ việc để trở thành đúng con người bạn muốn. Những thông tin trong cuốn sách này áp dụng cho mọi người ở mọi giai đoạn cuộc đời và mọi cấp độ kinh doanh. Bạn có thể là một CFO yêu thích vai trò CFO, hoặc một freelancer thích sự đa dạng và linh hoạt của việc làm "solopreneur". Một trong những điều tôi yêu thích ở kinh doanh là có một con đường cho mọi người—miễn là bạn có sự tự nhận thức và sẵn lòng suy nghĩ trước năm nước đi.</w:t>
      </w:r>
    </w:p>
    <w:p>
      <w:pPr>
        <w:spacing w:after="80"/>
      </w:pPr>
      <w:r>
        <w:rPr>
          <w:b w:val="0"/>
          <w:i w:val="0"/>
        </w:rPr>
        <w:t xml:space="preserve">Bất kể trình tự nào phù hợp với hoàn cảnh của bạn, điều khiến những nhà chiến lược sắc sảo khác biệt là khả năng </w:t>
      </w:r>
      <w:r>
        <w:rPr>
          <w:b w:val="0"/>
          <w:i/>
        </w:rPr>
        <w:t>dự đoán trước</w:t>
      </w:r>
      <w:r>
        <w:rPr>
          <w:b w:val="0"/>
          <w:i w:val="0"/>
        </w:rPr>
        <w:t>. Những nhà lãnh đạo quân sự giỏi nhất có tài lập kế hoạch trước nhiều nước đi. Những võ sĩ hàng đầu biết cách gài bẫy đối thủ. Họ có thể sẵn sàng thua hiệp một vì một nước đi tưởng như chống lại họ sớm trong trận đấu thực ra đang được dùng để dụ đối thủ mắc sai lầm ở hiệp sau. Những tay chơi poker đẳng cấp thế giới cũng làm điều tương tự, tung ra một cú bluff và hy sinh chip sớm trong ván để khởi động một chuỗi nước đi cuối cùng sẽ hạ gục đối thủ. Và dù chúng ta không nhất thiết nghĩ về Warren Buffett như một bậc thầy cờ vua, thành công bền vững của ông đến từ cách tiếp cận kiên nhẫn và đầy chiến lược. Buffett không cố thắng một thương vụ cụ thể hay thậm chí một quý hay một năm. Ông đang thực hiện một chuỗi nước đi để thắng ván dài.</w:t>
      </w:r>
    </w:p>
    <w:p>
      <w:pPr>
        <w:spacing w:after="80"/>
      </w:pPr>
      <w:r>
        <w:rPr>
          <w:b w:val="0"/>
          <w:i w:val="0"/>
        </w:rPr>
        <w:t>Huyền thoại NBA Kobe Bryant nói với tôi, chưa đầy sáu tháng trước khi qua đời bi thảm, rằng khi mới mười ba tuổi, cậu đã biết mình muốn trở thành một trong những cầu thủ bóng rổ vĩ đại nhất mọi thời đại. Lúc đó cậu là cầu thủ xếp hạng năm mươi sáu toàn quốc. Cậu lập một danh sách những cái tên đứng trên mình cho đến khi, năm năm sau, cậu vượt qua tất cả và trở thành lựa chọn vòng một ngay từ khi tốt nghiệp trung học. Người ta đồn rằng Michael Jordan dùng việc chơi cho "Dream Team" Olympic Mỹ 1992 như một cách để học điểm yếu của đồng đội và lợi dụng những điểm yếu đó khi trở lại NBA. Cả hai cầu thủ này đều là những nhà chiến lược bậc thầy, luôn nghĩ trước ít nhất năm nước đi. Bạn cũng sẽ cần suy nghĩ theo cách này, đặc biệt nếu bạn định cạnh tranh trên thị trường và cuối cùng thống trị ngành của mình.</w:t>
      </w:r>
    </w:p>
    <w:p>
      <w:pPr>
        <w:spacing w:after="80"/>
      </w:pPr>
      <w:r>
        <w:rPr>
          <w:b w:val="0"/>
          <w:i w:val="0"/>
        </w:rPr>
        <w:t>Trong những trang tiếp theo, tôi sẽ cho bạn mọi thứ bạn cần để suy nghĩ như một nhà chiến lược bậc thầy. Tôi cũng sẽ chỉ cho bạn cách:</w:t>
      </w:r>
    </w:p>
    <w:p>
      <w:pPr>
        <w:spacing w:after="80"/>
        <w:ind w:left="360"/>
      </w:pPr>
      <w:r>
        <w:rPr>
          <w:b/>
          <w:i w:val="0"/>
        </w:rPr>
        <w:t>1.</w:t>
      </w:r>
      <w:r>
        <w:rPr>
          <w:b w:val="0"/>
          <w:i w:val="0"/>
        </w:rPr>
        <w:t xml:space="preserve"> Tạo sự khác biệt cho bản thân và truyền đạt giá trị độc đáo của bạn</w:t>
      </w:r>
    </w:p>
    <w:p>
      <w:pPr>
        <w:spacing w:after="80"/>
        <w:ind w:left="360"/>
      </w:pPr>
      <w:r>
        <w:rPr>
          <w:b/>
          <w:i w:val="0"/>
        </w:rPr>
        <w:t>2.</w:t>
      </w:r>
      <w:r>
        <w:rPr>
          <w:b w:val="0"/>
          <w:i w:val="0"/>
        </w:rPr>
        <w:t xml:space="preserve"> Tìm nhà đầu tư và xây dựng định giá cao để có một thương vụ thoái vốn sinh lợi</w:t>
      </w:r>
    </w:p>
    <w:p>
      <w:pPr>
        <w:spacing w:after="80"/>
        <w:ind w:left="360"/>
      </w:pPr>
      <w:r>
        <w:rPr>
          <w:b/>
          <w:i w:val="0"/>
        </w:rPr>
        <w:t>3.</w:t>
      </w:r>
      <w:r>
        <w:rPr>
          <w:b w:val="0"/>
          <w:i w:val="0"/>
        </w:rPr>
        <w:t xml:space="preserve"> Thu hút nhân tài hàng đầu và thiết kế các ưu đãi để nuôi dưỡng và giữ chân họ</w:t>
      </w:r>
    </w:p>
    <w:p>
      <w:pPr>
        <w:spacing w:after="80"/>
        <w:ind w:left="360"/>
      </w:pPr>
      <w:r>
        <w:rPr>
          <w:b/>
          <w:i w:val="0"/>
        </w:rPr>
        <w:t>4.</w:t>
      </w:r>
      <w:r>
        <w:rPr>
          <w:b w:val="0"/>
          <w:i w:val="0"/>
        </w:rPr>
        <w:t xml:space="preserve"> Duy trì hệ thống trong giai đoạn tăng trưởng nhanh và giữ được sức bền/sự tỉnh táo giữa hỗn loạn</w:t>
      </w:r>
    </w:p>
    <w:p>
      <w:pPr>
        <w:spacing w:after="80"/>
        <w:ind w:left="360"/>
      </w:pPr>
      <w:r>
        <w:rPr>
          <w:b/>
          <w:i w:val="0"/>
        </w:rPr>
        <w:t>5.</w:t>
      </w:r>
      <w:r>
        <w:rPr>
          <w:b w:val="0"/>
          <w:i w:val="0"/>
        </w:rPr>
        <w:t xml:space="preserve"> Xử lý vấn đề, ra quyết định và giải quyết vấn đề một cách hiệu quả</w:t>
      </w:r>
    </w:p>
    <w:p>
      <w:pPr>
        <w:spacing w:after="80"/>
        <w:ind w:left="360"/>
      </w:pPr>
      <w:r>
        <w:rPr>
          <w:b/>
          <w:i w:val="0"/>
        </w:rPr>
        <w:t>6.</w:t>
      </w:r>
      <w:r>
        <w:rPr>
          <w:b w:val="0"/>
          <w:i w:val="0"/>
        </w:rPr>
        <w:t xml:space="preserve"> Xác định bạn muốn trở thành ai và di sản bạn sẽ tạo ra</w:t>
      </w:r>
    </w:p>
    <w:p>
      <w:pPr>
        <w:spacing w:after="80"/>
        <w:ind w:left="360"/>
      </w:pPr>
      <w:r>
        <w:rPr>
          <w:b/>
          <w:i w:val="0"/>
        </w:rPr>
        <w:t>7.</w:t>
      </w:r>
      <w:r>
        <w:rPr>
          <w:b w:val="0"/>
          <w:i w:val="0"/>
        </w:rPr>
        <w:t xml:space="preserve"> Đàm phán, bán hàng và hoạch định chiến lược như thể mạng sống của bạn phụ thuộc vào nó</w:t>
      </w:r>
    </w:p>
    <w:p>
      <w:pPr>
        <w:spacing w:after="80"/>
      </w:pPr>
      <w:r>
        <w:rPr>
          <w:b w:val="0"/>
          <w:i w:val="0"/>
        </w:rPr>
        <w:t>Có thể bạn cầm cuốn sách này lên vì nghĩ rằng mình thiếu học vấn hay nguồn lực để xây dựng một doanh nghiệp. Hoặc bạn có thể là người có IQ cao nhưng không thể đưa ra quyết định để cứu mạng mình vì luôn suy nghĩ quá nhiều. Xuất phát từ đâu không quan trọng. Nếu bạn còn chút nghi ngờ rằng ai đó không thể phát triển thành doanh nhân, hãy xem câu chuyện của tôi.</w:t>
      </w:r>
    </w:p>
    <w:p>
      <w:pPr>
        <w:spacing w:after="80"/>
      </w:pPr>
      <w:r>
        <w:rPr>
          <w:b w:val="0"/>
          <w:i w:val="0"/>
        </w:rPr>
        <w:t>Bất kỳ ai từng biết tôi khi lớn lên đều sẽ gán cho tôi cái mác “kẻ khó thành công nhất.” Bạn sẽ thấy tôi đã đi từ một gã chẳng biết nghĩ xa (và kết quả là có tận hai mươi sáu cái thẻ tín dụng với tổng nợ 49.000 đô la) đến vị trí CEO như thế nào. Bạn sẽ thấy tôi đã sáng lập PHP Agency, một công ty tiếp thị dịch vụ tài chính với sáu mươi sáu đại lý trong một văn phòng ở Northridge, California, và mười năm sau, phát triển nó thành hơn mười lăm nghìn đại lý với 120 văn phòng tại bốn mươi chín bang và Puerto Rico ra sao.</w:t>
      </w:r>
    </w:p>
    <w:p>
      <w:pPr>
        <w:spacing w:after="80"/>
      </w:pPr>
      <w:r>
        <w:rPr>
          <w:b w:val="0"/>
          <w:i w:val="0"/>
        </w:rPr>
        <w:t>Tôi tự hào vì công ty của chúng tôi được biết đến với sự đa dạng độc đáo, văn hóa thế hệ millennial và sự hiện diện trên mạng xã hội. Chúng tôi làm được điều đó trong ngành bảo hiểm nhân thọ, một ngành vốn mang tiếng “nhàm chán.” (Đại lý bảo hiểm nhân thọ trung bình là một người đàn ông da trắng năm mươi bảy tuổi; đại lý trung bình của chúng tôi là một phụ nữ Latino ba mươi bốn tuổi.) Chúng tôi thành công không phải nhờ các mối quan hệ hay nhờ vận may nào cả. Thực tế, xuất thân của chính tôi chứng minh rằng doanh nhân có thể đến từ bất cứ đâu và không có phẩm chất nào mà bạn cũng không sở hữu.</w:t>
      </w:r>
    </w:p>
    <w:p>
      <w:pPr>
        <w:pStyle w:val="Heading2"/>
      </w:pPr>
      <w:r>
        <w:rPr>
          <w:rFonts w:ascii="Calibri" w:hAnsi="Calibri"/>
          <w:b/>
          <w:i w:val="0"/>
          <w:sz w:val="32"/>
        </w:rPr>
        <w:t>Vị CEO Khó Thành Công Nhất</w:t>
      </w:r>
    </w:p>
    <w:p>
      <w:pPr>
        <w:spacing w:after="80"/>
      </w:pPr>
      <w:r>
        <w:rPr>
          <w:b w:val="0"/>
          <w:i w:val="0"/>
        </w:rPr>
        <w:t>Tôi lớn lên ở Tehran, thủ đô của Iran. Trong cuộc chiến Iran-Iraq năm 1987, gia đình tôi sống trong nỗi lo có thể bị tấn công bất cứ lúc nào. Dù khi đó tôi chỉ mới tám tuổi, những âm thanh ấy vẫn khắc sâu trong tôi. Mỗi cuộc tấn công đều bắt đầu bằng tiếng còi báo động, và chỉ riêng âm thanh đó thôi cũng đủ xuyên thấu tâm hồn bạn. Rồi một giọng nói sẽ cảnh báo về máy bay địch đang vượt qua biên giới. Cuối cùng, chúng tôi sẽ nghe thấy tiếng rít của những quả bom rơi xuyên qua không trung.</w:t>
      </w:r>
    </w:p>
    <w:p>
      <w:pPr>
        <w:spacing w:after="80"/>
      </w:pPr>
      <w:r>
        <w:rPr>
          <w:b w:val="0"/>
          <w:i w:val="0"/>
        </w:rPr>
        <w:t>Sau mỗi tiếng rít, chúng tôi cầu nguyện rằng nơi trú ẩn của mình sẽ không bị trúng bom. Tôi nhớ mình ngồi cạnh bố mẹ, sợ hãi đến tột cùng. Cuối cùng, mẹ tôi không chịu đựng nổi nữa. Bà nói với bố tôi rằng nếu chúng tôi không rời khỏi đất nước, con trai họ sẽ bị mắc kẹt và phải phục vụ trong quân đội Iran. Bố tôi nhận ra rằng cách chắc chắn nhất để thất bại chính là không hành động.</w:t>
      </w:r>
    </w:p>
    <w:p>
      <w:pPr>
        <w:spacing w:after="80"/>
      </w:pPr>
      <w:r>
        <w:rPr>
          <w:b w:val="0"/>
          <w:i w:val="0"/>
        </w:rPr>
        <w:t>Chị tôi, bố mẹ tôi và tôi leo lên chiếc Renault hai cửa màu trắng của gia đình và hướng về Karaj, một thành phố cách Tehran hai giờ. Để đến đó, chúng tôi phải băng qua một cây cầu. Ngay sau khi chúng tôi qua cầu, một luồng sáng chói lòa lóe lên phía sau. Bố bảo chị tôi và tôi đừng nhìn lại, nhưng chúng tôi không thể kìm lòng. Ước gì chúng tôi đã nghe lời. Khi quay lại, chúng tôi thấy sự tàn phá của một quả bom đã rơi xuống cây cầu cách chúng tôi chưa đầy một trăm thước—ngay sau khi chúng tôi đã qua cầu an toàn. Đến giờ tôi vẫn không có từ nào để diễn tả, ngoài việc nói rằng không ai, chứ đừng nói đến hai đứa trẻ kinh hãi, đáng lẽ không bao giờ phải chứng kiến cảnh tượng như vậy.</w:t>
      </w:r>
    </w:p>
    <w:p>
      <w:pPr>
        <w:spacing w:after="80"/>
      </w:pPr>
      <w:r>
        <w:rPr>
          <w:b w:val="0"/>
          <w:i w:val="0"/>
        </w:rPr>
        <w:t>Tôi có thể phát lại khoảnh khắc đó trong đầu như thể mới xảy ra hôm qua. Những thời khắc như thế có thể nghiền nát bạn, hoặc có thể xây dựng trong bạn một sức chịu đựng phi thường với nỗi đau và nghịch cảnh. Bằng cách nào đó, chúng tôi đã thoát khỏi tai họa và chạy trốn. Chúng tôi sống trong một trại tị nạn hai năm ở Erlangen, Đức, trước khi cuối cùng chuyển đến Glendale, California, vào ngày 28 tháng 11 năm 1990. Khi đến Hoa Kỳ, tôi vừa tròn mười hai tuổi, nói được rất ít tiếng Anh, và không thể thoát khỏi những hình ảnh tinh thần khủng khiếp về việc chạy trốn khỏi một đất nước bị chiến tranh tàn phá.</w:t>
      </w:r>
    </w:p>
    <w:p>
      <w:pPr>
        <w:spacing w:after="80"/>
      </w:pPr>
      <w:r>
        <w:rPr>
          <w:b w:val="0"/>
          <w:i w:val="0"/>
        </w:rPr>
        <w:t>Nhờ quyết định của bố mẹ tôi khi đưa ra nước đi đúng đắn trước ranh giới sinh tử, hôm nay tôi còn sống, một công dân Hoa Kỳ tự hào với một doanh nghiệp phát đạt và một gia đình xinh đẹp của riêng mình.</w:t>
      </w:r>
    </w:p>
    <w:p>
      <w:pPr>
        <w:spacing w:after="80"/>
      </w:pPr>
      <w:r>
        <w:rPr>
          <w:b w:val="0"/>
          <w:i w:val="0"/>
        </w:rPr>
        <w:t>Khi bạn học được cách nghĩ trước năm nước đi, có vẻ như bạn đang trở thành người đọc được suy nghĩ của người khác. Điều thực sự đang diễn ra là bạn đã thấy những nước đi ấy quá nhiều lần đến mức có thể đoán trước đối thủ sẽ nói hay làm gì tiếp theo. Tôi cá là bạn đang thắc mắc: Mình có làm được điều này không? Mình có thể thực sự đi từ một người thiếu kinh nghiệm đến một người tư duy chiến lược và gây dựng cả một đế chế không?</w:t>
      </w:r>
    </w:p>
    <w:p>
      <w:pPr>
        <w:spacing w:after="80"/>
      </w:pPr>
      <w:r>
        <w:rPr>
          <w:b w:val="0"/>
          <w:i w:val="0"/>
        </w:rPr>
        <w:t>Có thể bạn đang nói: “Nhưng mà Pat, anh có tài ăn nói. Anh có dòng dõi của một doanh nhân. Anh Pat, anh thông minh hơn tôi nhiều.”</w:t>
      </w:r>
    </w:p>
    <w:p>
      <w:pPr>
        <w:spacing w:after="80"/>
      </w:pPr>
      <w:r>
        <w:rPr>
          <w:b w:val="0"/>
          <w:i w:val="0"/>
        </w:rPr>
        <w:t>Thông minh hơn bạn ư? Thật sao?</w:t>
      </w:r>
    </w:p>
    <w:p>
      <w:pPr>
        <w:spacing w:after="80"/>
      </w:pPr>
      <w:r>
        <w:rPr>
          <w:b w:val="0"/>
          <w:i w:val="0"/>
        </w:rPr>
        <w:t>Hãy xem xét những điều sau:</w:t>
      </w:r>
    </w:p>
    <w:p>
      <w:pPr>
        <w:spacing w:after="80"/>
        <w:ind w:left="360"/>
      </w:pPr>
      <w:r>
        <w:rPr>
          <w:b/>
          <w:i w:val="0"/>
        </w:rPr>
        <w:t>1.</w:t>
      </w:r>
      <w:r>
        <w:rPr>
          <w:b w:val="0"/>
          <w:i w:val="0"/>
        </w:rPr>
        <w:t xml:space="preserve"> Tôi hầu như không tốt nghiệp trung học. Tôi có GPA 1.8, đạt 880 điểm SAT (trên thang tối đa 1.600), và chưa từng đặt chân vào một trường đại học bốn năm nào. Bạn bè và họ hàng liên tục nói với tôi rằng tôi sẽ chẳng bao giờ làm nên trò trống gì trong cuộc đời.</w:t>
      </w:r>
    </w:p>
    <w:p>
      <w:pPr>
        <w:spacing w:after="80"/>
        <w:ind w:left="360"/>
      </w:pPr>
      <w:r>
        <w:rPr>
          <w:b/>
          <w:i w:val="0"/>
        </w:rPr>
        <w:t>2.</w:t>
      </w:r>
      <w:r>
        <w:rPr>
          <w:b w:val="0"/>
          <w:i w:val="0"/>
        </w:rPr>
        <w:t xml:space="preserve"> Bạn nghĩ tôi có tài ăn nói ư? Ở tuổi bốn mươi mốt, tôi </w:t>
      </w:r>
      <w:r>
        <w:rPr>
          <w:b w:val="0"/>
          <w:i/>
        </w:rPr>
        <w:t>vẫn</w:t>
      </w:r>
      <w:r>
        <w:rPr>
          <w:b w:val="0"/>
          <w:i w:val="0"/>
        </w:rPr>
        <w:t xml:space="preserve"> bị trêu về giọng nói của mình. Khi còn là một thiếu niên nhập cư, tôi sợ phát âm một số từ còn hơn sợ chiến tranh. Những từ như “Wednesday,” “island,” và “government” làm khó tôi nhất. Đó là thời điểm các tập phát lại của </w:t>
      </w:r>
      <w:r>
        <w:rPr>
          <w:b w:val="0"/>
          <w:i/>
        </w:rPr>
        <w:t>Gilligan’s Island</w:t>
      </w:r>
      <w:r>
        <w:rPr>
          <w:b w:val="0"/>
          <w:i w:val="0"/>
        </w:rPr>
        <w:t xml:space="preserve"> khiến chương trình truyền hình này trở nên rất nổi tiếng. Bạn chỉ có thể tưởng tượng tôi đã phát âm cả hai từ đó như thế nào—và bị trêu chọc tàn nhẫn ra sao vì điều đó.</w:t>
      </w:r>
    </w:p>
    <w:p>
      <w:pPr>
        <w:spacing w:after="80"/>
        <w:ind w:left="360"/>
      </w:pPr>
      <w:r>
        <w:rPr>
          <w:b/>
          <w:i w:val="0"/>
        </w:rPr>
        <w:t>3.</w:t>
      </w:r>
      <w:r>
        <w:rPr>
          <w:b w:val="0"/>
          <w:i w:val="0"/>
        </w:rPr>
        <w:t xml:space="preserve"> Bố mẹ tôi ly hôn sau khi họ đến Hoa Kỳ. Tôi sống chủ yếu với mẹ, người đang nhận trợ cấp xã hội. Dù tôi là một đứa trẻ cao lớn yêu thích thể thao, tôi không chơi môn nào cả vì mẹ tôi không đủ tiền trả khoản phí thành viên 13,50 đô la mỗi tháng cho YMCA.</w:t>
      </w:r>
    </w:p>
    <w:p>
      <w:pPr>
        <w:spacing w:after="80"/>
        <w:ind w:left="360"/>
      </w:pPr>
      <w:r>
        <w:rPr>
          <w:b/>
          <w:i w:val="0"/>
        </w:rPr>
        <w:t>4.</w:t>
      </w:r>
      <w:r>
        <w:rPr>
          <w:b w:val="0"/>
          <w:i w:val="0"/>
        </w:rPr>
        <w:t xml:space="preserve"> Tôi nhập ngũ năm mười tám tuổi vì tôi tin rằng mình không còn lựa chọn nào khác. Ở tuổi hai mươi mốt, khi những người thực sự thông minh đang bắt đầu sự nghiệp, tôi thì đang bán thẻ thành viên phòng gym tại Bally Total Fitness.</w:t>
      </w:r>
    </w:p>
    <w:p>
      <w:pPr>
        <w:spacing w:after="80"/>
      </w:pPr>
      <w:r>
        <w:rPr>
          <w:b w:val="0"/>
          <w:i w:val="0"/>
        </w:rPr>
        <w:t>Một mặt, có vẻ như tôi chẳng có cửa nào để vượt qua nghịch cảnh. Mặt khác, chính những thách thức đó lại là động lực thúc đẩy thành công của tôi. Nếu không trải qua bao nhiêu nghịch cảnh ấy, tôi đã chẳng có khát khao thành công mãnh liệt đến vậy.</w:t>
      </w:r>
    </w:p>
    <w:p>
      <w:pPr>
        <w:spacing w:after="80"/>
      </w:pPr>
      <w:r>
        <w:rPr>
          <w:b w:val="0"/>
          <w:i w:val="0"/>
        </w:rPr>
        <w:t>Nói rõ luôn cho khỏi hiểu lầm: tôi không thể dạy bạn khát khao được. Nếu bạn thích né tránh công việc khó khăn, nếu bạn không có chút khát khao nào để làm điều gì đó quan trọng với cuộc đời mình, thì tôi chẳng giúp được gì nhiều cho bạn. Cuốn sách này dành cho những người tò mò muốn biết phiên bản tốt nhất của mình trông như thế nào và đang tìm kiếm những chiến lược đúng đắn để đạt được điều đó. Họ không chỉ tìm động lực; họ tìm những chiến lược đã được chứng minh là hiệu quả. Họ muốn tìm ra những công thức hữu hiệu để tăng tốc quá trình vươn lên tầm cao mới. Nghe có giống bạn không?</w:t>
      </w:r>
    </w:p>
    <w:p>
      <w:pPr>
        <w:spacing w:after="80"/>
      </w:pPr>
      <w:r>
        <w:rPr>
          <w:b w:val="0"/>
          <w:i w:val="0"/>
        </w:rPr>
        <w:t>Nói đến công thức, tôi đã chăm chỉ tìm kiếm chúng cũng như chăm chỉ chia sẻ chúng. Quay lại năm 2013, tôi bắt đầu làm video về những gì hiệu quả với tôi trong kinh doanh. Chỉ có tôi, cánh tay phải của tôi là Mario, và một chiếc máy ảnh Canon EOS Rebel T3 nhỏ (vốn thường chỉ dùng để chụp ảnh tĩnh). Ban đầu chúng tôi gọi những video đó là "Two Minutes with Pat" và đăng lên YouTube. Trong vòng một năm, chúng tôi có sáu mươi người đăng ký và đổi tên thành Valuetainment. Ba năm sau, chúng tôi có 100.000 người đăng ký và tạo được tiếng tăm nhờ sản xuất nội dung hữu ích và thực tiễn. Vào tháng 3 năm 2020, chúng tôi vượt mốc 2 triệu người đăng ký trên YouTube. Trên chặng đường đó, tôi đã cố vấn cho đủ mọi thành phần trong xã hội. Tại hội nghị lớn đầu tiên của chúng tôi vào tháng 5 năm 2019, có tên là Vault, 600 doanh nhân từ 43 quốc gia thuộc 140 ngành nghề đã bay đến Dallas để tham dự. Họ trải rộng từ các start-up nhỏ đến các giám đốc điều hành cho tới một CEO đang điều hành doanh nghiệp có doanh thu hàng đầu nửa tỷ đô la.</w:t>
      </w:r>
    </w:p>
    <w:p>
      <w:pPr>
        <w:spacing w:after="80"/>
      </w:pPr>
      <w:r>
        <w:rPr>
          <w:b w:val="0"/>
          <w:i w:val="0"/>
        </w:rPr>
        <w:t xml:space="preserve">Tại sao mọi người lại bỏ tiền mồ hôi nước mắt của mình để bay nửa vòng trái đất đến dự hội nghị đó? Tại sao lại có ngần ấy người đăng ký? Đó là vì mọi triết lý và chiến lược tôi học được đều </w:t>
      </w:r>
      <w:r>
        <w:rPr>
          <w:b w:val="0"/>
          <w:i/>
        </w:rPr>
        <w:t>có thể chuyển giao</w:t>
      </w:r>
      <w:r>
        <w:rPr>
          <w:b w:val="0"/>
          <w:i w:val="0"/>
        </w:rPr>
        <w:t>. Bạn có thể dễ dàng hiểu chúng và đưa vào sử dụng ngay lập tức. Nhiều người theo dõi tôi bắt đầu tự gọi mình là "Valuetainers" và thấy được những kết quả tích cực. Dù chúng tôi không phải là một trường kinh doanh truyền thống như Harvard, Stanford hay Wharton, Valuetainment đã trở thành mảnh đất ươm mầm cho cả những giám đốc điều hành thành đạt lẫn các doanh nhân trên khắp thế giới.</w:t>
      </w:r>
    </w:p>
    <w:p>
      <w:pPr>
        <w:spacing w:after="80"/>
      </w:pPr>
      <w:r>
        <w:rPr>
          <w:b w:val="0"/>
          <w:i w:val="0"/>
        </w:rPr>
        <w:t>Tôi tin chắc rằng tinh thần khởi nghiệp có thể giải quyết phần lớn các vấn đề của thế giới, và tôi đã học được từ kinh nghiệm không chỉ cách làm điều đó mà còn cách dạy nó cho người khác. Từ những cuộc trò chuyện cá nhân đến các cuộc họp nhóm đến những cuộc đàm phán căng thẳng, tôi đang đưa từng chút trí tuệ mình có vào cuốn sách này bởi tôi đã thấy nó hiệu quả và biết bạn cũng có thể đạt được thành công tương tự.</w:t>
      </w:r>
    </w:p>
    <w:p>
      <w:pPr>
        <w:pStyle w:val="Heading2"/>
      </w:pPr>
      <w:r>
        <w:rPr>
          <w:rFonts w:ascii="Calibri" w:hAnsi="Calibri"/>
          <w:b/>
          <w:i w:val="0"/>
          <w:sz w:val="32"/>
        </w:rPr>
        <w:t>Con đường đạt được mục tiêu của bạn trong kinh doanh</w:t>
      </w:r>
    </w:p>
    <w:p>
      <w:pPr>
        <w:spacing w:after="80"/>
      </w:pPr>
      <w:r>
        <w:rPr>
          <w:b w:val="0"/>
          <w:i w:val="0"/>
        </w:rPr>
        <w:t xml:space="preserve">Trong tay bạn là một cẩm nang hoàn chỉnh để thực hiện bất kỳ tầm nhìn nào bạn tạo ra. Bạn sẽ học được không chỉ những kỹ năng cần thiết mà còn cả </w:t>
      </w:r>
      <w:r>
        <w:rPr>
          <w:b w:val="0"/>
          <w:i/>
        </w:rPr>
        <w:t>tư duy</w:t>
      </w:r>
      <w:r>
        <w:rPr>
          <w:b w:val="0"/>
          <w:i w:val="0"/>
        </w:rPr>
        <w:t xml:space="preserve"> cần thiết. Trên chặng đường đó, bạn sẽ thấy cần những gì để trở thành một nhà lãnh đạo và một con người tốt hơn. Khi bạn đã nghiên cứu xong cả năm nước đi, bạn sẽ có mọi thứ cần thiết để đạt được bất kỳ kiểu thành công nào trong kinh doanh mà bạn theo đuổi. Năm nước đi đó là:</w:t>
      </w:r>
    </w:p>
    <w:p>
      <w:pPr>
        <w:spacing w:after="80"/>
        <w:ind w:left="360"/>
      </w:pPr>
      <w:r>
        <w:rPr>
          <w:b/>
          <w:i w:val="0"/>
        </w:rPr>
        <w:t>1.</w:t>
      </w:r>
      <w:r>
        <w:rPr>
          <w:b w:val="0"/>
          <w:i w:val="0"/>
        </w:rPr>
        <w:t xml:space="preserve"> Làm chủ việc hiểu chính mình</w:t>
      </w:r>
    </w:p>
    <w:p>
      <w:pPr>
        <w:spacing w:after="80"/>
        <w:ind w:left="360"/>
      </w:pPr>
      <w:r>
        <w:rPr>
          <w:b/>
          <w:i w:val="0"/>
        </w:rPr>
        <w:t>2.</w:t>
      </w:r>
      <w:r>
        <w:rPr>
          <w:b w:val="0"/>
          <w:i w:val="0"/>
        </w:rPr>
        <w:t xml:space="preserve"> Làm chủ khả năng lý luận</w:t>
      </w:r>
    </w:p>
    <w:p>
      <w:pPr>
        <w:spacing w:after="80"/>
        <w:ind w:left="360"/>
      </w:pPr>
      <w:r>
        <w:rPr>
          <w:b/>
          <w:i w:val="0"/>
        </w:rPr>
        <w:t>3.</w:t>
      </w:r>
      <w:r>
        <w:rPr>
          <w:b w:val="0"/>
          <w:i w:val="0"/>
        </w:rPr>
        <w:t xml:space="preserve"> Làm chủ việc xây dựng đội ngũ đúng đắn</w:t>
      </w:r>
    </w:p>
    <w:p>
      <w:pPr>
        <w:spacing w:after="80"/>
        <w:ind w:left="360"/>
      </w:pPr>
      <w:r>
        <w:rPr>
          <w:b/>
          <w:i w:val="0"/>
        </w:rPr>
        <w:t>4.</w:t>
      </w:r>
      <w:r>
        <w:rPr>
          <w:b w:val="0"/>
          <w:i w:val="0"/>
        </w:rPr>
        <w:t xml:space="preserve"> Làm chủ chiến lược để mở rộng quy mô</w:t>
      </w:r>
    </w:p>
    <w:p>
      <w:pPr>
        <w:spacing w:after="80"/>
        <w:ind w:left="360"/>
      </w:pPr>
      <w:r>
        <w:rPr>
          <w:b/>
          <w:i w:val="0"/>
        </w:rPr>
        <w:t>5.</w:t>
      </w:r>
      <w:r>
        <w:rPr>
          <w:b w:val="0"/>
          <w:i w:val="0"/>
        </w:rPr>
        <w:t xml:space="preserve"> Làm chủ những nước đi quyền lực</w:t>
      </w:r>
    </w:p>
    <w:p>
      <w:pPr>
        <w:spacing w:after="80"/>
      </w:pPr>
      <w:r>
        <w:rPr>
          <w:b w:val="0"/>
          <w:i w:val="0"/>
        </w:rPr>
        <w:t xml:space="preserve">Nước đi 1 nói về </w:t>
      </w:r>
      <w:r>
        <w:rPr>
          <w:b/>
          <w:i w:val="0"/>
        </w:rPr>
        <w:t>việc hiểu chính mình</w:t>
      </w:r>
      <w:r>
        <w:rPr>
          <w:b w:val="0"/>
          <w:i w:val="0"/>
        </w:rPr>
        <w:t>, một chủ đề hiếm khi được bàn đến trong giới kinh doanh. Điều bạn sẽ thấy là không thể nghĩ xa được nếu không có sự tự nhận thức. Với sự tự nhận thức, bạn có được sức mạnh của sự lựa chọn và kiểm soát hành động của mình. Trên hết, khi biết mình muốn trở thành ai, bạn sẽ biết nên đi theo hướng nào cũng như vì sao điều đó quan trọng.</w:t>
      </w:r>
    </w:p>
    <w:p>
      <w:pPr>
        <w:spacing w:after="80"/>
      </w:pPr>
      <w:r>
        <w:rPr>
          <w:b w:val="0"/>
          <w:i w:val="0"/>
        </w:rPr>
        <w:t xml:space="preserve">Nước đi 2 nói về </w:t>
      </w:r>
      <w:r>
        <w:rPr>
          <w:b/>
          <w:i w:val="0"/>
        </w:rPr>
        <w:t>khả năng lý luận</w:t>
      </w:r>
      <w:r>
        <w:rPr>
          <w:b w:val="0"/>
          <w:i w:val="0"/>
        </w:rPr>
        <w:t>. Tôi sẽ chỉ cho bạn cách xử lý các vấn đề và đưa ra một phương pháp luận để đối phó với bất kỳ quyết định nào bạn gặp phải, bất kể mức độ quan trọng đến đâu. Không quyết định nào là trắng đen rõ ràng, và phần này sẽ dạy bạn cách nhìn thấy mọi sắc thái xám và tiến bước dứt khoát bất chấp sự bất định.</w:t>
      </w:r>
    </w:p>
    <w:p>
      <w:pPr>
        <w:spacing w:after="80"/>
      </w:pPr>
      <w:r>
        <w:rPr>
          <w:b w:val="0"/>
          <w:i w:val="0"/>
        </w:rPr>
        <w:t xml:space="preserve">Nước đi 3 nói về việc thấu hiểu người khác để bạn có thể </w:t>
      </w:r>
      <w:r>
        <w:rPr>
          <w:b/>
          <w:i w:val="0"/>
        </w:rPr>
        <w:t>xây dựng đội ngũ đúng đắn</w:t>
      </w:r>
      <w:r>
        <w:rPr>
          <w:b w:val="0"/>
          <w:i w:val="0"/>
        </w:rPr>
        <w:t xml:space="preserve"> quanh mình—đội ngũ sẽ giúp bạn phát triển. Dù bạn có thể coi một số chiến thuật của tôi là kiểu Machiavelli, nhưng cốt lõi của mọi việc tôi làm là dẫn dắt con người tìm ra điều tốt đẹp nhất trong chính họ. Tôi làm điều đó bằng cách đặt ra những câu hỏi khơi ra những khát khao sâu thẳm nhất của họ. Cũng như tôi thách thức mọi người hiểu chính mình, tôi sẽ thách thức bạn hiểu các mối quan hệ của mình. Xây dựng lòng tin nơi nhân viên và đối tác tạo ra những liên minh sinh lời, tăng tốc mọi phần trong công việc kinh doanh của bạn, và giúp bạn ngủ ngon vào ban đêm.</w:t>
      </w:r>
    </w:p>
    <w:p>
      <w:pPr>
        <w:spacing w:after="80"/>
      </w:pPr>
      <w:r>
        <w:rPr>
          <w:b w:val="0"/>
          <w:i w:val="0"/>
        </w:rPr>
        <w:t xml:space="preserve">Nước đi 4 nói về cách triển khai </w:t>
      </w:r>
      <w:r>
        <w:rPr>
          <w:b/>
          <w:i w:val="0"/>
        </w:rPr>
        <w:t>chiến lược để mở rộng quy mô</w:t>
      </w:r>
      <w:r>
        <w:rPr>
          <w:b w:val="0"/>
          <w:i w:val="0"/>
        </w:rPr>
        <w:t xml:space="preserve"> nhằm tạo ra sự tăng trưởng theo cấp số nhân. Chúng ta sẽ bàn mọi thứ từ cách huy động vốn đến cách tạo ra tăng trưởng nhanh chóng và cách buộc mọi người chịu trách nhiệm về hành động của họ. Khi bạn đến phần này, bạn sẽ đang suy nghĩ như một CEO dày dạn kinh nghiệm và học cách giành lấy—và duy trì—đà phát triển cũng như cách tạo ra các hệ thống cho phép bạn theo dõi và đo lường những phần then chốt trong công việc kinh doanh của mình.</w:t>
      </w:r>
    </w:p>
    <w:p>
      <w:pPr>
        <w:spacing w:after="80"/>
      </w:pPr>
      <w:r>
        <w:rPr>
          <w:b w:val="0"/>
          <w:i w:val="0"/>
        </w:rPr>
        <w:t xml:space="preserve">Bước 5 nói về </w:t>
      </w:r>
      <w:r>
        <w:rPr>
          <w:b/>
          <w:i w:val="0"/>
        </w:rPr>
        <w:t>những màn tranh quyền đoạt lợi</w:t>
      </w:r>
      <w:r>
        <w:rPr>
          <w:b w:val="0"/>
          <w:i w:val="0"/>
        </w:rPr>
        <w:t>. Chúng ta sẽ bàn xem làm sao bạn có thể đánh bại gã khổng lồ Goliath trong ngành của mình. Bạn cũng sẽ thấy cách kiểm soát câu chuyện của chính mình và tận dụng mạng xã hội để định hình câu chuyện đó. Bạn sẽ học về tâm lý học và thu thập những bí mật nội bộ từ một trong những tổ chức kinh doanh khét tiếng nhất thế giới: băng đảng Mafia (đúng vậy, Mafia đấy—và bạn sẽ sớm hiểu vì sao!). Chúng ta sẽ khép lại bằng vài câu chuyện đáng kinh ngạc cho thấy những doanh nhân thành công nghĩ trước năm bước như thế nào.</w:t>
      </w:r>
    </w:p>
    <w:p>
      <w:pPr>
        <w:spacing w:after="80"/>
      </w:pPr>
      <w:r>
        <w:rPr>
          <w:b w:val="0"/>
          <w:i w:val="0"/>
        </w:rPr>
        <w:t>Dù không được học hành bài bản, tôi đã đọc hơn 1,500 cuốn sách về kinh doanh. Tôi từng và vẫn luôn bị ám ảnh bởi việc học hỏi. Tôi đã vắt kiệt từng chút trí tuệ từ những cuốn sách này và áp dụng vào công việc kinh doanh của mình. Khi Valuetainment bắt đầu cất cánh, tôi có cơ hội phỏng vấn nhiều bộ óc lỗi lạc và những nhà chiến lược. Điều đó đã và vẫn phục vụ hai mục đích: tôi có thể cải thiện công việc kinh doanh lẫn cuộc sống của chính mình, và như một hệ quả kèm theo, người xem khắp nơi trên thế giới cũng được hưởng lợi từ trí tuệ ấy.</w:t>
      </w:r>
    </w:p>
    <w:p>
      <w:pPr>
        <w:spacing w:after="80"/>
      </w:pPr>
      <w:r>
        <w:rPr>
          <w:b w:val="0"/>
          <w:i w:val="0"/>
        </w:rPr>
        <w:t>Để giúp bạn hiểu cách những doanh nhân và nhà chiến lược thành công nhất suy nghĩ và hành động, tôi sẽ chia sẻ câu chuyện của họ. Trong đó có những người tôi từng phỏng vấn, như Ray Dalio, Billy Beane, Robert Greene, Kobe Bryant, Patty McCord, và một loạt nhân vật Mafia gồm cả Salvatore "Sammy the Bull" Gravano. Cuốn sách cũng nhắc đến những người tôi đã nghiên cứu và ngưỡng mộ từ xa, như Steve Jobs, Sheryl Sandberg và Bill Gates. Tất cả họ đều thú vị, và câu chuyện của họ sẽ giúp lời khuyên của tôi trở nên sống động.</w:t>
      </w:r>
    </w:p>
    <w:p>
      <w:pPr>
        <w:spacing w:after="80"/>
      </w:pPr>
      <w:r>
        <w:rPr>
          <w:b w:val="0"/>
          <w:i w:val="0"/>
        </w:rPr>
        <w:t xml:space="preserve">Mục đích duy nhất của cuốn sách này là giúp </w:t>
      </w:r>
      <w:r>
        <w:rPr>
          <w:b w:val="0"/>
          <w:i/>
        </w:rPr>
        <w:t>bạn</w:t>
      </w:r>
      <w:r>
        <w:rPr>
          <w:b w:val="0"/>
          <w:i w:val="0"/>
        </w:rPr>
        <w:t>, bất kể bạn đang ở vị trí nào, có thể phát triển thịnh vượng. Khi đọc xong, bạn sẽ biết chính xác cách thực hiện năm bước tiếp theo của mình.</w:t>
      </w:r>
    </w:p>
    <w:p>
      <w:pPr>
        <w:spacing w:after="80"/>
      </w:pPr>
      <w:r>
        <w:rPr>
          <w:b w:val="0"/>
          <w:i w:val="0"/>
        </w:rPr>
        <w:t>Mục tiêu của tôi là giúp bạn tạo ra một chuỗi khoảnh khắc "Aha!"—và dạy bộ não bạn xử lý thông tin cùng hoạch định chiến lược theo một cách mới. Hãy tưởng tượng nỗi bực bội khi cố mở một chiếc két sắt mà không có đúng mã số. Rồi tưởng tượng việc khám phá ra mã số và mở toang kho báu trí tuệ kinh doanh. Khi đọc cuốn sách này, bạn sẽ đạt được mức độ tự tin khi biết không chỉ cần làm gì mà còn làm như thế nào. Và kết quả là, bạn sẽ có đủ bản lĩnh để giải quyết vấn đề ở mọi cấp độ, đồng thời phát triển thương hiệu cá nhân và công việc kinh doanh của mình.</w:t>
      </w:r>
    </w:p>
    <w:p>
      <w:pPr>
        <w:jc w:val="center"/>
      </w:pPr>
      <w:r>
        <w:drawing>
          <wp:inline xmlns:a="http://schemas.openxmlformats.org/drawingml/2006/main" xmlns:pic="http://schemas.openxmlformats.org/drawingml/2006/picture">
            <wp:extent cx="1638300" cy="95250"/>
            <wp:docPr id="5" name="Picture 5"/>
            <wp:cNvGraphicFramePr>
              <a:graphicFrameLocks noChangeAspect="1"/>
            </wp:cNvGraphicFramePr>
            <a:graphic>
              <a:graphicData uri="http://schemas.openxmlformats.org/drawingml/2006/picture">
                <pic:pic>
                  <pic:nvPicPr>
                    <pic:cNvPr id="0" name="common03.jpg"/>
                    <pic:cNvPicPr/>
                  </pic:nvPicPr>
                  <pic:blipFill>
                    <a:blip r:embed="rId12"/>
                    <a:stretch>
                      <a:fillRect/>
                    </a:stretch>
                  </pic:blipFill>
                  <pic:spPr>
                    <a:xfrm>
                      <a:off x="0" y="0"/>
                      <a:ext cx="1638300" cy="95250"/>
                    </a:xfrm>
                    <a:prstGeom prst="rect"/>
                  </pic:spPr>
                </pic:pic>
              </a:graphicData>
            </a:graphic>
          </wp:inline>
        </w:drawing>
      </w:r>
    </w:p>
    <w:p>
      <w:pPr>
        <w:pStyle w:val="Heading1"/>
      </w:pPr>
      <w:r>
        <w:rPr>
          <w:rFonts w:ascii="Calibri" w:hAnsi="Calibri"/>
          <w:b/>
          <w:i w:val="0"/>
          <w:sz w:val="40"/>
        </w:rPr>
        <w:t>BƯỚC 1 BẬC THẦY VỀ VIỆC HIỂU CHÍNH MÌNH</w:t>
      </w:r>
    </w:p>
    <w:p>
      <w:pPr>
        <w:jc w:val="center"/>
      </w:pPr>
      <w:r>
        <w:drawing>
          <wp:inline xmlns:a="http://schemas.openxmlformats.org/drawingml/2006/main" xmlns:pic="http://schemas.openxmlformats.org/drawingml/2006/picture">
            <wp:extent cx="1333500" cy="85725"/>
            <wp:docPr id="6" name="Picture 6"/>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1 </w:t>
      </w:r>
      <w:r>
        <w:rPr>
          <w:rFonts w:ascii="Calibri" w:hAnsi="Calibri"/>
          <w:b/>
          <w:i w:val="0"/>
          <w:sz w:val="32"/>
        </w:rPr>
        <w:t>Bạn Muốn Trở Thành Ai?</w:t>
      </w:r>
    </w:p>
    <w:p>
      <w:pPr>
        <w:spacing w:after="80"/>
      </w:pPr>
      <w:r>
        <w:rPr>
          <w:b w:val="0"/>
          <w:i w:val="0"/>
        </w:rPr>
        <w:t>Tôi tin rằng có câu hỏi tốt hơn là có câu trả lời, vì nó dẫn đến việc học hỏi nhiều hơn. Suy cho cùng, mục đích của việc học chẳng phải là giúp bạn đạt được điều mình muốn sao? Chẳng phải bạn phải bắt đầu từ điều mình muốn rồi tìm ra mình cần học gì để có được nó sao?</w:t>
      </w:r>
    </w:p>
    <w:p>
      <w:pPr>
        <w:spacing w:after="80"/>
        <w:jc w:val="right"/>
      </w:pPr>
      <w:r>
        <w:rPr>
          <w:b w:val="0"/>
          <w:i w:val="0"/>
        </w:rPr>
        <w:t xml:space="preserve">—Ray Dalio, tác giả cuốn </w:t>
      </w:r>
      <w:r>
        <w:rPr>
          <w:b w:val="0"/>
          <w:i/>
        </w:rPr>
        <w:t>Principles: Life and Work</w:t>
      </w:r>
      <w:r>
        <w:rPr>
          <w:b w:val="0"/>
          <w:i w:val="0"/>
        </w:rPr>
        <w:t xml:space="preserve"> và là nhà đầu tư, trong danh sách 100 người có ảnh hưởng nhất thế giới năm 2012 của tạp chí </w:t>
      </w:r>
      <w:r>
        <w:rPr>
          <w:b w:val="0"/>
          <w:i/>
        </w:rPr>
        <w:t>Time</w:t>
      </w:r>
    </w:p>
    <w:p>
      <w:pPr>
        <w:spacing w:after="80"/>
      </w:pPr>
      <w:r>
        <w:rPr>
          <w:b w:val="0"/>
          <w:i w:val="0"/>
        </w:rPr>
        <w:t xml:space="preserve">Michael Douglas, trong vai Gordon Gekko trong bộ phim </w:t>
      </w:r>
      <w:r>
        <w:rPr>
          <w:b w:val="0"/>
          <w:i/>
        </w:rPr>
        <w:t>Wall Street</w:t>
      </w:r>
      <w:r>
        <w:rPr>
          <w:b w:val="0"/>
          <w:i w:val="0"/>
        </w:rPr>
        <w:t xml:space="preserve"> năm 1987, nói với Bud Fox, do Charlie Sheen thủ vai: "Và tôi không nói về một gã nhân viên Phố Wall cứng nhắc kiếm $400,000 một năm, bay hạng nhất và sống thoải mái. Tôi đang nói về tiền mặt. Giàu đến mức có máy bay riêng của mình."</w:t>
      </w:r>
    </w:p>
    <w:p>
      <w:pPr>
        <w:spacing w:after="80"/>
      </w:pPr>
      <w:r>
        <w:rPr>
          <w:b w:val="0"/>
          <w:i w:val="0"/>
        </w:rPr>
        <w:t xml:space="preserve">Có người đọc câu đó và bảo: "Kiếm $400,000 một năm và sống thoải mái nghe như giấc mơ thành hiện thực." Có người chẳng nói gì và tuyên bố mình không hứng thú với vật chất. Người khác lại đập ngực và gào lên với trời rằng họ sẽ có máy bay riêng. Điều quan trọng với tôi là </w:t>
      </w:r>
      <w:r>
        <w:rPr>
          <w:b w:val="0"/>
          <w:i/>
        </w:rPr>
        <w:t>bạn</w:t>
      </w:r>
      <w:r>
        <w:rPr>
          <w:b w:val="0"/>
          <w:i w:val="0"/>
        </w:rPr>
        <w:t xml:space="preserve"> nghĩ gì, vì mọi lựa chọn của bạn sẽ do nơi bạn muốn đến quyết định.</w:t>
      </w:r>
    </w:p>
    <w:p>
      <w:pPr>
        <w:spacing w:after="80"/>
      </w:pPr>
      <w:r>
        <w:rPr>
          <w:b w:val="0"/>
          <w:i w:val="0"/>
        </w:rPr>
        <w:t>Dù là một học sinh cấp ba đang xin lời khuyên hay một CEO đang điều hành công ty trị giá $500 triệu, khi ai đó hỏi tôi, tôi đều đáp: "Tất cả phụ thuộc vào việc bạn có thể trả lời câu hỏi này trung thực đến đâu: Bạn muốn trở thành ai?"</w:t>
      </w:r>
    </w:p>
    <w:p>
      <w:pPr>
        <w:spacing w:after="80"/>
      </w:pPr>
      <w:r>
        <w:rPr>
          <w:b w:val="0"/>
          <w:i w:val="0"/>
        </w:rPr>
        <w:t>Trong chương này, tôi sẽ dẫn dắt bạn trả lời câu hỏi đó một cách rõ ràng. Tôi cũng sẽ chỉ cho bạn cách quay lại bảng đen của cuộc đời mình và đặt ra một tầm nhìn mới cho bản thân, thứ sẽ thắp lửa cho bạn và đưa bạn vào guồng chuyển động. Tôi sẽ cho bạn thấy vì sao việc lập kế hoạch và cam kết với nó sẽ giải phóng toàn bộ năng lượng cùng tính kỷ luật mà bạn cần.</w:t>
      </w:r>
    </w:p>
    <w:p>
      <w:pPr>
        <w:pStyle w:val="Heading3"/>
      </w:pPr>
      <w:r>
        <w:rPr>
          <w:rFonts w:ascii="Calibri" w:hAnsi="Calibri"/>
          <w:b/>
          <w:i w:val="0"/>
          <w:sz w:val="26"/>
        </w:rPr>
        <w:t>Trả Lời Câu Hỏi Để Lộ Ra Khát Khao Sâu Thẳm Nhất Của Bạn</w:t>
      </w:r>
    </w:p>
    <w:p>
      <w:pPr>
        <w:spacing w:after="80"/>
      </w:pPr>
      <w:r>
        <w:rPr>
          <w:b w:val="0"/>
          <w:i w:val="0"/>
        </w:rPr>
        <w:t>Chẳng có gì quan trọng trừ khi bạn hiểu điều gì khiến bạn rung động và bạn muốn trở thành ai. Quá thường xuyên, các nhà tư vấn và người có ảnh hưởng mặc định rằng ai cũng muốn cùng một thứ. Khi nói chuyện với một CEO hay một nhà sáng lập, tôi bắt đầu bằng việc đặt câu hỏi. Trước khi đưa ra bất kỳ khuyến nghị nào, tôi thu thập càng nhiều thông tin càng tốt về việc người đó muốn trở thành ai và muốn gì từ cuộc sống.</w:t>
      </w:r>
    </w:p>
    <w:p>
      <w:pPr>
        <w:spacing w:after="80"/>
      </w:pPr>
      <w:r>
        <w:rPr>
          <w:b w:val="0"/>
          <w:i w:val="0"/>
        </w:rPr>
        <w:t xml:space="preserve">Tôi hiểu rằng không phải ai cũng biết mình muốn trở thành ai. Việc không có ngay mọi câu trả lời là chuyện bình thường. Hãy nhớ rằng câu hỏi này—và mọi bước đi trong cuốn sách—là một quá trình. Mọi ví dụ tôi đưa ra và câu chuyện tôi kể đều tồn tại vì </w:t>
      </w:r>
      <w:r>
        <w:rPr>
          <w:b w:val="0"/>
          <w:i/>
        </w:rPr>
        <w:t>bạn</w:t>
      </w:r>
      <w:r>
        <w:rPr>
          <w:b w:val="0"/>
          <w:i w:val="0"/>
        </w:rPr>
        <w:t>. Chúng nhằm giúp bạn suy ngẫm và hiểu bản thân hơn. Nếu lúc này bạn chưa có câu trả lời rõ ràng, bạn thuộc về số đông. Tôi chỉ xin bạn giữ một tâm trí cởi mở và tiếp tục đọc với mục tiêu, đến lúc thích hợp, sẽ trả lời được câu hỏi này.</w:t>
      </w:r>
    </w:p>
    <w:p>
      <w:pPr>
        <w:spacing w:after="80"/>
      </w:pPr>
      <w:r>
        <w:rPr>
          <w:b w:val="0"/>
          <w:i w:val="0"/>
        </w:rPr>
        <w:t>Mục đích của Nước đi này là xác định điều gì quan trọng nhất với bạn và giúp bạn xây dựng một chiến lược phù hợp với mức độ cam kết và tầm nhìn của bạn. Tôi có thể khiến bạn đặt câu hỏi về một số quyết định hoặc cách bạn sẽ thực hiện tầm nhìn của mình, nhưng việc quyết định vươn xa hơn và nghĩ lớn hơn là ở bạn.</w:t>
      </w:r>
    </w:p>
    <w:p>
      <w:pPr>
        <w:spacing w:after="80"/>
      </w:pPr>
      <w:r>
        <w:rPr>
          <w:b w:val="0"/>
          <w:i w:val="0"/>
        </w:rPr>
        <w:t>Bạn muốn trở thành người như thế nào?</w:t>
      </w:r>
    </w:p>
    <w:p>
      <w:pPr>
        <w:spacing w:after="80"/>
      </w:pPr>
      <w:r>
        <w:rPr>
          <w:b w:val="0"/>
          <w:i w:val="0"/>
        </w:rPr>
        <w:t>Khi bạn tiếp tục tự hỏi mình câu hỏi này, câu trả lời của bạn sẽ quyết định mức độ khẩn trương của bạn. Nếu bạn muốn mở một cửa hàng nhỏ kiểu gia đình, bạn không cần phải đối xử với kinh doanh như chiến tranh và có thể thoải mái trong cách tiếp cận của mình. Nếu bạn muốn làm đảo lộn một ngành, tốt hơn hết bạn nên trang bị câu chuyện đúng, đội ngũ đúng, dữ liệu đúng và chiến lược đúng. Hãy thực sự dành thời gian để làm rõ câu chuyện của mình—chính xác bạn muốn trở thành ai—nếu không bạn sẽ không thể kiên trì khi mọi thứ trở nên khó khăn. Và trong kinh doanh, mọi thứ luôn trở nên khó khăn.</w:t>
      </w:r>
    </w:p>
    <w:p>
      <w:pPr>
        <w:pStyle w:val="Heading3"/>
      </w:pPr>
      <w:r>
        <w:rPr>
          <w:rFonts w:ascii="Calibri" w:hAnsi="Calibri"/>
          <w:b/>
          <w:i w:val="0"/>
          <w:sz w:val="26"/>
        </w:rPr>
        <w:t>Biến Nỗi Đau Thành Nhiên Liệu</w:t>
      </w:r>
    </w:p>
    <w:p>
      <w:pPr>
        <w:spacing w:after="80"/>
      </w:pPr>
      <w:r>
        <w:rPr>
          <w:b w:val="0"/>
          <w:i w:val="0"/>
        </w:rPr>
        <w:t>Tôi có thể ngồi đây và kể cho bạn nghe về cuộc sống mà một ngày nào đó bạn có thể sống. Nói về những chiếc xe, những chiếc máy bay phản lực và những người nổi tiếng bạn gặp đều nghe thật tuyệt vời, nhưng trước tiên phải giải quyết những điều cơ bản đã. Bạn sẽ phải chịu đựng nhiều đau đớn hơn mức bạn có thể tưởng tượng để đến được đó. Những người chịu đựng nỗi đau giỏi nhất—những người có sức chịu đựng cao nhất—tự cho mình cơ hội chiến thắng cao nhất trong kinh doanh.</w:t>
      </w:r>
    </w:p>
    <w:p>
      <w:pPr>
        <w:spacing w:after="80"/>
      </w:pPr>
      <w:r>
        <w:rPr>
          <w:b w:val="0"/>
          <w:i w:val="0"/>
        </w:rPr>
        <w:t>Đến khi chúng ta tự lập được vài năm, nhiều người trong chúng ta trở nên hoài nghi. Đó là một điều xấu xí, nhưng tôi đã thấy nó xảy ra quá thường xuyên. Tất cả chúng ta đều có những giấc mơ lớn khi lớn lên, và chúng ta vạch ra nhiều kế hoạch cho bản thân. Rồi cuộc sống xen vào, các kế hoạch không diễn ra như chúng ta tưởng, và chúng ta mất niềm tin vào khả năng tập trung vào việc mình muốn trở thành ai. Bạn có thể không nhận ra, nhưng nó cũng làm tổn hại khả năng thực hiện những nước đi tiếp theo của bạn.</w:t>
      </w:r>
    </w:p>
    <w:p>
      <w:pPr>
        <w:spacing w:after="80"/>
      </w:pPr>
      <w:r>
        <w:rPr>
          <w:b w:val="0"/>
          <w:i w:val="0"/>
        </w:rPr>
        <w:t>Chúng ta thậm chí có thể bắt đầu nghĩ: "Này, nói rằng mình sẽ làm điều gì đó lớn lao thì có ích gì nếu mình không theo đuổi đến cùng? Tốt hơn là cứ nhắm thấp và chơi cho an toàn."</w:t>
      </w:r>
    </w:p>
    <w:p>
      <w:pPr>
        <w:spacing w:after="80"/>
      </w:pPr>
      <w:r>
        <w:rPr>
          <w:b w:val="0"/>
          <w:i w:val="0"/>
        </w:rPr>
        <w:t>Điều duy nhất ngăn cách chúng ta với sự vĩ đại là một tầm nhìn và một kế hoạch để đạt được sự vĩ đại. Khi bạn đấu tranh vì một mục tiêu, một giấc mơ, một điều gì đó lớn lao hơn chính bản thân mình, bạn sẽ tìm thấy sự nhiệt huyết, đam mê và niềm vui làm cho cuộc sống trở thành một cuộc phiêu lưu tuyệt vời. Chìa khóa là xác định mục tiêu của bạn và biết mình muốn trở thành ai.</w:t>
      </w:r>
    </w:p>
    <w:p>
      <w:pPr>
        <w:spacing w:after="80"/>
      </w:pPr>
      <w:r>
        <w:rPr>
          <w:b w:val="0"/>
          <w:i w:val="0"/>
        </w:rPr>
        <w:t>Vào mùa hè năm 1999, tôi hai mươi tuổi và đã rời quân ngũ. Kế hoạch của tôi: trở thành Arnold Schwarzenegger của Trung Đông. Tháng Sáu năm đó, tôi cảm thấy chắc chắn rằng mình sẽ trở thành Mr. Olympia tiếp theo, cưới một người nhà Kennedy, trở thành diễn viên, và cuối cùng là thống đốc bang California.</w:t>
      </w:r>
    </w:p>
    <w:p>
      <w:pPr>
        <w:spacing w:after="80"/>
      </w:pPr>
      <w:r>
        <w:rPr>
          <w:b w:val="0"/>
          <w:i w:val="0"/>
        </w:rPr>
        <w:t>Bước đầu tiên trong kế hoạch của tôi là xin được một công việc tại một phòng gym địa phương, hy vọng được chú ý càng sớm càng tốt. Vào thời điểm đó, chuỗi phòng tập thể hình lớn nhất trong khu vực là Bally Total Fitness. Với sự giúp đỡ của chị gái, tôi nhận được lời đề nghị từ một phòng Bally ở Culver City. Đó hẳn phải là địa điểm Bally nhỏ nhất và lỗi thời nhất ở bang California.</w:t>
      </w:r>
    </w:p>
    <w:p>
      <w:pPr>
        <w:spacing w:after="80"/>
      </w:pPr>
      <w:r>
        <w:rPr>
          <w:b w:val="0"/>
          <w:i w:val="0"/>
        </w:rPr>
        <w:t>Bất chấp hoàn cảnh kém lý tưởng, tôi được thăng chức và chuyển đến phòng gym Bally lớn nhất, tình cờ lại nằm ở Hollywood. Kế hoạch của tôi đang thành công! Vì tôi ngày càng giỏi hơn trong việc bán thẻ hội viên, tôi kiếm được 3.500 đô la một tháng. So với số tiền tôi kiếm được trong quân ngũ, nó cảm giác như hàng triệu đô.</w:t>
      </w:r>
    </w:p>
    <w:p>
      <w:pPr>
        <w:spacing w:after="80"/>
      </w:pPr>
      <w:r>
        <w:rPr>
          <w:b w:val="0"/>
          <w:i w:val="0"/>
        </w:rPr>
        <w:t>Một ngày nọ, người giám sát của tôi, Robby, đề nghị cho tôi vị trí trợ lý quản lý tại phòng Bally ở Chatsworth, cách Hollywood ba mươi dặm. Anh ấy muốn tôi vực dậy câu lạc bộ; nó chỉ đạt 40 phần trăm mục tiêu hàng tháng.</w:t>
      </w:r>
    </w:p>
    <w:p>
      <w:pPr>
        <w:spacing w:after="80"/>
      </w:pPr>
      <w:r>
        <w:rPr>
          <w:b w:val="0"/>
          <w:i w:val="0"/>
        </w:rPr>
        <w:t>Tôi không muốn đến Chatsworth. Tôi muốn làm quản lý cuối tuần ở Hollywood, một vị trí trả 55.000 đô la một năm. Robby hứa với tôi rằng nếu tôi vực dậy được tình hình ở Chatsworth, công việc đó sẽ thuộc về tôi. Ứng viên duy nhất khác cho vị trí đó là một nhân viên lâu năm tên Edwin. Chỉ cần tôi làm tốt hơn anh ta, tôi có thể tin chắc mình sẽ trở thành quản lý cuối tuần ở Hollywood.</w:t>
      </w:r>
    </w:p>
    <w:p>
      <w:pPr>
        <w:spacing w:after="80"/>
      </w:pPr>
      <w:r>
        <w:rPr>
          <w:b w:val="0"/>
          <w:i w:val="0"/>
        </w:rPr>
        <w:t>Tua nhanh chín mươi ngày. Chúng tôi đã có thể vực dậy tình hình ở câu lạc bộ Chatsworth, đưa nó từ 40 phần trăm mục tiêu doanh thu hàng tháng lên 115 phần trăm. Tôi gần đứng đầu bảng xếp hạng toàn công ty, vượt xa Edwin. Khi tôi nhận được cuộc gọi từ Robby để gặp mặt, tôi cho rằng ban lãnh đạo hẳn phải hài lòng. Các kế hoạch của tôi đang thành hình. Tôi sắp được gặp huyền thoại thể hình Joe Weider, được một đại lý Hollywood lớn để mắt tới, khởi động sự nghiệp diễn xuất, và gặp một người nhà Kennedy. Tôi có thể nhớ rõ như in cảm giác mong chờ vào chiều hôm đó trước cuộc gặp với Robby.</w:t>
      </w:r>
    </w:p>
    <w:p>
      <w:pPr>
        <w:spacing w:after="80"/>
      </w:pPr>
      <w:r>
        <w:rPr>
          <w:b w:val="0"/>
          <w:i w:val="0"/>
        </w:rPr>
        <w:t>Ngay khoảnh khắc tôi bước vào văn phòng của Robby, tôi biết có điều gì đó không ổn. Đây không phải là người đàn ông đã hứa với tôi vị trí đó nếu tôi làm tốt hơn Edwin.</w:t>
      </w:r>
    </w:p>
    <w:p>
      <w:pPr>
        <w:spacing w:after="80"/>
      </w:pPr>
      <w:r>
        <w:rPr>
          <w:b w:val="0"/>
          <w:i w:val="0"/>
        </w:rPr>
        <w:t>Đó chỉ là sự hoang tưởng thôi, tôi tự trấn an mình. Hãy cho anh ấy lợi thế của sự nghi ngờ và nghe xem anh ấy nói gì.</w:t>
      </w:r>
    </w:p>
    <w:p>
      <w:pPr>
        <w:spacing w:after="80"/>
      </w:pPr>
      <w:r>
        <w:rPr>
          <w:b w:val="0"/>
          <w:i w:val="0"/>
        </w:rPr>
        <w:t>“Patrick, tôi rất tự hào về thành tích mà cậu và đội của cậu đã đạt được trong chín mươi ngày qua,” Robby nói. “Tôi muốn cậu ở lại đó thêm sáu tháng nữa và đưa câu lạc bộ Chatsworth lên một tầm cao mới.”</w:t>
      </w:r>
    </w:p>
    <w:p>
      <w:pPr>
        <w:spacing w:after="80"/>
      </w:pPr>
      <w:r>
        <w:rPr>
          <w:b w:val="0"/>
          <w:i w:val="0"/>
        </w:rPr>
        <w:t>“Ý anh là sao?” tôi hỏi. “Tôi đã nói rất rõ rằng tôi muốn vị trí quản lý cuối tuần ở Hollywood.” Vị trí đó, anh ấy nói, đã có người đảm nhận rồi.</w:t>
      </w:r>
    </w:p>
    <w:p>
      <w:pPr>
        <w:spacing w:after="80"/>
      </w:pPr>
      <w:r>
        <w:rPr>
          <w:b w:val="0"/>
          <w:i w:val="0"/>
        </w:rPr>
        <w:t>Lúc đó, máu tôi như sôi lên. Tôi không thể tin nổi một người đàn ông trưởng thành lại có thể nhìn thẳng vào mắt tôi sau khi nuốt lời như vậy. Tôi đã quá tập trung vào việc đánh bại mục tiêu đến nỗi không hề nghĩ đến việc mình sẽ làm gì nếu mọi chuyện không như ý.</w:t>
      </w:r>
    </w:p>
    <w:p>
      <w:pPr>
        <w:spacing w:after="80"/>
      </w:pPr>
      <w:r>
        <w:rPr>
          <w:b w:val="0"/>
          <w:i w:val="0"/>
        </w:rPr>
        <w:t>Ai được vị trí đó? Chắc bạn đoán ra rồi: Edwin. Tại sao ư? Edwin đã làm ở Bally được sáu năm; còn tôi mới chỉ chín tháng. Chẳng ai để ý đến thành tích của tôi, việc tôi đè bẹp Edwin trên bảng xếp hạng toàn quốc. Chẳng ai để ý rằng, theo dữ liệu khách quan, tôi mới là người xứng đáng.</w:t>
      </w:r>
    </w:p>
    <w:p>
      <w:pPr>
        <w:spacing w:after="80"/>
      </w:pPr>
      <w:r>
        <w:rPr>
          <w:b w:val="0"/>
          <w:i w:val="0"/>
        </w:rPr>
        <w:t>Công bằng mà nói về Robby, anh ấy không hề làm điều gì phi đạo đức. Vì anh ấy phải tuân theo mệnh lệnh từ tập đoàn, nên anh ấy đang chơi trò chính trị. Theo nhiều cách, đó là một may mắn khi được học từ khi còn trẻ rằng các tập đoàn đều có những toan tính riêng và việc thăng tiến hiếm khi chỉ dựa trên năng lực. Robby có thể thấy tôi đang giận dữ, và anh ấy bảo tôi ra ngoài cho nguôi ngoai. Tôi bước ra bãi đỗ xe và cố suy nghĩ. Tôi tưởng tượng những sự việc này sẽ định đoạt phần đời còn lại của tôi như thế nào. Tôi diễn lại thước phim trong đầu, và tôi không thể chấp nhận được cái kết nếu tôi đồng ý với quyết định của Robby. Lúc đó tôi chưa nhận ra, nhưng thực ra tôi đã đang xử lý những bước đi tiếp theo của mình. Thách thức duy nhất là tôi đang phản ứng lại nước đi của người khác chứ không phải đang thực hiện nước đi của chính mình. Tôi bước trở lại văn phòng anh ấy và hỏi liệu quyết định đã là cuối cùng chưa. Anh ấy nói là rồi.</w:t>
      </w:r>
    </w:p>
    <w:p>
      <w:pPr>
        <w:spacing w:after="80"/>
      </w:pPr>
      <w:r>
        <w:rPr>
          <w:b w:val="0"/>
          <w:i w:val="0"/>
        </w:rPr>
        <w:t>Lúc đó, tôi nhìn thẳng vào mắt anh ấy và nói rằng tôi nghỉ việc. Ban đầu, anh ấy nghĩ tôi đang đùa, nhưng tôi rất tự tin về quyết định của mình. Làm việc ở một nơi không cho bạn định hướng rõ ràng về những gì bạn cần làm để thăng tiến trong công ty thì có ích gì? Tại sao lại tự chuốc lấy khổ sở như vậy? Chính khoảnh khắc đó tôi nhận ra mình không thể sống thêm một ngày nào nữa với số phận nằm trong tay người khác.</w:t>
      </w:r>
    </w:p>
    <w:p>
      <w:pPr>
        <w:spacing w:after="80"/>
      </w:pPr>
      <w:r>
        <w:rPr>
          <w:b w:val="0"/>
          <w:i w:val="0"/>
        </w:rPr>
        <w:t>Ở thời điểm đó trong sự nghiệp, tôi chưa suy nghĩ như một người chiến thắng. Với việc không thể nghĩ xa hơn một hai nước đi, tôi vẫn chỉ là một kẻ nghiệp dư. Kết quả là tôi chết khiếp. Trên đường lái xe về nhà, tôi cảm thấy như mình vừa đưa ra quyết định tồi tệ nhất trong đời. Các đồng nghiệp bắt đầu gọi cho tôi để hỏi tôi nghĩ cái quái gì vậy. Gia đình tôi cũng không thể tin nổi.</w:t>
      </w:r>
    </w:p>
    <w:p>
      <w:pPr>
        <w:spacing w:after="80"/>
      </w:pPr>
      <w:r>
        <w:rPr>
          <w:b w:val="0"/>
          <w:i w:val="0"/>
        </w:rPr>
        <w:t>Đến khi tôi lên giường đêm hôm đó, phần lớn cảm xúc đã nguôi ngoai, và tôi chỉ còn lại nỗi băn khoăn không biết mình sẽ làm gì tiếp theo. Về sau trong sự nghiệp, tôi học được cách xử lý ngay trong lúc nóng giận. May thay, đêm hôm đó tôi đã bình tĩnh đủ để nghĩ về những bước đi tiếp theo của mình. Khi nhìn lại bây giờ, tôi nhận ra đó là một khoảnh khắc mang tính bước ngoặt trong đời tôi.</w:t>
      </w:r>
    </w:p>
    <w:p>
      <w:pPr>
        <w:spacing w:after="80"/>
      </w:pPr>
      <w:r>
        <w:rPr>
          <w:b w:val="0"/>
          <w:i w:val="0"/>
        </w:rPr>
        <w:t>Tôi phải nhìn vào bên trong và xác định rõ ràng mình muốn trở thành ai—và mình muốn đi đến đâu. Danh sách tôi lập ra đại khái như thế này:</w:t>
      </w:r>
    </w:p>
    <w:p>
      <w:pPr>
        <w:spacing w:after="80"/>
        <w:ind w:left="360"/>
      </w:pPr>
      <w:r>
        <w:rPr>
          <w:b/>
          <w:i w:val="0"/>
        </w:rPr>
        <w:t>1.</w:t>
      </w:r>
      <w:r>
        <w:rPr>
          <w:b w:val="0"/>
          <w:i w:val="0"/>
        </w:rPr>
        <w:t xml:space="preserve"> Tôi muốn làm cho cái tên Bet-David trở nên có ý nghĩa, đến mức bố mẹ tôi sẽ tự hào về quyết định rời Iran của họ.</w:t>
      </w:r>
    </w:p>
    <w:p>
      <w:pPr>
        <w:spacing w:after="80"/>
        <w:ind w:left="360"/>
      </w:pPr>
      <w:r>
        <w:rPr>
          <w:b/>
          <w:i w:val="0"/>
        </w:rPr>
        <w:t>2.</w:t>
      </w:r>
      <w:r>
        <w:rPr>
          <w:b w:val="0"/>
          <w:i w:val="0"/>
        </w:rPr>
        <w:t xml:space="preserve"> Tôi muốn làm việc với những người giữ lời hứa—đặc biệt là những nhà lãnh đạo mà tôi làm việc cùng và những người ảnh hưởng đến con đường sự nghiệp của tôi.</w:t>
      </w:r>
    </w:p>
    <w:p>
      <w:pPr>
        <w:spacing w:after="80"/>
        <w:ind w:left="360"/>
      </w:pPr>
      <w:r>
        <w:rPr>
          <w:b/>
          <w:i w:val="0"/>
        </w:rPr>
        <w:t>3.</w:t>
      </w:r>
      <w:r>
        <w:rPr>
          <w:b w:val="0"/>
          <w:i w:val="0"/>
        </w:rPr>
        <w:t xml:space="preserve"> Tôi muốn có một công thức rõ ràng để lên đến đỉnh cao hoàn toàn dựa trên kết quả của mình. Tôi không thể chịu nổi những bất ngờ hay việc người ta cứ dời cột gôn.</w:t>
      </w:r>
    </w:p>
    <w:p>
      <w:pPr>
        <w:spacing w:after="80"/>
        <w:ind w:left="360"/>
      </w:pPr>
      <w:r>
        <w:rPr>
          <w:b/>
          <w:i w:val="0"/>
        </w:rPr>
        <w:t>4.</w:t>
      </w:r>
      <w:r>
        <w:rPr>
          <w:b w:val="0"/>
          <w:i w:val="0"/>
        </w:rPr>
        <w:t xml:space="preserve"> Tôi muốn xây dựng một đội ngũ đã đồng lòng với tầm nhìn giống tôi để xem tập thể chúng tôi có thể đi xa đến đâu. Điều này bao gồm những người đồng hành mà tôi có thể tin tưởng 100 phần trăm.</w:t>
      </w:r>
    </w:p>
    <w:p>
      <w:pPr>
        <w:spacing w:after="80"/>
        <w:ind w:left="360"/>
      </w:pPr>
      <w:r>
        <w:rPr>
          <w:b/>
          <w:i w:val="0"/>
        </w:rPr>
        <w:t>5.</w:t>
      </w:r>
      <w:r>
        <w:rPr>
          <w:b w:val="0"/>
          <w:i w:val="0"/>
        </w:rPr>
        <w:t xml:space="preserve"> Tôi muốn kiếm đủ tiền để không còn bị chi phối bởi những trò chính trị và toan tính của người khác.</w:t>
      </w:r>
    </w:p>
    <w:p>
      <w:pPr>
        <w:spacing w:after="80"/>
        <w:ind w:left="360"/>
      </w:pPr>
      <w:r>
        <w:rPr>
          <w:b/>
          <w:i w:val="0"/>
        </w:rPr>
        <w:t>6.</w:t>
      </w:r>
      <w:r>
        <w:rPr>
          <w:b w:val="0"/>
          <w:i w:val="0"/>
        </w:rPr>
        <w:t xml:space="preserve"> Tôi muốn nắm trong tay từng cuốn sách chiến lược trên đời để nhìn cuộc chơi từ một góc nhìn rộng hơn, nhờ đó tôi có thể học cách giảm thiểu nạn bắt nạt nơi công sở.</w:t>
      </w:r>
    </w:p>
    <w:p>
      <w:pPr>
        <w:spacing w:after="80"/>
      </w:pPr>
      <w:r>
        <w:rPr>
          <w:b w:val="0"/>
          <w:i w:val="0"/>
        </w:rPr>
        <w:t>Khi đã rõ ràng về người mình muốn trở thành, tôi có thể nhìn ra những bước đi tiếp theo của mình. Bước đầu tiên là tìm một công việc bán hàng với mức trả dựa trên năng lực và kỳ vọng rõ ràng. Hai mươi năm sau, tôi có thể nói với bạn rằng sự rõ ràng đến từ việc đưa ra những quyết định phù hợp với niềm tin và giá trị cốt lõi của bạn.</w:t>
      </w:r>
    </w:p>
    <w:p>
      <w:pPr>
        <w:pStyle w:val="Heading3"/>
      </w:pPr>
      <w:r>
        <w:rPr>
          <w:rFonts w:ascii="Calibri" w:hAnsi="Calibri"/>
          <w:b/>
          <w:i w:val="0"/>
          <w:sz w:val="26"/>
        </w:rPr>
        <w:t>Dùng những kẻ ghét bạn và những người hoài nghi để thúc đẩy bạn</w:t>
      </w:r>
    </w:p>
    <w:p>
      <w:pPr>
        <w:spacing w:after="80"/>
      </w:pPr>
      <w:r>
        <w:rPr>
          <w:b w:val="0"/>
          <w:i w:val="0"/>
        </w:rPr>
        <w:t xml:space="preserve">Tôi kể câu chuyện bị từ chối thăng chức đó vì tôi muốn bạn chạm vào nỗi đau của chính mình. Chính những khoảnh khắc cảm thấy bất lực, giận dữ hay buồn bã đó sẽ mách bảo cho bạn động lực sâu thẳm nhất của mình. Đừng đánh giá thấp sức mạnh của nỗi xấu hổ trong việc thúc đẩy bạn. Khi Elon Musk rời Nam Phi đến Canada năm mười bảy tuổi, cha anh chẳng có gì ngoài sự khinh miệt dành cho cậu con trai lớn. Trong bài phỏng vấn trên </w:t>
      </w:r>
      <w:r>
        <w:rPr>
          <w:b w:val="0"/>
          <w:i/>
        </w:rPr>
        <w:t>Rolling Stone</w:t>
      </w:r>
      <w:r>
        <w:rPr>
          <w:b w:val="0"/>
          <w:i w:val="0"/>
        </w:rPr>
        <w:t xml:space="preserve"> tháng 11 năm 2017 của Neil Strauss, ông đã trích lời Musk mô tả về buổi tiễn đưa của cha mình: "Ông ấy nói với giọng khá gay gắt rằng tôi sẽ quay về trong ba tháng, rằng tôi sẽ không bao giờ thành công, rằng tôi sẽ không bao giờ làm nên trò trống gì. Ông ấy gọi tôi là đồ ngốc suốt. Đó mới chỉ là phần nổi của tảng băng thôi, nhân tiện nói luôn."</w:t>
      </w:r>
    </w:p>
    <w:p>
      <w:pPr>
        <w:spacing w:after="80"/>
      </w:pPr>
      <w:r>
        <w:rPr>
          <w:b w:val="0"/>
          <w:i w:val="0"/>
        </w:rPr>
        <w:t xml:space="preserve">Barbara Corcoran, nữ trùm bất động sản mà bạn có thể đã thấy trên </w:t>
      </w:r>
      <w:r>
        <w:rPr>
          <w:b w:val="0"/>
          <w:i/>
        </w:rPr>
        <w:t>Shark Tank</w:t>
      </w:r>
      <w:r>
        <w:rPr>
          <w:b w:val="0"/>
          <w:i w:val="0"/>
        </w:rPr>
        <w:t>, là một trong mười đứa con lớn lên ở một thị trấn lao động chân tay tại New Jersey. Năm 1973, bà hai mươi ba tuổi và đang làm bồi bàn trong một quán ăn. Tại đó, bà gặp một người đàn ông cho bà vay một nghìn đô-la để mở công ty bất động sản. Họ yêu nhau và tưởng như sẽ sống hạnh phúc mãi mãi. Nếu kịch bản đó diễn ra đúng như vậy, tôi đoán Corcoran sẽ xây dựng được một công việc kinh doanh bất động sản kha khá. Nhưng năm 1978, người đàn ông đó bỏ rơi bà và cưới trợ lý của Corcoran. Để xát thêm muối vào vết thương, ông ta nói với bà: "Cô sẽ không bao giờ thành công nếu không có tôi."</w:t>
      </w:r>
    </w:p>
    <w:p>
      <w:pPr>
        <w:spacing w:after="80"/>
      </w:pPr>
      <w:r>
        <w:rPr>
          <w:b w:val="0"/>
          <w:i w:val="0"/>
        </w:rPr>
        <w:t xml:space="preserve">Trong một cuộc phỏng vấn với tạp chí </w:t>
      </w:r>
      <w:r>
        <w:rPr>
          <w:b w:val="0"/>
          <w:i/>
        </w:rPr>
        <w:t>Inc.</w:t>
      </w:r>
      <w:r>
        <w:rPr>
          <w:b w:val="0"/>
          <w:i w:val="0"/>
        </w:rPr>
        <w:t xml:space="preserve"> tháng 11 năm 2016, Corcoran nói rằng bà đã biến cơn giận dữ thành người bạn thân nhất của mình. "Ngay khi một gã đàn ông nói giọng trịch thượng với tôi, tôi trở thành phiên bản tốt nhất của chính mình," bà nói. "Tôi sẽ lấy được từ kẻ đó thứ tôi muốn, dù trời có sập xuống... Ông ta sẽ không được phép coi thường tôi. Tôi sẽ không chấp nhận điều đó. Tôi sẽ lặng lẽ nói với chính mình: 'Đồ khốn nạn.'"</w:t>
      </w:r>
    </w:p>
    <w:p>
      <w:pPr>
        <w:spacing w:after="80"/>
      </w:pPr>
      <w:r>
        <w:rPr>
          <w:b w:val="0"/>
          <w:i w:val="0"/>
        </w:rPr>
        <w:t xml:space="preserve">Kiểu bị từ chối đó, kiểu xấu hổ đó, có thể là một động lực cực kỳ mạnh mẽ. Tôi muốn bạn nhớ lại những giáo viên, huấn luyện viên, sếp, cha mẹ hay người thân đã từng dìm bạn xuống trong suốt những năm qua. Điều này không có nghĩa là bạn phải mang theo sự tiêu cực của họ bên mình. Thay vào đó, bạn có thể dùng nó như nhiên liệu tên lửa. Corcoran đã chuyển hóa sự từ chối của mình thành quyết tâm. Kết quả là bà đã xây dựng công ty bất động sản nhà ở thành công nhất ở New York và bán nó với giá 66 triệu đô-la. Sau đó bà viết một cuốn sách bán chạy nhất và trở thành ngôi sao truyền hình trên </w:t>
      </w:r>
      <w:r>
        <w:rPr>
          <w:b w:val="0"/>
          <w:i/>
        </w:rPr>
        <w:t>Shark Tank</w:t>
      </w:r>
      <w:r>
        <w:rPr>
          <w:b w:val="0"/>
          <w:i w:val="0"/>
        </w:rPr>
        <w:t>.</w:t>
      </w:r>
    </w:p>
    <w:p>
      <w:pPr>
        <w:spacing w:after="80"/>
      </w:pPr>
      <w:r>
        <w:rPr>
          <w:b w:val="0"/>
          <w:i w:val="0"/>
        </w:rPr>
        <w:t>Là một nhà đầu tư vào các doanh nhân, Corcoran thực sự tìm kiếm những người được thúc đẩy bởi nỗi đau. Bà coi việc lớn lên trong nghèo khó là một lợi thế. Bà nói: "Tuổi thơ tồi tệ ư? Đúng vậy! Tôi thích nó như một hợp đồng bảo hiểm. Người cha bạo hành ư? Tuyệt vời! Chưa từng có cha ư? Còn tốt hơn! Những doanh nhân thành công nhất của tôi không phải ai cũng có tuổi thơ khốn khổ, nhưng ai đó đã từng nói họ không thể làm được, và họ vẫn còn tức giận vì điều đó."</w:t>
      </w:r>
    </w:p>
    <w:p>
      <w:pPr>
        <w:spacing w:after="80"/>
      </w:pPr>
      <w:r>
        <w:rPr>
          <w:b w:val="0"/>
          <w:i w:val="0"/>
        </w:rPr>
        <w:t>Tôi không xem nhẹ nỗi đau của bạn đâu. Tin tôi đi, tôi đã trải qua đủ nỗi xấu hổ thời thơ ấu để dùng cả đời. Nó đau lúc đó, và đến giờ vẫn còn đau. Những lời dìm hàng, lăng mạ và ngược đãi có thể là cái cớ của bạn, hoặc cũng có thể là nhiên liệu của bạn. Và đó là thứ nhiên liệu cực kỳ mạnh mẽ.</w:t>
      </w:r>
    </w:p>
    <w:p>
      <w:pPr>
        <w:spacing w:after="80"/>
      </w:pPr>
      <w:r>
        <w:rPr>
          <w:b w:val="0"/>
          <w:i w:val="0"/>
        </w:rPr>
        <w:t>Cha quá cố của Michael Jordan từng nói: "Nếu bạn muốn khai thác tối đa Michael Jordan, hãy nói với cậu ấy rằng cậu ấy không thể làm được điều gì đó." Năm năm sau khi giải nghệ khỏi NBA, khi Jordan đọc bài phát biểu trong lễ vinh danh Hall of Fame, bạn đoán xem ông nói nhiều nhất về điều gì? Tất cả những kẻ ghét ông và những người hoài nghi ông. Ông vẫn chưa vượt qua được những người đã từng dìm ông xuống. Leroy Smith Jr. là người đã chiếm suất trong đội của ông khi Jordan bị loại khỏi đội bóng rổ trung học. Để cho bạn thấy Jordan đã dùng nỗi đau làm nhiên liệu đến mức nào, ông còn mời Leroy đến dự buổi lễ. Jordan nói: "Khi cậu ấy vào được đội còn tôi thì không, tôi muốn chứng minh không chỉ với Leroy Smith, không chỉ với chính mình, mà còn với huấn luyện viên đã chọn Leroy thay vì tôi, tôi muốn đảm bảo ông hiểu rõ: ông đã sai lầm đấy, ông bạn ạ."</w:t>
      </w:r>
    </w:p>
    <w:p>
      <w:pPr>
        <w:spacing w:after="80"/>
      </w:pPr>
      <w:r>
        <w:rPr>
          <w:b w:val="0"/>
          <w:i w:val="0"/>
        </w:rPr>
        <w:t>Musk, Corcoran và Jordan đều dùng nỗi đau làm nhiên liệu. Bạn cũng có thể làm điều tương tự. Hãy nhớ lại những khoảnh khắc khó khăn nhất khi bạn tuyên bố: "Không bao giờ nữa!" Hồi tưởng lại những trải nghiệm đó sẽ là nhiên liệu của bạn.</w:t>
      </w:r>
    </w:p>
    <w:p>
      <w:pPr>
        <w:spacing w:after="80"/>
      </w:pPr>
      <w:r>
        <w:rPr>
          <w:b w:val="0"/>
          <w:i w:val="0"/>
        </w:rPr>
        <w:t>Tôi vẫn cảm thấy như mình có đủ kẻ ghét trong đời để lấp đầy Madison Square Garden. Khi tôi hai mươi sáu tuổi, tôi được mời về trường cũ, Glendale High School, để phát biểu. Tôi tình cờ gặp một cố vấn hướng nghiệp tên Dotty, người hỏi: "Sao cậu lại ở đây, Patrick? Đến xem diễn giả truyền động lực à?" Bà ấy còn nói với tôi rằng bà luôn cảm thấy thương hại cho cha mẹ tôi. Đây này, tôi hai mươi sáu tuổi, được mời về trường trung học cũ để kể câu chuyện thành công của mình, vậy mà Dotty lại dội lên tôi đầy sự thương hại, nhắc tôi nhớ rằng một thập kỷ trước, bà đã thấy thương cho cha mẹ tôi vì tôi từng là một đứa trẻ lạc lối, không có động lực hay phương hướng gì.</w:t>
      </w:r>
    </w:p>
    <w:p>
      <w:pPr>
        <w:spacing w:after="80"/>
      </w:pPr>
      <w:r>
        <w:rPr>
          <w:b w:val="0"/>
          <w:i w:val="0"/>
        </w:rPr>
        <w:t>Cuối cùng Dotty đưa tôi đến hội trường, nơi sáu trăm học sinh đang chờ nghe diễn giả truyền động lực, thì bỗng nhiên thầy phó hiệu trưởng đứng dậy và bắt đầu giới thiệu tôi là diễn giả. Vẻ mặt của bà ấy thật không gì sánh bằng.</w:t>
      </w:r>
    </w:p>
    <w:p>
      <w:pPr>
        <w:spacing w:after="80"/>
      </w:pPr>
      <w:r>
        <w:rPr>
          <w:b w:val="0"/>
          <w:i w:val="0"/>
        </w:rPr>
        <w:t>Tôi không nói lại với Dotty một lời nào. Thay vào đó, tôi chỉ xếp bà ấy vào danh sách những kẻ ghét khác cứ mãi xuất hiện trong đời tôi. Và những người đó cứ tiếp tục thúc đẩy tôi. Thực ra, tôi có một danh sách những câu nói mà người ta đã nói với tôi trong suốt những năm qua. Hầu hết mọi người đọc những lời khẳng định tích cực để tạo sự tự tin cho bản thân, nhưng tôi có một bộ "lời khẳng định" hoàn toàn khác từ những người đã hoài nghi tôi hoặc cố dìm tôi xuống. Đọc đi đọc lại danh sách đó tạo ra trong tôi một ngọn lửa mà tất cả tiền bạc trên đời cũng không sánh bằng.</w:t>
      </w:r>
    </w:p>
    <w:p>
      <w:pPr>
        <w:spacing w:after="80"/>
      </w:pPr>
      <w:r>
        <w:rPr>
          <w:b w:val="0"/>
          <w:i w:val="0"/>
        </w:rPr>
        <w:t xml:space="preserve">Có lẽ kẻ ghét quan trọng nhất trong đời tôi là một người xa lạ. Khi tôi hai mươi ba tuổi, cha tôi lên cơn đau tim lần thứ mười ba. Tôi vội vã đến Los Angeles County Medical Center, một bệnh viện công. Người ở đó đối xử với ông như rác rưởi. Tôi hoàn toàn mất kiểm soát—gào thét, ném đồ đạc. "Đừng có động vào cha tôi! Các người vượt quá giới hạn rồi!" Tôi mất kiểm soát đến mức bảo vệ phải hộ tống tôi ra khỏi bệnh viện. Trong lúc tôi nổi cơn thịnh nộ, một gã nói với tôi: "Này, nghe đây. Nếu anh có </w:t>
      </w:r>
      <w:r>
        <w:rPr>
          <w:b w:val="0"/>
          <w:i/>
        </w:rPr>
        <w:t>tiền</w:t>
      </w:r>
      <w:r>
        <w:rPr>
          <w:b w:val="0"/>
          <w:i w:val="0"/>
        </w:rPr>
        <w:t>, anh có thể mua bảo hiểm tốt hơn và có bác sĩ giỏi hơn để chăm sóc cha anh. Nhưng anh đâu có trả tiền cho việc này. Người đóng thuế đang trả cho việc này. Cái này gọi là bảo hiểm y tế công."</w:t>
      </w:r>
    </w:p>
    <w:p>
      <w:pPr>
        <w:spacing w:after="80"/>
      </w:pPr>
      <w:r>
        <w:rPr>
          <w:b w:val="0"/>
          <w:i w:val="0"/>
        </w:rPr>
        <w:t>Sau khi họ tống tôi ra khỏi bệnh viện, tôi ngồi trong chiếc Ford Focus của mình, và nước mắt tuôn trào. Cơn giận được thay bằng nỗi xấu hổ. Gã đó nói đúng. Cha tôi nhận được sự chăm sóc tồi tệ vì tôi không có tiền để cho ông được chăm sóc tốt hơn. Và tôi không có tiền vì tôi dành nhiều thời gian trong hộp đêm hơn là trước mặt khách hàng. Tôi đang ở điểm thấp nhất trong đời. Người phụ nữ mà tôi tưởng sẽ cưới vừa mới bỏ tôi. Tôi nợ thẻ tín dụng 49.000 đô-la. Suốt ba mươi phút, tôi khóc như một đứa trẻ.</w:t>
      </w:r>
    </w:p>
    <w:p>
      <w:pPr>
        <w:spacing w:after="80"/>
      </w:pPr>
      <w:r>
        <w:rPr>
          <w:b w:val="0"/>
          <w:i w:val="0"/>
        </w:rPr>
        <w:t>Sau tất cả những giọt nước mắt đó, sau tất cả sự tự thương hại và xấu hổ đó, cuối cùng tôi đã hiểu ra. Đêm đó, Patrick cũ cũ đã chết.</w:t>
      </w:r>
    </w:p>
    <w:p>
      <w:pPr>
        <w:spacing w:after="80"/>
      </w:pPr>
      <w:r>
        <w:rPr>
          <w:b w:val="0"/>
          <w:i w:val="0"/>
        </w:rPr>
        <w:t>Mọi thứ về tôi đều thay đổi. Tôi dùng nỗi đau đó để nhớ lại từng lời miệt thị tôi từng nghe trong đời: "Điểm trung bình 1.8. Đồ thất bại. Chơi với bọn giang hồ. Tội nghiệp Patrick, nó chẳng có cửa gì đâu. Cha mẹ ly dị. Mẹ sống nhờ trợ cấp. Phải đi lính vì không còn lựa chọn nào khác. Sẽ chẳng bao giờ thành ai cả."</w:t>
      </w:r>
    </w:p>
    <w:p>
      <w:pPr>
        <w:spacing w:after="80"/>
      </w:pPr>
      <w:r>
        <w:rPr>
          <w:b w:val="0"/>
          <w:i w:val="0"/>
        </w:rPr>
        <w:t>Tôi đã thề rằng bố tôi sẽ không bao giờ phải làm việc ở cái cửa hàng chín mươi chín xu ở góc đường Eucalyptus và Manchester ở Inglewood, nơi ông thường xuyên bị chĩa súng uy hiếp. Ông sẽ không bao giờ phải nhận dịch vụ chăm sóc sức khỏe tồi tệ trong suốt phần đời còn lại. Cả ông và tôi sẽ không bao giờ phải cảm thấy xấu hổ thêm lần nào nữa.</w:t>
      </w:r>
    </w:p>
    <w:p>
      <w:pPr>
        <w:spacing w:after="80"/>
      </w:pPr>
      <w:r>
        <w:rPr>
          <w:b w:val="0"/>
          <w:i w:val="0"/>
        </w:rPr>
        <w:t>Tôi tự nhủ: “</w:t>
      </w:r>
      <w:r>
        <w:rPr>
          <w:b w:val="0"/>
          <w:i/>
        </w:rPr>
        <w:t>Bet-David.</w:t>
      </w:r>
      <w:r>
        <w:rPr>
          <w:b w:val="0"/>
          <w:i w:val="0"/>
        </w:rPr>
        <w:t xml:space="preserve"> Cả thế giới sẽ biết đến cái họ này. Tôi biết nỗi đau mà chúng tôi đã trải qua. Tôi biết những thử thách mà gia đình tôi đã trải qua khi chúng tôi đến Mỹ từ Iran. Tôi nhớ mẹ đã xấu hổ thế nào khi nói tiếng Anh bập bẹ. Tôi nhớ vẻ mặt của bố trong những buổi sum họp gia đình khi ông bị người ta coi thường. Chẳng bao lâu nữa, các người sẽ vô cùng tự hào về cái họ của mình. Các người sẽ vô cùng tự hào vì đã đến Mỹ. Các người sẽ vô cùng tự hào về những hy sinh mà mình đã thực hiện.”</w:t>
      </w:r>
    </w:p>
    <w:p>
      <w:pPr>
        <w:spacing w:after="80"/>
      </w:pPr>
      <w:r>
        <w:rPr>
          <w:b w:val="0"/>
          <w:i w:val="0"/>
        </w:rPr>
        <w:t>Một chuyện buồn cười đã xảy ra vào ngày hôm sau. Không ai nhận ra tôi. Tôi nhận được những lời khen tuyệt vời nhất mọi thời đại: “Pat, anh đã thay đổi rồi. Chúng tôi thậm chí không nhận ra anh nữa. Chúng tôi nhớ Pat ngày xưa. Chúng tôi muốn anh ấy quay lại.” Hồi đó, tôi nổi tiếng vì đi khắp các hộp đêm ở LA từ tối thứ Năm đến tối Chủ nhật. Tôi từng đến Vegas hai mươi sáu lần một năm. Tôi bảo tất cả bạn bè đừng rủ tôi đi nữa. Họ không nghe. Họ nghĩ rằng chỉ còn là vấn đề thời gian trước khi ông bạn cũ của họ lại dẫn đầu đoàn quân đi quẩy ở các hộp đêm.</w:t>
      </w:r>
    </w:p>
    <w:p>
      <w:pPr>
        <w:spacing w:after="80"/>
      </w:pPr>
      <w:r>
        <w:rPr>
          <w:b w:val="0"/>
          <w:i w:val="0"/>
        </w:rPr>
        <w:t>Họ nào ngờ rằng họ sẽ không bao giờ có lại được Pat cũ, kẻ chỉ biết tiệc tùng và thiếu kỷ luật. Tôi đã thay đổi một trăm tám mươi độ. Hết chuyện. Từ ngày đó trở đi, không ai, kể cả tôi, từng thấy Pat cũ nữa. Tôi dùng tất cả những kẻ ghét tôi làm nhiên liệu, và nó đã mang lại cho tôi một nguồn năng lượng ổn định kể từ đó, một nguồn dự trữ mà tôi có thể huy động bất cứ lúc nào.</w:t>
      </w:r>
    </w:p>
    <w:p>
      <w:pPr>
        <w:spacing w:after="80"/>
      </w:pPr>
      <w:r>
        <w:rPr>
          <w:b w:val="0"/>
          <w:i w:val="0"/>
        </w:rPr>
        <w:t>Tôi muốn bạn chuyển hóa tất cả cơn giận dữ và nỗi đau của mình thành nhiên liệu. Đây là sân khấu của bạn. Nếu bạn thay đổi bản thân và tập trung vào con người mà bạn muốn trở thành, không gì có thể ngăn cản bạn.</w:t>
      </w:r>
    </w:p>
    <w:p>
      <w:pPr>
        <w:spacing w:after="80"/>
      </w:pPr>
      <w:r>
        <w:rPr>
          <w:b w:val="0"/>
          <w:i w:val="0"/>
        </w:rPr>
        <w:t>Tôi đang thấy xúc động khi nhớ lại những câu chuyện này. Chúng không còn đau đớn như trước nữa, nhưng chỉ cần một khoảnh khắc, tôi có thể quay lại bất kỳ cảnh nào để tạo ra cùng nguồn nhiên liệu đó. Linh cảm mách bảo tôi rằng sẽ có nhiều cảnh mới để thêm vào danh sách. Và dù nỗi đau không bao giờ biến mất, giờ tôi nhìn tất cả những kẻ ghét tôi và những kẻ hoài nghi như những người trao quà. Suy cho cùng, họ đã dẫn tôi đến một điểm sáng tỏ về chính xác con người mà tôi muốn trở thành. Họ đã dẫn tôi đến việc nói “không bao giờ nữa” và tạo ra danh sách những điều không thể thương lượng của mình (những thứ bạn không sẵn sàng thỏa hiệp dù trong bất kỳ hoàn cảnh nào). Tôi khuyến khích bạn cũng thử làm điều tương tự.</w:t>
      </w:r>
    </w:p>
    <w:p>
      <w:pPr>
        <w:spacing w:after="80"/>
      </w:pPr>
      <w:r>
        <w:rPr>
          <w:b w:val="0"/>
          <w:i w:val="0"/>
        </w:rPr>
        <w:t>Khi làm vậy, đừng thỏa hiệp với những nét riêng hay những thứ khác có vẻ kỳ quặc với người khác—những nét riêng này rất quan trọng vì những gì bạn đã trải qua và cách bạn được tạo nên. Bạn thực sự cần hiểu rõ điều gì bạn có thể hy sinh và điều gì bạn tuyệt đối sẽ không hy sinh. Nó sẽ dẫn bạn đến việc tạo ra danh sách những điều không thể thương lượng của riêng mình.</w:t>
      </w:r>
    </w:p>
    <w:p>
      <w:pPr>
        <w:pStyle w:val="Heading3"/>
      </w:pPr>
      <w:r>
        <w:rPr>
          <w:rFonts w:ascii="Calibri" w:hAnsi="Calibri"/>
          <w:b/>
          <w:i w:val="0"/>
          <w:sz w:val="26"/>
        </w:rPr>
        <w:t>Khám Phá Vai Trò Nào Phù Hợp Nhất Với Bạn</w:t>
      </w:r>
    </w:p>
    <w:p>
      <w:pPr>
        <w:spacing w:after="80"/>
      </w:pPr>
      <w:r>
        <w:rPr>
          <w:b w:val="0"/>
          <w:i w:val="0"/>
        </w:rPr>
        <w:t>Tất cả những câu hỏi khám phá mà tôi đang đặt ra đều nhằm dẫn bạn đến việc tìm ra con đường nào phù hợp nhất với bạn. Mấu chốt là tìm ra vị trí tốt nhất để làm nổi bật tài năng của bạn. Người sáng lập? CEO? Giám đốc chiến lược? Trưởng nhóm kinh doanh? Người số hai? Nhà phát triển kinh doanh? Doanh nhân nội bộ? Danh sách còn dài. Chúng ta đang sống trong một thời đại mà các doanh nhân được lên trang nhất, nhưng cuộc sống đó có thể không dành cho bạn. Điều đó không có nghĩa là sẽ không có chỗ cho bạn để xây dựng sự giàu có và tìm thấy sự viên mãn.</w:t>
      </w:r>
    </w:p>
    <w:p>
      <w:pPr>
        <w:spacing w:after="80"/>
      </w:pPr>
      <w:r>
        <w:rPr>
          <w:b w:val="0"/>
          <w:i w:val="0"/>
        </w:rPr>
        <w:t>Cách duy nhất để lựa chọn là trước tiên hiểu rõ: Bạn muốn trở thành ai?</w:t>
      </w:r>
    </w:p>
    <w:p>
      <w:pPr>
        <w:jc w:val="center"/>
      </w:pPr>
      <w:r>
        <w:drawing>
          <wp:inline xmlns:a="http://schemas.openxmlformats.org/drawingml/2006/main" xmlns:pic="http://schemas.openxmlformats.org/drawingml/2006/picture">
            <wp:extent cx="5486400" cy="3795670"/>
            <wp:docPr id="7" name="Picture 7"/>
            <wp:cNvGraphicFramePr>
              <a:graphicFrameLocks noChangeAspect="1"/>
            </wp:cNvGraphicFramePr>
            <a:graphic>
              <a:graphicData uri="http://schemas.openxmlformats.org/drawingml/2006/picture">
                <pic:pic>
                  <pic:nvPicPr>
                    <pic:cNvPr id="0" name="f0014-01.jpg"/>
                    <pic:cNvPicPr/>
                  </pic:nvPicPr>
                  <pic:blipFill>
                    <a:blip r:embed="rId13"/>
                    <a:stretch>
                      <a:fillRect/>
                    </a:stretch>
                  </pic:blipFill>
                  <pic:spPr>
                    <a:xfrm>
                      <a:off x="0" y="0"/>
                      <a:ext cx="5486400" cy="3795670"/>
                    </a:xfrm>
                    <a:prstGeom prst="rect"/>
                  </pic:spPr>
                </pic:pic>
              </a:graphicData>
            </a:graphic>
          </wp:inline>
        </w:drawing>
      </w:r>
    </w:p>
    <w:p>
      <w:pPr>
        <w:spacing w:after="80"/>
      </w:pPr>
      <w:r>
        <w:rPr>
          <w:b w:val="0"/>
          <w:i w:val="0"/>
        </w:rPr>
        <w:t>Làm doanh nhân là rủi ro cao và lợi nhuận cao, cả về cá nhân lẫn tài chính. Hầu hết mọi người chỉ chú ý đến thành quả cuối cùng của một doanh nhân thành đạt. Người ta không thấy được những gì anh ấy hoặc cô ấy đã vượt qua—tất cả những đấu tranh, những phản bội, những tài khoản ngân hàng trống rỗng. Về nhà lúc sáu giờ để ăn tối cùng gia đình không phải lúc nào cũng xảy ra khi bạn là doanh nhân. Tùy vào tầm nhìn của bạn lớn đến đâu, có thể bạn làm được điều đó hầu hết các tối. Nhưng nếu bạn định trở thành người tạo ra đột phá và xây dựng một tập đoàn đa quốc gia, bạn sẽ phải thực hiện rất nhiều hy sinh. Tất cả đều là một phần của việc làm chủ những bước đi tiếp theo của bạn và khiến người khác, kể cả gia đình bạn, đồng tình với chúng.</w:t>
      </w:r>
    </w:p>
    <w:p>
      <w:pPr>
        <w:spacing w:after="80"/>
      </w:pPr>
      <w:r>
        <w:rPr>
          <w:b w:val="0"/>
          <w:i w:val="0"/>
        </w:rPr>
        <w:t>Bạn càng bận rộn, bạn càng cần phải có tổ chức. Có một quan niệm rằng bạn không thể thắng ở đẳng cấp cao nhất mà vẫn có một cuộc sống gia đình tuyệt vời. Điều đó sẽ không dễ dàng, nhưng bạn có thể tìm cách để nó thành công nếu điều đó quan trọng với bạn. Đó là lựa chọn chỉ bạn mới có thể đưa ra. Với tôi, việc làm gương cho các con về việc đấu tranh để thực hiện tầm nhìn của mình quan trọng hơn việc có mặt ở nhà ăn tối mỗi tối. Gia đình tôi hiểu điều này vì chúng tôi đã lên kế hoạch cho nó. Hơn nữa, có nhiều tiền hơn cho bạn nhiều lựa chọn hơn. Bạn có thể phải làm việc vào các ngày lễ. Có nguồn lực mang lại cho bạn sự linh hoạt để đưa gia đình đi cùng và biến một chuyến công tác thành một kỳ nghỉ gia đình. Như mọi thứ, đều có rủi ro và phần thưởng, chi phí và lợi ích. Con đường bạn chọn sẽ phụ thuộc vào câu trả lời của bạn cho câu hỏi: Bạn muốn trở thành ai?</w:t>
      </w:r>
    </w:p>
    <w:p>
      <w:pPr>
        <w:pStyle w:val="Heading3"/>
      </w:pPr>
      <w:r>
        <w:rPr>
          <w:rFonts w:ascii="Calibri" w:hAnsi="Calibri"/>
          <w:b/>
          <w:i w:val="0"/>
          <w:sz w:val="26"/>
        </w:rPr>
        <w:t>Thể Hiện Con Người Bạn Muốn Trở Thành Bằng Cách Sống Với Chân Lý Tương Lai Của Bạn</w:t>
      </w:r>
    </w:p>
    <w:p>
      <w:pPr>
        <w:spacing w:after="80"/>
      </w:pPr>
      <w:r>
        <w:rPr>
          <w:b w:val="0"/>
          <w:i w:val="0"/>
        </w:rPr>
        <w:t>Bạn đã bao nhiêu lần nghe ai đó nói: “</w:t>
      </w:r>
      <w:r>
        <w:rPr>
          <w:b w:val="0"/>
          <w:i/>
        </w:rPr>
        <w:t>Khi nào</w:t>
      </w:r>
      <w:r>
        <w:rPr>
          <w:b w:val="0"/>
          <w:i w:val="0"/>
        </w:rPr>
        <w:t xml:space="preserve"> tôi thành công, tôi sẽ…” Hoặc “</w:t>
      </w:r>
      <w:r>
        <w:rPr>
          <w:b w:val="0"/>
          <w:i/>
        </w:rPr>
        <w:t>Một khi</w:t>
      </w:r>
      <w:r>
        <w:rPr>
          <w:b w:val="0"/>
          <w:i w:val="0"/>
        </w:rPr>
        <w:t xml:space="preserve"> tôi thành đạt, tôi sẽ…” Bạn nghe người ta nói những câu như “</w:t>
      </w:r>
      <w:r>
        <w:rPr>
          <w:b w:val="0"/>
          <w:i/>
        </w:rPr>
        <w:t>Khi nào</w:t>
      </w:r>
      <w:r>
        <w:rPr>
          <w:b w:val="0"/>
          <w:i w:val="0"/>
        </w:rPr>
        <w:t xml:space="preserve"> tôi kiếm được triệu đầu tiên…” hoặc “</w:t>
      </w:r>
      <w:r>
        <w:rPr>
          <w:b w:val="0"/>
          <w:i/>
        </w:rPr>
        <w:t>Một khi</w:t>
      </w:r>
      <w:r>
        <w:rPr>
          <w:b w:val="0"/>
          <w:i w:val="0"/>
        </w:rPr>
        <w:t xml:space="preserve"> chúng tôi chuyển vào tòa nhà của riêng mình…”</w:t>
      </w:r>
    </w:p>
    <w:p>
      <w:pPr>
        <w:spacing w:after="80"/>
      </w:pPr>
      <w:r>
        <w:rPr>
          <w:b w:val="0"/>
          <w:i w:val="0"/>
        </w:rPr>
        <w:t>Tôi hiểu cái nghịch lý con gà và quả trứng. Bạn không thể xây dựng một trụ sở đẳng cấp thế giới hay mua bản quyền phần mềm xịn nhất cho đến khi bạn có dòng tiền. Điều bạn có thể làm—bất kể thu nhập của bạn là bao nhiêu—là định vị bản thân theo cách tốt nhất có thể bằng cách thực hiện những bước đi đúng đắn.</w:t>
      </w:r>
    </w:p>
    <w:p>
      <w:pPr>
        <w:spacing w:after="80"/>
      </w:pPr>
      <w:r>
        <w:rPr>
          <w:b w:val="0"/>
          <w:i w:val="0"/>
        </w:rPr>
        <w:t xml:space="preserve">Một cụm từ tôi dùng suốt là </w:t>
      </w:r>
      <w:r>
        <w:rPr>
          <w:b w:val="0"/>
          <w:i/>
        </w:rPr>
        <w:t>chân lý tương lai</w:t>
      </w:r>
      <w:r>
        <w:rPr>
          <w:b w:val="0"/>
          <w:i w:val="0"/>
        </w:rPr>
        <w:t xml:space="preserve">. </w:t>
      </w:r>
      <w:r>
        <w:rPr>
          <w:b/>
          <w:i w:val="0"/>
        </w:rPr>
        <w:t>Nó có nghĩa là sống trong hiện tại như thể chân lý tương lai của bạn đã trở thành hiện thực.</w:t>
      </w:r>
    </w:p>
    <w:p>
      <w:pPr>
        <w:spacing w:after="80"/>
      </w:pPr>
      <w:r>
        <w:rPr>
          <w:b w:val="0"/>
          <w:i w:val="0"/>
        </w:rPr>
        <w:t>Tôi lấy cảm hứng từ câu nói này của nhà sáng lập IBM, Thomas J. Watson:</w:t>
      </w:r>
    </w:p>
    <w:p>
      <w:pPr>
        <w:spacing w:after="80"/>
      </w:pPr>
      <w:r>
        <w:rPr>
          <w:b w:val="0"/>
          <w:i w:val="0"/>
        </w:rPr>
        <w:t>IBM có được vị thế ngày hôm nay là nhờ ba lý do đặc biệt. Lý do thứ nhất là ngay từ thuở ban đầu, tôi đã có một hình dung rất rõ ràng về việc công ty sẽ trông như thế nào khi cuối cùng mọi thứ hoàn thành. Bạn có thể nói rằng tôi đã có sẵn trong đầu một hình mẫu về việc nó sẽ ra sao khi giấc mơ—tầm nhìn của tôi—thành hiện thực.</w:t>
      </w:r>
    </w:p>
    <w:p>
      <w:pPr>
        <w:spacing w:after="80"/>
      </w:pPr>
      <w:r>
        <w:rPr>
          <w:b w:val="0"/>
          <w:i w:val="0"/>
        </w:rPr>
        <w:t>Lý do thứ hai là một khi đã có hình dung đó, tôi tự hỏi một công ty trông như vậy sẽ phải hành xử như thế nào. Rồi tôi tạo ra một bức tranh về cách IBM sẽ hành động khi cuối cùng mọi thứ hoàn thành.</w:t>
      </w:r>
    </w:p>
    <w:p>
      <w:pPr>
        <w:spacing w:after="80"/>
      </w:pPr>
      <w:r>
        <w:rPr>
          <w:b w:val="0"/>
          <w:i w:val="0"/>
        </w:rPr>
        <w:t>Lý do thứ ba khiến IBM thành công đến vậy là một khi tôi đã có hình dung về việc IBM sẽ trông ra sao khi giấc mơ thành hiện thực và một công ty như thế sẽ phải hành xử thế nào, tôi nhận ra rằng nếu chúng tôi không bắt đầu hành động theo cách đó ngay từ đầu, chúng tôi sẽ mãi mãi không bao giờ tới được đích.</w:t>
      </w:r>
    </w:p>
    <w:p>
      <w:pPr>
        <w:spacing w:after="80"/>
      </w:pPr>
      <w:r>
        <w:rPr>
          <w:b w:val="0"/>
          <w:i w:val="0"/>
        </w:rPr>
        <w:t>Nói cách khác, tôi nhận ra rằng để IBM trở thành một công ty vĩ đại, nó phải hành xử như một công ty vĩ đại từ rất lâu trước khi thực sự trở thành một công ty như vậy.</w:t>
      </w:r>
    </w:p>
    <w:p>
      <w:pPr>
        <w:spacing w:after="80"/>
      </w:pPr>
      <w:r>
        <w:rPr>
          <w:b w:val="0"/>
          <w:i w:val="0"/>
        </w:rPr>
        <w:t>Bạn có nắm được câu cuối đó không? Bạn phải hành xử như một công ty vĩ đại (hoặc một doanh nhân/doanh nhân nội bộ vĩ đại) từ rất lâu trước khi bạn thực sự trở thành một người như vậy. Bạn theo kịp chứ? Để tôi giải thích.</w:t>
      </w:r>
    </w:p>
    <w:p>
      <w:pPr>
        <w:spacing w:after="80"/>
      </w:pPr>
      <w:r>
        <w:rPr>
          <w:b w:val="0"/>
          <w:i w:val="0"/>
        </w:rPr>
        <w:t>Một người có tầm nhìn là người không sống trong hiện tại và ở đây. Người đó đã nhìn thấy trước ít nhất năm nước đi và đang sống trong thực tại đó. Tuy nhiên, khi giải thích chân lý tương lai của mình cho người khác, bạn có thể bị coi là viển vông, khoe khoang, hoặc thậm chí hoang tưởng. Không lâu sau khi chúng tôi khởi nghiệp vào năm 2009, tôi đã có một bài phát biểu tại JW Marriott ở Palm Desert, California, trước một nhóm bốn trăm người. Tôi nói: "Một ngày nào đó, những danh hài, vận động viên, nhà tư tưởng và tổng thống Mỹ giỏi nhất sẽ tham dự và phát biểu tại hội nghị của chúng ta." Chín năm sau, Kevin Hart biểu diễn tại hội nghị thường niên của chúng tôi. Trước khi công ty đại diện của chúng tôi tròn mười tuổi, tôi đã phỏng vấn cựu tổng thống George W. Bush và cố huyền thoại Kobe Bryant trước toàn thể công ty.</w:t>
      </w:r>
    </w:p>
    <w:p>
      <w:pPr>
        <w:spacing w:after="80"/>
      </w:pPr>
      <w:r>
        <w:rPr>
          <w:b w:val="0"/>
          <w:i w:val="0"/>
        </w:rPr>
        <w:t>Người ta muốn đi theo một ai đó được dẫn dắt bởi chân lý tương lai của chính họ. Đó là lý do chúng ta say mê những người có tầm nhìn. Chỉ cần người nói có niềm tin 100 phần trăm, họ sẽ khiến người khác bùng cháy.</w:t>
      </w:r>
    </w:p>
    <w:p>
      <w:pPr>
        <w:spacing w:after="80"/>
      </w:pPr>
      <w:r>
        <w:rPr>
          <w:b w:val="0"/>
          <w:i w:val="0"/>
        </w:rPr>
        <w:t>Những nhà lãnh đạo giỏi nhất không chỉ có khả năng tin vào những chân lý tương lai mà còn truyền cảm hứng để người khác tin và thực hiện tầm nhìn của họ. Vào ngày 25 tháng 5 năm 1961, Tổng thống John F. Kennedy đã có bài phát biểu đặc biệt về những nhu cầu cấp thiết quốc gia trước phiên họp chung của Quốc hội. Mục tiêu của JFK rất rõ ràng: "trước khi thập kỷ này kết thúc… đưa một người lên Mặt Trăng và đưa người đó trở về Trái Đất an toàn." Với năm tháng dư ra, chân lý tương lai đó đã thành hiện thực khi vào ngày 20 tháng 7 năm 1969, Neil Armstrong trở thành người đầu tiên bước đi trên Mặt Trăng.</w:t>
      </w:r>
    </w:p>
    <w:p>
      <w:pPr>
        <w:spacing w:after="80"/>
      </w:pPr>
      <w:r>
        <w:rPr>
          <w:b w:val="0"/>
          <w:i w:val="0"/>
        </w:rPr>
        <w:t>Bạn có biết mình muốn trở thành ai không? Bạn có một tầm nhìn rõ ràng về việc điều đó trông như thế nào không? Ngay tại thời điểm này, cách bạn đang hành xử có nhất quán với chân lý tương lai của bạn không?</w:t>
      </w:r>
    </w:p>
    <w:p>
      <w:pPr>
        <w:pStyle w:val="Heading3"/>
      </w:pPr>
      <w:r>
        <w:rPr>
          <w:rFonts w:ascii="Calibri" w:hAnsi="Calibri"/>
          <w:b/>
          <w:i w:val="0"/>
          <w:sz w:val="26"/>
        </w:rPr>
        <w:t>Hãy dùng những người hùng và hình ảnh trực quan để nhắc nhở bản thân về người bạn muốn trở thành</w:t>
      </w:r>
    </w:p>
    <w:p>
      <w:pPr>
        <w:spacing w:after="80"/>
      </w:pPr>
      <w:r>
        <w:rPr>
          <w:b w:val="0"/>
          <w:i w:val="0"/>
        </w:rPr>
        <w:t xml:space="preserve">Để đưa mọi thứ lên một tầm cao mới và đặt thanh chuẩn cao hơn nữa, hãy khao khát trở nên </w:t>
      </w:r>
      <w:r>
        <w:rPr>
          <w:b w:val="0"/>
          <w:i/>
        </w:rPr>
        <w:t>anh hùng</w:t>
      </w:r>
      <w:r>
        <w:rPr>
          <w:b w:val="0"/>
          <w:i w:val="0"/>
        </w:rPr>
        <w:t>. Hãy nghĩ về những người hùng của bạn, và tự hỏi họ sẽ hành xử thế nào trong những tình huống như vậy. Không phải ngẫu nhiên mà có cả một ngành công nghiệp nhỏ với đầy sách hỏi rằng "[Tên] sẽ làm gì?"</w:t>
      </w:r>
    </w:p>
    <w:p>
      <w:pPr>
        <w:spacing w:after="80"/>
      </w:pPr>
      <w:r>
        <w:rPr>
          <w:b w:val="0"/>
          <w:i w:val="0"/>
        </w:rPr>
        <w:t xml:space="preserve">Bạn muốn trở nên giàu có? Có một cuốn sách tựa đề </w:t>
      </w:r>
      <w:r>
        <w:rPr>
          <w:b w:val="0"/>
          <w:i/>
        </w:rPr>
        <w:t>What Would the Rockefellers Do? How the Wealthy Get and Stay That Way, and How You</w:t>
      </w:r>
      <w:r>
        <w:rPr>
          <w:b w:val="0"/>
          <w:i w:val="0"/>
        </w:rPr>
        <w:t xml:space="preserve"> </w:t>
      </w:r>
      <w:r>
        <w:rPr>
          <w:b w:val="0"/>
          <w:i/>
        </w:rPr>
        <w:t>Can Too</w:t>
      </w:r>
      <w:r>
        <w:rPr>
          <w:b w:val="0"/>
          <w:i w:val="0"/>
        </w:rPr>
        <w:t xml:space="preserve">. Muốn giống những nhà sáng lập nước Mỹ hơn? Hãy tham khảo cuốn sách </w:t>
      </w:r>
      <w:r>
        <w:rPr>
          <w:b w:val="0"/>
          <w:i/>
        </w:rPr>
        <w:t>What Would the Founders Do? Our Questions, Their Answers</w:t>
      </w:r>
      <w:r>
        <w:rPr>
          <w:b w:val="0"/>
          <w:i w:val="0"/>
        </w:rPr>
        <w:t>.</w:t>
      </w:r>
    </w:p>
    <w:p>
      <w:pPr>
        <w:spacing w:after="80"/>
      </w:pPr>
      <w:r>
        <w:rPr>
          <w:b w:val="0"/>
          <w:i w:val="0"/>
        </w:rPr>
        <w:t>Việc hỏi ai đó sẽ làm gì buộc bạn phải tạm dừng và cân nhắc chuỗi nước đi tiếp theo của mình. Điều thứ hai nó làm là thách thức bạn đón nhận sự vĩ đại. Tôi tin tưởng mạnh mẽ vào việc thách thức bản thân vươn tới một tầm cao khác đến mức tôi đã thuê một nghệ sĩ tạo ra một tác phẩm hình ảnh độc đáo cho văn phòng của mình.</w:t>
      </w:r>
    </w:p>
    <w:p>
      <w:pPr>
        <w:spacing w:after="80"/>
      </w:pPr>
      <w:r>
        <w:rPr>
          <w:b w:val="0"/>
          <w:i w:val="0"/>
        </w:rPr>
        <w:t xml:space="preserve">Đó là một bức tranh khác thường với một cái tên khác thường: </w:t>
      </w:r>
      <w:r>
        <w:rPr>
          <w:b w:val="0"/>
          <w:i/>
        </w:rPr>
        <w:t>Dead Mentors</w:t>
      </w:r>
      <w:r>
        <w:rPr>
          <w:b w:val="0"/>
          <w:i w:val="0"/>
        </w:rPr>
        <w:t>. Nó khiến người ta khựng lại ngay khi nhìn thấy. Trong bức tranh, tôi được bao quanh bởi một số người mà lẽ ra không bao giờ có thể ở cùng một căn phòng.</w:t>
      </w:r>
    </w:p>
    <w:p>
      <w:pPr>
        <w:spacing w:after="80"/>
      </w:pPr>
      <w:r>
        <w:rPr>
          <w:b w:val="0"/>
          <w:i w:val="0"/>
        </w:rPr>
        <w:t>Mỗi khi ở văn phòng, tôi liên tục tìm đến họ để xin lời khuyên. Họ là những người mà tôi thích cùng gỡ rối các vấn đề ở mọi cấp độ: kinh tế, cạnh tranh, chiến lược, chính trị và đời sống cá nhân của tôi. Nhìn thấy mười nhân vật lỗi lạc này cùng nhau là một lời nhắc nhở thường trực để tôi thể hiện mười phẩm chất anh hùng.</w:t>
      </w:r>
    </w:p>
    <w:p>
      <w:pPr>
        <w:jc w:val="center"/>
      </w:pPr>
      <w:r>
        <w:drawing>
          <wp:inline xmlns:a="http://schemas.openxmlformats.org/drawingml/2006/main" xmlns:pic="http://schemas.openxmlformats.org/drawingml/2006/picture">
            <wp:extent cx="5486400" cy="2683888"/>
            <wp:docPr id="8" name="Picture 8"/>
            <wp:cNvGraphicFramePr>
              <a:graphicFrameLocks noChangeAspect="1"/>
            </wp:cNvGraphicFramePr>
            <a:graphic>
              <a:graphicData uri="http://schemas.openxmlformats.org/drawingml/2006/picture">
                <pic:pic>
                  <pic:nvPicPr>
                    <pic:cNvPr id="0" name="f0018-01.jpg"/>
                    <pic:cNvPicPr/>
                  </pic:nvPicPr>
                  <pic:blipFill>
                    <a:blip r:embed="rId14"/>
                    <a:stretch>
                      <a:fillRect/>
                    </a:stretch>
                  </pic:blipFill>
                  <pic:spPr>
                    <a:xfrm>
                      <a:off x="0" y="0"/>
                      <a:ext cx="5486400" cy="2683888"/>
                    </a:xfrm>
                    <a:prstGeom prst="rect"/>
                  </pic:spPr>
                </pic:pic>
              </a:graphicData>
            </a:graphic>
          </wp:inline>
        </w:drawing>
      </w:r>
    </w:p>
    <w:p>
      <w:pPr>
        <w:spacing w:after="160"/>
        <w:jc w:val="center"/>
      </w:pPr>
      <w:r>
        <w:rPr>
          <w:rFonts w:ascii="Calibri" w:hAnsi="Calibri"/>
          <w:b w:val="0"/>
          <w:i/>
          <w:sz w:val="19"/>
        </w:rPr>
        <w:t>Từ trái sang phải: Albert Einstein, John F. Kennedy, tượng bán thân của Marcus Aurelius, Abraham Lincoln, Tupac Shakur, Patrick Bet-David (cậu học trò đang cố hấp thụ trí tuệ), Mohammad Reza Pahlavi, Ayrton Senna, Milton Friedman, Martin Luther King, Jr., tượng bán thân của Aristotle.</w:t>
      </w:r>
    </w:p>
    <w:p>
      <w:pPr>
        <w:spacing w:after="80"/>
      </w:pPr>
      <w:r>
        <w:rPr>
          <w:b w:val="0"/>
          <w:i w:val="0"/>
        </w:rPr>
        <w:t>Tôi chọn những người có triết lý khác nhau nhưng lại cùng hoạt động trong một lĩnh vực.</w:t>
      </w:r>
    </w:p>
    <w:p>
      <w:pPr>
        <w:spacing w:after="80"/>
      </w:pPr>
      <w:r>
        <w:rPr>
          <w:b/>
          <w:i w:val="0"/>
        </w:rPr>
        <w:t>John F. Kennedy</w:t>
      </w:r>
      <w:r>
        <w:rPr>
          <w:b w:val="0"/>
          <w:i w:val="0"/>
        </w:rPr>
        <w:t xml:space="preserve"> và </w:t>
      </w:r>
      <w:r>
        <w:rPr>
          <w:b/>
          <w:i w:val="0"/>
        </w:rPr>
        <w:t>Abraham Lincoln</w:t>
      </w:r>
      <w:r>
        <w:rPr>
          <w:b w:val="0"/>
          <w:i w:val="0"/>
        </w:rPr>
        <w:t>. Một người là đảng viên Dân chủ, người kia là đảng viên Cộng hòa. Cả hai đều là những tổng thống vĩ đại, nhưng mỗi người có cách tiếp cận khác nhau để hoàn thành công việc. Cuối cùng cả hai đều bị ám sát, vì những lý do khác nhau (mà tôi sẽ không đi sâu vào lúc này).</w:t>
      </w:r>
    </w:p>
    <w:p>
      <w:pPr>
        <w:spacing w:after="80"/>
      </w:pPr>
      <w:r>
        <w:rPr>
          <w:b/>
          <w:i w:val="0"/>
        </w:rPr>
        <w:t>Albert Einstein</w:t>
      </w:r>
      <w:r>
        <w:rPr>
          <w:b w:val="0"/>
          <w:i w:val="0"/>
        </w:rPr>
        <w:t xml:space="preserve"> và </w:t>
      </w:r>
      <w:r>
        <w:rPr>
          <w:b/>
          <w:i w:val="0"/>
        </w:rPr>
        <w:t>Milton Friedman</w:t>
      </w:r>
      <w:r>
        <w:rPr>
          <w:b w:val="0"/>
          <w:i w:val="0"/>
        </w:rPr>
        <w:t xml:space="preserve"> đều có cách nhìn thế giới qua con mắt của một nhà toán học, nhưng họ bất đồng về kinh tế và thuế.</w:t>
      </w:r>
    </w:p>
    <w:p>
      <w:pPr>
        <w:spacing w:after="80"/>
      </w:pPr>
      <w:r>
        <w:rPr>
          <w:b/>
          <w:i w:val="0"/>
        </w:rPr>
        <w:t>Tupac Shakur</w:t>
      </w:r>
      <w:r>
        <w:rPr>
          <w:b w:val="0"/>
          <w:i w:val="0"/>
        </w:rPr>
        <w:t xml:space="preserve"> và </w:t>
      </w:r>
      <w:r>
        <w:rPr>
          <w:b/>
          <w:i w:val="0"/>
        </w:rPr>
        <w:t>Tiến sĩ Martin Luther King, Jr.</w:t>
      </w:r>
      <w:r>
        <w:rPr>
          <w:b w:val="0"/>
          <w:i w:val="0"/>
        </w:rPr>
        <w:t>, cả hai đều mong muốn những kết quả tương tự nhưng lại chọn cách tiếp cận khác nhau. Cả hai cũng đều bị giết hại vì có những quan điểm mạnh mẽ.</w:t>
      </w:r>
    </w:p>
    <w:p>
      <w:pPr>
        <w:spacing w:after="80"/>
      </w:pPr>
      <w:r>
        <w:rPr>
          <w:b/>
          <w:i w:val="0"/>
        </w:rPr>
        <w:t>Mohammad Reza Pahlavi</w:t>
      </w:r>
      <w:r>
        <w:rPr>
          <w:b w:val="0"/>
          <w:i w:val="0"/>
        </w:rPr>
        <w:t>, quốc vương Iran từ năm 1941 đến 1979, đã thay đổi hướng đi của đất nước mình cho đến khi việc ông không thể xử lý nổi quá nhiều quyền lực dẫn đến sự sụp đổ của một đế chế. Ông là lời nhắc nhở rằng đừng bao giờ tự tin đến mức đánh giá thấp một đối thủ như Ayatollah Ruhollah Khomeini, người đã lãnh đạo cuộc nổi dậy khiến ông phải sống lưu vong.</w:t>
      </w:r>
    </w:p>
    <w:p>
      <w:pPr>
        <w:spacing w:after="80"/>
      </w:pPr>
      <w:r>
        <w:rPr>
          <w:b/>
          <w:i w:val="0"/>
        </w:rPr>
        <w:t>Ayrton Senna</w:t>
      </w:r>
      <w:r>
        <w:rPr>
          <w:b w:val="0"/>
          <w:i w:val="0"/>
        </w:rPr>
        <w:t>, tay đua Formula One vĩ đại nhất trong lịch sử, đã thử thách giới hạn của bản thân để đưa tay nghề của mình đến tận bờ vực của sự hoàn hảo. Ông nhắc tôi phải phá vỡ các ranh giới và rèn luyện khả năng tập trung của mình (tôi đã đặt tên con gái mình là Senna).</w:t>
      </w:r>
    </w:p>
    <w:p>
      <w:pPr>
        <w:spacing w:after="80"/>
      </w:pPr>
      <w:r>
        <w:rPr>
          <w:b/>
          <w:i w:val="0"/>
        </w:rPr>
        <w:t>Marcus Aurelius</w:t>
      </w:r>
      <w:r>
        <w:rPr>
          <w:b w:val="0"/>
          <w:i w:val="0"/>
        </w:rPr>
        <w:t xml:space="preserve"> là một nhà lãnh đạo chưa bao giờ đặt bản thân lên trên dân chúng. Ông không để quyền lực làm mình mụ mị đầu óc. Là một người thực hành chủ nghĩa khắc kỷ (stoicism), ông nhắc tôi phải luôn vừa giữ được sự cân bằng vừa khiêm nhường.</w:t>
      </w:r>
    </w:p>
    <w:p>
      <w:pPr>
        <w:spacing w:after="80"/>
      </w:pPr>
      <w:r>
        <w:rPr>
          <w:b/>
          <w:i w:val="0"/>
        </w:rPr>
        <w:t>Aristotle</w:t>
      </w:r>
      <w:r>
        <w:rPr>
          <w:b w:val="0"/>
          <w:i w:val="0"/>
        </w:rPr>
        <w:t xml:space="preserve"> là tiếng nói của lý trí bên tai Alexander Đại đế khi ông trên đường trở thành vua. Khả năng tư duy và lập luận của nhà triết học Hy Lạp này nhắc tôi nhớ đến tầm quan trọng của việc chậm lại và dành thời gian để xử lý các vấn đề.</w:t>
      </w:r>
    </w:p>
    <w:p>
      <w:pPr>
        <w:spacing w:after="80"/>
      </w:pPr>
      <w:r>
        <w:rPr>
          <w:b w:val="0"/>
          <w:i w:val="0"/>
        </w:rPr>
        <w:t xml:space="preserve">Ở phía sau, </w:t>
      </w:r>
      <w:r>
        <w:rPr>
          <w:b/>
          <w:i w:val="0"/>
        </w:rPr>
        <w:t>tôi</w:t>
      </w:r>
      <w:r>
        <w:rPr>
          <w:b w:val="0"/>
          <w:i w:val="0"/>
        </w:rPr>
        <w:t xml:space="preserve"> đang thì thầm điều gì đó vào tai Tupac trong khi lắng nghe cuộc thảo luận do Abraham Lincoln dẫn dắt.</w:t>
      </w:r>
    </w:p>
    <w:p>
      <w:pPr>
        <w:spacing w:after="80"/>
      </w:pPr>
      <w:r>
        <w:rPr>
          <w:b w:val="0"/>
          <w:i w:val="0"/>
        </w:rPr>
        <w:t xml:space="preserve">Ở phía xa bên phải, có một </w:t>
      </w:r>
      <w:r>
        <w:rPr>
          <w:b/>
          <w:i w:val="0"/>
        </w:rPr>
        <w:t>chỗ ngồi trống</w:t>
      </w:r>
      <w:r>
        <w:rPr>
          <w:b w:val="0"/>
          <w:i w:val="0"/>
        </w:rPr>
        <w:t xml:space="preserve"> dành cho một người nào đó, mà một ngày nào đó có thể sẽ được tiết lộ.</w:t>
      </w:r>
    </w:p>
    <w:p>
      <w:pPr>
        <w:spacing w:after="80"/>
      </w:pPr>
      <w:r>
        <w:rPr>
          <w:b w:val="0"/>
          <w:i w:val="0"/>
        </w:rPr>
        <w:t>Cùng nhau, những người trong bức tranh này đã trở thành một hội đồng cố vấn cá nhân mà tôi tìm đến mỗi ngày. Bạn có ai trong kho tàng cố vấn của mình, dù còn sống hay đã mất, người mang đến góc nhìn và lời khuyên cho bạn không?</w:t>
      </w:r>
    </w:p>
    <w:p>
      <w:pPr>
        <w:spacing w:after="80"/>
      </w:pPr>
      <w:r>
        <w:rPr>
          <w:b w:val="0"/>
          <w:i w:val="0"/>
        </w:rPr>
        <w:t>Việc tạo ra một hình ảnh trực quan về những người hùng của bạn sẽ thách thức bạn sống xứng đáng với những lý tưởng của những người mà bạn muốn noi theo.</w:t>
      </w:r>
    </w:p>
    <w:p>
      <w:pPr>
        <w:spacing w:after="80"/>
      </w:pPr>
      <w:r>
        <w:rPr>
          <w:b w:val="0"/>
          <w:i w:val="0"/>
        </w:rPr>
        <w:t>Mỗi lần bước vào văn phòng, bức tranh này đều lay động tôi. Tôi vẫn tiếp tục nâng cao mức độ. Tôi cũng có một kệ sách đặt riêng dài mười lăm feet và xếp thành chữ READ. Tất cả những hình ảnh trong văn phòng đều thúc đẩy tôi suy nghĩ và đưa ra những quyết định rõ ràng hơn. Tôi thường vạch ra năm nước đi tiếp theo của mình trong căn phòng này vì nó tràn đầy một tinh thần khiến tôi nghĩ lớn.</w:t>
      </w:r>
    </w:p>
    <w:p>
      <w:pPr>
        <w:spacing w:after="80"/>
      </w:pPr>
      <w:r>
        <w:rPr>
          <w:b w:val="0"/>
          <w:i w:val="0"/>
        </w:rPr>
        <w:t>Văn phòng của tôi kỳ quặc, và việc tạo ra nó rất tốn kém. Điều quan trọng là phải bắt đầu từ đâu đó. Tôi khởi đầu với những bức ảnh từ tạp chí mà tôi dán lên gương phòng tắm, và giờ đây tôi có cả văn phòng làm lời nhắc nhở về những gì truyền cảm hứng cho mình. Tôi thách bạn tìm cách tạo ra một hình ảnh trực quan nhắc bạn sống anh hùng. Hãy bắt đầu với một điều gì đó nhỏ. Bạn không cần phải thuê họa sĩ; Photoshop là đủ.</w:t>
      </w:r>
    </w:p>
    <w:p>
      <w:pPr>
        <w:spacing w:after="80"/>
      </w:pPr>
      <w:r>
        <w:rPr>
          <w:b w:val="0"/>
          <w:i w:val="0"/>
        </w:rPr>
        <w:t>Nếu bạn là một người có tầm nhìn xa, hãy phóng to một bức ảnh của Walt Disney hoặc Steve Jobs và đặt nó ở một nơi nổi bật. Hãy vui vẻ một chút với điều đó. Nếu nhìn vào Walt Disney không truyền cảm hứng cho bạn, hãy giữ một bức ảnh chú chuột Mickey hoặc một chú Mickey nhồi bông trong văn phòng của bạn.</w:t>
      </w:r>
    </w:p>
    <w:p>
      <w:pPr>
        <w:spacing w:after="80"/>
      </w:pPr>
      <w:r>
        <w:rPr>
          <w:b w:val="0"/>
          <w:i w:val="0"/>
        </w:rPr>
        <w:t>Nếu bạn đang xây dựng một công ty thương mại điện tử, hãy tự hỏi: "Jeff Bezos sẽ làm gì?"</w:t>
      </w:r>
    </w:p>
    <w:p>
      <w:pPr>
        <w:spacing w:after="80"/>
      </w:pPr>
      <w:r>
        <w:rPr>
          <w:b w:val="0"/>
          <w:i w:val="0"/>
        </w:rPr>
        <w:t>Nếu bạn đang điều hành một công ty đầu tư, hãy tự hỏi: "Warren Buffett sẽ làm gì?"</w:t>
      </w:r>
    </w:p>
    <w:p>
      <w:pPr>
        <w:spacing w:after="80"/>
      </w:pPr>
      <w:r>
        <w:rPr>
          <w:b w:val="0"/>
          <w:i w:val="0"/>
        </w:rPr>
        <w:t>Nếu bạn đang điều hành một công ty truyền thông, hãy tự hỏi: "Oprah Winfrey sẽ làm gì?"</w:t>
      </w:r>
    </w:p>
    <w:p>
      <w:pPr>
        <w:spacing w:after="80"/>
      </w:pPr>
      <w:r>
        <w:rPr>
          <w:b w:val="0"/>
          <w:i w:val="0"/>
        </w:rPr>
        <w:t>Những người hùng của chúng ta truyền cảm hứng cho chúng ta. Đó là lý do vì sao việc bao quanh mình bằng họ lại mạnh mẽ đến vậy. Càng nhìn thấy họ nhiều bao nhiêu và càng thấy họ đang nhìn lại chúng ta nhiều bấy nhiêu, thì cơ hội hành động anh hùng của chúng ta càng lớn.</w:t>
      </w:r>
    </w:p>
    <w:p>
      <w:pPr>
        <w:spacing w:after="80"/>
      </w:pPr>
      <w:r>
        <w:rPr>
          <w:b w:val="0"/>
          <w:i w:val="0"/>
        </w:rPr>
        <w:t>Bạn muốn trở thành ai?</w:t>
      </w:r>
    </w:p>
    <w:p>
      <w:pPr>
        <w:spacing w:after="80"/>
      </w:pPr>
      <w:r>
        <w:rPr>
          <w:b w:val="0"/>
          <w:i w:val="0"/>
        </w:rPr>
        <w:t>Đó là câu hỏi chúng ta bắt đầu, và cũng là câu hỏi chúng ta sẽ kết thúc. Cách duy nhất để trả lời nó là trở nên rõ ràng về cuộc sống mà bạn muốn sống. Khi làm vậy, bạn sẽ ngay lập tức hóa thân thành con người đó và hành động như thể bạn đã ở đó rồi.</w:t>
      </w:r>
    </w:p>
    <w:p>
      <w:pPr>
        <w:spacing w:after="80"/>
      </w:pPr>
      <w:r>
        <w:rPr>
          <w:b w:val="0"/>
          <w:i w:val="0"/>
        </w:rPr>
        <w:t>Đây là một quá trình thực hành suốt đời. Tôi hy vọng những công cụ trong chương này sẽ mang lại vài bước đột phá và đưa bạn lên con đường biết được mình thật sự muốn trở thành ai.</w:t>
      </w:r>
    </w:p>
    <w:p>
      <w:pPr>
        <w:jc w:val="center"/>
      </w:pPr>
      <w:r>
        <w:drawing>
          <wp:inline xmlns:a="http://schemas.openxmlformats.org/drawingml/2006/main" xmlns:pic="http://schemas.openxmlformats.org/drawingml/2006/picture">
            <wp:extent cx="1333500" cy="85725"/>
            <wp:docPr id="9" name="Picture 9"/>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2 </w:t>
      </w:r>
      <w:r>
        <w:rPr>
          <w:rFonts w:ascii="Calibri" w:hAnsi="Calibri"/>
          <w:b/>
          <w:i w:val="0"/>
          <w:sz w:val="32"/>
        </w:rPr>
        <w:t>Nghiên cứu sản phẩm quan trọng nhất: Chính bạn</w:t>
      </w:r>
    </w:p>
    <w:p>
      <w:pPr>
        <w:spacing w:after="80"/>
      </w:pPr>
      <w:r>
        <w:rPr>
          <w:b w:val="0"/>
          <w:i w:val="0"/>
        </w:rPr>
        <w:t>Hãy trở thành chính mình bằng cách học hiểu chính mình.</w:t>
      </w:r>
    </w:p>
    <w:p>
      <w:pPr>
        <w:spacing w:after="80"/>
        <w:jc w:val="right"/>
      </w:pPr>
      <w:r>
        <w:rPr>
          <w:b w:val="0"/>
          <w:i w:val="0"/>
        </w:rPr>
        <w:t>—Pindar, nhà thơ Hy Lạp cổ đại</w:t>
      </w:r>
    </w:p>
    <w:p>
      <w:pPr>
        <w:spacing w:after="80"/>
      </w:pPr>
      <w:r>
        <w:rPr>
          <w:b w:val="0"/>
          <w:i w:val="0"/>
        </w:rPr>
        <w:t xml:space="preserve">Chỉ trong phim ảnh người ta mới bị một tia sét cảm hứng đánh trúng và đột nhiên biết chính xác mình phải làm gì với cuộc đời mình. Thực tế là biết mình muốn trở thành ai là một quá trình đòi hỏi </w:t>
      </w:r>
      <w:r>
        <w:rPr>
          <w:b w:val="0"/>
          <w:i/>
        </w:rPr>
        <w:t>nỗ lực</w:t>
      </w:r>
      <w:r>
        <w:rPr>
          <w:b w:val="0"/>
          <w:i w:val="0"/>
        </w:rPr>
        <w:t>.</w:t>
      </w:r>
    </w:p>
    <w:p>
      <w:pPr>
        <w:spacing w:after="80"/>
      </w:pPr>
      <w:r>
        <w:rPr>
          <w:b w:val="0"/>
          <w:i w:val="0"/>
        </w:rPr>
        <w:t>Hãy cùng xem một số triết gia vĩ đại đã nói gì về việc hiểu biết chính mình.</w:t>
      </w:r>
    </w:p>
    <w:p>
      <w:pPr>
        <w:spacing w:after="80"/>
      </w:pPr>
      <w:r>
        <w:rPr>
          <w:b w:val="0"/>
          <w:i w:val="0"/>
        </w:rPr>
        <w:t>Điều khó khăn nhất trong cuộc đời là hiểu biết chính mình.</w:t>
      </w:r>
    </w:p>
    <w:p>
      <w:pPr>
        <w:spacing w:after="80"/>
        <w:jc w:val="right"/>
      </w:pPr>
      <w:r>
        <w:rPr>
          <w:b w:val="0"/>
          <w:i w:val="0"/>
        </w:rPr>
        <w:t>—Thales xứ Miletus</w:t>
      </w:r>
    </w:p>
    <w:p>
      <w:pPr>
        <w:spacing w:after="80"/>
      </w:pPr>
      <w:r>
        <w:rPr>
          <w:b w:val="0"/>
          <w:i w:val="0"/>
        </w:rPr>
        <w:t>Có ba thứ cực kỳ khó: thép, kim cương, và hiểu biết chính mình.</w:t>
      </w:r>
    </w:p>
    <w:p>
      <w:pPr>
        <w:spacing w:after="80"/>
        <w:jc w:val="right"/>
      </w:pPr>
      <w:r>
        <w:rPr>
          <w:b w:val="0"/>
          <w:i w:val="0"/>
        </w:rPr>
        <w:t>—Benjamin Franklin</w:t>
      </w:r>
    </w:p>
    <w:p>
      <w:pPr>
        <w:spacing w:after="80"/>
      </w:pPr>
      <w:r>
        <w:rPr>
          <w:b w:val="0"/>
          <w:i w:val="0"/>
        </w:rPr>
        <w:t>Còn bạn thì sao? Khi nào bạn sẽ bắt đầu hành trình dài vào chính mình?</w:t>
      </w:r>
    </w:p>
    <w:p>
      <w:pPr>
        <w:spacing w:after="80"/>
        <w:jc w:val="right"/>
      </w:pPr>
      <w:r>
        <w:rPr>
          <w:b w:val="0"/>
          <w:i w:val="0"/>
        </w:rPr>
        <w:t>—Rumi</w:t>
      </w:r>
    </w:p>
    <w:p>
      <w:pPr>
        <w:spacing w:after="80"/>
      </w:pPr>
      <w:r>
        <w:rPr>
          <w:b w:val="0"/>
          <w:i w:val="0"/>
        </w:rPr>
        <w:t>Thales, Franklin và Rumi đang cảnh báo chúng ta rằng quá trình này rất khó khăn. Với tôi, việc thực hiện ba trăm cuộc gọi lạnh mỗi ngày không hề khó. Làm việc mười tám tiếng một ngày, sáu ngày một tuần là điều tôi có thể xử lý được. Ngược lại, hiểu chính mình lại là điều khó khăn nhất tôi từng phải làm. Tôi làm được vì tôi biết sẽ có phần thưởng xứng đáng. Ba bậc hiền triết đã giải thích lý do rõ hơn tôi có thể.</w:t>
      </w:r>
    </w:p>
    <w:p>
      <w:pPr>
        <w:spacing w:after="80"/>
      </w:pPr>
      <w:r>
        <w:rPr>
          <w:b w:val="0"/>
          <w:i w:val="0"/>
        </w:rPr>
        <w:t>Hiểu chính mình là khởi đầu của mọi sự khôn ngoan.</w:t>
      </w:r>
    </w:p>
    <w:p>
      <w:pPr>
        <w:spacing w:after="80"/>
        <w:jc w:val="right"/>
      </w:pPr>
      <w:r>
        <w:rPr>
          <w:b w:val="0"/>
          <w:i w:val="0"/>
        </w:rPr>
        <w:t>—Aristotle</w:t>
      </w:r>
    </w:p>
    <w:p>
      <w:pPr>
        <w:spacing w:after="80"/>
      </w:pPr>
      <w:r>
        <w:rPr>
          <w:b w:val="0"/>
          <w:i w:val="0"/>
        </w:rPr>
        <w:t>Khi tôi khám phá ra mình là ai, tôi sẽ được tự do.</w:t>
      </w:r>
    </w:p>
    <w:p>
      <w:pPr>
        <w:spacing w:after="80"/>
        <w:jc w:val="right"/>
      </w:pPr>
      <w:r>
        <w:rPr>
          <w:b w:val="0"/>
          <w:i w:val="0"/>
        </w:rPr>
        <w:t>—Ralph Ellison</w:t>
      </w:r>
    </w:p>
    <w:p>
      <w:pPr>
        <w:spacing w:after="80"/>
      </w:pPr>
      <w:r>
        <w:rPr>
          <w:b w:val="0"/>
          <w:i w:val="0"/>
        </w:rPr>
        <w:t>Ở trung tâm con người bạn, bạn có câu trả lời; bạn biết mình là ai và bạn biết mình muốn gì.</w:t>
      </w:r>
    </w:p>
    <w:p>
      <w:pPr>
        <w:spacing w:after="80"/>
        <w:jc w:val="right"/>
      </w:pPr>
      <w:r>
        <w:rPr>
          <w:b w:val="0"/>
          <w:i w:val="0"/>
        </w:rPr>
        <w:t>—Lão Tử</w:t>
      </w:r>
    </w:p>
    <w:p>
      <w:pPr>
        <w:spacing w:after="80"/>
      </w:pPr>
      <w:r>
        <w:rPr>
          <w:b w:val="0"/>
          <w:i w:val="0"/>
        </w:rPr>
        <w:t>Chúng ta đọc sách về việc nghiên cứu người khác. Chúng ta tập trung vào cách đọc vị, thuyết phục và gây ảnh hưởng đến họ. Điều đó chắc chắn có giá trị. Nhưng hãy tưởng tượng nếu bạn dành lượng thời gian tương tự để nghiên cứu một điều gì đó quan trọng hơn. Nghiên cứu người khác mang lại cho chúng ta kiến thức, nhưng nghiên cứu chính mình cuối cùng lại dẫn đến một lượng tự do đáng kinh ngạc. Nghiên cứu chính mình giúp bạn đạt được sự chấp nhận bản thân, điều giải phóng bạn khỏi sự phán xét chính mình. Thay vì luôn tự đánh đập bản thân, bạn học cách chấp nhận chính mình và—như tôi đã làm—nhận ra rằng những gì bạn tưởng là khuyết điểm thực ra có thể là điểm mạnh. Tôi sẽ tiếp tục nhắc bạn rằng người quan trọng nhất để nghiên cứu chính là người duy nhất bạn sẽ phải sống cùng suốt phần đời còn lại: chính bạn.</w:t>
      </w:r>
    </w:p>
    <w:p>
      <w:pPr>
        <w:pStyle w:val="Heading3"/>
      </w:pPr>
      <w:r>
        <w:rPr>
          <w:rFonts w:ascii="Calibri" w:hAnsi="Calibri"/>
          <w:b/>
          <w:i w:val="0"/>
          <w:sz w:val="26"/>
        </w:rPr>
        <w:t>Gắn kết sự nghiệp với con người thật của bạn</w:t>
      </w:r>
    </w:p>
    <w:p>
      <w:pPr>
        <w:spacing w:after="80"/>
      </w:pPr>
      <w:r>
        <w:rPr>
          <w:b w:val="0"/>
          <w:i w:val="0"/>
        </w:rPr>
        <w:t>Bạn tôi Shawn đã làm hơn một tá công việc trước khi bước sang tuổi ba mươi. Cuối cùng, anh ấy làm việc cho tôi với vai trò đại lý bảo hiểm. Lẽ ra tôi không nên ngạc nhiên khi một ngày nọ anh ấy gọi điện nói rằng không muốn bán bảo hiểm nữa. Tôi gặp anh ấy và hỏi có chuyện gì. Tôi lắng nghe một lúc; rồi tôi nói: "Để tôi thành thật với cậu, nhưng điều này sẽ hơi đau đấy. Cậu chịu được không?"</w:t>
      </w:r>
    </w:p>
    <w:p>
      <w:pPr>
        <w:spacing w:after="80"/>
      </w:pPr>
      <w:r>
        <w:rPr>
          <w:b w:val="0"/>
          <w:i w:val="0"/>
        </w:rPr>
        <w:t>Anh ấy ngập ngừng một lát, nhưng cuối cùng nói đồng ý.</w:t>
      </w:r>
    </w:p>
    <w:p>
      <w:pPr>
        <w:spacing w:after="80"/>
      </w:pPr>
      <w:r>
        <w:rPr>
          <w:b w:val="0"/>
          <w:i w:val="0"/>
        </w:rPr>
        <w:t>"Mỗi công việc cậu từng bỏ, đều là lỗi của sếp cậu. Tôi có thể kể tên tất cả những ông sếp mà cậu đã nói xấu suốt bao năm qua. Lúc nào cũng là lỗi của người khác, nhưng cậu biết lỗi không bao giờ thuộc về ai không? Chính cậu. Cậu nghĩ tại sao lại như vậy?"</w:t>
      </w:r>
    </w:p>
    <w:p>
      <w:pPr>
        <w:spacing w:after="80"/>
      </w:pPr>
      <w:r>
        <w:rPr>
          <w:b w:val="0"/>
          <w:i w:val="0"/>
        </w:rPr>
        <w:t>Phải thúc đẩy một chút, và đáng khen cho Shawn, anh ấy bắt đầu nhận trách nhiệm. Anh ấy hiểu rằng cách duy nhất để cuộc trò chuyện của chúng tôi có ích là nhìn vào bên trong thay vì chỉ tay ra ngoài.</w:t>
      </w:r>
    </w:p>
    <w:p>
      <w:pPr>
        <w:spacing w:after="80"/>
      </w:pPr>
      <w:r>
        <w:rPr>
          <w:b w:val="0"/>
          <w:i w:val="0"/>
        </w:rPr>
        <w:t>Chúng tôi bắt đầu gỡ rối. Anh ấy bắt đầu đào sâu bên dưới cơn giận bề mặt của mình, kể về một người anh ấy từng tuyển dụng mà giờ đã vượt qua thu nhập của chính anh ấy. Anh ấy thừa nhận cảm thấy khó chịu và thậm chí xấu hổ vì người mình từng tuyển giờ làm tốt hơn mình. Chúng tôi chưng cất cảm xúc của anh ấy thành sự kết hợp giữa cay đắng và ghen tị.</w:t>
      </w:r>
    </w:p>
    <w:p>
      <w:pPr>
        <w:spacing w:after="80"/>
      </w:pPr>
      <w:r>
        <w:rPr>
          <w:b w:val="0"/>
          <w:i w:val="0"/>
        </w:rPr>
        <w:t>Tôi gợi ý rằng anh ấy và gã kia có thể có những giấc mơ khác nhau; rằng có lẽ ngôi sao trẻ đó muốn kiếm hàng triệu đô-la còn anh thì không. Tôi nói: "Gác mọi thứ sang một bên một lát và để tôi hỏi anh một câu: Anh muốn sống một cuộc đời như thế nào?"</w:t>
      </w:r>
    </w:p>
    <w:p>
      <w:pPr>
        <w:spacing w:after="80"/>
      </w:pPr>
      <w:r>
        <w:rPr>
          <w:b w:val="0"/>
          <w:i w:val="0"/>
        </w:rPr>
        <w:t>Shawn im lặng một lát, và tôi có thể thấy anh ấy đang suy nghĩ nghiêm túc về câu hỏi đó. Cuối cùng anh nói: "Pat này, nếu tôi kiếm được 150.000 đô-la một năm, tôi sẽ sống một cuộc đời rất tốt. Tôi muốn làm huấn luyện viên cho Little League. Tôi muốn có mặt trong mọi khoảnh khắc quan trọng của các con tôi. Và thành thật mà nói, tôi muốn được ngủ nướng vào một số ngày. Có lẽ tôi cần thành thật rằng mình không phải tuýp người quá tham vọng."</w:t>
      </w:r>
    </w:p>
    <w:p>
      <w:pPr>
        <w:spacing w:after="80"/>
      </w:pPr>
      <w:r>
        <w:rPr>
          <w:b w:val="0"/>
          <w:i w:val="0"/>
        </w:rPr>
        <w:t>Sự tự nhìn lại một cách thẳng thắn của Shawn đã cho anh ấy định hướng. Anh bắt đầu nhận ra rằng mình không cần phải so sánh bản thân với đồng nghiệp hay bạn bè. Anh không cần phải cố trở thành người giàu nhất trong văn phòng. Khi anh nhận ra điều gì sẽ khiến mình thực sự hạnh phúc và mãn nguyện—thu nhập 150.000 đô-la một năm cùng thật nhiều thời gian cho gia đình và thư giãn—mọi thứ bắt đầu vào guồng.</w:t>
      </w:r>
    </w:p>
    <w:p>
      <w:pPr>
        <w:spacing w:after="80"/>
      </w:pPr>
      <w:r>
        <w:rPr>
          <w:b w:val="0"/>
          <w:i w:val="0"/>
        </w:rPr>
        <w:t>Khi chúng tôi bàn về điều đó, anh hỏi: "Nhưng suy nghĩ như vậy có phải là quá nhỏ bé không?"</w:t>
      </w:r>
    </w:p>
    <w:p>
      <w:pPr>
        <w:spacing w:after="80"/>
      </w:pPr>
      <w:r>
        <w:rPr>
          <w:b w:val="0"/>
          <w:i w:val="0"/>
        </w:rPr>
        <w:t>"Với người khác thì có thể là vậy," tôi nói. "Nhưng anh có thấy thoải mái khi biết rằng mình có thể sẽ không bao giờ khám phá ra tiềm năng thật sự của mình trong kinh doanh, nhưng vẫn có thể sống thoải mái và trở thành một người cha tuyệt vời không?"</w:t>
      </w:r>
    </w:p>
    <w:p>
      <w:pPr>
        <w:spacing w:after="80"/>
      </w:pPr>
      <w:r>
        <w:rPr>
          <w:b w:val="0"/>
          <w:i w:val="0"/>
        </w:rPr>
        <w:t xml:space="preserve">Shawn lại im lặng, và tôi để anh có thời gian suy ngẫm. Anh bắt đầu nhận ra rằng cuộc trò chuyện này không phải về </w:t>
      </w:r>
      <w:r>
        <w:rPr>
          <w:b w:val="0"/>
          <w:i/>
        </w:rPr>
        <w:t>người khác</w:t>
      </w:r>
      <w:r>
        <w:rPr>
          <w:b w:val="0"/>
          <w:i w:val="0"/>
        </w:rPr>
        <w:t>; nó hoàn toàn chỉ về anh. Anh cần thành thật về con người mình và điều mình muốn từ cuộc sống. Có lẽ như một cách để đánh lạc hướng bản thân khỏi cảm giác khó chịu mà kiểu suy ngẫm này mang lại, anh hỏi tôi muốn gì.</w:t>
      </w:r>
    </w:p>
    <w:p>
      <w:pPr>
        <w:spacing w:after="80"/>
      </w:pPr>
      <w:r>
        <w:rPr>
          <w:b w:val="0"/>
          <w:i w:val="0"/>
        </w:rPr>
        <w:t>"Điều này chẳng liên quan gì đến tôi hay bất kỳ ai khác," tôi nói. "Khi anh đã quyết định được cuộc đời tốt đẹp nhất của mình trông như thế nào và thực hiện tầm nhìn đó, anh sẽ không còn ghen tị nữa."</w:t>
      </w:r>
    </w:p>
    <w:p>
      <w:pPr>
        <w:spacing w:after="80"/>
      </w:pPr>
      <w:r>
        <w:rPr>
          <w:b w:val="0"/>
          <w:i w:val="0"/>
        </w:rPr>
        <w:t>"Tôi hiểu ý anh, Pat," anh nói. "Nhưng tôi vẫn tò mò muốn biết anh muốn gì."</w:t>
      </w:r>
    </w:p>
    <w:p>
      <w:pPr>
        <w:spacing w:after="80"/>
      </w:pPr>
      <w:r>
        <w:rPr>
          <w:b w:val="0"/>
          <w:i w:val="0"/>
        </w:rPr>
        <w:t>"Tôi muốn thống trị cả cái thế giới chết tiệt này, nhưng đó là tôi, không phải anh. Anh không thể cố trở thành tôi, và tôi cũng không thể cố trở thành anh. Đó là điều tồi tệ nhất anh có thể làm."</w:t>
      </w:r>
    </w:p>
    <w:p>
      <w:pPr>
        <w:spacing w:after="80"/>
      </w:pPr>
      <w:r>
        <w:rPr>
          <w:b w:val="0"/>
          <w:i w:val="0"/>
        </w:rPr>
        <w:t>Shawn gật đầu, nhẹ nhõm. Anh đã có một mục tiêu, một mục tiêu đúng đắn. Anh có thể xây dựng một chiến lược dài hạn xoay quanh nó, chứ không chỉ là một giải pháp tình thế (tức là nghỉ việc). Cùng nhau chúng tôi đã xử lý vấn đề, và sau khi làm vậy, anh có thể đưa ra một lựa chọn lý tưởng cho chính mình.</w:t>
      </w:r>
    </w:p>
    <w:p>
      <w:pPr>
        <w:spacing w:after="80"/>
      </w:pPr>
      <w:r>
        <w:rPr>
          <w:b w:val="0"/>
          <w:i w:val="0"/>
        </w:rPr>
        <w:t>Điều then chốt với Shawn là ngừng so sánh bản thân với người khác. Có mặt ở nhà vào bữa tối mỗi tối là điều quan trọng với anh. Và với cuộc sống anh muốn, anh có thể thong thả mà vẫn kiếm được 150.000 đô-la một năm và dồn hết trái tim và tâm hồn cho các con. Tại sao phải cố hành xử như Jeff Bezos hay Richard Branson khi bạn được "lập trình" theo cách khác và có những mục tiêu khác?</w:t>
      </w:r>
    </w:p>
    <w:p>
      <w:pPr>
        <w:spacing w:after="80"/>
      </w:pPr>
      <w:r>
        <w:rPr>
          <w:b w:val="0"/>
          <w:i w:val="0"/>
        </w:rPr>
        <w:t>Nghiên cứu sản phẩm quan trọng nhất đòi hỏi bạn phải đào sâu. Shawn, giống như nhiều người, đã hành động dựa trên những giả định sai lầm về điều thúc đẩy mình. Anh chưa đào đủ sâu hay đủ thành thật với chính mình. Khi anh làm được điều đó, thế giới của anh bỗng trở nên rõ ràng và anh hiểu những lựa chọn mình phải đưa ra để thấy viên mãn. Hãy nhớ rằng vẫn có thể sẽ đến một ngày anh thức dậy và muốn cống hiến nhiều hơn để trải nghiệm nhiều hơn. Như chúng ta sắp bàn tới, mục tiêu của bạn sẽ tiến hóa theo thời gian. Nếu Shawn nhận thấy sự ghen tị đang len lỏi vào, đó sẽ là một dấu hiệu mạnh mẽ cho thấy anh nên xem xét lại mục tiêu của mình.</w:t>
      </w:r>
    </w:p>
    <w:p>
      <w:pPr>
        <w:spacing w:after="80"/>
      </w:pPr>
      <w:r>
        <w:rPr>
          <w:b w:val="0"/>
          <w:i w:val="0"/>
        </w:rPr>
        <w:t xml:space="preserve">Trong cuốn sách đầy sâu sắc của mình </w:t>
      </w:r>
      <w:r>
        <w:rPr>
          <w:b w:val="0"/>
          <w:i/>
        </w:rPr>
        <w:t>Principles: Life and Work</w:t>
      </w:r>
      <w:r>
        <w:rPr>
          <w:b w:val="0"/>
          <w:i w:val="0"/>
        </w:rPr>
        <w:t>, Ray Dalio nói: "Tôi học được rằng nếu bạn làm việc chăm chỉ và sáng tạo, bạn có thể có gần như mọi thứ bạn muốn, nhưng không phải mọi thứ bạn muốn. Sự trưởng thành là khả năng từ chối những lựa chọn tốt để theo đuổi những lựa chọn còn tốt hơn."</w:t>
      </w:r>
    </w:p>
    <w:p>
      <w:pPr>
        <w:spacing w:after="80"/>
      </w:pPr>
      <w:r>
        <w:rPr>
          <w:b w:val="0"/>
          <w:i w:val="0"/>
        </w:rPr>
        <w:t xml:space="preserve">Khi bạn thành thật về con người mình, bạn học được cách ngừng </w:t>
      </w:r>
      <w:r>
        <w:rPr>
          <w:b w:val="0"/>
          <w:i/>
        </w:rPr>
        <w:t>muốn</w:t>
      </w:r>
      <w:r>
        <w:rPr>
          <w:b w:val="0"/>
          <w:i w:val="0"/>
        </w:rPr>
        <w:t xml:space="preserve"> mọi thứ.</w:t>
      </w:r>
    </w:p>
    <w:p>
      <w:pPr>
        <w:spacing w:after="80"/>
      </w:pPr>
      <w:r>
        <w:rPr>
          <w:b w:val="0"/>
          <w:i w:val="0"/>
        </w:rPr>
        <w:t>Ghen tị là một dấu hiệu cảnh báo bạn có đang thành thật với chính mình hay không. Nếu bạn có thể nhìn vào một người có những thứ bạn không có và nói: "Bạn biết không. Tôi thật sự không muốn điều đó," thì bạn biết mình đang ở một chỗ tốt. Nếu bạn nói mình không muốn điều gì đó nhưng không thật lòng, sự ghen tị sẽ gặm nhấm bạn. Điều nó đang nói với bạn là bạn thật sự muốn điều đó nhưng sợ phải làm việc để đạt được nó.</w:t>
      </w:r>
    </w:p>
    <w:p>
      <w:pPr>
        <w:spacing w:after="80"/>
      </w:pPr>
      <w:r>
        <w:rPr>
          <w:b w:val="0"/>
          <w:i w:val="0"/>
        </w:rPr>
        <w:t>Điều sẽ mang lại cho bạn sự an tâm là thành thật đủ để biết mình là ai và làm những gì cần thiết để sống cuộc đời mình muốn. Bạn sẽ biết mình đang sống phiên bản tốt nhất của chính mình khi phản ứng của bạn trước thành công của người khác, kể cả những người có những thứ bạn không có, là cảm thấy vui mừng cho họ. Một lần nữa, nếu bạn cảm thấy ghen tị, đó là dấu hiệu cho thấy hoặc bạn đang tự lừa dối mình về điều mình muốn, hoặc bạn thiếu kỷ luật để đạt được nó.</w:t>
      </w:r>
    </w:p>
    <w:p>
      <w:pPr>
        <w:spacing w:after="80"/>
      </w:pPr>
      <w:r>
        <w:rPr>
          <w:b w:val="0"/>
          <w:i w:val="0"/>
        </w:rPr>
        <w:t>Tôi đã gặp rất nhiều người bất mãn và không hạnh phúc. Những người bất hạnh nguy hiểm nhất mà tôi từng gặp là những người vừa cực kỳ tham vọng vừa cực kỳ lười biếng. Sự kết hợp này tạo ra lòng đố kỵ – một tội lỗi chết người sẽ biến cuộc đời bạn thành địa ngục trần gian. Đây là những người nghĩ lớn và muốn làm điều gì đó lớn lao, nhưng lại không sẵn lòng bỏ công sức để giành lấy nó. Họ sẽ gian lận. Họ sẽ đẩy bạn vào chỗ chết. Họ không ngừng tìm kiếm những lối tắt. Và nếu ai đó có được thứ họ muốn, điều đó sẽ gặm nhấm tận sâu trong tâm hồn họ.</w:t>
      </w:r>
    </w:p>
    <w:p>
      <w:pPr>
        <w:spacing w:after="80"/>
      </w:pPr>
      <w:r>
        <w:rPr>
          <w:b w:val="0"/>
          <w:i w:val="0"/>
        </w:rPr>
        <w:t>Nếu ai đó đang chiến thắng ở đẳng cấp cao hơn bạn, thì hoặc là hạ thấp kỳ vọng của bạn cho khớp với đạo đức làm việc của bạn, hoặc là nâng cao đạo đức làm việc của bạn để vượt qua kỳ vọng của bạn. Nếu bạn không làm cả hai, bạn sẽ khổ sở.</w:t>
      </w:r>
    </w:p>
    <w:p>
      <w:pPr>
        <w:spacing w:after="80"/>
      </w:pPr>
      <w:r>
        <w:rPr>
          <w:b w:val="0"/>
          <w:i w:val="0"/>
        </w:rPr>
        <w:t>Tất cả những điều này quy lại thành một điểm: sự hài hòa (alignment) chính là chìa khóa dẫn đến sự viên mãn. Hãy ghi nhớ những điều sau:</w:t>
      </w:r>
    </w:p>
    <w:p>
      <w:pPr>
        <w:spacing w:after="80"/>
        <w:ind w:left="360"/>
      </w:pPr>
      <w:r>
        <w:t xml:space="preserve">• </w:t>
      </w:r>
      <w:r>
        <w:rPr>
          <w:b w:val="0"/>
          <w:i w:val="0"/>
        </w:rPr>
        <w:t>Tầm nhìn của bạn phải hài hòa với con người mà bạn muốn trở thành.</w:t>
      </w:r>
    </w:p>
    <w:p>
      <w:pPr>
        <w:spacing w:after="80"/>
        <w:ind w:left="360"/>
      </w:pPr>
      <w:r>
        <w:t xml:space="preserve">• </w:t>
      </w:r>
      <w:r>
        <w:rPr>
          <w:b w:val="0"/>
          <w:i w:val="0"/>
        </w:rPr>
        <w:t>Những lựa chọn của bạn phải hài hòa với tầm nhìn của bạn.</w:t>
      </w:r>
    </w:p>
    <w:p>
      <w:pPr>
        <w:spacing w:after="80"/>
        <w:ind w:left="360"/>
      </w:pPr>
      <w:r>
        <w:t xml:space="preserve">• </w:t>
      </w:r>
      <w:r>
        <w:rPr>
          <w:b w:val="0"/>
          <w:i w:val="0"/>
        </w:rPr>
        <w:t>Nỗ lực của bạn phải hài hòa với quy mô tầm nhìn của bạn.</w:t>
      </w:r>
    </w:p>
    <w:p>
      <w:pPr>
        <w:spacing w:after="80"/>
        <w:ind w:left="360"/>
      </w:pPr>
      <w:r>
        <w:t xml:space="preserve">• </w:t>
      </w:r>
      <w:r>
        <w:rPr>
          <w:b w:val="0"/>
          <w:i w:val="0"/>
        </w:rPr>
        <w:t>Hành vi của bạn phải hài hòa với các giá trị và nguyên tắc của bạn.</w:t>
      </w:r>
    </w:p>
    <w:p>
      <w:pPr>
        <w:pStyle w:val="Heading3"/>
      </w:pPr>
      <w:r>
        <w:rPr>
          <w:rFonts w:ascii="Calibri" w:hAnsi="Calibri"/>
          <w:b/>
          <w:i w:val="0"/>
          <w:sz w:val="26"/>
        </w:rPr>
        <w:t>Sự tự vấn dẫn đến sự chấp nhận, và sự chấp nhận dẫn đến sức mạnh</w:t>
      </w:r>
    </w:p>
    <w:p>
      <w:pPr>
        <w:spacing w:after="80"/>
      </w:pPr>
      <w:r>
        <w:rPr>
          <w:b w:val="0"/>
          <w:i w:val="0"/>
        </w:rPr>
        <w:t xml:space="preserve">Chỉ có một người mà bạn phải dành trọn từng giây phút của cuộc đời mình để ở bên. Không phải cha mẹ bạn. Không phải vợ/chồng bạn. Không phải con cái bạn. Không phải người bạn thân nhất của bạn. Mà là </w:t>
      </w:r>
      <w:r>
        <w:rPr>
          <w:b w:val="0"/>
          <w:i/>
        </w:rPr>
        <w:t>chính bạn</w:t>
      </w:r>
      <w:r>
        <w:rPr>
          <w:b w:val="0"/>
          <w:i w:val="0"/>
        </w:rPr>
        <w:t>. Khoảnh khắc bạn hiểu được mình sẽ phải sống cùng ai suốt phần đời còn lại và học cách chấp nhận điều đó, bạn sẽ loại bỏ được sự tự phán xét – điều này sẽ tiếp thêm sức mạnh để bạn thực hiện nhiều bước đi táo bạo hơn. Nó sẽ giảm thiểu việc suy nghĩ quá nhiều và tăng cường khả năng hành động.</w:t>
      </w:r>
    </w:p>
    <w:p>
      <w:pPr>
        <w:spacing w:after="80"/>
      </w:pPr>
      <w:r>
        <w:rPr>
          <w:b w:val="0"/>
          <w:i w:val="0"/>
        </w:rPr>
        <w:t xml:space="preserve">Khi tôi đọc cuốn </w:t>
      </w:r>
      <w:r>
        <w:rPr>
          <w:b w:val="0"/>
          <w:i/>
        </w:rPr>
        <w:t>Power vs. Force</w:t>
      </w:r>
      <w:r>
        <w:rPr>
          <w:b w:val="0"/>
          <w:i w:val="0"/>
        </w:rPr>
        <w:t xml:space="preserve"> của David R. Hawkins, tôi bị cuốn hút bởi lời giải thích của ông về các cấp độ ý thức khác nhau. Trước khi đọc cuốn sách đó, tôi từng nghĩ rằng lòng dũng cảm sẽ nằm ở đỉnh kim tự tháp. Chỉ sau khi làm hết công việc nội tâm của mình, tôi mới hiểu ra rằng, như bạn có thể thấy trong biểu đồ ở trang tiếp theo, sự chấp nhận (acceptance) còn cao hơn cả lòng dũng cảm.</w:t>
      </w:r>
    </w:p>
    <w:p>
      <w:pPr>
        <w:jc w:val="center"/>
      </w:pPr>
      <w:r>
        <w:drawing>
          <wp:inline xmlns:a="http://schemas.openxmlformats.org/drawingml/2006/main" xmlns:pic="http://schemas.openxmlformats.org/drawingml/2006/picture">
            <wp:extent cx="5486400" cy="3679903"/>
            <wp:docPr id="10" name="Picture 10"/>
            <wp:cNvGraphicFramePr>
              <a:graphicFrameLocks noChangeAspect="1"/>
            </wp:cNvGraphicFramePr>
            <a:graphic>
              <a:graphicData uri="http://schemas.openxmlformats.org/drawingml/2006/picture">
                <pic:pic>
                  <pic:nvPicPr>
                    <pic:cNvPr id="0" name="f0028-01.jpg"/>
                    <pic:cNvPicPr/>
                  </pic:nvPicPr>
                  <pic:blipFill>
                    <a:blip r:embed="rId15"/>
                    <a:stretch>
                      <a:fillRect/>
                    </a:stretch>
                  </pic:blipFill>
                  <pic:spPr>
                    <a:xfrm>
                      <a:off x="0" y="0"/>
                      <a:ext cx="5486400" cy="3679903"/>
                    </a:xfrm>
                    <a:prstGeom prst="rect"/>
                  </pic:spPr>
                </pic:pic>
              </a:graphicData>
            </a:graphic>
          </wp:inline>
        </w:drawing>
      </w:r>
    </w:p>
    <w:p>
      <w:pPr>
        <w:spacing w:after="80"/>
      </w:pPr>
      <w:r>
        <w:rPr>
          <w:b w:val="0"/>
          <w:i w:val="0"/>
        </w:rPr>
        <w:t xml:space="preserve">Tôi hiểu vì sao bạn có thể sợ việc tự vấn bản thân. Việc bước ra khỏi vỏ bọc và soi rọi ánh sáng vào những khuyết điểm của mình có thể rất đau đớn. Tất cả những giờ tự chiêm nghiệm mà tôi đã dành ra đã tiết lộ rất nhiều điều về bản thân tôi: có những điều tốt, có những điều xấu, và có những điều tồi tệ. Chính vì tôi đã làm công việc khó khăn là tự soi xét bản thân, tôi bắt đầu chấp nhận chính mình. Tôi cũng học được rằng việc trở nên dễ tổn thương và chia sẻ con người thật của mình là điều hoàn toàn ổn. Khi làm vậy, người bạn của tôi là Byron Udell, người điều hành một công ty khá lớn ở Chicago, đã giới thiệu cho tôi cuốn </w:t>
      </w:r>
      <w:r>
        <w:rPr>
          <w:b w:val="0"/>
          <w:i/>
        </w:rPr>
        <w:t>The Hypomanic Edge: The Link Between (a Little) Craziness and (a Lot of) Success in America</w:t>
      </w:r>
      <w:r>
        <w:rPr>
          <w:b w:val="0"/>
          <w:i w:val="0"/>
        </w:rPr>
        <w:t xml:space="preserve"> của John D. Gartner. Cuốn sách đó giúp tôi nhận ra rằng tôi không đơn độc trong cơn (hưng cảm nhẹ) của mình. Tôi chấp nhận sự điên rồ của mình và bắt đầu biến nó thành lợi thế thay vì điểm tựa. Nó cũng giúp tôi nhận ra rằng mình được sinh ra để làm những điều lớn lao và tính cách của tôi sẽ là tài sản quý trong việc xây dựng một công ty. Cuối cùng, tôi học được cách bắt đầu chấp nhận chính mình, cả những khuyết điểm lẫn tất cả.</w:t>
      </w:r>
    </w:p>
    <w:p>
      <w:pPr>
        <w:pStyle w:val="Heading3"/>
      </w:pPr>
      <w:r>
        <w:rPr>
          <w:rFonts w:ascii="Calibri" w:hAnsi="Calibri"/>
          <w:b/>
          <w:i w:val="0"/>
          <w:sz w:val="26"/>
        </w:rPr>
        <w:t>Bốn lĩnh vực thúc đẩy bạn</w:t>
      </w:r>
    </w:p>
    <w:p>
      <w:pPr>
        <w:spacing w:after="80"/>
      </w:pPr>
      <w:r>
        <w:rPr>
          <w:b w:val="0"/>
          <w:i w:val="0"/>
        </w:rPr>
        <w:t>Khi tôi đang bán thẻ hội viên phòng gym tại Bally Total Fitness, tôi làm việc với một anh chàng tên Stuart. Giống như tôi, Stuart rời đi để bán bảo hiểm. Vào khoảng cùng thời điểm đó, cả hai chúng tôi đều thành lập đại lý bảo hiểm của riêng mình. Một ngày nọ, chúng tôi ăn trưa cùng nhau, thảo luận về mục tiêu của mình, và Stuart nói: "Tầm nhìn của chúng tôi là trở thành một trong những đại lý bảo hiểm lớn nhất trong toàn bang California. Nếu tôi làm việc chăm chỉ vài năm, tiền sẽ chảy về như nước và tôi sẽ sống những ngày thảnh thơi."</w:t>
      </w:r>
    </w:p>
    <w:p>
      <w:pPr>
        <w:spacing w:after="80"/>
      </w:pPr>
      <w:r>
        <w:rPr>
          <w:b w:val="0"/>
          <w:i w:val="0"/>
        </w:rPr>
        <w:t>Tôi nói với Stuart: "Chúng tôi sẽ có nửa triệu đại lý được cấp phép. Chúng tôi sẽ là đại lý lớn nhất nước Mỹ." Anh ấy nhìn tôi như thể tôi bị hoang tưởng. Tôi nhìn anh ấy với vẻ bối rối, tự hỏi sao có người lại có thể nghĩ nhỏ như vậy khi tiềm năng thị trường lại lớn đến thế. Tôi đang theo đuổi những trang sử; anh ấy đang theo đuổi một cuộc sống đơn giản hơn.</w:t>
      </w:r>
    </w:p>
    <w:p>
      <w:pPr>
        <w:spacing w:after="80"/>
      </w:pPr>
      <w:r>
        <w:rPr>
          <w:b w:val="0"/>
          <w:i w:val="0"/>
        </w:rPr>
        <w:t>Stuart được thúc đẩy bởi ý tưởng có được tự do tài chính. Anh ấy kiếm được nửa triệu đô la một năm và hầu như không phải làm việc. Anh ấy biết điều gì thúc đẩy mình, và anh ấy đã đạt được nó. Có lẽ anh ấy nhìn vào cuộc đời tôi và cảm thấy như mình đã thoát được một viên đạn. Tại sao anh ấy lại phải chịu đựng tất cả áp lực, những tuần làm việc trăm giờ và sức ép liên tục khi anh ấy được thúc đẩy bởi tự do tài chính chứ?</w:t>
      </w:r>
    </w:p>
    <w:p>
      <w:pPr>
        <w:spacing w:after="80"/>
      </w:pPr>
      <w:r>
        <w:rPr>
          <w:b w:val="0"/>
          <w:i w:val="0"/>
        </w:rPr>
        <w:t xml:space="preserve">Bạn có thấy tôi đang muốn nói gì không? Bạn phải biết điều gì thúc đẩy </w:t>
      </w:r>
      <w:r>
        <w:rPr>
          <w:b w:val="0"/>
          <w:i/>
        </w:rPr>
        <w:t>chính bạn</w:t>
      </w:r>
      <w:r>
        <w:rPr>
          <w:b w:val="0"/>
          <w:i w:val="0"/>
        </w:rPr>
        <w:t>. Điều đó sẽ khác nhau ở mỗi người. Khi tôi nhận ra điều gì thúc đẩy mình, tôi không còn cần đến đồng hồ báo thức nữa. Đó là lý do tại sao dù giờ đây tôi đã có sự an toàn về tài chính, tôi vẫn có động lực hơn bao giờ hết.</w:t>
      </w:r>
    </w:p>
    <w:p>
      <w:pPr>
        <w:spacing w:after="80"/>
      </w:pPr>
      <w:r>
        <w:rPr>
          <w:b w:val="0"/>
          <w:i w:val="0"/>
        </w:rPr>
        <w:t>Đó là lý do tôi đã chịu đựng những tuần làm việc trăm giờ đó. Đó là lý do ngay khi cảm thấy một chút tự thương hại nhỏ nhoi len lỏi vào, tôi dừng lại và tự nhắc mình: đây là điều bạn đã đăng ký, Patrick ạ. Tôi bắt đầu nghe giống như quảng cáo Toyota ngày xưa: bạn yêu cầu, bạn nhận được. Điều thú vị là nếu tôi ở lại vị trí cũ, tôi có thể thảnh thơi mà kiếm được thu nhập 5 triệu đô một năm. Và ngay cả khi mọi thứ trông như thể tôi có thể vừa phá sản vừa phát điên (cùng lúc luôn chứ), tôi chưa một lần hối hận về quyết định của mình.</w:t>
      </w:r>
    </w:p>
    <w:p>
      <w:pPr>
        <w:spacing w:after="80"/>
      </w:pPr>
      <w:r>
        <w:rPr>
          <w:b w:val="0"/>
          <w:i w:val="0"/>
        </w:rPr>
        <w:t>Tại sao ư? Bởi vì tôi đã dành thời gian để hiểu điều gì thúc đẩy mình.</w:t>
      </w:r>
    </w:p>
    <w:p>
      <w:pPr>
        <w:spacing w:after="80"/>
      </w:pPr>
      <w:r>
        <w:rPr>
          <w:b w:val="0"/>
          <w:i w:val="0"/>
        </w:rPr>
        <w:t>Giờ đến lượt bạn. Bạn có thể bắt đầu bằng cách chia động lực thành bốn loại: thăng tiến, điên rồ, cá tính riêng, và mục đích.</w:t>
      </w:r>
    </w:p>
    <w:p>
      <w:pPr>
        <w:jc w:val="center"/>
      </w:pPr>
      <w:r>
        <w:drawing>
          <wp:inline xmlns:a="http://schemas.openxmlformats.org/drawingml/2006/main" xmlns:pic="http://schemas.openxmlformats.org/drawingml/2006/picture">
            <wp:extent cx="5486400" cy="3989391"/>
            <wp:docPr id="11" name="Picture 11"/>
            <wp:cNvGraphicFramePr>
              <a:graphicFrameLocks noChangeAspect="1"/>
            </wp:cNvGraphicFramePr>
            <a:graphic>
              <a:graphicData uri="http://schemas.openxmlformats.org/drawingml/2006/picture">
                <pic:pic>
                  <pic:nvPicPr>
                    <pic:cNvPr id="0" name="f0030-01.jpg"/>
                    <pic:cNvPicPr/>
                  </pic:nvPicPr>
                  <pic:blipFill>
                    <a:blip r:embed="rId16"/>
                    <a:stretch>
                      <a:fillRect/>
                    </a:stretch>
                  </pic:blipFill>
                  <pic:spPr>
                    <a:xfrm>
                      <a:off x="0" y="0"/>
                      <a:ext cx="5486400" cy="3989391"/>
                    </a:xfrm>
                    <a:prstGeom prst="rect"/>
                  </pic:spPr>
                </pic:pic>
              </a:graphicData>
            </a:graphic>
          </wp:inline>
        </w:drawing>
      </w:r>
    </w:p>
    <w:p>
      <w:pPr>
        <w:spacing w:after="80"/>
      </w:pPr>
      <w:r>
        <w:rPr>
          <w:b w:val="0"/>
          <w:i w:val="0"/>
        </w:rPr>
        <w:t>Việc có nhiều hơn một động lực là chuyện bình thường. Việc các ưu tiên của bạn thay đổi cũng bình thường. Hãy nhìn kỹ danh sách trên, và suy nghĩ thật kỹ càng về điều gì thúc đẩy bạn. Phần lớn thời gian, cần có một chất xúc tác nào đó để bạn xem xét điều gì tạo động lực cho mình. Có bốn lý do có thể khiến bạn đánh giá lại điều thúc đẩy mình:</w:t>
      </w:r>
    </w:p>
    <w:p>
      <w:pPr>
        <w:spacing w:after="80"/>
        <w:ind w:left="360"/>
      </w:pPr>
      <w:r>
        <w:t xml:space="preserve">• </w:t>
      </w:r>
      <w:r>
        <w:rPr>
          <w:b w:val="0"/>
          <w:i w:val="0"/>
        </w:rPr>
        <w:t>Sự nhàm chán</w:t>
      </w:r>
    </w:p>
    <w:p>
      <w:pPr>
        <w:spacing w:after="80"/>
        <w:ind w:left="360"/>
      </w:pPr>
      <w:r>
        <w:t xml:space="preserve">• </w:t>
      </w:r>
      <w:r>
        <w:rPr>
          <w:b w:val="0"/>
          <w:i w:val="0"/>
        </w:rPr>
        <w:t>Kết quả đi xuống</w:t>
      </w:r>
    </w:p>
    <w:p>
      <w:pPr>
        <w:spacing w:after="80"/>
        <w:ind w:left="360"/>
      </w:pPr>
      <w:r>
        <w:t xml:space="preserve">• </w:t>
      </w:r>
      <w:r>
        <w:rPr>
          <w:b w:val="0"/>
          <w:i w:val="0"/>
        </w:rPr>
        <w:t>Sự chững lại hoặc đình trệ</w:t>
      </w:r>
    </w:p>
    <w:p>
      <w:pPr>
        <w:spacing w:after="80"/>
        <w:ind w:left="360"/>
      </w:pPr>
      <w:r>
        <w:t xml:space="preserve">• </w:t>
      </w:r>
      <w:r>
        <w:rPr>
          <w:b w:val="0"/>
          <w:i w:val="0"/>
        </w:rPr>
        <w:t>Cảm giác tài năng của mình đang mai một</w:t>
      </w:r>
    </w:p>
    <w:p>
      <w:pPr>
        <w:spacing w:after="80"/>
      </w:pPr>
      <w:r>
        <w:rPr>
          <w:b w:val="0"/>
          <w:i w:val="0"/>
        </w:rPr>
        <w:t>Nếu bạn đang cảm thấy bất kỳ điều nào trong số đó, thì bây giờ chính là thời điểm hoàn hảo để đào sâu hơn và xác định điều bạn thực sự muốn.</w:t>
      </w:r>
    </w:p>
    <w:p>
      <w:pPr>
        <w:pStyle w:val="Heading3"/>
      </w:pPr>
      <w:r>
        <w:rPr>
          <w:rFonts w:ascii="Calibri" w:hAnsi="Calibri"/>
          <w:b/>
          <w:i w:val="0"/>
          <w:sz w:val="26"/>
        </w:rPr>
        <w:t>Tiến lên "Why" tiếp theo của bạn</w:t>
      </w:r>
    </w:p>
    <w:p>
      <w:pPr>
        <w:spacing w:after="80"/>
      </w:pPr>
      <w:r>
        <w:rPr>
          <w:b w:val="0"/>
          <w:i w:val="0"/>
        </w:rPr>
        <w:t>Một cách khác để nghĩ về động lực là tự hỏi: "Why (lý do tại sao) của mình là gì?" Khi ai đó hỏi bạn điều này, bạn có thể nói: "Mình thật sự không biết why của mình" hoặc "Mình nghĩ mình làm điều này vì gia đình" hoặc "Mình muốn tự do tài chính." Ai cũng có một why. Thách thức là phần lớn mọi người không bao giờ tốt nghiệp khỏi why ban đầu của mình.</w:t>
      </w:r>
    </w:p>
    <w:p>
      <w:pPr>
        <w:spacing w:after="80"/>
      </w:pPr>
      <w:r>
        <w:rPr>
          <w:b w:val="0"/>
          <w:i w:val="0"/>
        </w:rPr>
        <w:t xml:space="preserve">Có thể bạn đã quen với Tháp nhu cầu của nhà tâm lý học Abraham Maslow. Trong bài báo năm 1943 "A Theory of Human Motivation" trên </w:t>
      </w:r>
      <w:r>
        <w:rPr>
          <w:b w:val="0"/>
          <w:i/>
        </w:rPr>
        <w:t>Psychological Review</w:t>
      </w:r>
      <w:r>
        <w:rPr>
          <w:b w:val="0"/>
          <w:i w:val="0"/>
        </w:rPr>
        <w:t>, Maslow mô tả cách các nhu cầu của bạn tiến hóa. Nếu bạn đang đối mặt với cái chết, bạn sẽ không nghĩ về mục đích sống của mình. Nếu bạn đang vật lộn để nuôi sống gia đình, bạn sẽ không có chút dư dả nào để nghĩ về di sản của mình. Điều đó hợp lý. Cũng hợp lý khi một khi bạn đáp ứng được các nhu cầu cốt lõi, bạn tự nhiên tiến lên trên kim tự tháp và khao khát những thứ như sự thuộc về, lòng tự trọng, và sự phát triển.</w:t>
      </w:r>
    </w:p>
    <w:p>
      <w:pPr>
        <w:spacing w:after="80"/>
      </w:pPr>
      <w:r>
        <w:rPr>
          <w:b w:val="0"/>
          <w:i w:val="0"/>
        </w:rPr>
        <w:t>Tôi xem khát khao phát triển là "tiến lên why tiếp theo của bạn" và thấy nó nằm ở bốn cấp độ.</w:t>
      </w:r>
    </w:p>
    <w:p>
      <w:pPr>
        <w:jc w:val="center"/>
      </w:pPr>
      <w:r>
        <w:drawing>
          <wp:inline xmlns:a="http://schemas.openxmlformats.org/drawingml/2006/main" xmlns:pic="http://schemas.openxmlformats.org/drawingml/2006/picture">
            <wp:extent cx="5486400" cy="4742481"/>
            <wp:docPr id="12" name="Picture 12"/>
            <wp:cNvGraphicFramePr>
              <a:graphicFrameLocks noChangeAspect="1"/>
            </wp:cNvGraphicFramePr>
            <a:graphic>
              <a:graphicData uri="http://schemas.openxmlformats.org/drawingml/2006/picture">
                <pic:pic>
                  <pic:nvPicPr>
                    <pic:cNvPr id="0" name="f0031-01.jpg"/>
                    <pic:cNvPicPr/>
                  </pic:nvPicPr>
                  <pic:blipFill>
                    <a:blip r:embed="rId17"/>
                    <a:stretch>
                      <a:fillRect/>
                    </a:stretch>
                  </pic:blipFill>
                  <pic:spPr>
                    <a:xfrm>
                      <a:off x="0" y="0"/>
                      <a:ext cx="5486400" cy="4742481"/>
                    </a:xfrm>
                    <a:prstGeom prst="rect"/>
                  </pic:spPr>
                </pic:pic>
              </a:graphicData>
            </a:graphic>
          </wp:inline>
        </w:drawing>
      </w:r>
    </w:p>
    <w:p>
      <w:pPr>
        <w:pStyle w:val="Heading3"/>
      </w:pPr>
      <w:r>
        <w:rPr>
          <w:rFonts w:ascii="Calibri" w:hAnsi="Calibri"/>
          <w:b/>
          <w:i w:val="0"/>
          <w:sz w:val="26"/>
        </w:rPr>
        <w:t>Bốn cấp độ của Why</w:t>
      </w:r>
    </w:p>
    <w:p>
      <w:pPr>
        <w:pStyle w:val="Heading4"/>
      </w:pPr>
      <w:r>
        <w:rPr>
          <w:rFonts w:ascii="Calibri" w:hAnsi="Calibri"/>
          <w:b/>
          <w:i w:val="0"/>
          <w:sz w:val="23"/>
        </w:rPr>
        <w:t>CẤP ĐỘ 1: SINH TỒN</w:t>
      </w:r>
    </w:p>
    <w:p>
      <w:pPr>
        <w:spacing w:after="80"/>
      </w:pPr>
      <w:r>
        <w:rPr>
          <w:b w:val="0"/>
          <w:i w:val="0"/>
        </w:rPr>
        <w:t>Mọi người có một công việc để kiếm tiền đều tập trung vào việc trả các hóa đơn của mình. Một số người dừng lại ở đây.</w:t>
      </w:r>
    </w:p>
    <w:p>
      <w:pPr>
        <w:pStyle w:val="Heading4"/>
      </w:pPr>
      <w:r>
        <w:rPr>
          <w:rFonts w:ascii="Calibri" w:hAnsi="Calibri"/>
          <w:b/>
          <w:i w:val="0"/>
          <w:sz w:val="23"/>
        </w:rPr>
        <w:t>CẤP ĐỘ 2: ĐỊA VỊ</w:t>
      </w:r>
    </w:p>
    <w:p>
      <w:pPr>
        <w:spacing w:after="80"/>
      </w:pPr>
      <w:r>
        <w:rPr>
          <w:b w:val="0"/>
          <w:i w:val="0"/>
        </w:rPr>
        <w:t>Bạn sẽ nghe người ta nói những câu như “Bạn biết đấy, tôi muốn kiếm được bảy con số.” Tại sao? Vì địa vị. Họ có thể muốn có một chiếc xe đẹp, một ngôi nhà đẹp, hoặc cho con học ở một trường danh giá. Họ muốn có thể khoe khoang về việc sở hữu cái này cái kia. Tất cả đều là chuyện đua đòi cho bằng bạn bằng bè. Địa vị vẫn còn nhẹ nhàng, nhưng nó cao hơn mức sinh tồn. Khi hầu hết mọi người đạt đến cấp độ này, họ chậm lại và an phận.</w:t>
      </w:r>
    </w:p>
    <w:p>
      <w:pPr>
        <w:pStyle w:val="Heading4"/>
      </w:pPr>
      <w:r>
        <w:rPr>
          <w:rFonts w:ascii="Calibri" w:hAnsi="Calibri"/>
          <w:b/>
          <w:i w:val="0"/>
          <w:sz w:val="23"/>
        </w:rPr>
        <w:t>CẤP ĐỘ 3: TỰ DO</w:t>
      </w:r>
    </w:p>
    <w:p>
      <w:pPr>
        <w:spacing w:after="80"/>
      </w:pPr>
      <w:r>
        <w:rPr>
          <w:b w:val="0"/>
          <w:i w:val="0"/>
        </w:rPr>
        <w:t>Một số người có thể nói: “Bạn biết không? Tôi quá mệt mỏi với mức thu nhập sáu con số rồi. Tôi muốn được tự do. Tôi muốn kiếm được loại tiền cho tôi không gian thở, nơi tôi không phải có mặt ở văn phòng mỗi ngày.” Họ có thể muốn sống trong một cộng đồng nơi con cái họ có thể chơi ngoài trời mà họ không phải lo lắng. Hoặc họ có thể muốn trở thành một người du mục kỹ thuật số (digital nomad) để có thể lướt sóng vào mùa hè và trượt tuyết vào mùa đông.</w:t>
      </w:r>
    </w:p>
    <w:p>
      <w:pPr>
        <w:spacing w:after="80"/>
      </w:pPr>
      <w:r>
        <w:rPr>
          <w:b w:val="0"/>
          <w:i w:val="0"/>
        </w:rPr>
        <w:t>Tự do với tư cách là lý do thì có phần ích kỷ. Không có gì sai khi muốn tự do, nhưng nó có thể cảm thấy trống rỗng một khi bạn đã đạt được nó. Nếu đó là trường hợp của bạn và cảm giác hài lòng của bạn biến thành sự bực bội, thì giờ đây bạn có đặc quyền đi sâu hơn và tập trung vào những khía cạnh của cuộc sống sẽ mang lại cho bạn cảm giác viên mãn thực sự.</w:t>
      </w:r>
    </w:p>
    <w:p>
      <w:pPr>
        <w:pStyle w:val="Heading4"/>
      </w:pPr>
      <w:r>
        <w:rPr>
          <w:rFonts w:ascii="Calibri" w:hAnsi="Calibri"/>
          <w:b/>
          <w:i w:val="0"/>
          <w:sz w:val="23"/>
        </w:rPr>
        <w:t>CẤP ĐỘ 4: MỤC ĐÍCH</w:t>
      </w:r>
    </w:p>
    <w:p>
      <w:pPr>
        <w:spacing w:after="80"/>
      </w:pPr>
      <w:r>
        <w:rPr>
          <w:b w:val="0"/>
          <w:i w:val="0"/>
        </w:rPr>
        <w:t>Định nghĩa mục đích của bạn là tự hỏi những câu hỏi: Tôi muốn được nhớ đến như thế nào? Tôi muốn tạo ra tác động đến cuộc sống của người khác ra sao? Đó là việc nhận ra lý do bạn được đặt trên trái đất này và đẩy giới hạn của phiên bản vĩ đại nhất của chính bạn. Hoạt động ở cấp cao nhất của kim tự tháp được thúc đẩy bởi:</w:t>
      </w:r>
    </w:p>
    <w:p>
      <w:pPr>
        <w:spacing w:after="80"/>
        <w:ind w:left="360"/>
      </w:pPr>
      <w:r>
        <w:t xml:space="preserve">• </w:t>
      </w:r>
      <w:r>
        <w:rPr>
          <w:b w:val="0"/>
          <w:i w:val="0"/>
        </w:rPr>
        <w:t>Lịch sử</w:t>
      </w:r>
    </w:p>
    <w:p>
      <w:pPr>
        <w:spacing w:after="80"/>
        <w:ind w:left="360"/>
      </w:pPr>
      <w:r>
        <w:t xml:space="preserve">• </w:t>
      </w:r>
      <w:r>
        <w:rPr>
          <w:b w:val="0"/>
          <w:i w:val="0"/>
        </w:rPr>
        <w:t>Giúp đỡ người khác</w:t>
      </w:r>
    </w:p>
    <w:p>
      <w:pPr>
        <w:spacing w:after="80"/>
        <w:ind w:left="360"/>
      </w:pPr>
      <w:r>
        <w:t xml:space="preserve">• </w:t>
      </w:r>
      <w:r>
        <w:rPr>
          <w:b w:val="0"/>
          <w:i w:val="0"/>
        </w:rPr>
        <w:t>Thay đổi</w:t>
      </w:r>
    </w:p>
    <w:p>
      <w:pPr>
        <w:spacing w:after="80"/>
        <w:ind w:left="360"/>
      </w:pPr>
      <w:r>
        <w:t xml:space="preserve">• </w:t>
      </w:r>
      <w:r>
        <w:rPr>
          <w:b w:val="0"/>
          <w:i w:val="0"/>
        </w:rPr>
        <w:t>Tác động</w:t>
      </w:r>
    </w:p>
    <w:p>
      <w:pPr>
        <w:spacing w:after="80"/>
        <w:ind w:left="360"/>
      </w:pPr>
      <w:r>
        <w:t xml:space="preserve">• </w:t>
      </w:r>
      <w:r>
        <w:rPr>
          <w:b w:val="0"/>
          <w:i w:val="0"/>
        </w:rPr>
        <w:t>Giác ngộ/tự hiện thực hóa bản thân</w:t>
      </w:r>
    </w:p>
    <w:p>
      <w:pPr>
        <w:spacing w:after="80"/>
      </w:pPr>
      <w:r>
        <w:rPr>
          <w:b w:val="0"/>
          <w:i w:val="0"/>
        </w:rPr>
        <w:t>Rất ít người đạt đến cấp độ mục đích. Tại sao? Một phần là do nỗi sợ. Một phần là do dành cả cuộc đời mắc kẹt trong chế độ sinh tồn mà không có thời gian để suy nghĩ. Một phần là do bị cuốn vào quá nhiều thứ gây xao nhãng, dù đó là mạng xã hội, thể thao, hay giải trí. Thực ra, không ai thực sự bị cuốn vào những thứ gây xao nhãng này. Họ chọn chúng để trốn tránh thực tại và né tránh công việc khó khăn là tự vấn bản thân. Vấn đề cốt lõi là không dành đủ thời gian để hỏi những câu hỏi đúng.</w:t>
      </w:r>
    </w:p>
    <w:p>
      <w:pPr>
        <w:spacing w:after="80"/>
      </w:pPr>
      <w:r>
        <w:rPr>
          <w:b w:val="0"/>
          <w:i w:val="0"/>
        </w:rPr>
        <w:t>Nếu bạn muốn tạo ra tác động lớn, điều đó sẽ chỉ xảy ra nếu bạn sẵn sàng ngồi xuống và tự hỏi bản thân một số câu hỏi quan trọng về cuộc sống. Đáng tiếc thay, rất nhiều lần người ta cứ đi, đi, đi mãi, rồi chết mà chưa bao giờ tự hỏi mình những câu hỏi quan trọng nhất.</w:t>
      </w:r>
    </w:p>
    <w:p>
      <w:pPr>
        <w:spacing w:after="80"/>
      </w:pPr>
      <w:r>
        <w:rPr>
          <w:b w:val="0"/>
          <w:i w:val="0"/>
        </w:rPr>
        <w:t>Thách thức của tôi dành cho bạn là: dù bạn đang ở cấp độ nào hiện tại, hãy làm rõ mục đích của bạn.</w:t>
      </w:r>
    </w:p>
    <w:p>
      <w:pPr>
        <w:pStyle w:val="Heading3"/>
      </w:pPr>
      <w:r>
        <w:rPr>
          <w:rFonts w:ascii="Calibri" w:hAnsi="Calibri"/>
          <w:b/>
          <w:i w:val="0"/>
          <w:sz w:val="26"/>
        </w:rPr>
        <w:t>Kiểm toán Bản sắc Cá nhân</w:t>
      </w:r>
    </w:p>
    <w:p>
      <w:pPr>
        <w:spacing w:after="80"/>
      </w:pPr>
      <w:r>
        <w:rPr>
          <w:b w:val="0"/>
          <w:i w:val="0"/>
        </w:rPr>
        <w:t>Trong tất cả những công cụ tôi dành tặng bạn trong cuốn sách này, Bài Kiểm Tra Bản Sắc Cá Nhân (Personal Identity Audit) có lẽ là quan trọng nhất. Chúng ta thường lạm dụng câu nói "Điều này sẽ thay đổi cuộc đời bạn". Nhưng trong trường hợp này, tôi nói từ chính trải nghiệm của mình rằng việc thực hiện Bài Kiểm Tra Bản Sắc Cá Nhân (một chuỗi câu hỏi dẫn đến sự tự khám phá bản thân) đã thay đổi cuộc đời tôi một cách triệt để và theo cấp số nhân.</w:t>
      </w:r>
    </w:p>
    <w:p>
      <w:pPr>
        <w:spacing w:after="80"/>
      </w:pPr>
      <w:r>
        <w:rPr>
          <w:b w:val="0"/>
          <w:i w:val="0"/>
        </w:rPr>
        <w:t>Tất cả những người tiên phong, nhà sáng lập, nhà lãnh đạo và vận động viên mà bạn ngưỡng mộ đều không đạt được thành công nhờ may mắn. Đã có một khoảnh khắc (hoặc rất nhiều khoảnh khắc) họ cực kỳ trung thực với chính mình. Đó là khoảng thời gian riêng tư khi họ đối diện với những thói xấu, nỗi sợ hãi và niềm tin giới hạn đã được cất giữ trong trái tim và tâm trí, đang kìm hãm họ. Điều này thường xảy ra sau khi nghịch cảnh ập đến.</w:t>
      </w:r>
    </w:p>
    <w:p>
      <w:pPr>
        <w:spacing w:after="80"/>
      </w:pPr>
      <w:r>
        <w:rPr>
          <w:b w:val="0"/>
          <w:i w:val="0"/>
        </w:rPr>
        <w:t>Sự thật là rất ít người sẵn sàng tạm dừng cuộc sống để trải nghiệm một bước đột phá. Cuộc sống ngày nay đang trôi nhanh hơn bao giờ hết. Hãy nghĩ xem chúng ta phải kiểm tra bao nhiêu ứng dụng khác nhau trên điện thoại thông minh mà mười năm trước chẳng ai bận tâm. Chúng ta kiểm tra Instagram, Facebook, Twitter, YouTube, email, LinkedIn và các ứng dụng tin tức bao nhiêu lần một ngày? Danh sách những thứ chúng ta kiểm tra bên ngoài bản thân cứ dài mãi không thôi.</w:t>
      </w:r>
    </w:p>
    <w:p>
      <w:pPr>
        <w:spacing w:after="80"/>
      </w:pPr>
      <w:r>
        <w:rPr>
          <w:b w:val="0"/>
          <w:i w:val="0"/>
        </w:rPr>
        <w:t>Vào tháng 8 năm 2003, một người bạn khôn ngoan của tôi cảm nhận được rằng tôi đang chật vật. Ở tuổi hai mươi tư, tôi đã bắt đầu bộc lộ dấu hiệu của tài năng và sự kiên trì. Tôi biết bán hàng, và tôi khao khát kiến thức. Nhưng tôi cũng đang giận dữ và hoang mang. Thay vì giảng cho tôi một bài hay gửi tôi đến bác sĩ tâm lý, người bạn khôn ngoan ấy đưa tôi một danh sách gồm tám mươi ba câu hỏi. Hướng dẫn duy nhất của anh ấy là: "Hãy đến một nơi yên tĩnh, tiếp tục đặt câu hỏi, và đừng rời đi cho đến khi bạn tìm được câu trả lời."</w:t>
      </w:r>
    </w:p>
    <w:p>
      <w:pPr>
        <w:spacing w:after="80"/>
      </w:pPr>
      <w:r>
        <w:rPr>
          <w:b w:val="0"/>
          <w:i w:val="0"/>
        </w:rPr>
        <w:t>Tôi đã làm đúng như anh ấy nói. Tôi ngồi một mình trên bãi biển bảy tám tiếng đồng hồ để trả lời những câu hỏi này. Tôi xúc động vô cùng. Thật mãnh liệt. Tôi có những khoảnh khắc thất vọng và chán nản. Tôi cứ tự hỏi mình: "Tại sao bao nhiêu người thành công mà không phải là mình?" Nhờ ở một mình, tôi thực sự nhìn thấy điều gì đang diễn ra và bắt đầu nhận ra những xu hướng và khuôn mẫu. Cuối cùng, tôi cảm thấy nhẹ nhõm vì nhận ra rằng mọi vấn đề và câu trả lời đều nằm trong chính tôi. Với hiểu biết đó, tôi biết mình nắm quyền kiểm soát việc sửa chữa nó.</w:t>
      </w:r>
    </w:p>
    <w:p>
      <w:pPr>
        <w:spacing w:after="80"/>
      </w:pPr>
      <w:r>
        <w:rPr>
          <w:b w:val="0"/>
          <w:i w:val="0"/>
        </w:rPr>
        <w:t>Bài tập đó quý giá đến mức tôi đã cô đọng những câu hỏi quan trọng nhất để tạo ra thứ mà tôi gọi là Bài Kiểm Tra Bản Sắc Cá Nhân.</w:t>
      </w:r>
    </w:p>
    <w:p>
      <w:pPr>
        <w:spacing w:after="80"/>
      </w:pPr>
      <w:r>
        <w:rPr>
          <w:b w:val="0"/>
          <w:i w:val="0"/>
        </w:rPr>
        <w:t>Khi bạn nghiên cứu con người quan trọng nhất (chính bạn), bạn sẽ bắt đầu học được cách chinh phục con người quan trọng nhất đang kìm hãm bạn (cũng chính bạn).</w:t>
      </w:r>
    </w:p>
    <w:p>
      <w:pPr>
        <w:spacing w:after="80"/>
      </w:pPr>
      <w:r>
        <w:rPr>
          <w:b w:val="0"/>
          <w:i w:val="0"/>
        </w:rPr>
        <w:t>Những câu hỏi này — cùng với sự chiêm nghiệm thu được — đã hoàn toàn thay đổi cuộc đời tôi. Chúng đưa tôi từ một người bình thường đến việc nhận ra tiềm năng của mình trong cuộc sống. Tôi bước ra với cảm giác tự do. Tôi bước ra với sự chấp nhận những giới hạn và thử thách của mình. Giờ đây khi cố vấn cho các doanh nhân, tôi yêu cầu họ thực hiện Bài Kiểm Tra Bản Sắc Cá Nhân.</w:t>
      </w:r>
    </w:p>
    <w:p>
      <w:pPr>
        <w:spacing w:after="80"/>
      </w:pPr>
      <w:r>
        <w:rPr>
          <w:b w:val="0"/>
          <w:i w:val="0"/>
        </w:rPr>
        <w:t>Điều then chốt với bài tập này là hãy đối xử với nó bằng sự tôn trọng tối đa. Bạn không cần hoàn thành nhanh hay nhắm đến điểm số hoàn hảo; câu trả lời đúng duy nhất là câu trả lời trung thực. Mục đích là để có một bước đột phá. Càng xúc động với bạn bao nhiêu, khả năng nó tạo ra bước đột phá càng lớn bấy nhiêu. Sau khi trải qua bài kiểm tra, hãy khuyến khích người khác cũng làm như vậy. Không gì tuyệt bằng việc có một bước đột phá trong cuộc đời và mời gọi người khác cùng làm điều tương tự.</w:t>
      </w:r>
    </w:p>
    <w:p>
      <w:pPr>
        <w:spacing w:after="80"/>
      </w:pPr>
      <w:r>
        <w:rPr>
          <w:b w:val="0"/>
          <w:i w:val="0"/>
        </w:rPr>
        <w:t>Bài Kiểm Tra Bản Sắc Cá Nhân có thể được tìm thấy trong phần phụ lục ở trang 282.</w:t>
      </w:r>
    </w:p>
    <w:p>
      <w:pPr>
        <w:spacing w:after="80"/>
      </w:pPr>
      <w:r>
        <w:rPr>
          <w:b w:val="0"/>
          <w:i w:val="0"/>
        </w:rPr>
        <w:t>Kể từ khi tôi đăng Bài Kiểm Tra Bản Sắc Cá Nhân lên trang web của mình, hơn 200,000 người từ 130 quốc gia đã thực hiện nó. Kết quả thật sự mang tính chuyển hóa. Hãy dành thời gian của bạn cho nó. Tôi hy vọng trải nghiệm này sẽ sâu sắc với bạn như nó đã từng với vô số người khác.</w:t>
      </w:r>
    </w:p>
    <w:p>
      <w:pPr>
        <w:pStyle w:val="Heading4"/>
      </w:pPr>
      <w:r>
        <w:rPr>
          <w:rFonts w:ascii="Calibri" w:hAnsi="Calibri"/>
          <w:b/>
          <w:i w:val="0"/>
          <w:sz w:val="23"/>
        </w:rPr>
        <w:t>Những Lợi Ích Của Việc Tự Khám Phá Bản Thân và Thực Hiện Bài Kiểm Tra Cá Nhân</w:t>
      </w:r>
    </w:p>
    <w:p>
      <w:pPr>
        <w:spacing w:after="80"/>
        <w:ind w:left="360"/>
      </w:pPr>
      <w:r>
        <w:rPr>
          <w:b/>
          <w:i w:val="0"/>
        </w:rPr>
        <w:t>1.</w:t>
      </w:r>
      <w:r>
        <w:rPr>
          <w:b w:val="0"/>
          <w:i w:val="0"/>
        </w:rPr>
        <w:t xml:space="preserve"> Nhận thức cho bạn thấy bạn là trung tâm của mọi vấn đề (và giải pháp) của mình.</w:t>
      </w:r>
    </w:p>
    <w:p>
      <w:pPr>
        <w:spacing w:after="80"/>
        <w:ind w:left="360"/>
      </w:pPr>
      <w:r>
        <w:rPr>
          <w:b/>
          <w:i w:val="0"/>
        </w:rPr>
        <w:t>2.</w:t>
      </w:r>
      <w:r>
        <w:rPr>
          <w:b w:val="0"/>
          <w:i w:val="0"/>
        </w:rPr>
        <w:t xml:space="preserve"> Bạn nhận ra rằng vấn đề của mình có thể được giải quyết.</w:t>
      </w:r>
    </w:p>
    <w:p>
      <w:pPr>
        <w:spacing w:after="80"/>
        <w:ind w:left="360"/>
      </w:pPr>
      <w:r>
        <w:rPr>
          <w:b/>
          <w:i w:val="0"/>
        </w:rPr>
        <w:t>3.</w:t>
      </w:r>
      <w:r>
        <w:rPr>
          <w:b w:val="0"/>
          <w:i w:val="0"/>
        </w:rPr>
        <w:t xml:space="preserve"> Bạn phá vỡ những niềm tin giới hạn của mình.</w:t>
      </w:r>
    </w:p>
    <w:p>
      <w:pPr>
        <w:spacing w:after="80"/>
        <w:ind w:left="360"/>
      </w:pPr>
      <w:r>
        <w:rPr>
          <w:b/>
          <w:i w:val="0"/>
        </w:rPr>
        <w:t>4.</w:t>
      </w:r>
      <w:r>
        <w:rPr>
          <w:b w:val="0"/>
          <w:i w:val="0"/>
        </w:rPr>
        <w:t xml:space="preserve"> Nhờ nhận ra các khuôn mẫu, bạn có thể chấm dứt những thói quen có hại.</w:t>
      </w:r>
    </w:p>
    <w:p>
      <w:pPr>
        <w:spacing w:after="80"/>
        <w:ind w:left="360"/>
      </w:pPr>
      <w:r>
        <w:rPr>
          <w:b/>
          <w:i w:val="0"/>
        </w:rPr>
        <w:t>5.</w:t>
      </w:r>
      <w:r>
        <w:rPr>
          <w:b w:val="0"/>
          <w:i w:val="0"/>
        </w:rPr>
        <w:t xml:space="preserve"> Cơn giận của bạn với người khác sẽ tan biến khi bạn nhận ra rằng không ai ngoài bạn kiểm soát được vận mệnh của mình.</w:t>
      </w:r>
    </w:p>
    <w:p>
      <w:pPr>
        <w:pStyle w:val="Heading3"/>
      </w:pPr>
      <w:r>
        <w:rPr>
          <w:rFonts w:ascii="Calibri" w:hAnsi="Calibri"/>
          <w:b/>
          <w:i w:val="0"/>
          <w:sz w:val="26"/>
        </w:rPr>
        <w:t>Chủ động tìm kiếm để nhận ra điểm mù của bản thân</w:t>
      </w:r>
    </w:p>
    <w:p>
      <w:pPr>
        <w:spacing w:after="80"/>
      </w:pPr>
      <w:r>
        <w:rPr>
          <w:b w:val="0"/>
          <w:i w:val="0"/>
        </w:rPr>
        <w:t xml:space="preserve">Dù bạn có nghiên cứu bản thân đến đâu, bạn vẫn không tránh khỏi việc có những điểm mù. Bước đầu tiên để nhận ra chúng là </w:t>
      </w:r>
      <w:r>
        <w:rPr>
          <w:b w:val="0"/>
          <w:i/>
        </w:rPr>
        <w:t>mong muốn</w:t>
      </w:r>
      <w:r>
        <w:rPr>
          <w:b w:val="0"/>
          <w:i w:val="0"/>
        </w:rPr>
        <w:t xml:space="preserve"> nhận ra chúng. Mong muốn đó sẽ nảy sinh từ việc hiểu rằng khám phá điểm mù của mình cuối cùng sẽ giúp bạn trở nên tốt hơn. Đó chính là lý do để bạn nhìn thấy điểm mù của mình.</w:t>
      </w:r>
    </w:p>
    <w:p>
      <w:pPr>
        <w:spacing w:after="80"/>
      </w:pPr>
      <w:r>
        <w:rPr>
          <w:b w:val="0"/>
          <w:i w:val="0"/>
        </w:rPr>
        <w:t>Tôi không sinh ra đã có khả năng tự nhận thức. Thực tế, vào đầu sự nghiệp, tôi gần như chẳng có chút nào. Khi mới thành lập công ty bảo hiểm của mình, tôi tỏ ra kiêu ngạo trong các cuộc họp. Tôi gặp gỡ các hãng bảo hiểm lớn và mở đầu bằng câu "Chúng tôi sẽ có nửa triệu đại lý bảo hiểm được cấp phép. Chúng tôi sẽ viết nhiều bảo hiểm hơn bất kỳ ai trong lịch sử."</w:t>
      </w:r>
    </w:p>
    <w:p>
      <w:pPr>
        <w:spacing w:after="80"/>
      </w:pPr>
      <w:r>
        <w:rPr>
          <w:b w:val="0"/>
          <w:i w:val="0"/>
        </w:rPr>
        <w:t xml:space="preserve">Trong cuốn sách năm 1994 </w:t>
      </w:r>
      <w:r>
        <w:rPr>
          <w:b w:val="0"/>
          <w:i/>
        </w:rPr>
        <w:t>Built to Last: Successful Habits of Visionary Companies</w:t>
      </w:r>
      <w:r>
        <w:rPr>
          <w:b w:val="0"/>
          <w:i w:val="0"/>
        </w:rPr>
        <w:t>, Jim Collins và Jerry I. Porras đã đặt ra thuật ngữ "Big Hairy Audacious Goal (BHAG)" - Mục tiêu Lớn Lao và Táo bạo. Họ định nghĩa đó là "một mục tiêu táo bạo kéo dài 10 đến 30 năm để tiến tới một tương lai đã được hình dung."</w:t>
      </w:r>
    </w:p>
    <w:p>
      <w:pPr>
        <w:spacing w:after="80"/>
      </w:pPr>
      <w:r>
        <w:rPr>
          <w:b w:val="0"/>
          <w:i w:val="0"/>
        </w:rPr>
        <w:t>Sau khi tôi tuyên bố BHAG của mình với những người ở các hãng bảo hiểm lớn đó, họ luôn phản ứng bằng cách hỏi tôi: "Anh đã hoạt động trong ngành này bao lâu rồi?"</w:t>
      </w:r>
    </w:p>
    <w:p>
      <w:pPr>
        <w:spacing w:after="80"/>
      </w:pPr>
      <w:r>
        <w:rPr>
          <w:b w:val="0"/>
          <w:i w:val="0"/>
        </w:rPr>
        <w:t>"Hai tuần," tôi sẽ trả lời.</w:t>
      </w:r>
    </w:p>
    <w:p>
      <w:pPr>
        <w:spacing w:after="80"/>
      </w:pPr>
      <w:r>
        <w:rPr>
          <w:b w:val="0"/>
          <w:i w:val="0"/>
        </w:rPr>
        <w:t>Điểm mù của tôi không phải là việc có một BHAG. Điểm mù của tôi là việc không hiểu khán giả của mình. Thị trường tài chính sụp đổ vào cuối năm 2008. Thiệt hại nghiêm trọng đến mức AIG, gã khổng lồ của ngành, suýt nữa thì phá sản. Toàn bộ ngành không còn lựa chọn nào khác ngoài việc chơi phòng thủ. Vậy mà tôi ở đây vào năm 2009, một anh chàng Trung Đông ba mươi tuổi, tuyên bố rằng mình sẽ có nửa triệu đại lý. Điều cuối cùng mà các công ty bảo hiểm khác muốn đặt cược chính là một công ty khởi nghiệp đầy rủi ro, trong khi họ đang tập trung vào sự sống còn, tuân thủ và quản lý rủi ro.</w:t>
      </w:r>
    </w:p>
    <w:p>
      <w:pPr>
        <w:spacing w:after="80"/>
      </w:pPr>
      <w:r>
        <w:rPr>
          <w:b w:val="0"/>
          <w:i w:val="0"/>
        </w:rPr>
        <w:t>Cathy Larson là một giám đốc điều hành tại Allianz, một công ty trị giá 400 tỷ đô la. Khi tôi trình bày bài thuyết trình táo bạo của mình với bà, bà nói: "Cậu toàn nói suông. Cậu biết có bao nhiêu người nói những điều kiểu này không? Cậu nên có thành tích nhiều hơn trước khi bắt đầu đưa ra những tuyên bố ngông cuồng như vậy."</w:t>
      </w:r>
    </w:p>
    <w:p>
      <w:pPr>
        <w:spacing w:after="80"/>
      </w:pPr>
      <w:r>
        <w:rPr>
          <w:b w:val="0"/>
          <w:i w:val="0"/>
        </w:rPr>
        <w:t>Lời khuyên của bà đã thấm vào tôi. Dù tôi chắc chắn về sự thật tương lai của mình - trong đầu tôi, tôi đã thấy nó xảy ra rồi - tôi cần điều chỉnh cách tiếp cận để đáp ứng nhu cầu của khán giả. Tầm nhìn của tôi không thay đổi, nhưng cách tiếp cận của tôi cần được cải thiện nghiêm túc.</w:t>
      </w:r>
    </w:p>
    <w:p>
      <w:pPr>
        <w:spacing w:after="80"/>
      </w:pPr>
      <w:r>
        <w:rPr>
          <w:b w:val="0"/>
          <w:i w:val="0"/>
        </w:rPr>
        <w:t xml:space="preserve">Tôi bắt đầu nghĩ về cách điều chỉnh bài thuyết trình của mình. Tôi suy nghĩ sâu sắc về con người mình. Với khả năng tự nhận thức tốt hơn, tôi đã vạch ra một kế hoạch phản ánh những gì tôi muốn đạt được. Tôi học cách chuyển hóa BHAG của mình thành những bước đi tiếp theo và, quan trọng hơn, hiểu được </w:t>
      </w:r>
      <w:r>
        <w:rPr>
          <w:b w:val="0"/>
          <w:i/>
        </w:rPr>
        <w:t>trình tự</w:t>
      </w:r>
      <w:r>
        <w:rPr>
          <w:b w:val="0"/>
          <w:i w:val="0"/>
        </w:rPr>
        <w:t xml:space="preserve"> của những bước đi đó trong bối cảnh nhận thức mới về khán giả.</w:t>
      </w:r>
    </w:p>
    <w:p>
      <w:pPr>
        <w:pStyle w:val="Heading3"/>
      </w:pPr>
      <w:r>
        <w:rPr>
          <w:rFonts w:ascii="Calibri" w:hAnsi="Calibri"/>
          <w:b/>
          <w:i w:val="0"/>
          <w:sz w:val="26"/>
        </w:rPr>
        <w:t>Hiểu chính mình là một quá trình đòi hỏi nỗ lực và hiếm khi là một sự giác ngộ bất chợt</w:t>
      </w:r>
    </w:p>
    <w:p>
      <w:pPr>
        <w:spacing w:after="80"/>
      </w:pPr>
      <w:r>
        <w:rPr>
          <w:b w:val="0"/>
          <w:i w:val="0"/>
        </w:rPr>
        <w:t>Bạn cần hiểu mình là ai, điều gì khiến bạn hào hứng, bạn có thể chịu đựng được bao nhiêu rủi ro, và bạn muốn tạo dựng kiểu gia đình như thế nào. Yếu tố then chốt đằng sau tất cả những câu chuyện và bài tập trong Bước này chính là sự trung thực. Nhìn vào gương đôi khi có thể đau đớn. Tôi đã chia sẻ với bạn việc tôi đã khóc nhiều đến mức nào khi thực hiện Bài kiểm tra Bản sắc Cá nhân. Nỗi đau đó là xứng đáng.</w:t>
      </w:r>
    </w:p>
    <w:p>
      <w:pPr>
        <w:spacing w:after="80"/>
      </w:pPr>
      <w:r>
        <w:rPr>
          <w:b w:val="0"/>
          <w:i w:val="0"/>
        </w:rPr>
        <w:t>Một khi bạn trở nên rõ ràng về sản phẩm quan trọng nhất (chính bạn), các quyết định của bạn sẽ tuôn chảy tự nhiên và dẫn bạn đến việc đạt được mục tiêu của mình.</w:t>
      </w:r>
    </w:p>
    <w:p>
      <w:pPr>
        <w:jc w:val="center"/>
      </w:pPr>
      <w:r>
        <w:drawing>
          <wp:inline xmlns:a="http://schemas.openxmlformats.org/drawingml/2006/main" xmlns:pic="http://schemas.openxmlformats.org/drawingml/2006/picture">
            <wp:extent cx="1333500" cy="85725"/>
            <wp:docPr id="13" name="Picture 13"/>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3 </w:t>
      </w:r>
      <w:r>
        <w:rPr>
          <w:rFonts w:ascii="Calibri" w:hAnsi="Calibri"/>
          <w:b/>
          <w:i w:val="0"/>
          <w:sz w:val="32"/>
        </w:rPr>
        <w:t>Con đường của bạn để tạo dựng sự giàu có: Người khởi nghiệp nội bộ hay Doanh nhân?</w:t>
      </w:r>
    </w:p>
    <w:p>
      <w:pPr>
        <w:spacing w:after="80"/>
      </w:pPr>
      <w:r>
        <w:rPr>
          <w:b w:val="0"/>
          <w:i w:val="0"/>
        </w:rPr>
        <w:t>Tiền chỉ là một công cụ. Nó sẽ đưa bạn đến bất cứ nơi nào bạn muốn, nhưng nó sẽ không thay thế bạn trong vai trò người cầm lái.</w:t>
      </w:r>
    </w:p>
    <w:p>
      <w:pPr>
        <w:spacing w:after="80"/>
        <w:jc w:val="right"/>
      </w:pPr>
      <w:r>
        <w:rPr>
          <w:b w:val="0"/>
          <w:i w:val="0"/>
        </w:rPr>
        <w:t>—Ayn Rand</w:t>
      </w:r>
    </w:p>
    <w:p>
      <w:pPr>
        <w:spacing w:after="80"/>
      </w:pPr>
      <w:r>
        <w:rPr>
          <w:b w:val="0"/>
          <w:i w:val="0"/>
        </w:rPr>
        <w:t xml:space="preserve">Eric Drache là một trong những tay chơi poker tài năng nhất thế giới. Trong suốt ba mươi sáu năm, từ 1973 đến 2009, ông ba lần về nhì tại các sự kiện stud của World Series of Poker. Nhiều người coi Drache là tay chơi poker giỏi thứ bảy thế giới. Câu đùa thường thấy là ông chỉ chơi với sáu người giỏi nhất! Dù tài năng như vậy, ông thường xuyên hết tiền. Hãy coi ông là tấm gương về việc </w:t>
      </w:r>
      <w:r>
        <w:rPr>
          <w:b w:val="0"/>
          <w:i/>
        </w:rPr>
        <w:t>không</w:t>
      </w:r>
      <w:r>
        <w:rPr>
          <w:b w:val="0"/>
          <w:i w:val="0"/>
        </w:rPr>
        <w:t xml:space="preserve"> nên chọn nghề như thế nào.</w:t>
      </w:r>
    </w:p>
    <w:p>
      <w:pPr>
        <w:spacing w:after="80"/>
      </w:pPr>
      <w:r>
        <w:rPr>
          <w:b w:val="0"/>
          <w:i w:val="0"/>
        </w:rPr>
        <w:t xml:space="preserve">Bạn muốn chọn một con đường đặt tỷ lệ thắng vào phần có lợi cho mình; trong poker, người ta gọi đó là chọn bàn (game selection). Điều quyết định bạn thắng trong bất kỳ cuộc chơi (hay công việc kinh doanh) nào không phải là bạn giỏi đến đâu, mà là bạn giỏi đến đâu </w:t>
      </w:r>
      <w:r>
        <w:rPr>
          <w:b w:val="0"/>
          <w:i/>
        </w:rPr>
        <w:t>so với đối thủ của mình</w:t>
      </w:r>
      <w:r>
        <w:rPr>
          <w:b w:val="0"/>
          <w:i w:val="0"/>
        </w:rPr>
        <w:t>. Đó là lý do vì sao việc biết rõ điểm mạnh, điểm yếu của bản thân và tìm ra một thị trường mà mình có lợi thế sẵn có lại quan trọng đến vậy.</w:t>
      </w:r>
    </w:p>
    <w:p>
      <w:pPr>
        <w:spacing w:after="80"/>
      </w:pPr>
      <w:r>
        <w:rPr>
          <w:b w:val="0"/>
          <w:i w:val="0"/>
        </w:rPr>
        <w:t>Hai chương đầu của cuốn sách này nói về sự tự nhận thức. Giờ khi bạn đã xác định được mình muốn trở thành ai và đã nghiên cứu sản phẩm quan trọng nhất (chính bạn), đã đến lúc cụ thể hơn trong việc chọn một nghề nghiệp phù hợp với tầm nhìn của bạn.</w:t>
      </w:r>
    </w:p>
    <w:p>
      <w:pPr>
        <w:spacing w:after="80"/>
      </w:pPr>
      <w:r>
        <w:rPr>
          <w:b w:val="0"/>
          <w:i w:val="0"/>
        </w:rPr>
        <w:t>Tôi không nghĩ ai cũng muốn xây dựng một Apple tiếp theo. Tôi không nghĩ ai cũng muốn trở thành Elon Musk tiếp theo. Tôi không nghĩ ai cũng muốn có một cuộc đời làm việc tám mươi đến một trăm giờ mỗi tuần trong hơn hai mươi năm để xây dựng một đế chế khổng lồ. Một số người chỉ đơn giản muốn xây dựng một doanh nghiệp nhỏ để có quyền kiểm soát mà không phải đối mặt với những chuyện chính trị hằng ngày khi làm việc cho một công ty Fortune 500. Những người khác muốn xây dựng một doanh nghiệp online mà họ có thể điều hành trong khi chu du khắp thế giới.</w:t>
      </w:r>
    </w:p>
    <w:p>
      <w:pPr>
        <w:spacing w:after="80"/>
      </w:pPr>
      <w:r>
        <w:rPr>
          <w:b w:val="0"/>
          <w:i w:val="0"/>
        </w:rPr>
        <w:t>Tự nhận thức là điều then chốt để tạo nên con đường của bạn. Khi trung thực với chính mình, bạn có thể nhận ra rằng làm doanh nhân không phải là con đường phù hợp với bạn. Nếu đúng như vậy, như bạn sẽ thấy trong chương này, vẫn còn rất nhiều lựa chọn để sống một cuộc đời viên mãn và sung túc.</w:t>
      </w:r>
    </w:p>
    <w:p>
      <w:pPr>
        <w:pStyle w:val="Heading3"/>
      </w:pPr>
      <w:r>
        <w:rPr>
          <w:rFonts w:ascii="Calibri" w:hAnsi="Calibri"/>
          <w:b/>
          <w:i w:val="0"/>
          <w:sz w:val="26"/>
        </w:rPr>
        <w:t>Nắm quyền kiểm soát bằng cách leo lên chiếc thang của chính mình</w:t>
      </w:r>
    </w:p>
    <w:p>
      <w:pPr>
        <w:spacing w:after="80"/>
      </w:pPr>
      <w:r>
        <w:rPr>
          <w:b w:val="0"/>
          <w:i w:val="0"/>
        </w:rPr>
        <w:t>Mỗi khi diễn thuyết, tôi hỏi mọi người trong phòng: Ai là người giàu nhất mà bạn biết?</w:t>
      </w:r>
    </w:p>
    <w:p>
      <w:pPr>
        <w:spacing w:after="80"/>
      </w:pPr>
      <w:r>
        <w:rPr>
          <w:b w:val="0"/>
          <w:i w:val="0"/>
        </w:rPr>
        <w:t>Hầu hết mọi người có thể trả lời câu hỏi này trong tích tắc. Ai cũng biết đến một người chú hay anh em họ hay bạn của gia đình nào đó, người đãi cả đại gia đình dịp Lễ Tạ ơn trong căn nhà to lớn của mình, người luôn đăng ảnh từ những miền đất lạ kỳ.</w:t>
      </w:r>
    </w:p>
    <w:p>
      <w:pPr>
        <w:spacing w:after="80"/>
      </w:pPr>
      <w:r>
        <w:rPr>
          <w:b w:val="0"/>
          <w:i w:val="0"/>
        </w:rPr>
        <w:t>Câu hỏi thứ hai dành cho khán giả: Người đó tích lũy toàn bộ khối tài sản ấy với tư cách nhân viên hay chủ sở hữu?</w:t>
      </w:r>
    </w:p>
    <w:p>
      <w:pPr>
        <w:spacing w:after="80"/>
      </w:pPr>
      <w:r>
        <w:rPr>
          <w:b w:val="0"/>
          <w:i w:val="0"/>
        </w:rPr>
        <w:t>Khi tôi hỏi câu hỏi thứ hai, cả căn phòng bừng sáng vì sự thấu hiểu. Tôi có thể thấy điều đó trên gương mặt họ. "Trời ơi!"</w:t>
      </w:r>
    </w:p>
    <w:p>
      <w:pPr>
        <w:spacing w:after="80"/>
      </w:pPr>
      <w:r>
        <w:rPr>
          <w:b w:val="0"/>
          <w:i w:val="0"/>
        </w:rPr>
        <w:t>Vậy mà, từ khi biết nói, chúng ta đã được dạy phải tin vào việc leo lên chiếc thang của người khác. Đầu tiên bạn leo chiếc thang học đường: đạt điểm cao, vào được trường đại học tốt, rồi cố vào một trường luật, kinh doanh hay y khoa còn tốt hơn. Nếu bạn xuất sắc trên chiếc thang học đường, bạn được bắt đầu leo chiếc thang công ty: làm việc để có mức lương thoải mái, làm công việc không có ý nghĩa cá nhân để có thể leo lên tới vị trí quản lý cấp trung. Thế là bạn đã đạt được "sự an toàn".</w:t>
      </w:r>
    </w:p>
    <w:p>
      <w:pPr>
        <w:spacing w:after="80"/>
      </w:pPr>
      <w:r>
        <w:rPr>
          <w:b w:val="0"/>
          <w:i w:val="0"/>
        </w:rPr>
        <w:t xml:space="preserve">Đó là một lời dối trá, như những người đã leo lên chiếc thang có thể xác nhận. Cuốn sách </w:t>
      </w:r>
      <w:r>
        <w:rPr>
          <w:b w:val="0"/>
          <w:i/>
        </w:rPr>
        <w:t>Rich Dad, Poor Dad</w:t>
      </w:r>
      <w:r>
        <w:rPr>
          <w:b w:val="0"/>
          <w:i w:val="0"/>
        </w:rPr>
        <w:t xml:space="preserve"> của Robert Kiyosaki đã bác bỏ huyền thoại rằng học vấn là con đường dẫn tới giàu có. Sự giàu sang và thành công không chờ đợi hầu hết chúng ta ở đỉnh chiếc thang của bất kỳ ai khác. Một cuộc sống giàu có hơn—về tài chính, cảm xúc, trí tuệ—chỉ có thể có được khi bạn tự chịu trách nhiệm cho thành công của chính mình.</w:t>
      </w:r>
    </w:p>
    <w:p>
      <w:pPr>
        <w:spacing w:after="80"/>
      </w:pPr>
      <w:r>
        <w:rPr>
          <w:b w:val="0"/>
          <w:i w:val="0"/>
        </w:rPr>
        <w:t>Có nhiều hơn một cách để tự chịu trách nhiệm cho thành công của mình: bạn có thể làm việc hưởng hoa hồng cho một công ty; hoặc, như bạn sẽ thấy ngay sau đây, bạn có thể tạo dựng một vai trò như một doanh nhân nội bộ (intrapreneur) trong một công ty lớn.</w:t>
      </w:r>
    </w:p>
    <w:p>
      <w:pPr>
        <w:spacing w:after="80"/>
      </w:pPr>
      <w:r>
        <w:rPr>
          <w:b w:val="0"/>
          <w:i w:val="0"/>
        </w:rPr>
        <w:t>Một điều tôi có thể nói chắc chắn với bạn là trở thành doanh nhân không thể chỉ vì tiền. Tôi biết điều đó nghe có vẻ lạ khi bạn đang tập trung vào việc trở thành triệu phú hay tỷ phú. Nếu động lực của bạn chỉ là tiền, bạn sẽ dừng lại ở một thời điểm nào đó. Bạn sẽ trở nên lười biếng hoặc tự mãn. Nếu bạn muốn trở thành doanh nhân, lý do của bạn phải vượt xa sự giàu có.</w:t>
      </w:r>
    </w:p>
    <w:p>
      <w:pPr>
        <w:spacing w:after="80"/>
      </w:pPr>
      <w:r>
        <w:rPr>
          <w:b w:val="0"/>
          <w:i w:val="0"/>
        </w:rPr>
        <w:t>Nỗi đau khi sở hữu một doanh nghiệp quá lớn để có thể chịu đựng chỉ vì tiền. Tôi hoàn toàn không nói rằng sự phù phiếm không phải là động lực quan trọng với nhiều người. Sự công nhận, quyền lực, danh tiếng, uy tín và sự tôn trọng (chứng minh những kẻ ghét bạn đã sai) thường đóng vai trò lớn trong việc chọn con đường này. Nhưng những người tiếp tục chiến đấu được thúc đẩy bởi điều gì đó lớn lao hơn nhiều so với chỉ tiền bạc.</w:t>
      </w:r>
    </w:p>
    <w:p>
      <w:pPr>
        <w:spacing w:after="80"/>
      </w:pPr>
      <w:r>
        <w:rPr>
          <w:b w:val="0"/>
          <w:i w:val="0"/>
        </w:rPr>
        <w:t>Như chúng ta vừa bàn, có rất nhiều cách để tích lũy tài sản và sống một cuộc đời viên mãn. Khởi nghiệp có thể mang lại lợi ích tài chính lớn nhất, nhưng cũng có nhiều người gục ngã nhất. Tôi đang cho bạn thấy những góc nhìn khác nhau và làm nổi bật con đường của những người khác nhau để mang đến cho bạn thêm nhiều hiểu biết.</w:t>
      </w:r>
    </w:p>
    <w:p>
      <w:pPr>
        <w:pStyle w:val="Heading3"/>
      </w:pPr>
      <w:r>
        <w:rPr>
          <w:rFonts w:ascii="Calibri" w:hAnsi="Calibri"/>
          <w:b/>
          <w:i w:val="0"/>
          <w:sz w:val="26"/>
        </w:rPr>
        <w:t>59,1 Tỷ Lý Do Để Trở Thành Một Doanh Nhân Nội Bộ</w:t>
      </w:r>
    </w:p>
    <w:p>
      <w:pPr>
        <w:spacing w:after="80"/>
      </w:pPr>
      <w:r>
        <w:rPr>
          <w:b w:val="0"/>
          <w:i w:val="0"/>
        </w:rPr>
        <w:t>Tôi nhận được một tin nhắn trên LinkedIn từ một giám đốc điều hành của IBM, người viết: "Pat, tôi đã làm ở IBM một thời gian và tôi đã theo dõi nội dung của anh được vài năm. Tôi kiếm được kha khá, nhưng tôi thực sự muốn trở thành doanh nhân. Tuy nhiên, tôi có vợ và ba đứa con và tôi hơi lo lắng cho họ. Tôi nên làm gì?"</w:t>
      </w:r>
    </w:p>
    <w:p>
      <w:pPr>
        <w:spacing w:after="80"/>
      </w:pPr>
      <w:r>
        <w:rPr>
          <w:b w:val="0"/>
          <w:i w:val="0"/>
        </w:rPr>
        <w:t>Chúng tôi qua lại email một lúc, và tôi hỏi anh ấy những câu hỏi về việc anh ấy muốn trở thành ai. Anh ấy bắt đầu nhận ra rằng trở thành doanh nhân nội bộ (intrapreneur) có vẻ là lựa chọn lý tưởng cho anh ấy. Đây là khi bạn là một phần của một công ty và tạo ra một đơn vị kinh doanh mới, dẫn dắt một sáng kiến mới, hoặc tạo ra các cơ chế khuyến khích thưởng cho bạn vì đã thúc đẩy tăng trưởng và đổi mới. Trong một số trường hợp, điều đó có thể chỉ đơn giản là trở nên quá quan trọng đến mức công ty phải trả cho bạn cổ phần để giữ bạn lại.</w:t>
      </w:r>
    </w:p>
    <w:p>
      <w:pPr>
        <w:spacing w:after="80"/>
      </w:pPr>
      <w:r>
        <w:rPr>
          <w:b w:val="0"/>
          <w:i w:val="0"/>
        </w:rPr>
        <w:t>Nhiệm kỳ trung bình của cả CFO và CTO đều dưới ba năm. Họ thường ở lại đủ lâu để cổ phần của họ được trao hết. Tuy nhiên, một số người cuối cùng lại gắn bó lâu hơn với công ty nhờ những cơ hội mới. Họ không chỉ kiếm được mức lương vững chắc mà còn có tiềm năng tăng trưởng lớn. Bạn có thể nói đó là vừa có bánh lại vừa được ăn bánh.</w:t>
      </w:r>
    </w:p>
    <w:p>
      <w:pPr>
        <w:spacing w:after="80"/>
      </w:pPr>
      <w:r>
        <w:rPr>
          <w:b w:val="0"/>
          <w:i w:val="0"/>
        </w:rPr>
        <w:t>Tính đến tháng 3 năm 2020, 59,1 tỷ đô la là giá trị tài sản ròng của doanh nhân nội bộ giàu nhất thế giới, Steve Ballmer. Năm 1980, Ballmer bỏ dở chương trình MBA tại Stanford để trở thành nhân viên thứ ba mươi tại Microsoft. Sau hai mươi năm suy nghĩ và hành động như một doanh nhân nội bộ, ông trở thành CEO vào năm 2000 và giữ vị trí đó cho đến năm 2013. Nhờ cổ phiếu và tiền thưởng, ông tích lũy được một gia tài. Khi đội bóng rổ Los Angeles Clippers của NBA được rao bán vào năm 2014, ông dễ dàng trả giá cao hơn những người mua khác. Thành công của ông với tư cách doanh nhân nội bộ khiến mức giá 2 tỷ đô la trông thật nhỏ bé.</w:t>
      </w:r>
    </w:p>
    <w:p>
      <w:pPr>
        <w:spacing w:after="80"/>
      </w:pPr>
      <w:r>
        <w:rPr>
          <w:b w:val="0"/>
          <w:i w:val="0"/>
        </w:rPr>
        <w:t>Chúng ta đều nhớ rằng Steve Jobs thành lập Apple vào năm 1976, nhưng một số người quên rằng ông đã bị gạt ra ngoài vào năm 1985. Chỉ sau khi thành lập NeXT và Pixar Animation Studios, ông mới trở lại Apple vào năm 1997 với tư cách CEO. Ông đã thương lượng một thỏa thuận để công ty trao cho ông 5,5 triệu cổ phiếu, mà tất nhiên, cuối cùng trị giá hàng tỷ đô la. Bài học của câu chuyện này là gì? Đó là ngay cả Jobs cũng đã trở thành một doanh nhân nội bộ.</w:t>
      </w:r>
    </w:p>
    <w:p>
      <w:pPr>
        <w:spacing w:after="80"/>
      </w:pPr>
      <w:r>
        <w:rPr>
          <w:b w:val="0"/>
          <w:i w:val="0"/>
        </w:rPr>
        <w:t>Những phẩm chất của doanh nhân nội bộ là gì? Và làm thế nào bạn có thể nhận ra một công ty thu hút và nuôi dưỡng họ? Hãy bắt đầu bằng việc trả lời câu hỏi đầu tiên.</w:t>
      </w:r>
    </w:p>
    <w:p>
      <w:pPr>
        <w:pStyle w:val="Heading4"/>
      </w:pPr>
      <w:r>
        <w:rPr>
          <w:rFonts w:ascii="Calibri" w:hAnsi="Calibri"/>
          <w:b/>
          <w:i w:val="0"/>
          <w:sz w:val="23"/>
        </w:rPr>
        <w:t>Năm Phẩm Chất Của Một Doanh Nhân Nội Bộ Thành Công</w:t>
      </w:r>
    </w:p>
    <w:p>
      <w:pPr>
        <w:spacing w:after="80"/>
        <w:ind w:left="360"/>
      </w:pPr>
      <w:r>
        <w:rPr>
          <w:b/>
          <w:i w:val="0"/>
        </w:rPr>
        <w:t>1.</w:t>
      </w:r>
      <w:r>
        <w:rPr>
          <w:b w:val="0"/>
          <w:i w:val="0"/>
        </w:rPr>
        <w:t xml:space="preserve"> Một doanh nhân nội bộ suy nghĩ như một doanh nhân.</w:t>
      </w:r>
    </w:p>
    <w:p>
      <w:pPr>
        <w:spacing w:after="80"/>
        <w:ind w:left="360"/>
      </w:pPr>
      <w:r>
        <w:rPr>
          <w:b/>
          <w:i w:val="0"/>
        </w:rPr>
        <w:t>2.</w:t>
      </w:r>
      <w:r>
        <w:rPr>
          <w:b w:val="0"/>
          <w:i w:val="0"/>
        </w:rPr>
        <w:t xml:space="preserve"> Một doanh nhân nội bộ làm việc như một doanh nhân.</w:t>
      </w:r>
    </w:p>
    <w:p>
      <w:pPr>
        <w:spacing w:after="80"/>
        <w:ind w:left="360"/>
      </w:pPr>
      <w:r>
        <w:rPr>
          <w:b/>
          <w:i w:val="0"/>
        </w:rPr>
        <w:t>3.</w:t>
      </w:r>
      <w:r>
        <w:rPr>
          <w:b w:val="0"/>
          <w:i w:val="0"/>
        </w:rPr>
        <w:t xml:space="preserve"> Một doanh nhân nội bộ sở hữu sự khẩn trương của một doanh nhân.</w:t>
      </w:r>
    </w:p>
    <w:p>
      <w:pPr>
        <w:spacing w:after="80"/>
        <w:ind w:left="360"/>
      </w:pPr>
      <w:r>
        <w:rPr>
          <w:b/>
          <w:i w:val="0"/>
        </w:rPr>
        <w:t>4.</w:t>
      </w:r>
      <w:r>
        <w:rPr>
          <w:b w:val="0"/>
          <w:i w:val="0"/>
        </w:rPr>
        <w:t xml:space="preserve"> Một doanh nhân nội bộ đổi mới như một doanh nhân.</w:t>
      </w:r>
    </w:p>
    <w:p>
      <w:pPr>
        <w:spacing w:after="80"/>
        <w:ind w:left="360"/>
      </w:pPr>
      <w:r>
        <w:rPr>
          <w:b/>
          <w:i w:val="0"/>
        </w:rPr>
        <w:t>5.</w:t>
      </w:r>
      <w:r>
        <w:rPr>
          <w:b w:val="0"/>
          <w:i w:val="0"/>
        </w:rPr>
        <w:t xml:space="preserve"> Một doanh nhân nội bộ bảo vệ thương hiệu (và tiền bạc) như một doanh nhân.</w:t>
      </w:r>
    </w:p>
    <w:p>
      <w:pPr>
        <w:spacing w:after="80"/>
      </w:pPr>
      <w:r>
        <w:rPr>
          <w:b w:val="0"/>
          <w:i w:val="0"/>
        </w:rPr>
        <w:t>Danh sách này làm nổi bật thực tế rằng doanh nhân nội bộ không hành động hay suy nghĩ như những nhân viên bình thường; họ hành động và suy nghĩ như những người chủ. Họ không làm việc vì đồng lương; họ làm việc để xây dựng điều gì đó mang lại cho họ niềm tự hào và sự viên mãn. Khi làm vậy, họ muốn được công nhận, có quyền tự chủ, có nguồn lực và quyền sở hữu.</w:t>
      </w:r>
    </w:p>
    <w:p>
      <w:pPr>
        <w:spacing w:after="80"/>
      </w:pPr>
      <w:r>
        <w:rPr>
          <w:b w:val="0"/>
          <w:i w:val="0"/>
        </w:rPr>
        <w:t>Một điểm khác biệt giữa doanh nhân nội bộ và doanh nhân là người trước thường tôn trọng quyền lực trong khi người sau thì thách thức. Doanh nhân nội bộ có sự tôn trọng để nói rằng: "Nhìn này, tôi suy nghĩ như anh, tôi làm việc như anh, tôi giống như anh, nhưng anh là người bỏ tiền ra. Anh đã khơi dậy tầm nhìn, và anh đã chấp nhận mọi rủi ro." Doanh nhân nội bộ làm việc trong hệ thống nhưng tìm cách cải thiện bản thân đồng thời cải thiện công ty. Nếu bạn không có mức độ tôn trọng đó đối với người sáng lập hoặc CEO hiện tại, bạn không ở đúng vị trí để xây dựng một doanh nghiệp trong lòng một doanh nghiệp.</w:t>
      </w:r>
    </w:p>
    <w:p>
      <w:pPr>
        <w:pStyle w:val="Heading3"/>
      </w:pPr>
      <w:r>
        <w:rPr>
          <w:rFonts w:ascii="Calibri" w:hAnsi="Calibri"/>
          <w:b/>
          <w:i w:val="0"/>
          <w:sz w:val="26"/>
        </w:rPr>
        <w:t>Cách các công ty nuôi dưỡng những nhà khởi nghiệp nội bộ</w:t>
      </w:r>
    </w:p>
    <w:p>
      <w:pPr>
        <w:spacing w:after="80"/>
      </w:pPr>
      <w:r>
        <w:rPr>
          <w:b w:val="0"/>
          <w:i w:val="0"/>
        </w:rPr>
        <w:t>Google tuyển những người sáng tạo, và để tận dụng kỹ năng của họ, công ty đã tạo ra một chính sách nhằm thúc đẩy tinh thần khởi nghiệp nội bộ (intrapreneurship). Trong lá thư IPO của mình, hai nhà sáng lập Larry Page và Sergey Brin đã mô tả ý tưởng “20 phần trăm” của họ:</w:t>
      </w:r>
    </w:p>
    <w:p>
      <w:pPr>
        <w:spacing w:after="80"/>
      </w:pPr>
      <w:r>
        <w:rPr>
          <w:b w:val="0"/>
          <w:i w:val="0"/>
        </w:rPr>
        <w:t>Chúng tôi khuyến khích nhân viên, ngoài các dự án thường ngày, dành 20% thời gian để làm những việc mà họ cho là sẽ mang lại lợi ích lớn nhất cho Google. Điều này trao cho họ quyền được sáng tạo và đổi mới hơn nữa. Rất nhiều tiến bộ quan trọng của chúng tôi đã ra đời theo cách này.</w:t>
      </w:r>
    </w:p>
    <w:p>
      <w:pPr>
        <w:spacing w:after="80"/>
      </w:pPr>
      <w:r>
        <w:rPr>
          <w:b w:val="0"/>
          <w:i w:val="0"/>
        </w:rPr>
        <w:t>Những sản phẩm được tạo ra trong khoảng thời gian 20 phần trăm này bao gồm Google News, Gmail và AdSense.</w:t>
      </w:r>
    </w:p>
    <w:p>
      <w:pPr>
        <w:spacing w:after="80"/>
      </w:pPr>
      <w:r>
        <w:rPr>
          <w:b w:val="0"/>
          <w:i w:val="0"/>
        </w:rPr>
        <w:t>Những công ty thu hút và nuôi dưỡng các nhà khởi nghiệp nội bộ làm được điều đó bằng cách truyền thông theo hướng hấp dẫn những người đổi mới và những ngôi sao, những người có thể cảm thấy thoải mái hơn khi làm việc trong môi trường “công ty”. Những công ty này đưa ra một tầm nhìn rằng bất kỳ nhân viên nào cũng có thể thăng tiến qua các cấp bậc—mà không cần đổ hết tiền tiết kiệm, không cần đánh cược sự tỉnh táo và những đêm mất ngủ—và vẫn có tự do để đổi mới, thực thi và hái quả ngọt từ ý tưởng của mình.</w:t>
      </w:r>
    </w:p>
    <w:p>
      <w:pPr>
        <w:spacing w:after="80"/>
      </w:pPr>
      <w:r>
        <w:rPr>
          <w:b w:val="0"/>
          <w:i w:val="0"/>
        </w:rPr>
        <w:t xml:space="preserve">Khi tôi còn ở độ tuổi hai mươi, tôi là một người kiếm được rất nhiều tiền cho một công ty bảo hiểm. Ý tưởng của tôi là làm giàu bằng cách trở thành CEO. Tôi không nghĩ rằng mình phải nghỉ việc để tạo ra tác động lớn và khối tài sản đi kèm với nó. Một ngày nọ, tôi thực hiện một nước đi y như trong bộ phim </w:t>
      </w:r>
      <w:r>
        <w:rPr>
          <w:b w:val="0"/>
          <w:i/>
        </w:rPr>
        <w:t>Jerry Maguire</w:t>
      </w:r>
      <w:r>
        <w:rPr>
          <w:b w:val="0"/>
          <w:i w:val="0"/>
        </w:rPr>
        <w:t xml:space="preserve"> và gửi một lá thư dài mười sáu trang lên cấp trên để trình bày tầm nhìn của mình. Không ai phản hồi. Sau đó tôi gửi nó cho công ty mẹ. Trong vòng ba mươi phút, một người tên Jack đã phản hồi và sắp xếp một cuộc họp. Tôi trình bày ý tưởng của mình với vài giám đốc điều hành và họ cố gắng triển khai một số ý tưởng đó, nhưng một người phụ nữ tên Katie đã dập tắt toàn bộ mọi thứ.</w:t>
      </w:r>
    </w:p>
    <w:p>
      <w:pPr>
        <w:spacing w:after="80"/>
      </w:pPr>
      <w:r>
        <w:rPr>
          <w:b w:val="0"/>
          <w:i w:val="0"/>
        </w:rPr>
        <w:t>Đó là một nền văn hóa trái ngược hoàn toàn với Google. Công ty thể hiện rõ rằng họ không muốn tôi đổi mới. Giống như việc nhà báo Laura Ingraham bảo LeBron James “im đi và cứ dẫn bóng đi,” công ty đó về cơ bản cũng bảo tôi “im đi và cứ đi bán hàng đi.”</w:t>
      </w:r>
    </w:p>
    <w:p>
      <w:pPr>
        <w:spacing w:after="80"/>
      </w:pPr>
      <w:r>
        <w:rPr>
          <w:b w:val="0"/>
          <w:i w:val="0"/>
        </w:rPr>
        <w:t xml:space="preserve">Katie là một ví dụ hoàn hảo của một kẻ quý tộc và một kẻ quan liêu. Trong cuốn sách </w:t>
      </w:r>
      <w:r>
        <w:rPr>
          <w:b w:val="0"/>
          <w:i/>
        </w:rPr>
        <w:t>Barbarians to Bureaucrats: Corporate Life Cycle Strategies</w:t>
      </w:r>
      <w:r>
        <w:rPr>
          <w:b w:val="0"/>
          <w:i w:val="0"/>
        </w:rPr>
        <w:t>, Lawrence M. Miller mô tả cách các công ty trải qua nhiều trạng thái—nhà tiên tri, kẻ man rợ, người xây dựng, nhà thám hiểm, người quản trị, kẻ quan liêu và kẻ quý tộc—và thỉnh thoảng một người cộng hưởng (synergist) xuất hiện để cứu công ty khỏi nguy cơ phá sản. Vào thời điểm đó, có rất nhiều vụ kiện chống lại công ty bảo hiểm ấy, chưa kể đến tiếng xấu về những hành vi phi đạo đức đã làm tổn hại thương hiệu của nó.</w:t>
      </w:r>
    </w:p>
    <w:p>
      <w:pPr>
        <w:spacing w:after="80"/>
      </w:pPr>
      <w:r>
        <w:rPr>
          <w:b w:val="0"/>
          <w:i w:val="0"/>
        </w:rPr>
        <w:t xml:space="preserve">Vì Katie cứng đầu và không chịu thay đổi, cuối cùng bà ta đã khiến công ty thiệt hại vài trăm triệu đô la. Đó không phải là một con số nhỏ. Bà ta kiêu ngạo. Bà ta tự cao tự đại. Bà ta khiến tôi nhớ đến Cersei Lannister trong </w:t>
      </w:r>
      <w:r>
        <w:rPr>
          <w:b w:val="0"/>
          <w:i/>
        </w:rPr>
        <w:t>Game of Thrones</w:t>
      </w:r>
      <w:r>
        <w:rPr>
          <w:b w:val="0"/>
          <w:i w:val="0"/>
        </w:rPr>
        <w:t>, nhân vật phản diện luôn nghĩ mình đứng trên tất cả mọi người. Điều có thể còn tệ hơn là công ty đã dung túng cho hành vi của Katie. Điều này rất phổ biến khi nhà tiên tri ban đầu rời đi và những người xây dựng cùng nhà thám hiểm hiện tại trao quá nhiều quyền lực cho một người không xứng đáng.</w:t>
      </w:r>
    </w:p>
    <w:p>
      <w:pPr>
        <w:spacing w:after="80"/>
      </w:pPr>
      <w:r>
        <w:rPr>
          <w:b w:val="0"/>
          <w:i w:val="0"/>
        </w:rPr>
        <w:t>Katie đã ép tôi phải hành động. Bà ta dồn tôi vào chân tường. Vào thời điểm đó, tôi không nhìn nước đi tiếp theo của mình là đầu tư toàn bộ tiền tiết kiệm để trở thành doanh nhân. Trước khi đưa ra quyết định, tôi sắp xếp một cuộc họp với Katie, đội ngũ giám đốc điều hành và các luật sư của họ. Có vài người trong căn phòng đó mà tôi vô cùng kính trọng. Tôi đến đó để chia sẻ năm nước đi tiếp theo của mình và xem họ nói gì.</w:t>
      </w:r>
    </w:p>
    <w:p>
      <w:pPr>
        <w:spacing w:after="80"/>
      </w:pPr>
      <w:r>
        <w:rPr>
          <w:b w:val="0"/>
          <w:i w:val="0"/>
        </w:rPr>
        <w:t>Lúc đó họ không nói gì nhiều. Mãi về sau tôi mới nghe lại rằng họ nghĩ tất cả chỉ là một chiêu trò. Họ cho rằng tôi đang đe dọa rời đi để họ đưa tiền cho tôi nhằm giữ tôi ở lại. Chủ tịch công ty lúc bấy giờ là một người tôi thực sự kính trọng. Ông ấy nói với tôi: “Patrick, chuyện này rất phổ biến trong ngành này. Một nhân vật lớn như cậu đến và đưa ra yêu cầu để lấy tiền, nếu không thì sẽ rời đi. Công ty không mua cái màn thử thách đó của cậu đâu.”</w:t>
      </w:r>
    </w:p>
    <w:p>
      <w:pPr>
        <w:spacing w:after="80"/>
      </w:pPr>
      <w:r>
        <w:rPr>
          <w:b w:val="0"/>
          <w:i w:val="0"/>
        </w:rPr>
        <w:t>Tôi có thể nói với bạn rằng không ai ở bàn đó có chút cơ hội nào để thắng giải World Series of Poker. Họ đọc tình huống hoàn toàn sai. Tôi đang hoàn toàn chân thành 100 phần trăm. Thay vì nhìn những đề xuất của tôi như một cơ hội để phát triển, họ lại chuyển sang thế phòng thủ và cố biện minh cho hiện trạng bằng cách cho rằng ý định của tôi là tống tiền họ.</w:t>
      </w:r>
    </w:p>
    <w:p>
      <w:pPr>
        <w:spacing w:after="80"/>
      </w:pPr>
      <w:r>
        <w:rPr>
          <w:b w:val="0"/>
          <w:i w:val="0"/>
        </w:rPr>
        <w:t>Hãy nhớ rằng tôi hoàn toàn không xem mình là nạn nhân trong câu chuyện này, cũng không nghĩ họ có ý trả thù. Tôi chỉ đơn giản nghĩ rằng văn hóa công ty của họ đã trao quyền cho một người bị thúc đẩy bởi cái tôi và hình ảnh bản thân thay vì lợi nhuận và hiệu quả. Việc thực hiện nước đi tiếp theo là trách nhiệm của tôi.</w:t>
      </w:r>
    </w:p>
    <w:p>
      <w:pPr>
        <w:spacing w:after="80"/>
      </w:pPr>
      <w:r>
        <w:rPr>
          <w:b w:val="0"/>
          <w:i w:val="0"/>
        </w:rPr>
        <w:t>Vào thời điểm đó trong cuộc đời tôi, tôi không hề muốn bị kiện, làm việc trăm giờ mỗi tuần suốt mười năm, hay phải đối phó với IT, HR, CRM và hàng tá từ viết tắt khác mà tôi chưa hiểu. Nếu Katie biết cách nói chuyện với những con sư tử (sẽ nói thêm ở chương 9), tôi đã ở lại. Nhưng vì bà ta không biết cách nuôi dưỡng các nhà khởi nghiệp nội bộ, nên tôi đã rời đi.</w:t>
      </w:r>
    </w:p>
    <w:p>
      <w:pPr>
        <w:spacing w:after="80"/>
      </w:pPr>
      <w:r>
        <w:rPr>
          <w:b w:val="0"/>
          <w:i w:val="0"/>
        </w:rPr>
        <w:t>Đáng để nhắc lại lần thứ hai rằng tôi không xem mình là nạn nhân trong câu chuyện này. Trong kinh doanh, sẽ có những chuyện xảy ra nằm ngoài tầm kiểm soát của bạn. Cách bạn chọn phản ứng với chúng sẽ quyết định liệu bạn có trở thành bậc thầy trong nghề của mình hay không.</w:t>
      </w:r>
    </w:p>
    <w:p>
      <w:pPr>
        <w:spacing w:after="80"/>
      </w:pPr>
      <w:r>
        <w:rPr>
          <w:b w:val="0"/>
          <w:i w:val="0"/>
        </w:rPr>
        <w:t>Đôi khi bạn buộc phải thực hiện nước đi tiếp theo sớm hơn dự định. Tôi đã rõ những điều không thể thương lượng của mình, và một khi chúng bị xâm phạm, tôi phải quay lại bàn cờ sự nghiệp của mình và vạch ra một kế hoạch tấn công mới.</w:t>
      </w:r>
    </w:p>
    <w:p>
      <w:pPr>
        <w:pStyle w:val="Heading4"/>
      </w:pPr>
      <w:r>
        <w:rPr>
          <w:rFonts w:ascii="Calibri" w:hAnsi="Calibri"/>
          <w:b/>
          <w:i w:val="0"/>
          <w:sz w:val="23"/>
        </w:rPr>
        <w:t>Đặc điểm của những công ty thu hút được những nhà khởi nghiệp nội bộ (intrapreneur)</w:t>
      </w:r>
    </w:p>
    <w:p>
      <w:pPr>
        <w:spacing w:after="80"/>
        <w:ind w:left="360"/>
      </w:pPr>
      <w:r>
        <w:rPr>
          <w:b/>
          <w:i w:val="0"/>
        </w:rPr>
        <w:t>1.</w:t>
      </w:r>
      <w:r>
        <w:rPr>
          <w:b w:val="0"/>
          <w:i w:val="0"/>
        </w:rPr>
        <w:t xml:space="preserve"> Ban lãnh đạo của họ thoải mái chấp nhận những rủi ro đã được tính toán kỹ lưỡng và khuyến khích sự sáng tạo.</w:t>
      </w:r>
    </w:p>
    <w:p>
      <w:pPr>
        <w:spacing w:after="80"/>
        <w:ind w:left="360"/>
      </w:pPr>
      <w:r>
        <w:rPr>
          <w:b/>
          <w:i w:val="0"/>
        </w:rPr>
        <w:t>2.</w:t>
      </w:r>
      <w:r>
        <w:rPr>
          <w:b w:val="0"/>
          <w:i w:val="0"/>
        </w:rPr>
        <w:t xml:space="preserve"> Chính sách đãi ngộ của họ tạo động lực cho sự đổi mới và những người có thành tích xuất sắc.</w:t>
      </w:r>
    </w:p>
    <w:p>
      <w:pPr>
        <w:spacing w:after="80"/>
        <w:ind w:left="360"/>
      </w:pPr>
      <w:r>
        <w:rPr>
          <w:b/>
          <w:i w:val="0"/>
        </w:rPr>
        <w:t>3.</w:t>
      </w:r>
      <w:r>
        <w:rPr>
          <w:b w:val="0"/>
          <w:i w:val="0"/>
        </w:rPr>
        <w:t xml:space="preserve"> Ban lãnh đạo của họ chơi tấn công (cải thiện) thay vì chỉ chơi phòng thủ (che đậy sai sót của mình).</w:t>
      </w:r>
    </w:p>
    <w:p>
      <w:pPr>
        <w:spacing w:after="80"/>
        <w:ind w:left="360"/>
      </w:pPr>
      <w:r>
        <w:rPr>
          <w:b/>
          <w:i w:val="0"/>
        </w:rPr>
        <w:t>4.</w:t>
      </w:r>
      <w:r>
        <w:rPr>
          <w:b w:val="0"/>
          <w:i w:val="0"/>
        </w:rPr>
        <w:t xml:space="preserve"> Ban lãnh đạo của họ nâng đỡ những ngôi sao tiềm năng thay vì kìm hãm họ.</w:t>
      </w:r>
    </w:p>
    <w:p>
      <w:pPr>
        <w:spacing w:after="80"/>
        <w:ind w:left="360"/>
      </w:pPr>
      <w:r>
        <w:rPr>
          <w:b/>
          <w:i w:val="0"/>
        </w:rPr>
        <w:t>5.</w:t>
      </w:r>
      <w:r>
        <w:rPr>
          <w:b w:val="0"/>
          <w:i w:val="0"/>
        </w:rPr>
        <w:t xml:space="preserve"> Ban lãnh đạo của họ chủ động tìm kiếm ý tưởng từ mọi tầng lớp trong tổ chức.</w:t>
      </w:r>
    </w:p>
    <w:p>
      <w:pPr>
        <w:spacing w:after="80"/>
        <w:ind w:left="360"/>
      </w:pPr>
      <w:r>
        <w:rPr>
          <w:b/>
          <w:i w:val="0"/>
        </w:rPr>
        <w:t>6.</w:t>
      </w:r>
      <w:r>
        <w:rPr>
          <w:b w:val="0"/>
          <w:i w:val="0"/>
        </w:rPr>
        <w:t xml:space="preserve"> Ban lãnh đạo của họ chủ động tìm kiếm nhân tài trẻ để giữ cho công ty luôn tràn đầy sức sống và đổi mới.</w:t>
      </w:r>
    </w:p>
    <w:p>
      <w:pPr>
        <w:spacing w:after="80"/>
      </w:pPr>
      <w:r>
        <w:rPr>
          <w:b w:val="0"/>
          <w:i w:val="0"/>
        </w:rPr>
        <w:t>Để tôi nói rõ thông điệp này dành cho ai. Tôi đang nói với bạn nếu bạn vẫn đang cân nhắc con đường của mình hoặc đang nghĩ đến việc rời bỏ công việc để khởi nghiệp. Tôi muốn bạn thấy rằng với một công ty phù hợp, trở thành một nhà khởi nghiệp nội bộ (intrapreneur) có thể là một lựa chọn rất hợp lý. Tôi cũng đang nói với bạn nếu bạn điều hành một công ty. Biết cách thu hút và đãi ngộ những nhà khởi nghiệp nội bộ sẽ có tác động to lớn đến khả năng phát triển của bạn.</w:t>
      </w:r>
    </w:p>
    <w:p>
      <w:pPr>
        <w:spacing w:after="80"/>
      </w:pPr>
      <w:r>
        <w:rPr>
          <w:b w:val="0"/>
          <w:i w:val="0"/>
        </w:rPr>
        <w:t>Một câu chuyện cuối cùng về tinh thần khởi nghiệp nội bộ. Gần đây tôi đang đàm phán với một công ty bảo hiểm. Các nhân viên không ngần ngại chia sẻ với tôi nỗi bực bội của họ về ông chủ. Vì ý tưởng của họ liên tục bị từ chối, họ luôn phải chơi phòng thủ. Văn hóa của công ty — bắt đầu từ người đứng đầu, một người ngại rủi ro — buộc họ phải giữ đúng phần việc của mình và duy trì nguyên trạng. Có gì lạ khi doanh số đình trệ và những nhân viên tham vọng nhất đang rời đi? Hãy nhớ rằng không hành động cũng là một hành động. Mất thời gian trên đồng hồ sẽ quay lại ám ảnh bạn, dù bạn đang chơi cờ hay chơi trò kinh doanh.</w:t>
      </w:r>
    </w:p>
    <w:p>
      <w:pPr>
        <w:spacing w:after="80"/>
      </w:pPr>
      <w:r>
        <w:rPr>
          <w:b w:val="0"/>
          <w:i w:val="0"/>
        </w:rPr>
        <w:t>Các công ty phải xây dựng cơ cấu đãi ngộ để thưởng cho ý tưởng và sự đổi mới. Những nhà khởi nghiệp nội bộ muốn thấy rằng nếu họ làm việc, hành động và đổi mới, công ty sẽ đãi ngộ họ như những doanh nhân bằng tiền thưởng, quyền chọn cổ phiếu (stock options), hoặc bất cứ thứ gì khác mà họ có sẵn để làm điều đó. Nếu bạn là một ngôi sao đang lên trong một tổ chức và nhìn thấy con đường dẫn đến sự giàu có trong tổ chức đó, bạn có thể sẽ ở lại. Nếu không, nó sẽ đánh mất bạn. Đó chính xác là điều đã xảy ra với tôi.</w:t>
      </w:r>
    </w:p>
    <w:p>
      <w:pPr>
        <w:spacing w:after="80"/>
      </w:pPr>
      <w:r>
        <w:rPr>
          <w:b w:val="0"/>
          <w:i w:val="0"/>
        </w:rPr>
        <w:t>Giống như vị giám đốc điều hành của IBM đã liên hệ với tôi để xin lời khuyên, bạn có thể tham vọng và tài năng mà vẫn có những lý do chính đáng để không tự khởi nghiệp. Làm việc cùng (chứ không phải làm thuê cho) một công ty nuôi dưỡng những nhà khởi nghiệp nội bộ là một lựa chọn thay thế tuyệt vời.</w:t>
      </w:r>
    </w:p>
    <w:p>
      <w:pPr>
        <w:pStyle w:val="Heading3"/>
      </w:pPr>
      <w:r>
        <w:rPr>
          <w:rFonts w:ascii="Calibri" w:hAnsi="Calibri"/>
          <w:b/>
          <w:i w:val="0"/>
          <w:sz w:val="26"/>
        </w:rPr>
        <w:t>Đừng đánh giá một doanh nhân qua thành phẩm cuối cùng</w:t>
      </w:r>
    </w:p>
    <w:p>
      <w:pPr>
        <w:spacing w:after="80"/>
      </w:pPr>
      <w:r>
        <w:rPr>
          <w:b w:val="0"/>
          <w:i w:val="0"/>
        </w:rPr>
        <w:t>Cuộc sống của một người trông hoàn hảo đến đâu không quan trọng. Ở một thời điểm nào đó trong sự nghiệp của mình, người đó đã phải vật lộn.</w:t>
      </w:r>
    </w:p>
    <w:p>
      <w:pPr>
        <w:spacing w:after="80"/>
      </w:pPr>
      <w:r>
        <w:rPr>
          <w:b w:val="0"/>
          <w:i w:val="0"/>
        </w:rPr>
        <w:t>Dòng tweet này là một ví dụ hoàn hảo về khoảng cách giữa cách người ta nhìn nhận các doanh nhân và thực tế của họ.</w:t>
      </w:r>
    </w:p>
    <w:p>
      <w:pPr>
        <w:jc w:val="center"/>
      </w:pPr>
      <w:r>
        <w:drawing>
          <wp:inline xmlns:a="http://schemas.openxmlformats.org/drawingml/2006/main" xmlns:pic="http://schemas.openxmlformats.org/drawingml/2006/picture">
            <wp:extent cx="5486400" cy="4503761"/>
            <wp:docPr id="14" name="Picture 14"/>
            <wp:cNvGraphicFramePr>
              <a:graphicFrameLocks noChangeAspect="1"/>
            </wp:cNvGraphicFramePr>
            <a:graphic>
              <a:graphicData uri="http://schemas.openxmlformats.org/drawingml/2006/picture">
                <pic:pic>
                  <pic:nvPicPr>
                    <pic:cNvPr id="0" name="f0047-01.jpg"/>
                    <pic:cNvPicPr/>
                  </pic:nvPicPr>
                  <pic:blipFill>
                    <a:blip r:embed="rId18"/>
                    <a:stretch>
                      <a:fillRect/>
                    </a:stretch>
                  </pic:blipFill>
                  <pic:spPr>
                    <a:xfrm>
                      <a:off x="0" y="0"/>
                      <a:ext cx="5486400" cy="4503761"/>
                    </a:xfrm>
                    <a:prstGeom prst="rect"/>
                  </pic:spPr>
                </pic:pic>
              </a:graphicData>
            </a:graphic>
          </wp:inline>
        </w:drawing>
      </w:r>
    </w:p>
    <w:p>
      <w:pPr>
        <w:spacing w:after="80"/>
      </w:pPr>
      <w:r>
        <w:rPr>
          <w:b w:val="0"/>
          <w:i w:val="0"/>
        </w:rPr>
        <w:t>Quá nhiều người đánh giá doanh nhân qua con người họ hiện tại thay vì con người họ trước đây. Họ cũng không thấy (hoặc không muốn thấy) áp lực đi kèm với thành công. Hiểu lầm đó là một điểm mù có thể khiến bạn đưa ra bước đi sai lầm.</w:t>
      </w:r>
    </w:p>
    <w:p>
      <w:pPr>
        <w:spacing w:after="80"/>
      </w:pPr>
      <w:r>
        <w:rPr>
          <w:b w:val="0"/>
          <w:i w:val="0"/>
        </w:rPr>
        <w:t>Khi gặp những doanh nhân thành đạt, tôi muốn biết về giai đoạn mà họ cảm thấy như đang ở trong địa ngục. Tôi đặt những câu hỏi như: Lịch trình của bạn trông như thế nào khi bạn không chắc mình có thể trả nổi tiền thế chấp? Bạn đã khóc đến ngủ thiếp đi hay thức trắng đêm tê liệt vì sợ hãi? Hãy kể cho tôi về những điều khó khăn nhất mà bạn phải vượt qua. Hãy kể cho tôi điều gì đã khiến bạn khiếp sợ. Hãy kể cho tôi điều gì đã giúp bạn vượt qua mọi nỗi sợ hãi và bất an của mình.</w:t>
      </w:r>
    </w:p>
    <w:p>
      <w:pPr>
        <w:spacing w:after="80"/>
      </w:pPr>
      <w:r>
        <w:rPr>
          <w:b w:val="0"/>
          <w:i w:val="0"/>
        </w:rPr>
        <w:t>Điều này cũng giống như khi tôi phỏng vấn những người nổi tiếng và các nhân vật có sức ảnh hưởng trên Valuetainment. Tôi không hỏi những câu sáo rỗng mà ai cũng hỏi hay tôn vinh sự tai tiếng, và tôi đặc biệt không muốn làm nổi bật khía cạnh hào nhoáng của việc làm CEO. Tôi muốn đưa cuộc trò chuyện đi sâu hơn, vì đó mới là nơi chứa đựng giá trị thực sự trong câu chuyện của một người.</w:t>
      </w:r>
    </w:p>
    <w:p>
      <w:pPr>
        <w:spacing w:after="80"/>
      </w:pPr>
      <w:r>
        <w:rPr>
          <w:b w:val="0"/>
          <w:i w:val="0"/>
        </w:rPr>
        <w:t>Tôi đã đưa một số đồng nghiệp của mình theo trong chuyến đi đến Dubai vào năm 2015, bao gồm Sheena và Matt Sapaula, một cặp vợ chồng mới cưới. Sau khi đến nơi, Sheena và Matt đang ở trong thang máy cùng với vài người bạn của tôi, nhưng họ không quen biết nhau. Trong lúc đi thang máy, Sheena và Matt đã cãi nhau gay gắt. Cả hai đều đang cảm nhận sức nặng của áp lực khủng khiếp, chủ yếu là vì họ có chưa đến một nghìn đô-la trong tài khoản ngân hàng.</w:t>
      </w:r>
    </w:p>
    <w:p>
      <w:pPr>
        <w:spacing w:after="80"/>
      </w:pPr>
      <w:r>
        <w:rPr>
          <w:b w:val="0"/>
          <w:i w:val="0"/>
        </w:rPr>
        <w:t>Tối hôm đó, tôi đã tập hợp mọi người lại trong bữa tối, và tôi giới thiệu Sheena và Matt với một số người khác ở bàn. Tôi nói: "Hai người này đúng là một cặp đôi quyền lực. Họ sẽ làm nên chuyện lớn cho mà xem." Ngay lập tức, mặt Sheena và Matt đỏ bừng, và vài người khác mỉm cười và bật cười, như thể thấy điều gì đó thú vị. Tôi hoàn toàn không biết chuyện gì đang xảy ra.</w:t>
      </w:r>
    </w:p>
    <w:p>
      <w:pPr>
        <w:spacing w:after="80"/>
      </w:pPr>
      <w:r>
        <w:rPr>
          <w:b w:val="0"/>
          <w:i w:val="0"/>
        </w:rPr>
        <w:t>Sau bữa tối, chúng tôi ở trên một chiếc du thuyền; mọi người đã uống vài ly, và Matt nói: "Pat, họ [ý chỉ những đồng nghiệp mà chúng ta ăn tối cùng] đã thấy Sheena và tôi cãi nhau dữ dội trong thang máy."</w:t>
      </w:r>
    </w:p>
    <w:p>
      <w:pPr>
        <w:spacing w:after="80"/>
      </w:pPr>
      <w:r>
        <w:rPr>
          <w:b w:val="0"/>
          <w:i w:val="0"/>
        </w:rPr>
        <w:t>Cả hai đều cảm thấy ngượng ngùng, nhưng khi chúng tôi trò chuyện, câu chuyện chuyển sang chủ đề hôn nhân và họ bắt đầu hỏi tôi về cuộc hôn nhân của mình.</w:t>
      </w:r>
    </w:p>
    <w:p>
      <w:pPr>
        <w:spacing w:after="80"/>
      </w:pPr>
      <w:r>
        <w:rPr>
          <w:b w:val="0"/>
          <w:i w:val="0"/>
        </w:rPr>
        <w:t>"Để tôi kể cho các bạn nghe một điều," tôi nói. "Vợ tôi và tôi cũng có những trận cãi nhau kinh khủng. Chúng tôi vừa cãi nhau tuần trước. Nếu bạn nghe lén, bạn sẽ nghĩ chúng tôi chỉ còn mười giây nữa là nộp đơn ly hôn. Nhưng rồi chúng tôi giải quyết vấn đề và bước tiếp.</w:t>
      </w:r>
    </w:p>
    <w:p>
      <w:pPr>
        <w:spacing w:after="80"/>
      </w:pPr>
      <w:r>
        <w:rPr>
          <w:b w:val="0"/>
          <w:i w:val="0"/>
        </w:rPr>
        <w:t>"Mọi thứ trở nên căng thẳng vì chúng tôi phải đối mặt với rất nhiều thứ. Chúng tôi có hai đứa con nhỏ. [Năm 2015, đứa con út của tôi vẫn chưa chào đời.] Chúng tôi có gia đình gốc của riêng mình và tất cả những hành trang đi kèm với nó. Chúng tôi đang điều hành một doanh nghiệp. Chúng tôi đang cố gắng tập thể dục và giữ dáng. Và tôi có thể tiếp tục liệt kê những vấn đề và thách thức khiến bạn hoa mắt chóng mặt."</w:t>
      </w:r>
    </w:p>
    <w:p>
      <w:pPr>
        <w:spacing w:after="80"/>
      </w:pPr>
      <w:r>
        <w:rPr>
          <w:b w:val="0"/>
          <w:i w:val="0"/>
        </w:rPr>
        <w:t>Vợ tôi và tôi có thể trông như đang có một cuộc hôn nhân hoàn hảo, nơi chúng tôi luôn ngọt ngào và yêu thương nhau, nhưng áp lực của công việc và cuộc sống khiến sự hoàn hảo là điều bất khả thi. Hãy hỏi bất kỳ cặp đôi nào đã kết hôn hai mươi hay ba mươi năm xem có bao giờ có khoảnh khắc họ nghĩ đến việc buông xuôi không. Tôi cá rằng phần lớn sẽ nói có.</w:t>
      </w:r>
    </w:p>
    <w:p>
      <w:pPr>
        <w:spacing w:after="80"/>
      </w:pPr>
      <w:r>
        <w:rPr>
          <w:b w:val="0"/>
          <w:i w:val="0"/>
        </w:rPr>
        <w:t>Điều thú vị về câu chuyện này là Sheena và Matt chỉ mới gia nhập công ty vào năm 2015. Bốn năm sau, họ cùng nhau kiếm được hơn 1,5 triệu đô-la một năm. Mọi người đều thấy thành công của họ. Ít ai chứng kiến những gì họ phải chịu đựng để đạt được điều đó.</w:t>
      </w:r>
    </w:p>
    <w:p>
      <w:pPr>
        <w:spacing w:after="80"/>
      </w:pPr>
      <w:r>
        <w:rPr>
          <w:b w:val="0"/>
          <w:i w:val="0"/>
        </w:rPr>
        <w:t>Thay vì đánh giá một doanh nhân qua sản phẩm cuối cùng, hãy nhìn vào sản phẩm đang trong quá trình phát triển. Hãy chấp nhận thực tế của mọi nghịch cảnh đi kèm, và thành thật với chính mình về việc nó sẽ khó khăn đến mức nào. Nếu điều này nghe có vẻ đáng sợ, thì nhiệm vụ đã hoàn thành! Tôi ở đây để nói thẳng sự thật. Và một lần nữa, bạn có thể nhận ra rằng khởi nghiệp có thể không dành cho bạn, cũng như những người khác đang cảm thấy mạnh mẽ hơn bao giờ hết rằng đó là con đường họ phải đi.</w:t>
      </w:r>
    </w:p>
    <w:p>
      <w:pPr>
        <w:pStyle w:val="Heading3"/>
      </w:pPr>
      <w:r>
        <w:rPr>
          <w:rFonts w:ascii="Calibri" w:hAnsi="Calibri"/>
          <w:b/>
          <w:i w:val="0"/>
          <w:sz w:val="26"/>
        </w:rPr>
        <w:t>Tìm "Đại dương xanh" của bạn</w:t>
      </w:r>
    </w:p>
    <w:p>
      <w:pPr>
        <w:spacing w:after="80"/>
      </w:pPr>
      <w:r>
        <w:rPr>
          <w:b w:val="0"/>
          <w:i w:val="0"/>
        </w:rPr>
        <w:t>Tôi sẽ không đi sâu vào những chi tiết cụ thể của việc bắt đầu bất kỳ loại hình kinh doanh cụ thể nào. Có rất nhiều sách và nguồn tài nguyên trực tuyến sẽ chỉ cho bạn cách mở một nhà hàng nhượng quyền hay phát triển một ứng dụng. Thay vào đó, tôi muốn bạn suy nghĩ rộng hơn về việc tìm ra một cuộc chơi mà bạn có thể thắng.</w:t>
      </w:r>
    </w:p>
    <w:p>
      <w:pPr>
        <w:spacing w:after="80"/>
      </w:pPr>
      <w:r>
        <w:rPr>
          <w:b w:val="0"/>
          <w:i/>
        </w:rPr>
        <w:t>Chiến lược Đại dương xanh: Cách tạo ra không gian thị trường không có cạnh tranh và biến đối thủ trở nên vô nghĩa</w:t>
      </w:r>
      <w:r>
        <w:rPr>
          <w:b w:val="0"/>
          <w:i w:val="0"/>
        </w:rPr>
        <w:t xml:space="preserve"> của W. Chan Kim và Renée Mauborgne, các giáo sư tại INSEAD ở Fontainebleau, Pháp, được xuất bản năm 2004. Cuốn sách này là nguồn tài liệu then chốt giúp tôi tìm ra một cuộc chơi mà mình có thể thắng. Tiền đề của cuốn sách là thay vì cạnh tranh trong những cuộc chơi mà bạn là kẻ yếu thế, hãy tìm những thị trường mới chưa được khai phá mà ở đó bạn có thể thắng—và cuối cùng là biến đối thủ trở nên vô nghĩa.</w:t>
      </w:r>
    </w:p>
    <w:p>
      <w:pPr>
        <w:spacing w:after="80"/>
      </w:pPr>
      <w:r>
        <w:rPr>
          <w:b w:val="0"/>
          <w:i w:val="0"/>
        </w:rPr>
        <w:t>Vào cuối những năm 1950, khi Công ty Haloid nhận thấy mình không thể cạnh tranh với những đối thủ lớn hơn, họ đã chuyển hướng tập trung sang một lĩnh vực mà họ thấy được một đại dương xanh: máy photocopy. Họ thậm chí còn đổi tên thành Haloid Xerox vào năm 1958. Vào ngày 16 tháng 9 năm 1959, Xerox 914 được quảng cáo trên truyền hình. Sản phẩm này thành công đến mức công ty lại đổi tên một lần nữa vào năm 1961 thành Xerox Corporation.</w:t>
      </w:r>
    </w:p>
    <w:p>
      <w:pPr>
        <w:spacing w:after="80"/>
      </w:pPr>
      <w:r>
        <w:rPr>
          <w:b w:val="0"/>
          <w:i w:val="0"/>
        </w:rPr>
        <w:t>Các doanh nghiệp cần một đề xuất bán hàng độc đáo. Một phần của việc tìm ra thị trường mà bạn có thể thắng là biết mình là ai. Hãy phân tích bối cảnh cạnh tranh: Đây có phải là nơi mà bạn tin rằng mình có thể làm tốt, xét đến việc đối thủ của bạn là ai không? Bạn có nguồn lực cần thiết để cạnh tranh không? Bạn có cần thu thập những nguồn lực cụ thể trước khi có thể cạnh tranh không?</w:t>
      </w:r>
    </w:p>
    <w:p>
      <w:pPr>
        <w:spacing w:after="80"/>
      </w:pPr>
      <w:r>
        <w:rPr>
          <w:b w:val="0"/>
          <w:i w:val="0"/>
        </w:rPr>
        <w:t>Trong quá khứ, tôi đã cạnh tranh với những công ty được chính phủ hậu thuẫn, và tôi luôn ở thế bất lợi. Để thắng trong cuộc chơi đó, bạn cần là người trong nội bộ chính phủ. Và như tôi đã học được một cách đau đớn, nếu bạn không ở trong, thì bạn ở ngoài. Vì những công ty đó sở hữu tầm ảnh hưởng và những nguồn lực khác mà tôi thiếu, tôi có thể làm việc chăm chỉ mà vẫn thua.</w:t>
      </w:r>
    </w:p>
    <w:p>
      <w:pPr>
        <w:spacing w:after="80"/>
      </w:pPr>
      <w:r>
        <w:rPr>
          <w:b w:val="0"/>
          <w:i w:val="0"/>
        </w:rPr>
        <w:t>Bạn đã tự tìm hiểu về đối thủ cạnh tranh của mình chưa? Có lợi thế bổ sung nào mà đối thủ của bạn có mà bạn không thể đánh bại, dù bạn có làm gì đi chăng nữa? Nếu đúng như vậy, thì bạn đang ở sai thị trường ngách rồi. Đừng phàn nàn rằng cuộc chơi đã bị dàn xếp. Thay vào đó, hãy tìm một cuộc chơi mà ở đó bạn có lợi thế khác biệt.</w:t>
      </w:r>
    </w:p>
    <w:p>
      <w:pPr>
        <w:spacing w:after="80"/>
      </w:pPr>
      <w:r>
        <w:rPr>
          <w:b w:val="0"/>
          <w:i w:val="0"/>
        </w:rPr>
        <w:t xml:space="preserve">Trong </w:t>
      </w:r>
      <w:r>
        <w:rPr>
          <w:b w:val="0"/>
          <w:i/>
        </w:rPr>
        <w:t>Chiến lược Đại dương Xanh</w:t>
      </w:r>
      <w:r>
        <w:rPr>
          <w:b w:val="0"/>
          <w:i w:val="0"/>
        </w:rPr>
        <w:t>, các tác giả cảnh báo chống lại việc cố gắng đánh bại đối thủ ở chính điểm mạnh của họ. Họ khẳng định rằng đó là một thế cờ thua cuộc và đưa ra vô số bằng chứng để ủng hộ luận điểm của mình. Thay vào đó, họ tin vào việc tập trung vào tiếp thị đại dương xanh, tiến vào những khu vực còn tương đối mới mẻ và rộng mở cho sự tăng trưởng vượt trội.</w:t>
      </w:r>
    </w:p>
    <w:p>
      <w:pPr>
        <w:spacing w:after="80"/>
      </w:pPr>
      <w:r>
        <w:rPr>
          <w:b w:val="0"/>
          <w:i w:val="0"/>
        </w:rPr>
        <w:t>Hãy quay lại năm 2007. Barack Obama, một thượng nghị sĩ vừa mới đắc cử, đang sử dụng mạng xã hội để xây dựng nền tảng của mình và trở thành ứng viên tổng thống nóng bỏng. Trong khi đó, vào ngày 17 tháng 12 năm 2007, Ron Paul, ở tuổi bảy mươi hai, đã quyên góp được 6,2 triệu đô la (55.000 khoản quyên góp, hơn 24.000 nhà tài trợ mới) trực tuyến trong một ngày. Giới cầm quyền cũ gạt phăng đi. Làm sao họ có thể hiểu nổi khi họ không dùng mạng xã hội?</w:t>
      </w:r>
    </w:p>
    <w:p>
      <w:pPr>
        <w:spacing w:after="80"/>
      </w:pPr>
      <w:r>
        <w:rPr>
          <w:b w:val="0"/>
          <w:i w:val="0"/>
        </w:rPr>
        <w:t>Tôi khi đó hai mươi chín tuổi, và tôi không có một danh bạ Ivy League, chứ đừng nói đến bằng đại học. Tôi là một người nhập cư từ Iran, một kẻ ngoài cuộc trong một ngành mà đại lý bảo hiểm trung bình là một người đàn ông da trắng năm mươi bảy tuổi.</w:t>
      </w:r>
    </w:p>
    <w:p>
      <w:pPr>
        <w:spacing w:after="80"/>
      </w:pPr>
      <w:r>
        <w:rPr>
          <w:b w:val="0"/>
          <w:i w:val="0"/>
        </w:rPr>
        <w:t>Nếu phản xạ đầu tiên của bạn là nghĩ rằng tôi đang ở thế bất lợi, thì có thể bạn dễ nhìn thấy mối đe dọa hơn là cơ hội. Có lẽ bạn đang dùng việc thiếu học vấn của mình như một cái cớ để không tiến lên phía trước. Điều tôi muốn bạn thấy là việc xem xét cả bộ kỹ năng độc đáo của bạn lẫn bối cảnh cạnh tranh sẽ dẫn bạn đến những đại dương xanh như thế nào.</w:t>
      </w:r>
    </w:p>
    <w:p>
      <w:pPr>
        <w:spacing w:after="80"/>
      </w:pPr>
      <w:r>
        <w:rPr>
          <w:b w:val="0"/>
          <w:i w:val="0"/>
        </w:rPr>
        <w:t xml:space="preserve">Hãy nghĩ về những gì một người đàn ông da trắng năm mươi bảy tuổi thường </w:t>
      </w:r>
      <w:r>
        <w:rPr>
          <w:b w:val="0"/>
          <w:i/>
        </w:rPr>
        <w:t>thiếu</w:t>
      </w:r>
      <w:r>
        <w:rPr>
          <w:b w:val="0"/>
          <w:i w:val="0"/>
        </w:rPr>
        <w:t>. Đầu tiên, rất ít người nói được tiếng Tây Ban Nha. Thứ hai, hầu hết không đủ thoải mái với mạng xã hội để dùng nó như một công cụ tiếp thị. Và cuối cùng nhưng không kém phần quan trọng, thế hệ bùng nổ dân số (baby boomers) thường chật vật trong việc hiểu cách thế hệ millennials nhìn nhận thế giới ngày nay, khiến họ khó đồng cảm.</w:t>
      </w:r>
    </w:p>
    <w:p>
      <w:pPr>
        <w:spacing w:after="80"/>
      </w:pPr>
      <w:r>
        <w:rPr>
          <w:b w:val="0"/>
          <w:i w:val="0"/>
        </w:rPr>
        <w:t xml:space="preserve">Năm 2007, đại lý bảo hiểm điển hình thực sự là một người đàn ông da trắng đang già đi. Nhưng vào năm 2007, nước Mỹ không còn giống như </w:t>
      </w:r>
      <w:r>
        <w:rPr>
          <w:b w:val="0"/>
          <w:i/>
        </w:rPr>
        <w:t>Ngôi nhà nhỏ trên thảo nguyên</w:t>
      </w:r>
      <w:r>
        <w:rPr>
          <w:b w:val="0"/>
          <w:i w:val="0"/>
        </w:rPr>
        <w:t xml:space="preserve"> nữa. Nước Mỹ là Los Angeles, Chicago, Miami và New York. Nó đa dạng. Tôi nhìn thấy đó là một cơ hội. Thế hệ bùng nổ dân số không còn là thế hệ đông đảo nhất mọi thời đại nữa. Họ đã bị thay thế bởi thế hệ millennials, những người mang theo một chiếc máy tính (hay còn gọi là điện thoại thông minh) đi khắp mọi nơi cùng họ.</w:t>
      </w:r>
    </w:p>
    <w:p>
      <w:pPr>
        <w:spacing w:after="80"/>
      </w:pPr>
      <w:r>
        <w:rPr>
          <w:b w:val="0"/>
          <w:i w:val="0"/>
        </w:rPr>
        <w:t>Cách tiếp cận tiếp thị của ngành tài chính—cũng giống như của các chính trị gia theo lối cũ—đã lỗi thời. Ngành này vẫn chưa đón nhận mạng xã hội. Đồng thời, nó đã thay đổi các chính sách của mình. Thế hệ bùng nổ dân số từng có người gọi điện lạnh (cold-call) đến để bán cho họ các dịch vụ tài chính. Năm 2003, đạo luật thành lập Cơ quan Đăng ký Không Gọi Điện thoại Quốc gia (National Do Not Call Registry) đã biến việc gọi điện lạnh thành một tội phạm. Kết quả là, giới cầm quyền cũ không còn cách nào để tiếp cận khách hàng mới.</w:t>
      </w:r>
    </w:p>
    <w:p>
      <w:pPr>
        <w:spacing w:after="80"/>
      </w:pPr>
      <w:r>
        <w:rPr>
          <w:b w:val="0"/>
          <w:i w:val="0"/>
        </w:rPr>
        <w:t xml:space="preserve">Đồng thời, có những dân công nghệ tin rằng bảo hiểm nhân thọ có thể được bán trực tuyến. Một lần nữa, có vẻ như tôi lại ở thế bất lợi. Tôi hầu như không phát âm nổi từ "thuật toán" (algorithm), chứ đừng nói đến việc xây dựng một nền tảng để bán bảo hiểm qua internet. Và một lần nữa, tôi lại nhìn thấy một lợi thế. Tôi biết rằng, không giống như bảo hiểm xe hơi, người ta không </w:t>
      </w:r>
      <w:r>
        <w:rPr>
          <w:b w:val="0"/>
          <w:i/>
        </w:rPr>
        <w:t>mua</w:t>
      </w:r>
      <w:r>
        <w:rPr>
          <w:b w:val="0"/>
          <w:i w:val="0"/>
        </w:rPr>
        <w:t xml:space="preserve"> bảo hiểm nhân thọ. Nó phải được </w:t>
      </w:r>
      <w:r>
        <w:rPr>
          <w:b w:val="0"/>
          <w:i/>
        </w:rPr>
        <w:t>bán</w:t>
      </w:r>
      <w:r>
        <w:rPr>
          <w:b w:val="0"/>
          <w:i w:val="0"/>
        </w:rPr>
        <w:t>, và nó phải được bán trực tiếp mặt đối mặt. Để càng xoay chuyển tình thế có lợi cho chúng tôi hơn, Google đã nhận ra giá trị của các giới thiệu bảo hiểm, nên đã biến "bảo hiểm" (insurance) thành từ khóa đắt đỏ nhất để mua (54,91 đô la)—đắt hơn nhiều so với ba từ khóa tiếp theo: thế chấp (mortgage) (47,12 đô la), luật sư (attorney) (47,07 đô la), và khoản vay (loan) (44,28 đô la).</w:t>
      </w:r>
    </w:p>
    <w:p>
      <w:pPr>
        <w:spacing w:after="80"/>
      </w:pPr>
      <w:r>
        <w:rPr>
          <w:b w:val="0"/>
          <w:i w:val="0"/>
        </w:rPr>
        <w:t>Lực lượng lao động đã thay đổi. Phụ nữ giờ đây thường là những người đưa ra quyết định tài chính cho gia đình họ. Năm 2007, dân số người Latinh vượt qua 45 triệu và được dự báo sẽ tăng lên hơn 70 triệu vào năm 2025. Trong khi đó, các đối thủ cạnh tranh lại không tìm cách thuê phụ nữ hay người Latinh.</w:t>
      </w:r>
    </w:p>
    <w:p>
      <w:pPr>
        <w:spacing w:after="80"/>
      </w:pPr>
      <w:r>
        <w:rPr>
          <w:b w:val="0"/>
          <w:i w:val="0"/>
        </w:rPr>
        <w:t>Một xu hướng khác là các công ty dịch vụ tài chính đang cố gắng trở thành mọi thứ cho mọi người. Có một phong trào tạo ra một cửa hàng một điểm dừng (one-stop shop) để bán mọi thứ từ bảo hiểm nhân thọ đến quỹ tương hỗ đến các khoản vay, và danh sách này còn dài. Kết quả là, người lao động phải vượt qua nhiều kỳ thi hơn và được đào tạo lâu hơn nhiều trước khi họ có thể kiếm được tiền. Phản ứng của tôi trước điều này là tìm ra đại dương xanh. Thay vì đi rộng, tôi đi hẹp. Tôi làm cho các đại lý mới, thay vì phải có bốn hoặc năm giấy phép đầu tư khác nhau, chỉ cần có một giấy phép. Bằng cách đó, tôi tinh gọn quy trình đào tạo và loại bỏ sự giám sát không cần thiết của SEC và các cơ quan quản lý khác.</w:t>
      </w:r>
    </w:p>
    <w:p>
      <w:pPr>
        <w:spacing w:after="80"/>
      </w:pPr>
      <w:r>
        <w:rPr>
          <w:b w:val="0"/>
          <w:i w:val="0"/>
        </w:rPr>
        <w:t>Năm 2008, Barack Obama, một người đàn ông Mỹ gốc Phi, sử dụng mạng xã hội như một thành phần then chốt trong chiến lược tranh cử của mình, đã đắc cử tổng thống. Ông đánh bại các ứng viên của giới cầm quyền là Hillary Clinton (trong vòng bầu cử sơ bộ) và John McCain (trong cuộc tổng tuyển cử). Trong khi đó, ngành bảo hiểm theo lối cũ vẫn cứ như thường lệ. Kết quả là, tôi đã tìm thấy đại dương xanh của mình. Điều này cho tôi sự tự tin rằng chiến lược tập trung vào phụ nữ và các nhóm thiểu số, kết hợp với sự hiện diện mạnh mẽ trên mạng xã hội, có thể mang lại cho chúng tôi một lợi thế.</w:t>
      </w:r>
    </w:p>
    <w:p>
      <w:pPr>
        <w:spacing w:after="80"/>
      </w:pPr>
      <w:r>
        <w:rPr>
          <w:b w:val="0"/>
          <w:i w:val="0"/>
        </w:rPr>
        <w:t>Theo ví dụ tôi vừa chia sẻ, tôi muốn bạn tập trung vào việc sử dụng tài năng độc đáo của mình để tìm ra thị trường ngách của bạn trong ngành kinh doanh mà bạn đang theo đuổi.</w:t>
      </w:r>
    </w:p>
    <w:p>
      <w:pPr>
        <w:spacing w:after="80"/>
      </w:pPr>
      <w:r>
        <w:rPr>
          <w:b w:val="0"/>
          <w:i w:val="0"/>
        </w:rPr>
        <w:t>Khi bạn cạnh tranh với những người có kiến thức và kỹ năng kém hơn bạn, bạn có khả năng thắng. Không có ngành kinh doanh nào là không có rủi ro, nhưng bạn có thể giảm rủi ro bằng cách chọn một cuộc chơi mà ở đó tỷ lệ cược nghiêng về phía bạn. Thật tuyệt khi có sự ngạo nghễ và tin rằng bạn có thể đánh bại bất kỳ đối thủ nào trong ngành của mình, nhưng thật dại dột khi tin rằng bạn có thể thắng trong cuộc chơi của người khác.</w:t>
      </w:r>
    </w:p>
    <w:p>
      <w:pPr>
        <w:pStyle w:val="Heading1"/>
      </w:pPr>
      <w:r>
        <w:rPr>
          <w:rFonts w:ascii="Calibri" w:hAnsi="Calibri"/>
          <w:b/>
          <w:i w:val="0"/>
          <w:sz w:val="40"/>
        </w:rPr>
        <w:t>BƯỚC 1</w:t>
      </w:r>
    </w:p>
    <w:p>
      <w:pPr>
        <w:spacing w:after="80"/>
      </w:pPr>
      <w:r>
        <w:rPr>
          <w:b w:val="0"/>
          <w:i w:val="0"/>
        </w:rPr>
        <w:t>Làm chủ việc Hiểu chính mình</w:t>
      </w:r>
    </w:p>
    <w:p>
      <w:pPr>
        <w:spacing w:after="80"/>
      </w:pPr>
      <w:r>
        <w:rPr>
          <w:b w:val="0"/>
          <w:i w:val="0"/>
        </w:rPr>
        <w:t>BẠN MUỐN TRỞ THÀNH AI?</w:t>
      </w:r>
    </w:p>
    <w:p>
      <w:pPr>
        <w:spacing w:after="80"/>
        <w:ind w:left="360"/>
      </w:pPr>
      <w:r>
        <w:rPr>
          <w:b/>
          <w:i w:val="0"/>
        </w:rPr>
        <w:t>1.</w:t>
      </w:r>
      <w:r>
        <w:rPr>
          <w:b w:val="0"/>
          <w:i w:val="0"/>
        </w:rPr>
        <w:t xml:space="preserve"> Dù là ngồi một mình, trò chuyện với người cố vấn, hay dùng những câu hỏi chúng ta đã bàn ở chương 1, hãy dành thời gian để làm rõ bạn muốn trở thành ai. Sẽ hữu ích hơn nếu bạn chạm vào nỗi đau của mình. Hãy tạo một hình ảnh trực quan luôn ở ngay trước mắt bạn để nhắc nhở bạn về sự thật tương lai của mình.</w:t>
      </w:r>
    </w:p>
    <w:p>
      <w:pPr>
        <w:spacing w:after="80"/>
      </w:pPr>
      <w:r>
        <w:rPr>
          <w:b w:val="0"/>
          <w:i w:val="0"/>
        </w:rPr>
        <w:t>HÃY NGHIÊN CỨU SẢN PHẨM QUAN TRỌNG NHẤT: CHÍNH BẠN</w:t>
      </w:r>
    </w:p>
    <w:p>
      <w:pPr>
        <w:spacing w:after="80"/>
        <w:ind w:left="360"/>
      </w:pPr>
      <w:r>
        <w:rPr>
          <w:b/>
          <w:i w:val="0"/>
        </w:rPr>
        <w:t>2.</w:t>
      </w:r>
      <w:r>
        <w:rPr>
          <w:b w:val="0"/>
          <w:i w:val="0"/>
        </w:rPr>
        <w:t xml:space="preserve"> Đừng chờ đến khi khủng hoảng ập đến mới đi tìm manh mối về người quan trọng nhất (chính bạn). Hãy dành thời gian ngay bây giờ để soi xét bản thân. Hãy thoải mái với việc tự đặt cho mình những câu hỏi khó và làm rõ điều gì thúc đẩy bạn. Bản Kiểm Toán Bản Sắc Cá Nhân (Personal Identity Audit) là điểm khởi đầu hoàn hảo.</w:t>
      </w:r>
    </w:p>
    <w:p>
      <w:pPr>
        <w:spacing w:after="80"/>
      </w:pPr>
      <w:r>
        <w:rPr>
          <w:b w:val="0"/>
          <w:i w:val="0"/>
        </w:rPr>
        <w:t>CON ĐƯỜNG TẠO RA SỰ GIÀU CÓ CỦA BẠN: NGƯỜI LÀM CHỦ TRONG DOANH NGHIỆP HAY DOANH NHÂN KHỞI NGHIỆP?</w:t>
      </w:r>
    </w:p>
    <w:p>
      <w:pPr>
        <w:spacing w:after="80"/>
        <w:ind w:left="360"/>
      </w:pPr>
      <w:r>
        <w:rPr>
          <w:b/>
          <w:i w:val="0"/>
        </w:rPr>
        <w:t>3.</w:t>
      </w:r>
      <w:r>
        <w:rPr>
          <w:b w:val="0"/>
          <w:i w:val="0"/>
        </w:rPr>
        <w:t xml:space="preserve"> Hãy tìm con đường cho phép bạn dùng những tài năng độc đáo của mình với cơ hội tốt nhất để đạt lợi nhuận cao nhất có thể, đồng thời cũng khơi dậy ngọn lửa trong bạn. Dù bạn muốn trở thành doanh nhân khởi nghiệp, người làm chủ trong doanh nghiệp, hay giữ một vị trí nào khác, hãy có chiến lược về cách bạn sẽ xây dựng sự giàu có của mình. Hãy xác định lợi thế cạnh tranh sẽ giúp bạn khác biệt và cho phép bạn tìm thấy đại dương xanh của riêng mình.</w:t>
      </w:r>
    </w:p>
    <w:p>
      <w:pPr>
        <w:jc w:val="center"/>
      </w:pPr>
      <w:r>
        <w:drawing>
          <wp:inline xmlns:a="http://schemas.openxmlformats.org/drawingml/2006/main" xmlns:pic="http://schemas.openxmlformats.org/drawingml/2006/picture">
            <wp:extent cx="1638300" cy="95250"/>
            <wp:docPr id="15" name="Picture 15"/>
            <wp:cNvGraphicFramePr>
              <a:graphicFrameLocks noChangeAspect="1"/>
            </wp:cNvGraphicFramePr>
            <a:graphic>
              <a:graphicData uri="http://schemas.openxmlformats.org/drawingml/2006/picture">
                <pic:pic>
                  <pic:nvPicPr>
                    <pic:cNvPr id="0" name="common04.jpg"/>
                    <pic:cNvPicPr/>
                  </pic:nvPicPr>
                  <pic:blipFill>
                    <a:blip r:embed="rId19"/>
                    <a:stretch>
                      <a:fillRect/>
                    </a:stretch>
                  </pic:blipFill>
                  <pic:spPr>
                    <a:xfrm>
                      <a:off x="0" y="0"/>
                      <a:ext cx="1638300" cy="95250"/>
                    </a:xfrm>
                    <a:prstGeom prst="rect"/>
                  </pic:spPr>
                </pic:pic>
              </a:graphicData>
            </a:graphic>
          </wp:inline>
        </w:drawing>
      </w:r>
    </w:p>
    <w:p>
      <w:pPr>
        <w:pStyle w:val="Heading1"/>
      </w:pPr>
      <w:r>
        <w:rPr>
          <w:rFonts w:ascii="Calibri" w:hAnsi="Calibri"/>
          <w:b/>
          <w:i w:val="0"/>
          <w:sz w:val="40"/>
        </w:rPr>
        <w:t>BƯỚC 2 LÀM CHỦ KHẢ NĂNG LẬP LUẬN</w:t>
      </w:r>
    </w:p>
    <w:p>
      <w:pPr>
        <w:jc w:val="center"/>
      </w:pPr>
      <w:r>
        <w:drawing>
          <wp:inline xmlns:a="http://schemas.openxmlformats.org/drawingml/2006/main" xmlns:pic="http://schemas.openxmlformats.org/drawingml/2006/picture">
            <wp:extent cx="1333500" cy="85725"/>
            <wp:docPr id="16" name="Picture 16"/>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4 </w:t>
      </w:r>
      <w:r>
        <w:rPr>
          <w:rFonts w:ascii="Calibri" w:hAnsi="Calibri"/>
          <w:b/>
          <w:i w:val="0"/>
          <w:sz w:val="32"/>
        </w:rPr>
        <w:t>Sức Mạnh Phi Thường Của Việc Xử Lý Vấn Đề</w:t>
      </w:r>
    </w:p>
    <w:p>
      <w:pPr>
        <w:spacing w:after="80"/>
      </w:pPr>
      <w:r>
        <w:rPr>
          <w:b w:val="0"/>
          <w:i w:val="0"/>
        </w:rPr>
        <w:t>Bạn có quyền kiểm soát tâm trí mình—chứ không phải những sự kiện bên ngoài. Hãy nhận ra điều này, và bạn sẽ tìm thấy sức mạnh.</w:t>
      </w:r>
    </w:p>
    <w:p>
      <w:pPr>
        <w:spacing w:after="80"/>
        <w:jc w:val="right"/>
      </w:pPr>
      <w:r>
        <w:rPr>
          <w:b w:val="0"/>
          <w:i w:val="0"/>
        </w:rPr>
        <w:t xml:space="preserve">—Hoàng đế La Mã Marcus Aurelius, </w:t>
      </w:r>
      <w:r>
        <w:rPr>
          <w:b w:val="0"/>
          <w:i/>
        </w:rPr>
        <w:t>Suy Ngẫm</w:t>
      </w:r>
    </w:p>
    <w:p>
      <w:pPr>
        <w:spacing w:after="80"/>
      </w:pPr>
      <w:r>
        <w:rPr>
          <w:b w:val="0"/>
          <w:i w:val="0"/>
        </w:rPr>
        <w:t>Mỗi ngày, suốt cả ngày, chúng ta đều đối mặt với các vấn đề. Khách hàng tốt nhất của bạn dọa bỏ đi nếu bạn không giảm giá. Nhân viên ngôi sao của bạn nói cô ấy sẽ rời đi nếu bạn không cho cô ấy cổ phần. Một đại dịch khiến thị trường sụp đổ 30 phần trăm chỉ trong một tháng. Một đối thủ lớn hơn đang bắt nạt bạn và tìm cách đẩy bạn ra khỏi cuộc chơi. Con bạn đánh nhau ở trường. Các vấn đề không bao giờ dừng lại.</w:t>
      </w:r>
    </w:p>
    <w:p>
      <w:pPr>
        <w:spacing w:after="80"/>
      </w:pPr>
      <w:r>
        <w:rPr>
          <w:b w:val="0"/>
          <w:i w:val="0"/>
        </w:rPr>
        <w:t>Bạn liên tục nghe người ta nói về những chìa khóa dẫn đến thành công. Đó có thể là câu hỏi phổ biến nhất của những người làm podcast nghiệp dư, có lẽ vì nó an toàn và đơn giản. Bạn sẽ nghe đủ loại câu trả lời, từ "cưới đúng người" đến "tập trung vào sức khỏe", "làm việc chăm chỉ", "có niềm tin", và vô số thứ khác.</w:t>
      </w:r>
    </w:p>
    <w:p>
      <w:pPr>
        <w:spacing w:after="80"/>
      </w:pPr>
      <w:r>
        <w:rPr>
          <w:b w:val="0"/>
          <w:i w:val="0"/>
        </w:rPr>
        <w:t>Sẽ có những khoảnh khắc bạn cảm thấy như thể thế giới sắp đến ngày tận thế. Một kẻ nghiệp dư sẽ hoảng loạn, nhưng một bậc thầy cừ khôi thì không.</w:t>
      </w:r>
    </w:p>
    <w:p>
      <w:pPr>
        <w:spacing w:after="80"/>
      </w:pPr>
      <w:r>
        <w:rPr>
          <w:b w:val="0"/>
          <w:i w:val="0"/>
        </w:rPr>
        <w:t xml:space="preserve">Trước khi làm bất cứ điều gì, anh ta phải "xử lý" trước điều đang diễn ra. Anh ta phải làm vậy trong khi giữ được sự bình tĩnh vững vàng. Đây là lý do vì sao chủ nghĩa khắc kỷ (stoicism) vừa quan trọng đến vậy vừa thách thức đến vậy—và cũng là lý do vì sao Marcus Aurelius và Seneca là những bậc hiền triết đã đứng vững trước thử thách của thời gian. Cảm xúc có thể chi phối tất cả chúng ta và làm mờ đi phán đoán của chúng ta. Đáng buồn thay, tôi đã học được bài học này theo cách đau đớn quá nhiều lần. Đó là lý do câu trả lời của tôi về chìa khóa thành công cho mọi người ở mọi cấp độ trong kinh doanh là </w:t>
      </w:r>
      <w:r>
        <w:rPr>
          <w:b/>
          <w:i w:val="0"/>
        </w:rPr>
        <w:t>"Biết cách xử lý vấn đề."</w:t>
      </w:r>
      <w:r>
        <w:rPr>
          <w:b w:val="0"/>
          <w:i w:val="0"/>
        </w:rPr>
        <w:t xml:space="preserve"> Cuộc sống luôn diễn ra; cách bạn phản ứng dựa trên cách bạn xử lý vấn đề.</w:t>
      </w:r>
    </w:p>
    <w:p>
      <w:pPr>
        <w:spacing w:after="80"/>
      </w:pPr>
      <w:r>
        <w:rPr>
          <w:b w:val="0"/>
          <w:i w:val="0"/>
        </w:rPr>
        <w:t>Hầu hết doanh nhân khởi nghiệp không thất bại vì mô hình kinh doanh có lỗ hổng hay vì nhà đầu tư rút lui. Họ thất bại vì họ từ chối từ bỏ những định kiến sẵn có của mình về công việc và cuộc sống. Họ từ chối giải quyết (và học hỏi từ) bất kỳ và mọi loại vấn đề khi chúng phát sinh.</w:t>
      </w:r>
    </w:p>
    <w:p>
      <w:pPr>
        <w:spacing w:after="80"/>
      </w:pPr>
      <w:r>
        <w:rPr>
          <w:b w:val="0"/>
          <w:i w:val="0"/>
        </w:rPr>
        <w:t xml:space="preserve">Một số người nói rằng lẽ thường thì không thể dạy được. Tôi có thể nói với bạn rằng nó </w:t>
      </w:r>
      <w:r>
        <w:rPr>
          <w:b w:val="0"/>
          <w:i/>
        </w:rPr>
        <w:t>có thể</w:t>
      </w:r>
      <w:r>
        <w:rPr>
          <w:b w:val="0"/>
          <w:i w:val="0"/>
        </w:rPr>
        <w:t xml:space="preserve"> được dạy, và nó có thể được học—bởi vì một khi bạn học được cách trở thành một người tư duy chiến lược hơn, việc đưa ra những quyết định quan trọng sẽ trở nên như bản năng thứ hai của bạn. Cách đây không lâu, tôi là một CEO căng thẳng thần kinh với tính khí tồi tệ. Năm 2013, tôi bị một cơn hoảng loạn khiến tôi phải nhập viện—và nó tái diễn mỗi ngày suốt mười tám tháng. Nguyên nhân chính của những cơn hoảng loạn là sự do dự không quyết đoán! Điều khiến tôi thức trắng đêm và tim đập nhanh hơn không phải là khối lượng công việc, thứ tôi có thể xử lý được. Vấn đề là tôi không bao giờ ngừng nghĩ về các vấn đề. Tôi sẽ tua đi tua lại mọi quyết định và mọi cuộc trò chuyện trong đầu. Nó gặm nhấm tôi sống từng ngày và hủy hoại cả công việc lẫn cuộc sống cá nhân của tôi.</w:t>
      </w:r>
    </w:p>
    <w:p>
      <w:pPr>
        <w:spacing w:after="80"/>
      </w:pPr>
      <w:r>
        <w:rPr>
          <w:b w:val="0"/>
          <w:i w:val="0"/>
        </w:rPr>
        <w:t>Tôi chẳng có chút bình yên nào trong lòng vì quá lo lắng rằng mình sẽ đưa ra một quyết định sai lầm.</w:t>
      </w:r>
    </w:p>
    <w:p>
      <w:pPr>
        <w:spacing w:after="80"/>
      </w:pPr>
      <w:r>
        <w:rPr>
          <w:b w:val="0"/>
          <w:i w:val="0"/>
        </w:rPr>
        <w:t>Tôi biết cảm giác làm việc mười tám tiếng một ngày mà vẫn thấy như đang giậm chân tại chỗ là như thế nào. Giống như hầu hết chúng ta, tôi dành những năm đầu sự nghiệp để chạy theo sự chắc chắn và đối xử với mọi vấn đề như thể nó chỉ có trắng hoặc đen, như thể mọi vấn đề đều có một giải pháp đúng duy nhất—giá như tôi có thể tìm ra nó là gì. Điều đó vừa kém hiệu quả vừa khiến tôi kiệt sức.</w:t>
      </w:r>
    </w:p>
    <w:p>
      <w:pPr>
        <w:spacing w:after="80"/>
      </w:pPr>
      <w:r>
        <w:rPr>
          <w:b w:val="0"/>
          <w:i w:val="0"/>
        </w:rPr>
        <w:t>Nếu tôi có thể học cách xử lý vấn đề, bạn cũng làm được. Tôi sẽ chỉ cho bạn cách giải quyết bất kỳ vấn đề nào một cách bình tĩnh và hiệu quả, dù cho mức độ nghiêm trọng đến đâu. Xây dựng một doanh nghiệp đòi hỏi bạn phải đánh bại nhiều con rồng. Vấn đề là điều không thể tránh khỏi; tốt hơn hết bạn nên nắm vững cách giải quyết chúng. Để làm được điều đó, bạn phải không ngừng xử lý vấn đề.</w:t>
      </w:r>
    </w:p>
    <w:p>
      <w:pPr>
        <w:spacing w:after="80"/>
        <w:ind w:left="360"/>
      </w:pPr>
      <w:r>
        <w:rPr>
          <w:b/>
          <w:i w:val="0"/>
        </w:rPr>
        <w:t>1.</w:t>
      </w:r>
      <w:r>
        <w:rPr>
          <w:b w:val="0"/>
          <w:i w:val="0"/>
        </w:rPr>
        <w:t xml:space="preserve"> Xử lý (Processing) là khả năng đưa ra những quyết định hiệu quả dựa trên việc tiếp cận thông tin sẵn có với khả năng thắng cao nhất nghiêng về phía bạn.</w:t>
      </w:r>
    </w:p>
    <w:p>
      <w:pPr>
        <w:spacing w:after="80"/>
        <w:ind w:left="360"/>
      </w:pPr>
      <w:r>
        <w:rPr>
          <w:b/>
          <w:i w:val="0"/>
        </w:rPr>
        <w:t>2.</w:t>
      </w:r>
      <w:r>
        <w:rPr>
          <w:b w:val="0"/>
          <w:i w:val="0"/>
        </w:rPr>
        <w:t xml:space="preserve"> Xử lý là việc đưa mọi lựa chọn khó khăn, vấn đề, hay cơ hội mà bạn đối mặt vào một quá trình phân tích tinh thần nghiêm ngặt.</w:t>
      </w:r>
    </w:p>
    <w:p>
      <w:pPr>
        <w:spacing w:after="80"/>
        <w:ind w:left="360"/>
      </w:pPr>
      <w:r>
        <w:rPr>
          <w:b/>
          <w:i w:val="0"/>
        </w:rPr>
        <w:t>3.</w:t>
      </w:r>
      <w:r>
        <w:rPr>
          <w:b w:val="0"/>
          <w:i w:val="0"/>
        </w:rPr>
        <w:t xml:space="preserve"> Xử lý là việc diễn thử các chiến lược, nhìn ra những hậu quả ẩn giấu, và sắp xếp trình tự một chuỗi nước đi để giải quyết vấn đề một cách triệt để.</w:t>
      </w:r>
    </w:p>
    <w:p>
      <w:pPr>
        <w:pStyle w:val="Heading3"/>
      </w:pPr>
      <w:r>
        <w:rPr>
          <w:rFonts w:ascii="Calibri" w:hAnsi="Calibri"/>
          <w:b/>
          <w:i w:val="0"/>
          <w:sz w:val="26"/>
        </w:rPr>
        <w:t>Phẩm chất quan trọng nhất để xử lý hiệu quả: Chịu trách nhiệm</w:t>
      </w:r>
    </w:p>
    <w:p>
      <w:pPr>
        <w:spacing w:after="80"/>
      </w:pPr>
      <w:r>
        <w:rPr>
          <w:b w:val="0"/>
          <w:i w:val="0"/>
        </w:rPr>
        <w:t>Những người xử lý giỏi dùng từ "tôi" và nhìn thấy vai trò của mình trong bất kỳ vấn đề nào đã xảy ra. Họ đặt những câu hỏi như "</w:t>
      </w:r>
      <w:r>
        <w:rPr>
          <w:b w:val="0"/>
          <w:i/>
        </w:rPr>
        <w:t>Tôi</w:t>
      </w:r>
      <w:r>
        <w:rPr>
          <w:b w:val="0"/>
          <w:i w:val="0"/>
        </w:rPr>
        <w:t xml:space="preserve"> đã góp phần vào việc này như thế nào? </w:t>
      </w:r>
      <w:r>
        <w:rPr>
          <w:b w:val="0"/>
          <w:i/>
        </w:rPr>
        <w:t>Tôi</w:t>
      </w:r>
      <w:r>
        <w:rPr>
          <w:b w:val="0"/>
          <w:i w:val="0"/>
        </w:rPr>
        <w:t xml:space="preserve"> đã làm gì để cùng tạo ra tình huống này? </w:t>
      </w:r>
      <w:r>
        <w:rPr>
          <w:b w:val="0"/>
          <w:i/>
        </w:rPr>
        <w:t>Tôi</w:t>
      </w:r>
      <w:r>
        <w:rPr>
          <w:b w:val="0"/>
          <w:i w:val="0"/>
        </w:rPr>
        <w:t xml:space="preserve"> có thể cải thiện ra sao để sau này được trang bị tốt hơn khi đối mặt với chuyện tương tự?"</w:t>
      </w:r>
    </w:p>
    <w:p>
      <w:pPr>
        <w:spacing w:after="80"/>
      </w:pPr>
      <w:r>
        <w:rPr>
          <w:b w:val="0"/>
          <w:i w:val="0"/>
        </w:rPr>
        <w:t xml:space="preserve">Những người xử lý kém đóng vai nạn nhân và đổ lỗi cho người khác cùng các sự kiện bên ngoài thay vì nhìn xem mình đã góp phần vào vấn đề như thế nào. Bạn biết mình đang chứng kiến một người xử lý kém khi bạn không nghe thấy từ "tôi." Bạn sẽ nghe người đó nói những câu như "Thế hệ millennials toàn lười biếng. Bọn trẻ này chẳng có chút đạo đức làm việc nào. </w:t>
      </w:r>
      <w:r>
        <w:rPr>
          <w:b w:val="0"/>
          <w:i/>
        </w:rPr>
        <w:t>Chúng</w:t>
      </w:r>
      <w:r>
        <w:rPr>
          <w:b w:val="0"/>
          <w:i w:val="0"/>
        </w:rPr>
        <w:t xml:space="preserve"> đang khiến doanh nghiệp của tôi lao đao."</w:t>
      </w:r>
    </w:p>
    <w:p>
      <w:pPr>
        <w:spacing w:after="80"/>
      </w:pPr>
      <w:r>
        <w:rPr>
          <w:b w:val="0"/>
          <w:i w:val="0"/>
        </w:rPr>
        <w:t>Những người xử lý chuyên nghiệp thay thế từ "họ" (hoặc "bạn" hay "nó") bằng từ "tôi."</w:t>
      </w:r>
    </w:p>
    <w:p>
      <w:pPr>
        <w:spacing w:after="80"/>
      </w:pPr>
      <w:r>
        <w:rPr>
          <w:b w:val="0"/>
          <w:i w:val="0"/>
        </w:rPr>
        <w:t>Khi đối mặt với cùng một vấn đề, người xử lý chuyên nghiệp sẽ nói: "Tôi đang quản lý thế hệ millennials kém cỏi. Tôi cần xem những điểm mù của mình là gì. Tôi cần học cách hiểu họ tốt hơn để biết điều gì thúc đẩy họ. Hoặc tôi cần tuyển một nhóm nhân sự khác. Dù thế nào đi nữa, việc giải quyết vấn đề này là trách nhiệm của tôi."</w:t>
      </w:r>
    </w:p>
    <w:p>
      <w:pPr>
        <w:spacing w:after="80"/>
      </w:pPr>
      <w:r>
        <w:rPr>
          <w:b w:val="0"/>
          <w:i w:val="0"/>
        </w:rPr>
        <w:t>Điều phân biệt người tầm thường với người xuất sắc là mức độ xử lý sâu sắc của họ. Hầu hết mọi người chỉ xử lý ở mức bề mặt, nhưng những người giỏi nhất trong số những người giỏi nhất lại đi sâu hơn nhiều. Tư duy dài hạn so với tư duy ngắn hạn chính là sự khác biệt giữa một bậc thầy cờ lớn và một người nghiệp dư. Những người xử lý ở mức bề mặt luôn tìm kiếm giải pháp chữa cháy nhanh. Họ chỉ nghĩ trước một nước đi, và mục tiêu của họ là làm cho vấn đề biến mất trong lúc này. Những người xử lý ở mức sâu tìm kiếm nguyên nhân bên dưới bề mặt. Họ nghĩ trước nhiều nước đi và lên kế hoạch cho một chuỗi nước đi để đảm bảo vấn đề không tái diễn.</w:t>
      </w:r>
    </w:p>
    <w:p>
      <w:pPr>
        <w:spacing w:after="80"/>
      </w:pPr>
      <w:r>
        <w:rPr>
          <w:b w:val="0"/>
          <w:i w:val="0"/>
        </w:rPr>
        <w:t>Điều quan trọng là bạn phải thấy được cách hầu hết mọi người xử lý vấn đề. Đổ lỗi và trốn tránh là những phản ứng phổ biến nhất, và đó cũng có thể là phản ứng đầu tiên của bạn. Tôi hiểu mà. Chúng ta đều là con người. Hãy tham khảo danh sách này để xem bạn đang chọn cách nào.</w:t>
      </w:r>
    </w:p>
    <w:p>
      <w:pPr>
        <w:pStyle w:val="Heading4"/>
      </w:pPr>
      <w:r>
        <w:rPr>
          <w:rFonts w:ascii="Calibri" w:hAnsi="Calibri"/>
          <w:b/>
          <w:i w:val="0"/>
          <w:sz w:val="23"/>
        </w:rPr>
        <w:t>Ba cách tiếp cận để đối phó với một vấn đề</w:t>
      </w:r>
    </w:p>
    <w:p>
      <w:pPr>
        <w:spacing w:after="80"/>
        <w:ind w:left="360"/>
      </w:pPr>
      <w:r>
        <w:rPr>
          <w:b/>
          <w:i w:val="0"/>
        </w:rPr>
        <w:t>1.</w:t>
      </w:r>
      <w:r>
        <w:rPr>
          <w:b w:val="0"/>
          <w:i w:val="0"/>
        </w:rPr>
        <w:t xml:space="preserve"> Tìm ai đó để </w:t>
      </w:r>
      <w:r>
        <w:rPr>
          <w:b/>
          <w:i w:val="0"/>
        </w:rPr>
        <w:t>đổ lỗi</w:t>
      </w:r>
      <w:r>
        <w:rPr>
          <w:b w:val="0"/>
          <w:i w:val="0"/>
        </w:rPr>
        <w:t>. Đẩy vấn đề ra bên ngoài dễ hơn nhiều so với việc đối mặt với nó. Nếu bạn không thể xác định được một người cụ thể, hãy gửi email cho tất cả danh bạ của mình, bảo họ đi chết đi, kèm theo một hàng emoji giơ ngón giữa.</w:t>
      </w:r>
    </w:p>
    <w:p>
      <w:pPr>
        <w:spacing w:after="80"/>
        <w:ind w:left="360"/>
      </w:pPr>
      <w:r>
        <w:rPr>
          <w:b/>
          <w:i w:val="0"/>
        </w:rPr>
        <w:t>2.</w:t>
      </w:r>
      <w:r>
        <w:rPr>
          <w:b w:val="0"/>
          <w:i w:val="0"/>
        </w:rPr>
        <w:t xml:space="preserve"> Tìm một không gian an toàn để </w:t>
      </w:r>
      <w:r>
        <w:rPr>
          <w:b/>
          <w:i w:val="0"/>
        </w:rPr>
        <w:t>trốn tránh</w:t>
      </w:r>
      <w:r>
        <w:rPr>
          <w:b w:val="0"/>
          <w:i w:val="0"/>
        </w:rPr>
        <w:t>. Tìm một thứ gây xao nhãng. Lướt Instagram. Bật tin tức, ESPN, hay TMZ. Giả vờ rằng bạn có thể làm nhiều việc cùng lúc bằng cách dọn sạch hộp thư đến. Tốt hơn nữa, hãy coi như hết ngày và về nhà với chiếc giường ấm áp của mình.</w:t>
      </w:r>
    </w:p>
    <w:p>
      <w:pPr>
        <w:spacing w:after="80"/>
        <w:ind w:left="360"/>
      </w:pPr>
      <w:r>
        <w:rPr>
          <w:b/>
          <w:i w:val="0"/>
        </w:rPr>
        <w:t>3.</w:t>
      </w:r>
      <w:r>
        <w:rPr>
          <w:b w:val="0"/>
          <w:i w:val="0"/>
        </w:rPr>
        <w:t xml:space="preserve"> Tìm cách </w:t>
      </w:r>
      <w:r>
        <w:rPr>
          <w:b/>
          <w:i w:val="0"/>
        </w:rPr>
        <w:t>xử lý bằng việc nhận trách nhiệm</w:t>
      </w:r>
      <w:r>
        <w:rPr>
          <w:b w:val="0"/>
          <w:i w:val="0"/>
        </w:rPr>
        <w:t>. Hít một hơi thật sâu và nhắc nhở bản thân rằng đây chính là những khoảnh khắc phân biệt người thắng kẻ thua.</w:t>
      </w:r>
    </w:p>
    <w:p>
      <w:pPr>
        <w:pStyle w:val="Heading3"/>
      </w:pPr>
      <w:r>
        <w:rPr>
          <w:rFonts w:ascii="Calibri" w:hAnsi="Calibri"/>
          <w:b/>
          <w:i w:val="0"/>
          <w:sz w:val="26"/>
        </w:rPr>
        <w:t>Người Vĩ Đại Làm Chủ Vai Trò Của Mình</w:t>
      </w:r>
    </w:p>
    <w:p>
      <w:pPr>
        <w:spacing w:after="80"/>
      </w:pPr>
      <w:r>
        <w:rPr>
          <w:b w:val="0"/>
          <w:i w:val="0"/>
        </w:rPr>
        <w:t>"Lỗi của tôi."</w:t>
      </w:r>
    </w:p>
    <w:p>
      <w:pPr>
        <w:spacing w:after="80"/>
      </w:pPr>
      <w:r>
        <w:rPr>
          <w:b w:val="0"/>
          <w:i w:val="0"/>
        </w:rPr>
        <w:t>Đó là hai từ đơn giản mà tất cả những người vĩ đại luôn dùng. Người thắng cũng dùng những câu như "Lỗi này là do tôi" và "Chúng ta không thể đổ lỗi cho ai ngoài chính mình."</w:t>
      </w:r>
    </w:p>
    <w:p>
      <w:pPr>
        <w:spacing w:after="80"/>
      </w:pPr>
      <w:r>
        <w:rPr>
          <w:b w:val="0"/>
          <w:i w:val="0"/>
        </w:rPr>
        <w:t>Còn những kẻ luôn cho mình là nạn nhân thì sao? Đổ lỗi cho phần mềm. Đổ lỗi cho thị trường. Đổ lỗi cho đồng đội. Đổ lỗi cho khách hàng. Đổ lỗi cho quản lý. Họ chỉ tay vào tất cả mọi người trừ chính mình. Kết quả là họ cứ mắc mãi cùng một sai lầm và cứ thua mãi.</w:t>
      </w:r>
    </w:p>
    <w:p>
      <w:pPr>
        <w:spacing w:after="80"/>
      </w:pPr>
      <w:r>
        <w:rPr>
          <w:b w:val="0"/>
          <w:i w:val="0"/>
        </w:rPr>
        <w:t xml:space="preserve">Tôi cá là bạn biết vài người như thế. Họ là những người luôn nói với bạn rằng mọi chuyện lúc nào cũng là lỗi của người khác. Đó là một câu chuyện nạn nhân không hồi kết và một biển than phiền vô tận. Đổ lỗi cho người khác khiến họ không nhìn thấy chính mình là nhân tố chung trong mọi tương tác của mình. Tác giả kiêm huấn luyện viên về các mối quan hệ Mark Manson đã nói: "Tôi luôn nói với đàn ông rằng, nếu mọi cô gái bạn hẹn hò đều bất ổn và điên rồ, thì đó là sự phản ánh mức độ trưởng thành cảm xúc của </w:t>
      </w:r>
      <w:r>
        <w:rPr>
          <w:b w:val="0"/>
          <w:i/>
        </w:rPr>
        <w:t>chính bạn</w:t>
      </w:r>
      <w:r>
        <w:rPr>
          <w:b w:val="0"/>
          <w:i w:val="0"/>
        </w:rPr>
        <w:t xml:space="preserve">. Đó là sự phản ánh sự tự tin hay thiếu tự tin của </w:t>
      </w:r>
      <w:r>
        <w:rPr>
          <w:b w:val="0"/>
          <w:i/>
        </w:rPr>
        <w:t>chính bạn</w:t>
      </w:r>
      <w:r>
        <w:rPr>
          <w:b w:val="0"/>
          <w:i w:val="0"/>
        </w:rPr>
        <w:t xml:space="preserve">. Đó là sự phản ánh sự thiếu thốn tình cảm của </w:t>
      </w:r>
      <w:r>
        <w:rPr>
          <w:b w:val="0"/>
          <w:i/>
        </w:rPr>
        <w:t>chính bạn</w:t>
      </w:r>
      <w:r>
        <w:rPr>
          <w:b w:val="0"/>
          <w:i w:val="0"/>
        </w:rPr>
        <w:t>."</w:t>
      </w:r>
    </w:p>
    <w:p>
      <w:pPr>
        <w:spacing w:after="80"/>
      </w:pPr>
      <w:r>
        <w:rPr>
          <w:b w:val="0"/>
          <w:i w:val="0"/>
        </w:rPr>
        <w:t>Hãy đối chiếu những kẻ cho mình là nạn nhân với người thắng. Rất dễ nhận ra họ. Họ là những người nhận trách nhiệm về các vấn đề.</w:t>
      </w:r>
    </w:p>
    <w:p>
      <w:pPr>
        <w:spacing w:after="80"/>
      </w:pPr>
      <w:r>
        <w:rPr>
          <w:b w:val="0"/>
          <w:i w:val="0"/>
        </w:rPr>
        <w:t>Trẻ con sẽ nói: "Nó bị bể rồi." Còn những người trưởng thành, có trách nhiệm nói: "Tôi làm bể nó."</w:t>
      </w:r>
    </w:p>
    <w:p>
      <w:pPr>
        <w:spacing w:after="80"/>
      </w:pPr>
      <w:r>
        <w:rPr>
          <w:b w:val="0"/>
          <w:i w:val="0"/>
        </w:rPr>
        <w:t>Joe Rogan là một ví dụ hoàn hảo về một nhà lãnh đạo biết chịu trách nhiệm với chính mình. Rogan đã thành công ở nhiều lĩnh vực: hài độc thoại, diễn xuất, võ thuật, bình luận UFC và podcast của riêng anh. Theo tôi, chìa khóa thành công của anh nằm ở khả năng xử lý vấn đề và chấp nhận trách nhiệm. Anh không giữ lại ý kiến và suy nghĩ của mình. Anh chỉ đơn giản nói ra cách tâm trí mình vận hành, và qua đó cho chúng ta thấy cách anh xử lý vấn đề.</w:t>
      </w:r>
    </w:p>
    <w:p>
      <w:pPr>
        <w:spacing w:after="80"/>
      </w:pPr>
      <w:r>
        <w:rPr>
          <w:b w:val="0"/>
          <w:i w:val="0"/>
        </w:rPr>
        <w:t xml:space="preserve">Trong một tập podcast của mình, anh đang trút bầu tâm sự về việc một người mà anh hợp tác bán cà phê đã sử dụng nền tảng của anh theo cách khiến Rogan không thoải mái. Bạn có thể nghe thấy sự bực bội trong giọng anh. Thay vì đổ lỗi cho người kia, Rogan nhận trách nhiệm. Thay vì nói rằng mình bị hại, anh </w:t>
      </w:r>
      <w:r>
        <w:rPr>
          <w:b w:val="0"/>
          <w:i/>
        </w:rPr>
        <w:t>nhận</w:t>
      </w:r>
      <w:r>
        <w:rPr>
          <w:b w:val="0"/>
          <w:i w:val="0"/>
        </w:rPr>
        <w:t xml:space="preserve"> vai trò của mình trong chuyện đã xảy ra. Nguyên văn lời anh là: "Tôi đã f—in' mua nó. Đây là vấn đề mà chúng ta đã để cho nó được tạo ra."</w:t>
      </w:r>
    </w:p>
    <w:p>
      <w:pPr>
        <w:spacing w:after="80"/>
      </w:pPr>
      <w:r>
        <w:rPr>
          <w:b w:val="0"/>
          <w:i w:val="0"/>
        </w:rPr>
        <w:t>Anh hoàn toàn có quyền tức giận. Hầu hết mọi người sẽ tập trung vào việc người kia đã làm gì. Thay vì nói rằng mình bị bán (và do đó là nạn nhân bị lợi dụng), Rogan nhận rằng chính anh đã mua nó (và cùng tạo ra vấn đề bằng cách đồng lõa). Khi bạn xử lý vấn đề và nhận trách nhiệm, bạn ngừng đổ lỗi cho người khác. Đúng là Rogan khởi đầu với vẻ tức giận, nhưng khi xử lý vấn đề, anh nói: "Tôi thấy tệ vì tôi quý anh chàng đó… Tôi thậm chí không nghĩ đó là cố ý." Nói cách khác, anh không mất nhiều thời gian để nhận ra rằng gốc rễ của sự bực bội chính là hành động của bản thân anh.</w:t>
      </w:r>
    </w:p>
    <w:p>
      <w:pPr>
        <w:spacing w:after="80"/>
      </w:pPr>
      <w:r>
        <w:rPr>
          <w:b w:val="0"/>
          <w:i w:val="0"/>
        </w:rPr>
        <w:t>Một người chuyên nghiệp đã xử lý vấn đề suốt hàng chục năm sẽ hiểu rằng không ai làm gì với mình mà không có sự cho phép của mình. Thay vì trở nên cay đắng, những người thành đạt dùng nghịch cảnh như một đòn bẩy để trở nên tốt hơn. Trong trường hợp này, Rogan hướng sự bực bội của mình vào việc tránh mắc lại sai lầm cũ. Khi hầu hết mọi người sẽ lên mạng xã hội chỉ trích người khác hoặc dọa kiện tụng, Rogan lại tự học hỏi. Anh nói: "Ba tuần qua tôi đã f—in' đọc về cà phê nhiều hơn mức tôi từng muốn đọc hay từng nghĩ mình phải đọc."</w:t>
      </w:r>
    </w:p>
    <w:p>
      <w:pPr>
        <w:pStyle w:val="Heading4"/>
      </w:pPr>
      <w:r>
        <w:rPr>
          <w:rFonts w:ascii="Calibri" w:hAnsi="Calibri"/>
          <w:b/>
          <w:i w:val="0"/>
          <w:sz w:val="23"/>
        </w:rPr>
        <w:t>Các Bước Xử Lý Khi Ai Đó Làm Bạn Bực Mình</w:t>
      </w:r>
    </w:p>
    <w:p>
      <w:pPr>
        <w:spacing w:after="80"/>
        <w:ind w:left="360"/>
      </w:pPr>
      <w:r>
        <w:rPr>
          <w:b/>
          <w:i w:val="0"/>
        </w:rPr>
        <w:t>1.</w:t>
      </w:r>
      <w:r>
        <w:rPr>
          <w:b w:val="0"/>
          <w:i w:val="0"/>
        </w:rPr>
        <w:t xml:space="preserve"> Nhận trách nhiệm về vai trò của bạn trong chuyện đã xảy ra.</w:t>
      </w:r>
    </w:p>
    <w:p>
      <w:pPr>
        <w:spacing w:after="80"/>
        <w:ind w:left="360"/>
      </w:pPr>
      <w:r>
        <w:rPr>
          <w:b/>
          <w:i w:val="0"/>
        </w:rPr>
        <w:t>2.</w:t>
      </w:r>
      <w:r>
        <w:rPr>
          <w:b w:val="0"/>
          <w:i w:val="0"/>
        </w:rPr>
        <w:t xml:space="preserve"> Nói rõ cụ thể bạn đã làm gì để tạo ra vấn đề.</w:t>
      </w:r>
    </w:p>
    <w:p>
      <w:pPr>
        <w:spacing w:after="80"/>
        <w:ind w:left="360"/>
      </w:pPr>
      <w:r>
        <w:rPr>
          <w:b/>
          <w:i w:val="0"/>
        </w:rPr>
        <w:t>3.</w:t>
      </w:r>
      <w:r>
        <w:rPr>
          <w:b w:val="0"/>
          <w:i w:val="0"/>
        </w:rPr>
        <w:t xml:space="preserve"> Chuyển hướng sự bực bội của bạn vào việc trở nên tốt hơn và ngăn ngừa những vấn đề trong tương lai.</w:t>
      </w:r>
    </w:p>
    <w:p>
      <w:pPr>
        <w:spacing w:after="80"/>
      </w:pPr>
      <w:r>
        <w:rPr>
          <w:b w:val="0"/>
          <w:i w:val="0"/>
        </w:rPr>
        <w:t>Đó chính là xử lý vấn đề trong hành động. Đó là cách tiếp cận hiệu quả của một người đã tạo cho mình thói quen đối mặt với các vấn đề và biến chúng thành cơ hội học hỏi và phát triển. Điều này không phải bẩm sinh và cũng không phải thứ bạn học được trong một sớm một chiều. Tuy nhiên, nó hoàn toàn có thể học được.</w:t>
      </w:r>
    </w:p>
    <w:p>
      <w:pPr>
        <w:spacing w:after="80"/>
      </w:pPr>
      <w:r>
        <w:rPr>
          <w:b w:val="0"/>
          <w:i w:val="0"/>
        </w:rPr>
        <w:t>Nó cũng có thể được dạy. Nếu bạn quản lý con người, bạn cần vượt ra ngoài việc chỉ tự mình xử lý vấn đề. Bạn cần truyền kỹ năng này cho các quản lý và nhân viên của mình. Cách tốt nhất là làm gương. Khi bạn trở thành một người xử lý vấn đề ở mức độ sâu, bạn trở thành tấm gương về cách đối mặt với vấn đề. Điều này thiết yếu để mở rộng quy mô doanh nghiệp của bạn.</w:t>
      </w:r>
    </w:p>
    <w:p>
      <w:pPr>
        <w:spacing w:after="80"/>
      </w:pPr>
      <w:r>
        <w:rPr>
          <w:b w:val="0"/>
          <w:i w:val="0"/>
        </w:rPr>
        <w:t>Tôi nhấn mạnh rằng xử lý vấn đề là kỹ năng quan trọng nhất cần thành thạo, vì đây là việc bạn sẽ phải làm vài lần mỗi ngày trong suốt phần đời còn lại. Để bắt đầu, việc chuyển từ một người đổ lỗi cho người khác sang một người chịu trách nhiệm sẽ thay đổi mọi thứ. Bạn sẽ đi từ việc là nạn nhân của hoàn cảnh thành một người tự tạo ra thực tại của chính mình.</w:t>
      </w:r>
    </w:p>
    <w:p>
      <w:pPr>
        <w:pStyle w:val="Heading3"/>
      </w:pPr>
      <w:r>
        <w:rPr>
          <w:rFonts w:ascii="Calibri" w:hAnsi="Calibri"/>
          <w:b/>
          <w:i w:val="0"/>
          <w:sz w:val="26"/>
        </w:rPr>
        <w:t>Cách đối phó với một cuộc khủng hoảng</w:t>
      </w:r>
    </w:p>
    <w:p>
      <w:pPr>
        <w:spacing w:after="80"/>
      </w:pPr>
      <w:r>
        <w:rPr>
          <w:b w:val="0"/>
          <w:i w:val="0"/>
        </w:rPr>
        <w:t>Tôi rất tâm huyết với việc chịu trách nhiệm và nhận lấy vai trò của mình trong những gì xảy ra. Hành xử như một nạn nhân là điều ngược lại với việc trở thành một bậc thầy vĩ đại. Đồng thời, hãy thừa nhận rằng có những chuyện xảy ra ngoài tầm kiểm soát của bạn. Như chúng ta đã học được từ đại dịch bắt đầu vào đầu năm 2020, bạn sẽ phải đối mặt với những thế lực bên ngoài không liên quan gì đến lựa chọn của bạn.</w:t>
      </w:r>
    </w:p>
    <w:p>
      <w:pPr>
        <w:spacing w:after="80"/>
      </w:pPr>
      <w:r>
        <w:rPr>
          <w:b w:val="0"/>
          <w:i w:val="0"/>
        </w:rPr>
        <w:t>Nhiều chuyện không phải lỗi của bạn.</w:t>
      </w:r>
    </w:p>
    <w:p>
      <w:pPr>
        <w:spacing w:after="80"/>
      </w:pPr>
      <w:r>
        <w:rPr>
          <w:b w:val="0"/>
          <w:i w:val="0"/>
        </w:rPr>
        <w:t>Những sự kiện tiêu cực xảy ra nằm ngoài tầm kiểm soát của bạn.</w:t>
      </w:r>
    </w:p>
    <w:p>
      <w:pPr>
        <w:pStyle w:val="Heading4"/>
      </w:pPr>
      <w:r>
        <w:rPr>
          <w:rFonts w:ascii="Calibri" w:hAnsi="Calibri"/>
          <w:b/>
          <w:i w:val="0"/>
          <w:sz w:val="23"/>
        </w:rPr>
        <w:t>10 loại khủng hoảng</w:t>
      </w:r>
    </w:p>
    <w:p>
      <w:pPr>
        <w:spacing w:after="80"/>
        <w:ind w:left="360"/>
      </w:pPr>
      <w:r>
        <w:rPr>
          <w:b/>
          <w:i w:val="0"/>
        </w:rPr>
        <w:t>1.</w:t>
      </w:r>
      <w:r>
        <w:rPr>
          <w:b w:val="0"/>
          <w:i w:val="0"/>
        </w:rPr>
        <w:t xml:space="preserve"> Sức khỏe</w:t>
      </w:r>
    </w:p>
    <w:p>
      <w:pPr>
        <w:spacing w:after="80"/>
        <w:ind w:left="360"/>
      </w:pPr>
      <w:r>
        <w:rPr>
          <w:b/>
          <w:i w:val="0"/>
        </w:rPr>
        <w:t>2.</w:t>
      </w:r>
      <w:r>
        <w:rPr>
          <w:b w:val="0"/>
          <w:i w:val="0"/>
        </w:rPr>
        <w:t xml:space="preserve"> Công nghệ/An ninh mạng</w:t>
      </w:r>
    </w:p>
    <w:p>
      <w:pPr>
        <w:spacing w:after="80"/>
        <w:ind w:left="360"/>
      </w:pPr>
      <w:r>
        <w:rPr>
          <w:b/>
          <w:i w:val="0"/>
        </w:rPr>
        <w:t>3.</w:t>
      </w:r>
      <w:r>
        <w:rPr>
          <w:b w:val="0"/>
          <w:i w:val="0"/>
        </w:rPr>
        <w:t xml:space="preserve"> Tổ chức</w:t>
      </w:r>
    </w:p>
    <w:p>
      <w:pPr>
        <w:spacing w:after="80"/>
        <w:ind w:left="360"/>
      </w:pPr>
      <w:r>
        <w:rPr>
          <w:b/>
          <w:i w:val="0"/>
        </w:rPr>
        <w:t>4.</w:t>
      </w:r>
      <w:r>
        <w:rPr>
          <w:b w:val="0"/>
          <w:i w:val="0"/>
        </w:rPr>
        <w:t xml:space="preserve"> Bạo lực</w:t>
      </w:r>
    </w:p>
    <w:p>
      <w:pPr>
        <w:spacing w:after="80"/>
        <w:ind w:left="360"/>
      </w:pPr>
      <w:r>
        <w:rPr>
          <w:b/>
          <w:i w:val="0"/>
        </w:rPr>
        <w:t>5.</w:t>
      </w:r>
      <w:r>
        <w:rPr>
          <w:b w:val="0"/>
          <w:i w:val="0"/>
        </w:rPr>
        <w:t xml:space="preserve"> Sự trả thù từ một cựu nhân viên</w:t>
      </w:r>
    </w:p>
    <w:p>
      <w:pPr>
        <w:spacing w:after="80"/>
        <w:ind w:left="360"/>
      </w:pPr>
      <w:r>
        <w:rPr>
          <w:b/>
          <w:i w:val="0"/>
        </w:rPr>
        <w:t>6.</w:t>
      </w:r>
      <w:r>
        <w:rPr>
          <w:b w:val="0"/>
          <w:i w:val="0"/>
        </w:rPr>
        <w:t xml:space="preserve"> Vu khống làm tổn hại danh dự</w:t>
      </w:r>
    </w:p>
    <w:p>
      <w:pPr>
        <w:spacing w:after="80"/>
        <w:ind w:left="360"/>
      </w:pPr>
      <w:r>
        <w:rPr>
          <w:b/>
          <w:i w:val="0"/>
        </w:rPr>
        <w:t>7.</w:t>
      </w:r>
      <w:r>
        <w:rPr>
          <w:b w:val="0"/>
          <w:i w:val="0"/>
        </w:rPr>
        <w:t xml:space="preserve"> Tài chính (cá nhân hoặc một đợt điều chỉnh thị trường)</w:t>
      </w:r>
    </w:p>
    <w:p>
      <w:pPr>
        <w:spacing w:after="80"/>
        <w:ind w:left="360"/>
      </w:pPr>
      <w:r>
        <w:rPr>
          <w:b/>
          <w:i w:val="0"/>
        </w:rPr>
        <w:t>8.</w:t>
      </w:r>
      <w:r>
        <w:rPr>
          <w:b w:val="0"/>
          <w:i w:val="0"/>
        </w:rPr>
        <w:t xml:space="preserve"> Thiên nga đen</w:t>
      </w:r>
    </w:p>
    <w:p>
      <w:pPr>
        <w:spacing w:after="80"/>
        <w:ind w:left="360"/>
      </w:pPr>
      <w:r>
        <w:rPr>
          <w:b/>
          <w:i w:val="0"/>
        </w:rPr>
        <w:t>9.</w:t>
      </w:r>
      <w:r>
        <w:rPr>
          <w:b w:val="0"/>
          <w:i w:val="0"/>
        </w:rPr>
        <w:t xml:space="preserve"> Cá nhân</w:t>
      </w:r>
    </w:p>
    <w:p>
      <w:pPr>
        <w:spacing w:after="80"/>
        <w:ind w:left="360"/>
      </w:pPr>
      <w:r>
        <w:rPr>
          <w:b/>
          <w:i w:val="0"/>
        </w:rPr>
        <w:t>10.</w:t>
      </w:r>
      <w:r>
        <w:rPr>
          <w:b w:val="0"/>
          <w:i w:val="0"/>
        </w:rPr>
        <w:t xml:space="preserve"> Tự nhiên</w:t>
      </w:r>
    </w:p>
    <w:p>
      <w:pPr>
        <w:spacing w:after="80"/>
      </w:pPr>
      <w:r>
        <w:rPr>
          <w:b w:val="0"/>
          <w:i w:val="0"/>
        </w:rPr>
        <w:t>Các cuộc khủng hoảng có vòng đời khác nhau. Có cuộc chỉ kéo dài một giờ, có cuộc lại kéo dài cả một quý hoặc thậm chí cả năm. Giống như thị trường chứng khoán không thể chịu đựng được sự bất định, các doanh nghiệp cũng vậy. Chính điều chưa biết mới tạo ra nỗi sợ. Khi khủng hoảng xảy ra, trách nhiệm của người lãnh đạo tăng lên gấp mười lần. Trong lúc bất định gia tăng, quá nhiều nhà lãnh đạo mắc sai lầm là im lặng. Khi không có kế hoạch, họ cảm thấy im lặng còn hơn nói sai.</w:t>
      </w:r>
    </w:p>
    <w:p>
      <w:pPr>
        <w:spacing w:after="80"/>
      </w:pPr>
      <w:r>
        <w:rPr>
          <w:b w:val="0"/>
          <w:i w:val="0"/>
        </w:rPr>
        <w:t>Im lặng trong khủng hoảng là một ví dụ của việc chọn cách dễ dàng thay vì cách hiệu quả. Thực tế, tầm quan trọng của việc giao tiếp thường xuyên và chất lượng lại càng được nhân lên trong khủng hoảng. Khi mọi người đều hoảng loạn, chính bạn – người lãnh đạo – phải là sự bình tĩnh giữa cơn bão. Sự quyết đoán, khả năng phục hồi và việc xử lý vấn đề một cách bình tĩnh lại càng quan trọng hơn vào lúc này.</w:t>
      </w:r>
    </w:p>
    <w:p>
      <w:pPr>
        <w:spacing w:after="80"/>
      </w:pPr>
      <w:r>
        <w:rPr>
          <w:b w:val="0"/>
          <w:i w:val="0"/>
        </w:rPr>
        <w:t>Cách bạn phản ứng sẽ rút ngắn hoặc kéo dài cuộc khủng hoảng. Hãy đặt mọi cuộc khủng hoảng lên một thang điểm từ 1 đến 10.</w:t>
      </w:r>
    </w:p>
    <w:p>
      <w:pPr>
        <w:pStyle w:val="Heading4"/>
      </w:pPr>
      <w:r>
        <w:rPr>
          <w:rFonts w:ascii="Calibri" w:hAnsi="Calibri"/>
          <w:b/>
          <w:i w:val="0"/>
          <w:sz w:val="23"/>
        </w:rPr>
        <w:t>Điều gì kéo dài hoặc rút ngắn vòng đời của một cuộc khủng hoảng:</w:t>
      </w:r>
    </w:p>
    <w:p>
      <w:pPr>
        <w:spacing w:after="80"/>
        <w:ind w:left="360"/>
      </w:pPr>
      <w:r>
        <w:rPr>
          <w:b/>
          <w:i w:val="0"/>
        </w:rPr>
        <w:t>1.</w:t>
      </w:r>
      <w:r>
        <w:rPr>
          <w:b w:val="0"/>
          <w:i w:val="0"/>
        </w:rPr>
        <w:t xml:space="preserve"> Các chiến lược của bạn</w:t>
      </w:r>
    </w:p>
    <w:p>
      <w:pPr>
        <w:spacing w:after="80"/>
        <w:ind w:left="360"/>
      </w:pPr>
      <w:r>
        <w:rPr>
          <w:b/>
          <w:i w:val="0"/>
        </w:rPr>
        <w:t>2.</w:t>
      </w:r>
      <w:r>
        <w:rPr>
          <w:b w:val="0"/>
          <w:i w:val="0"/>
        </w:rPr>
        <w:t xml:space="preserve"> Mức độ điềm tĩnh của bạn</w:t>
      </w:r>
    </w:p>
    <w:p>
      <w:pPr>
        <w:spacing w:after="80"/>
        <w:ind w:left="360"/>
      </w:pPr>
      <w:r>
        <w:rPr>
          <w:b/>
          <w:i w:val="0"/>
        </w:rPr>
        <w:t>3.</w:t>
      </w:r>
      <w:r>
        <w:rPr>
          <w:b w:val="0"/>
          <w:i w:val="0"/>
        </w:rPr>
        <w:t xml:space="preserve"> Việc bạn phóng đại khủng hoảng: Biến một cơn mức 3 thành mức 9</w:t>
      </w:r>
    </w:p>
    <w:p>
      <w:pPr>
        <w:spacing w:after="80"/>
        <w:ind w:left="360"/>
      </w:pPr>
      <w:r>
        <w:rPr>
          <w:b/>
          <w:i w:val="0"/>
        </w:rPr>
        <w:t>4.</w:t>
      </w:r>
      <w:r>
        <w:rPr>
          <w:b w:val="0"/>
          <w:i w:val="0"/>
        </w:rPr>
        <w:t xml:space="preserve"> Việc bạn xem nhẹ khủng hoảng: Biến một cơn mức 9 thành mức 3</w:t>
      </w:r>
    </w:p>
    <w:p>
      <w:pPr>
        <w:spacing w:after="80"/>
        <w:ind w:left="360"/>
      </w:pPr>
      <w:r>
        <w:rPr>
          <w:b/>
          <w:i w:val="0"/>
        </w:rPr>
        <w:t>5.</w:t>
      </w:r>
      <w:r>
        <w:rPr>
          <w:b w:val="0"/>
          <w:i w:val="0"/>
        </w:rPr>
        <w:t xml:space="preserve"> Khả năng nhìn xa năm nước đi của bạn.</w:t>
      </w:r>
    </w:p>
    <w:p>
      <w:pPr>
        <w:spacing w:after="80"/>
      </w:pPr>
      <w:r>
        <w:rPr>
          <w:b w:val="0"/>
          <w:i w:val="0"/>
        </w:rPr>
        <w:t xml:space="preserve">Không có lý do gì để tự trách mình vì một tai nạn hay một đại dịch. Bạn không tạo ra cuộc khủng hoảng. Chính </w:t>
      </w:r>
      <w:r>
        <w:rPr>
          <w:b w:val="0"/>
          <w:i/>
        </w:rPr>
        <w:t>phản ứng</w:t>
      </w:r>
      <w:r>
        <w:rPr>
          <w:b w:val="0"/>
          <w:i w:val="0"/>
        </w:rPr>
        <w:t xml:space="preserve"> của bạn với cuộc khủng hoảng mới quyết định sự sống còn của doanh nghiệp bạn.</w:t>
      </w:r>
    </w:p>
    <w:p>
      <w:pPr>
        <w:pStyle w:val="Heading3"/>
      </w:pPr>
      <w:r>
        <w:rPr>
          <w:rFonts w:ascii="Calibri" w:hAnsi="Calibri"/>
          <w:b/>
          <w:i w:val="0"/>
          <w:sz w:val="26"/>
        </w:rPr>
        <w:t>Nắm lấy Toán học và sử dụng Lợi nhuận theo Thời gian Đầu tư (Investment Time Return – ITR)</w:t>
      </w:r>
    </w:p>
    <w:p>
      <w:pPr>
        <w:spacing w:after="80"/>
      </w:pPr>
      <w:r>
        <w:rPr>
          <w:b w:val="0"/>
          <w:i w:val="0"/>
        </w:rPr>
        <w:t>Nếu bạn nghĩ tôi đã hơi quá đà khi nhấn mạnh nhu cầu chấp nhận trách nhiệm, tôi xin nhận tội đúng như bị buộc. Phần lớn việc xử lý vấn đề là về góc nhìn. Thay vì đổ lỗi cho các sự kiện bên ngoài, bạn phải chuyển sang việc nhìn nhận mình vừa là người tạo ra vấn đề vừa là người giải quyết nó. Đây hầu như không phải là một kỹ năng "mềm", và tôi không thể nhấn mạnh điều này đủ. Tôi cũng không thể nhấn mạnh đủ rằng những người xử lý vấn đề chuyên nghiệp sở hữu cả công cụ cảm xúc lẫn công cụ phân tích. Giờ hãy để những bắp cơ phân tích đó hoạt động.</w:t>
      </w:r>
    </w:p>
    <w:p>
      <w:pPr>
        <w:spacing w:after="80"/>
      </w:pPr>
      <w:r>
        <w:rPr>
          <w:b w:val="0"/>
          <w:i w:val="0"/>
        </w:rPr>
        <w:t>Hầu hết các vấn đề đều liên quan đến thời gian và tiền bạc. Chúng ta đưa ra những quyết định tồi khi không tính đến cả hai yếu tố trong quá trình xử lý. Những kẻ nghiệp dư phản ứng trước rồi mới suy nghĩ sau. Họ quyết định bằng cảm xúc rồi biện minh bằng logic: "Ồ, tôi sẽ không chi tiền cho việc tuyển người mới lúc này đâu, khi mọi thứ còn mập mờ." Hoặc họ có thể nói: "Phần mềm mới đó ngầu thật! Chúng ta phải triển khai nó ngay ngày mai."</w:t>
      </w:r>
    </w:p>
    <w:p>
      <w:pPr>
        <w:spacing w:after="80"/>
      </w:pPr>
      <w:r>
        <w:rPr>
          <w:b w:val="0"/>
          <w:i w:val="0"/>
        </w:rPr>
        <w:t>Điều bạn nghe thấy trong những câu nói đó là cảm xúc. Một người khắc kỷ sẽ khuyên bạn nên có cách tiếp cận chừng mực hơn. Phần mềm có thể ngầu, nhưng bạn đã tính xem mất bao lâu để hoàn vốn đầu tư chưa? Bạn đã dành thời gian để tìm ra chi phí thực sự của một nhân viên mới (lương và phúc lợi chỉ là một phần của phương trình) cũng như mức tăng doanh thu kỳ vọng mà người đó sẽ tạo ra chưa?</w:t>
      </w:r>
    </w:p>
    <w:p>
      <w:pPr>
        <w:spacing w:after="80"/>
      </w:pPr>
      <w:r>
        <w:rPr>
          <w:b w:val="0"/>
          <w:i w:val="0"/>
        </w:rPr>
        <w:t>Bạn không thể đưa ra quyết định nếu không phân tích kỹ càng và suy nghĩ trước vài nước đi. Tôi chắc đã nói câu "ITR" (Investment Time Return - Lợi nhuận theo Thời gian Đầu tư) với đội của mình cả triệu lần rồi. Có thể họ đã phát ngán vì nghe tôi nhắc hoài, nhưng họ biết nó quý giá đến nhường nào. Đây là công thức ITR:</w:t>
      </w:r>
    </w:p>
    <w:p>
      <w:pPr>
        <w:jc w:val="center"/>
      </w:pPr>
      <w:r>
        <w:drawing>
          <wp:inline xmlns:a="http://schemas.openxmlformats.org/drawingml/2006/main" xmlns:pic="http://schemas.openxmlformats.org/drawingml/2006/picture">
            <wp:extent cx="5486400" cy="3257550"/>
            <wp:docPr id="17" name="Picture 17"/>
            <wp:cNvGraphicFramePr>
              <a:graphicFrameLocks noChangeAspect="1"/>
            </wp:cNvGraphicFramePr>
            <a:graphic>
              <a:graphicData uri="http://schemas.openxmlformats.org/drawingml/2006/picture">
                <pic:pic>
                  <pic:nvPicPr>
                    <pic:cNvPr id="0" name="f0065-01.jpg"/>
                    <pic:cNvPicPr/>
                  </pic:nvPicPr>
                  <pic:blipFill>
                    <a:blip r:embed="rId20"/>
                    <a:stretch>
                      <a:fillRect/>
                    </a:stretch>
                  </pic:blipFill>
                  <pic:spPr>
                    <a:xfrm>
                      <a:off x="0" y="0"/>
                      <a:ext cx="5486400" cy="3257550"/>
                    </a:xfrm>
                    <a:prstGeom prst="rect"/>
                  </pic:spPr>
                </pic:pic>
              </a:graphicData>
            </a:graphic>
          </wp:inline>
        </w:drawing>
      </w:r>
    </w:p>
    <w:p>
      <w:pPr>
        <w:spacing w:after="80"/>
      </w:pPr>
      <w:r>
        <w:rPr>
          <w:b w:val="0"/>
          <w:i w:val="0"/>
        </w:rPr>
        <w:t>Trước khi đưa ra quyết định, hãy bắt đầu bằng "quy tắc ba" – tạo ra ba đề xuất khác nhau để xử lý một vấn đề, mỗi đề xuất có một mức giá khác nhau. Khi người ta chưa biết cách tôi làm việc, họ đến gặp tôi với một ý tưởng và nói: "Đây là số tiền nó sẽ tốn."</w:t>
      </w:r>
    </w:p>
    <w:p>
      <w:pPr>
        <w:spacing w:after="80"/>
      </w:pPr>
      <w:r>
        <w:rPr>
          <w:b w:val="0"/>
          <w:i w:val="0"/>
        </w:rPr>
        <w:t>Nếu họ làm vậy, tôi sẽ yêu cầu họ đưa thêm hai đề xuất nữa. Có ba đề xuất/ước tính chi phí khác nhau giúp kéo dài đồng tiền. Có ba đề xuất cho bạn các lựa chọn để tối đa hóa giá trị của bất kỳ hành động nào bạn thực hiện. Và đừng nói với tôi rằng chúng ta chỉ có một lựa chọn duy nhất. Nếu bạn nghĩ vậy, bạn sẽ làm phồng chứ không phải kéo dài đồng tiền của mình.</w:t>
      </w:r>
    </w:p>
    <w:p>
      <w:pPr>
        <w:spacing w:after="80"/>
      </w:pPr>
      <w:r>
        <w:rPr>
          <w:b w:val="0"/>
          <w:i w:val="0"/>
        </w:rPr>
        <w:t>Tiếp theo, hãy xác định khung thời gian của bạn. Ví dụ, nếu bạn chi 100.000 đô, bạn có thể hoàn thành một việc gì đó trong sáu tháng, nhưng nếu chi 200.000 đô, bạn có thể hoàn thành trong ba tháng. Sau đó bạn có thể tự hỏi: Liệu có đáng bỏ gấp đôi số tiền để hoàn thành dự án trong một nửa thời gian không?</w:t>
      </w:r>
    </w:p>
    <w:p>
      <w:pPr>
        <w:spacing w:after="80"/>
      </w:pPr>
      <w:r>
        <w:rPr>
          <w:b w:val="0"/>
          <w:i w:val="0"/>
        </w:rPr>
        <w:t>Việc đưa ra quyết định này là sự kết hợp giữa dòng tiền của bạn và tính cấp bách của dự án. Nếu nó cấp bách như một cơn đau tim, tốt nhất bạn nên chi thêm tiền. Mặt khác, nếu bạn phải vay để tài trợ cho dự án, tốt nhất bạn nên tính cả chi phí vốn vào phương trình.</w:t>
      </w:r>
    </w:p>
    <w:p>
      <w:pPr>
        <w:spacing w:after="80"/>
      </w:pPr>
      <w:r>
        <w:rPr>
          <w:b w:val="0"/>
          <w:i w:val="0"/>
        </w:rPr>
        <w:t>Sau khi đã tính toán chi phí và thời gian, hãy tính lợi nhuận. Giả sử một dự án tốn 200.000 đô và mất một năm để hoàn thành sẽ giảm nguy cơ mất khách hàng của bạn đi 8 phần trăm. Hiện tại bạn đang viết 30.000 đơn hàng mỗi năm.</w:t>
      </w:r>
    </w:p>
    <w:p>
      <w:pPr>
        <w:spacing w:after="80"/>
      </w:pPr>
      <w:r>
        <w:rPr>
          <w:b w:val="0"/>
          <w:i w:val="0"/>
        </w:rPr>
        <w:t>Ba mươi nghìn hợp đồng nhân với 8 phần trăm bằng 2.400 hợp đồng. Nếu mỗi hợp đồng trị giá 200 đô, tổng lợi nhuận là 480.000 đô.</w:t>
      </w:r>
    </w:p>
    <w:p>
      <w:pPr>
        <w:jc w:val="center"/>
      </w:pPr>
      <w:r>
        <w:drawing>
          <wp:inline xmlns:a="http://schemas.openxmlformats.org/drawingml/2006/main" xmlns:pic="http://schemas.openxmlformats.org/drawingml/2006/picture">
            <wp:extent cx="5486400" cy="598285"/>
            <wp:docPr id="18" name="Picture 18"/>
            <wp:cNvGraphicFramePr>
              <a:graphicFrameLocks noChangeAspect="1"/>
            </wp:cNvGraphicFramePr>
            <a:graphic>
              <a:graphicData uri="http://schemas.openxmlformats.org/drawingml/2006/picture">
                <pic:pic>
                  <pic:nvPicPr>
                    <pic:cNvPr id="0" name="f0066-01.jpg"/>
                    <pic:cNvPicPr/>
                  </pic:nvPicPr>
                  <pic:blipFill>
                    <a:blip r:embed="rId21"/>
                    <a:stretch>
                      <a:fillRect/>
                    </a:stretch>
                  </pic:blipFill>
                  <pic:spPr>
                    <a:xfrm>
                      <a:off x="0" y="0"/>
                      <a:ext cx="5486400" cy="598285"/>
                    </a:xfrm>
                    <a:prstGeom prst="rect"/>
                  </pic:spPr>
                </pic:pic>
              </a:graphicData>
            </a:graphic>
          </wp:inline>
        </w:drawing>
      </w:r>
    </w:p>
    <w:p>
      <w:pPr>
        <w:spacing w:after="80"/>
      </w:pPr>
      <w:r>
        <w:rPr>
          <w:b w:val="0"/>
          <w:i w:val="0"/>
        </w:rPr>
        <w:t>Bạn không cần phải là thiên tài toán học để nhận ra khoản đầu tư này đáng giá. Nhưng bạn cần đào sâu hơn một chút vào các con số. Hãy lập danh sách những điểm mù hoặc những điều có thể sai sót với quyết định đó. Thật dễ để nghĩ về những gì có thể đúng, nhưng cũng quan trọng không kém khi nhìn thấy mặt trái.</w:t>
      </w:r>
    </w:p>
    <w:p>
      <w:pPr>
        <w:spacing w:after="80"/>
      </w:pPr>
      <w:r>
        <w:rPr>
          <w:b w:val="0"/>
          <w:i w:val="0"/>
        </w:rPr>
        <w:t xml:space="preserve">Hãy học theo cuốn sách </w:t>
      </w:r>
      <w:r>
        <w:rPr>
          <w:b w:val="0"/>
          <w:i/>
        </w:rPr>
        <w:t>How to Stop Worrying and Start Living</w:t>
      </w:r>
      <w:r>
        <w:rPr>
          <w:b w:val="0"/>
          <w:i w:val="0"/>
        </w:rPr>
        <w:t xml:space="preserve"> của Dale Carnegie và nhìn vào tình huống xấu nhất. Trong trường hợp này, điều tồi tệ nhất có thể xảy ra là mất 200.000 đô. Bạn có thể sống chung với điều đó không? Nó có khiến bạn phá sản không? Quyết định của bạn nên dựa trên việc biết rõ rủi ro toàn phần của mình sẽ là gì, thay vì chỉ làm liều hoặc chỉ nhìn vào tiềm năng tích cực.</w:t>
      </w:r>
    </w:p>
    <w:p>
      <w:pPr>
        <w:spacing w:after="80"/>
      </w:pPr>
      <w:r>
        <w:rPr>
          <w:b w:val="0"/>
          <w:i w:val="0"/>
        </w:rPr>
        <w:t>Người ta có xu hướng biện minh cho quyết định của mình bằng cách chạy những con số trong trường hợp tốt nhất. Bạn cần thực tế với các giả định của mình. Kể cả nếu khoản đầu tư chỉ tiết kiệm được 4 phần trăm số hợp đồng (.04 × 30.000 × 200), bạn vẫn đang nhìn vào mức tăng doanh thu 240.000 đô. Nếu bạn phải vay với lãi suất 12 phần trăm để tài trợ cho dự án (khiến chi phí thực của bạn tăng lên 224.000 đô), nó vẫn đáng giá. Thực tế, việc tính ra điểm hòa vốn của bất kỳ dự án nào trước khi cam kết với nó là một ý hay.</w:t>
      </w:r>
    </w:p>
    <w:p>
      <w:pPr>
        <w:jc w:val="center"/>
      </w:pPr>
      <w:r>
        <w:drawing>
          <wp:inline xmlns:a="http://schemas.openxmlformats.org/drawingml/2006/main" xmlns:pic="http://schemas.openxmlformats.org/drawingml/2006/picture">
            <wp:extent cx="5486400" cy="598285"/>
            <wp:docPr id="19" name="Picture 19"/>
            <wp:cNvGraphicFramePr>
              <a:graphicFrameLocks noChangeAspect="1"/>
            </wp:cNvGraphicFramePr>
            <a:graphic>
              <a:graphicData uri="http://schemas.openxmlformats.org/drawingml/2006/picture">
                <pic:pic>
                  <pic:nvPicPr>
                    <pic:cNvPr id="0" name="f0067-01.jpg"/>
                    <pic:cNvPicPr/>
                  </pic:nvPicPr>
                  <pic:blipFill>
                    <a:blip r:embed="rId22"/>
                    <a:stretch>
                      <a:fillRect/>
                    </a:stretch>
                  </pic:blipFill>
                  <pic:spPr>
                    <a:xfrm>
                      <a:off x="0" y="0"/>
                      <a:ext cx="5486400" cy="598285"/>
                    </a:xfrm>
                    <a:prstGeom prst="rect"/>
                  </pic:spPr>
                </pic:pic>
              </a:graphicData>
            </a:graphic>
          </wp:inline>
        </w:drawing>
      </w:r>
    </w:p>
    <w:p>
      <w:pPr>
        <w:spacing w:after="80"/>
      </w:pPr>
      <w:r>
        <w:rPr>
          <w:b w:val="0"/>
          <w:i w:val="0"/>
        </w:rPr>
        <w:t>Ở đây không có toán cao cấp gì cả. Bạn chỉ đơn giản cần suy nghĩ thấu đáo qua công thức Investment Time Return (ITR) và đưa ra những dự phóng hợp lý. Điều đó không có nghĩa là bạn cần bằng cấp cao về giải tích. Nó có nghĩa là bạn không được lười biếng với các con số và bạn cần nghĩ về vài kết quả khác nhau – đó là cách bạn nên luôn suy nghĩ. ITR là một kỹ năng then chốt và là kỹ năng bạn sẽ dùng hết lần này đến lần khác.</w:t>
      </w:r>
    </w:p>
    <w:p>
      <w:pPr>
        <w:pStyle w:val="Heading3"/>
      </w:pPr>
      <w:r>
        <w:rPr>
          <w:rFonts w:ascii="Calibri" w:hAnsi="Calibri"/>
          <w:b/>
          <w:i w:val="0"/>
          <w:sz w:val="26"/>
        </w:rPr>
        <w:t>Những Người Xử Lý Giỏi Hiếm Khi Lặp Lại Sai Lầm</w:t>
      </w:r>
    </w:p>
    <w:p>
      <w:pPr>
        <w:spacing w:after="80"/>
      </w:pPr>
      <w:r>
        <w:rPr>
          <w:b w:val="0"/>
          <w:i w:val="0"/>
        </w:rPr>
        <w:t>Nhiều năm trước, tôi có cơ hội đầu tư vào một công ty may mặc. Tôi thích thời trang, và tôi ấn tượng với cả sản phẩm lẫn tính cách của chủ sở hữu, Ray. Thêm nữa, tôi nghĩ mình đã nhìn thấy một cơ hội khi Ray sẵn sàng bán 60 phần trăm công ty của anh ấy chỉ với một trăm nghìn đô.</w:t>
      </w:r>
    </w:p>
    <w:p>
      <w:pPr>
        <w:spacing w:after="80"/>
      </w:pPr>
      <w:r>
        <w:rPr>
          <w:b w:val="0"/>
          <w:i w:val="0"/>
        </w:rPr>
        <w:t>Công việc kinh doanh của tôi lúc đó đang bùng nổ. Tôi tự vỗ lưng khen mình đủ thanh khoản để mua một phần vốn cổ phần lớn trong doanh nghiệp đó. Tại sao tôi phải bận tâm nghiên cứu khi Ray là một người chân thành và tài năng đến vậy?</w:t>
      </w:r>
    </w:p>
    <w:p>
      <w:pPr>
        <w:spacing w:after="80"/>
      </w:pPr>
      <w:r>
        <w:rPr>
          <w:b w:val="0"/>
          <w:i w:val="0"/>
        </w:rPr>
        <w:t>Ngay sau khi thương vụ khép lại, tôi trở nên nổi tiếng hơn hẳn. Thực tế, điện thoại của tôi reo không ngừng. Ngay khi tin Ray có một nhà đầu tư nhiều tiền lan đến các chủ nợ của anh ấy, họ xếp hàng để đòi lại tiền. Tôi chống trả. Tôi trở nên cố chấp. Cuối cùng tôi lãng phí quá nhiều giờ đồng hồ – những giờ lấy đi khỏi công việc kinh doanh thực sự của tôi – để đối đầu với những người đó. Tôi đổ lỗi cho các chủ nợ. Tôi đổ lỗi cho Ray. Tôi đổ lỗi cho tất cả mọi người trừ người tên Patrick. Và tôi cứ tự đào cho mình một cái hố ngày càng sâu hơn.</w:t>
      </w:r>
    </w:p>
    <w:p>
      <w:pPr>
        <w:spacing w:after="80"/>
      </w:pPr>
      <w:r>
        <w:rPr>
          <w:b w:val="0"/>
          <w:i w:val="0"/>
        </w:rPr>
        <w:t>Có một câu nói khôn ngoan vô cùng hợp lý: khi bạn đang ở trong hố, hãy ngừng đào. Vấn đề là khi bạn đang ở trong cái hố đó, bạn thường quá giận dữ và quá cảm xúc đến mức không làm được gì ngoài việc đấu tranh cho sự sống của mình. Đó là những khoảnh khắc mà việc có những người thông minh ở bên cạnh, những người không ngại kéo bạn ra khỏi hố, trở nên quan trọng. May thay, nhờ sự thúc đẩy từ vòng tròn thân cận của mình, cuối cùng tôi cũng xuôi lòng và buông bỏ nhà sáng lập đó, chấp nhận thua lỗ và quay lại làm việc với công việc kinh doanh chính của mình.</w:t>
      </w:r>
    </w:p>
    <w:p>
      <w:pPr>
        <w:spacing w:after="80"/>
      </w:pPr>
      <w:r>
        <w:rPr>
          <w:b w:val="0"/>
          <w:i w:val="0"/>
        </w:rPr>
        <w:t xml:space="preserve">Tôi thấy khó chịu về </w:t>
      </w:r>
      <w:r>
        <w:rPr>
          <w:b w:val="0"/>
          <w:i/>
        </w:rPr>
        <w:t>quy trình</w:t>
      </w:r>
      <w:r>
        <w:rPr>
          <w:b w:val="0"/>
          <w:i w:val="0"/>
        </w:rPr>
        <w:t xml:space="preserve"> ra quyết định của mình hơn là về chính số tiền. Tôi đã đi ngược lại những nguyên tắc bất di bất dịch của bản thân—đầu tư vào một ngành mà tôi chẳng biết gì, bỏ qua những vấn đề cá nhân của một nhà sáng lập lôi cuốn, cố gắng làm mọi thứ thay vì chuyên sâu—và cuối cùng nó khiến tôi phải trả giá. Trực giác của tôi ngay từ đầu đã mách bảo rằng tôi không nên dính vào, nhưng tôi đã không chịu suy nghĩ xa hơn một nước đi. Tôi chỉ xử lý ở mức bề mặt, và tôi đã phải trả giá vì điều đó.</w:t>
      </w:r>
    </w:p>
    <w:p>
      <w:pPr>
        <w:spacing w:after="80"/>
      </w:pPr>
      <w:r>
        <w:rPr>
          <w:b w:val="0"/>
          <w:i w:val="0"/>
        </w:rPr>
        <w:t>Khi cuối cùng tôi chịu nhận trách nhiệm, tôi hiểu được vai trò của mình trong thảm họa đó. Tôi đã ngẫm nghĩ về tất cả những sai lầm mình đã mắc phải. Tôi đã không nghiên cứu đàng hoàng hay thực hiện thẩm định kỹ lưỡng (due diligence). Tôi đã đầu tư vào một ngành nằm ngoài lĩnh vực năng lực của mình. Tôi vừa tự phụ vừa tham lam. Tôi đã không nhớ một lẽ thường đơn giản: nếu điều gì đó có vẻ quá tốt để là thật, thì có lẽ nó đúng là như vậy.</w:t>
      </w:r>
    </w:p>
    <w:p>
      <w:pPr>
        <w:spacing w:after="80"/>
      </w:pPr>
      <w:r>
        <w:rPr>
          <w:b w:val="0"/>
          <w:i w:val="0"/>
        </w:rPr>
        <w:t xml:space="preserve">Sau khi nhận lỗi của mình, tôi chỉ còn lại một tủ đầy quần áo để nhắc nhở tôi về sai lầm trị giá 100,000 đô la, chưa kể tất cả thời gian tôi đã lãng phí. Nếu bạn sắp thua, đừng đánh mất bài học. Một lần nữa, bạn sẽ dùng những trải nghiệm để trở nên cay đắng hoặc tốt đẹp hơn. Để trở nên tốt hơn, bạn phải ngẫm nghĩ về những sai lầm của mình. Tôi được nhắc nhớ về việc Magnus Carlsen, sau một thất bại, sẽ phân tích từng quyết định mình đã đưa ra để xem chính xác sự việc đã sai ở đâu và như thế nào. </w:t>
      </w:r>
      <w:r>
        <w:rPr>
          <w:b w:val="0"/>
          <w:i/>
        </w:rPr>
        <w:t>Mọi bậc thầy, cả trong cờ vua lẫn trong kinh doanh, đều học được nhiều hơn từ việc nghiên cứu những nước đi dẫn đến thất bại so với những nước đi dẫn đến chiến thắng.</w:t>
      </w:r>
    </w:p>
    <w:p>
      <w:pPr>
        <w:pStyle w:val="Heading3"/>
      </w:pPr>
      <w:r>
        <w:rPr>
          <w:rFonts w:ascii="Calibri" w:hAnsi="Calibri"/>
          <w:b/>
          <w:i w:val="0"/>
          <w:sz w:val="26"/>
        </w:rPr>
        <w:t>Tám Phẩm Chất của một Người Xử Lý Tuyệt Vời</w:t>
      </w:r>
    </w:p>
    <w:p>
      <w:pPr>
        <w:spacing w:after="80"/>
      </w:pPr>
      <w:r>
        <w:rPr>
          <w:b w:val="0"/>
          <w:i w:val="0"/>
        </w:rPr>
        <w:t>Những người tôi biết là những người xử lý vấn đề lão luyện có tính cách và chiến lược kinh doanh rất khác nhau, nhưng họ chia sẻ tám phẩm chất sau đây:</w:t>
      </w:r>
    </w:p>
    <w:p>
      <w:pPr>
        <w:spacing w:after="80"/>
        <w:ind w:left="360"/>
      </w:pPr>
      <w:r>
        <w:rPr>
          <w:b/>
          <w:i w:val="0"/>
        </w:rPr>
        <w:t>1.</w:t>
      </w:r>
      <w:r>
        <w:rPr>
          <w:b w:val="0"/>
          <w:i w:val="0"/>
        </w:rPr>
        <w:t xml:space="preserve"> Họ đặt ra rất nhiều câu hỏi. Có nhiều dữ liệu hơn dẫn đến việc đưa ra những giả định tốt hơn. Điều gì đã gây ra chuyện này? Chúng ta có thể giải quyết nó như thế nào? Chúng ta có thể ngăn nó tái diễn bằng cách nào?</w:t>
      </w:r>
    </w:p>
    <w:p>
      <w:pPr>
        <w:spacing w:after="80"/>
        <w:ind w:left="360"/>
      </w:pPr>
      <w:r>
        <w:rPr>
          <w:b/>
          <w:i w:val="0"/>
        </w:rPr>
        <w:t>2.</w:t>
      </w:r>
      <w:r>
        <w:rPr>
          <w:b w:val="0"/>
          <w:i w:val="0"/>
        </w:rPr>
        <w:t xml:space="preserve"> Họ không quan tâm đến việc đúng hay sai. Họ chỉ quan tâm đến sự thật. Những người xử lý giỏi muốn giải quyết tình huống và đi tiếp. Nếu người khác có ý tưởng hay hơn, tuyệt vời. Cái tôi không trở thành rào cản cho việc đưa ra quyết định đúng đắn.</w:t>
      </w:r>
    </w:p>
    <w:p>
      <w:pPr>
        <w:spacing w:after="80"/>
        <w:ind w:left="360"/>
      </w:pPr>
      <w:r>
        <w:rPr>
          <w:b/>
          <w:i w:val="0"/>
        </w:rPr>
        <w:t>3.</w:t>
      </w:r>
      <w:r>
        <w:rPr>
          <w:b w:val="0"/>
          <w:i w:val="0"/>
        </w:rPr>
        <w:t xml:space="preserve"> Họ không viện cớ. Lãng phí thời gian và công sức để giải thích tại sao mọi thứ lại hỏng không phải là phong cách của họ.</w:t>
      </w:r>
    </w:p>
    <w:p>
      <w:pPr>
        <w:spacing w:after="80"/>
        <w:ind w:left="360"/>
      </w:pPr>
      <w:r>
        <w:rPr>
          <w:b/>
          <w:i w:val="0"/>
        </w:rPr>
        <w:t>4.</w:t>
      </w:r>
      <w:r>
        <w:rPr>
          <w:b w:val="0"/>
          <w:i w:val="0"/>
        </w:rPr>
        <w:t xml:space="preserve"> Họ thích được thách thức. Ưu tiên của họ là giải quyết một tình huống nhanh chóng và hiệu quả, và nếu người khác có giải pháp—kể cả khi nó khác với giải pháp của họ—họ muốn được nghe. Họ thích những người khiến họ phải cân nhắc các lựa chọn thay thế hoặc bảo vệ quan điểm của mình.</w:t>
      </w:r>
    </w:p>
    <w:p>
      <w:pPr>
        <w:spacing w:after="80"/>
        <w:ind w:left="360"/>
      </w:pPr>
      <w:r>
        <w:rPr>
          <w:b/>
          <w:i w:val="0"/>
        </w:rPr>
        <w:t>5.</w:t>
      </w:r>
      <w:r>
        <w:rPr>
          <w:b w:val="0"/>
          <w:i w:val="0"/>
        </w:rPr>
        <w:t xml:space="preserve"> Họ tò mò. Bạn không thể giải quyết vấn đề mà không có kiến thức. Những người xử lý luôn học hỏi thêm về công việc kinh doanh của mình và cách nó vận hành. Họ yêu những chi tiết then chốt cũng như những ý tưởng lớn.</w:t>
      </w:r>
    </w:p>
    <w:p>
      <w:pPr>
        <w:spacing w:after="80"/>
        <w:ind w:left="360"/>
      </w:pPr>
      <w:r>
        <w:rPr>
          <w:b/>
          <w:i w:val="0"/>
        </w:rPr>
        <w:t>6.</w:t>
      </w:r>
      <w:r>
        <w:rPr>
          <w:b w:val="0"/>
          <w:i w:val="0"/>
        </w:rPr>
        <w:t xml:space="preserve"> Họ ngăn chặn nhiều vấn đề hơn là giải quyết chúng. Những người thực sự giỏi xử lý vấn đề cũng thực sự giỏi phát hiện những lá cờ vàng trước khi chúng chuyển thành đỏ.</w:t>
      </w:r>
    </w:p>
    <w:p>
      <w:pPr>
        <w:spacing w:after="80"/>
        <w:ind w:left="360"/>
      </w:pPr>
      <w:r>
        <w:rPr>
          <w:b/>
          <w:i w:val="0"/>
        </w:rPr>
        <w:t>7.</w:t>
      </w:r>
      <w:r>
        <w:rPr>
          <w:b w:val="0"/>
          <w:i w:val="0"/>
        </w:rPr>
        <w:t xml:space="preserve"> Họ là những nhà đàm phán tuyệt vời. Những người giải quyết vấn đề đầy tò mò dùng logic để tìm ra giải pháp thắng cho tất cả các bên liên quan.</w:t>
      </w:r>
    </w:p>
    <w:p>
      <w:pPr>
        <w:spacing w:after="80"/>
        <w:ind w:left="360"/>
      </w:pPr>
      <w:r>
        <w:rPr>
          <w:b/>
          <w:i w:val="0"/>
        </w:rPr>
        <w:t>8.</w:t>
      </w:r>
      <w:r>
        <w:rPr>
          <w:b w:val="0"/>
          <w:i w:val="0"/>
        </w:rPr>
        <w:t xml:space="preserve"> Họ quan tâm đến việc giải quyết vấn đề một cách triệt để hơn là dán một miếng băng cá nhân lên nó.</w:t>
      </w:r>
    </w:p>
    <w:p>
      <w:pPr>
        <w:pStyle w:val="Heading3"/>
      </w:pPr>
      <w:r>
        <w:rPr>
          <w:rFonts w:ascii="Calibri" w:hAnsi="Calibri"/>
          <w:b/>
          <w:i w:val="0"/>
          <w:sz w:val="26"/>
        </w:rPr>
        <w:t>Những Người Xử Lý Lão Luyện Mong Đợi Được Đối Mặt Với Vấn Đề (Họ Coi Chúng Như Một Trò Chơi)</w:t>
      </w:r>
    </w:p>
    <w:p>
      <w:pPr>
        <w:spacing w:after="80"/>
      </w:pPr>
      <w:r>
        <w:rPr>
          <w:b w:val="0"/>
          <w:i w:val="0"/>
        </w:rPr>
        <w:t>Không phải ngẫu nhiên mà những người xử lý giỏi sở hữu những phẩm chất này lại trở thành những nhà lãnh đạo. Khi họ xây dựng được thành tích xử lý vấn đề một cách logic và hiệu quả và đáp ứng nhu cầu của mọi người, họ giành được lòng tin của tất cả những ai làm việc cùng họ.</w:t>
      </w:r>
    </w:p>
    <w:p>
      <w:pPr>
        <w:spacing w:after="80"/>
      </w:pPr>
      <w:r>
        <w:rPr>
          <w:b w:val="0"/>
          <w:i w:val="0"/>
        </w:rPr>
        <w:t>Những người xử lý lão luyện không sợ vấn đề. Họ chào đón chúng và coi chúng như một trò chơi. Nếu nhân viên bán hàng giỏi nhất của bạn đe dọa sẽ rời đi, bạn bắt đầu bằng việc nhận trách nhiệm. Điều này dẫn bạn đến việc thừa nhận rằng kế hoạch trả thù lao của bạn tệ và bạn không có chiến lược giữ chân nhân viên. Thêm nữa, chương trình đào tạo bán hàng của bạn không phải là tốt nhất, và bạn cần tìm cách cải thiện nó. Thay vì hoảng loạn, bạn đón nhận tình huống này. Bạn tự nhủ: "Không chỉ chúng ta phải tìm ra cách giữ chân anh ấy, chúng ta còn sẽ phát triển một chiến lược để xây dựng đội ngũ bán hàng trung thành nhất trong ngành." Điều này không có nghĩa là bạn nên chần chừ trong việc nhận ra một điểm yếu. Thay vào đó, nó đòi hỏi bạn phải xử lý nó và lên kế hoạch cho những nước đi tiếp theo.</w:t>
      </w:r>
    </w:p>
    <w:p>
      <w:pPr>
        <w:spacing w:after="80"/>
      </w:pPr>
      <w:r>
        <w:rPr>
          <w:b w:val="0"/>
          <w:i w:val="0"/>
        </w:rPr>
        <w:t>Tư duy của bạn là tất cả. Khi bạn bắt đầu nhìn nhận một cuộc khủng hoảng như một cơ hội, bạn đang thắng cuộc chơi.</w:t>
      </w:r>
    </w:p>
    <w:p>
      <w:pPr>
        <w:jc w:val="center"/>
      </w:pPr>
      <w:r>
        <w:drawing>
          <wp:inline xmlns:a="http://schemas.openxmlformats.org/drawingml/2006/main" xmlns:pic="http://schemas.openxmlformats.org/drawingml/2006/picture">
            <wp:extent cx="4419600" cy="5715000"/>
            <wp:docPr id="20" name="Picture 20"/>
            <wp:cNvGraphicFramePr>
              <a:graphicFrameLocks noChangeAspect="1"/>
            </wp:cNvGraphicFramePr>
            <a:graphic>
              <a:graphicData uri="http://schemas.openxmlformats.org/drawingml/2006/picture">
                <pic:pic>
                  <pic:nvPicPr>
                    <pic:cNvPr id="0" name="f0071-01.jpg"/>
                    <pic:cNvPicPr/>
                  </pic:nvPicPr>
                  <pic:blipFill>
                    <a:blip r:embed="rId23"/>
                    <a:stretch>
                      <a:fillRect/>
                    </a:stretch>
                  </pic:blipFill>
                  <pic:spPr>
                    <a:xfrm>
                      <a:off x="0" y="0"/>
                      <a:ext cx="4419600" cy="5715000"/>
                    </a:xfrm>
                    <a:prstGeom prst="rect"/>
                  </pic:spPr>
                </pic:pic>
              </a:graphicData>
            </a:graphic>
          </wp:inline>
        </w:drawing>
      </w:r>
    </w:p>
    <w:p>
      <w:pPr>
        <w:spacing w:after="80"/>
      </w:pPr>
      <w:r>
        <w:rPr>
          <w:b w:val="0"/>
          <w:i w:val="0"/>
        </w:rPr>
        <w:t>Tôi đã từng dẫn dắt một số doanh nhân trẻ tài năng trong suốt sự nghiệp của mình, và tôi có vinh dự được chứng kiến họ trở nên xuất sắc trong việc xử lý vấn đề. Tôi đã thấy kỹ năng đó nâng họ vượt lên trên các đồng nghiệp của mình hết lần này đến lần khác; đó là lý do tôi đặt việc xử lý vấn đề lên đầu danh sách của mình cho những doanh nhân đầy khát vọng, cũng như cho chính các con tôi.</w:t>
      </w:r>
    </w:p>
    <w:p>
      <w:pPr>
        <w:spacing w:after="80"/>
      </w:pPr>
      <w:r>
        <w:rPr>
          <w:b w:val="0"/>
          <w:i w:val="0"/>
        </w:rPr>
        <w:t>Mỗi tháng một lần, hãy ngồi lại trong một căn phòng với đội ngũ lãnh đạo của bạn—hoặc đơn giản là một nhóm gồm ba đến năm người đồng nghiệp đáng tin cậy và cởi mở—và dành một giờ tập trung vào vấn đề lớn tiếp theo cần giải quyết. Điều tôi làm trong những cuộc họp này là nêu ra các vấn đề và để cả đội cùng tranh luận hợp tác về chủ đề đó. Cuộc tranh luận càng mạnh mẽ, chúng ta càng tiến gần đến quyết định tốt nhất. Hãy lắng nghe thay vì tranh cãi. Hãy luôn tò mò.</w:t>
      </w:r>
    </w:p>
    <w:p>
      <w:pPr>
        <w:spacing w:after="80"/>
      </w:pPr>
      <w:r>
        <w:rPr>
          <w:b w:val="0"/>
          <w:i w:val="0"/>
        </w:rPr>
        <w:t>Đây là chìa khóa dẫn đến thành công của doanh nhân. Hãy biến những thực hành tốt nhất trong việc xử lý vấn đề thành một phần văn hóa công ty bạn, và khả năng này sẽ thấm vào đầu óc của nhân viên bạn, những người sẽ ngày càng giỏi hơn trong việc sử dụng nó. Nó chắc chắn sẽ cải thiện lợi nhuận, nhưng nó cũng sẽ tạo ra những nhà lãnh đạo tốt hơn và những con người tốt hơn. Mọi vấn đề trên thế giới đều là những vấn đề cần được xử lý, và dù bạn có thể không ở vị trí giải quyết được nạn đói trên toàn cầu, bạn vẫn có thể giải quyết các vấn đề trong thế giới mà bạn sống và làm việc.</w:t>
      </w:r>
    </w:p>
    <w:p>
      <w:pPr>
        <w:spacing w:after="80"/>
      </w:pPr>
      <w:r>
        <w:rPr>
          <w:b w:val="0"/>
          <w:i w:val="0"/>
        </w:rPr>
        <w:t>Hầu hết chúng ta không xử lý vấn đề một cách tự nhiên. Nó giống như hôn nhân vậy. Hãy nghĩ về những cặp đôi bạn biết đang có những vấn đề sâu xa mà họ không sẵn lòng giải quyết. Họ né tránh những chủ đề nhất định—những vấn đề về tình dục, họ hàng, tôn giáo—cho đến khi hôn nhân của họ nổ tung. Có lẽ họ xoay xở ở bên nhau được một thời gian, thường là vì lợi ích của con cái. Họ không hạnh phúc; họ có thể sống cùng nhau, nhưng về mặt tâm lý họ đã xa cách. Và khi già đi, họ không chịu đựng nổi nữa và ly hôn. Họ đã lãng phí bao nhiêu năm tháng trong tức giận vì chưa bao giờ giải quyết các vấn đề của mình.</w:t>
      </w:r>
    </w:p>
    <w:p>
      <w:pPr>
        <w:spacing w:after="80"/>
      </w:pPr>
      <w:r>
        <w:rPr>
          <w:b w:val="0"/>
          <w:i w:val="0"/>
        </w:rPr>
        <w:t>Khi bạn từ chối xử lý vấn đề, bạn đang sống trong dối trá và phải trả giá. Đừng lãng phí thời gian của mình, dù là trong đời sống cá nhân hay sự nghiệp.</w:t>
      </w:r>
    </w:p>
    <w:p>
      <w:pPr>
        <w:spacing w:after="80"/>
      </w:pPr>
      <w:r>
        <w:rPr>
          <w:b w:val="0"/>
          <w:i w:val="0"/>
        </w:rPr>
        <w:t>Nếu bạn có thể học cách đối mặt với thực tế và đưa ra quyết định dựa trên la bàn của chính mình, bạn có thể thành công trong kinh doanh. Những lời quảng cáo rầm rộ bạn đọc trên internet sẽ khiến bạn tin rằng một số người sinh ra đã có "gen" đó, một sự ham thích rủi ro bẩm sinh dẫn thẳng đến thành công. Sự thật thì cơ bản hơn nhiều. Trong suốt cả cuộc đời, thành công trong kinh doanh (dù là với tư cách doanh nhân, người khởi nghiệp nội bộ, hay trong bất kỳ lựa chọn nghề nghiệp nào) đòi hỏi một tư duy đặc biệt, một cách tiếp cận quyết liệt và không lay chuyển để giải quyết vấn đề. Chiến lược tốt nhất là mài giũa khả năng xử lý vấn đề của bạn.</w:t>
      </w:r>
    </w:p>
    <w:p>
      <w:pPr>
        <w:jc w:val="center"/>
      </w:pPr>
      <w:r>
        <w:drawing>
          <wp:inline xmlns:a="http://schemas.openxmlformats.org/drawingml/2006/main" xmlns:pic="http://schemas.openxmlformats.org/drawingml/2006/picture">
            <wp:extent cx="1333500" cy="85725"/>
            <wp:docPr id="21" name="Picture 21"/>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5 </w:t>
      </w:r>
      <w:r>
        <w:rPr>
          <w:rFonts w:ascii="Calibri" w:hAnsi="Calibri"/>
          <w:b/>
          <w:i w:val="0"/>
          <w:sz w:val="32"/>
        </w:rPr>
        <w:t xml:space="preserve">Cách giải bài toán tìm </w:t>
      </w:r>
      <w:r>
        <w:rPr>
          <w:rFonts w:ascii="Calibri" w:hAnsi="Calibri"/>
          <w:b/>
          <w:i/>
          <w:sz w:val="32"/>
        </w:rPr>
        <w:t>X</w:t>
      </w:r>
      <w:r>
        <w:rPr>
          <w:rFonts w:ascii="Calibri" w:hAnsi="Calibri"/>
          <w:b/>
          <w:i w:val="0"/>
          <w:sz w:val="32"/>
        </w:rPr>
        <w:t>: Một phương pháp luận để ra quyết định hiệu quả</w:t>
      </w:r>
    </w:p>
    <w:p>
      <w:pPr>
        <w:spacing w:after="80"/>
      </w:pPr>
      <w:r>
        <w:rPr>
          <w:b w:val="0"/>
          <w:i w:val="0"/>
        </w:rPr>
        <w:t>Trong bốn mươi giờ nữa tôi sẽ ở trong trận chiến, với rất ít thông tin, và trong lúc ngẫu hứng sẽ phải đưa ra những quyết định trọng đại nhất, nhưng tôi tin rằng tinh thần con người lớn lên cùng với trách nhiệm và rằng, với sự giúp đỡ của Chúa, tôi sẽ đưa ra chúng và đưa ra đúng đắn. Dường như cả cuộc đời tôi đã hướng về khoảnh khắc này. Khi công việc này hoàn thành, tôi cho rằng mình sẽ được hướng đến bước tiếp theo trên nấc thang định mệnh. Nếu tôi làm trọn bổn phận của mình, phần còn lại sẽ tự lo liệu.</w:t>
      </w:r>
    </w:p>
    <w:p>
      <w:pPr>
        <w:spacing w:after="80"/>
        <w:jc w:val="right"/>
      </w:pPr>
      <w:r>
        <w:rPr>
          <w:b w:val="0"/>
          <w:i w:val="0"/>
        </w:rPr>
        <w:t>—Tướng George S. Patton</w:t>
      </w:r>
    </w:p>
    <w:p>
      <w:pPr>
        <w:spacing w:after="80"/>
      </w:pPr>
      <w:r>
        <w:rPr>
          <w:b w:val="0"/>
          <w:i w:val="0"/>
        </w:rPr>
        <w:t>Xử lý vấn đề là một chủ đề quan trọng đến mức tôi muốn mở rộng chương trước—và mang đến cho bạn một phương pháp luận cụ thể để xử lý vấn đề và ra quyết định.</w:t>
      </w:r>
    </w:p>
    <w:p>
      <w:pPr>
        <w:spacing w:after="80"/>
      </w:pPr>
      <w:r>
        <w:rPr>
          <w:b w:val="0"/>
          <w:i w:val="0"/>
        </w:rPr>
        <w:t>Theo quan điểm của tôi, một trong những chìa khóa của thành công là có một hệ thống. Những ai có hệ thống để đưa ra quyết định tốt hơn sẽ thắng. Một số quyết định thì nhanh, trong khi những quyết định khác cần thời gian. Bạn cần một phương pháp luận cụ thể để tấn công bất kỳ vấn đề nào, giống như một kỳ thủ cờ vua biết cách chơi bất kỳ khai cuộc nào hoặc phòng thủ trước một khai cuộc khi ván đấu bắt đầu.</w:t>
      </w:r>
    </w:p>
    <w:p>
      <w:pPr>
        <w:spacing w:after="80"/>
      </w:pPr>
      <w:r>
        <w:rPr>
          <w:b w:val="0"/>
          <w:i w:val="0"/>
        </w:rPr>
        <w:t>Tôi cần phát triển một hệ thống mà mình có thể tin tưởng để giúp tôi sắp xếp chính xác những gì mình cần sửa chữa và giúp tôi nhìn thấy mọi lựa chọn của mình. Tôi cần phát triển một cách tư duy có tổ chức để cho phép tôi đưa ra những lựa chọn có xác suất thành công cao nhất, cả trong khoảnh khắc lẫn về lâu dài. Hệ thống mà cuối cùng tôi phát triển không phải lúc nào cũng mang lại lựa chọn hoàn hảo, nhưng vì tôi đã kỹ lưỡng trong cách tiếp cận và mổ xẻ vấn đề, nó khiến tôi cảm thấy trọn vẹn. Điều cuối cùng mang lại cho tôi sự an tâm và chấm dứt những cơn hoảng loạn chính là việc có một phương pháp luận. Lần đầu tiên trong đời, tôi thực sự có thể gác lại các vấn đề và bước tiếp mà không cảm thấy nỗi sợ hãi và hối tiếc chảy qua huyết quản mình.</w:t>
      </w:r>
    </w:p>
    <w:p>
      <w:pPr>
        <w:spacing w:after="80"/>
      </w:pPr>
      <w:r>
        <w:rPr>
          <w:b w:val="0"/>
          <w:i w:val="0"/>
        </w:rPr>
        <w:t xml:space="preserve">Khả năng giải quyết vấn đề tốt là khả năng lấy một vấn đề phức tạp bạn đang đối mặt và chia nhỏ nó thành một công thức từng bước giúp bạn xác định gốc rễ của vấn đề. Trong kinh doanh cũng giống như trong đại số. Đó là lý do mọi người thường nghe tôi dùng thành ngữ "Giải bài toán tìm </w:t>
      </w:r>
      <w:r>
        <w:rPr>
          <w:b w:val="0"/>
          <w:i/>
        </w:rPr>
        <w:t>X</w:t>
      </w:r>
      <w:r>
        <w:rPr>
          <w:b w:val="0"/>
          <w:i w:val="0"/>
        </w:rPr>
        <w:t>."</w:t>
      </w:r>
    </w:p>
    <w:p>
      <w:pPr>
        <w:spacing w:after="80"/>
      </w:pPr>
      <w:r>
        <w:rPr>
          <w:b w:val="0"/>
          <w:i w:val="0"/>
        </w:rPr>
        <w:t xml:space="preserve">Hãy nghĩ về </w:t>
      </w:r>
      <w:r>
        <w:rPr>
          <w:b w:val="0"/>
          <w:i/>
        </w:rPr>
        <w:t>X</w:t>
      </w:r>
      <w:r>
        <w:rPr>
          <w:b w:val="0"/>
          <w:i w:val="0"/>
        </w:rPr>
        <w:t xml:space="preserve"> như biến số chưa biết. Trong toán học, một khi bạn tìm ra </w:t>
      </w:r>
      <w:r>
        <w:rPr>
          <w:b w:val="0"/>
          <w:i/>
        </w:rPr>
        <w:t>X</w:t>
      </w:r>
      <w:r>
        <w:rPr>
          <w:b w:val="0"/>
          <w:i w:val="0"/>
        </w:rPr>
        <w:t xml:space="preserve"> là gì, bạn giải được bài toán. Trong kinh doanh và trong cuộc sống, nếu bạn xác định được </w:t>
      </w:r>
      <w:r>
        <w:rPr>
          <w:b w:val="0"/>
          <w:i/>
        </w:rPr>
        <w:t>X</w:t>
      </w:r>
      <w:r>
        <w:rPr>
          <w:b w:val="0"/>
          <w:i w:val="0"/>
        </w:rPr>
        <w:t>, bạn cũng giải được bài toán.</w:t>
      </w:r>
    </w:p>
    <w:p>
      <w:pPr>
        <w:spacing w:after="80"/>
      </w:pPr>
      <w:r>
        <w:rPr>
          <w:b w:val="0"/>
          <w:i w:val="0"/>
        </w:rPr>
        <w:t xml:space="preserve">Dù </w:t>
      </w:r>
      <w:r>
        <w:rPr>
          <w:b w:val="0"/>
          <w:i/>
        </w:rPr>
        <w:t>X</w:t>
      </w:r>
      <w:r>
        <w:rPr>
          <w:b w:val="0"/>
          <w:i w:val="0"/>
        </w:rPr>
        <w:t xml:space="preserve"> là ẩn số, nó không phải là điều không thể biết. Nhiệm vụ của bạn là tìm ra chính xác bạn đang giải bài toán tìm cái gì.</w:t>
      </w:r>
    </w:p>
    <w:p>
      <w:pPr>
        <w:spacing w:after="80"/>
      </w:pPr>
      <w:r>
        <w:rPr>
          <w:b w:val="0"/>
          <w:i w:val="0"/>
        </w:rPr>
        <w:t>Hãy nhìn cuộc sống như một danh sách dài những bài toán cần giải. Nhiều quyết định bạn đưa ra trong cuộc sống hôm nay đều dựa trên một danh sách các công thức bạn đã tích lũy trong đầu. Cách nấu mì spaghetti là một công thức. Cách đến chỗ làm nhanh nhất là một công thức. Cách tăng thu nhập của bạn là một công thức.</w:t>
      </w:r>
    </w:p>
    <w:p>
      <w:pPr>
        <w:spacing w:after="80"/>
      </w:pPr>
      <w:r>
        <w:rPr>
          <w:b w:val="0"/>
          <w:i w:val="0"/>
        </w:rPr>
        <w:t>Nếu bạn không thấy thỏa mãn và hạnh phúc với kết quả hiện tại trong các lĩnh vực khác nhau của cuộc sống, rất có thể là do bạn cần điều chỉnh một số công thức mà bạn đã dùng suốt một thời gian. Cách suy nghĩ của bạn đã đưa bạn đến vị trí ngày hôm nay. Để mọi thứ thay đổi, cách suy nghĩ của bạn cũng cần thay đổi. Và đây có thể là điều khó khăn nhất đối với bạn. Thật không dễ để thừa nhận rằng nhiều quyết định bạn đã đưa ra đều dựa trên một công thức hỏng.</w:t>
      </w:r>
    </w:p>
    <w:p>
      <w:pPr>
        <w:spacing w:after="80"/>
      </w:pPr>
      <w:r>
        <w:rPr>
          <w:b w:val="0"/>
          <w:i w:val="0"/>
        </w:rPr>
        <w:t xml:space="preserve">Bạn cần chuẩn bị cho </w:t>
      </w:r>
      <w:r>
        <w:rPr>
          <w:b w:val="0"/>
          <w:i/>
        </w:rPr>
        <w:t>X</w:t>
      </w:r>
      <w:r>
        <w:rPr>
          <w:b w:val="0"/>
          <w:i w:val="0"/>
        </w:rPr>
        <w:t>—tất cả những ẩn số sẽ xuất hiện trong quá trình điều hành một doanh nghiệp.</w:t>
      </w:r>
    </w:p>
    <w:p>
      <w:pPr>
        <w:pStyle w:val="Heading3"/>
      </w:pPr>
      <w:r>
        <w:rPr>
          <w:rFonts w:ascii="Calibri" w:hAnsi="Calibri"/>
          <w:b/>
          <w:i w:val="0"/>
          <w:sz w:val="26"/>
        </w:rPr>
        <w:t xml:space="preserve">Đi đến Tận gốc bằng cách Giải tìm </w:t>
      </w:r>
      <w:r>
        <w:rPr>
          <w:rFonts w:ascii="Calibri" w:hAnsi="Calibri"/>
          <w:b/>
          <w:i/>
          <w:sz w:val="26"/>
        </w:rPr>
        <w:t>X</w:t>
      </w:r>
    </w:p>
    <w:p>
      <w:pPr>
        <w:spacing w:after="80"/>
      </w:pPr>
      <w:r>
        <w:rPr>
          <w:b w:val="0"/>
          <w:i w:val="0"/>
        </w:rPr>
        <w:t xml:space="preserve">Một đồng nghiệp tên Charlie mới đây nói với tôi: “Bạn biết không? Tôi chỉ không biết liệu mình còn yêu thích </w:t>
      </w:r>
      <w:r>
        <w:rPr>
          <w:b w:val="0"/>
          <w:i/>
        </w:rPr>
        <w:t>thứ này</w:t>
      </w:r>
      <w:r>
        <w:rPr>
          <w:b w:val="0"/>
          <w:i w:val="0"/>
        </w:rPr>
        <w:t xml:space="preserve"> nữa không.”</w:t>
      </w:r>
    </w:p>
    <w:p>
      <w:pPr>
        <w:spacing w:after="80"/>
      </w:pPr>
      <w:r>
        <w:rPr>
          <w:b w:val="0"/>
          <w:i w:val="0"/>
        </w:rPr>
        <w:t>“</w:t>
      </w:r>
      <w:r>
        <w:rPr>
          <w:b w:val="0"/>
          <w:i/>
        </w:rPr>
        <w:t>Thứ này</w:t>
      </w:r>
      <w:r>
        <w:rPr>
          <w:b w:val="0"/>
          <w:i w:val="0"/>
        </w:rPr>
        <w:t xml:space="preserve"> là gì?” tôi hỏi.</w:t>
      </w:r>
    </w:p>
    <w:p>
      <w:pPr>
        <w:spacing w:after="80"/>
      </w:pPr>
      <w:r>
        <w:rPr>
          <w:b w:val="0"/>
          <w:i w:val="0"/>
        </w:rPr>
        <w:t>Anh ấy trông bối rối.</w:t>
      </w:r>
    </w:p>
    <w:p>
      <w:pPr>
        <w:spacing w:after="80"/>
      </w:pPr>
      <w:r>
        <w:rPr>
          <w:b w:val="0"/>
          <w:i w:val="0"/>
        </w:rPr>
        <w:t xml:space="preserve">“Anh nói anh không biết liệu mình còn yêu thích </w:t>
      </w:r>
      <w:r>
        <w:rPr>
          <w:b w:val="0"/>
          <w:i/>
        </w:rPr>
        <w:t>thứ này</w:t>
      </w:r>
      <w:r>
        <w:rPr>
          <w:b w:val="0"/>
          <w:i w:val="0"/>
        </w:rPr>
        <w:t xml:space="preserve"> nữa không. Vậy </w:t>
      </w:r>
      <w:r>
        <w:rPr>
          <w:b w:val="0"/>
          <w:i/>
        </w:rPr>
        <w:t>thứ này</w:t>
      </w:r>
      <w:r>
        <w:rPr>
          <w:b w:val="0"/>
          <w:i w:val="0"/>
        </w:rPr>
        <w:t xml:space="preserve"> là gì?”</w:t>
      </w:r>
    </w:p>
    <w:p>
      <w:pPr>
        <w:spacing w:after="80"/>
      </w:pPr>
      <w:r>
        <w:rPr>
          <w:b w:val="0"/>
          <w:i w:val="0"/>
        </w:rPr>
        <w:t>Charlie nói rằng anh đang nhắc đến ngành dịch vụ tài chính.</w:t>
      </w:r>
    </w:p>
    <w:p>
      <w:pPr>
        <w:spacing w:after="80"/>
      </w:pPr>
      <w:r>
        <w:rPr>
          <w:b w:val="0"/>
          <w:i w:val="0"/>
        </w:rPr>
        <w:t xml:space="preserve">“Chà, đó không phải là </w:t>
      </w:r>
      <w:r>
        <w:rPr>
          <w:b w:val="0"/>
          <w:i/>
        </w:rPr>
        <w:t>thứ này</w:t>
      </w:r>
      <w:r>
        <w:rPr>
          <w:b w:val="0"/>
          <w:i w:val="0"/>
        </w:rPr>
        <w:t xml:space="preserve"> đối với tôi, dù chúng ta cùng lĩnh vực. Nghĩ mà xem. Nếu bạn làm trong ngành bất động sản, bạn có yêu những viên gạch không? Nếu bạn bán dược phẩm, bạn có yêu những viên thuốc không? Hãy định nghĩa lại </w:t>
      </w:r>
      <w:r>
        <w:rPr>
          <w:b w:val="0"/>
          <w:i/>
        </w:rPr>
        <w:t>thứ này</w:t>
      </w:r>
      <w:r>
        <w:rPr>
          <w:b w:val="0"/>
          <w:i w:val="0"/>
        </w:rPr>
        <w:t xml:space="preserve"> có ý nghĩa gì với bạn. Với tôi, đó là con người. Tôi yêu con người, tôi tò mò về họ. Mỗi ngày đi làm, tôi nghiên cứu con người, tìm hiểu xu hướng của họ, và hành động để khơi ra điều tốt đẹp nhất trong họ.”</w:t>
      </w:r>
    </w:p>
    <w:p>
      <w:pPr>
        <w:spacing w:after="80"/>
      </w:pPr>
      <w:r>
        <w:rPr>
          <w:b w:val="0"/>
          <w:i w:val="0"/>
        </w:rPr>
        <w:t>“Ồ, tôi chưa bao giờ nghĩ về điều đó theo cách đó.”</w:t>
      </w:r>
    </w:p>
    <w:p>
      <w:pPr>
        <w:spacing w:after="80"/>
      </w:pPr>
      <w:r>
        <w:rPr>
          <w:b w:val="0"/>
          <w:i w:val="0"/>
        </w:rPr>
        <w:t xml:space="preserve">Cuộc trò chuyện của chúng tôi đã thúc đẩy anh ấy suy nghĩ khác đi. Anh ấy đã xử lý xem </w:t>
      </w:r>
      <w:r>
        <w:rPr>
          <w:b w:val="0"/>
          <w:i/>
        </w:rPr>
        <w:t>thứ này</w:t>
      </w:r>
      <w:r>
        <w:rPr>
          <w:b w:val="0"/>
          <w:i w:val="0"/>
        </w:rPr>
        <w:t xml:space="preserve"> là gì—</w:t>
      </w:r>
      <w:r>
        <w:rPr>
          <w:b w:val="0"/>
          <w:i/>
        </w:rPr>
        <w:t>X</w:t>
      </w:r>
      <w:r>
        <w:rPr>
          <w:b w:val="0"/>
          <w:i w:val="0"/>
        </w:rPr>
        <w:t xml:space="preserve"> mà anh cần giải—và cố gắng đi đến tận gốc nỗi bực dọc của mình.</w:t>
      </w:r>
    </w:p>
    <w:p>
      <w:pPr>
        <w:spacing w:after="80"/>
      </w:pPr>
      <w:r>
        <w:rPr>
          <w:b w:val="0"/>
          <w:i w:val="0"/>
        </w:rPr>
        <w:t xml:space="preserve">Giải tìm </w:t>
      </w:r>
      <w:r>
        <w:rPr>
          <w:b w:val="0"/>
          <w:i/>
        </w:rPr>
        <w:t>X</w:t>
      </w:r>
      <w:r>
        <w:rPr>
          <w:b w:val="0"/>
          <w:i w:val="0"/>
        </w:rPr>
        <w:t xml:space="preserve"> nghĩa là cô lập vấn đề của bạn. Nói rằng vấn đề của bạn là sếp của bạn là chưa đủ. Bạn cần đào sâu để xác định xem đó là do thiếu quyền tự chủ, lương dựa trên thành tích, hay thiếu thách thức trí tuệ. Bạn không thể giải quyết cho “sếp của bạn.” Bạn có thể giải quyết cho một vấn đề cụ thể, được cô lập rõ ràng hơn.</w:t>
      </w:r>
    </w:p>
    <w:p>
      <w:pPr>
        <w:spacing w:after="80"/>
      </w:pPr>
      <w:r>
        <w:rPr>
          <w:b w:val="0"/>
          <w:i w:val="0"/>
        </w:rPr>
        <w:t>Charlie phải trở nên rõ ràng về nguồn gốc thật sự của sự bất mãn. Nếu anh cảm thấy kiệt sức, có lẽ điều anh cần là một kỳ nghỉ để nạp lại năng lượng. Trong trường hợp của anh, anh cảm thấy kiệt sức vì anh đã tăng cân. Anh nhận ra rằng mình cần bắt đầu dậy sớm hơn và quay lại thói quen tập thể dục. Đó là bước một.</w:t>
      </w:r>
    </w:p>
    <w:p>
      <w:pPr>
        <w:spacing w:after="80"/>
      </w:pPr>
      <w:r>
        <w:rPr>
          <w:b w:val="0"/>
          <w:i w:val="0"/>
        </w:rPr>
        <w:t>Rồi anh phải xử lý sâu hơn. Lòng tự trọng của anh xuống thấp vì anh đang trong giai đoạn bán hàng sa sút. Kết quả là mỗi lần bị từ chối lại đau hơn. Anh đang trong vòng xoáy đi xuống với đà chống lại mình. Sau khi suy ngẫm thêm, anh nhận ra rằng anh không ghét việc bán dịch vụ tài chính. Điều anh ghét là cảm giác kiệt sức mọi lúc và làm việc bán dịch vụ tài chính kém hiệu quả. Anh phát triển nhờ thành tích và cảm giác hoàn thành.</w:t>
      </w:r>
    </w:p>
    <w:p>
      <w:pPr>
        <w:spacing w:after="80"/>
      </w:pPr>
      <w:r>
        <w:rPr>
          <w:b w:val="0"/>
          <w:i w:val="0"/>
        </w:rPr>
        <w:t xml:space="preserve">Xử lý sâu có nghĩa là đi xuống dưới bề mặt. Tất nhiên bạn sẽ có những ngày mà động lực của bạn dao động. Cảm thấy kiệt sức đôi lúc là chuyện bình thường. Nhiệm vụ của bạn là dò xét thật sâu và cô lập </w:t>
      </w:r>
      <w:r>
        <w:rPr>
          <w:b w:val="0"/>
          <w:i/>
        </w:rPr>
        <w:t>X</w:t>
      </w:r>
      <w:r>
        <w:rPr>
          <w:b w:val="0"/>
          <w:i w:val="0"/>
        </w:rPr>
        <w:t xml:space="preserve"> đang gây ra nỗi đau của bạn.</w:t>
      </w:r>
    </w:p>
    <w:p>
      <w:pPr>
        <w:spacing w:after="80"/>
      </w:pPr>
      <w:r>
        <w:rPr>
          <w:b w:val="0"/>
          <w:i w:val="0"/>
        </w:rPr>
        <w:t xml:space="preserve">Charlie quyết định tiến thêm một bước nữa. Anh tự nhắc mình </w:t>
      </w:r>
      <w:r>
        <w:rPr>
          <w:b w:val="0"/>
          <w:i/>
        </w:rPr>
        <w:t>vì sao</w:t>
      </w:r>
      <w:r>
        <w:rPr>
          <w:b w:val="0"/>
          <w:i w:val="0"/>
        </w:rPr>
        <w:t xml:space="preserve"> mình đã chọn trở thành doanh nhân. Anh nghĩ về cảm giác của mình khi ông sếp cũ trao một vị trí cấp cao cho cậu con trai chưa đủ năng lực thay vì trao cho người đã cống hiến hết mình cho ông ta suốt năm năm. Anh nghĩ về việc mình đã ghét công việc đó đến nhường nào và hình dung lại tất cả những điều đã thôi thúc anh dấn thân vào cuộc sống điên rồ này.</w:t>
      </w:r>
    </w:p>
    <w:p>
      <w:pPr>
        <w:spacing w:after="80"/>
      </w:pPr>
      <w:r>
        <w:rPr>
          <w:b w:val="0"/>
          <w:i w:val="0"/>
        </w:rPr>
        <w:t xml:space="preserve">Bằng cách giải bài toán tìm </w:t>
      </w:r>
      <w:r>
        <w:rPr>
          <w:b w:val="0"/>
          <w:i/>
        </w:rPr>
        <w:t>X</w:t>
      </w:r>
      <w:r>
        <w:rPr>
          <w:b w:val="0"/>
          <w:i w:val="0"/>
        </w:rPr>
        <w:t>, anh có thể đưa ra những quyết định về công việc giúp cải thiện cả tầm nhìn lẫn thu nhập của mình.</w:t>
      </w:r>
    </w:p>
    <w:p>
      <w:pPr>
        <w:pStyle w:val="Heading3"/>
      </w:pPr>
      <w:r>
        <w:rPr>
          <w:rFonts w:ascii="Calibri" w:hAnsi="Calibri"/>
          <w:b/>
          <w:i w:val="0"/>
          <w:sz w:val="26"/>
        </w:rPr>
        <w:t xml:space="preserve">Cách giải bài toán tìm </w:t>
      </w:r>
      <w:r>
        <w:rPr>
          <w:rFonts w:ascii="Calibri" w:hAnsi="Calibri"/>
          <w:b/>
          <w:i/>
          <w:sz w:val="26"/>
        </w:rPr>
        <w:t>X</w:t>
      </w:r>
    </w:p>
    <w:p>
      <w:pPr>
        <w:spacing w:after="80"/>
      </w:pPr>
      <w:r>
        <w:rPr>
          <w:b w:val="0"/>
          <w:i w:val="0"/>
        </w:rPr>
        <w:t>Khi không có một phương pháp luận, chúng ta dễ đi vòng vòng, tê liệt vì sợ hãi. Khi có một phương pháp, chúng ta có một cách tiếp cận có tổ chức để xử lý mọi vấn đề. Một phương pháp luận sẽ cho phép bạn xử lý bất kỳ vấn đề nào theo cách có tổ chức.</w:t>
      </w:r>
    </w:p>
    <w:p>
      <w:pPr>
        <w:jc w:val="center"/>
      </w:pPr>
      <w:r>
        <w:drawing>
          <wp:inline xmlns:a="http://schemas.openxmlformats.org/drawingml/2006/main" xmlns:pic="http://schemas.openxmlformats.org/drawingml/2006/picture">
            <wp:extent cx="5486400" cy="7635908"/>
            <wp:docPr id="22" name="Picture 22"/>
            <wp:cNvGraphicFramePr>
              <a:graphicFrameLocks noChangeAspect="1"/>
            </wp:cNvGraphicFramePr>
            <a:graphic>
              <a:graphicData uri="http://schemas.openxmlformats.org/drawingml/2006/picture">
                <pic:pic>
                  <pic:nvPicPr>
                    <pic:cNvPr id="0" name="f0077-01.jpg"/>
                    <pic:cNvPicPr/>
                  </pic:nvPicPr>
                  <pic:blipFill>
                    <a:blip r:embed="rId24"/>
                    <a:stretch>
                      <a:fillRect/>
                    </a:stretch>
                  </pic:blipFill>
                  <pic:spPr>
                    <a:xfrm>
                      <a:off x="0" y="0"/>
                      <a:ext cx="5486400" cy="7635908"/>
                    </a:xfrm>
                    <a:prstGeom prst="rect"/>
                  </pic:spPr>
                </pic:pic>
              </a:graphicData>
            </a:graphic>
          </wp:inline>
        </w:drawing>
      </w:r>
    </w:p>
    <w:p>
      <w:pPr>
        <w:pStyle w:val="Heading3"/>
      </w:pPr>
      <w:r>
        <w:rPr>
          <w:rFonts w:ascii="Calibri" w:hAnsi="Calibri"/>
          <w:b/>
          <w:i w:val="0"/>
          <w:sz w:val="26"/>
        </w:rPr>
        <w:t>Xử lý khi doanh nghiệp của bạn đang bên bờ vực</w:t>
      </w:r>
    </w:p>
    <w:p>
      <w:pPr>
        <w:spacing w:after="80"/>
      </w:pPr>
      <w:r>
        <w:rPr>
          <w:b w:val="0"/>
          <w:i w:val="0"/>
        </w:rPr>
        <w:t>Vấn đề then chốt nhất mà tôi từng đối mặt xuất hiện đúng lúc tôi tưởng mình đã chạm tới giấc mơ. Tôi chỉ mới ba mươi tuổi, và cuối cùng tôi đã thực hiện bước nhảy vọt để mở công ty riêng. Trong vòng năm tuần kể từ khi tôi thành lập công ty, Aegon, một gã khổng lồ trong ngành trị giá 400 tỷ đô-la, đã đệ đơn kiện tôi. Mục tiêu của họ rất đơn giản: đưa tôi ra khỏi cuộc chơi trước khi tôi kịp bắt đầu.</w:t>
      </w:r>
    </w:p>
    <w:p>
      <w:pPr>
        <w:spacing w:after="80"/>
      </w:pPr>
      <w:r>
        <w:rPr>
          <w:b w:val="0"/>
          <w:i w:val="0"/>
        </w:rPr>
        <w:t>Các lãnh đạo và luật sư của Aegon không quan tâm tôi đã làm việc vất vả thế nào để tiết kiệm tiền khởi nghiệp. Họ không quan tâm tôi vừa mới kết hôn. Họ càng không quan tâm tôi đã thuyết phục được sáu mươi sáu đại lý trung thành từ bỏ sự nghiệp ở những công ty lâu đời để tham gia cùng gã mơ mộng điên rồ này trong một sứ mệnh. Với Aegon, kiện tôi chỉ là chuyện làm ăn (và nhiều năm sau, khi vị CEO từng kiện tôi lại tham gia ban cố vấn của tôi, điều đó cũng chỉ là chuyện làm ăn). Tôi không coi đó là chuyện cá nhân, dù toàn bộ tiền tiết kiệm cả đời của tôi đang bị đặt cược.</w:t>
      </w:r>
    </w:p>
    <w:p>
      <w:pPr>
        <w:spacing w:after="80"/>
      </w:pPr>
      <w:r>
        <w:rPr>
          <w:b w:val="0"/>
          <w:i w:val="0"/>
        </w:rPr>
        <w:t>Vụ kiện đó là thử thách lớn nhất mà tôi từng đối mặt. Thay vì làm điều mà hầu hết doanh nhân làm khi mọi thứ chệch hướng—đổ lỗi, than phiền, nổi giận và quay cuồng vì đủ mọi nghi ngờ—tôi quyết định sẽ không còn vật lộn với những thứ mình không thể kiểm soát.</w:t>
      </w:r>
    </w:p>
    <w:p>
      <w:pPr>
        <w:spacing w:after="80"/>
      </w:pPr>
      <w:r>
        <w:rPr>
          <w:b w:val="0"/>
          <w:i w:val="0"/>
        </w:rPr>
        <w:t>Điều tôi cần làm là xác định rõ ràng điều gì mình có thể và không thể kiểm soát. Tôi lập hai danh sách như sau.</w:t>
      </w:r>
    </w:p>
    <w:p>
      <w:pPr>
        <w:pStyle w:val="Heading4"/>
      </w:pPr>
      <w:r>
        <w:rPr>
          <w:rFonts w:ascii="Calibri" w:hAnsi="Calibri"/>
          <w:b/>
          <w:i w:val="0"/>
          <w:sz w:val="23"/>
        </w:rPr>
        <w:t>Điều tôi có thể kiểm soát</w:t>
      </w:r>
    </w:p>
    <w:p>
      <w:pPr>
        <w:spacing w:after="80"/>
        <w:ind w:left="360"/>
      </w:pPr>
      <w:r>
        <w:t xml:space="preserve">• </w:t>
      </w:r>
      <w:r>
        <w:rPr>
          <w:b w:val="0"/>
          <w:i w:val="0"/>
        </w:rPr>
        <w:t>Vạch ra các nước đi tiếp theo của mình</w:t>
      </w:r>
    </w:p>
    <w:p>
      <w:pPr>
        <w:spacing w:after="80"/>
        <w:ind w:left="360"/>
      </w:pPr>
      <w:r>
        <w:t xml:space="preserve">• </w:t>
      </w:r>
      <w:r>
        <w:rPr>
          <w:b w:val="0"/>
          <w:i w:val="0"/>
        </w:rPr>
        <w:t>Nỗ lực hằng ngày của tôi</w:t>
      </w:r>
    </w:p>
    <w:p>
      <w:pPr>
        <w:spacing w:after="80"/>
        <w:ind w:left="360"/>
      </w:pPr>
      <w:r>
        <w:t xml:space="preserve">• </w:t>
      </w:r>
      <w:r>
        <w:rPr>
          <w:b w:val="0"/>
          <w:i w:val="0"/>
        </w:rPr>
        <w:t>Việc tôi chọn luật sư và các nguồn lực khác</w:t>
      </w:r>
    </w:p>
    <w:p>
      <w:pPr>
        <w:spacing w:after="80"/>
        <w:ind w:left="360"/>
      </w:pPr>
      <w:r>
        <w:t xml:space="preserve">• </w:t>
      </w:r>
      <w:r>
        <w:rPr>
          <w:b w:val="0"/>
          <w:i w:val="0"/>
        </w:rPr>
        <w:t>Giữ cho đội ngũ bán hàng và các lãnh đạo của chúng tôi tập trung vào việc hạ gục con rồng tiếp theo</w:t>
      </w:r>
    </w:p>
    <w:p>
      <w:pPr>
        <w:pStyle w:val="Heading4"/>
      </w:pPr>
      <w:r>
        <w:rPr>
          <w:rFonts w:ascii="Calibri" w:hAnsi="Calibri"/>
          <w:b/>
          <w:i w:val="0"/>
          <w:sz w:val="23"/>
        </w:rPr>
        <w:t>Điều tôi không thể kiểm soát</w:t>
      </w:r>
    </w:p>
    <w:p>
      <w:pPr>
        <w:spacing w:after="80"/>
        <w:ind w:left="360"/>
      </w:pPr>
      <w:r>
        <w:t xml:space="preserve">• </w:t>
      </w:r>
      <w:r>
        <w:rPr>
          <w:b w:val="0"/>
          <w:i w:val="0"/>
        </w:rPr>
        <w:t>Vì sao Aegon chọn kiện tôi</w:t>
      </w:r>
    </w:p>
    <w:p>
      <w:pPr>
        <w:spacing w:after="80"/>
        <w:ind w:left="360"/>
      </w:pPr>
      <w:r>
        <w:t xml:space="preserve">• </w:t>
      </w:r>
      <w:r>
        <w:rPr>
          <w:b w:val="0"/>
          <w:i w:val="0"/>
        </w:rPr>
        <w:t>Liệu vụ kiện có khiến chúng tôi phá sản hay không</w:t>
      </w:r>
    </w:p>
    <w:p>
      <w:pPr>
        <w:spacing w:after="80"/>
        <w:ind w:left="360"/>
      </w:pPr>
      <w:r>
        <w:t xml:space="preserve">• </w:t>
      </w:r>
      <w:r>
        <w:rPr>
          <w:b w:val="0"/>
          <w:i w:val="0"/>
        </w:rPr>
        <w:t>Liệu các hãng bảo hiểm khác có hủy hợp đồng với chúng tôi hay không</w:t>
      </w:r>
    </w:p>
    <w:p>
      <w:pPr>
        <w:spacing w:after="80"/>
      </w:pPr>
      <w:r>
        <w:rPr>
          <w:b w:val="0"/>
          <w:i w:val="0"/>
        </w:rPr>
        <w:t>Thay vì hoảng loạn hay phản ứng thái quá, tôi đã vạch ra một chiến lược để vượt qua cơn bão và đạt được các mục tiêu dài hạn của mình. Tôi chọn cách dàn xếp; tôi viết một tấm séc khổng lồ rồi bước tiếp. Dù khoản chi đó khiến chúng tôi kiệt quệ, nhưng nhờ đã suy nghĩ trước về năm nước đi tiếp theo, chúng tôi vẫn duy trì được hoạt động kinh doanh. Điều quan trọng không phải là trả đũa Aegon hay thắng kiện; tôi đã đưa ra một quyết định giúp chúng tôi được tự do tập trung vào việc phát triển đội ngũ bán hàng có giấy phép và giữ vững đà tiến của mình.</w:t>
      </w:r>
    </w:p>
    <w:p>
      <w:pPr>
        <w:spacing w:after="80"/>
      </w:pPr>
      <w:r>
        <w:rPr>
          <w:b w:val="0"/>
          <w:i w:val="0"/>
        </w:rPr>
        <w:t>Một điều thú vị đã xảy ra sau khi tôi viết tấm séc lớn đó: cuối cùng tôi lại ngủ được. Không thường khi bạn có được sự an tâm sau một mất mát lớn đến vậy, nhưng nhờ đã xử lý vấn đề một cách kỹ lưỡng và suy nghĩ về những nước đi tiếp theo, tôi có thể bỏ lại thử thách phía sau, tự tin rằng mình đã phân tích đầy đủ tình huống và đi đến quyết định đúng đắn.</w:t>
      </w:r>
    </w:p>
    <w:p>
      <w:pPr>
        <w:spacing w:after="80"/>
      </w:pPr>
      <w:r>
        <w:rPr>
          <w:b w:val="0"/>
          <w:i w:val="0"/>
        </w:rPr>
        <w:t>Trước đây, có thể tôi đã để cái tôi, cảm xúc và nỗi sợ chi phối và theo đuổi vụ kiện, kể cả khi điều đó đồng nghĩa với việc mất công ty và khiến gia đình phá sản. Điều đó chắc hẳn sẽ khiến tôi sướng—trong khoảng ba phút. Thay vào đó, tôi xử lý vấn đề bằng cách đi từng bước qua phương pháp luận của mình—như bạn có thể thấy trong biểu đồ dưới đây.</w:t>
      </w:r>
    </w:p>
    <w:p>
      <w:pPr>
        <w:jc w:val="center"/>
      </w:pPr>
      <w:r>
        <w:drawing>
          <wp:inline xmlns:a="http://schemas.openxmlformats.org/drawingml/2006/main" xmlns:pic="http://schemas.openxmlformats.org/drawingml/2006/picture">
            <wp:extent cx="5486400" cy="7738223"/>
            <wp:docPr id="23" name="Picture 23"/>
            <wp:cNvGraphicFramePr>
              <a:graphicFrameLocks noChangeAspect="1"/>
            </wp:cNvGraphicFramePr>
            <a:graphic>
              <a:graphicData uri="http://schemas.openxmlformats.org/drawingml/2006/picture">
                <pic:pic>
                  <pic:nvPicPr>
                    <pic:cNvPr id="0" name="f0080-01.jpg"/>
                    <pic:cNvPicPr/>
                  </pic:nvPicPr>
                  <pic:blipFill>
                    <a:blip r:embed="rId25"/>
                    <a:stretch>
                      <a:fillRect/>
                    </a:stretch>
                  </pic:blipFill>
                  <pic:spPr>
                    <a:xfrm>
                      <a:off x="0" y="0"/>
                      <a:ext cx="5486400" cy="7738223"/>
                    </a:xfrm>
                    <a:prstGeom prst="rect"/>
                  </pic:spPr>
                </pic:pic>
              </a:graphicData>
            </a:graphic>
          </wp:inline>
        </w:drawing>
      </w:r>
    </w:p>
    <w:p>
      <w:pPr>
        <w:pStyle w:val="Heading3"/>
      </w:pPr>
      <w:r>
        <w:rPr>
          <w:rFonts w:ascii="Calibri" w:hAnsi="Calibri"/>
          <w:b/>
          <w:i w:val="0"/>
          <w:sz w:val="26"/>
        </w:rPr>
        <w:t>Xác định vấn đề thật sự và lý do sâu xa nhất</w:t>
      </w:r>
    </w:p>
    <w:p>
      <w:pPr>
        <w:spacing w:after="80"/>
      </w:pPr>
      <w:r>
        <w:rPr>
          <w:b w:val="0"/>
          <w:i w:val="0"/>
        </w:rPr>
        <w:t xml:space="preserve">Những doanh nhân giỏi nhất nhìn xuyên qua các triệu chứng để đi đến tận gốc rễ của vấn đề. Để làm được điều đó, hãy cùng tập trung vào một phần quan trọng của phương pháp luận này—xác định vấn đề thật sự và lý do sâu xa nhất—để bạn có thể giải quyết </w:t>
      </w:r>
      <w:r>
        <w:rPr>
          <w:b w:val="0"/>
          <w:i/>
        </w:rPr>
        <w:t>X</w:t>
      </w:r>
      <w:r>
        <w:rPr>
          <w:b w:val="0"/>
          <w:i w:val="0"/>
        </w:rPr>
        <w:t xml:space="preserve"> ngày càng tốt hơn.</w:t>
      </w:r>
    </w:p>
    <w:p>
      <w:pPr>
        <w:spacing w:after="80"/>
      </w:pPr>
      <w:r>
        <w:rPr>
          <w:b w:val="0"/>
          <w:i/>
        </w:rPr>
        <w:t>X</w:t>
      </w:r>
      <w:r>
        <w:rPr>
          <w:b w:val="0"/>
          <w:i w:val="0"/>
        </w:rPr>
        <w:t xml:space="preserve"> không phải lúc nào cũng rõ ràng. Thật ra, vấn đề thật sự có thể đang ẩn sau rất nhiều cảm xúc và ý kiến thiên lệch. Đó là lý do bạn phải cắt xuyên qua mớ hỗn độn trong đầu mình. Cái gì là thật và cái gì không? Bạn đang tập trung vào điều gì đó vì đó là ý kiến của người khác hay vì giả định sai lầm của chính bạn? Bạn có đang thổi phồng một chuyện vượt xa bản chất của nó vì cái tôi bị tổn thương không? Bạn có đang tách cảm xúc ra khỏi logic không?</w:t>
      </w:r>
    </w:p>
    <w:p>
      <w:pPr>
        <w:spacing w:after="80"/>
      </w:pPr>
      <w:r>
        <w:rPr>
          <w:b w:val="0"/>
          <w:i w:val="0"/>
        </w:rPr>
        <w:t>Khi đã loại bỏ những vấn đề "không phải vấn đề", hãy tập trung vào các nguyên nhân. Bạn đang tìm cách xác định những "bệ phóng bốc cháy" và những "cổng vàng".</w:t>
      </w:r>
    </w:p>
    <w:p>
      <w:pPr>
        <w:spacing w:after="80"/>
        <w:ind w:left="360"/>
      </w:pPr>
      <w:r>
        <w:rPr>
          <w:b/>
          <w:i w:val="0"/>
        </w:rPr>
        <w:t>Bệ phóng bốc cháy:</w:t>
      </w:r>
      <w:r>
        <w:rPr>
          <w:b w:val="0"/>
          <w:i w:val="0"/>
        </w:rPr>
        <w:t xml:space="preserve"> Những vấn đề nóng bỏng mà bạn phải xử lý ngay lập tức</w:t>
      </w:r>
    </w:p>
    <w:p>
      <w:pPr>
        <w:spacing w:after="80"/>
        <w:ind w:left="360"/>
      </w:pPr>
      <w:r>
        <w:rPr>
          <w:b/>
          <w:i w:val="0"/>
        </w:rPr>
        <w:t>Cổng vàng:</w:t>
      </w:r>
      <w:r>
        <w:rPr>
          <w:b w:val="0"/>
          <w:i w:val="0"/>
        </w:rPr>
        <w:t xml:space="preserve"> Những cơ hội sáng giá mà bạn cần nắm bắt nhanh chóng</w:t>
      </w:r>
    </w:p>
    <w:p>
      <w:pPr>
        <w:spacing w:after="80"/>
      </w:pPr>
      <w:r>
        <w:rPr>
          <w:b w:val="0"/>
          <w:i w:val="0"/>
        </w:rPr>
        <w:t xml:space="preserve">Khi đã xác định được vấn đề thật sự, hãy bắt đầu hỏi "Tại sao?". Cứ tiếp tục như vậy cho đến khi bạn chạm đến điểm mà mình không thể hỏi "Tại sao?" thêm được nữa—hoặc khi bạn buộc phải lặp lại một lời giải thích mà mình đã tìm ra. </w:t>
      </w:r>
      <w:r>
        <w:rPr>
          <w:b w:val="0"/>
          <w:i/>
        </w:rPr>
        <w:t>Đó</w:t>
      </w:r>
      <w:r>
        <w:rPr>
          <w:b w:val="0"/>
          <w:i w:val="0"/>
        </w:rPr>
        <w:t xml:space="preserve"> chính là lý do sâu xa nhất và là nguyên nhân thật sự của vấn đề. Ví dụ:</w:t>
      </w:r>
    </w:p>
    <w:p>
      <w:pPr>
        <w:spacing w:after="80"/>
        <w:ind w:left="360"/>
      </w:pPr>
      <w:r>
        <w:t xml:space="preserve">• </w:t>
      </w:r>
      <w:r>
        <w:rPr>
          <w:b w:val="0"/>
          <w:i w:val="0"/>
        </w:rPr>
        <w:t>Chúng tôi mất khách hàng lớn nhất. Tại sao?</w:t>
      </w:r>
    </w:p>
    <w:p>
      <w:pPr>
        <w:spacing w:after="80"/>
        <w:ind w:left="360"/>
      </w:pPr>
      <w:r>
        <w:t xml:space="preserve">• </w:t>
      </w:r>
      <w:r>
        <w:rPr>
          <w:b w:val="0"/>
          <w:i w:val="0"/>
        </w:rPr>
        <w:t>Một sản phẩm cạnh tranh có giá thấp hơn. Tại sao?</w:t>
      </w:r>
    </w:p>
    <w:p>
      <w:pPr>
        <w:spacing w:after="80"/>
        <w:ind w:left="360"/>
      </w:pPr>
      <w:r>
        <w:t xml:space="preserve">• </w:t>
      </w:r>
      <w:r>
        <w:rPr>
          <w:b w:val="0"/>
          <w:i w:val="0"/>
        </w:rPr>
        <w:t>Vì nó có ít tính năng hơn. Tại sao?</w:t>
      </w:r>
    </w:p>
    <w:p>
      <w:pPr>
        <w:spacing w:after="80"/>
        <w:ind w:left="360"/>
      </w:pPr>
      <w:r>
        <w:t xml:space="preserve">• </w:t>
      </w:r>
      <w:r>
        <w:rPr>
          <w:b w:val="0"/>
          <w:i w:val="0"/>
        </w:rPr>
        <w:t>Vì hầu hết khách hàng không cần tất cả các tính năng trong sản phẩm của chúng tôi.</w:t>
      </w:r>
    </w:p>
    <w:p>
      <w:pPr>
        <w:spacing w:after="80"/>
        <w:ind w:left="360"/>
      </w:pPr>
      <w:r>
        <w:t xml:space="preserve">• </w:t>
      </w:r>
      <w:r>
        <w:rPr>
          <w:b w:val="0"/>
          <w:i w:val="0"/>
        </w:rPr>
        <w:t>Aha!</w:t>
      </w:r>
    </w:p>
    <w:p>
      <w:pPr>
        <w:spacing w:after="80"/>
      </w:pPr>
      <w:r>
        <w:rPr>
          <w:b w:val="0"/>
          <w:i w:val="0"/>
        </w:rPr>
        <w:t>Giờ thì bạn đã xác định được một trong những lý do chính khiến bạn không đạt được con số mục tiêu: vì sản phẩm của bạn không phù hợp với nhu cầu của khách hàng. Vậy nên việc giải quyết vấn đề trở nên tương đối dễ dàng: bạn cần cung cấp một phiên bản sản phẩm rẻ hơn với ít tính năng hơn.</w:t>
      </w:r>
    </w:p>
    <w:p>
      <w:pPr>
        <w:spacing w:after="80"/>
      </w:pPr>
      <w:r>
        <w:rPr>
          <w:b w:val="0"/>
          <w:i w:val="0"/>
        </w:rPr>
        <w:t>Hãy dùng cách tiếp cận đặt câu hỏi lặp đi lặp lại này cho bất kỳ vấn đề nào. Giả sử nhân viên bán hàng giỏi nhất của bạn vừa rời công ty. Khi bạn hỏi tại sao, bạn phát hiện ra rằng người đó rời đi vì kế hoạch thù lao của bạn được thiết kế cho những nhân viên bán hàng tầm thường thay vì những ngôi sao, và được thiết kế như vậy vì giám đốc bán hàng và CFO của bạn đã không giao tiếp đúng cách với nhau. Giải pháp đầu tiên là xem xét lại kế hoạch thù lao trong vòng mười ngày tới. Giải pháp thứ hai là để giám đốc bán hàng và CFO kiểm tra chéo với nhau hàng quý để đảm bảo mỗi người đều biết người kia cần gì.</w:t>
      </w:r>
    </w:p>
    <w:p>
      <w:pPr>
        <w:spacing w:after="80"/>
      </w:pPr>
      <w:r>
        <w:rPr>
          <w:b w:val="0"/>
          <w:i w:val="0"/>
        </w:rPr>
        <w:t>Nếu việc giao sản phẩm mới của bạn bị trì hoãn, hầu hết mọi người sẽ đi tìm người để đổ lỗi. Tuy nhiên, hãy nhớ rằng những người xử lý giỏi sẽ tìm nguyên nhân—vì nguyên nhân dẫn đến giải pháp. Bằng cách hỏi tại sao, bạn phát hiện ra rằng sự chậm trễ xảy ra vì kỹ sư giỏi nhất của bạn đã nghỉ việc khi quản lý của cô ấy nói rằng cô ấy không thể làm việc từ xa một ngày mỗi tuần—mà không có lý do chính đáng. Giải pháp: triển khai một thỏa thuận làm việc linh hoạt hơn, điều này sẽ giúp cải thiện việc giữ chân nhân viên.</w:t>
      </w:r>
    </w:p>
    <w:p>
      <w:pPr>
        <w:pStyle w:val="Heading4"/>
      </w:pPr>
      <w:r>
        <w:rPr>
          <w:rFonts w:ascii="Calibri" w:hAnsi="Calibri"/>
          <w:b/>
          <w:i w:val="0"/>
          <w:sz w:val="23"/>
        </w:rPr>
        <w:t>Năm câu hỏi cần đặt để xác định vấn đề thực sự</w:t>
      </w:r>
    </w:p>
    <w:p>
      <w:pPr>
        <w:spacing w:after="80"/>
        <w:ind w:left="360"/>
      </w:pPr>
      <w:r>
        <w:rPr>
          <w:b/>
          <w:i w:val="0"/>
        </w:rPr>
        <w:t>1.</w:t>
      </w:r>
      <w:r>
        <w:rPr>
          <w:b w:val="0"/>
          <w:i w:val="0"/>
        </w:rPr>
        <w:t xml:space="preserve"> Tôi có biết vấn đề thực sự là gì không, hay tôi đang nhìn vào một triệu chứng?</w:t>
      </w:r>
    </w:p>
    <w:p>
      <w:pPr>
        <w:spacing w:after="80"/>
        <w:ind w:left="360"/>
      </w:pPr>
      <w:r>
        <w:rPr>
          <w:b/>
          <w:i w:val="0"/>
        </w:rPr>
        <w:t>2.</w:t>
      </w:r>
      <w:r>
        <w:rPr>
          <w:b w:val="0"/>
          <w:i w:val="0"/>
        </w:rPr>
        <w:t xml:space="preserve"> Liệu nhóm có dữ liệu về vấn đề thực sự không?</w:t>
      </w:r>
    </w:p>
    <w:p>
      <w:pPr>
        <w:spacing w:after="80"/>
        <w:ind w:left="360"/>
      </w:pPr>
      <w:r>
        <w:rPr>
          <w:b/>
          <w:i w:val="0"/>
        </w:rPr>
        <w:t>3.</w:t>
      </w:r>
      <w:r>
        <w:rPr>
          <w:b w:val="0"/>
          <w:i w:val="0"/>
        </w:rPr>
        <w:t xml:space="preserve"> Vấn đề này có thật không, hay đó là một giả định hoặc ý kiến của người khác?</w:t>
      </w:r>
    </w:p>
    <w:p>
      <w:pPr>
        <w:spacing w:after="80"/>
        <w:ind w:left="360"/>
      </w:pPr>
      <w:r>
        <w:rPr>
          <w:b/>
          <w:i w:val="0"/>
        </w:rPr>
        <w:t>4.</w:t>
      </w:r>
      <w:r>
        <w:rPr>
          <w:b w:val="0"/>
          <w:i w:val="0"/>
        </w:rPr>
        <w:t xml:space="preserve"> Có một vấn đề hữu hình không, hay chỉ đơn thuần là cái tôi bị tổn thương?</w:t>
      </w:r>
    </w:p>
    <w:p>
      <w:pPr>
        <w:spacing w:after="80"/>
        <w:ind w:left="360"/>
      </w:pPr>
      <w:r>
        <w:rPr>
          <w:b/>
          <w:i w:val="0"/>
        </w:rPr>
        <w:t>5.</w:t>
      </w:r>
      <w:r>
        <w:rPr>
          <w:b w:val="0"/>
          <w:i w:val="0"/>
        </w:rPr>
        <w:t xml:space="preserve"> Tôi đang suy nghĩ bằng cảm xúc hay bằng lý trí?</w:t>
      </w:r>
    </w:p>
    <w:p>
      <w:pPr>
        <w:pStyle w:val="Heading3"/>
      </w:pPr>
      <w:r>
        <w:rPr>
          <w:rFonts w:ascii="Calibri" w:hAnsi="Calibri"/>
          <w:b/>
          <w:i w:val="0"/>
          <w:sz w:val="26"/>
        </w:rPr>
        <w:t>Trở thành dân chuyên trong việc chơi tấn công và phòng thủ</w:t>
      </w:r>
    </w:p>
    <w:p>
      <w:pPr>
        <w:spacing w:after="80"/>
      </w:pPr>
      <w:r>
        <w:rPr>
          <w:b w:val="0"/>
          <w:i w:val="0"/>
        </w:rPr>
        <w:t>Là một doanh nhân, bạn cảm thấy như mình sẽ phải đối mặt với hàng triệu kiểu quyết định khác nhau, đúng không? Thực ra, chỉ có hai loại sự kiện sẽ buộc bạn phải ra quyết định:</w:t>
      </w:r>
    </w:p>
    <w:p>
      <w:pPr>
        <w:spacing w:after="80"/>
        <w:ind w:left="360"/>
      </w:pPr>
      <w:r>
        <w:rPr>
          <w:b/>
          <w:i w:val="0"/>
        </w:rPr>
        <w:t>1.</w:t>
      </w:r>
      <w:r>
        <w:rPr>
          <w:b w:val="0"/>
          <w:i w:val="0"/>
        </w:rPr>
        <w:t xml:space="preserve"> </w:t>
      </w:r>
      <w:r>
        <w:rPr>
          <w:b/>
          <w:i w:val="0"/>
        </w:rPr>
        <w:t>Tấn công.</w:t>
      </w:r>
      <w:r>
        <w:rPr>
          <w:b w:val="0"/>
          <w:i w:val="0"/>
        </w:rPr>
        <w:t xml:space="preserve"> Cơ hội để kiếm tiền hoặc thúc đẩy doanh nghiệp hay sự nghiệp của bạn tiến lên. Những lựa chọn ở đây thường xoay quanh tăng trưởng, mở rộng, marketing và bán hàng.</w:t>
      </w:r>
    </w:p>
    <w:p>
      <w:pPr>
        <w:spacing w:after="80"/>
        <w:ind w:left="360"/>
      </w:pPr>
      <w:r>
        <w:rPr>
          <w:b/>
          <w:i w:val="0"/>
        </w:rPr>
        <w:t>2.</w:t>
      </w:r>
      <w:r>
        <w:rPr>
          <w:b w:val="0"/>
          <w:i w:val="0"/>
        </w:rPr>
        <w:t xml:space="preserve"> </w:t>
      </w:r>
      <w:r>
        <w:rPr>
          <w:b/>
          <w:i w:val="0"/>
        </w:rPr>
        <w:t>Phòng thủ.</w:t>
      </w:r>
      <w:r>
        <w:rPr>
          <w:b w:val="0"/>
          <w:i w:val="0"/>
        </w:rPr>
        <w:t xml:space="preserve"> Cơ hội để giải quyết một vấn đề, ngăn chặn việc mất tiền, hoặc ngăn chặn việc thụt lùi theo một cách nào đó. Những lựa chọn ở đây thường liên quan đến các vấn đề pháp lý như tuân thủ và bảo vệ trước đối thủ cạnh tranh hoặc những điều chỉnh của thị trường.</w:t>
      </w:r>
    </w:p>
    <w:p>
      <w:pPr>
        <w:spacing w:after="80"/>
      </w:pPr>
      <w:r>
        <w:rPr>
          <w:b w:val="0"/>
          <w:i w:val="0"/>
        </w:rPr>
        <w:t>Một khi vấn đề hoặc cơ hội bạn đang đối mặt có thể được phân loại là tấn công hay phòng thủ, nó ngay lập tức trở nên bớt đáng sợ hơn. Bạn đã dán nhãn cho nó, và dù là tấn công hay phòng thủ, bạn đều đã từng xử lý cả hai loại vấn đề này trong quá khứ. Việc ra quyết định từ đó chuyển từ một điều gì đó đáng sợ và xa lạ thành một điều gì đó có thể quản lý được.</w:t>
      </w:r>
    </w:p>
    <w:p>
      <w:pPr>
        <w:spacing w:after="80"/>
      </w:pPr>
      <w:r>
        <w:rPr>
          <w:b w:val="0"/>
          <w:i w:val="0"/>
        </w:rPr>
        <w:t>Chơi tấn công bao gồm việc tìm kiếm cơ hội để kiếm tiền hoặc thúc đẩy tăng trưởng, mở rộng, marketing và bán hàng. Chơi phòng thủ bao gồm việc giải quyết một vấn đề, ngăn chặn việc mất tiền, hoặc thụt lùi. Những vấn đề như tuân thủ, pháp lý và phòng ngừa rủi ro tài chính thuộc nhóm phòng thủ.</w:t>
      </w:r>
    </w:p>
    <w:p>
      <w:pPr>
        <w:pStyle w:val="Heading3"/>
      </w:pPr>
      <w:r>
        <w:rPr>
          <w:rFonts w:ascii="Calibri" w:hAnsi="Calibri"/>
          <w:b/>
          <w:i w:val="0"/>
          <w:sz w:val="26"/>
        </w:rPr>
        <w:t>Tính toán thiên về nghệ thuật hơn là khoa học</w:t>
      </w:r>
    </w:p>
    <w:p>
      <w:pPr>
        <w:spacing w:after="80"/>
      </w:pPr>
      <w:r>
        <w:rPr>
          <w:b w:val="0"/>
          <w:i w:val="0"/>
        </w:rPr>
        <w:t>Tôi đưa Alice Terlecky về làm giám đốc vận hành (COO) của chúng tôi. Trước đó cô ấy từng làm ở Pacific Life, một công ty bảo hiểm lớn, nơi cô ấy đã rất thành công. Sau khi cô ấy trở thành COO của chúng tôi, tôi nhận thấy việc xử lý các đơn xin bảo hiểm mất thời gian lâu một cách bất thường.</w:t>
      </w:r>
    </w:p>
    <w:p>
      <w:pPr>
        <w:spacing w:after="80"/>
      </w:pPr>
      <w:r>
        <w:rPr>
          <w:b w:val="0"/>
          <w:i w:val="0"/>
        </w:rPr>
        <w:t>Tôi thấy bực bội và muốn biết chuyện gì đang xảy ra. Tôi ngồi xuống với Alice và đề nghị cô ấy dẫn tôi đi qua chính xác những gì diễn ra khi một đơn xin được gửi đến. Tôi đặt rất nhiều câu hỏi để giúp tôi xác định được dòng chảy công việc: mỗi bước là gì, những hành động nào liên quan, và mỗi bước mất bao lâu. Đó là kiểu phân tích mà một chuyên gia tư vấn sản xuất sẽ thực hiện trên một dây chuyền lắp ráp để xác định các điểm nghẽn.</w:t>
      </w:r>
    </w:p>
    <w:p>
      <w:pPr>
        <w:spacing w:after="80"/>
      </w:pPr>
      <w:r>
        <w:rPr>
          <w:b w:val="0"/>
          <w:i w:val="0"/>
        </w:rPr>
        <w:t>Rồi tôi hỏi Alice một câu hỏi nữa: Bước nào trong số đó đòi hỏi phương pháp làm thủ công, và bước nào có thể được chạy tự động bằng công nghệ mà chúng tôi có thể mua hoặc tạo ra?</w:t>
      </w:r>
    </w:p>
    <w:p>
      <w:pPr>
        <w:spacing w:after="80"/>
      </w:pPr>
      <w:r>
        <w:rPr>
          <w:b w:val="0"/>
          <w:i w:val="0"/>
        </w:rPr>
        <w:t>Chúng tôi bàn về những chức năng nào buộc phải do con người thực hiện và những chức năng nào có thể để máy tính đảm nhiệm. Chúng tôi nhận ra rằng nếu các hãng bảo hiểm của chúng tôi có thể xử lý một bước nhất định thông qua phần mềm (lúc đó chỉ có một số ít làm được), thì thời gian xử lý đơn xin sẽ giảm đáng kể. Cuối cùng Alice giúp tôi hiểu vì sao quy trình này lại chậm đi. Cô ấy đã triển khai một hệ thống mới để giúp nâng cao chất lượng các hợp đồng bảo hiểm của chúng tôi, điều này tạo ra khác biệt lớn về trách nhiệm pháp lý tiềm ẩn của chúng tôi. Dù tôi rất vui khi nghe về việc cải thiện chất lượng, tôi vẫn muốn tăng tốc thời gian xử lý.</w:t>
      </w:r>
    </w:p>
    <w:p>
      <w:pPr>
        <w:spacing w:after="80"/>
      </w:pPr>
      <w:r>
        <w:rPr>
          <w:b w:val="0"/>
          <w:i w:val="0"/>
        </w:rPr>
        <w:t>Tôi để Alice sắp xếp một cuộc gọi với tất cả các hãng bảo hiểm chưa dùng phần mềm đó và chào mời họ. Sau đó tôi nêu vấn đề này trong cuộc họp hội đồng quản trị tiếp theo và hỏi rằng sẽ tốn bao nhiêu để cắt thêm một khoảng thời gian nữa khỏi quy trình nội bộ của chúng tôi. Chúng tôi xác định rằng, trong trường hợp tốt nhất, chúng tôi sẽ cần thuê bốn nhân viên IT với mức $150,000 một năm trong mười hai tháng để có thể làm được điều đó. Khi cộng thêm các chi phí khác, nó dễ dàng trở thành một dự án trị giá một triệu đô-la.</w:t>
      </w:r>
    </w:p>
    <w:p>
      <w:pPr>
        <w:spacing w:after="80"/>
      </w:pPr>
      <w:r>
        <w:rPr>
          <w:b w:val="0"/>
          <w:i w:val="0"/>
        </w:rPr>
        <w:t>Một triệu đô-la là một con số khiến người ta trợn mắt. Nó cũng là một con số chẳng có ý nghĩa gì nếu không phân tích thêm. Đó là lý do chúng tôi dành thời gian để bóc tách các con số:</w:t>
      </w:r>
    </w:p>
    <w:p>
      <w:pPr>
        <w:spacing w:after="80"/>
        <w:ind w:left="360"/>
      </w:pPr>
      <w:r>
        <w:t xml:space="preserve">• </w:t>
      </w:r>
      <w:r>
        <w:rPr>
          <w:b w:val="0"/>
          <w:i w:val="0"/>
        </w:rPr>
        <w:t>Chúng tôi có thể tiết kiệm năm phút thời gian xử lý cho mỗi hợp đồng bảo hiểm.</w:t>
      </w:r>
    </w:p>
    <w:p>
      <w:pPr>
        <w:spacing w:after="80"/>
        <w:ind w:left="360"/>
      </w:pPr>
      <w:r>
        <w:t xml:space="preserve">• </w:t>
      </w:r>
      <w:r>
        <w:rPr>
          <w:b w:val="0"/>
          <w:i w:val="0"/>
        </w:rPr>
        <w:t>Năm phút nhân với 30,000 hợp đồng mỗi năm là 150,000 phút (2,500 giờ).</w:t>
      </w:r>
    </w:p>
    <w:p>
      <w:pPr>
        <w:spacing w:after="80"/>
        <w:ind w:left="360"/>
      </w:pPr>
      <w:r>
        <w:t xml:space="preserve">• </w:t>
      </w:r>
      <w:r>
        <w:rPr>
          <w:b w:val="0"/>
          <w:i w:val="0"/>
        </w:rPr>
        <w:t>2,500 giờ nhân với $20 một giờ (chi phí lao động tiết kiệm được của chúng tôi) là $50,000.</w:t>
      </w:r>
    </w:p>
    <w:p>
      <w:pPr>
        <w:spacing w:after="80"/>
      </w:pPr>
      <w:r>
        <w:rPr>
          <w:b w:val="0"/>
          <w:i w:val="0"/>
        </w:rPr>
        <w:t>Lợi tức trên Thời gian Đầu tư (Investment Time Return - ITR) là một công cụ càng dùng càng thấy giá trị. Tôi đưa cho bạn tình huống này để một lần nữa bạn có thể rèn luyện cơ bắp phân tích của mình. Mỗi vấn đề bạn gặp sẽ có bộ thách thức riêng của nó. Giải quyết chúng không chỉ là chuyện "làm toán". Mà là biết cách suy nghĩ xuyên suốt một vấn đề để bạn biết nên cắm những con số nào vào. ITR chỉ hữu ích khi bạn đưa ra những giả định đúng.</w:t>
      </w:r>
    </w:p>
    <w:p>
      <w:pPr>
        <w:spacing w:after="80"/>
      </w:pPr>
      <w:r>
        <w:rPr>
          <w:b w:val="0"/>
          <w:i w:val="0"/>
        </w:rPr>
        <w:t>Trong trường hợp này, chúng tôi có thể thấy rằng sẽ mất hai mươi năm mới thu hồi được vốn đầu tư. Nếu chúng tôi dừng lại ở đó (như bất kỳ người tư duy nghiệp dư nào cũng sẽ làm), phép toán sẽ cho chúng tôi biết rằng nó không đáng.</w:t>
      </w:r>
    </w:p>
    <w:p>
      <w:pPr>
        <w:spacing w:after="80"/>
        <w:ind w:left="360"/>
      </w:pPr>
      <w:r>
        <w:rPr>
          <w:b/>
          <w:i w:val="0"/>
        </w:rPr>
        <w:t>Đầu tư:</w:t>
      </w:r>
      <w:r>
        <w:rPr>
          <w:b w:val="0"/>
          <w:i w:val="0"/>
        </w:rPr>
        <w:t xml:space="preserve"> $1 triệu</w:t>
      </w:r>
    </w:p>
    <w:p>
      <w:pPr>
        <w:spacing w:after="80"/>
        <w:ind w:left="360"/>
      </w:pPr>
      <w:r>
        <w:rPr>
          <w:b/>
          <w:i w:val="0"/>
        </w:rPr>
        <w:t>Thời gian:</w:t>
      </w:r>
      <w:r>
        <w:rPr>
          <w:b w:val="0"/>
          <w:i w:val="0"/>
        </w:rPr>
        <w:t xml:space="preserve"> 18 tháng để hoàn thành</w:t>
      </w:r>
    </w:p>
    <w:p>
      <w:pPr>
        <w:spacing w:after="80"/>
        <w:ind w:left="360"/>
      </w:pPr>
      <w:r>
        <w:rPr>
          <w:b/>
          <w:i w:val="0"/>
        </w:rPr>
        <w:t>Lợi nhuận:</w:t>
      </w:r>
      <w:r>
        <w:rPr>
          <w:b w:val="0"/>
          <w:i w:val="0"/>
        </w:rPr>
        <w:t xml:space="preserve"> $50,000 mỗi năm (dựa trên doanh số hiện tại)</w:t>
      </w:r>
    </w:p>
    <w:p>
      <w:pPr>
        <w:spacing w:after="80"/>
      </w:pPr>
      <w:r>
        <w:rPr>
          <w:b w:val="0"/>
          <w:i w:val="0"/>
        </w:rPr>
        <w:t>Đó là vào năm 2017. Vào thời điểm đó, tôi đã dự phóng mức tăng trưởng của chúng tôi cho thập kỷ tiếp theo.</w:t>
      </w:r>
    </w:p>
    <w:p>
      <w:pPr>
        <w:spacing w:after="80"/>
      </w:pPr>
      <w:r>
        <w:rPr>
          <w:b w:val="0"/>
          <w:i w:val="0"/>
        </w:rPr>
        <w:t xml:space="preserve">Trở thành một người ra quyết định giỏi là nghệ thuật nhiều hơn là khoa học. Đúng, có một phương pháp luận sẽ giúp ích. Bạn cần phải có phương pháp, và bạn cần hiểu các con số. Bạn cũng phải học cách </w:t>
      </w:r>
      <w:r>
        <w:rPr>
          <w:b w:val="0"/>
          <w:i/>
        </w:rPr>
        <w:t>phân tích</w:t>
      </w:r>
      <w:r>
        <w:rPr>
          <w:b w:val="0"/>
          <w:i w:val="0"/>
        </w:rPr>
        <w:t xml:space="preserve"> các con số. Giải bài toán làm sao xử lý các hợp đồng bảo hiểm nhanh hơn vượt xa việc chỉ xác định chi phí nhân công tiết kiệm được. Trong một số trường hợp, làm được điều đó có thể giúp chúng ta giành được hợp đồng. Ở những trường hợp khác, tăng thông lượng sẽ cải thiện mức độ hài lòng của cả khách hàng lẫn nhân viên đại lý của chúng ta. Nhưng yếu tố thực sự còn thiếu trong phân tích này chính là tốc độ tăng trưởng của chúng ta.</w:t>
      </w:r>
    </w:p>
    <w:p>
      <w:pPr>
        <w:spacing w:after="80"/>
      </w:pPr>
      <w:r>
        <w:rPr>
          <w:b w:val="0"/>
          <w:i w:val="0"/>
        </w:rPr>
        <w:t>Khi tôi ngoại suy tốc độ tăng trưởng của mình, các con số trông như thế này: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val="0"/>
                <w:i w:val="0"/>
                <w:sz w:val="19"/>
              </w:rPr>
              <w:t>Năm 1:</w:t>
            </w:r>
          </w:p>
        </w:tc>
        <w:tc>
          <w:tcPr>
            <w:tcW w:type="dxa" w:w="3120"/>
          </w:tcPr>
          <w:p>
            <w:r/>
            <w:r>
              <w:rPr>
                <w:b w:val="0"/>
                <w:i w:val="0"/>
                <w:sz w:val="19"/>
              </w:rPr>
              <w:t>30,000 hợp đồng bảo hiểm</w:t>
            </w:r>
          </w:p>
        </w:tc>
        <w:tc>
          <w:tcPr>
            <w:tcW w:type="dxa" w:w="3120"/>
          </w:tcPr>
          <w:p>
            <w:r/>
            <w:r>
              <w:rPr>
                <w:b w:val="0"/>
                <w:i w:val="0"/>
                <w:sz w:val="19"/>
              </w:rPr>
              <w:t>$50,000 tiết kiệm được</w:t>
            </w:r>
          </w:p>
        </w:tc>
      </w:tr>
      <w:tr>
        <w:tc>
          <w:tcPr>
            <w:tcW w:type="dxa" w:w="3120"/>
          </w:tcPr>
          <w:p>
            <w:r/>
            <w:r>
              <w:rPr>
                <w:b w:val="0"/>
                <w:i w:val="0"/>
                <w:sz w:val="19"/>
              </w:rPr>
              <w:t>Năm 2:</w:t>
            </w:r>
          </w:p>
        </w:tc>
        <w:tc>
          <w:tcPr>
            <w:tcW w:type="dxa" w:w="3120"/>
          </w:tcPr>
          <w:p>
            <w:r/>
            <w:r>
              <w:rPr>
                <w:b w:val="0"/>
                <w:i w:val="0"/>
                <w:sz w:val="19"/>
              </w:rPr>
              <w:t>60,000 hợp đồng bảo hiểm</w:t>
            </w:r>
          </w:p>
        </w:tc>
        <w:tc>
          <w:tcPr>
            <w:tcW w:type="dxa" w:w="3120"/>
          </w:tcPr>
          <w:p>
            <w:r/>
            <w:r>
              <w:rPr>
                <w:b w:val="0"/>
                <w:i w:val="0"/>
                <w:sz w:val="19"/>
              </w:rPr>
              <w:t>$100,000 tiết kiệm được</w:t>
            </w:r>
          </w:p>
        </w:tc>
      </w:tr>
      <w:tr>
        <w:tc>
          <w:tcPr>
            <w:tcW w:type="dxa" w:w="3120"/>
          </w:tcPr>
          <w:p>
            <w:r/>
            <w:r>
              <w:rPr>
                <w:b w:val="0"/>
                <w:i w:val="0"/>
                <w:sz w:val="19"/>
              </w:rPr>
              <w:t>Năm 3:</w:t>
            </w:r>
          </w:p>
        </w:tc>
        <w:tc>
          <w:tcPr>
            <w:tcW w:type="dxa" w:w="3120"/>
          </w:tcPr>
          <w:p>
            <w:r/>
            <w:r>
              <w:rPr>
                <w:b w:val="0"/>
                <w:i w:val="0"/>
                <w:sz w:val="19"/>
              </w:rPr>
              <w:t>120,000 hợp đồng bảo hiểm</w:t>
            </w:r>
          </w:p>
        </w:tc>
        <w:tc>
          <w:tcPr>
            <w:tcW w:type="dxa" w:w="3120"/>
          </w:tcPr>
          <w:p>
            <w:r/>
            <w:r>
              <w:rPr>
                <w:b w:val="0"/>
                <w:i w:val="0"/>
                <w:sz w:val="19"/>
              </w:rPr>
              <w:t>$200,000 tiết kiệm được</w:t>
            </w:r>
          </w:p>
        </w:tc>
      </w:tr>
      <w:tr>
        <w:tc>
          <w:tcPr>
            <w:tcW w:type="dxa" w:w="3120"/>
          </w:tcPr>
          <w:p>
            <w:r/>
            <w:r>
              <w:rPr>
                <w:b w:val="0"/>
                <w:i w:val="0"/>
                <w:sz w:val="19"/>
              </w:rPr>
              <w:t>Năm 4:</w:t>
            </w:r>
          </w:p>
        </w:tc>
        <w:tc>
          <w:tcPr>
            <w:tcW w:type="dxa" w:w="3120"/>
          </w:tcPr>
          <w:p>
            <w:r/>
            <w:r>
              <w:rPr>
                <w:b w:val="0"/>
                <w:i w:val="0"/>
                <w:sz w:val="19"/>
              </w:rPr>
              <w:t>180,000 hợp đồng bảo hiểm</w:t>
            </w:r>
          </w:p>
        </w:tc>
        <w:tc>
          <w:tcPr>
            <w:tcW w:type="dxa" w:w="3120"/>
          </w:tcPr>
          <w:p>
            <w:r/>
            <w:r>
              <w:rPr>
                <w:b w:val="0"/>
                <w:i w:val="0"/>
                <w:sz w:val="19"/>
              </w:rPr>
              <w:t>$300,000 tiết kiệm được</w:t>
            </w:r>
          </w:p>
        </w:tc>
      </w:tr>
      <w:tr>
        <w:tc>
          <w:tcPr>
            <w:tcW w:type="dxa" w:w="3120"/>
          </w:tcPr>
          <w:p>
            <w:r/>
            <w:r>
              <w:rPr>
                <w:b w:val="0"/>
                <w:i w:val="0"/>
                <w:sz w:val="19"/>
              </w:rPr>
              <w:t>Năm 5:</w:t>
            </w:r>
          </w:p>
        </w:tc>
        <w:tc>
          <w:tcPr>
            <w:tcW w:type="dxa" w:w="3120"/>
          </w:tcPr>
          <w:p>
            <w:r/>
            <w:r>
              <w:rPr>
                <w:b w:val="0"/>
                <w:i w:val="0"/>
                <w:sz w:val="19"/>
              </w:rPr>
              <w:t>240,000 hợp đồng bảo hiểm</w:t>
            </w:r>
          </w:p>
        </w:tc>
        <w:tc>
          <w:tcPr>
            <w:tcW w:type="dxa" w:w="3120"/>
          </w:tcPr>
          <w:p>
            <w:r/>
            <w:r>
              <w:rPr>
                <w:b w:val="0"/>
                <w:i w:val="0"/>
                <w:sz w:val="19"/>
              </w:rPr>
              <w:t>400.000 đô la tiết kiệm</w:t>
            </w:r>
          </w:p>
        </w:tc>
      </w:tr>
    </w:tbl>
    <w:p>
      <w:pPr>
        <w:spacing w:after="0"/>
      </w:pPr>
    </w:p>
    <w:p>
      <w:pPr>
        <w:spacing w:after="80"/>
      </w:pPr>
      <w:r>
        <w:rPr>
          <w:b w:val="0"/>
          <w:i w:val="0"/>
        </w:rPr>
        <w:t>Khi chúng tôi tính đến tốc độ tăng trưởng của mình, chúng tôi có thể thấy rằng thay vì mất hai mươi năm để hoàn vốn cho khoản đầu tư một triệu đô la, sẽ chỉ mất chưa đến năm năm. Điều tưởng như là một dự án không khả thi nhanh chóng trở thành một dự án khả thi.</w:t>
      </w:r>
    </w:p>
    <w:p>
      <w:pPr>
        <w:spacing w:after="80"/>
      </w:pPr>
      <w:r>
        <w:rPr>
          <w:b w:val="0"/>
          <w:i w:val="0"/>
        </w:rPr>
        <w:t xml:space="preserve">Đây là một điều khác tôi học được: </w:t>
      </w:r>
      <w:r>
        <w:rPr>
          <w:b w:val="0"/>
          <w:i/>
        </w:rPr>
        <w:t>Các dự án IT hầu như luôn mất nhiều thời gian hơn và tốn nhiều tiền hơn bạn tưởng</w:t>
      </w:r>
      <w:r>
        <w:rPr>
          <w:b w:val="0"/>
          <w:i w:val="0"/>
        </w:rPr>
        <w:t>. Bạn cần nghiêng về phía thận trọng khi đưa ra các giả định về thời gian và chi phí. Hóa ra, chi phí của dự án đã tăng hơn gấp đôi. Tuy nhiên, lý do lại tích cực hơn là tiêu cực. Ở mỗi giai đoạn của quá trình, chúng tôi không ngừng đào sâu để xem còn quy trình nào khác có thể tăng tốc được không. Với mỗi phát hiện mới, chi phí của dự án lại tăng lên. Tin tốt là tốc độ xử lý của chúng tôi đã tăng hơn gấp ba lần, và khoản tiết kiệm dài hạn vượt xa chi phí cuối cùng.</w:t>
      </w:r>
    </w:p>
    <w:p>
      <w:pPr>
        <w:spacing w:after="80"/>
      </w:pPr>
      <w:r>
        <w:rPr>
          <w:b w:val="0"/>
          <w:i w:val="0"/>
        </w:rPr>
        <w:t>Nhìn lại thì việc đầu tư vào quy trình xử lý của chúng tôi có vẻ là lựa chọn hiển nhiên. Nhưng hãy quay lại và nghĩ về những điểm mù tiềm ẩn. Tôi đã có thể chỉ chấp nhận rằng Alice, với kinh nghiệm dày dặn của cô ấy, đang đẩy các đơn đăng ký đi nhanh nhất có thể. Tôi đã có thể giả định rằng để cô ấy đủ kỹ lưỡng sẽ cần thêm thời gian. Tôi đã có thể đưa ra giả định rằng chi phí tăng tốc quy trình không đáng với lợi nhuận thu về.</w:t>
      </w:r>
    </w:p>
    <w:p>
      <w:pPr>
        <w:spacing w:after="80"/>
      </w:pPr>
      <w:r>
        <w:rPr>
          <w:b w:val="0"/>
          <w:i w:val="0"/>
        </w:rPr>
        <w:t>Bạn có thấy cần những gì để trở thành một người ra quyết định tuyệt vời không? Đó vừa là nghệ thuật vừa là khoa học. Phương pháp luận cho bạn cấu trúc. ITR cho bạn một công thức cụ thể. Các dự phóng của bạn cho bạn những con số để đưa vào công thức. Giữ sự tò mò nghĩa là luôn tìm cách cải thiện và điều chỉnh các dự phóng của bạn. Trí óc bạn cho bạn khả năng kết hợp tất cả lại và đưa ra quyết định đúng đắn. Cần tất cả những kỹ năng này, và hơn thế nữa, để tôi vượt qua bài kiểm tra lớn nhất của mình và sống sót qua thứ lẽ ra có thể là một vụ kiện tàn khốc.</w:t>
      </w:r>
    </w:p>
    <w:p>
      <w:pPr>
        <w:spacing w:after="80"/>
      </w:pPr>
      <w:r>
        <w:rPr>
          <w:b w:val="0"/>
          <w:i w:val="0"/>
        </w:rPr>
        <w:t>Gốc tiếng Latin của từ "decision" (quyết định) có nghĩa là "cắt đứt". Khi bạn đưa ra một quyết định, bạn bị cắt đứt khỏi việc thực hiện một hướng hành động khác. Nghe có vẻ hạn chế, nhưng không phải vậy; nó giải phóng bạn. Hơn nữa, lựa chọn thay thế là sự do dự và trì trệ.</w:t>
      </w:r>
    </w:p>
    <w:p>
      <w:pPr>
        <w:spacing w:after="80"/>
      </w:pPr>
      <w:r>
        <w:rPr>
          <w:b w:val="0"/>
          <w:i w:val="0"/>
        </w:rPr>
        <w:t>Bản tính con người là có những điểm mù. Sự lười biếng, nỗi sợ hãi và lòng tham đều khiến chúng ta chấp nhận thông tin được đưa cho và không đào sâu hơn. Kết quả là chúng ta thường bỏ lỡ một mảnh ghép quan trọng của câu đố và đưa ra những quyết định tồi—hoặc không đưa ra được những quyết định tốt.</w:t>
      </w:r>
    </w:p>
    <w:p>
      <w:pPr>
        <w:spacing w:after="80"/>
      </w:pPr>
      <w:r>
        <w:rPr>
          <w:b w:val="0"/>
          <w:i w:val="0"/>
        </w:rPr>
        <w:t xml:space="preserve">Sử dụng phương pháp luận này cùng với ITR cần thời gian, và cũng cần luyện tập. Đừng mong trở thành một bậc thầy xử lý và có thể giải </w:t>
      </w:r>
      <w:r>
        <w:rPr>
          <w:b w:val="0"/>
          <w:i/>
        </w:rPr>
        <w:t>X</w:t>
      </w:r>
      <w:r>
        <w:rPr>
          <w:b w:val="0"/>
          <w:i w:val="0"/>
        </w:rPr>
        <w:t xml:space="preserve"> ngay lập tức. Và nghe này: Nếu bạn luôn muốn mình đúng hoặc luôn sợ mình sai, bạn sẽ gặp khó khăn trong việc xử lý. Đúng hay sai tuyệt đối hoạt động như những rào cản xử lý. Mắc sai lầm là chuyện bình thường. Chính sự sẵn lòng xem xét sai lầm của mình sẽ giúp bạn không mắc lại chúng lần nữa.</w:t>
      </w:r>
    </w:p>
    <w:p>
      <w:pPr>
        <w:spacing w:after="80"/>
      </w:pPr>
      <w:r>
        <w:rPr>
          <w:b w:val="0"/>
          <w:i w:val="0"/>
        </w:rPr>
        <w:t>Hãy kiên nhẫn. Nếu bạn tiếp tục nỗ lực để trở thành một người xử lý tốt hơn, kết quả sẽ còn xứng đáng hơn thế—nó sẽ tạo ra sự khác biệt to lớn trong công việc kinh doanh và cuộc sống của bạn.</w:t>
      </w:r>
    </w:p>
    <w:p>
      <w:pPr>
        <w:pStyle w:val="Heading1"/>
      </w:pPr>
      <w:r>
        <w:rPr>
          <w:rFonts w:ascii="Calibri" w:hAnsi="Calibri"/>
          <w:b/>
          <w:i w:val="0"/>
          <w:sz w:val="40"/>
        </w:rPr>
        <w:t>BƯỚC 2</w:t>
      </w:r>
    </w:p>
    <w:p>
      <w:pPr>
        <w:spacing w:after="80"/>
      </w:pPr>
      <w:r>
        <w:rPr>
          <w:b w:val="0"/>
          <w:i w:val="0"/>
        </w:rPr>
        <w:t>Làm chủ Khả năng Lập luận</w:t>
      </w:r>
    </w:p>
    <w:p>
      <w:pPr>
        <w:spacing w:after="80"/>
      </w:pPr>
      <w:r>
        <w:rPr>
          <w:b w:val="0"/>
          <w:i w:val="0"/>
        </w:rPr>
        <w:t>SỨC MẠNH PHI THƯỜNG CỦA VIỆC XỬ LÝ VẤN ĐỀ</w:t>
      </w:r>
    </w:p>
    <w:p>
      <w:pPr>
        <w:spacing w:after="80"/>
        <w:ind w:left="360"/>
      </w:pPr>
      <w:r>
        <w:rPr>
          <w:b/>
          <w:i w:val="0"/>
        </w:rPr>
        <w:t>1.</w:t>
      </w:r>
      <w:r>
        <w:rPr>
          <w:b w:val="0"/>
          <w:i w:val="0"/>
        </w:rPr>
        <w:t xml:space="preserve"> Từ nay về sau, hãy chịu trách nhiệm 100 phần trăm cho bất cứ điều gì không thành công. Xem vai trò của bạn là người đã tạo ra vấn đề và có quyền lực để giải quyết nó. Áp dụng công thức Investment Time Return (ITR) để đưa ra quyết định tốt hơn và kéo dài nguồn lực của bạn. Suy ngẫm về bất kỳ sai lầm hoặc điểm yếu nào có thể có, và thực hiện (những) bước đi tiếp theo của bạn cho phù hợp.</w:t>
      </w:r>
    </w:p>
    <w:p>
      <w:pPr>
        <w:spacing w:after="80"/>
      </w:pPr>
      <w:r>
        <w:rPr>
          <w:b w:val="0"/>
          <w:i w:val="0"/>
        </w:rPr>
        <w:t xml:space="preserve">CÁCH GIẢI </w:t>
      </w:r>
      <w:r>
        <w:rPr>
          <w:b/>
          <w:i/>
        </w:rPr>
        <w:t>X</w:t>
      </w:r>
      <w:r>
        <w:rPr>
          <w:b w:val="0"/>
          <w:i w:val="0"/>
        </w:rPr>
        <w:t>: MỘT PHƯƠNG PHÁP LUẬN ĐỂ RA QUYẾT ĐỊNH HIỆU QUẢ</w:t>
      </w:r>
    </w:p>
    <w:p>
      <w:pPr>
        <w:spacing w:after="80"/>
        <w:ind w:left="360"/>
      </w:pPr>
      <w:r>
        <w:rPr>
          <w:b/>
          <w:i w:val="0"/>
        </w:rPr>
        <w:t>2.</w:t>
      </w:r>
      <w:r>
        <w:rPr>
          <w:b w:val="0"/>
          <w:i w:val="0"/>
        </w:rPr>
        <w:t xml:space="preserve"> Chia sẻ phương pháp luận Giải </w:t>
      </w:r>
      <w:r>
        <w:rPr>
          <w:b w:val="0"/>
          <w:i/>
        </w:rPr>
        <w:t>X</w:t>
      </w:r>
      <w:r>
        <w:rPr>
          <w:b w:val="0"/>
          <w:i w:val="0"/>
        </w:rPr>
        <w:t xml:space="preserve"> với đội ngũ lãnh đạo của bạn và sử dụng nó để xử lý ba vấn đề bạn đang gặp phải hiện nay. Bảng tính Giải </w:t>
      </w:r>
      <w:r>
        <w:rPr>
          <w:b w:val="0"/>
          <w:i/>
        </w:rPr>
        <w:t>X</w:t>
      </w:r>
      <w:r>
        <w:rPr>
          <w:b w:val="0"/>
          <w:i w:val="0"/>
        </w:rPr>
        <w:t xml:space="preserve"> có thể được tìm thấy trong Phụ lục B. Hãy chắc chắn rằng bạn xác định được nguyên nhân thực sự của chúng và lý do chúng xảy ra.</w:t>
      </w:r>
    </w:p>
    <w:p>
      <w:pPr>
        <w:jc w:val="center"/>
      </w:pPr>
      <w:r>
        <w:drawing>
          <wp:inline xmlns:a="http://schemas.openxmlformats.org/drawingml/2006/main" xmlns:pic="http://schemas.openxmlformats.org/drawingml/2006/picture">
            <wp:extent cx="1638300" cy="95250"/>
            <wp:docPr id="24" name="Picture 24"/>
            <wp:cNvGraphicFramePr>
              <a:graphicFrameLocks noChangeAspect="1"/>
            </wp:cNvGraphicFramePr>
            <a:graphic>
              <a:graphicData uri="http://schemas.openxmlformats.org/drawingml/2006/picture">
                <pic:pic>
                  <pic:nvPicPr>
                    <pic:cNvPr id="0" name="common05.jpg"/>
                    <pic:cNvPicPr/>
                  </pic:nvPicPr>
                  <pic:blipFill>
                    <a:blip r:embed="rId26"/>
                    <a:stretch>
                      <a:fillRect/>
                    </a:stretch>
                  </pic:blipFill>
                  <pic:spPr>
                    <a:xfrm>
                      <a:off x="0" y="0"/>
                      <a:ext cx="1638300" cy="95250"/>
                    </a:xfrm>
                    <a:prstGeom prst="rect"/>
                  </pic:spPr>
                </pic:pic>
              </a:graphicData>
            </a:graphic>
          </wp:inline>
        </w:drawing>
      </w:r>
    </w:p>
    <w:p>
      <w:pPr>
        <w:pStyle w:val="Heading1"/>
      </w:pPr>
      <w:r>
        <w:rPr>
          <w:rFonts w:ascii="Calibri" w:hAnsi="Calibri"/>
          <w:b/>
          <w:i w:val="0"/>
          <w:sz w:val="40"/>
        </w:rPr>
        <w:t>BƯỚC 3 LÀM CHỦ VIỆC XÂY DỰNG ĐỘI NGŨ ĐÚNG ĐẮN</w:t>
      </w:r>
    </w:p>
    <w:p>
      <w:pPr>
        <w:jc w:val="center"/>
      </w:pPr>
      <w:r>
        <w:drawing>
          <wp:inline xmlns:a="http://schemas.openxmlformats.org/drawingml/2006/main" xmlns:pic="http://schemas.openxmlformats.org/drawingml/2006/picture">
            <wp:extent cx="1333500" cy="85725"/>
            <wp:docPr id="25" name="Picture 25"/>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6 </w:t>
      </w:r>
      <w:r>
        <w:rPr>
          <w:rFonts w:ascii="Calibri" w:hAnsi="Calibri"/>
          <w:b/>
          <w:i w:val="0"/>
          <w:sz w:val="32"/>
        </w:rPr>
        <w:t>Huyền thoại về người khởi nghiệp đơn độc: Cách xây dựng đội ngũ của bạn</w:t>
      </w:r>
    </w:p>
    <w:p>
      <w:pPr>
        <w:spacing w:after="80"/>
      </w:pPr>
      <w:r>
        <w:rPr>
          <w:b w:val="0"/>
          <w:i w:val="0"/>
        </w:rPr>
        <w:t>Dù trí tuệ hay chiến lược của bạn có xuất sắc đến đâu, nếu bạn chơi một mình, bạn sẽ luôn thua một đội ngũ.</w:t>
      </w:r>
    </w:p>
    <w:p>
      <w:pPr>
        <w:spacing w:after="80"/>
        <w:jc w:val="right"/>
      </w:pPr>
      <w:r>
        <w:rPr>
          <w:b w:val="0"/>
          <w:i w:val="0"/>
        </w:rPr>
        <w:t>—Reid Hoffman, đồng sáng lập LinkedIn</w:t>
      </w:r>
    </w:p>
    <w:p>
      <w:pPr>
        <w:spacing w:after="80"/>
      </w:pPr>
      <w:r>
        <w:rPr>
          <w:b w:val="0"/>
          <w:i w:val="0"/>
        </w:rPr>
        <w:t>Dù bạn làm nghề gì, để duy trì thành công, bạn phải làm việc tốt với người khác, dù đó là khách hàng, người mua, nhân viên, nhà đầu tư, đối tác hay nhà cung cấp bên ngoài.</w:t>
      </w:r>
    </w:p>
    <w:p>
      <w:pPr>
        <w:spacing w:after="80"/>
      </w:pPr>
      <w:r>
        <w:rPr>
          <w:b w:val="0"/>
          <w:i w:val="0"/>
        </w:rPr>
        <w:t>Khi bạn nghĩ trước năm nước đi, bạn ngăn cái tôi của mình mách bảo rằng bạn có thể làm tất cả một mình. Đừng cho rằng nếu trước đây bạn đạt được nhiều thứ một mình, thì tương lai bạn sẽ đạt được nhiều hơn nữa khi làm một mình. Ở tuổi hai mươi bảy, tôi là một nhân viên bán hàng ngôi sao và một quản lý bán hàng tầm thường. Tôi phải học cách quản lý con người một cách khó nhọc. Cuối cùng, tôi cũng tiến bộ. Ở tuổi ba mươi, tôi đã trở thành một quản lý bán hàng vững vàng, nhưng lại là một nhà sáng lập chật vật. Ngay cả khi đã điều hành công ty được năm năm, tôi vẫn thấy mình chỉ là một CEO trung bình. Chính lúc đó tôi nhận ra rằng chỉ nghĩ lớn một mình sẽ không hoàn thành được công việc. Tôi cần một đội ngũ phù hợp để có thể biến việc mở rộng quy mô doanh nghiệp thành hiện thực.</w:t>
      </w:r>
    </w:p>
    <w:p>
      <w:pPr>
        <w:spacing w:after="80"/>
      </w:pPr>
      <w:r>
        <w:rPr>
          <w:b w:val="0"/>
          <w:i w:val="0"/>
        </w:rPr>
        <w:t>Mục tiêu của tôi là giúp bạn tránh được phần lớn nỗi khổ mà tôi từng trải qua bằng cách chỉ cho bạn cách xây dựng đội ngũ của mình. Làm việc hiệu quả với người khác sẽ tạo nên sự khác biệt giữa việc tận hưởng quá trình và việc tuyệt vọng tìm một công việc làm công ăn lương trong khi trốn dưới gầm bàn. Trong chương này, tôi sẽ trao cho bạn một hộp công cụ để:</w:t>
      </w:r>
    </w:p>
    <w:p>
      <w:pPr>
        <w:spacing w:after="80"/>
        <w:ind w:left="360"/>
      </w:pPr>
      <w:r>
        <w:rPr>
          <w:b/>
          <w:i w:val="0"/>
        </w:rPr>
        <w:t>1.</w:t>
      </w:r>
      <w:r>
        <w:rPr>
          <w:b w:val="0"/>
          <w:i w:val="0"/>
        </w:rPr>
        <w:t xml:space="preserve"> Cách chọn đối tác kinh doanh và cố vấn (consigliere) của bạn</w:t>
      </w:r>
    </w:p>
    <w:p>
      <w:pPr>
        <w:spacing w:after="80"/>
        <w:ind w:left="360"/>
      </w:pPr>
      <w:r>
        <w:rPr>
          <w:b/>
          <w:i w:val="0"/>
        </w:rPr>
        <w:t>2.</w:t>
      </w:r>
      <w:r>
        <w:rPr>
          <w:b w:val="0"/>
          <w:i w:val="0"/>
        </w:rPr>
        <w:t xml:space="preserve"> Cách cải thiện việc giữ chân nhân viên (tạo ra "còng tay vàng")</w:t>
      </w:r>
    </w:p>
    <w:p>
      <w:pPr>
        <w:spacing w:after="80"/>
        <w:ind w:left="360"/>
      </w:pPr>
      <w:r>
        <w:rPr>
          <w:b/>
          <w:i w:val="0"/>
        </w:rPr>
        <w:t>3.</w:t>
      </w:r>
      <w:r>
        <w:rPr>
          <w:b w:val="0"/>
          <w:i w:val="0"/>
        </w:rPr>
        <w:t xml:space="preserve"> Cách khiến nhân viên của bạn làm việc hết công suất</w:t>
      </w:r>
    </w:p>
    <w:p>
      <w:pPr>
        <w:spacing w:after="80"/>
        <w:ind w:left="360"/>
      </w:pPr>
      <w:r>
        <w:rPr>
          <w:b/>
          <w:i w:val="0"/>
        </w:rPr>
        <w:t>4.</w:t>
      </w:r>
      <w:r>
        <w:rPr>
          <w:b w:val="0"/>
          <w:i w:val="0"/>
        </w:rPr>
        <w:t xml:space="preserve"> Cách tuyển dụng và sa thải thành viên trong đội mà không tạo ra kẻ thù</w:t>
      </w:r>
    </w:p>
    <w:p>
      <w:pPr>
        <w:pStyle w:val="Heading3"/>
      </w:pPr>
      <w:r>
        <w:rPr>
          <w:rFonts w:ascii="Calibri" w:hAnsi="Calibri"/>
          <w:b/>
          <w:i w:val="0"/>
          <w:sz w:val="26"/>
        </w:rPr>
        <w:t>Bạn cung cấp chương trình phúc lợi gì?</w:t>
      </w:r>
    </w:p>
    <w:p>
      <w:pPr>
        <w:spacing w:after="80"/>
      </w:pPr>
      <w:r>
        <w:rPr>
          <w:b w:val="0"/>
          <w:i w:val="0"/>
        </w:rPr>
        <w:t>Để tiến bước tiếp theo từ một người khởi nghiệp đơn độc hay người làm thêm giờ, tốt nhất bạn nên có câu trả lời hay cho câu hỏi này:</w:t>
      </w:r>
    </w:p>
    <w:p>
      <w:pPr>
        <w:jc w:val="center"/>
      </w:pPr>
      <w:r>
        <w:drawing>
          <wp:inline xmlns:a="http://schemas.openxmlformats.org/drawingml/2006/main" xmlns:pic="http://schemas.openxmlformats.org/drawingml/2006/picture">
            <wp:extent cx="5486400" cy="1466997"/>
            <wp:docPr id="26" name="Picture 26"/>
            <wp:cNvGraphicFramePr>
              <a:graphicFrameLocks noChangeAspect="1"/>
            </wp:cNvGraphicFramePr>
            <a:graphic>
              <a:graphicData uri="http://schemas.openxmlformats.org/drawingml/2006/picture">
                <pic:pic>
                  <pic:nvPicPr>
                    <pic:cNvPr id="0" name="f0092-01.jpg"/>
                    <pic:cNvPicPr/>
                  </pic:nvPicPr>
                  <pic:blipFill>
                    <a:blip r:embed="rId27"/>
                    <a:stretch>
                      <a:fillRect/>
                    </a:stretch>
                  </pic:blipFill>
                  <pic:spPr>
                    <a:xfrm>
                      <a:off x="0" y="0"/>
                      <a:ext cx="5486400" cy="1466997"/>
                    </a:xfrm>
                    <a:prstGeom prst="rect"/>
                  </pic:spPr>
                </pic:pic>
              </a:graphicData>
            </a:graphic>
          </wp:inline>
        </w:drawing>
      </w:r>
    </w:p>
    <w:p>
      <w:pPr>
        <w:spacing w:after="80"/>
      </w:pPr>
      <w:r>
        <w:rPr>
          <w:b w:val="0"/>
          <w:i w:val="0"/>
        </w:rPr>
        <w:t>Câu hỏi này cũng liên quan không kém nếu hiện tại bạn là một CEO.</w:t>
      </w:r>
    </w:p>
    <w:p>
      <w:pPr>
        <w:spacing w:after="80"/>
      </w:pPr>
      <w:r>
        <w:rPr>
          <w:b w:val="0"/>
          <w:i w:val="0"/>
        </w:rPr>
        <w:t xml:space="preserve">Trước khi công ty của bạn lớn mạnh, bạn không tuyển người về cho công ty; bạn tuyển họ về cho </w:t>
      </w:r>
      <w:r>
        <w:rPr>
          <w:b w:val="0"/>
          <w:i/>
        </w:rPr>
        <w:t>chính bạn</w:t>
      </w:r>
      <w:r>
        <w:rPr>
          <w:b w:val="0"/>
          <w:i w:val="0"/>
        </w:rPr>
        <w:t>. Ban đầu, vì mọi người đang "mua" bạn—và bạn có thể không có nguồn lực để cung cấp một kế hoạch 401(k) quy mô lớn—tốt nhất bạn nên cung cấp một chương trình phúc lợi hấp dẫn. Về sau, bạn sẽ tuyển người về cho doanh nghiệp của mình. Ngay cả khi đó, bạn vẫn phải không ngừng cải thiện chương trình phúc lợi, nếu không những người giỏi nhất của bạn sẽ rời đi sang một công ty có chương trình tốt hơn.</w:t>
      </w:r>
    </w:p>
    <w:p>
      <w:pPr>
        <w:spacing w:after="80"/>
      </w:pPr>
      <w:r>
        <w:rPr>
          <w:b w:val="0"/>
          <w:i w:val="0"/>
        </w:rPr>
        <w:t>Hãy tự hỏi câu này: Nếu mọi người đến gần bạn hơn, liệu họ có thắng không? Liệu cuộc sống của họ có tốt hơn không? Bạn có một bản lý lịch—một danh sách những câu chuyện thành công của những người mà cuộc đời được làm phong phú thêm nhờ ở cạnh bạn—không? Nói cách khác, hãy nghĩ xem bạn đang cung cấp chương trình phúc lợi gì cho những nhân viên tiềm năng. Nếu bạn muốn thu hút người giỏi, họ cần tin rằng bạn có điều gì đó để mang lại cho họ.</w:t>
      </w:r>
    </w:p>
    <w:p>
      <w:pPr>
        <w:spacing w:after="80"/>
      </w:pPr>
      <w:r>
        <w:rPr>
          <w:b w:val="0"/>
          <w:i w:val="0"/>
        </w:rPr>
        <w:t>Thay vì ích kỷ và tìm xem mình có thể lấy gì từ người khác, tôi học cách tập trung vào những gì tôi có thể cho đi—và tôi đã nâng cao giá trị của chính mình trong quá trình đó. Sự chuyển dịch tư duy đó—chỉ một quyết định đó—đã thay đổi cuộc đời tôi theo hướng tốt đẹp hơn. Tôi ngừng hỏi người khác có thể làm cuộc sống của tôi tốt hơn như thế nào, mà thay vào đó, tôi hỏi: Làm sao tôi có thể làm cuộc sống của mọi người tốt hơn chỉ bằng những phúc lợi mà tôi mang lại cho họ?</w:t>
      </w:r>
    </w:p>
    <w:p>
      <w:pPr>
        <w:spacing w:after="80"/>
      </w:pPr>
      <w:r>
        <w:rPr>
          <w:b w:val="0"/>
          <w:i w:val="0"/>
        </w:rPr>
        <w:t>Bạn sẽ biết mình đang thành công trong cuộc sống khi người khác đang chiến thắng đơn giản chỉ vì được gắn bó với bạn. Điều đó có thể dựa trên tấm gương bạn noi theo, các mối quan hệ của bạn, sự huấn luyện của bạn, kiến thức của bạn, hoặc tình yêu nghiêm khắc của bạn. Hãy nghĩ về ba câu hỏi này:</w:t>
      </w:r>
    </w:p>
    <w:p>
      <w:pPr>
        <w:spacing w:after="80"/>
        <w:ind w:left="360"/>
      </w:pPr>
      <w:r>
        <w:rPr>
          <w:b/>
          <w:i w:val="0"/>
        </w:rPr>
        <w:t>1.</w:t>
      </w:r>
      <w:r>
        <w:rPr>
          <w:b w:val="0"/>
          <w:i w:val="0"/>
        </w:rPr>
        <w:t xml:space="preserve"> Hiện tại bạn đang mang lại lợi ích gì cho người khác?</w:t>
      </w:r>
    </w:p>
    <w:p>
      <w:pPr>
        <w:spacing w:after="80"/>
        <w:ind w:left="360"/>
      </w:pPr>
      <w:r>
        <w:rPr>
          <w:b/>
          <w:i w:val="0"/>
        </w:rPr>
        <w:t>2.</w:t>
      </w:r>
      <w:r>
        <w:rPr>
          <w:b w:val="0"/>
          <w:i w:val="0"/>
        </w:rPr>
        <w:t xml:space="preserve"> Mọi người tiến bộ theo cách nào khi gắn bó với bạn?</w:t>
      </w:r>
    </w:p>
    <w:p>
      <w:pPr>
        <w:spacing w:after="80"/>
        <w:ind w:left="360"/>
      </w:pPr>
      <w:r>
        <w:rPr>
          <w:b/>
          <w:i w:val="0"/>
        </w:rPr>
        <w:t>3.</w:t>
      </w:r>
      <w:r>
        <w:rPr>
          <w:b w:val="0"/>
          <w:i w:val="0"/>
        </w:rPr>
        <w:t xml:space="preserve"> Bạn đã thay đổi tích cực bao nhiêu cuộc đời trong năm qua?</w:t>
      </w:r>
    </w:p>
    <w:p>
      <w:pPr>
        <w:spacing w:after="80"/>
      </w:pPr>
      <w:r>
        <w:rPr>
          <w:b w:val="0"/>
          <w:i w:val="0"/>
        </w:rPr>
        <w:t>Một khi bạn đã có thành tích về những người mà bạn làm giàu cho họ, bạn có thể bắt đầu thu hút mọi người vào đội của mình. Hãy nghĩ về những người bạn cần giúp đỡ bạn, không chỉ để làm tốt ngay hôm nay mà còn để đạt được những mục tiêu sâu xa, dài hạn của bạn. Hãy chăm sóc họ, và họ sẽ ủng hộ bạn.</w:t>
      </w:r>
    </w:p>
    <w:p>
      <w:pPr>
        <w:spacing w:after="80"/>
      </w:pPr>
      <w:r>
        <w:rPr>
          <w:b w:val="0"/>
          <w:i w:val="0"/>
        </w:rPr>
        <w:t>Lời khuyên này không chỉ dành cho những CEO đầy tham vọng; nó cũng phù hợp không kém với các giám đốc điều hành đã thành danh.</w:t>
      </w:r>
    </w:p>
    <w:p>
      <w:pPr>
        <w:spacing w:after="80"/>
      </w:pPr>
      <w:r>
        <w:rPr>
          <w:b w:val="0"/>
          <w:i w:val="0"/>
        </w:rPr>
        <w:t>Một số CEO mắc sai lầm khi nghĩ rằng việc tuyển dụng kết thúc khi một người gia nhập công ty. Thực tế là khi bạn tuyển được nhân tài hàng đầu, bạn sẽ phải liên tục tuyển dụng lại nhân tài đó.</w:t>
      </w:r>
    </w:p>
    <w:p>
      <w:pPr>
        <w:spacing w:after="80"/>
      </w:pPr>
      <w:r>
        <w:rPr>
          <w:b w:val="0"/>
          <w:i w:val="0"/>
        </w:rPr>
        <w:t>Thật ngây thơ khi nghĩ rằng các thành viên trong đội của bạn không liên tục nhận được lời mời từ các công ty khác nhau. Có lý do tại sao có quá nhiều headhunter (săn đầu người) ngoài kia. Công việc của họ là tuyển mất những người giỏi nhất của bạn và gửi họ đến các công ty khác đang cần đúng những người mà bạn có. Các headhunter được trả hậu hĩnh để cướp đi những người giỏi nhất của bạn; bạn có thể chắc chắn rằng họ đang nhắm đến họ, vì vậy tốt hơn hết bạn nên đảm bảo mình biết cách giữ chân họ. Tùy thuộc vào quy mô doanh nghiệp, một headhunter kiếm được từ $30,000 đến $60,000 để đưa một CFO về chỗ làm. Phí để đưa một CEO về chỗ làm bắt đầu từ khoảng $80,000 và có thể lên tới $500,000.</w:t>
      </w:r>
    </w:p>
    <w:p>
      <w:pPr>
        <w:spacing w:after="80"/>
      </w:pPr>
      <w:r>
        <w:rPr>
          <w:b w:val="0"/>
          <w:i w:val="0"/>
        </w:rPr>
        <w:t>Những người bạn tuyển dụng cũng đang theo dõi bạn rất kỹ. Họ liên tục đánh giá lại chương trình phúc lợi, và nếu nó không theo kịp kỳ vọng của họ, họ sẽ bắt đầu tìm nơi khác. Đặc biệt, những người giỏi nhất của bạn đang theo dõi bạn để xem liệu bạn có liên tục phát triển bản thân và tìm cách đưa công ty lên tầm cao mới hay không. Họ muốn xem liệu bạn có đang mang về những nhân tài hàng đầu khác để tiếp tục gia tăng giá trị của công ty hay không. Cho họ thấy rằng bạn đang làm tất cả những điều này là một phần của việc tuyển dụng lại những người giỏi nhất của bạn. Điều đó không bao giờ có thể dừng lại.</w:t>
      </w:r>
    </w:p>
    <w:p>
      <w:pPr>
        <w:pStyle w:val="Heading4"/>
      </w:pPr>
      <w:r>
        <w:rPr>
          <w:rFonts w:ascii="Calibri" w:hAnsi="Calibri"/>
          <w:b/>
          <w:i w:val="0"/>
          <w:sz w:val="23"/>
        </w:rPr>
        <w:t>Những Câu Hỏi Mà Mọi Người Sẽ Hỏi (Và Bạn Phải Trả Lời) Khi Họ Đang Quyết Định Làm Việc Cho Bạn</w:t>
      </w:r>
    </w:p>
    <w:p>
      <w:pPr>
        <w:spacing w:after="80"/>
        <w:ind w:left="360"/>
      </w:pPr>
      <w:r>
        <w:rPr>
          <w:b/>
          <w:i w:val="0"/>
        </w:rPr>
        <w:t>1.</w:t>
      </w:r>
      <w:r>
        <w:rPr>
          <w:b w:val="0"/>
          <w:i w:val="0"/>
        </w:rPr>
        <w:t xml:space="preserve"> Điều gì làm cho công ty của bạn khác biệt so với đối thủ cạnh tranh?</w:t>
      </w:r>
    </w:p>
    <w:p>
      <w:pPr>
        <w:spacing w:after="80"/>
        <w:ind w:left="360"/>
      </w:pPr>
      <w:r>
        <w:rPr>
          <w:b/>
          <w:i w:val="0"/>
        </w:rPr>
        <w:t>2.</w:t>
      </w:r>
      <w:r>
        <w:rPr>
          <w:b w:val="0"/>
          <w:i w:val="0"/>
        </w:rPr>
        <w:t xml:space="preserve"> Điều gì tách biệt khả năng lãnh đạo của bạn so với người khác?</w:t>
      </w:r>
    </w:p>
    <w:p>
      <w:pPr>
        <w:spacing w:after="80"/>
        <w:ind w:left="360"/>
      </w:pPr>
      <w:r>
        <w:rPr>
          <w:b/>
          <w:i w:val="0"/>
        </w:rPr>
        <w:t>3.</w:t>
      </w:r>
      <w:r>
        <w:rPr>
          <w:b w:val="0"/>
          <w:i w:val="0"/>
        </w:rPr>
        <w:t xml:space="preserve"> Bạn có một quy tắc danh dự không? Bạn có thể hiện nó không?</w:t>
      </w:r>
    </w:p>
    <w:p>
      <w:pPr>
        <w:spacing w:after="80"/>
        <w:ind w:left="360"/>
      </w:pPr>
      <w:r>
        <w:rPr>
          <w:b/>
          <w:i w:val="0"/>
        </w:rPr>
        <w:t>4.</w:t>
      </w:r>
      <w:r>
        <w:rPr>
          <w:b w:val="0"/>
          <w:i w:val="0"/>
        </w:rPr>
        <w:t xml:space="preserve"> Họ sẽ nhận được chương trình phúc lợi gì khi gắn bó với bạn?</w:t>
      </w:r>
    </w:p>
    <w:p>
      <w:pPr>
        <w:spacing w:after="80"/>
        <w:ind w:left="360"/>
      </w:pPr>
      <w:r>
        <w:rPr>
          <w:b/>
          <w:i w:val="0"/>
        </w:rPr>
        <w:t>5.</w:t>
      </w:r>
      <w:r>
        <w:rPr>
          <w:b w:val="0"/>
          <w:i w:val="0"/>
        </w:rPr>
        <w:t xml:space="preserve"> Mọi người có liên tục thấy bạn đang phát triển không? Họ có thể nhận ra rằng bạn đang tiến hóa không?</w:t>
      </w:r>
    </w:p>
    <w:p>
      <w:pPr>
        <w:pStyle w:val="Heading3"/>
      </w:pPr>
      <w:r>
        <w:rPr>
          <w:rFonts w:ascii="Calibri" w:hAnsi="Calibri"/>
          <w:b/>
          <w:i w:val="0"/>
          <w:sz w:val="26"/>
        </w:rPr>
        <w:t>Ai Cũng Cần Một Consigliere (Cố Vấn Thân Tín): Tìm Kiếm Những Cố Vấn Đáng Tin Cậy</w:t>
      </w:r>
    </w:p>
    <w:p>
      <w:pPr>
        <w:spacing w:after="80"/>
      </w:pPr>
      <w:r>
        <w:rPr>
          <w:b w:val="0"/>
          <w:i w:val="0"/>
        </w:rPr>
        <w:t>Ngay cả những doanh nhân vĩ đại nhất cũng không hành động đơn độc. Vì nhiều lý do, họ cần sự giúp đỡ. Mỗi ngày họ chỉ có bấy nhiêu giờ. Kiến thức của họ chỉ giới hạn trong một số lĩnh vực nhất định. Họ cần những góc nhìn khác để giúp định hình góc nhìn của chính mình.</w:t>
      </w:r>
    </w:p>
    <w:p>
      <w:pPr>
        <w:spacing w:after="80"/>
      </w:pPr>
      <w:r>
        <w:rPr>
          <w:b w:val="0"/>
          <w:i w:val="0"/>
        </w:rPr>
        <w:t>Trong một gia đình Mafia, có một vị trí được thiết kế riêng để đưa ra lời khuyên khôn ngoan: consigliere (cố vấn). Điều tương tự cũng đúng trong thế giới kinh doanh. Warren Buffett có thể là người xuất hiện trên các tiêu đề, nhưng Charlie Munger là người không thể thiếu cho thành công của ông. Steve Jobs có Steve Wozniak. Bill Gates có Paul Allen. Mark Zuckerberg có Sean Parker để thách thức ông mở rộng tầm nhìn, và sau đó là Sheryl Sandberg để thực hiện tầm nhìn đó.</w:t>
      </w:r>
    </w:p>
    <w:p>
      <w:pPr>
        <w:spacing w:after="80"/>
      </w:pPr>
      <w:r>
        <w:rPr>
          <w:b w:val="0"/>
          <w:i w:val="0"/>
        </w:rPr>
        <w:t xml:space="preserve">Patty McCord đã làm việc mười bốn năm tại Netflix và là tác giả của cuốn </w:t>
      </w:r>
      <w:r>
        <w:rPr>
          <w:b w:val="0"/>
          <w:i/>
        </w:rPr>
        <w:t>Powerful: Building a Culture of Freedom and Responsibility</w:t>
      </w:r>
      <w:r>
        <w:rPr>
          <w:b w:val="0"/>
          <w:i w:val="0"/>
        </w:rPr>
        <w:t>. Chuyên môn của bà là quản lý nguồn nhân lực; chức danh của bà tại Netflix là giám đốc nhân tài (chief talent officer). Theo tôi, giá trị lớn nhất của bà là việc thách thức CEO Reed Hastings. Khi tôi phỏng vấn bà, bà kể một câu chuyện về lần Hastings phải có một bài phát biểu quan trọng vào ngày hôm sau. McCord nhận thấy vẻ mặt ngượng ngùng của ông khi ông đang gõ lia lịa trên bàn phím máy tính.</w:t>
      </w:r>
    </w:p>
    <w:p>
      <w:pPr>
        <w:spacing w:after="80"/>
      </w:pPr>
      <w:r>
        <w:rPr>
          <w:b w:val="0"/>
          <w:i w:val="0"/>
        </w:rPr>
        <w:t>Bà nghi ngờ rằng Hastings đang làm điều đã giúp ông thành công với tư cách cá nhân, thay vì điều ông cần làm với tư cách một nhà lãnh đạo. Bà tiến sát mặt ông và nói: "Ông đang sửa lỗi. Đừng làm kỹ sư geek nữa, hãy làm một nhà lãnh đạo." Hãy nhớ rằng Hastings có quyền sa thải bà. Không những ông giữ bà lại suốt mười bốn năm, họ còn từng đi chung xe đến chỗ làm. Tại sao? Vì bà không ngại thách thức ông và chỉ ra những điểm mù của ông.</w:t>
      </w:r>
    </w:p>
    <w:p>
      <w:pPr>
        <w:spacing w:after="80"/>
      </w:pPr>
      <w:r>
        <w:rPr>
          <w:b w:val="0"/>
          <w:i w:val="0"/>
        </w:rPr>
        <w:t>Những nhà lãnh đạo thiếu tự tin bao quanh mình bằng "những người chỉ biết vâng lời". Những nhà lãnh đạo hiệu quả bao quanh mình bằng những người thách thức họ. Họ cũng tìm và thuê những người thông minh hơn họ rất nhiều—đặc biệt là trong những lĩnh vực mà họ còn yếu.</w:t>
      </w:r>
    </w:p>
    <w:p>
      <w:pPr>
        <w:spacing w:after="80"/>
      </w:pPr>
      <w:r>
        <w:rPr>
          <w:b w:val="0"/>
          <w:i w:val="0"/>
        </w:rPr>
        <w:t>Trong các video của tôi, bạn liên tục nghe tôi nói về Mario. Anh ấy là một trong những người tôi dựa vào nhiều nhất. Khi tôi mới bắt đầu làm video, tôi gặp khó khăn trước ống kính. Mario có cách tuyệt vời để khai thác một màn trình diễn tốt hơn từ tôi mà không khiến tôi cảm thấy tự ti. Dù về mặt kỹ thuật anh ấy làm việc cho tôi, anh ấy không ngần ngại giữ tôi theo tiêu chuẩn cao hơn mà chúng tôi đã đặt ra cho nội dung và thương hiệu.</w:t>
      </w:r>
    </w:p>
    <w:p>
      <w:pPr>
        <w:spacing w:after="80"/>
      </w:pPr>
      <w:r>
        <w:rPr>
          <w:b w:val="0"/>
          <w:i w:val="0"/>
        </w:rPr>
        <w:t>Người cố vấn tương lai của bạn có thể là người bạn đã biết. Điều quan trọng cần tìm kiếm là những giá trị tương đồng nhưng tính khí khác biệt. Nếu bạn thiếu kiên nhẫn và nóng nảy, bạn muốn một người điềm tĩnh và thận trọng. Nếu bạn là người hướng nội, hãy tìm một người hướng ngoại. Nếu xu hướng của bạn là hay phán xét và không tha thứ, hãy tìm một người biết đồng cảm và chấp nhận. Bất kể tính khí thế nào, điều quan trọng là người đó phải điềm tĩnh và làm chủ được cảm xúc của mình.</w:t>
      </w:r>
    </w:p>
    <w:p>
      <w:pPr>
        <w:spacing w:after="80"/>
      </w:pPr>
      <w:r>
        <w:rPr>
          <w:b w:val="0"/>
          <w:i w:val="0"/>
        </w:rPr>
        <w:t>Cả trong công việc lẫn trong cuộc sống, tôi rất kén chọn người mà tôi cho vào vòng thân tín của mình. Một trong những lý do tôi cưới vợ tôi, Jennifer Bet-David, là vì cô ấy là người duy nhất có thể làm tôi bình tĩnh lại. Với những khía cạnh khác nhau của cuộc sống, tôi đã vun đắp một nhóm nhỏ những người mà tôi có thể tìm đến để xin lời khuyên về những chủ đề khác nhau.</w:t>
      </w:r>
    </w:p>
    <w:p>
      <w:pPr>
        <w:spacing w:after="80"/>
      </w:pPr>
      <w:r>
        <w:rPr>
          <w:b w:val="0"/>
          <w:i w:val="0"/>
        </w:rPr>
        <w:t>Tôi coi trọng sự cân bằng đến mức khi đang ở giữa một quyết định lớn, tôi thường mời hai cá tính khác nhau vào phòng họp để giúp xử lý một vấn đề. Hiệu quả nhất là khi hai người đó hoàn toàn đối lập nhau. Sau khi tôi trình bày vấn đề với họ, tôi chỉ ngồi đó và xem họ qua lại với nhau. Thỉnh thoảng, tôi sẽ đặt một câu hỏi để châm thêm lửa. Tôi muốn chắc chắn rằng mình nghe được những lập luận thuyết phục nhất cho mọi phía của vấn đề. Sự va chạm của hai ý kiến đưa tôi đến gần sự thật hơn.</w:t>
      </w:r>
    </w:p>
    <w:p>
      <w:pPr>
        <w:spacing w:after="80"/>
      </w:pPr>
      <w:r>
        <w:rPr>
          <w:b w:val="0"/>
          <w:i w:val="0"/>
        </w:rPr>
        <w:t xml:space="preserve">Tôi có một người bạn chuyên tạo nội dung bằng chữ viết. Anh ấy thiếu kiên nhẫn, và niềm tin chính của anh là sự hoàn hảo là kẻ thù của sự hoàn thành. Đối tác của anh thì kiên nhẫn đến mức thái quá và tin rằng sự gấp gáp là kẻ thù của tính chuyên nghiệp. Cách tiếp cận âm dương của họ tạo ra sự cân bằng hoàn hảo. Mario và tôi cũng có một động lực tương tự. Chúng tôi không cần phải </w:t>
      </w:r>
      <w:r>
        <w:rPr>
          <w:b w:val="0"/>
          <w:i/>
        </w:rPr>
        <w:t>giả vờ</w:t>
      </w:r>
      <w:r>
        <w:rPr>
          <w:b w:val="0"/>
          <w:i w:val="0"/>
        </w:rPr>
        <w:t xml:space="preserve"> đóng vai cảnh sát tốt/cảnh sát xấu. Vì chúng tôi có những giá trị tương đồng nhưng tính khí khác biệt, anh ấy tự nhiên cân bằng tôi và cứu tôi khỏi việc trở thành kẻ thù tồi tệ nhất của chính mình. Anh ấy sẽ nói với bạn rằng tôi cũng đã cứu anh ấy trong nhiều dịp, và chúng tôi cười về những câu chuyện đó khi cùng làm việc và đi lại với nhau. Dù tôi yêu thích những con số đến đâu, việc có một người để tôi cùng suy ngẫm và hồi tưởng có giá trị vượt xa những gì tôi có thể bắt đầu định lượng được.</w:t>
      </w:r>
    </w:p>
    <w:p>
      <w:pPr>
        <w:pStyle w:val="Heading4"/>
      </w:pPr>
      <w:r>
        <w:rPr>
          <w:rFonts w:ascii="Calibri" w:hAnsi="Calibri"/>
          <w:b/>
          <w:i w:val="0"/>
          <w:sz w:val="23"/>
        </w:rPr>
        <w:t>Một Cố vấn Đáng tin cậy</w:t>
      </w:r>
    </w:p>
    <w:p>
      <w:pPr>
        <w:spacing w:after="80"/>
        <w:ind w:left="360"/>
      </w:pPr>
      <w:r>
        <w:rPr>
          <w:b/>
          <w:i w:val="0"/>
        </w:rPr>
        <w:t>1.</w:t>
      </w:r>
      <w:r>
        <w:rPr>
          <w:b w:val="0"/>
          <w:i w:val="0"/>
        </w:rPr>
        <w:t xml:space="preserve"> Có kỹ năng xử lý vấn đề, có khả năng suy nghĩ trước nhiều nước đi</w:t>
      </w:r>
    </w:p>
    <w:p>
      <w:pPr>
        <w:spacing w:after="80"/>
        <w:ind w:left="360"/>
      </w:pPr>
      <w:r>
        <w:rPr>
          <w:b/>
          <w:i w:val="0"/>
        </w:rPr>
        <w:t>2.</w:t>
      </w:r>
      <w:r>
        <w:rPr>
          <w:b w:val="0"/>
          <w:i w:val="0"/>
        </w:rPr>
        <w:t xml:space="preserve"> Có những giá trị tương tự như bạn nhưng tính khí khác biệt (mạnh ở nơi bạn yếu)</w:t>
      </w:r>
    </w:p>
    <w:p>
      <w:pPr>
        <w:spacing w:after="80"/>
        <w:ind w:left="360"/>
      </w:pPr>
      <w:r>
        <w:rPr>
          <w:b/>
          <w:i w:val="0"/>
        </w:rPr>
        <w:t>3.</w:t>
      </w:r>
      <w:r>
        <w:rPr>
          <w:b w:val="0"/>
          <w:i w:val="0"/>
        </w:rPr>
        <w:t xml:space="preserve"> Điềm tĩnh dưới áp lực</w:t>
      </w:r>
    </w:p>
    <w:p>
      <w:pPr>
        <w:spacing w:after="80"/>
        <w:ind w:left="360"/>
      </w:pPr>
      <w:r>
        <w:rPr>
          <w:b/>
          <w:i w:val="0"/>
        </w:rPr>
        <w:t>4.</w:t>
      </w:r>
      <w:r>
        <w:rPr>
          <w:b w:val="0"/>
          <w:i w:val="0"/>
        </w:rPr>
        <w:t xml:space="preserve"> Không ngại thách thức bạn và chỉ ra những điểm mù của bạn</w:t>
      </w:r>
    </w:p>
    <w:p>
      <w:pPr>
        <w:spacing w:after="80"/>
        <w:ind w:left="360"/>
      </w:pPr>
      <w:r>
        <w:rPr>
          <w:b/>
          <w:i w:val="0"/>
        </w:rPr>
        <w:t>5.</w:t>
      </w:r>
      <w:r>
        <w:rPr>
          <w:b w:val="0"/>
          <w:i w:val="0"/>
        </w:rPr>
        <w:t xml:space="preserve"> Trung thành, không có mưu đồ cá nhân</w:t>
      </w:r>
    </w:p>
    <w:p>
      <w:pPr>
        <w:pStyle w:val="Heading3"/>
      </w:pPr>
      <w:r>
        <w:rPr>
          <w:rFonts w:ascii="Calibri" w:hAnsi="Calibri"/>
          <w:b/>
          <w:i w:val="0"/>
          <w:sz w:val="26"/>
        </w:rPr>
        <w:t>Đừng Để Donnie Brasco Lọt Vào Doanh Nghiệp Của Bạn</w:t>
      </w:r>
    </w:p>
    <w:p>
      <w:pPr>
        <w:spacing w:after="80"/>
      </w:pPr>
      <w:r>
        <w:rPr>
          <w:b w:val="0"/>
          <w:i w:val="0"/>
        </w:rPr>
        <w:t>Một trong những sai lầm tồi tệ nhất mà các doanh nhân mắc phải là không thẩm tra kỹ lưỡng (due diligence) trước khi tuyển dụng một nhân sự chủ chốt. Bạn thuê một người được giới thiệu rất nhiệt tình. Anh ta làm việc xuất sắc, và ai cũng quý mến anh ta. Bạn thăng chức cho anh ta cho đến khi anh ta nắm giữ một vị trí có tầm ảnh hưởng trong công ty. Bạn tin tưởng anh ta tuyệt đối, chia sẻ thông tin không chút dè dặt. Bạn không thể tưởng tượng nổi rằng anh ta sẽ làm bất cứ điều gì phản bội lòng tin của bạn.</w:t>
      </w:r>
    </w:p>
    <w:p>
      <w:pPr>
        <w:spacing w:after="80"/>
      </w:pPr>
      <w:r>
        <w:rPr>
          <w:b w:val="0"/>
          <w:i w:val="0"/>
        </w:rPr>
        <w:t>Cho đến khi anh ta làm vậy.</w:t>
      </w:r>
    </w:p>
    <w:p>
      <w:pPr>
        <w:spacing w:after="80"/>
      </w:pPr>
      <w:r>
        <w:rPr>
          <w:b w:val="0"/>
          <w:i w:val="0"/>
        </w:rPr>
        <w:t>Có thể bạn đã xem bộ phim hoặc đọc cuốn sách về Donnie Brasco, cái tên mà đặc vụ FBI chìm Joe Pistone sử dụng khi thâm nhập vào Mafia. Ông đã hoạt động bí mật trong sáu năm với tư cách thành viên của gia đình Bonanno, giành được lòng tin của những nhân vật cấp cao nhất, bao gồm cả trùm tội phạm Dominick Napolitano, còn gọi là Sonny Black. Nhờ công việc nằm vùng của Pistone, FBI đã bắt giữ 212 tên tội phạm.</w:t>
      </w:r>
    </w:p>
    <w:p>
      <w:pPr>
        <w:spacing w:after="80"/>
      </w:pPr>
      <w:r>
        <w:rPr>
          <w:b w:val="0"/>
          <w:i w:val="0"/>
        </w:rPr>
        <w:t>Sau sáu năm, FBI muốn rút Pistone ra, nhưng Pistone khăng khăng đòi ở lại lâu hơn để trở thành một "made man" (thành viên chính thức của Mafia). Cuối cùng các đặc vụ FBI đến gặp Sonny Black và nói với ông rằng người mà ông biết với cái tên Donnie Brasco thực ra là một đặc vụ FBI. Sonny đáp: "Tôi không tin."</w:t>
      </w:r>
    </w:p>
    <w:p>
      <w:pPr>
        <w:spacing w:after="80"/>
      </w:pPr>
      <w:r>
        <w:rPr>
          <w:b w:val="0"/>
          <w:i w:val="0"/>
        </w:rPr>
        <w:t>Cuối cùng, Sonny Black bị sát hại và thi thể của ông được tìm thấy với đôi bàn tay bị chặt đứt. Các trùm Mafia vô cùng tức giận với Sonny vì đã để một kẻ chỉ điểm lọt vào tổ chức của họ. Việc kẻ chỉ điểm đó đã bắt tay với tất cả bọn họ chính là sự sỉ nhục tột cùng.</w:t>
      </w:r>
    </w:p>
    <w:p>
      <w:pPr>
        <w:spacing w:after="80"/>
      </w:pPr>
      <w:r>
        <w:rPr>
          <w:b w:val="0"/>
          <w:i w:val="0"/>
        </w:rPr>
        <w:t>Có lẽ không có nhóm người nào đa nghi, thiếu tin tưởng hơn Mafia, vậy mà các thành viên của nó lại tin tưởng gã mà họ biết với cái tên Donnie Brasco. Đó là bài học tôi muốn bạn thấm nhuần: bạn phải thẩm tra kỹ lưỡng dù cho người ta có vẻ đáng tin đến đâu. Điều này đặc biệt đúng nếu bạn định cho họ quyền truy cập vào những thông tin nhạy cảm mà bạn không muốn đối thủ có được. Hãy dành thời gian với họ. Đặt câu hỏi cho họ. Hỏi người khác về họ. Quan sát cách họ hành xử. Bạn không bao giờ có thể biết chắc chắn liệu người ta có đáng tin hay không, nhưng bạn có thể cảm nhận được họ là người thế nào. Điều đó có thể đủ để bạn trao lòng tin cho họ, ít nhất là trong một số tình huống và một số lĩnh vực nhất định của doanh nghiệp.</w:t>
      </w:r>
    </w:p>
    <w:p>
      <w:pPr>
        <w:spacing w:after="80"/>
      </w:pPr>
      <w:r>
        <w:rPr>
          <w:b w:val="0"/>
          <w:i w:val="0"/>
        </w:rPr>
        <w:t>Tôi đã hỏi Michael McGowan, một đặc vụ FBI chìm với ba mươi năm kinh nghiệm, người từng làm việc sát cánh với băng đảng Nga, ba gia đình Cosa Nostra và Sinaloa Cartel, một tổ chức tội phạm quốc tế, rằng tại sao gia đình Bonanno lại để Brasco thâm nhập sâu đến vậy vào gia đình họ. Câu trả lời của ông rất đơn giản: lòng tham. Câu chuyện về Donnie Brasco là một câu chuyện cảnh tỉnh hoàn hảo để nhắc bạn hãy nghiên cứu trước khi cho ai đó quyền truy cập vào thông tin nội bộ về công ty của bạn.</w:t>
      </w:r>
    </w:p>
    <w:p>
      <w:pPr>
        <w:spacing w:after="80"/>
      </w:pPr>
      <w:r>
        <w:rPr>
          <w:b w:val="0"/>
          <w:i w:val="0"/>
        </w:rPr>
        <w:t>Các doanh nhân thích nghĩ rằng họ hiểu người của mình hơn cả bác sĩ trị liệu hay vợ/chồng của họ, nhưng điều đó không đúng chút nào. Bạn không biết liệu cánh tay phải của mình có vấn đề cờ bạc thầm kín hay không. Bạn không biết liệu CFO của mình có dễ đưa ra quyết định tồi tệ vì một biến cố đau thương trong đời hay không. Thay vì nghĩ rằng mình có thể nhìn thấu tâm hồn người khác, hãy bắt đầu dùng dữ liệu và một cách tiếp cận có hệ thống để nghiên cứu những người bạn mới tuyển.</w:t>
      </w:r>
    </w:p>
    <w:p>
      <w:pPr>
        <w:pStyle w:val="Heading4"/>
      </w:pPr>
      <w:r>
        <w:rPr>
          <w:rFonts w:ascii="Calibri" w:hAnsi="Calibri"/>
          <w:b/>
          <w:i w:val="0"/>
          <w:sz w:val="23"/>
        </w:rPr>
        <w:t>Năm Câu Hỏi Bạn Phải Trả Lời Trước Khi Tuyển Dụng Bất Kỳ Nhân Sự Quan Trọng Nào</w:t>
      </w:r>
    </w:p>
    <w:p>
      <w:pPr>
        <w:spacing w:after="80"/>
        <w:ind w:left="360"/>
      </w:pPr>
      <w:r>
        <w:rPr>
          <w:b/>
          <w:i w:val="0"/>
        </w:rPr>
        <w:t>1.</w:t>
      </w:r>
      <w:r>
        <w:rPr>
          <w:b w:val="0"/>
          <w:i w:val="0"/>
        </w:rPr>
        <w:t xml:space="preserve"> Bạn đã gọi cho bao nhiêu người tham chiếu và thuộc loại nào? Bạn có nói chuyện với những người khác từng làm việc với ứng viên về việc anh ta hoặc cô ta là người như thế nào không?</w:t>
      </w:r>
    </w:p>
    <w:p>
      <w:pPr>
        <w:spacing w:after="80"/>
        <w:ind w:left="360"/>
      </w:pPr>
      <w:r>
        <w:rPr>
          <w:b/>
          <w:i w:val="0"/>
        </w:rPr>
        <w:t>2.</w:t>
      </w:r>
      <w:r>
        <w:rPr>
          <w:b w:val="0"/>
          <w:i w:val="0"/>
        </w:rPr>
        <w:t xml:space="preserve"> Người này có dễ mến (lý do bạn tuyển họ) nhưng lại thiếu một bộ kỹ năng quan trọng nào đó không?</w:t>
      </w:r>
    </w:p>
    <w:p>
      <w:pPr>
        <w:spacing w:after="80"/>
        <w:ind w:left="360"/>
      </w:pPr>
      <w:r>
        <w:rPr>
          <w:b/>
          <w:i w:val="0"/>
        </w:rPr>
        <w:t>3.</w:t>
      </w:r>
      <w:r>
        <w:rPr>
          <w:b w:val="0"/>
          <w:i w:val="0"/>
        </w:rPr>
        <w:t xml:space="preserve"> Bạn có tiến hành kiểm tra lý lịch để xác định liệu có điều gì trong quá khứ của họ có thể là dấu hiệu đáng ngờ không?</w:t>
      </w:r>
    </w:p>
    <w:p>
      <w:pPr>
        <w:spacing w:after="80"/>
        <w:ind w:left="360"/>
      </w:pPr>
      <w:r>
        <w:rPr>
          <w:b/>
          <w:i w:val="0"/>
        </w:rPr>
        <w:t>4.</w:t>
      </w:r>
      <w:r>
        <w:rPr>
          <w:b w:val="0"/>
          <w:i w:val="0"/>
        </w:rPr>
        <w:t xml:space="preserve"> Bạn có thắc mắc về bất cứ điều gì đáng nghi trên sơ yếu lý lịch của họ không; ví dụ, nếu người đó nghỉ phép dài hạn hai năm, bạn có đào sâu để tìm hiểu lý do không?</w:t>
      </w:r>
    </w:p>
    <w:p>
      <w:pPr>
        <w:spacing w:after="80"/>
        <w:ind w:left="360"/>
      </w:pPr>
      <w:r>
        <w:rPr>
          <w:b/>
          <w:i w:val="0"/>
        </w:rPr>
        <w:t>5.</w:t>
      </w:r>
      <w:r>
        <w:rPr>
          <w:b w:val="0"/>
          <w:i w:val="0"/>
        </w:rPr>
        <w:t xml:space="preserve"> Hợp đồng bạn đưa ra có bao gồm thời gian thử việc từ 90 đến 120 ngày không? Điều này sẽ cho bạn đủ thời gian để đánh giá hiệu suất của nhân viên mới. Nó cũng cho nhân viên mới thời gian để biết mình cần cải thiện điều gì và nỗ lực làm điều đó.</w:t>
      </w:r>
    </w:p>
    <w:p>
      <w:pPr>
        <w:spacing w:after="80"/>
      </w:pPr>
      <w:r>
        <w:rPr>
          <w:b w:val="0"/>
          <w:i w:val="0"/>
        </w:rPr>
        <w:t xml:space="preserve">Tôi không thể nhấn mạnh đủ tầm quan trọng của việc phải kỹ lưỡng khi tuyển dụng. Tuyển nhầm người, và bạn sẽ phải trả giá mỗi ngày. Trong một bài báo tháng 1 năm 2014 trên </w:t>
      </w:r>
      <w:r>
        <w:rPr>
          <w:b w:val="0"/>
          <w:i/>
        </w:rPr>
        <w:t>Harvard Business Review</w:t>
      </w:r>
      <w:r>
        <w:rPr>
          <w:b w:val="0"/>
          <w:i w:val="0"/>
        </w:rPr>
        <w:t>, Patty McCord đã giải thích lý do:</w:t>
      </w:r>
    </w:p>
    <w:p>
      <w:pPr>
        <w:spacing w:after="80"/>
      </w:pPr>
      <w:r>
        <w:rPr>
          <w:b w:val="0"/>
          <w:i w:val="0"/>
        </w:rPr>
        <w:t>Nếu bạn cẩn thận tuyển những người đặt lợi ích công ty lên hàng đầu, những người hiểu và ủng hộ mong muốn có một môi trường làm việc hiệu suất cao, thì 97% nhân viên của bạn sẽ làm điều đúng đắn. Hầu hết các công ty dành vô số thời gian và tiền bạc để soạn thảo và thực thi các chính sách nhân sự nhằm đối phó với những vấn đề mà 3% còn lại có thể gây ra. Thay vào đó, chúng tôi cố gắng rất nhiều để không tuyển những người đó, và chúng tôi để họ ra đi nếu hóa ra mình đã tuyển nhầm.</w:t>
      </w:r>
    </w:p>
    <w:p>
      <w:pPr>
        <w:pStyle w:val="Heading3"/>
      </w:pPr>
      <w:r>
        <w:rPr>
          <w:rFonts w:ascii="Calibri" w:hAnsi="Calibri"/>
          <w:b/>
          <w:i w:val="0"/>
          <w:sz w:val="26"/>
        </w:rPr>
        <w:t>Cho Tôi Một Phần: Trao Cổ Phần Để Xây Dựng Đội Ngũ</w:t>
      </w:r>
    </w:p>
    <w:p>
      <w:pPr>
        <w:spacing w:after="80"/>
      </w:pPr>
      <w:r>
        <w:rPr>
          <w:b w:val="0"/>
          <w:i w:val="0"/>
        </w:rPr>
        <w:t>Tại sao Hoa Kỳ là quốc gia dẫn đầu về nhập cư? Tại sao nơi đây có hơn 44 triệu người nhập cư, nhiều hơn hẳn quốc gia đứng thứ hai? Hoa Kỳ không có dân số lớn nhất hay diện tích đất nhiều nhất, nhưng nơi đây có điều mà tương đối ít quốc gia khác có thể mang lại: cơ hội sở hữu cổ phần và xây dựng tài sản. Người ta có thể đến Hoa Kỳ, khởi nghiệp và sở hữu nó; họ có thể mua một mảnh đất hay một tòa nhà và sở hữu nó. Đây chính là giấc mơ Mỹ, cơ hội sở hữu một phần của đất nước này.</w:t>
      </w:r>
    </w:p>
    <w:p>
      <w:pPr>
        <w:spacing w:after="80"/>
      </w:pPr>
      <w:r>
        <w:rPr>
          <w:b w:val="0"/>
          <w:i w:val="0"/>
        </w:rPr>
        <w:t>Kết quả là Hoa Kỳ thu hút được những người giỏi nhất, chăm chỉ nhất. Bạn có muốn thu hút những người giỏi nhất, chăm chỉ nhất về công ty mình không? Hãy cho họ một phần của nó.</w:t>
      </w:r>
    </w:p>
    <w:p>
      <w:pPr>
        <w:spacing w:after="80"/>
      </w:pPr>
      <w:r>
        <w:rPr>
          <w:b w:val="0"/>
          <w:i w:val="0"/>
        </w:rPr>
        <w:t>Đầu sự nghiệp, tôi làm việc cho một công ty nơi tôi là một trong những nhân viên bán hàng kiếm được nhiều nhất. Tôi không hài lòng với cách công ty được điều hành, và như tôi đã đề cập trước đó, tôi đã viết một lá thư dài mười sáu trang gửi ban lãnh đạo. Một trong những yêu cầu của tôi là họ cho những người chủ chốt của mình cơ hội sở hữu cổ phần hoặc chia sẻ lợi nhuận.</w:t>
      </w:r>
    </w:p>
    <w:p>
      <w:pPr>
        <w:spacing w:after="80"/>
      </w:pPr>
      <w:r>
        <w:rPr>
          <w:b w:val="0"/>
          <w:i w:val="0"/>
        </w:rPr>
        <w:t>Không có quyền sở hữu hay chia sẻ lợi nhuận, tôi chỉ thấy mình là một nhân viên mà thôi. Khi không được cấp cổ phần, dù là nhân viên bán hàng ngôi sao của công ty, tôi vẫn là một đối thủ chứ không phải một đối tác. Mất tôi sẽ làm giảm doanh thu của công ty đi vài triệu đô-la. Tất cả những gì cần để giữ tôi lại chỉ là cho tôi một chút động lực nhỏ nhất để tôi cảm thấy mình như một người chủ.</w:t>
      </w:r>
    </w:p>
    <w:p>
      <w:pPr>
        <w:spacing w:after="80"/>
      </w:pPr>
      <w:r>
        <w:rPr>
          <w:b w:val="0"/>
          <w:i w:val="0"/>
        </w:rPr>
        <w:t>Ban lãnh đạo nói không. Hơn nữa, họ tin chắc rằng tôi sẽ không bao giờ rời đi, vì tôi sẽ mất các khoản gia hạn hợp đồng và hoa hồng thặng dư béo bở từ hàng nghìn khách hàng mà tôi đang phụ trách. Kế hoạch của tôi là giúp phát triển công ty thành đại lý bảo hiểm lớn nhất và một ngày nào đó trở thành CEO của hãng.</w:t>
      </w:r>
    </w:p>
    <w:p>
      <w:pPr>
        <w:spacing w:after="80"/>
      </w:pPr>
      <w:r>
        <w:rPr>
          <w:b w:val="0"/>
          <w:i w:val="0"/>
        </w:rPr>
        <w:t>Tôi nói: "Các người nghĩ các khoản gia hạn của tôi đủ để giữ tôi lại sao? Các người tin rằng tôi suy nghĩ nhỏ bé đến thế à? Các người điên rồi."</w:t>
      </w:r>
    </w:p>
    <w:p>
      <w:pPr>
        <w:spacing w:after="80"/>
      </w:pPr>
      <w:r>
        <w:rPr>
          <w:b w:val="0"/>
          <w:i w:val="0"/>
        </w:rPr>
        <w:t>Tôi ra đi. Nhưng nhu cầu về cổ phần không chỉ đúng với riêng tôi. Nó đúng với bất kỳ ai có tham vọng, mơ ước lớn và có tài năng. Tôi luôn khuyên những người làm việc cho các doanh nhân điều này: Hãy đến gặp người đứng đầu, và hỏi bạn có thể làm gì để sở hữu một phần công ty. Nếu người đó nói "Không có gì", hãy ra đi. Nếu người đó nói "Có gì đó", hãy ở lại và đạt được những mục tiêu mà hai bên cùng đặt ra như điều kiện để sở hữu cổ phần.</w:t>
      </w:r>
    </w:p>
    <w:p>
      <w:pPr>
        <w:spacing w:after="80"/>
      </w:pPr>
      <w:r>
        <w:rPr>
          <w:b w:val="0"/>
          <w:i w:val="0"/>
        </w:rPr>
        <w:t>Bạn sẽ không nhận được gì mà không bỏ ra gì đâu. Đừng nói: "Tôi cực kỳ tài năng và thành đạt, nên hãy cho tôi một phần công ty." Bạn phải đạt được thành tựu để có được điều mình muốn, và miễn là các cột mốc công bằng, đó là thỏa thuận tốt cho cả doanh nhân lẫn những người làm việc hiệu suất cao của anh ta. Dùng việc ra đi như một lời đe dọa cũng không hiệu quả. Mấu chốt là hỏi xem bạn cần đạt được những thành tựu cụ thể nào để giành được cổ phần.</w:t>
      </w:r>
    </w:p>
    <w:p>
      <w:pPr>
        <w:spacing w:after="80"/>
      </w:pPr>
      <w:r>
        <w:rPr>
          <w:b w:val="0"/>
          <w:i w:val="0"/>
        </w:rPr>
        <w:t>Nếu bạn sở hữu một doanh nghiệp, bạn có thể có những e ngại về việc trao cổ phần. Bạn có thể đang nghĩ: "Ừ thì Pat làm được điều này vì anh ấy có một công ty khổng lồ với doanh thu lớn, nhưng tôi không lớn như vậy, nên tôi không thể đưa ra thỏa thuận kiểu đó." Bạn chỉ đang nghĩ trước một nước đi. Hãy so sánh mức độ suy nghĩ đó với một đại kiện tướng, người nhìn thấy đủ số nước đi phía trước để nhận ra tiềm năng tăng trưởng. Này, tôi không bảo bạn bắt đầu vung vãi cổ phần trong công ty mình. Điều tôi muốn nói là trao dù chỉ một vài cổ phần cũng đủ để khiến người ta cảm thấy như họ có phần góp mặt trong cuộc chơi và là những đối tác dài hạn.</w:t>
      </w:r>
    </w:p>
    <w:p>
      <w:pPr>
        <w:spacing w:after="80"/>
      </w:pPr>
      <w:r>
        <w:rPr>
          <w:b w:val="0"/>
          <w:i w:val="0"/>
        </w:rPr>
        <w:t>Nếu bạn có tư duy khan hiếm, bạn luôn nghĩ rằng không có đủ, hoặc một thảm họa nào đó sắp ập đến khiến bạn không có đủ.</w:t>
      </w:r>
    </w:p>
    <w:p>
      <w:pPr>
        <w:spacing w:after="80"/>
      </w:pPr>
      <w:r>
        <w:rPr>
          <w:b w:val="0"/>
          <w:i w:val="0"/>
        </w:rPr>
        <w:t>Nếu bạn có niềm tin 100% vào sự thật tương lai của mình, bạn sẽ nghĩ khác đi. Nếu niềm tin chưa đủ, hãy làm toán. Giả sử công ty bạn đạt doanh thu trung bình 10 triệu đô-la trong năm năm qua với biên lợi nhuận 15%. Đó là 1,5 triệu đô-la thu nhập ròng. Bạn quyết định muốn tuyển Johnny để giúp bạn phát triển việc kinh doanh, nhưng Johnny khăng khăng đòi hoặc một phần cổ phần hoặc một khoản thưởng. Ban đầu, bạn chùn bước trước điều đó. Johnny nói với bạn rằng nếu anh ấy giúp đưa việc kinh doanh từ 10 triệu lên 15 triệu đô-la, anh ấy muốn một khoản thưởng 250.000 đô-la. Phản ứng ban đầu của bạn là bạn không thể chi trả khoản tiền lớn đến vậy.</w:t>
      </w:r>
    </w:p>
    <w:p>
      <w:pPr>
        <w:spacing w:after="80"/>
      </w:pPr>
      <w:r>
        <w:rPr>
          <w:b w:val="0"/>
          <w:i w:val="0"/>
        </w:rPr>
        <w:t>Bạn làm toán. Thu nhập ròng của bạn sẽ đi từ 1,5 triệu lên 2,25 triệu đô-la. Sao bạn có thể tiếc Johnny 250.000 đô-la, khi lợi nhuận tăng lên như vậy? Về cơ bản đó là một cuộc trao đổi hai ăn một có lợi cho bạn. Sự chăm chỉ của Johnny sẽ đưa 500.000 đô-la vào két của công ty. (Ví dụ này giả định rằng công ty bạn chưa tăng trưởng. Nếu đã tăng trưởng, bạn sẽ thiết kế khoản khuyến khích dựa trên khả năng của anh ấy trong việc vượt qua mức tăng trưởng hiện tại. Ví dụ, nếu công ty đã tăng trưởng 20% trong ba năm qua và Johnny có thể nâng nó lên 50%, thì 30% tăng thêm đó sẽ được ghi công cho anh ấy.)</w:t>
      </w:r>
    </w:p>
    <w:p>
      <w:pPr>
        <w:spacing w:after="80"/>
      </w:pPr>
      <w:r>
        <w:rPr>
          <w:b w:val="0"/>
          <w:i w:val="0"/>
        </w:rPr>
        <w:t>Lý do duy nhất để nói không là bạn đang nghĩ ngắn hạn. Nếu bạn vẫn phản đối, nghĩ rằng mọi người trong công ty sẽ muốn điều tương tự, thì tư duy ngắn hạn của bạn đang đào bạn vào một cơn ác mộng logic. Hãy nghĩ xem: Còn gì tốt hơn việc mọi người trong công ty bạn đều muốn tạo ra nhiều lợi nhuận hơn để gia tăng cả tài sản của họ lẫn của bạn?</w:t>
      </w:r>
    </w:p>
    <w:p>
      <w:pPr>
        <w:spacing w:after="80"/>
      </w:pPr>
      <w:r>
        <w:rPr>
          <w:b w:val="0"/>
          <w:i w:val="0"/>
        </w:rPr>
        <w:t xml:space="preserve">Bạn có nghĩ Bill Gates tiếc nuối tất cả khối tài sản được tạo ra bởi những người làm việc tại Microsoft không? Gates không </w:t>
      </w:r>
      <w:r>
        <w:rPr>
          <w:b w:val="0"/>
          <w:i/>
        </w:rPr>
        <w:t>cho không</w:t>
      </w:r>
      <w:r>
        <w:rPr>
          <w:b w:val="0"/>
          <w:i w:val="0"/>
        </w:rPr>
        <w:t xml:space="preserve"> người ta cổ phần. Vì ông ấy nghĩ trước nhiều nước đi, ông ấy </w:t>
      </w:r>
      <w:r>
        <w:rPr>
          <w:b w:val="0"/>
          <w:i/>
        </w:rPr>
        <w:t>trao</w:t>
      </w:r>
      <w:r>
        <w:rPr>
          <w:b w:val="0"/>
          <w:i w:val="0"/>
        </w:rPr>
        <w:t xml:space="preserve"> cổ phần cho những ai xứng đáng với nó. Tôi đọc được một ước tính rằng Microsoft đã tạo ra ba tỷ phú (đừng quên Steve Ballmer) và 12.000 triệu phú.</w:t>
      </w:r>
    </w:p>
    <w:p>
      <w:pPr>
        <w:spacing w:after="80"/>
      </w:pPr>
      <w:r>
        <w:rPr>
          <w:b w:val="0"/>
          <w:i w:val="0"/>
        </w:rPr>
        <w:t>Bạn có bắt đầu thấy rằng cách để xây dựng sự giàu có là trao cho người khác cơ hội cùng xây dựng nó với bạn không?</w:t>
      </w:r>
    </w:p>
    <w:p>
      <w:pPr>
        <w:spacing w:after="80"/>
      </w:pPr>
      <w:r>
        <w:rPr>
          <w:b w:val="0"/>
          <w:i w:val="0"/>
        </w:rPr>
        <w:t>Một số người được thúc đẩy bởi cổ phần, một số bởi chia sẻ lợi nhuận, một số bởi mức lương cao, một số bởi tiền thưởng, và những người khác nữa bởi sự an toàn lâu dài. Không có hai người nào giống nhau. Điều mấu chốt là tạo ra đúng loại kế hoạch đãi ngộ (compensation plan) để thu hút và giữ chân đúng loại tài năng mà bạn đang tìm kiếm.</w:t>
      </w:r>
    </w:p>
    <w:p>
      <w:pPr>
        <w:spacing w:after="80"/>
      </w:pPr>
      <w:r>
        <w:rPr>
          <w:b w:val="0"/>
          <w:i w:val="0"/>
        </w:rPr>
        <w:t>Cá nhân tôi thích cổ phần và chia sẻ lợi nhuận hơn là tiền thưởng, vì nó làm tăng khả năng những người phù hợp sẽ gắn bó với bạn lâu dài (tôi sẽ giải thích thêm về điều đó ở mục tiếp theo). Thêm nữa, cũng giống như chủ nhà đối xử với ngôi nhà của họ tốt hơn người thuê nhà, một khi bạn trao cho mọi người quyền sở hữu trong công ty, tư duy của họ sẽ thay đổi. Đột nhiên, họ làm việc cho chính mình và có động lực để gia tăng không chỉ thu nhập của bản thân mà còn cả giá trị của công ty.</w:t>
      </w:r>
    </w:p>
    <w:p>
      <w:pPr>
        <w:spacing w:after="80"/>
      </w:pPr>
      <w:r>
        <w:rPr>
          <w:b w:val="0"/>
          <w:i w:val="0"/>
        </w:rPr>
        <w:t>Tất cả những điều này nghe có vẻ như là lẽ thường, nhưng rất dễ mắc phải kiểu "tiếc đồng xu mà lỗ cả đồng bảng" (penny wise and pound foolish). Lấy ví dụ một công ty châu Âu, một trong những nhà sản xuất pin lớn nhất lục địa. Họ tìm đến tôi vì công ty chỉ tăng trưởng 2 phần trăm mỗi năm. Khi tôi gặp vị CEO, câu hỏi đầu tiên tôi đặt ra là "Ông trả cho nhân viên bán hàng của mình bao nhiêu?"</w:t>
      </w:r>
    </w:p>
    <w:p>
      <w:pPr>
        <w:spacing w:after="80"/>
      </w:pPr>
      <w:r>
        <w:rPr>
          <w:b w:val="0"/>
          <w:i w:val="0"/>
        </w:rPr>
        <w:t>"Hai nghìn năm trăm đô-la mỗi tháng."</w:t>
      </w:r>
    </w:p>
    <w:p>
      <w:pPr>
        <w:spacing w:after="80"/>
      </w:pPr>
      <w:r>
        <w:rPr>
          <w:b w:val="0"/>
          <w:i w:val="0"/>
        </w:rPr>
        <w:t>"Được, nhưng họ có thể nhận thêm bao nhiêu nữa ngoài mức đó?" tôi hỏi.</w:t>
      </w:r>
    </w:p>
    <w:p>
      <w:pPr>
        <w:spacing w:after="80"/>
      </w:pPr>
      <w:r>
        <w:rPr>
          <w:b w:val="0"/>
          <w:i w:val="0"/>
        </w:rPr>
        <w:t>"Tôi không hiểu," ông ấy nói.</w:t>
      </w:r>
    </w:p>
    <w:p>
      <w:pPr>
        <w:spacing w:after="80"/>
      </w:pPr>
      <w:r>
        <w:rPr>
          <w:b w:val="0"/>
          <w:i w:val="0"/>
        </w:rPr>
        <w:t>"Ý tôi là ngoài mức lương ra, họ nhận được bao nhiêu cho hiệu suất làm việc?"</w:t>
      </w:r>
    </w:p>
    <w:p>
      <w:pPr>
        <w:spacing w:after="80"/>
      </w:pPr>
      <w:r>
        <w:rPr>
          <w:b w:val="0"/>
          <w:i w:val="0"/>
        </w:rPr>
        <w:t>"Không có gì cả."</w:t>
      </w:r>
    </w:p>
    <w:p>
      <w:pPr>
        <w:spacing w:after="80"/>
      </w:pPr>
      <w:r>
        <w:rPr>
          <w:b w:val="0"/>
          <w:i w:val="0"/>
        </w:rPr>
        <w:t>"Không có gì cả?"</w:t>
      </w:r>
    </w:p>
    <w:p>
      <w:pPr>
        <w:spacing w:after="80"/>
      </w:pPr>
      <w:r>
        <w:rPr>
          <w:b w:val="0"/>
          <w:i w:val="0"/>
        </w:rPr>
        <w:t>Tôi không thể tin nổi. Bạn sẽ làm việc chăm chỉ đến mức nào nếu tất cả những gì bạn có thể mong đợi chỉ là 2.500 đô-la mỗi tháng, bất kể hiệu suất của bạn ra sao?</w:t>
      </w:r>
    </w:p>
    <w:p>
      <w:pPr>
        <w:spacing w:after="80"/>
      </w:pPr>
      <w:r>
        <w:rPr>
          <w:b w:val="0"/>
          <w:i w:val="0"/>
        </w:rPr>
        <w:t>Ông ấy đã thay đổi kế hoạch đãi ngộ, tập trung vào việc triển khai một kế hoạch chia sẻ lợi nhuận. Không lâu sau khi ông ấy đưa nó vào áp dụng, tốc độ tăng trưởng của công ty đã tăng thêm 25 phần trăm. Đôi khi chìa khóa của sự tăng trưởng đang ở ngay trước mắt bạn. Hãy thay đổi kế hoạch đãi ngộ để mọi người cảm thấy như thể họ đã được "trao một phần", và họ sẽ làm việc chăm chỉ hơn, lâu hơn và sáng tạo hơn.</w:t>
      </w:r>
    </w:p>
    <w:p>
      <w:pPr>
        <w:pStyle w:val="Heading3"/>
      </w:pPr>
      <w:r>
        <w:rPr>
          <w:rFonts w:ascii="Calibri" w:hAnsi="Calibri"/>
          <w:b/>
          <w:i w:val="0"/>
          <w:sz w:val="26"/>
        </w:rPr>
        <w:t>Đừng Bỏ Cuộc Ngay Từ Buổi Hẹn Đầu: Cách Tạo Ra "Còng Tay Vàng" (Golden Handcuffs)</w:t>
      </w:r>
    </w:p>
    <w:p>
      <w:pPr>
        <w:spacing w:after="80"/>
      </w:pPr>
      <w:r>
        <w:rPr>
          <w:b w:val="0"/>
          <w:i w:val="0"/>
        </w:rPr>
        <w:t>Đây là chiến lược: Hãy trao cổ phần cho những người chủ chốt của bạn, nhưng đừng làm điều đó ngay lập tức. Hãy để họ giành lấy nó.</w:t>
      </w:r>
    </w:p>
    <w:p>
      <w:pPr>
        <w:spacing w:after="80"/>
      </w:pPr>
      <w:r>
        <w:rPr>
          <w:b w:val="0"/>
          <w:i w:val="0"/>
        </w:rPr>
        <w:t>Bạn có thể thông minh và nhạy bén, nhưng không ai đọc được suy nghĩ của người khác. Những nhân viên tiềm năng có thể trông rất tuyệt vời ngay từ cái nhìn đầu tiên, nhưng bạn phải hiểu rõ họ trước khi đầu tư vào họ. Bằng cách tạo ra một khoảng thời gian chờ đợi để trao cổ phần, điều đó cho họ thời gian để "bán" cho bạn thấy rằng họ thuộc về nơi này. Tôi luôn "bán" chính mình cho nhân viên của mình. Đó là một phần công việc của tôi, liên tục chiêu mộ họ vào sứ mệnh và tầm nhìn của chúng tôi. Tôi "bán" cho họ về số tiền họ có thể kiếm được, về tương lai họ có thể có. Tôi "bán" cho họ về văn hóa công ty. Tôi tin vào công ty mà mình đã tạo ra, và tôi muốn đảm bảo rằng họ cũng tin vào nó.</w:t>
      </w:r>
    </w:p>
    <w:p>
      <w:pPr>
        <w:spacing w:after="80"/>
      </w:pPr>
      <w:r>
        <w:rPr>
          <w:b w:val="0"/>
          <w:i w:val="0"/>
        </w:rPr>
        <w:t>Khi mọi người được tuyển dụng, họ thường ngừng "bán" chính mình. Họ nghĩ rằng mình đã vào được rồi, nên cứ thế mà làm việc của mình. Không. Tôi cần cảm nhận rằng nhân viên của tôi muốn ở đó, rằng họ hào hứng về điều đó, rằng họ tin mình có khả năng đặc biệt để giúp chúng tôi đạt được các mục tiêu. Tôi để ý đến những gì họ nói và làm. Nếu lời nói và hành động của họ phù hợp với những gì công ty cần, thì họ đã "bán" được cho tôi.</w:t>
      </w:r>
    </w:p>
    <w:p>
      <w:pPr>
        <w:spacing w:after="80"/>
      </w:pPr>
      <w:r>
        <w:rPr>
          <w:b w:val="0"/>
          <w:i w:val="0"/>
        </w:rPr>
        <w:t>Đừng đánh giá vội vàng về những người bạn tuyển dụng. Thay vào đó, hãy áp dụng cách tiếp cận chờ đợi và quan sát. Họ có vẻ hoàn hảo, và họ có thể có rất nhiều tài năng, nhưng họ có thể không phù hợp với văn hóa mà bạn đang xây dựng. Khi họ phỏng vấn cho công việc và mới bắt đầu làm việc, họ đang thể hiện bộ mặt tốt nhất của mình. Đừng tin ngay. Hãy để họ thuyết phục bạn.</w:t>
      </w:r>
    </w:p>
    <w:p>
      <w:pPr>
        <w:spacing w:after="80"/>
      </w:pPr>
      <w:r>
        <w:rPr>
          <w:b w:val="0"/>
          <w:i w:val="0"/>
        </w:rPr>
        <w:t>Trao cổ phần cho đội ngũ của bạn là nghệ thuật hơn là khoa học. Khi làm đúng, bạn sẽ đạt được ba mục tiêu:</w:t>
      </w:r>
    </w:p>
    <w:p>
      <w:pPr>
        <w:spacing w:after="80"/>
        <w:ind w:left="360"/>
      </w:pPr>
      <w:r>
        <w:rPr>
          <w:b/>
          <w:i w:val="0"/>
        </w:rPr>
        <w:t>1.</w:t>
      </w:r>
      <w:r>
        <w:rPr>
          <w:b w:val="0"/>
          <w:i w:val="0"/>
        </w:rPr>
        <w:t xml:space="preserve"> Bạn sẽ chuyển đổi tư duy của các thành viên trong đội từ tâm lý nhân viên sang tâm lý chủ sở hữu.</w:t>
      </w:r>
    </w:p>
    <w:p>
      <w:pPr>
        <w:spacing w:after="80"/>
        <w:ind w:left="360"/>
      </w:pPr>
      <w:r>
        <w:rPr>
          <w:b/>
          <w:i w:val="0"/>
        </w:rPr>
        <w:t>2.</w:t>
      </w:r>
      <w:r>
        <w:rPr>
          <w:b w:val="0"/>
          <w:i w:val="0"/>
        </w:rPr>
        <w:t xml:space="preserve"> Bạn sẽ khuyến khích nhân viên của mình làm việc chăm chỉ hơn và thông minh hơn để tăng giá trị công ty của bạn.</w:t>
      </w:r>
    </w:p>
    <w:p>
      <w:pPr>
        <w:spacing w:after="80"/>
        <w:ind w:left="360"/>
      </w:pPr>
      <w:r>
        <w:rPr>
          <w:b/>
          <w:i w:val="0"/>
        </w:rPr>
        <w:t>3.</w:t>
      </w:r>
      <w:r>
        <w:rPr>
          <w:b w:val="0"/>
          <w:i w:val="0"/>
        </w:rPr>
        <w:t xml:space="preserve"> Bạn sẽ tăng tỷ lệ giữ chân nhân viên bằng cách cấu trúc chế độ đãi ngộ một cách thông minh.</w:t>
      </w:r>
    </w:p>
    <w:p>
      <w:pPr>
        <w:spacing w:after="80"/>
      </w:pPr>
      <w:r>
        <w:rPr>
          <w:b w:val="0"/>
          <w:i w:val="0"/>
        </w:rPr>
        <w:t>Chỉ hai năm sau khi thành lập công ty, tôi đã tạo ra một kế hoạch cổ phần. Hãy nhớ rằng bản chất của dịch vụ tài chính, bao gồm cả phần hoa hồng từ việc gia hạn, tự động tạo ra mức độ giữ chân cao. Tôi không bằng lòng với việc chỉ đứng đầu trong ngành; tôi muốn một kế hoạch đãi ngộ có thể định nghĩa lại ngành này.</w:t>
      </w:r>
    </w:p>
    <w:p>
      <w:pPr>
        <w:spacing w:after="80"/>
      </w:pPr>
      <w:r>
        <w:rPr>
          <w:b w:val="0"/>
          <w:i w:val="0"/>
        </w:rPr>
        <w:t>Tôi tiếp cận câu hỏi này giống như cách một nhà soạn nhạc hay biên đạo múa sẽ làm. Tạo ra một kế hoạch đãi ngộ phù hợp cũng giống như tạo ra một giai điệu phù hợp. Điều khiến nhà soạn nhạc từng đoạt giải Oscar Hans Zimmer trở nên đặc biệt là ông biết cách kết hợp các giai điệu khác nhau để chúng hoạt động hoàn hảo cho toàn bộ một bộ phim. Điều tương tự cũng đúng với một kế hoạch đãi ngộ hiệu quả: tất cả các phần cần được đặt đúng chỗ để tạo ra gói tổng thể tốt nhất. Bạn có thể nghĩ tôi nói nghe có vẻ kịch tính, nhưng một điều quan trọng như thế này đòi hỏi mức độ chi tiết như vậy. Dưới đây là những chìa khóa để tạo ra cấu trúc đãi ngộ hiệu quả nhất:</w:t>
      </w:r>
    </w:p>
    <w:p>
      <w:pPr>
        <w:spacing w:after="80"/>
        <w:ind w:left="360"/>
      </w:pPr>
      <w:r>
        <w:rPr>
          <w:b/>
          <w:i w:val="0"/>
        </w:rPr>
        <w:t>1.</w:t>
      </w:r>
      <w:r>
        <w:rPr>
          <w:b w:val="0"/>
          <w:i w:val="0"/>
        </w:rPr>
        <w:t xml:space="preserve"> Quyết định hành vi hoặc kết quả cuối cùng mà bạn muốn ghi nhận.</w:t>
      </w:r>
    </w:p>
    <w:p>
      <w:pPr>
        <w:spacing w:after="80"/>
        <w:ind w:left="360"/>
      </w:pPr>
      <w:r>
        <w:rPr>
          <w:b/>
          <w:i w:val="0"/>
        </w:rPr>
        <w:t>2.</w:t>
      </w:r>
      <w:r>
        <w:rPr>
          <w:b w:val="0"/>
          <w:i w:val="0"/>
        </w:rPr>
        <w:t xml:space="preserve"> Nghiên cứu cấu trúc đãi ngộ hiện tại trong ngành của bạn. Ngay cả khi bạn định phá vỡ hiện trạng, trước tiên bạn cần biết hiện trạng là gì.</w:t>
      </w:r>
    </w:p>
    <w:p>
      <w:pPr>
        <w:spacing w:after="80"/>
        <w:ind w:left="360"/>
      </w:pPr>
      <w:r>
        <w:rPr>
          <w:b/>
          <w:i w:val="0"/>
        </w:rPr>
        <w:t>3.</w:t>
      </w:r>
      <w:r>
        <w:rPr>
          <w:b w:val="0"/>
          <w:i w:val="0"/>
        </w:rPr>
        <w:t xml:space="preserve"> Tìm cách tạo ra ba tầng khuyến khích để hướng tới. Điều này hiệu quả hơn nhiều so với một phần thưởng duy nhất kiểu được ăn cả ngã về không để cạnh tranh.</w:t>
      </w:r>
    </w:p>
    <w:p>
      <w:pPr>
        <w:spacing w:after="80"/>
      </w:pPr>
      <w:r>
        <w:rPr>
          <w:b w:val="0"/>
          <w:i w:val="0"/>
        </w:rPr>
        <w:t>Tôi đã tạo ra một kế hoạch cho phép các đại lý bắt đầu kiếm cổ phần trong vòng hai năm kể từ khi bắt đầu. Lịch trình trao quyền sở hữu rất phức tạp. Khi bạn sẵn sàng làm điều này trong công ty của mình, bạn sẽ cần một CFO chuyên gia hoặc một nhà tư vấn bên ngoài để xử lý các chi tiết.</w:t>
      </w:r>
    </w:p>
    <w:p>
      <w:pPr>
        <w:spacing w:after="80"/>
      </w:pPr>
      <w:r>
        <w:rPr>
          <w:b w:val="0"/>
          <w:i w:val="0"/>
        </w:rPr>
        <w:t xml:space="preserve">Bức tranh tổng thể là đội ngũ của bạn sẽ kiếm được cổ phần của công ty và dần dần được trao quyền sở hữu đó theo thời gian. Kết quả là, họ sẽ cảm thấy như chủ sở hữu, được trả như chủ sở hữu (đồng thời làm giàu cho bạn), và biết rằng để tối đa hóa thu nhập của mình, việc ở lại công ty của bạn là hợp lý. Thuật ngữ </w:t>
      </w:r>
      <w:r>
        <w:rPr>
          <w:b w:val="0"/>
          <w:i/>
        </w:rPr>
        <w:t>golden handcuffs</w:t>
      </w:r>
      <w:r>
        <w:rPr>
          <w:b w:val="0"/>
          <w:i w:val="0"/>
        </w:rPr>
        <w:t>, ra đời năm 1976, có nghĩa là chừng nào mọi người còn ở lại công ty của bạn, họ sẽ tiếp tục nhận được vàng của mình.</w:t>
      </w:r>
    </w:p>
    <w:p>
      <w:pPr>
        <w:spacing w:after="80"/>
      </w:pPr>
      <w:r>
        <w:rPr>
          <w:b w:val="0"/>
          <w:i w:val="0"/>
        </w:rPr>
        <w:t>Trên hết, hãy nhớ: Đối xử tốt với nhân viên của bạn, nếu không sẽ có người khác làm điều đó.</w:t>
      </w:r>
    </w:p>
    <w:p>
      <w:pPr>
        <w:pStyle w:val="Heading4"/>
      </w:pPr>
      <w:r>
        <w:rPr>
          <w:rFonts w:ascii="Calibri" w:hAnsi="Calibri"/>
          <w:b/>
          <w:i w:val="0"/>
          <w:sz w:val="23"/>
        </w:rPr>
        <w:t>Điều Bạn Phải Nhận Ra Để Giữ Chân Nhân Tài</w:t>
      </w:r>
    </w:p>
    <w:p>
      <w:pPr>
        <w:spacing w:after="80"/>
        <w:ind w:left="360"/>
      </w:pPr>
      <w:r>
        <w:t xml:space="preserve">• </w:t>
      </w:r>
      <w:r>
        <w:rPr>
          <w:b w:val="0"/>
          <w:i w:val="0"/>
        </w:rPr>
        <w:t>Mọi người muốn được đãi ngộ xứng đáng với nỗ lực của họ.</w:t>
      </w:r>
    </w:p>
    <w:p>
      <w:pPr>
        <w:spacing w:after="80"/>
        <w:ind w:left="360"/>
      </w:pPr>
      <w:r>
        <w:t xml:space="preserve">• </w:t>
      </w:r>
      <w:r>
        <w:rPr>
          <w:b w:val="0"/>
          <w:i w:val="0"/>
        </w:rPr>
        <w:t>Những người có thành tích xuất sắc muốn tham gia vào thành công của công ty.</w:t>
      </w:r>
    </w:p>
    <w:p>
      <w:pPr>
        <w:spacing w:after="80"/>
        <w:ind w:left="360"/>
      </w:pPr>
      <w:r>
        <w:t xml:space="preserve">• </w:t>
      </w:r>
      <w:r>
        <w:rPr>
          <w:b w:val="0"/>
          <w:i w:val="0"/>
        </w:rPr>
        <w:t>Mọi người muốn biết rằng họ là một phần của một tổ chức đang tạo ra tác động tích cực.</w:t>
      </w:r>
    </w:p>
    <w:p>
      <w:pPr>
        <w:spacing w:after="80"/>
        <w:ind w:left="360"/>
      </w:pPr>
      <w:r>
        <w:t xml:space="preserve">• </w:t>
      </w:r>
      <w:r>
        <w:rPr>
          <w:b w:val="0"/>
          <w:i w:val="0"/>
        </w:rPr>
        <w:t>Mọi người muốn được công nhận trước đồng nghiệp vì những gì họ làm.</w:t>
      </w:r>
    </w:p>
    <w:p>
      <w:pPr>
        <w:spacing w:after="80"/>
        <w:ind w:left="360"/>
      </w:pPr>
      <w:r>
        <w:t xml:space="preserve">• </w:t>
      </w:r>
      <w:r>
        <w:rPr>
          <w:b w:val="0"/>
          <w:i w:val="0"/>
        </w:rPr>
        <w:t>Mọi người muốn biết rằng có cơ hội để họ phát triển trong công ty.</w:t>
      </w:r>
    </w:p>
    <w:p>
      <w:pPr>
        <w:spacing w:after="80"/>
        <w:ind w:left="360"/>
      </w:pPr>
      <w:r>
        <w:t xml:space="preserve">• </w:t>
      </w:r>
      <w:r>
        <w:rPr>
          <w:b w:val="0"/>
          <w:i w:val="0"/>
        </w:rPr>
        <w:t>Mọi người muốn được đánh giá dựa trên một bộ kỳ vọng rõ ràng được đưa ra từ trước, chứ không phải kiểu mục tiêu cứ liên tục thay đổi.</w:t>
      </w:r>
    </w:p>
    <w:p>
      <w:pPr>
        <w:pStyle w:val="Heading3"/>
      </w:pPr>
      <w:r>
        <w:rPr>
          <w:rFonts w:ascii="Calibri" w:hAnsi="Calibri"/>
          <w:b/>
          <w:i w:val="0"/>
          <w:sz w:val="26"/>
        </w:rPr>
        <w:t>Truyền đạt kỳ vọng của bạn một cách rõ ràng, sớm và thường xuyên</w:t>
      </w:r>
    </w:p>
    <w:p>
      <w:pPr>
        <w:spacing w:after="80"/>
      </w:pPr>
      <w:r>
        <w:rPr>
          <w:b w:val="0"/>
          <w:i w:val="0"/>
        </w:rPr>
        <w:t>Chúng ta thường lầm tưởng rằng tính cách của con người là cố định. Vì vậy, khi thấy một nhân viên mới thể hiện những thói quen xấu, ta nghĩ rằng mình đã tuyển nhầm người. Thực tế, có thể ta vẫn huấn luyện được người đó để thành công. Mấu chốt là theo dõi hiệu suất của họ và đưa ra phản hồi cùng giao tiếp tốt hơn. Cho mọi người biết họ đang ở đâu đạt được ba mục tiêu quan trọng:</w:t>
      </w:r>
    </w:p>
    <w:p>
      <w:pPr>
        <w:spacing w:after="80"/>
        <w:ind w:left="360"/>
      </w:pPr>
      <w:r>
        <w:rPr>
          <w:b/>
          <w:i w:val="0"/>
        </w:rPr>
        <w:t>1.</w:t>
      </w:r>
      <w:r>
        <w:rPr>
          <w:b w:val="0"/>
          <w:i w:val="0"/>
        </w:rPr>
        <w:t xml:space="preserve"> Họ biết những hành động cụ thể mình phải làm để giữ được công việc.</w:t>
      </w:r>
    </w:p>
    <w:p>
      <w:pPr>
        <w:spacing w:after="80"/>
        <w:ind w:left="360"/>
      </w:pPr>
      <w:r>
        <w:rPr>
          <w:b/>
          <w:i w:val="0"/>
        </w:rPr>
        <w:t>2.</w:t>
      </w:r>
      <w:r>
        <w:rPr>
          <w:b w:val="0"/>
          <w:i w:val="0"/>
        </w:rPr>
        <w:t xml:space="preserve"> Nếu họ không thực hiện những hành động cụ thể đó, việc cho họ nghỉ việc sẽ có vẻ công bằng và khách quan.</w:t>
      </w:r>
    </w:p>
    <w:p>
      <w:pPr>
        <w:spacing w:after="80"/>
        <w:ind w:left="360"/>
      </w:pPr>
      <w:r>
        <w:rPr>
          <w:b/>
          <w:i w:val="0"/>
        </w:rPr>
        <w:t>3.</w:t>
      </w:r>
      <w:r>
        <w:rPr>
          <w:b w:val="0"/>
          <w:i w:val="0"/>
        </w:rPr>
        <w:t xml:space="preserve"> Bạn có thể bắt đầu quá trình tìm người khác để hoàn thành nhiệm vụ của họ. Kịch bản tốt nhất là người đó sẽ tiến bộ và bạn sẽ làm sâu thêm "đội dự bị" của mình. Nếu điều đó không xảy ra và người đó rời đi, người khác có thể bước vào và tiếp quản công việc của họ một cách liền mạch.</w:t>
      </w:r>
    </w:p>
    <w:p>
      <w:pPr>
        <w:spacing w:after="80"/>
      </w:pPr>
      <w:r>
        <w:rPr>
          <w:b w:val="0"/>
          <w:i w:val="0"/>
        </w:rPr>
        <w:t>Hãy đặt kỳ vọng rõ ràng như thế này: "Bob, anh nói với tôi rằng anh là người đến đúng giờ, nhưng ba lần trong hai tuần qua, anh đã đến muộn."</w:t>
      </w:r>
    </w:p>
    <w:p>
      <w:pPr>
        <w:spacing w:after="80"/>
      </w:pPr>
      <w:r>
        <w:rPr>
          <w:b w:val="0"/>
          <w:i w:val="0"/>
        </w:rPr>
        <w:t>Bob đáp: "Nhưng chỉ có tám phút thôi mà."</w:t>
      </w:r>
    </w:p>
    <w:p>
      <w:pPr>
        <w:spacing w:after="80"/>
      </w:pPr>
      <w:r>
        <w:rPr>
          <w:b w:val="0"/>
          <w:i w:val="0"/>
        </w:rPr>
        <w:t>"Tám phút là tám phút quá nhiều, và anh đã nói với chúng tôi rằng anh đáng tin cậy. Chúng tôi kỳ vọng mọi người phải đúng giờ. Tôi chỉ muốn anh biết, nếu điều đó tiếp diễn, nó sẽ là vấn đề với chúng tôi."</w:t>
      </w:r>
    </w:p>
    <w:p>
      <w:pPr>
        <w:spacing w:after="80"/>
      </w:pPr>
      <w:r>
        <w:rPr>
          <w:b w:val="0"/>
          <w:i w:val="0"/>
        </w:rPr>
        <w:t>Khi bạn thỏa hiệp với các tiêu chuẩn ở cấp cao nhất, bạn tạo ra một môi trường nơi các tiêu chuẩn thấp được chấp nhận. Từ đó mọi thứ chỉ đi xuống.</w:t>
      </w:r>
    </w:p>
    <w:p>
      <w:pPr>
        <w:spacing w:after="80"/>
      </w:pPr>
      <w:r>
        <w:rPr>
          <w:b w:val="0"/>
          <w:i w:val="0"/>
        </w:rPr>
        <w:t>Cách tiếp cận thẳng thắn này cho Bob lựa chọn tự nghỉ việc trước khi bạn sa thải anh ta—một lựa chọn mà nhiều người sẽ chọn. Bạn sẽ không thể thành công 100% với nhân viên mới. Khi thấy ai đó không phù hợp, bạn phải rõ ràng về tiêu chuẩn của mình và nói cho họ biết họ đang thiếu hụt ở đâu. Thường thì họ sẽ khiến bạn bất ngờ bằng cách vươn lên.</w:t>
      </w:r>
    </w:p>
    <w:p>
      <w:pPr>
        <w:spacing w:after="80"/>
      </w:pPr>
      <w:r>
        <w:rPr>
          <w:b w:val="0"/>
          <w:i w:val="0"/>
        </w:rPr>
        <w:t>Giả sử hành vi của Bob tiếp tục là vấn đề. Đến lúc phải cho anh ta nghỉ việc, anh ta sẽ không bất ngờ vì bạn đã nói cho anh ta biết anh ta cần cải thiện điều gì. Bạn nói: "Bob, tôi không nghĩ điều này sẽ khiến anh bất ngờ vì anh đã đến muộn ba lần trong hai tuần, và tôi đã nói với anh rằng đó là vấn đề. Dù vậy, anh vẫn tiếp tục đến muộn. Tôi e rằng chúng tôi không còn lựa chọn nào khác ngoài việc cho anh nghỉ việc."</w:t>
      </w:r>
    </w:p>
    <w:p>
      <w:pPr>
        <w:spacing w:after="80"/>
      </w:pPr>
      <w:r>
        <w:rPr>
          <w:b w:val="0"/>
          <w:i w:val="0"/>
        </w:rPr>
        <w:t>Đi thẳng vào vấn đề.</w:t>
      </w:r>
    </w:p>
    <w:p>
      <w:pPr>
        <w:spacing w:after="80"/>
      </w:pPr>
      <w:r>
        <w:rPr>
          <w:b w:val="0"/>
          <w:i w:val="0"/>
        </w:rPr>
        <w:t>Với những ai đang điều hành một doanh nghiệp thành công mà không phụ thuộc vào việc nhân viên có mặt đúng giờ, thì đó lại là một câu chuyện hoàn toàn khác. Bạn có thể đang làm trong lĩnh vực sáng tạo và thấy ổn nếu các biên tập viên và lập trình viên của mình đến khi họ muốn—miễn là công việc của họ được hoàn thành. Điều đó chẳng sao nếu nó phù hợp với ngành của bạn. Tuy nhiên, nếu việc nhân viên có mặt đúng giờ là điều bắt buộc, bạn không thể thỏa hiệp, nếu không hành vi xấu sẽ lan rộng.</w:t>
      </w:r>
    </w:p>
    <w:p>
      <w:pPr>
        <w:spacing w:after="80"/>
      </w:pPr>
      <w:r>
        <w:rPr>
          <w:b w:val="0"/>
          <w:i w:val="0"/>
        </w:rPr>
        <w:t>Tôi kể câu chuyện này để nhấn mạnh rằng cách bạn vừa tuyển người mới vừa quản lý họ sẽ làm giảm tần suất bạn phải sa thải người, và nó cũng làm giảm những cảm xúc tiêu cực khi bạn buộc phải để ai đó ra đi. Để có những chiến lược cụ thể về việc sa thải hiệu quả, hãy cùng đào sâu hơn.</w:t>
      </w:r>
    </w:p>
    <w:p>
      <w:pPr>
        <w:pStyle w:val="Heading3"/>
      </w:pPr>
      <w:r>
        <w:rPr>
          <w:rFonts w:ascii="Calibri" w:hAnsi="Calibri"/>
          <w:b/>
          <w:i w:val="0"/>
          <w:sz w:val="26"/>
        </w:rPr>
        <w:t>Sa thải nhẹ nhàng. Nhắc lại, Sa thải nhẹ nhàng</w:t>
      </w:r>
    </w:p>
    <w:p>
      <w:pPr>
        <w:spacing w:after="80"/>
      </w:pPr>
      <w:r>
        <w:rPr>
          <w:b w:val="0"/>
          <w:i w:val="0"/>
        </w:rPr>
        <w:t>Một trong những điều khó nhất mà các doanh nhân phải làm cho đúng là sa thải người, và làm sai có thể đầu độc văn hóa công ty. Một khi bạn chấp nhận phần nào trách nhiệm về việc một nhân viên không phù hợp, bạn sẽ tiếp cận nhiệm vụ khó chịu này với tâm thế thấu cảm hơn. Đừng trút giận lên nhân viên của bạn. Thay vào đó, hãy học cách sa thải cho tử tế.</w:t>
      </w:r>
    </w:p>
    <w:p>
      <w:pPr>
        <w:spacing w:after="80"/>
      </w:pPr>
      <w:r>
        <w:rPr>
          <w:b w:val="0"/>
          <w:i w:val="0"/>
        </w:rPr>
        <w:t>Như bạn sắp khám phá, đây là một kỹ năng doanh nhân quan trọng nhưng bị bỏ quên nhiều. Chỉ cho tôi một người đốt cầu mỗi lần sa thải người khác, và tôi sẽ chỉ cho bạn một người thiếu thấu cảm, nói nhẹ thì như vậy, còn nói nặng thì là kẻ tàn nhẫn hoặc kẻ bắt nạt. Điều tương tự cũng đúng với những doanh nhân không dám bóp cò, những người liên tục cảnh báo nhân viên có vấn đề nhưng thiếu can đảm để để họ ra đi. Nếu bạn có một nhân viên tồi, thái độ và hành động của người đó có thể ảnh hưởng tiêu cực đến những nhân viên khác.</w:t>
      </w:r>
    </w:p>
    <w:p>
      <w:pPr>
        <w:spacing w:after="80"/>
      </w:pPr>
      <w:r>
        <w:rPr>
          <w:b w:val="0"/>
          <w:i w:val="0"/>
        </w:rPr>
        <w:t>Hãy so sánh việc sa thải ai đó với việc chia tay một mối quan hệ. Để tránh sự khó chịu của một cuộc chia tay, có lẽ bạn đã dựa vào những câu kinh điển:</w:t>
      </w:r>
    </w:p>
    <w:p>
      <w:pPr>
        <w:spacing w:after="80"/>
      </w:pPr>
      <w:r>
        <w:rPr>
          <w:b w:val="0"/>
          <w:i w:val="0"/>
        </w:rPr>
        <w:t>"Thật ra không phải tại em; là tại anh."</w:t>
      </w:r>
    </w:p>
    <w:p>
      <w:pPr>
        <w:spacing w:after="80"/>
      </w:pPr>
      <w:r>
        <w:rPr>
          <w:b w:val="0"/>
          <w:i w:val="0"/>
        </w:rPr>
        <w:t>"Với hướng đi của mối quan hệ này, cả hai chúng ta đều biết ngày này sẽ đến."</w:t>
      </w:r>
    </w:p>
    <w:p>
      <w:pPr>
        <w:spacing w:after="80"/>
      </w:pPr>
      <w:r>
        <w:rPr>
          <w:b w:val="0"/>
          <w:i w:val="0"/>
        </w:rPr>
        <w:t>"Anh là vấn đề."</w:t>
      </w:r>
    </w:p>
    <w:p>
      <w:pPr>
        <w:spacing w:after="80"/>
      </w:pPr>
      <w:r>
        <w:rPr>
          <w:b w:val="0"/>
          <w:i w:val="0"/>
        </w:rPr>
        <w:t>Bạn đã cố tỏ ra thân thiện để giảm bớt giận dữ, buồn bã, xấu hổ và những cảm xúc mạnh mẽ khác có thể nảy sinh trong tình huống như vậy. Với tư cách là một doanh nhân đang sa thải ai đó, bạn cũng sẽ muốn dùng những câu tương tự: "Tôi chắc là bạn sẽ làm tốt ở nơi khác; chúng ta chỉ có khác biệt về quan điểm thôi" hoặc "Bạn có rất nhiều tài năng; tôi chắc bạn sẽ sớm tìm được việc khác, và tôi sẵn lòng làm người giới thiệu tốt cho bạn."</w:t>
      </w:r>
    </w:p>
    <w:p>
      <w:pPr>
        <w:spacing w:after="80"/>
      </w:pPr>
      <w:r>
        <w:rPr>
          <w:b w:val="0"/>
          <w:i w:val="0"/>
        </w:rPr>
        <w:t>Tuy nhiên, nhìn chung, dựa vào những câu chia tay kinh điển sẽ không hiệu quả. Người ta không ngốc. Họ là con người, và điều đó nghĩa là bạn cần đối xử với họ bằng sự tôn trọng. Đây không chỉ là việc tử tế nên làm. Không chỉ bạn là người sẽ làm người giới thiệu cho họ. Chính họ là những người sẽ dùng mạng xã hội để nói về bạn, và bạn không muốn họ làm tổn hại danh tiếng của mình.</w:t>
      </w:r>
    </w:p>
    <w:p>
      <w:pPr>
        <w:spacing w:after="80"/>
      </w:pPr>
      <w:r>
        <w:rPr>
          <w:b w:val="0"/>
          <w:i w:val="0"/>
        </w:rPr>
        <w:t>Đừng kéo dài việc sa thải, nhưng cũng đừng làm căng thẳng đến mức hủy diệt. Thời gian không chữa lành mọi vết thương, cũng không khiến một người kém cỏi bỗng nhiên trở nên tài giỏi một cách thần kỳ. Nếu bạn đã cảnh báo công bằng cho người đó mà họ không phản hồi, đừng tiếp tục cho họ cơ hội cải thiện hết lần này đến lần khác. Khả năng cao là họ sẽ không thay đổi. Hãy tổ chức buổi gặp chia tay và cắt đứt dứt khoát. Đồng thời, để tôi cảnh báo bạn đừng dùng chiến lược "đốt sạch mọi thứ". Nếu bạn mất bình tĩnh và quyết định loại bỏ tất cả những ai từng mắc lỗi hoặc từng làm bạn không hài lòng theo cách nào đó, bạn sẽ chỉ còn lại một văn phòng với một người. Cũng hãy nhớ rằng, có thể bạn đang sa thải họ vì lẽ ra bạn không bao giờ nên tuyển họ ngay từ đầu.</w:t>
      </w:r>
    </w:p>
    <w:p>
      <w:pPr>
        <w:spacing w:after="80"/>
      </w:pPr>
      <w:r>
        <w:rPr>
          <w:b w:val="0"/>
          <w:i w:val="0"/>
        </w:rPr>
        <w:t>Điều đó làm tôi nhớ đến Houtan Sarraf, thường được biết đến với tên Hoot. Tôi quý Hoot, cậu ấy là một trong những trợ lý tôi thích nhất. Nhưng cậu ấy không nằm trong số những người tôi thích vì giỏi việc. Thật ra, cậu ấy có lẽ là trợ lý tệ nhất trong lịch sử trợ lý của thế giới. Cậu ấy vô tổ chức và không hoàn thành các nhiệm vụ. Tuy vậy, cậu ấy là một người tuyệt vời, và tôi thích đi chơi với cậu ấy.</w:t>
      </w:r>
    </w:p>
    <w:p>
      <w:pPr>
        <w:spacing w:after="80"/>
      </w:pPr>
      <w:r>
        <w:rPr>
          <w:b w:val="0"/>
          <w:i w:val="0"/>
        </w:rPr>
        <w:t>Sau một thời điểm nào đó, tôi không thể chịu đựng được sự kém hiệu quả của cậu ấy nữa, và tôi gọi cậu ấy vào văn phòng. "Hoot," tôi nói, "tôi có tin tốt và tin xấu. Cậu muốn nghe tin nào trước?" Cậu ấy nói muốn nghe tin xấu. "Được. Cậu làm trợ lý rất tệ, và đó là lý do tôi để cậu ra đi."</w:t>
      </w:r>
    </w:p>
    <w:p>
      <w:pPr>
        <w:spacing w:after="80"/>
      </w:pPr>
      <w:r>
        <w:rPr>
          <w:b w:val="0"/>
          <w:i w:val="0"/>
        </w:rPr>
        <w:t>"Vậy tin tốt là gì?" cậu ấy hỏi.</w:t>
      </w:r>
    </w:p>
    <w:p>
      <w:pPr>
        <w:spacing w:after="80"/>
      </w:pPr>
      <w:r>
        <w:rPr>
          <w:b w:val="0"/>
          <w:i w:val="0"/>
        </w:rPr>
        <w:t>"Tôi tin tưởng cậu. Cậu là một con người tử tế, tuyệt vời, sẽ làm tốt, chỉ là không phải ở vị trí trợ lý." Chúng tôi nói về điều cậu ấy muốn làm trong cuộc đời mình—người mà cậu ấy thực sự muốn trở thành—và cậu ấy tâm sự rằng cậu ấy luôn mơ ước được lướt những con sóng đẹp nhất trên khắp thế giới. Tôi khuyến khích cậu ấy theo đuổi giấc mơ, và trong mười năm tiếp theo, cậu ấy đã làm đúng như vậy. Bằng cách dạy lướt sóng trên những bãi biển cậu ấy thường lui tới và làm việc trong các nhà hàng, cậu ấy đã tài trợ cho cuộc phiêu lưu của mình, đi đến Trung Quốc, New Zealand và Úc để tìm kiếm những con sóng tuyệt vời. Khi cậu ấy trở về từ chuyến đi, tôi đã nghe vô số câu chuyện về những cuộc phiêu lưu của cậu ấy. Tôi coi cậu ấy như một người em trai. Tôi cũng tin chắc rằng cậu ấy sẽ không bao giờ ứng tuyển vào vị trí trợ lý nữa.</w:t>
      </w:r>
    </w:p>
    <w:p>
      <w:pPr>
        <w:spacing w:after="80"/>
      </w:pPr>
      <w:r>
        <w:rPr>
          <w:b w:val="0"/>
          <w:i w:val="0"/>
        </w:rPr>
        <w:t>Patty McCord đã tóm gọn triết lý của tôi một cách hoàn hảo: “Nếu chúng ta chỉ muốn những người ‘hạng A’ trong đội của mình, chúng ta phải sẵn sàng để những người có kỹ năng không còn phù hợp ra đi, cho dù đóng góp của họ từng quý giá đến đâu.”</w:t>
      </w:r>
    </w:p>
    <w:p>
      <w:pPr>
        <w:pStyle w:val="Heading4"/>
      </w:pPr>
      <w:r>
        <w:rPr>
          <w:rFonts w:ascii="Calibri" w:hAnsi="Calibri"/>
          <w:b/>
          <w:i w:val="0"/>
          <w:sz w:val="23"/>
        </w:rPr>
        <w:t>Sáu kỹ thuật để trở thành một người “sa thải” hiệu quả</w:t>
      </w:r>
    </w:p>
    <w:p>
      <w:pPr>
        <w:spacing w:after="80"/>
      </w:pPr>
      <w:r>
        <w:rPr>
          <w:b w:val="0"/>
          <w:i w:val="0"/>
        </w:rPr>
        <w:t>Tôi đã tổng hợp danh sách này từ rất nhiều kinh nghiệm. Xin hiểu rằng bạn có thể phải đối mặt với các hành động pháp lý khi bạn sa thải ai đó. Vì vậy, trước khi chấm dứt quan hệ lao động với bất kỳ ai, bạn nên tham khảo ý kiến luật sư của công ty hoặc bộ phận nhân sự (HR), nếu có.</w:t>
      </w:r>
    </w:p>
    <w:p>
      <w:pPr>
        <w:spacing w:after="80"/>
        <w:ind w:left="360"/>
      </w:pPr>
      <w:r>
        <w:rPr>
          <w:b/>
          <w:i w:val="0"/>
        </w:rPr>
        <w:t>1.</w:t>
      </w:r>
      <w:r>
        <w:rPr>
          <w:b w:val="0"/>
          <w:i w:val="0"/>
        </w:rPr>
        <w:t xml:space="preserve"> </w:t>
      </w:r>
      <w:r>
        <w:rPr>
          <w:b/>
          <w:i w:val="0"/>
        </w:rPr>
        <w:t>Sa thải một cách nhẹ nhàng.</w:t>
      </w:r>
      <w:r>
        <w:rPr>
          <w:b w:val="0"/>
          <w:i w:val="0"/>
        </w:rPr>
        <w:t xml:space="preserve"> Khi đến lúc phải nói với người ta rằng họ đã hết việc, bạn muốn làm điều đó mà không gây kịch tính. Bạn không cần phải đổ lỗi. Bạn không cần phải trả đũa khi nhân viên của bạn đổ lỗi cho bạn. Nếu bạn chỉ trích nhân viên, sẽ không ai muốn làm việc cho bạn, và nếu nhân viên chỉ trích bạn, bạn sẽ không đưa ra cho anh ta kiểu giới thiệu giúp anh ta được nhận ở nơi khác.</w:t>
      </w:r>
    </w:p>
    <w:p>
      <w:pPr>
        <w:spacing w:after="80"/>
        <w:ind w:left="360"/>
      </w:pPr>
      <w:r>
        <w:rPr>
          <w:b/>
          <w:i w:val="0"/>
        </w:rPr>
        <w:t>2.</w:t>
      </w:r>
      <w:r>
        <w:rPr>
          <w:b w:val="0"/>
          <w:i w:val="0"/>
        </w:rPr>
        <w:t xml:space="preserve"> </w:t>
      </w:r>
      <w:r>
        <w:rPr>
          <w:b/>
          <w:i w:val="0"/>
        </w:rPr>
        <w:t>Đi thẳng vào vấn đề.</w:t>
      </w:r>
      <w:r>
        <w:rPr>
          <w:b w:val="0"/>
          <w:i w:val="0"/>
        </w:rPr>
        <w:t xml:space="preserve"> Khi bạn sa thải ai đó, đừng kéo dài. Dù người ta có thể bị sốc vì bị sa thải và thoát khỏi cú sốc đó để phản đối, đừng để quá trình này trở nên dây dưa. Đừng lãng phí thời gian để biện minh cho hành động của mình hay chứng minh rằng họ đáng bị sa thải. Điều đó vô nghĩa, và bạn sẽ chỉ lãng phí thời gian lẫn năng lượng cảm xúc.</w:t>
      </w:r>
    </w:p>
    <w:p>
      <w:pPr>
        <w:spacing w:after="80"/>
        <w:ind w:left="360"/>
      </w:pPr>
      <w:r>
        <w:rPr>
          <w:b/>
          <w:i w:val="0"/>
        </w:rPr>
        <w:t>3.</w:t>
      </w:r>
      <w:r>
        <w:rPr>
          <w:b w:val="0"/>
          <w:i w:val="0"/>
        </w:rPr>
        <w:t xml:space="preserve"> </w:t>
      </w:r>
      <w:r>
        <w:rPr>
          <w:b/>
          <w:i w:val="0"/>
        </w:rPr>
        <w:t>Cứng rắn nhưng vẫn nhẹ nhàng.</w:t>
      </w:r>
      <w:r>
        <w:rPr>
          <w:b w:val="0"/>
          <w:i w:val="0"/>
        </w:rPr>
        <w:t xml:space="preserve"> Đúng vậy, tôi nhắc bạn phải nhẹ nhàng một lần nữa vì tôi không muốn bạn trở nên cứng rắn đến mức biến thành một tảng đá và bắt đầu đập vào người khác. Cứng rắn nghĩa là đi thẳng vào vấn đề một cách nhanh chóng và không dao động. Hãy tự nhắc mình rằng đây không phải là một cuộc tranh luận mà là một quyết định. Nó đã không thành công. Cả hai bên đều phải bước tiếp. Hết.</w:t>
      </w:r>
    </w:p>
    <w:p>
      <w:pPr>
        <w:spacing w:after="80"/>
        <w:ind w:left="360"/>
      </w:pPr>
      <w:r>
        <w:rPr>
          <w:b/>
          <w:i w:val="0"/>
        </w:rPr>
        <w:t>4.</w:t>
      </w:r>
      <w:r>
        <w:rPr>
          <w:b w:val="0"/>
          <w:i w:val="0"/>
        </w:rPr>
        <w:t xml:space="preserve"> </w:t>
      </w:r>
      <w:r>
        <w:rPr>
          <w:b/>
          <w:i w:val="0"/>
        </w:rPr>
        <w:t>Công nhận cảm xúc của người kia.</w:t>
      </w:r>
      <w:r>
        <w:rPr>
          <w:b w:val="0"/>
          <w:i w:val="0"/>
        </w:rPr>
        <w:t xml:space="preserve"> Hãy nói điều gì đó như “Nghe này, tôi hiểu rằng đây có thể là một khoảnh khắc khá bực bội và thất vọng đối với bạn. Tôi cũng từng bị cho nghỉ việc, và tôi có thể nói với bạn, điều đó thật khó chịu. Tuy nhiên, tôi chỉ muốn chắc chắn rằng tôi hoàn toàn hiểu cảm xúc của bạn và những gì bạn đang nghĩ.” Hãy lắng nghe những gì người kia nói và sau đó truyền đạt rằng bạn “hiểu” cảm xúc mà họ đang thể hiện: “Tôi biết bạn đang tức giận…”</w:t>
      </w:r>
    </w:p>
    <w:p>
      <w:pPr>
        <w:spacing w:after="80"/>
        <w:ind w:left="360"/>
      </w:pPr>
      <w:r>
        <w:rPr>
          <w:b/>
          <w:i w:val="0"/>
        </w:rPr>
        <w:t>5.</w:t>
      </w:r>
      <w:r>
        <w:rPr>
          <w:b w:val="0"/>
          <w:i w:val="0"/>
        </w:rPr>
        <w:t xml:space="preserve"> </w:t>
      </w:r>
      <w:r>
        <w:rPr>
          <w:b/>
          <w:i w:val="0"/>
        </w:rPr>
        <w:t>Có một chiến lược rời đi tốt.</w:t>
      </w:r>
      <w:r>
        <w:rPr>
          <w:b w:val="0"/>
          <w:i w:val="0"/>
        </w:rPr>
        <w:t xml:space="preserve"> Một chiến lược rời đi tồi là để một trong những người của bạn sa thải nhân viên mà chính bạn đã tuyển. Đây là một cách chắc chắn để tạo ra một cựu nhân viên tức giận. Nhưng nếu bạn tuyển John và anh ấy làm việc cho Sue thì sao? Vậy thì bạn và Sue nên cùng ở trong phòng khi bạn báo tin xấu cho John. Và hãy biến việc rời đi thành một cuộc trò chuyện thay vì một sự sa thải tóm tắt. Đừng đuổi người ta ra khỏi cửa mà hãy nhẹ nhàng đưa họ ra ngoài bằng thông tin và lòng trắc ẩn. Nếu bạn sa thải một nhà cung cấp làm việc bên ngoài văn phòng của bạn, đó là câu chuyện khác và bạn có thể làm điều đó qua một cuộc gọi điện thoại. Nhưng nếu ai đó đã làm việc trong văn phòng của bạn, bạn cần thực hiện một cuộc trò chuyện trực tiếp trước khi họ rời đi.</w:t>
      </w:r>
    </w:p>
    <w:p>
      <w:pPr>
        <w:spacing w:after="80"/>
        <w:ind w:left="360"/>
      </w:pPr>
      <w:r>
        <w:rPr>
          <w:b/>
          <w:i w:val="0"/>
        </w:rPr>
        <w:t>6.</w:t>
      </w:r>
      <w:r>
        <w:rPr>
          <w:b w:val="0"/>
          <w:i w:val="0"/>
        </w:rPr>
        <w:t xml:space="preserve"> </w:t>
      </w:r>
      <w:r>
        <w:rPr>
          <w:b/>
          <w:i w:val="0"/>
        </w:rPr>
        <w:t>Nói về điểm mạnh của người đó.</w:t>
      </w:r>
      <w:r>
        <w:rPr>
          <w:b w:val="0"/>
          <w:i w:val="0"/>
        </w:rPr>
        <w:t xml:space="preserve"> Điều này dựa trên điểm trước. Hãy đưa vào những gợi ý về cách họ có thể tận dụng điểm mạnh của mình để thành công trong công việc tiếp theo: “Bạn thực sự giỏi </w:t>
      </w:r>
      <w:r>
        <w:rPr>
          <w:b w:val="0"/>
          <w:i/>
        </w:rPr>
        <w:t>X</w:t>
      </w:r>
      <w:r>
        <w:rPr>
          <w:b w:val="0"/>
          <w:i w:val="0"/>
        </w:rPr>
        <w:t xml:space="preserve">, nghĩa là bạn rất phù hợp để làm </w:t>
      </w:r>
      <w:r>
        <w:rPr>
          <w:b w:val="0"/>
          <w:i/>
        </w:rPr>
        <w:t>Y</w:t>
      </w:r>
      <w:r>
        <w:rPr>
          <w:b w:val="0"/>
          <w:i w:val="0"/>
        </w:rPr>
        <w:t>.” Hãy trở thành một người huấn luyện đầy thấu cảm, người muốn giúp người ta tìm được vị trí tiếp theo dựa trên những gì họ làm tốt. Nếu bạn tiếp cận theo cách đó, ngay cả những cựu nhân viên của bạn cũng sẽ là người hâm mộ công ty bạn.</w:t>
      </w:r>
    </w:p>
    <w:p>
      <w:pPr>
        <w:spacing w:after="80"/>
      </w:pPr>
      <w:r>
        <w:rPr>
          <w:b w:val="0"/>
          <w:i w:val="0"/>
        </w:rPr>
        <w:t>Tuyển chậm; sa thải nhanh. Hãy dành thời gian để chắc chắn rằng bạn tuyển đúng người, nhưng khi bạn đã tin chắc rằng ai đó là người sai, đừng để người đó nán lại và làm tổn hại đến năng suất và tinh thần.</w:t>
      </w:r>
    </w:p>
    <w:p>
      <w:pPr>
        <w:spacing w:after="80"/>
      </w:pPr>
      <w:r>
        <w:rPr>
          <w:b w:val="0"/>
          <w:i w:val="0"/>
        </w:rPr>
        <w:t>Tôi hy vọng đến giờ bạn đang nghĩ xa hơn việc chỉ làm một doanh nhân đơn độc (solopreneur). Một công ty chỉ có một người thì tác động có hạn. Không ai xây dựng được một công ty tỷ đô một mình cả.</w:t>
      </w:r>
    </w:p>
    <w:p>
      <w:pPr>
        <w:jc w:val="center"/>
      </w:pPr>
      <w:r>
        <w:drawing>
          <wp:inline xmlns:a="http://schemas.openxmlformats.org/drawingml/2006/main" xmlns:pic="http://schemas.openxmlformats.org/drawingml/2006/picture">
            <wp:extent cx="1333500" cy="85725"/>
            <wp:docPr id="27" name="Picture 27"/>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7 </w:t>
      </w:r>
      <w:r>
        <w:rPr>
          <w:rFonts w:ascii="Calibri" w:hAnsi="Calibri"/>
          <w:b/>
          <w:i w:val="0"/>
          <w:sz w:val="32"/>
        </w:rPr>
        <w:t>Tạo dựng một nền văn hóa dựa trên các nguyên tắc</w:t>
      </w:r>
    </w:p>
    <w:p>
      <w:pPr>
        <w:spacing w:after="80"/>
      </w:pPr>
      <w:r>
        <w:rPr>
          <w:b w:val="0"/>
          <w:i w:val="0"/>
        </w:rPr>
        <w:t>Lãnh đạo là làm cho người khác trở nên tốt hơn nhờ sự hiện diện của bạn và đảm bảo rằng tác động đó vẫn còn khi bạn vắng mặt.</w:t>
      </w:r>
    </w:p>
    <w:p>
      <w:pPr>
        <w:spacing w:after="80"/>
        <w:jc w:val="right"/>
      </w:pPr>
      <w:r>
        <w:rPr>
          <w:b w:val="0"/>
          <w:i w:val="0"/>
        </w:rPr>
        <w:t>—Sheryl Sandberg, COO của Facebook và người sáng lập LeanIn.org</w:t>
      </w:r>
    </w:p>
    <w:p>
      <w:pPr>
        <w:spacing w:after="80"/>
      </w:pPr>
      <w:r>
        <w:rPr>
          <w:b w:val="0"/>
          <w:i w:val="0"/>
        </w:rPr>
        <w:t>Không quan trọng bạn là người vô thần hay bất khả tri, các yếu tố của tôn giáo vẫn có chỗ đứng trong doanh nghiệp của bạn. Trước khi bạn gạt bỏ ý tưởng này, hãy nhìn kỹ hơn một chút. Tôi thực sự tin rằng có rất nhiều điều để học hỏi từ việc nghiên cứu các tôn giáo trên thế giới. Hai điều gì mà mọi tôn giáo đều có chung? Những tín đồ chân chính và các nghi lễ.</w:t>
      </w:r>
    </w:p>
    <w:p>
      <w:pPr>
        <w:spacing w:after="80"/>
      </w:pPr>
      <w:r>
        <w:rPr>
          <w:b w:val="0"/>
          <w:i w:val="0"/>
        </w:rPr>
        <w:t>Doanh nghiệp nào có thể thành công mà không có người tin vào nó? Và doanh nghiệp nào lại không có những biểu tượng, câu nói và tín điều riêng là một phần trong văn hóa của nó?</w:t>
      </w:r>
    </w:p>
    <w:p>
      <w:pPr>
        <w:spacing w:after="80"/>
      </w:pPr>
      <w:r>
        <w:rPr>
          <w:b w:val="0"/>
          <w:i w:val="0"/>
        </w:rPr>
        <w:t>Google là một tôn giáo. Apple cũng vậy. Southwest Airlines và Walmart cũng thế. Các CEO của họ sẽ không thừa nhận điều đó, nhưng mỗi công ty đều tuân theo những “điều răn,” truyền bá qua mạng xã hội và các phương tiện khác, và tin tưởng mãnh liệt vào chiến lược kinh doanh cùng những chuẩn mực văn hóa của mình.</w:t>
      </w:r>
    </w:p>
    <w:p>
      <w:pPr>
        <w:spacing w:after="80"/>
      </w:pPr>
      <w:r>
        <w:rPr>
          <w:b w:val="0"/>
          <w:i w:val="0"/>
        </w:rPr>
        <w:t>Tôi cũng tin vào những điều tương tự, và niềm tin này tiếp thêm năng lượng cho công ty tôi. Nó giúp chúng tôi trụ vững khi mọi thứ khó khăn, và tiếp thêm tự tin cho chúng tôi khi mọi thứ suôn sẻ. Những người tin tưởng thật sự rất đáng gờm, nên dù bạn tạo dựng dự án khởi nghiệp nào, hãy đảm bảo rằng bạn và đội ngũ của mình được gắn kết bởi một niềm tin chung.</w:t>
      </w:r>
    </w:p>
    <w:p>
      <w:pPr>
        <w:spacing w:after="80"/>
      </w:pPr>
      <w:r>
        <w:rPr>
          <w:b w:val="0"/>
          <w:i w:val="0"/>
        </w:rPr>
        <w:t>Có một ý tưởng kinh doanh tuyệt vời và những người tài năng vẫn chưa đủ. Là một doanh nhân hiểu rõ tầm quan trọng của chiến lược và tài năng, bạn có thể không đồng ý. Nhưng tôi đảm bảo với bạn, nếu đội ngũ của bạn không có những nguyên tắc và giá trị tương đồng, nó sẽ không bao giờ đạt được tiềm năng tối đa của mình. Việc bạn phát minh ra một cái bẫy chuột tốt hơn hay thuê được những người giỏi nhất và sáng giá nhất đều không quan trọng. Không có những giá trị chung, bạn không thể duy trì được những gì mình đã xây dựng.</w:t>
      </w:r>
    </w:p>
    <w:p>
      <w:pPr>
        <w:spacing w:after="80"/>
      </w:pPr>
      <w:r>
        <w:rPr>
          <w:b w:val="0"/>
          <w:i w:val="0"/>
        </w:rPr>
        <w:t>Biết mình muốn trở thành ai là một chuyện; nhào nặn cả một tổ chức theo một bộ niềm tin cốt lõi sẽ tồn tại dù có bạn hay không lại là chuyện khác. Trong chương này, bạn sẽ học được cách làm được điều đó.</w:t>
      </w:r>
    </w:p>
    <w:p>
      <w:pPr>
        <w:pStyle w:val="Heading3"/>
      </w:pPr>
      <w:r>
        <w:rPr>
          <w:rFonts w:ascii="Calibri" w:hAnsi="Calibri"/>
          <w:b/>
          <w:i w:val="0"/>
          <w:sz w:val="26"/>
        </w:rPr>
        <w:t>Xây dựng các Nguyên tắc</w:t>
      </w:r>
    </w:p>
    <w:p>
      <w:pPr>
        <w:spacing w:after="80"/>
      </w:pPr>
      <w:r>
        <w:rPr>
          <w:b w:val="0"/>
          <w:i w:val="0"/>
        </w:rPr>
        <w:t>Ngay sau khi tôi khởi nghiệp, tôi đang ở Hawaii cùng người bạn gái khi đó và nay là vợ tôi, và chúng tôi lên phòng. Hawaii là một nơi lãng mạn, nên đương nhiên, chúng tôi làm những gì các cặp đôi trẻ thường làm. Bạn biết chuyện này sẽ đi đến đâu rồi, phải không? Khi tôi treo tấm biển DO NOT DISTURB lên cửa, tôi không khỏi nghĩ đến bản hit thập niên ’80 của The System và bắt đầu hát, “Hang a sign up on the door. Say don’t disturb this groove.” Tôi cài chốt cửa rồi lập tức bắt tay vào việc. Và khi tôi nói “bắt tay vào việc,” ý tôi là tôi chộp lấy một cây bút và một tờ giấy rồi nói, “Nào, hãy lập một danh sách những giá trị và nguyên tắc mà chúng ta muốn sống theo. Xem chúng ta nghĩ ra được bao nhiêu.”</w:t>
      </w:r>
    </w:p>
    <w:p>
      <w:pPr>
        <w:spacing w:after="80"/>
      </w:pPr>
      <w:r>
        <w:rPr>
          <w:b w:val="0"/>
          <w:i w:val="0"/>
        </w:rPr>
        <w:t>Chúng tôi nghĩ ra ngay được bốn mươi ba điều. Rồi chúng tôi thu hẹp danh sách xuống còn mười.</w:t>
      </w:r>
    </w:p>
    <w:p>
      <w:pPr>
        <w:spacing w:after="80"/>
      </w:pPr>
      <w:r>
        <w:rPr>
          <w:b w:val="0"/>
          <w:i w:val="0"/>
        </w:rPr>
        <w:t>Bạn có thể nghĩ đây là một việc kỳ quặc để làm khi đang ở Hawaii cùng bạn gái, nhưng như mọi người quen biết tôi đều sẽ nói, tôi bị ám ảnh bởi các nguyên tắc. Khi chúng tôi quyết định sinh con, vợ tôi, Jennifer, và tôi lại lấy một tờ giấy khác và làm bài tập tương tự. Kết quả là, gia đình chúng tôi có một nền văn hóa. Chúng tôi đại diện cho một điều gì đó. Chúng tôi có những nguyên tắc cùng những giá trị rõ ràng mà chúng tôi lặp đi lặp lại.</w:t>
      </w:r>
    </w:p>
    <w:p>
      <w:pPr>
        <w:pStyle w:val="Heading4"/>
      </w:pPr>
      <w:r>
        <w:rPr>
          <w:rFonts w:ascii="Calibri" w:hAnsi="Calibri"/>
          <w:b/>
          <w:i w:val="0"/>
          <w:sz w:val="23"/>
        </w:rPr>
        <w:t>Những gì Gia đình Chúng tôi Đại diện</w:t>
      </w:r>
    </w:p>
    <w:p>
      <w:pPr>
        <w:spacing w:after="80"/>
        <w:ind w:left="360"/>
      </w:pPr>
      <w:r>
        <w:t xml:space="preserve">• </w:t>
      </w:r>
      <w:r>
        <w:rPr>
          <w:b w:val="0"/>
          <w:i w:val="0"/>
        </w:rPr>
        <w:t>Dẫn dắt—vì điều đó sẽ cần thiết trong mọi tình huống bạn gặp phải</w:t>
      </w:r>
    </w:p>
    <w:p>
      <w:pPr>
        <w:spacing w:after="80"/>
        <w:ind w:left="360"/>
      </w:pPr>
      <w:r>
        <w:t xml:space="preserve">• </w:t>
      </w:r>
      <w:r>
        <w:rPr>
          <w:b w:val="0"/>
          <w:i w:val="0"/>
        </w:rPr>
        <w:t>Tôn trọng—vì mỗi người đều có điều gì đó để dạy bạn</w:t>
      </w:r>
    </w:p>
    <w:p>
      <w:pPr>
        <w:spacing w:after="80"/>
        <w:ind w:left="360"/>
      </w:pPr>
      <w:r>
        <w:t xml:space="preserve">• </w:t>
      </w:r>
      <w:r>
        <w:rPr>
          <w:b w:val="0"/>
          <w:i w:val="0"/>
        </w:rPr>
        <w:t>Cải thiện—vì đó là cách bạn biết mọi thứ rồi sẽ ổn thỏa</w:t>
      </w:r>
    </w:p>
    <w:p>
      <w:pPr>
        <w:spacing w:after="80"/>
        <w:ind w:left="360"/>
      </w:pPr>
      <w:r>
        <w:t xml:space="preserve">• </w:t>
      </w:r>
      <w:r>
        <w:rPr>
          <w:b w:val="0"/>
          <w:i w:val="0"/>
        </w:rPr>
        <w:t>Yêu thương—vì mỗi người đều đang đối mặt với một thử thách nào đó trong cuộc sống</w:t>
      </w:r>
    </w:p>
    <w:p>
      <w:pPr>
        <w:pStyle w:val="Heading4"/>
      </w:pPr>
      <w:r>
        <w:rPr>
          <w:rFonts w:ascii="Calibri" w:hAnsi="Calibri"/>
          <w:b/>
          <w:i w:val="0"/>
          <w:sz w:val="23"/>
        </w:rPr>
        <w:t>Những gì Chúng tôi Không dung thứ</w:t>
      </w:r>
    </w:p>
    <w:p>
      <w:pPr>
        <w:spacing w:after="80"/>
        <w:ind w:left="360"/>
      </w:pPr>
      <w:r>
        <w:t xml:space="preserve">• </w:t>
      </w:r>
      <w:r>
        <w:rPr>
          <w:b w:val="0"/>
          <w:i w:val="0"/>
        </w:rPr>
        <w:t>Bắt nạt và bị bắt nạt</w:t>
      </w:r>
    </w:p>
    <w:p>
      <w:pPr>
        <w:pStyle w:val="Heading4"/>
      </w:pPr>
      <w:r>
        <w:rPr>
          <w:rFonts w:ascii="Calibri" w:hAnsi="Calibri"/>
          <w:b/>
          <w:i w:val="0"/>
          <w:sz w:val="23"/>
        </w:rPr>
        <w:t>Những Giá trị Cốt lõi của Chúng tôi</w:t>
      </w:r>
    </w:p>
    <w:p>
      <w:pPr>
        <w:spacing w:after="80"/>
        <w:ind w:left="360"/>
      </w:pPr>
      <w:r>
        <w:t xml:space="preserve">• </w:t>
      </w:r>
      <w:r>
        <w:rPr>
          <w:b/>
          <w:i w:val="0"/>
        </w:rPr>
        <w:t>Can đảm.</w:t>
      </w:r>
      <w:r>
        <w:rPr>
          <w:b w:val="0"/>
          <w:i w:val="0"/>
        </w:rPr>
        <w:t xml:space="preserve"> Không ngại thách thức người khác</w:t>
      </w:r>
    </w:p>
    <w:p>
      <w:pPr>
        <w:spacing w:after="80"/>
        <w:ind w:left="360"/>
      </w:pPr>
      <w:r>
        <w:t xml:space="preserve">• </w:t>
      </w:r>
      <w:r>
        <w:rPr>
          <w:b/>
          <w:i w:val="0"/>
        </w:rPr>
        <w:t>Khôn ngoan.</w:t>
      </w:r>
      <w:r>
        <w:rPr>
          <w:b w:val="0"/>
          <w:i w:val="0"/>
        </w:rPr>
        <w:t xml:space="preserve"> Đưa ra những lựa chọn đúng đắn</w:t>
      </w:r>
    </w:p>
    <w:p>
      <w:pPr>
        <w:spacing w:after="80"/>
        <w:ind w:left="360"/>
      </w:pPr>
      <w:r>
        <w:t xml:space="preserve">• </w:t>
      </w:r>
      <w:r>
        <w:rPr>
          <w:b/>
          <w:i w:val="0"/>
        </w:rPr>
        <w:t>Bao dung.</w:t>
      </w:r>
      <w:r>
        <w:rPr>
          <w:b w:val="0"/>
          <w:i w:val="0"/>
        </w:rPr>
        <w:t xml:space="preserve"> Hiểu rằng chúng ta đang làm việc với những con người, những người luôn thay đổi mọi lúc</w:t>
      </w:r>
    </w:p>
    <w:p>
      <w:pPr>
        <w:spacing w:after="80"/>
        <w:ind w:left="360"/>
      </w:pPr>
      <w:r>
        <w:t xml:space="preserve">• </w:t>
      </w:r>
      <w:r>
        <w:rPr>
          <w:b/>
          <w:i w:val="0"/>
        </w:rPr>
        <w:t>Thấu hiểu.</w:t>
      </w:r>
      <w:r>
        <w:rPr>
          <w:b w:val="0"/>
          <w:i w:val="0"/>
        </w:rPr>
        <w:t xml:space="preserve"> Trân trọng và tôn trọng việc mỗi người có những ý tưởng và giá trị khác nhau</w:t>
      </w:r>
    </w:p>
    <w:p>
      <w:pPr>
        <w:spacing w:after="80"/>
      </w:pPr>
      <w:r>
        <w:rPr>
          <w:b w:val="0"/>
          <w:i w:val="0"/>
        </w:rPr>
        <w:t>Chúng tôi lặp đi lặp lại những điều này hết lần này đến lần khác. Bọn trẻ nhà tôi phát ngán vì phải nghe chúng. Còn với công ty, đội ngũ của tôi lúc nào cũng trêu tôi vì tôi nhắc đi nhắc lại những niềm tin này quá thường xuyên. Theo cách tôi nhìn nhận, nếu mọi người không còn chế giễu bạn nữa, nghĩa là bạn vẫn chưa lặp lại thông điệp của mình đủ nhiều.</w:t>
      </w:r>
    </w:p>
    <w:p>
      <w:pPr>
        <w:spacing w:after="80"/>
      </w:pPr>
      <w:r>
        <w:rPr>
          <w:b w:val="0"/>
          <w:i w:val="0"/>
        </w:rPr>
        <w:t>Tại sao tôi lại kiên trì đến vậy, cả trong gia đình riêng lẫn gia đình công ty, trong việc lặp đi lặp lại các nguyên tắc của chúng tôi? Bởi vì tôi tin vào sức mạnh của việc nhắc nhở và nhắc nhở lại. Tôi muốn những giá trị và nguyên tắc này luôn nằm trong tâm trí đội ngũ và gia đình tôi mọi lúc.</w:t>
      </w:r>
    </w:p>
    <w:p>
      <w:pPr>
        <w:spacing w:after="80"/>
      </w:pPr>
      <w:r>
        <w:rPr>
          <w:b w:val="0"/>
          <w:i w:val="0"/>
        </w:rPr>
        <w:t xml:space="preserve">Tôi đã quan sát những doanh nhân khác đang gặp vấn đề trong công việc kinh doanh của họ: nhân viên lướt các trang web khiêu dâm trong giờ làm việc, làm những việc phi đạo đức để kiếm khách, và chỉ làm việc vừa đủ để tồn tại chứ không đủ chăm chỉ để xuất sắc. Một số người trong họ đã không làm rõ được mình coi trọng điều gì. Và một số người có thể đã rõ ràng về niềm tin của mình nhưng lại không lặp lại chúng đủ nhiều—và không </w:t>
      </w:r>
      <w:r>
        <w:rPr>
          <w:b w:val="0"/>
          <w:i/>
        </w:rPr>
        <w:t>thể hiện</w:t>
      </w:r>
      <w:r>
        <w:rPr>
          <w:b w:val="0"/>
          <w:i w:val="0"/>
        </w:rPr>
        <w:t xml:space="preserve"> chúng đủ nhiều—để chúng thấm sâu vào lòng người.</w:t>
      </w:r>
    </w:p>
    <w:p>
      <w:pPr>
        <w:pStyle w:val="Heading3"/>
      </w:pPr>
      <w:r>
        <w:rPr>
          <w:rFonts w:ascii="Calibri" w:hAnsi="Calibri"/>
          <w:b/>
          <w:i w:val="0"/>
          <w:sz w:val="26"/>
        </w:rPr>
        <w:t>Chứng minh điều bạn đại diện</w:t>
      </w:r>
    </w:p>
    <w:p>
      <w:pPr>
        <w:spacing w:after="80"/>
      </w:pPr>
      <w:r>
        <w:rPr>
          <w:b w:val="0"/>
          <w:i w:val="0"/>
        </w:rPr>
        <w:t>Tôi đang mua sắm ở Nordstrom cùng cậu con trai Dylan, sáu tuổi. Thằng bé đang nghịch ngợm và trèo lên lưng tôi thì một người phụ nữ nhìn nó và bắt đầu mỉm cười. Cô ấy nói rằng các con cô giờ đã lớn nhưng cô vẫn nhớ giai đoạn đó. Tôi hỏi cô ấy câu hỏi mà tôi luôn hỏi những bậc cha mẹ lớn tuổi hơn mình: "Ba điều mà chị đã làm với tư cách một người cha/mẹ và nó hiệu quả là gì?"</w:t>
      </w:r>
    </w:p>
    <w:p>
      <w:pPr>
        <w:spacing w:after="80"/>
      </w:pPr>
      <w:r>
        <w:rPr>
          <w:b w:val="0"/>
          <w:i w:val="0"/>
        </w:rPr>
        <w:t>Hai câu trả lời đầu tiên của cô ấy là những điều phổ biến: yêu thương con cái, và dành cho chúng thật nhiều sự quan tâm. Câu cuối cùng là về sự đáng tin. Cô ấy nói: "Nếu bạn dọa phạt chúng hoặc lấy đi thứ gì đó của chúng, hãy làm thật, nếu không lời nói của bạn sẽ mất giá trị."</w:t>
      </w:r>
    </w:p>
    <w:p>
      <w:pPr>
        <w:spacing w:after="80"/>
      </w:pPr>
      <w:r>
        <w:rPr>
          <w:b w:val="0"/>
          <w:i w:val="0"/>
        </w:rPr>
        <w:t>Năm 2010, chỉ một năm sau khi thành lập công ty, tôi đã thuê một số nhân viên "cứng đầu khó bảo". Như tôi sớm nhận ra, họ sẵn sàng làm tắt, làm ẩu và tham gia vào những hành vi phi đạo đức để kiếm khách. Rõ ràng là tôi không biết họ là những nhân viên cứng đầu khó bảo khi tôi thuê họ. Thực tế, họ có vẻ là những người được thuê tuyệt vời vì họ làm cực đỉnh—mỗi người kiếm được hơn $100,000 trong ba tháng đầu tiên làm việc với chúng tôi.</w:t>
      </w:r>
    </w:p>
    <w:p>
      <w:pPr>
        <w:spacing w:after="80"/>
      </w:pPr>
      <w:r>
        <w:rPr>
          <w:b w:val="0"/>
          <w:i w:val="0"/>
        </w:rPr>
        <w:t>Rồi tôi bắt đầu nghe về những phương pháp mờ ám của họ. Vào thời điểm đó trong công việc kinh doanh, tôi không thể biện minh cho khoản chi phí thuê một nhân viên giám sát tuân thủ toàn thời gian, nhưng tôi sớm nhận ra rằng để cân bằng với hàng công tấn công bùng nổ của chúng tôi (tăng trưởng nhanh chóng), chúng tôi cũng cần chơi phòng thủ. Lý do tôi thuê Amour Noubarentz—anh ấy từng là quản lý chi nhánh văn phòng của tôi hồi năm 2002—là vì tôi biết anh ấy chia sẻ các nguyên tắc của tôi. Tôi yêu cầu anh ấy điều tra những cáo buộc về những nhân viên mới đó. Amour cảnh báo tôi rằng tôi phải để anh ấy làm công việc của mình và có thể tôi sẽ không thích những gì mình nghe được. Có khả năng những người kiếm được nhiều tiền đó có thể phạm những hành vi không phù hợp với các nguyên tắc mà tôi đang khắc sâu vào văn hóa công ty. Tôi hứa cho anh ấy toàn quyền.</w:t>
      </w:r>
    </w:p>
    <w:p>
      <w:pPr>
        <w:spacing w:after="80"/>
      </w:pPr>
      <w:r>
        <w:rPr>
          <w:b w:val="0"/>
          <w:i w:val="0"/>
        </w:rPr>
        <w:t>Ba tháng sau, anh ấy trình cho tôi bằng chứng rằng nhân viên sản xuất số một của chúng tôi đã tạo ra doanh thu theo cách không chỉ phi đạo đức mà còn có thể là phạm pháp.</w:t>
      </w:r>
    </w:p>
    <w:p>
      <w:pPr>
        <w:spacing w:after="80"/>
      </w:pPr>
      <w:r>
        <w:rPr>
          <w:b w:val="0"/>
          <w:i w:val="0"/>
        </w:rPr>
        <w:t>"Anh phải sa thải anh ta," Amour nói.</w:t>
      </w:r>
    </w:p>
    <w:p>
      <w:pPr>
        <w:spacing w:after="80"/>
      </w:pPr>
      <w:r>
        <w:rPr>
          <w:b w:val="0"/>
          <w:i w:val="0"/>
        </w:rPr>
        <w:t>Bất chấp cuộc trò chuyện trước đó của chúng tôi, tôi vẫn miễn cưỡng làm điều đó. Giống như nhiều doanh nhân, tôi coi trọng những người có thể tạo ra kết quả, và nhân viên cứng đầu khó bảo đó đang tạo ra kết quả điên cuồng. Khi Amour chia sẻ bằng chứng của anh ấy, trong đó có cả một lịch sử rắc rối với FBI (tôi đã kể với bạn là tôi đã học được bài học về việc tuyển dụng theo cách đau đớn rồi mà?), tôi không còn lựa chọn nào khác. Sa thải người ta lúc nào cũng khó khăn, và trong trường hợp đó, khi tôi gặp nhân viên này cùng vợ/đối tác kinh doanh của anh ta, cô ấy đã khóc và nói với tôi rằng họ có con và không biết làm sao để nuôi chúng. Cuối cùng tôi đã chăm lo cho họ tốt nhất có thể, nhưng tôi vẫn phải để anh ta ra đi. Bạn đơn giản là không thể dung thứ cho những người vi phạm nguyên tắc của bạn.</w:t>
      </w:r>
    </w:p>
    <w:p>
      <w:pPr>
        <w:spacing w:after="80"/>
      </w:pPr>
      <w:r>
        <w:rPr>
          <w:b w:val="0"/>
          <w:i w:val="0"/>
        </w:rPr>
        <w:t xml:space="preserve">Sau sự việc đó, tôi bắt đầu câu lạc bộ sách của tháng cho công ty mình. Ban đầu tôi chỉ định hai cuốn sách cho nhân viên đọc: </w:t>
      </w:r>
      <w:r>
        <w:rPr>
          <w:b w:val="0"/>
          <w:i/>
        </w:rPr>
        <w:t>Winners Never Cheat: Everyday Values That We Learned as Children (but May Have Forgotten)</w:t>
      </w:r>
      <w:r>
        <w:rPr>
          <w:b w:val="0"/>
          <w:i w:val="0"/>
        </w:rPr>
        <w:t xml:space="preserve"> của Jon Huntsman và </w:t>
      </w:r>
      <w:r>
        <w:rPr>
          <w:b w:val="0"/>
          <w:i/>
        </w:rPr>
        <w:t>The Power of Ethical Management</w:t>
      </w:r>
      <w:r>
        <w:rPr>
          <w:b w:val="0"/>
          <w:i w:val="0"/>
        </w:rPr>
        <w:t xml:space="preserve"> của Ken Blanchard và Norman Vincent Peale. Tôi muốn truyền đạt đến mọi người rằng chúng tôi không có chút khoan nhượng nào với hành vi phi đạo đức.</w:t>
      </w:r>
    </w:p>
    <w:p>
      <w:pPr>
        <w:spacing w:after="80"/>
      </w:pPr>
      <w:r>
        <w:rPr>
          <w:b w:val="0"/>
          <w:i w:val="0"/>
        </w:rPr>
        <w:t>Mọi người bắt đầu bàn tán về các nguyên tắc và giá trị trong cuốn sách. Một vài người rời công ty vì họ không muốn làm việc ở nơi mà họ không thể uốn nắn các quy tắc. Với tất cả những gì tôi nói về nguyên tắc, tôi cần chứng minh bằng hành động rằng tôi thực sự tận tâm với chúng. Việc sa thải người sản xuất hàng đầu của chúng tôi và đẩy hàng triệu đô la doanh thu ra khỏi cửa chính là bằng chứng mà đội ngũ của tôi cần để thấy tôi đứng ở đâu.</w:t>
      </w:r>
    </w:p>
    <w:p>
      <w:pPr>
        <w:pStyle w:val="Heading3"/>
      </w:pPr>
      <w:r>
        <w:rPr>
          <w:rFonts w:ascii="Calibri" w:hAnsi="Calibri"/>
          <w:b/>
          <w:i w:val="0"/>
          <w:sz w:val="26"/>
        </w:rPr>
        <w:t>Như bố tôi và Dalio nói, Đừng Bao Giờ Sợ Sự Thật</w:t>
      </w:r>
    </w:p>
    <w:p>
      <w:pPr>
        <w:spacing w:after="80"/>
      </w:pPr>
      <w:r>
        <w:rPr>
          <w:b w:val="0"/>
          <w:i w:val="0"/>
        </w:rPr>
        <w:t xml:space="preserve">Nói về sách, cuốn thực sự phản ánh triết lý của tôi về kinh doanh và cuộc sống chính là </w:t>
      </w:r>
      <w:r>
        <w:rPr>
          <w:b w:val="0"/>
          <w:i/>
        </w:rPr>
        <w:t>Principles</w:t>
      </w:r>
      <w:r>
        <w:rPr>
          <w:b w:val="0"/>
          <w:i w:val="0"/>
        </w:rPr>
        <w:t xml:space="preserve"> của Ray Dalio. (Đúng, tôi biết đây là lần thứ ba tôi nhắc đến nó. Bạn đã bắt đầu thấy tính lặp đi lặp lại của tôi khiến người ta phát điên như thế nào chưa?) Dalio, người sáng lập Bridgewater Associates, quỹ đầu cơ lớn nhất thế giới, viết cuốn sách này để chia sẻ những nguyên tắc chỉ đường đã giúp ông trong cuộc sống cá nhân và sự nghiệp. Tôi bắt buộc toàn bộ công ty phải đọc nó. Tôi ấn tượng với cuốn sách đến mức tôi đã liên hệ với Dalio để mời ông làm khách mời trên Valuetainment. Chúng tôi đã có một cuộc trò chuyện sâu rộng về văn hóa và cách tiếp cận kinh doanh của ông tại trụ sở ở Connecticut.</w:t>
      </w:r>
    </w:p>
    <w:p>
      <w:pPr>
        <w:spacing w:after="80"/>
      </w:pPr>
      <w:r>
        <w:rPr>
          <w:b w:val="0"/>
          <w:i w:val="0"/>
        </w:rPr>
        <w:t>Như tôi dự đoán, một số người thấy không thoải mái với các khái niệm trong sách, đặc biệt là "sự minh bạch triệt để." Là một phần của nguyên tắc này, mọi người có nghĩa vụ chỉ ra lỗi của nhau khi họ tin rằng ai đó đang mắc sai lầm hoặc vượt qua giới hạn. Dù công ty chúng tôi cũng được thành lập dựa trên nguyên tắc này, không phải ai cũng thấy thoải mái với nó. Cuối cùng, cuốn sách đã làm được điều tôi muốn, đó là tạo ra những cuộc thảo luận hiệu quả (và thường nảy lửa) về các ý tưởng của Dalio và văn hóa của chúng tôi.</w:t>
      </w:r>
    </w:p>
    <w:p>
      <w:pPr>
        <w:spacing w:after="80"/>
      </w:pPr>
      <w:r>
        <w:rPr>
          <w:b w:val="0"/>
          <w:i w:val="0"/>
        </w:rPr>
        <w:t>Ngay cả Alice, COO của chúng tôi, cũng đối mặt với tôi và nói, "Điều này quá triệt để. Anh không thể điều hành văn phòng chính như cách anh điều hành đội ngũ bán hàng."</w:t>
      </w:r>
    </w:p>
    <w:p>
      <w:pPr>
        <w:spacing w:after="80"/>
      </w:pPr>
      <w:r>
        <w:rPr>
          <w:b w:val="0"/>
          <w:i w:val="0"/>
        </w:rPr>
        <w:t xml:space="preserve">Khi người tôi tôn trọng nói, tôi lắng nghe. Nhưng khi chúng tôi xử lý vấn đề, không có dữ liệu hay bằng chứng thực sự nào thuyết phục tôi không nên minh bạch triệt để. Tất cả những gì Alice có thể dựa vào chỉ là nó quá khác biệt. Dù vậy, tôi hiểu quan điểm của cô ấy. Vì Alice đã làm việc tại Pacific Life hai mươi hai năm, cô ấy đã hình thành một ý niệm về việc một đại lý bảo hiểm </w:t>
      </w:r>
      <w:r>
        <w:rPr>
          <w:b w:val="0"/>
          <w:i/>
        </w:rPr>
        <w:t>nên</w:t>
      </w:r>
      <w:r>
        <w:rPr>
          <w:b w:val="0"/>
          <w:i w:val="0"/>
        </w:rPr>
        <w:t xml:space="preserve"> như thế nào. Sự minh bạch triệt để quá khác biệt so với những gì cô ấy tưởng tượng.</w:t>
      </w:r>
    </w:p>
    <w:p>
      <w:pPr>
        <w:spacing w:after="80"/>
      </w:pPr>
      <w:r>
        <w:rPr>
          <w:b w:val="0"/>
          <w:i w:val="0"/>
        </w:rPr>
        <w:t>Minh bạch triệt để là điều không thể thương lượng đối với tôi. Tôi nói với Alice rằng tôi muốn khác biệt. Tôi cực kỳ thoải mái khi minh bạch triệt để; chính sự bình thường là điều tôi không thể chịu đựng. Alice và Ian Benedict, CFO của chúng tôi, đã ngồi lại và bàn chiến lược với toàn bộ đội ngũ. Họ nêu ra những lo ngại của đội ngũ và chia sẻ kế hoạch hành động với tôi. Cuối cùng, chúng tôi quyết định rằng cần tìm sự cân bằng giữa tôn trọng và trung thực—trong khi vẫn kiên định với việc minh bạch triệt để.</w:t>
      </w:r>
    </w:p>
    <w:p>
      <w:pPr>
        <w:spacing w:after="80"/>
      </w:pPr>
      <w:r>
        <w:rPr>
          <w:b w:val="0"/>
          <w:i w:val="0"/>
        </w:rPr>
        <w:t>Khi tôi lớn lên, tôi không thể đếm được bao nhiêu lần bố tôi nói, "Đừng bao giờ sợ sự thật." Nó khắc sâu vào tôi, và tôi đã truyền giá trị đó vào công ty của mình. Tôi đã nghiên cứu nhiều tổ chức khác và cảm thấy mạnh mẽ rằng sự thẳng thắn và trung thực đến đau lòng là quan trọng.</w:t>
      </w:r>
    </w:p>
    <w:p>
      <w:pPr>
        <w:spacing w:after="80"/>
      </w:pPr>
      <w:r>
        <w:rPr>
          <w:b w:val="0"/>
          <w:i w:val="0"/>
        </w:rPr>
        <w:t>Một trong những nghiên cứu tình huống nổi tiếng nhất từ Harvard Business School là về Morgan Stanley và Rob Parson. Khi John Mack trở thành chủ tịch của Morgan Stanley vào năm 1993, ông muốn thay đổi văn hóa của Morgan Stanley và đón nhận tinh thần làm việc nhóm để bán chéo, mở rộng tầm với của công ty, và giảm bớt mọi cuộc đấu đá nội bộ. Câu thần chú thể hiện tầm nhìn của ông là "Công ty một nhà." Nhân viên sẽ được đánh giá dựa trên đánh giá hiệu suất 360 độ bởi cấp trên, đồng nghiệp và cấp dưới.</w:t>
      </w:r>
    </w:p>
    <w:p>
      <w:pPr>
        <w:spacing w:after="80"/>
      </w:pPr>
      <w:r>
        <w:rPr>
          <w:b w:val="0"/>
          <w:i w:val="0"/>
        </w:rPr>
        <w:t>Parson là ví dụ điển hình của một người sản xuất cực giỏi nhưng là đồng đội khó chịu. Ông đã mở rộng thị phần của Morgan Stanley trong lĩnh vực kinh doanh của mình từ 2 phần trăm lên 12,5 phần trăm trong thời gian ngắn và đưa Morgan Stanley từ vị trí thứ mười lên thứ hai trong thị trường của mình. Các đồng nghiệp thấy ông kiêu ngạo và phải bước nhẹ nhàng quanh ông—điều này là vấn đề lớn vì chỉ thị của Mack là thay đổi văn hóa công ty.</w:t>
      </w:r>
    </w:p>
    <w:p>
      <w:pPr>
        <w:spacing w:after="80"/>
      </w:pPr>
      <w:r>
        <w:rPr>
          <w:b w:val="0"/>
          <w:i w:val="0"/>
        </w:rPr>
        <w:t>Nhiều người đọc nghiên cứu tình huống đó nghĩ rằng sa thải Parson là điều hiển nhiên. Nếu Morgan Stanley muốn trung thành với văn hóa của mình, họ cần đặt những người biết làm việc nhóm lên trước. Dù Parson là người sản xuất lớn, hành vi của ông không nhất quán với sứ mệnh mới của tổ chức.</w:t>
      </w:r>
    </w:p>
    <w:p>
      <w:pPr>
        <w:spacing w:after="80"/>
      </w:pPr>
      <w:r>
        <w:rPr>
          <w:b w:val="0"/>
          <w:i w:val="0"/>
        </w:rPr>
        <w:t>Tôi thấy khác. Điều tôi thấy là một người quản lý sợ giao tiếp trực tiếp. Nghiên cứu tình huống mô tả cách người quản lý "gợi ý" mọi thứ và hy vọng Parson sẽ hiểu được ẩn ý. Điều mà sếp của Parson không làm được là nói thẳng và cụ thể rằng Parson đã làm sai điều gì và cần thay đổi gì để giữ được công việc. Vấn đề không phải là văn hóa của Morgan Stanley; mà là sự thiếu giao tiếp trực tiếp từ một trong những lãnh đạo cấp cao của nó.</w:t>
      </w:r>
    </w:p>
    <w:p>
      <w:pPr>
        <w:spacing w:after="80"/>
      </w:pPr>
      <w:r>
        <w:rPr>
          <w:b w:val="0"/>
          <w:i w:val="0"/>
        </w:rPr>
        <w:t>Như thường lệ, các nhà quản lý sợ nói thật với mọi người về cảm nhận của họ. Tôi có thể hiểu việc sợ làm tổn thương cảm xúc của một nhân viên bán hàng ngôi sao. Nhưng nó vẫn tốt hơn lựa chọn còn lại. Không có phản hồi trực tiếp và minh bạch triệt để, Parson tiếp tục đối xử tệ với đồng nghiệp.</w:t>
      </w:r>
    </w:p>
    <w:p>
      <w:pPr>
        <w:spacing w:after="80"/>
      </w:pPr>
      <w:r>
        <w:rPr>
          <w:b w:val="0"/>
          <w:i w:val="0"/>
        </w:rPr>
        <w:t>Theo quan điểm của tôi, công lý cuối cùng đã được thực thi khi người quản lý của ông, chứ không phải Parson, bị sa thải.</w:t>
      </w:r>
    </w:p>
    <w:p>
      <w:pPr>
        <w:pStyle w:val="Heading4"/>
      </w:pPr>
      <w:r>
        <w:rPr>
          <w:rFonts w:ascii="Calibri" w:hAnsi="Calibri"/>
          <w:b/>
          <w:i w:val="0"/>
          <w:sz w:val="23"/>
        </w:rPr>
        <w:t>Các Nguyên Tắc Kinh Doanh Của Tôi</w:t>
      </w:r>
    </w:p>
    <w:p>
      <w:pPr>
        <w:spacing w:after="80"/>
        <w:ind w:left="360"/>
      </w:pPr>
      <w:r>
        <w:t xml:space="preserve">• </w:t>
      </w:r>
      <w:r>
        <w:rPr>
          <w:b w:val="0"/>
          <w:i w:val="0"/>
        </w:rPr>
        <w:t>Không bao giờ thỏa hiệp với những điều không thể thương lượng của chúng ta.</w:t>
      </w:r>
    </w:p>
    <w:p>
      <w:pPr>
        <w:spacing w:after="80"/>
        <w:ind w:left="360"/>
      </w:pPr>
      <w:r>
        <w:t xml:space="preserve">• </w:t>
      </w:r>
      <w:r>
        <w:rPr>
          <w:b w:val="0"/>
          <w:i w:val="0"/>
        </w:rPr>
        <w:t>Micromanage cho đến khi có được sự tin tưởng.</w:t>
      </w:r>
    </w:p>
    <w:p>
      <w:pPr>
        <w:spacing w:after="80"/>
        <w:ind w:left="360"/>
      </w:pPr>
      <w:r>
        <w:t xml:space="preserve">• </w:t>
      </w:r>
      <w:r>
        <w:rPr>
          <w:b w:val="0"/>
          <w:i w:val="0"/>
        </w:rPr>
        <w:t>Những gì đưa chúng ta đến đây sẽ không đưa chúng ta lên tầm cao tiếp theo.</w:t>
      </w:r>
    </w:p>
    <w:p>
      <w:pPr>
        <w:spacing w:after="80"/>
        <w:ind w:left="360"/>
      </w:pPr>
      <w:r>
        <w:t xml:space="preserve">• </w:t>
      </w:r>
      <w:r>
        <w:rPr>
          <w:b w:val="0"/>
          <w:i w:val="0"/>
        </w:rPr>
        <w:t>Không ai có được sự đảm bảo công việc 100 phần trăm, kể cả người sáng lập hay CEO.</w:t>
      </w:r>
    </w:p>
    <w:p>
      <w:pPr>
        <w:spacing w:after="80"/>
        <w:ind w:left="360"/>
      </w:pPr>
      <w:r>
        <w:t xml:space="preserve">• </w:t>
      </w:r>
      <w:r>
        <w:rPr>
          <w:b w:val="0"/>
          <w:i w:val="0"/>
        </w:rPr>
        <w:t>Tạo áp lực đồng đẳng tích cực bằng cách thách thức lẫn nhau.</w:t>
      </w:r>
    </w:p>
    <w:p>
      <w:pPr>
        <w:spacing w:after="80"/>
        <w:ind w:left="360"/>
      </w:pPr>
      <w:r>
        <w:t xml:space="preserve">• </w:t>
      </w:r>
      <w:r>
        <w:rPr>
          <w:b w:val="0"/>
          <w:i w:val="0"/>
        </w:rPr>
        <w:t>Đánh bại thành tích tốt nhất trước đây của chính bạn.</w:t>
      </w:r>
    </w:p>
    <w:p>
      <w:pPr>
        <w:spacing w:after="80"/>
        <w:ind w:left="360"/>
      </w:pPr>
      <w:r>
        <w:t xml:space="preserve">• </w:t>
      </w:r>
      <w:r>
        <w:rPr>
          <w:b w:val="0"/>
          <w:i w:val="0"/>
        </w:rPr>
        <w:t>Hãy đối xử với tiền của công ty như thể đó là tiền của chính bạn.</w:t>
      </w:r>
    </w:p>
    <w:p>
      <w:pPr>
        <w:spacing w:after="80"/>
        <w:ind w:left="360"/>
      </w:pPr>
      <w:r>
        <w:t xml:space="preserve">• </w:t>
      </w:r>
      <w:r>
        <w:rPr>
          <w:b w:val="0"/>
          <w:i w:val="0"/>
        </w:rPr>
        <w:t>Cực kỳ cởi mở trong tư duy nhưng không dễ bị thuyết phục.</w:t>
      </w:r>
    </w:p>
    <w:p>
      <w:pPr>
        <w:spacing w:after="80"/>
        <w:ind w:left="360"/>
      </w:pPr>
      <w:r>
        <w:t xml:space="preserve">• </w:t>
      </w:r>
      <w:r>
        <w:rPr>
          <w:b w:val="0"/>
          <w:i w:val="0"/>
        </w:rPr>
        <w:t>Chống lại mọi cám dỗ muốn hạ thấp kỳ vọng và tiêu chuẩn.</w:t>
      </w:r>
    </w:p>
    <w:p>
      <w:pPr>
        <w:spacing w:after="80"/>
        <w:ind w:left="360"/>
      </w:pPr>
      <w:r>
        <w:t xml:space="preserve">• </w:t>
      </w:r>
      <w:r>
        <w:rPr>
          <w:b w:val="0"/>
          <w:i w:val="0"/>
        </w:rPr>
        <w:t>Tạo ra một môi trường nơi đội ngũ của chúng ta được chăm lo cả về tài chính lẫn chuyên môn.</w:t>
      </w:r>
    </w:p>
    <w:p>
      <w:pPr>
        <w:spacing w:after="80"/>
      </w:pPr>
      <w:r>
        <w:rPr>
          <w:b w:val="0"/>
          <w:i w:val="0"/>
        </w:rPr>
        <w:t>Ngoài những nguyên tắc này, tôi cũng chia sẻ với nhân viên của mình những điều khiến tôi không thoải mái: cảm giác được ban ơn, phàn nàn, tiêu cực, bi quan, rò rỉ bí mật, không chăm lo sức khỏe của bản thân, buôn chuyện, và nghe lời khuyên từ những người không đúng.</w:t>
      </w:r>
    </w:p>
    <w:p>
      <w:pPr>
        <w:pStyle w:val="Heading3"/>
      </w:pPr>
      <w:r>
        <w:rPr>
          <w:rFonts w:ascii="Calibri" w:hAnsi="Calibri"/>
          <w:b/>
          <w:i w:val="0"/>
          <w:sz w:val="26"/>
        </w:rPr>
        <w:t>Thiết lập một Bộ Quy Tắc Công Ty</w:t>
      </w:r>
    </w:p>
    <w:p>
      <w:pPr>
        <w:spacing w:after="80"/>
      </w:pPr>
      <w:r>
        <w:rPr>
          <w:b w:val="0"/>
          <w:i w:val="0"/>
        </w:rPr>
        <w:t>Thiết lập một bộ quy tắc công ty là điều tối quan trọng nếu bạn muốn điều hành một doanh nghiệp phát triển mạnh. Chúng ta nghe rất nhiều về việc xây dựng một mạng lưới rộng lớn. Kết quả là, chúng ta có thể quên rằng mạng lưới quan trọng nhất của mình nằm trong chính doanh nghiệp của mình. Con người cần có ranh giới; họ cần biết những giới hạn nào không được vượt qua. Một phần của bộ quy tắc có thể là bạn không được giành giật khách hàng từ một đồng nghiệp của mình. Hoặc cấm tỏ thái độ thiếu tôn trọng với sếp khi ông ấy đưa ra yêu cầu. Hoặc, trong trường hợp của công ty chúng tôi và Bridgewater Associates của Dalio, là bạn phải lên tiếng chỉ ra người khác—kể cả những người có chức danh và thâm niên cao hơn bạn—khi họ vi phạm các nguyên tắc cốt lõi của công ty.</w:t>
      </w:r>
    </w:p>
    <w:p>
      <w:pPr>
        <w:spacing w:after="80"/>
      </w:pPr>
      <w:r>
        <w:rPr>
          <w:b w:val="0"/>
          <w:i w:val="0"/>
        </w:rPr>
        <w:t>Khi tôi quản lý văn phòng kinh doanh đầu tiên của mình ở tuổi hai mươi lăm, tất cả chúng tôi ở đó đều làm việc chăm chỉ, vất vả và muộn. Bạn biết điều gì xảy ra trong một văn phòng kinh doanh tràn đầy năng lượng và testosterone. Điều đó không sao, ngoại trừ việc chúng tôi đã thiết lập một bộ quy tắc: Nếu bạn định hẹn hò với người thân, cấp dưới trực tiếp của ai đó, hay bất kỳ ai khác mà có thể nảy sinh sự nhạy cảm, bạn phải xin phép người bị ảnh hưởng trước. Không phải là bạn sẽ đi đến chỗ ai đó và nói, "Này, tối nay tôi sẽ ngủ với em gái cậu." Nhưng bạn nợ đồng nghiệp của mình phép lịch sự là xin phép để hẹn hò với một người có ý nghĩa với họ. Bằng cách tuân thủ bộ quy tắc đó, chúng tôi tránh được việc tạo ra những kẻ thù không đội trời chung và kiểu thù địch sẽ đầu độc môi trường làm việc.</w:t>
      </w:r>
    </w:p>
    <w:p>
      <w:pPr>
        <w:spacing w:after="80"/>
      </w:pPr>
      <w:r>
        <w:rPr>
          <w:b w:val="0"/>
          <w:i w:val="0"/>
        </w:rPr>
        <w:t>Tôi là một người đàn ông có testosterone cao. Tôi cực kỳ có động lực, nên tôi không thể ngồi đây và nói với bạn rằng tôi là một thiên thần. Tôi đã tiệc tùng thâu đêm từ năm mười tám đến hai mươi lăm tuổi, nhưng tôi có một bộ quy tắc: đời tư của tôi là riêng tư, và những lựa chọn của tôi không gây ảnh hưởng tiêu cực đến công việc kinh doanh. Tôi không hoàn hảo, nhưng tôi đã cố gắng hết sức để tuân thủ bộ quy tắc đó.</w:t>
      </w:r>
    </w:p>
    <w:p>
      <w:pPr>
        <w:spacing w:after="80"/>
      </w:pPr>
      <w:r>
        <w:rPr>
          <w:b w:val="0"/>
          <w:i w:val="0"/>
        </w:rPr>
        <w:t>Tôi kể câu chuyện này từ một giai đoạn của cuộc đời mình khi thách thức lớn nhất mà chúng tôi đối mặt là cả đội cùng tiệc tùng vào cuối tuần và mọi thứ vượt khỏi tầm kiểm soát. Mười lăm năm sau, giờ đây khi tôi là người sáng lập và CEO của công ty riêng, bộ quy tắc chỉ trở nên sâu sắc và mang tính kỹ thuật hơn. Đặc biệt là khi mọi người có con cái và vợ/chồng phụ thuộc vào thu nhập của họ, nhu cầu về sự chính trực càng trở nên lớn hơn.</w:t>
      </w:r>
    </w:p>
    <w:p>
      <w:pPr>
        <w:spacing w:after="80"/>
      </w:pPr>
      <w:r>
        <w:rPr>
          <w:b w:val="0"/>
          <w:i w:val="0"/>
        </w:rPr>
        <w:t>Nếu bạn định thiết lập một nền văn hóa, bạn phải cho mọi người biết bạn đại diện cho điều gì. Hãy có một bộ quy tắc rõ ràng, một tập hợp các nguyên tắc dẫn đường, và đảm bảo mọi người đều biết, không chút mơ hồ, hậu quả sẽ ra sao nếu vi phạm nó.</w:t>
      </w:r>
    </w:p>
    <w:p>
      <w:pPr>
        <w:pStyle w:val="Heading3"/>
      </w:pPr>
      <w:r>
        <w:rPr>
          <w:rFonts w:ascii="Calibri" w:hAnsi="Calibri"/>
          <w:b/>
          <w:i w:val="0"/>
          <w:sz w:val="26"/>
        </w:rPr>
        <w:t>Tạo Kế hoạch Thay thế</w:t>
      </w:r>
    </w:p>
    <w:p>
      <w:pPr>
        <w:spacing w:after="80"/>
      </w:pPr>
      <w:r>
        <w:rPr>
          <w:b w:val="0"/>
          <w:i w:val="0"/>
        </w:rPr>
        <w:t>Một trong những lý do bạn tạo dựng văn hóa là vì nó nâng tầm tất cả mọi người. Nó cũng cho phép bạn mở rộng quy mô nhanh hơn.</w:t>
      </w:r>
    </w:p>
    <w:p>
      <w:pPr>
        <w:spacing w:after="80"/>
      </w:pPr>
      <w:r>
        <w:rPr>
          <w:b/>
          <w:i w:val="0"/>
        </w:rPr>
        <w:t>Doanh nghiệp của bạn càng ít phụ thuộc vào bạn, nó càng có giá trị. Doanh nghiệp của bạn càng phụ thuộc vào bạn, nó càng ít giá trị. Không có cơ hội thoái vốn nếu doanh nghiệp dựa vào cá tính của bạn.</w:t>
      </w:r>
    </w:p>
    <w:p>
      <w:pPr>
        <w:spacing w:after="80"/>
      </w:pPr>
      <w:r>
        <w:rPr>
          <w:b w:val="0"/>
          <w:i w:val="0"/>
        </w:rPr>
        <w:t>Một công ty hiếm khi lên trang nhất là Microsoft. Vậy mà vào tháng 9 năm 2019, đây là công ty đại chúng duy nhất có vốn hóa thị trường hơn một nghìn tỷ đô-la (vào nhiều thời điểm khác nhau, Apple, Amazon và Google đều có định giá vượt một nghìn tỷ đô-la). Bạn có bắt đầu nhận ra xu hướng ở đây không? Nếu đầu bạn không lập tức nghĩ đến việc nuôi dưỡng các doanh nhân nội bộ (intrapreneur) và chia sẻ cổ phần, thì bạn chưa đọc kỹ đủ. Giờ hãy nghĩ đến việc mười ba năm trước khi công ty đạt định giá nghìn tỷ đô-la, vào ngày 15 tháng 6 năm 2006, Bill Gates đã tuyên bố quyết định rời vị trí toàn thời gian tại công ty để tập trung nhiều hơn vào hoạt động từ thiện.</w:t>
      </w:r>
    </w:p>
    <w:p>
      <w:pPr>
        <w:spacing w:after="80"/>
      </w:pPr>
      <w:r>
        <w:rPr>
          <w:b w:val="0"/>
          <w:i w:val="0"/>
        </w:rPr>
        <w:t xml:space="preserve">Vào thời điểm đó, Microsoft đang giao dịch ở mức 23 đô-la một cổ phiếu, đưa vốn hóa thị trường của nó lên 176 tỷ đô-la. Nói cách khác, giá trị của Microsoft đã tăng thêm </w:t>
      </w:r>
      <w:r>
        <w:rPr>
          <w:b w:val="0"/>
          <w:i/>
        </w:rPr>
        <w:t>hơn một nghìn tỷ đô-la</w:t>
      </w:r>
      <w:r>
        <w:rPr>
          <w:b w:val="0"/>
          <w:i w:val="0"/>
        </w:rPr>
        <w:t xml:space="preserve"> kể từ khi Gates rời đi! Vẫn nghĩ rằng các tổ chức không thể tạo ra một nền văn hóa mạnh mẽ hơn cả một nhà lãnh đạo có tầm nhìn sao? Như được nhấn mạnh trong một bài báo ngày 31 tháng 12 năm 2019 trên </w:t>
      </w:r>
      <w:r>
        <w:rPr>
          <w:b w:val="0"/>
          <w:i/>
        </w:rPr>
        <w:t>Barron's</w:t>
      </w:r>
      <w:r>
        <w:rPr>
          <w:b w:val="0"/>
          <w:i w:val="0"/>
        </w:rPr>
        <w:t>, kể từ khi Satya Nadella tiếp quản vị trí CEO vào ngày 4 tháng 2 năm 2014, định giá của Microsoft đã tăng thêm 930 triệu đô-la. Không chịu kém cạnh, kể từ khi Tim Cook thay thế Steve Jobs làm CEO của Apple vào ngày 24 tháng 8 năm 2011, cổ phiếu của công ty đã tăng hơn một nghìn tỷ đô-la.</w:t>
      </w:r>
    </w:p>
    <w:p>
      <w:pPr>
        <w:spacing w:after="80"/>
      </w:pPr>
      <w:r>
        <w:rPr>
          <w:b w:val="0"/>
          <w:i w:val="0"/>
        </w:rPr>
        <w:t>(Hãy ghi nhớ các mốc thời gian khi xem xét những ví dụ này. Vì đây là các công ty đại chúng, định giá của họ liên tục biến động.)</w:t>
      </w:r>
    </w:p>
    <w:p>
      <w:pPr>
        <w:spacing w:after="80"/>
      </w:pPr>
      <w:r>
        <w:rPr>
          <w:b w:val="0"/>
          <w:i w:val="0"/>
        </w:rPr>
        <w:t>Lập kế hoạch dự phòng nghe có vẻ đơn giản, đúng không? Nhưng rất nhiều doanh nhân thất bại trong việc này. Họ thường quá tự tin, tin chắc rằng mình không thể thay thế. Nhiều người quá đề cao cái tôi đến mức không thể tưởng tượng nổi việc ai khác ngoài bản thân điều hành công ty. Nếu bạn có tâm lý đó, nó sẽ giữ bạn trong vòng kiểm soát và ngăn bạn mở rộng quy mô doanh nghiệp.</w:t>
      </w:r>
    </w:p>
    <w:p>
      <w:pPr>
        <w:spacing w:after="80"/>
      </w:pPr>
      <w:r>
        <w:rPr>
          <w:b w:val="0"/>
          <w:i w:val="0"/>
        </w:rPr>
        <w:t>Một cái bẫy khác là nghĩ rằng những người chủ chốt của bạn sẽ không bao giờ rời đi. Hoặc bạn tin rằng nếu ai đó rời đi, người khác có thể cứ thế trượt vào vị trí của họ. Cả hai niềm tin đều không đúng. Lý tưởng nhất là bạn sẽ để nhân viên hiện tại đào tạo những người có tiềm năng thay thế họ. Nếu không, bạn sẽ cần tự mình để mắt đến những ứng viên thay thế tiềm năng có năng lực phù hợp, dù trong hay ngoài công ty.</w:t>
      </w:r>
    </w:p>
    <w:p>
      <w:pPr>
        <w:spacing w:after="80"/>
      </w:pPr>
      <w:r>
        <w:rPr>
          <w:b w:val="0"/>
          <w:i w:val="0"/>
        </w:rPr>
        <w:t>Nếu bạn có sẵn kế hoạch cho cách thay thế từng thành viên chủ chốt trong đội ngũ, bạn có thể xử lý một sự ra đi bất ngờ mà không hề bỏ lỡ nhịp nào. Thêm nữa, bạn sẽ ngủ ngon hơn vào ban đêm, vì biết rằng vài nước đi tiếp theo của mình đã được hoạch định sẵn.</w:t>
      </w:r>
    </w:p>
    <w:p>
      <w:pPr>
        <w:pStyle w:val="Heading4"/>
      </w:pPr>
      <w:r>
        <w:rPr>
          <w:rFonts w:ascii="Calibri" w:hAnsi="Calibri"/>
          <w:b/>
          <w:i w:val="0"/>
          <w:sz w:val="23"/>
        </w:rPr>
        <w:t>Sáu Chiến lược để Thay thế và Chuyển giao Kỹ năng</w:t>
      </w:r>
    </w:p>
    <w:p>
      <w:pPr>
        <w:spacing w:after="80"/>
        <w:ind w:left="360"/>
      </w:pPr>
      <w:r>
        <w:rPr>
          <w:b/>
          <w:i w:val="0"/>
        </w:rPr>
        <w:t>1.</w:t>
      </w:r>
      <w:r>
        <w:rPr>
          <w:b w:val="0"/>
          <w:i w:val="0"/>
        </w:rPr>
        <w:t xml:space="preserve"> </w:t>
      </w:r>
      <w:r>
        <w:rPr>
          <w:b/>
          <w:i w:val="0"/>
        </w:rPr>
        <w:t>Liệt kê các nhiệm vụ và kỹ năng của bạn.</w:t>
      </w:r>
      <w:r>
        <w:rPr>
          <w:b w:val="0"/>
          <w:i w:val="0"/>
        </w:rPr>
        <w:t xml:space="preserve"> Lập danh sách tất cả nhiệm vụ và kỹ năng của bạn và xác định những việc bạn giỏi nhất và những việc bạn không giỏi. Tập trung vào điểm mạnh của bạn, và thay thế chính mình ở tất cả các nhiệm vụ còn lại.</w:t>
      </w:r>
    </w:p>
    <w:p>
      <w:pPr>
        <w:spacing w:after="80"/>
        <w:ind w:left="360"/>
      </w:pPr>
      <w:r>
        <w:rPr>
          <w:b/>
          <w:i w:val="0"/>
        </w:rPr>
        <w:t>2.</w:t>
      </w:r>
      <w:r>
        <w:rPr>
          <w:b w:val="0"/>
          <w:i w:val="0"/>
        </w:rPr>
        <w:t xml:space="preserve"> </w:t>
      </w:r>
      <w:r>
        <w:rPr>
          <w:b/>
          <w:i w:val="0"/>
        </w:rPr>
        <w:t>Xác định ai là người theo mùa và ai không.</w:t>
      </w:r>
      <w:r>
        <w:rPr>
          <w:b w:val="0"/>
          <w:i w:val="0"/>
        </w:rPr>
        <w:t xml:space="preserve"> Bạn không thể cho rằng mọi người sẽ làm việc cho bạn mãi mãi. Bạn cần xác định ai ở đó để đảm nhận một vai trò sáu năm và ai là vai trò sáu tháng. Nếu bạn xác định điều đó ngay bây giờ, bạn sẽ không bị bất ngờ khi ai đó cần được thay thế.</w:t>
      </w:r>
    </w:p>
    <w:p>
      <w:pPr>
        <w:spacing w:after="80"/>
        <w:ind w:left="360"/>
      </w:pPr>
      <w:r>
        <w:rPr>
          <w:b/>
          <w:i w:val="0"/>
        </w:rPr>
        <w:t>3.</w:t>
      </w:r>
      <w:r>
        <w:rPr>
          <w:b w:val="0"/>
          <w:i w:val="0"/>
        </w:rPr>
        <w:t xml:space="preserve"> </w:t>
      </w:r>
      <w:r>
        <w:rPr>
          <w:b/>
          <w:i w:val="0"/>
        </w:rPr>
        <w:t>Hiểu các ngôn ngữ khác nhau được nói bởi đội ngũ bán hàng, hỗ trợ, kỹ thuật và điều hành.</w:t>
      </w:r>
      <w:r>
        <w:rPr>
          <w:b w:val="0"/>
          <w:i w:val="0"/>
        </w:rPr>
        <w:t xml:space="preserve"> Các nhà lãnh đạo bán hàng tạo ra doanh thu và xây dựng công ty qua nỗ lực của họ. Nhân viên được tuyển để hỗ trợ những nỗ lực đó. Bạn cần biết sự khác biệt giữa họ. Các nhà điều hành cần ngôn ngữ trao quyền khiến họ cảm thấy tự chủ và được tôn trọng.</w:t>
      </w:r>
    </w:p>
    <w:p>
      <w:pPr>
        <w:spacing w:after="80"/>
        <w:ind w:left="360"/>
      </w:pPr>
      <w:r>
        <w:rPr>
          <w:b/>
          <w:i w:val="0"/>
        </w:rPr>
        <w:t>4.</w:t>
      </w:r>
      <w:r>
        <w:rPr>
          <w:b w:val="0"/>
          <w:i w:val="0"/>
        </w:rPr>
        <w:t xml:space="preserve"> </w:t>
      </w:r>
      <w:r>
        <w:rPr>
          <w:b/>
          <w:i w:val="0"/>
        </w:rPr>
        <w:t>Biết ai có thể duy trì văn hóa công ty.</w:t>
      </w:r>
      <w:r>
        <w:rPr>
          <w:b w:val="0"/>
          <w:i w:val="0"/>
        </w:rPr>
        <w:t xml:space="preserve"> Điều rất quan trọng là người thay thế bạn phải phù hợp với văn hóa bạn đã tạo dựng để doanh nghiệp có thể tiếp tục phát triển sau khi bạn rời đi.</w:t>
      </w:r>
    </w:p>
    <w:p>
      <w:pPr>
        <w:spacing w:after="80"/>
        <w:ind w:left="360"/>
      </w:pPr>
      <w:r>
        <w:rPr>
          <w:b/>
          <w:i w:val="0"/>
        </w:rPr>
        <w:t>5.</w:t>
      </w:r>
      <w:r>
        <w:rPr>
          <w:b w:val="0"/>
          <w:i w:val="0"/>
        </w:rPr>
        <w:t xml:space="preserve"> </w:t>
      </w:r>
      <w:r>
        <w:rPr>
          <w:b/>
          <w:i w:val="0"/>
        </w:rPr>
        <w:t>Nắm rõ các thông lệ và quy trình của công ty bạn.</w:t>
      </w:r>
      <w:r>
        <w:rPr>
          <w:b w:val="0"/>
          <w:i w:val="0"/>
        </w:rPr>
        <w:t xml:space="preserve"> Bạn cần đặt bút xuống giấy và viết ra các thông lệ và quy trình của từng phòng ban. Người thay thế khi đó sẽ có một cuốn cẩm nang để làm theo, bất kể ở cấp bậc nào, giúp việc chuyển giao các kỹ năng cụ thể diễn ra nhanh chóng và nhẹ nhàng.</w:t>
      </w:r>
    </w:p>
    <w:p>
      <w:pPr>
        <w:spacing w:after="80"/>
        <w:ind w:left="360"/>
      </w:pPr>
      <w:r>
        <w:rPr>
          <w:b/>
          <w:i w:val="0"/>
        </w:rPr>
        <w:t>6.</w:t>
      </w:r>
      <w:r>
        <w:rPr>
          <w:b w:val="0"/>
          <w:i w:val="0"/>
        </w:rPr>
        <w:t xml:space="preserve"> </w:t>
      </w:r>
      <w:r>
        <w:rPr>
          <w:b/>
          <w:i w:val="0"/>
        </w:rPr>
        <w:t>Phát triển các nhà lãnh đạo để giúp lan tỏa tư duy đúng đắn.</w:t>
      </w:r>
      <w:r>
        <w:rPr>
          <w:b w:val="0"/>
          <w:i w:val="0"/>
        </w:rPr>
        <w:t xml:space="preserve"> Hãy trò chuyện riêng với những nhà lãnh đạo tương lai của bạn để truyền tư duy của công ty vào họ ngay bây giờ, trước khi họ cần thay thế ai đó. Việc bạn có tư duy phát triển lãnh đạo cũng sẽ làm tăng giá trị công ty bạn.</w:t>
      </w:r>
    </w:p>
    <w:p>
      <w:pPr>
        <w:spacing w:after="80"/>
      </w:pPr>
      <w:r>
        <w:rPr>
          <w:b w:val="0"/>
          <w:i w:val="0"/>
        </w:rPr>
        <w:t>Người khởi nghiệp cần chơi một trò chơi thay thế liên tục, thay thế từng phần của chính mình. Khi mới bắt đầu kinh doanh, bạn tự làm hết giấy tờ; giờ bạn có thể thuê người tiếp quản việc đó. Bạn tự xử lý mọi chuyện tài chính; giờ bạn có thể thuê một CFO (giám đốc tài chính) để làm việc đó. Điều này cho bạn thời gian để cống hiến cho những nhiệm vụ quan trọng nhất với doanh nghiệp.</w:t>
      </w:r>
    </w:p>
    <w:p>
      <w:pPr>
        <w:spacing w:after="80"/>
      </w:pPr>
      <w:r>
        <w:rPr>
          <w:b w:val="0"/>
          <w:i w:val="0"/>
        </w:rPr>
        <w:t>Divyank Turakhia, nhà sáng lập Media.net, một người ba mươi tám tuổi với giá trị tài sản ròng 1.76 tỷ đô-la, từng nói: "Hãy không ngừng tìm cách thay thế chính mình vì thời gian của bạn là quý giá nhất trong quá trình này. Một khi bạn nhận ra mình đam mê điều gì và miễn là bạn đang làm điều đó, bạn sẽ thành công khi làm một việc đó và bạn cứ tiếp tục dấn sâu hơn, học hỏi thêm."</w:t>
      </w:r>
    </w:p>
    <w:p>
      <w:pPr>
        <w:pStyle w:val="Heading3"/>
      </w:pPr>
      <w:r>
        <w:rPr>
          <w:rFonts w:ascii="Calibri" w:hAnsi="Calibri"/>
          <w:b/>
          <w:i w:val="0"/>
          <w:sz w:val="26"/>
        </w:rPr>
        <w:t>Ma sát là điều tốt</w:t>
      </w:r>
    </w:p>
    <w:p>
      <w:pPr>
        <w:spacing w:after="80"/>
      </w:pPr>
      <w:r>
        <w:rPr>
          <w:b w:val="0"/>
          <w:i w:val="0"/>
        </w:rPr>
        <w:t>Có một hiểu lầm rằng văn hóa công ty tốt nhất là khi mọi người nắm tay nhau hát "Kumbaya", rằng ai cũng hòa thuận tuyệt vời, và không ai bao giờ tranh cãi hay bực bội.</w:t>
      </w:r>
    </w:p>
    <w:p>
      <w:pPr>
        <w:spacing w:after="80"/>
      </w:pPr>
      <w:r>
        <w:rPr>
          <w:b w:val="0"/>
          <w:i w:val="0"/>
        </w:rPr>
        <w:t>Quay lại chuyện quan hệ cá nhân: Hãy chỉ cho tôi một cuộc hôn nhân mà đôi vợ chồng chưa từng tranh cãi, và tôi sẽ chỉ cho bạn một cuộc hôn nhân đang trên đà nổ tung. Nếu bạn và vợ/chồng bạn không tranh cãi, có lẽ một trong hai người đã tìm được người khác để tranh cãi rồi.</w:t>
      </w:r>
    </w:p>
    <w:p>
      <w:pPr>
        <w:spacing w:after="80"/>
      </w:pPr>
      <w:r>
        <w:rPr>
          <w:b w:val="0"/>
          <w:i w:val="0"/>
        </w:rPr>
        <w:t>Chúng ta cần ma sát trong mọi lĩnh vực của cuộc sống. Nó lành mạnh, và nó kích thích sự phát triển, sáng tạo và học hỏi.</w:t>
      </w:r>
    </w:p>
    <w:p>
      <w:pPr>
        <w:spacing w:after="80"/>
      </w:pPr>
      <w:r>
        <w:rPr>
          <w:b w:val="0"/>
          <w:i w:val="0"/>
        </w:rPr>
        <w:t>Đó là lý do tôi tạo ra ma sát khi không có, và tôi khuyến khích bạn cũng làm vậy. Khi tôi còn làm quản lý bán hàng, trước khi sáng lập công ty, tôi đã thực hiện một chính sách gọi tên nhau thẳng thắn. Tôi có một bài phát biểu, trong đó tôi nói: "Một số người trong các bạn sẽ nói với tôi rằng các bạn bực mình với anh này, không thích điều anh ta làm, không thích điều cô ta nói. Dừng lại! Đây là những giá trị và nguyên tắc chúng ta đã thiết lập. Đây là bộ quy tắc của chúng ta. Nếu ai đó vi phạm những giá trị và nguyên tắc này, các bạn gọi tên họ thẳng thắn. Nhưng đừng đến gặp tôi. Tôi cho các bạn quyền làm điều đó, kể cả khi họ cấp trên của bạn. Giá trị và nguyên tắc vượt lên trên chức danh và thâm niên."</w:t>
      </w:r>
    </w:p>
    <w:p>
      <w:pPr>
        <w:spacing w:after="80"/>
      </w:pPr>
      <w:r>
        <w:rPr>
          <w:b w:val="0"/>
          <w:i w:val="0"/>
        </w:rPr>
        <w:t>Bạn biết điều gì xảy ra sau khi tôi có bài phát biểu đó không? Ngay lập tức, văn phòng bắt đầu phát triển, và ma sát giữa mọi người kích thích sự phát triển. Áp lực đồng trang lứa tích cực là một cách khác để mô tả môi trường mà chúng tôi tạo ra. Mọi người đều gây áp lực để người khác cống hiến hết mình và trở thành đồng đội tốt hơn. Tất cả chúng tôi đều giữ nhau có trách nhiệm.</w:t>
      </w:r>
    </w:p>
    <w:p>
      <w:pPr>
        <w:spacing w:after="80"/>
      </w:pPr>
      <w:r>
        <w:rPr>
          <w:b w:val="0"/>
          <w:i w:val="0"/>
        </w:rPr>
        <w:t>Tôi không nói rằng mọi người bắt đầu mắng nhiếc nhau một cách thù địch hay tàn nhẫn. Hoàn toàn không phải vậy. Nó giống như cách anh chị em tranh cãi với tình yêu trong tim nhưng giọng nói có chút gay gắt và lời lẽ cắt sâu. Và cũng như đôi khi một người con trai hay con gái có thể gọi tên cha mẹ vì một quyết định tồi, điều tương tự cũng cần xảy ra trong môi trường công ty.</w:t>
      </w:r>
    </w:p>
    <w:p>
      <w:pPr>
        <w:spacing w:after="80"/>
      </w:pPr>
      <w:r>
        <w:rPr>
          <w:b w:val="0"/>
          <w:i w:val="0"/>
        </w:rPr>
        <w:t>Từ khóa trong cụm "tình yêu nghiêm khắc" (tough love) là "tình yêu". Bạn phải yêu ai đó đủ để đưa cả hai qua sự khó chịu của những cuộc trò chuyện như vậy.</w:t>
      </w:r>
    </w:p>
    <w:p>
      <w:pPr>
        <w:spacing w:after="80"/>
      </w:pPr>
      <w:r>
        <w:rPr>
          <w:b w:val="0"/>
          <w:i w:val="0"/>
        </w:rPr>
        <w:t xml:space="preserve">Có hai cuốn sách sẽ giúp bạn tìm thấy cả sự can đảm lẫn kỹ thuật để dẫn dắt những kiểu thảo luận này: </w:t>
      </w:r>
      <w:r>
        <w:rPr>
          <w:b w:val="0"/>
          <w:i/>
        </w:rPr>
        <w:t>The Five Dysfunctions of a Team</w:t>
      </w:r>
      <w:r>
        <w:rPr>
          <w:b w:val="0"/>
          <w:i w:val="0"/>
        </w:rPr>
        <w:t xml:space="preserve"> của Patrick Lencioni và </w:t>
      </w:r>
      <w:r>
        <w:rPr>
          <w:b w:val="0"/>
          <w:i/>
        </w:rPr>
        <w:t>Difficult Conversations: How to Discuss What Matters Most</w:t>
      </w:r>
      <w:r>
        <w:rPr>
          <w:b w:val="0"/>
          <w:i w:val="0"/>
        </w:rPr>
        <w:t xml:space="preserve"> của Douglas Stone, Bruce Patton và Sheila Heen. Cuốn của Lencioni tập trung vào cách chính trị tổ chức có thể dẫn đến thất bại của đội nhóm. </w:t>
      </w:r>
      <w:r>
        <w:rPr>
          <w:b w:val="0"/>
          <w:i/>
        </w:rPr>
        <w:t>Difficult Conversations</w:t>
      </w:r>
      <w:r>
        <w:rPr>
          <w:b w:val="0"/>
          <w:i w:val="0"/>
        </w:rPr>
        <w:t xml:space="preserve"> hướng dẫn bạn cách xử lý xung đột và đưa ra những chiến lược cụ thể để giải quyết tranh chấp và nói chuyện xuyên qua những vấn đề khó khăn.</w:t>
      </w:r>
    </w:p>
    <w:p>
      <w:pPr>
        <w:spacing w:after="80"/>
      </w:pPr>
      <w:r>
        <w:rPr>
          <w:b w:val="0"/>
          <w:i w:val="0"/>
        </w:rPr>
        <w:t>Nếu bạn muốn xem một ví dụ về tình yêu nghiêm khắc trong thực tế, hãy xem clip YouTube có tiêu đề "Joe Rogan Breaks Down Brendan Schaub." Schaub, một võ sĩ UFC hàng đầu và là bạn thân của Rogan, đang tự phê bình màn trình diễn của mình trong một trận đấu gần đây. Có một vài lượt qua lại: hai chuyên gia nói về những nguyên tắc cơ bản của việc đấu võ. Rogan nói: "Rất nhiều thứ trong trận đấu trông tệ... Cậu trông rất cứng nhắc. Cậu không trông uyển chuyển... Cậu không trông như được chuẩn bị kỹ... Chuyển động của cậu chỉ không giống chuyển động của một võ sĩ đỉnh cao."</w:t>
      </w:r>
    </w:p>
    <w:p>
      <w:pPr>
        <w:spacing w:after="80"/>
      </w:pPr>
      <w:r>
        <w:rPr>
          <w:b w:val="0"/>
          <w:i w:val="0"/>
        </w:rPr>
        <w:t>Bạn có thể thấy rằng ở thời điểm đó trong cuộc trò chuyện, không có gì mang tính cá nhân. Nó giống như bình luận về cơ chế của việc đấu võ, đó là lý do Schaub có vẻ bị bất ngờ bởi bình luận tiếp theo của Rogan: "Tôi lo về sự cam kết của cậu với việc đấu võ, và tôi lo về việc cậu đang đứng ở đâu."</w:t>
      </w:r>
    </w:p>
    <w:p>
      <w:pPr>
        <w:spacing w:after="80"/>
      </w:pPr>
      <w:r>
        <w:rPr>
          <w:b w:val="0"/>
          <w:i w:val="0"/>
        </w:rPr>
        <w:t>Schaub cố ngắt lời. "Thật sao?"</w:t>
      </w:r>
    </w:p>
    <w:p>
      <w:pPr>
        <w:spacing w:after="80"/>
      </w:pPr>
      <w:r>
        <w:rPr>
          <w:b w:val="0"/>
          <w:i w:val="0"/>
        </w:rPr>
        <w:t>Rogan tiếp tục nói rằng ông nghĩ Schaub đã có một chân ra khỏi cửa.</w:t>
      </w:r>
    </w:p>
    <w:p>
      <w:pPr>
        <w:spacing w:after="80"/>
      </w:pPr>
      <w:r>
        <w:rPr>
          <w:b w:val="0"/>
          <w:i w:val="0"/>
        </w:rPr>
        <w:t>"Tôi không đồng ý," Schaub nói.</w:t>
      </w:r>
    </w:p>
    <w:p>
      <w:pPr>
        <w:spacing w:after="80"/>
      </w:pPr>
      <w:r>
        <w:rPr>
          <w:b w:val="0"/>
          <w:i w:val="0"/>
        </w:rPr>
        <w:t>“Thực tế về bộ kỹ năng của cậu, vị trí của cậu hiện tại,” Rogan nói. “Tôi không thấy cậu đánh bại được những tay cừ khôi hàng đầu đâu.”</w:t>
      </w:r>
    </w:p>
    <w:p>
      <w:pPr>
        <w:spacing w:after="80"/>
      </w:pPr>
      <w:r>
        <w:rPr>
          <w:b w:val="0"/>
          <w:i w:val="0"/>
        </w:rPr>
        <w:t>Rogan hỏi bạn thân: “Nếu cậu đấu vật với Cain Velasquez, cậu nghĩ mình sẽ làm ăn thế nào?”</w:t>
      </w:r>
    </w:p>
    <w:p>
      <w:pPr>
        <w:spacing w:after="80"/>
      </w:pPr>
      <w:r>
        <w:rPr>
          <w:b w:val="0"/>
          <w:i w:val="0"/>
        </w:rPr>
        <w:t>“Tôi nghĩ mọi người sẽ bất ngờ.”</w:t>
      </w:r>
    </w:p>
    <w:p>
      <w:pPr>
        <w:spacing w:after="80"/>
      </w:pPr>
      <w:r>
        <w:rPr>
          <w:b w:val="0"/>
          <w:i w:val="0"/>
        </w:rPr>
        <w:t>“Tôi nghĩ cậu sẽ bất ngờ đấy. Thật đấy. Tôi nghĩ anh ta sẽ đập cậu tơi bời… Có một cây cầu giữa cậu và những tay giỏi nhất thế giới. Và tôi không biết liệu cậu có qua được cây cầu đó không. Đó là thực tế của cuộc sống.”</w:t>
      </w:r>
    </w:p>
    <w:p>
      <w:pPr>
        <w:spacing w:after="80"/>
      </w:pPr>
      <w:r>
        <w:rPr>
          <w:b w:val="0"/>
          <w:i w:val="0"/>
        </w:rPr>
        <w:t>Dù lời nhận xét của anh ấy có thô ráp đến đâu, với tôi, tấm lòng của Rogan không thể ở chỗ nào tốt hơn. Cần có can đảm để nhìn thẳng vào mắt một người bạn và đối diện với họ bằng sự thật phũ phàng. Cuộc trao đổi tiếp diễn, rồi Rogan nói: “Tôi lo cho cậu còn nhiều hơn lo cho họ… Những gì tôi nói, tôi nói bằng tình yêu thương. Một trăm phần trăm. Tôi không nói điều này để làm cậu tổn thương. Đó là điều cuối cùng tôi muốn làm. Nếu tôi không yêu quý cậu, tôi đã không sẵn lòng làm việc này. Và tôi cũng không muốn làm việc này.”</w:t>
      </w:r>
    </w:p>
    <w:p>
      <w:pPr>
        <w:spacing w:after="80"/>
      </w:pPr>
      <w:r>
        <w:rPr>
          <w:b w:val="0"/>
          <w:i w:val="0"/>
        </w:rPr>
        <w:t>Những cuộc trò chuyện như vậy thật khó khăn. Chưa ai từng nói sự minh bạch triệt để là dễ dàng. Chưa ai từng nói việc thẳng thắn là thoải mái. Nhưng lựa chọn thay thế cho việc che giấu sự thật là gì? Nhìn một người thân yêu tự hủy hoại bản thân mà không làm gì để ngăn lại, hay trong trường hợp của Rogan, nhìn bạn mình đối mặt với nguy cơ chấn thương khủng khiếp—và càng ngày càng thấy tội lỗi khi mọi chuyện diễn ra?</w:t>
      </w:r>
    </w:p>
    <w:p>
      <w:pPr>
        <w:spacing w:after="80"/>
      </w:pPr>
      <w:r>
        <w:rPr>
          <w:b w:val="0"/>
          <w:i w:val="0"/>
        </w:rPr>
        <w:t>Tôi không thể nói cho bạn biết Brendan Schaub đã xử lý thông tin đó như thế nào. Nhìn vẻ mặt anh ấy, anh ấy hẳn thà đi gặp nha sĩ không dùng thuốc tê còn hơn nghe lời phê bình đó. Nhưng như tôi đã nói ở trên, có lựa chọn dễ dàng và có lựa chọn hiệu quả. Rogan chọn cái sau. Cách Schaub quyết định phản ứng nằm ngoài tầm kiểm soát của Rogan.</w:t>
      </w:r>
    </w:p>
    <w:p>
      <w:pPr>
        <w:spacing w:after="80"/>
      </w:pPr>
      <w:r>
        <w:rPr>
          <w:b w:val="0"/>
          <w:i w:val="0"/>
        </w:rPr>
        <w:t>Dù trong cuộc sống hay trong kinh doanh, cần cả can đảm lẫn kỹ năng để thẳng thắn với mọi người. Bạn có sẵn lòng đi đến đó trong cuộc sống không? Nếu không phải trong các mối quan hệ cá nhân, thì trong công việc, bạn có định nhìn nhân viên ngôi sao của mình đối xử tệ với đồng nghiệp (nghĩ đến Rob Parson) và cầu nguyện rằng anh ta sẽ thần giao cách cảm mà hiểu được ý bạn không?</w:t>
      </w:r>
    </w:p>
    <w:p>
      <w:pPr>
        <w:spacing w:after="80"/>
      </w:pPr>
      <w:r>
        <w:rPr>
          <w:b w:val="0"/>
          <w:i w:val="0"/>
        </w:rPr>
        <w:t>Nếu bạn muốn tình yêu mà không có xung đột, hãy nuôi một con chó. Tôi muốn điều đó đến mức tôi có hai chú Shih Tzu đáng yêu, Jimbo và Kucci. Nhưng nếu bạn muốn xây dựng một nền văn hóa hiệu quả, dựa trên nguyên tắc, hãy học không chỉ đón nhận sự ma sát mà còn tạo ra nó.</w:t>
      </w:r>
    </w:p>
    <w:p>
      <w:pPr>
        <w:pStyle w:val="Heading3"/>
      </w:pPr>
      <w:r>
        <w:rPr>
          <w:rFonts w:ascii="Calibri" w:hAnsi="Calibri"/>
          <w:b/>
          <w:i w:val="0"/>
          <w:sz w:val="26"/>
        </w:rPr>
        <w:t>Nói Sau Lưng Người Khác</w:t>
      </w:r>
    </w:p>
    <w:p>
      <w:pPr>
        <w:spacing w:after="80"/>
      </w:pPr>
      <w:r>
        <w:rPr>
          <w:b w:val="0"/>
          <w:i w:val="0"/>
        </w:rPr>
        <w:t>Bố mẹ bạn chắc hẳn đã nói với bạn: “Đừng nói sau lưng bạn bè. Không hay đâu.” Bố mẹ bạn đúng. Không hay thật. Nhưng nếu bạn muốn tạo ra kết quả, đó có thể là một chiến thuật thắng lợi.</w:t>
      </w:r>
    </w:p>
    <w:p>
      <w:pPr>
        <w:spacing w:after="80"/>
      </w:pPr>
      <w:r>
        <w:rPr>
          <w:b w:val="0"/>
          <w:i w:val="0"/>
        </w:rPr>
        <w:t xml:space="preserve">Trong </w:t>
      </w:r>
      <w:r>
        <w:rPr>
          <w:b w:val="0"/>
          <w:i/>
        </w:rPr>
        <w:t>How to Win Friends and Influence People</w:t>
      </w:r>
      <w:r>
        <w:rPr>
          <w:b w:val="0"/>
          <w:i w:val="0"/>
        </w:rPr>
        <w:t>, Dale Carnegie nói về việc trao cho người ta một danh tiếng để họ sống xứng đáng với nó. Người khác gọi đó là xây dựng bản sắc. Nếu bạn liên tục khen ngợi một kỹ năng hay phẩm chất cụ thể, người đó sẽ thể hiện nó thường xuyên hơn. Đến lượt mình, lời khen đó được chính người đó lặp lại và trở thành một phần trong tính cách của họ.</w:t>
      </w:r>
    </w:p>
    <w:p>
      <w:pPr>
        <w:spacing w:after="80"/>
      </w:pPr>
      <w:r>
        <w:rPr>
          <w:b w:val="0"/>
          <w:i w:val="0"/>
        </w:rPr>
        <w:t>Giả sử tôi có một nhân viên tên Garrett. Tôi nói với một nhân viên khác, Lois, rằng Garrett cực giỏi trong việc theo đuổi các yêu cầu, rằng anh ấy không bao giờ để việc gì trôi đi và luôn có trách nhiệm với các nhiệm vụ được giao. Thế nào Lois cũng kể cho ai đó rằng tôi đã nói với cô ấy như vậy về Garrett, và người khác lại kể cho một nhân viên khác cho đến khi nó đến tai Garrett.</w:t>
      </w:r>
    </w:p>
    <w:p>
      <w:pPr>
        <w:spacing w:after="80"/>
      </w:pPr>
      <w:r>
        <w:rPr>
          <w:b w:val="0"/>
          <w:i w:val="0"/>
        </w:rPr>
        <w:t>Khi Garrett nghe được điều tôi nói với Lois, anh ấy phấn khích vì được ghi nhận. Tôi thích nghĩ về nó như một sự ma sát tích cực. Bạn có thể khen ngợi Garrett trực tiếp, điều đó cũng ổn, nhưng khi phản hồi tích cực đến với anh ấy qua các nhân viên khác, nó có sức nặng hơn nhiều. Garrett biết rằng người khác cũng biết về những lời khen ngợi của sếp dành cho khả năng của mình, và điều đó củng cố mối liên kết giữa Garrett với tôi và giữa Garrett với công ty. Anh ấy sẽ tự tin và có động lực hơn trong tương lai.</w:t>
      </w:r>
    </w:p>
    <w:p>
      <w:pPr>
        <w:spacing w:after="80"/>
      </w:pPr>
      <w:r>
        <w:rPr>
          <w:b w:val="0"/>
          <w:i w:val="0"/>
        </w:rPr>
        <w:t>Hãy xử lý vấn đề này liên quan đến nhân viên của chính bạn. Ai có tài năng nhưng thiếu sự quyết đoán hay tự tin? Bạn đã từng cố gắng và thất bại trong việc khuyến khích người đó trở thành một nhà đàm phán mạnh mẽ hơn chưa? Nếu bạn đề cập điều gì đó tích cực về người đó với một nhân viên khác thì sao—bạn sẽ nói gì, và nói như thế nào? Hãy đợi vài ngày, rồi xem điều gì xảy ra. Bạn đã cố gắng tìm ra cách và thời điểm để thúc đẩy nhân viên đó một cách có tác động và lâu dài. Giờ bạn biết chính xác mình phải làm gì.</w:t>
      </w:r>
    </w:p>
    <w:p>
      <w:pPr>
        <w:spacing w:after="80"/>
      </w:pPr>
      <w:r>
        <w:rPr>
          <w:b w:val="0"/>
          <w:i w:val="0"/>
        </w:rPr>
        <w:t>Hãy biến việc nói những điều tích cực sau lưng đồng đội thành thói quen, chứ không chỉ là hành vi mỗi năm một lần. Nếu bạn không làm điều đó, nơi làm việc của bạn sẽ thiếu đi sự ma sát tạo ra giải pháp sáng tạo cho vấn đề và áp lực đồng trang lứa tích cực. Đừng để sự ma sát đến một cách ngẫu nhiên. Hãy tạo ra một nền văn hóa mà ở đó bạn lan truyền những lời tốt đẹp về mọi người.</w:t>
      </w:r>
    </w:p>
    <w:p>
      <w:pPr>
        <w:spacing w:after="80"/>
      </w:pPr>
      <w:r>
        <w:rPr>
          <w:b w:val="0"/>
          <w:i w:val="0"/>
        </w:rPr>
        <w:t>Chúng ta đã bắt đầu chương này bằng việc so sánh văn hóa doanh nghiệp với tôn giáo. Chúng ta đã học được rằng những ý tưởng tuyệt vời và những con người tài năng là chưa đủ, cũng giống như trong một gia đình, tình yêu thương là chưa đủ. Bạn cần có những nguyên tắc. Bạn phải viết chúng ra, nhắc lại chúng thường xuyên, và thể hiện bằng chính tấm gương của mình sự cam kết tôn trọng chúng.</w:t>
      </w:r>
    </w:p>
    <w:p>
      <w:pPr>
        <w:spacing w:after="80"/>
      </w:pPr>
      <w:r>
        <w:rPr>
          <w:b w:val="0"/>
          <w:i w:val="0"/>
        </w:rPr>
        <w:t xml:space="preserve">Tôi hy vọng rằng việc nghiên cứu về Microsoft đã mang đến cho bạn </w:t>
      </w:r>
      <w:r>
        <w:rPr>
          <w:b w:val="0"/>
          <w:i/>
        </w:rPr>
        <w:t>một nghìn tỷ</w:t>
      </w:r>
      <w:r>
        <w:rPr>
          <w:b w:val="0"/>
          <w:i w:val="0"/>
        </w:rPr>
        <w:t xml:space="preserve"> lý do để đặt văn hóa lên hàng đầu. Đó là chìa khóa để mở rộng quy mô và là chìa khóa để doanh nghiệp của bạn trở nên ít phụ thuộc vào bạn hơn. Nếu mục tiêu chính của bạn là muốn được mọi người yêu mến, thì bạn đang chọn sai nghề rồi. Cần có sự dũng cảm để thực hiện những cuộc trò chuyện khó khăn. Nếu bạn tin tưởng vào các nguyên tắc của mình đủ mạnh mẽ, bạn sẽ tìm thấy sự dũng cảm cần thiết để trở nên cực kỳ minh bạch — và nhờ đó, trở nên vô cùng hiệu quả.</w:t>
      </w:r>
    </w:p>
    <w:p>
      <w:pPr>
        <w:jc w:val="center"/>
      </w:pPr>
      <w:r>
        <w:drawing>
          <wp:inline xmlns:a="http://schemas.openxmlformats.org/drawingml/2006/main" xmlns:pic="http://schemas.openxmlformats.org/drawingml/2006/picture">
            <wp:extent cx="1333500" cy="85725"/>
            <wp:docPr id="28" name="Picture 28"/>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8 </w:t>
      </w:r>
      <w:r>
        <w:rPr>
          <w:rFonts w:ascii="Calibri" w:hAnsi="Calibri"/>
          <w:b/>
          <w:i w:val="0"/>
          <w:sz w:val="32"/>
        </w:rPr>
        <w:t>Niềm tin = Tốc độ: Sức mạnh của sự Đáng tin cậy</w:t>
      </w:r>
    </w:p>
    <w:p>
      <w:pPr>
        <w:spacing w:after="80"/>
      </w:pPr>
      <w:r>
        <w:rPr>
          <w:b w:val="0"/>
          <w:i w:val="0"/>
        </w:rPr>
        <w:t>Càng hiểu nhau nhiều, càng hiểu được suy nghĩ của nhau, thì khi bước vào sân chơi, bạn càng có thể thúc đẩy niềm tin và sự tự tin vào nhau nhanh hơn.</w:t>
      </w:r>
    </w:p>
    <w:p>
      <w:pPr>
        <w:spacing w:after="80"/>
        <w:jc w:val="right"/>
      </w:pPr>
      <w:r>
        <w:rPr>
          <w:b w:val="0"/>
          <w:i w:val="0"/>
        </w:rPr>
        <w:t>—Tom Brady</w:t>
      </w:r>
    </w:p>
    <w:p>
      <w:pPr>
        <w:spacing w:after="80"/>
      </w:pPr>
      <w:r>
        <w:rPr>
          <w:b w:val="0"/>
          <w:i w:val="0"/>
        </w:rPr>
        <w:t>Tôi đang làm trong ngành kinh doanh sự dự phòng. Tôi ở trong ngành bảo hiểm nhân thọ, không phải vì người ta sẽ chết vào ngày mai, mà vì khi họ ra đi, gia đình họ sẽ phải chịu đựng vì thiếu sự chuẩn bị. Hợp đồng là tất cả về sự dự phòng. Sau khi bị lừa gạt và bị chơi xấu quá nhiều lần, tôi đã học được tầm quan trọng của việc lường trước các vấn đề và đưa các tài liệu cùng biện pháp kiểm soát vào đúng chỗ để phòng ngừa những điều chưa biết.</w:t>
      </w:r>
    </w:p>
    <w:p>
      <w:pPr>
        <w:spacing w:after="80"/>
      </w:pPr>
      <w:r>
        <w:rPr>
          <w:b w:val="0"/>
          <w:i w:val="0"/>
        </w:rPr>
        <w:t>Tôi không bi quan về bản chất con người. Tuy nhiên, tôi là người thực tế về các chi tiết của một cuộc đàm phán hợp đồng. Chính John McAfee, doanh nhân phần mềm lập dị, đã nói rằng khi một người lính bị bắt, anh ta sẽ tiết lộ bất kỳ bí mật nào được giao phó — rằng anh ta sẽ bán đứng cả mẹ ruột của mình khi bị tra tấn. Điều đó có thể không đúng với tất cả mọi người, nhưng tôi tin rằng các doanh nhân cần phải thận trọng khi tin tưởng bất kỳ thành viên nào trong đội, đặc biệt là với những thông tin có thể gây tổn hại hoặc thậm chí hủy hoại doanh nghiệp.</w:t>
      </w:r>
    </w:p>
    <w:p>
      <w:pPr>
        <w:spacing w:after="80"/>
      </w:pPr>
      <w:r>
        <w:rPr>
          <w:b w:val="0"/>
          <w:i w:val="0"/>
        </w:rPr>
        <w:t>Niềm tin là đa chiều, không phải một chiều.</w:t>
      </w:r>
    </w:p>
    <w:p>
      <w:pPr>
        <w:spacing w:after="80"/>
      </w:pPr>
      <w:r>
        <w:rPr>
          <w:b w:val="0"/>
          <w:i w:val="0"/>
        </w:rPr>
        <w:t>Bạn có thể tin tưởng một người trong nhóm của mình đảm nhận việc bán hàng nhưng không tin họ làm nhân sự. Bạn có thể tin tưởng ai đó với thông tin về các kế hoạch hiện tại của bạn nhưng không phải chiến lược tương lai. Niềm tin rất tinh tế. Ví dụ, tôi tin tưởng kẻ thù của mình; tôi tin rằng họ sẽ dựng lên một câu chuyện với ý định cố gắng đẩy tôi ra khỏi cuộc chơi.</w:t>
      </w:r>
    </w:p>
    <w:p>
      <w:pPr>
        <w:spacing w:after="80"/>
      </w:pPr>
      <w:r>
        <w:rPr>
          <w:b w:val="0"/>
          <w:i w:val="0"/>
        </w:rPr>
        <w:t>Vì niềm tin quan trọng đến vậy đối với tốc độ, chúng ta cũng cần hỏi: Tại sao tốc độ lại quan trọng đến thế? Có vẻ như quá hiển nhiên đến mức không cần phải trả lời. Nói rằng nó là tất cả cũng không có vẻ gì là nói quá. Dù bạn bán một sản phẩm hay một dịch vụ, tốc độ là cần thiết để tạo ra nó, để giao nó, và để đi từ việc bán hàng đến tiền gửi vào tài khoản ngân hàng của bạn. Thời gian là tiền bạc. Bạn làm mọi thứ nhanh đến đâu sẽ ảnh hưởng đến mọi phần trong doanh nghiệp của bạn.</w:t>
      </w:r>
    </w:p>
    <w:p>
      <w:pPr>
        <w:spacing w:after="80"/>
      </w:pPr>
      <w:r>
        <w:rPr>
          <w:b w:val="0"/>
          <w:i w:val="0"/>
        </w:rPr>
        <w:t>Để một chiếc máy bay phản lực Boeing 747 có thể rời mặt đất, nó cần đạt tốc độ 160 hải lý/giờ (184 dặm/giờ). Cũng giống như một chiếc máy bay phải đạt một tốc độ nhất định để cất cánh, một doanh nhân cũng phải làm như vậy. Nếu một chiếc máy bay không tạo ra đà và duy trì nó trong một thời gian dài, nó sẽ rơi. Nó cần tốc độ, cần nhiên liệu, và cần đúng phi công để dẫn nó đến đích. Đây là cách điều tương đương diễn ra trong kinh doanh.</w:t>
      </w:r>
    </w:p>
    <w:p>
      <w:pPr>
        <w:spacing w:after="80"/>
        <w:ind w:left="360"/>
      </w:pPr>
      <w:r>
        <w:rPr>
          <w:b w:val="0"/>
          <w:i w:val="0"/>
        </w:rPr>
        <w:t>Tốc độ = đà phát triển</w:t>
      </w:r>
    </w:p>
    <w:p>
      <w:pPr>
        <w:spacing w:after="80"/>
        <w:ind w:left="360"/>
      </w:pPr>
      <w:r>
        <w:rPr>
          <w:b w:val="0"/>
          <w:i w:val="0"/>
        </w:rPr>
        <w:t>Nhiên liệu = tiền/vốn</w:t>
      </w:r>
    </w:p>
    <w:p>
      <w:pPr>
        <w:spacing w:after="80"/>
        <w:ind w:left="360"/>
      </w:pPr>
      <w:r>
        <w:rPr>
          <w:b w:val="0"/>
          <w:i w:val="0"/>
        </w:rPr>
        <w:t>Phi công = nhà sáng lập, doanh nhân, CEO</w:t>
      </w:r>
    </w:p>
    <w:p>
      <w:pPr>
        <w:spacing w:after="80"/>
      </w:pPr>
      <w:r>
        <w:rPr>
          <w:b w:val="0"/>
          <w:i w:val="0"/>
        </w:rPr>
        <w:t>Một khi bạn hiểu tại sao tốc độ lại quan trọng đến vậy, bạn sẽ thấy tại sao niềm tin lại quan trọng đến thế đối với tốc độ. Hãy tưởng tượng nếu, trước khi ngồi xuống ở một nhà hàng và gọi món, bạn phải điền vào một đơn xin cấp tín dụng dài dòng. Hãy tưởng tượng phải chụp ảnh chân dung và lấy dấu vân tay trước khi mua một ly Slurpee ở 7-Eleven. Ngay cả bây giờ, ý tưởng phải đi vào trong và tương tác với một người nào đó trước khi mua xăng cũng có vẻ như là một điều phiền toái. Tóm lại, lý do để xây dựng những mối quan hệ tin cậy là để tăng tốc mọi yếu tố trong việc tiến hành kinh doanh.</w:t>
      </w:r>
    </w:p>
    <w:p>
      <w:pPr>
        <w:pStyle w:val="Heading3"/>
      </w:pPr>
      <w:r>
        <w:rPr>
          <w:rFonts w:ascii="Calibri" w:hAnsi="Calibri"/>
          <w:b/>
          <w:i w:val="0"/>
          <w:sz w:val="26"/>
        </w:rPr>
        <w:t>Anh Yêu Em, nhưng Làm Ơn Ký Thỏa Thuận Tiền Hôn Nhân Đi</w:t>
      </w:r>
    </w:p>
    <w:p>
      <w:pPr>
        <w:spacing w:after="80"/>
      </w:pPr>
      <w:r>
        <w:rPr>
          <w:b w:val="0"/>
          <w:i w:val="0"/>
        </w:rPr>
        <w:t>Tôi đã chứng kiến rất nhiều người kết hôn, và lúc ban đầu, mọi thứ đều đẹp đẽ. Bạn nhìn vào những cặp đôi đó và thề rằng họ sẽ yêu nhau mãi mãi. Bạn sẽ không bao giờ đoán được rằng một ngày nào đó họ sẽ trở nên căm ghét nhau và quyết định ly hôn.</w:t>
      </w:r>
    </w:p>
    <w:p>
      <w:pPr>
        <w:spacing w:after="80"/>
      </w:pPr>
      <w:r>
        <w:rPr>
          <w:b w:val="0"/>
          <w:i w:val="0"/>
        </w:rPr>
        <w:t>Đến lúc đó, mỗi người liên hệ với một luật sư, và điều vốn đã là một tình huống tồi tệ lại trở nên tồi tệ hơn gấp bội—ít nhất là nếu bạn đo lường nó bằng mức độ giận dữ, căng thẳng và số tiền đã chi ra. Các luật sư thường đẩy vợ chồng chống lại nhau, làm gia tăng căng thẳng để rồi tăng phí của họ; một cuộc chiến tại tòa đầy cay đắng đồng nghĩa với nhiều tiền hơn cho họ. Đến cuối cùng, cặp đôi kiệt quệ cả về cảm xúc lẫn tài chính.</w:t>
      </w:r>
    </w:p>
    <w:p>
      <w:pPr>
        <w:spacing w:after="80"/>
      </w:pPr>
      <w:r>
        <w:rPr>
          <w:b w:val="0"/>
          <w:i w:val="0"/>
        </w:rPr>
        <w:t>Không nhất thiết phải như vậy. Trước khi kết hôn, bạn có thể nói với người bạn đời tương lai của mình: "Anh yêu em, nhưng chúng ta không biết mình sẽ ở đâu sau năm, mười, mười lăm năm nữa. Hãy lên kế hoạch cho điều tồi tệ nhất nhưng kỳ vọng điều tốt đẹp nhất. Điều đó có nghĩa là ngay bây giờ chúng ta hãy xác định điều gì sẽ xảy ra trong tình huống xấu nhất—một cuộc ly hôn—về tiền bạc, con cái và mọi thứ khác." Nói cách khác, hãy lên kế hoạch trước ít nhất năm nước đi.</w:t>
      </w:r>
    </w:p>
    <w:p>
      <w:pPr>
        <w:spacing w:after="80"/>
      </w:pPr>
      <w:r>
        <w:rPr>
          <w:b w:val="0"/>
          <w:i w:val="0"/>
        </w:rPr>
        <w:t xml:space="preserve">Sau vài buổi hẹn hò với Jennifer, người phụ nữ sẽ trở thành vợ tôi (đây là chuyện từ rất lâu trước chuyến đi Hawaii của chúng tôi), chúng tôi đến một hiệu sách trên Third Street Promenade ở Santa Monica và mua một cuốn sách có tựa đề </w:t>
      </w:r>
      <w:r>
        <w:rPr>
          <w:b w:val="0"/>
          <w:i/>
        </w:rPr>
        <w:t>101 Questions to Ask Before You Get Engaged</w:t>
      </w:r>
      <w:r>
        <w:rPr>
          <w:b w:val="0"/>
          <w:i w:val="0"/>
        </w:rPr>
        <w:t>. Một trong những câu hỏi là: Bạn muốn có bao nhiêu đứa con? Tôi trả lời năm; vợ tôi trả lời ba. Cuối cùng chúng tôi có ba đứa con, và giờ điều đó có vẻ là con số hoàn hảo. Chúng tôi đã đạt được thỏa thuận về điều đó và những vấn đề khác, và vợ tôi nhượng bộ một số điều còn tôi nhượng bộ những điều khác.</w:t>
      </w:r>
    </w:p>
    <w:p>
      <w:pPr>
        <w:spacing w:after="80"/>
      </w:pPr>
      <w:r>
        <w:rPr>
          <w:b w:val="0"/>
          <w:i w:val="0"/>
        </w:rPr>
        <w:t>Chúng tôi đã bàn về tất cả những vấn đề hôn nhân then chốt trước khi kết hôn và đưa ra một thỏa thuận. Hợp đồng tiền hôn nhân rất tốt cho việc giải quyết ly hôn, nhưng chúng cũng có giá trị cho hôn nhân. Bằng cách thảo luận trước những vấn đề then chốt, bạn có thể vượt qua những khoảnh khắc gập ghềnh xuất hiện trong mọi mối quan hệ lâu dài.</w:t>
      </w:r>
    </w:p>
    <w:p>
      <w:pPr>
        <w:spacing w:after="80"/>
      </w:pPr>
      <w:r>
        <w:rPr>
          <w:b w:val="0"/>
          <w:i w:val="0"/>
        </w:rPr>
        <w:t>Một số doanh nhân tự hào nói: "Tôi không cần hợp đồng; chúng tôi có thỏa thuận bằng cái bắt tay, và lời nói của tôi là cam kết của tôi." Điều đó thật tuyệt, giả sử người kia cũng trung thực và thẳng thắn như vậy. Đáng tiếc, không phải lúc nào cũng vậy.</w:t>
      </w:r>
    </w:p>
    <w:p>
      <w:pPr>
        <w:spacing w:after="80"/>
      </w:pPr>
      <w:r>
        <w:rPr>
          <w:b w:val="0"/>
          <w:i w:val="0"/>
        </w:rPr>
        <w:t>Những người lãng mạn có thể lập luận rằng bằng cách ký hợp đồng, bạn đang lên kế hoạch cho sự thất bại. Những người thực tế coi đó là điều mà mọi chủ doanh nghiệp thông minh đều hiểu: lập kế hoạch dự phòng. Trong kinh doanh, bạn sẽ có các mối quan hệ với nhân viên, đối tác, nhà đầu tư, nhà cung cấp và cố vấn. Bạn có thể yêu quý từng người trong số họ, nhưng nếu bạn không có một thỏa thuận chính thức, bạn đang tự chuốc lấy kiểu căng thẳng và tổn thất tài chính đi kèm với những cuộc ly hôn gay gắt nhất.</w:t>
      </w:r>
    </w:p>
    <w:p>
      <w:pPr>
        <w:spacing w:after="80"/>
      </w:pPr>
      <w:r>
        <w:rPr>
          <w:b w:val="0"/>
          <w:i w:val="0"/>
        </w:rPr>
        <w:t>Khi bạn thuê ai đó, hãy ghi lại mọi thứ: quy tắc ứng xử, quyền sở hữu cổ phần, mức lương, thời gian trao quyền (vesting period), thời gian thử việc. Nếu không được ghi lại, sẽ không có kế hoạch nào khi bạn thực sự có xung đột. Trước khi đồng ý với bất kỳ thương vụ kinh doanh lớn nào, bạn muốn những điều sau đây được thống nhất:</w:t>
      </w:r>
    </w:p>
    <w:p>
      <w:pPr>
        <w:spacing w:after="80"/>
        <w:ind w:left="360"/>
      </w:pPr>
      <w:r>
        <w:rPr>
          <w:b/>
          <w:i w:val="0"/>
        </w:rPr>
        <w:t>1.</w:t>
      </w:r>
      <w:r>
        <w:rPr>
          <w:b w:val="0"/>
          <w:i w:val="0"/>
        </w:rPr>
        <w:t xml:space="preserve"> Giới hạn trách nhiệm: Số tiền tối đa chúng ta có thể mất là bao nhiêu?</w:t>
      </w:r>
    </w:p>
    <w:p>
      <w:pPr>
        <w:spacing w:after="80"/>
        <w:ind w:left="360"/>
      </w:pPr>
      <w:r>
        <w:rPr>
          <w:b/>
          <w:i w:val="0"/>
        </w:rPr>
        <w:t>2.</w:t>
      </w:r>
      <w:r>
        <w:rPr>
          <w:b w:val="0"/>
          <w:i w:val="0"/>
        </w:rPr>
        <w:t xml:space="preserve"> Bồi thường: Bạn không thể kiện tôi.</w:t>
      </w:r>
    </w:p>
    <w:p>
      <w:pPr>
        <w:spacing w:after="80"/>
        <w:ind w:left="360"/>
      </w:pPr>
      <w:r>
        <w:rPr>
          <w:b/>
          <w:i w:val="0"/>
        </w:rPr>
        <w:t>3.</w:t>
      </w:r>
      <w:r>
        <w:rPr>
          <w:b w:val="0"/>
          <w:i w:val="0"/>
        </w:rPr>
        <w:t xml:space="preserve"> Thời hạn hữu hạn: Khi đã kết thúc thì kết thúc.</w:t>
      </w:r>
    </w:p>
    <w:p>
      <w:pPr>
        <w:spacing w:after="80"/>
      </w:pPr>
      <w:r>
        <w:rPr>
          <w:b w:val="0"/>
          <w:i w:val="0"/>
        </w:rPr>
        <w:t>Hãy quay lại phép so sánh với hôn nhân của chúng ta: người ta kết hôn bằng cảm xúc và ly hôn bằng lý trí. Cụ thể hơn, họ yêu nhau và nghĩ rằng tình yêu sẽ chinh phục mọi vấn đề đang âm ỉ bên dưới bề mặt; họ không cân nhắc một cách logic những ưu và nhược điểm của việc kết hôn với ai đó. Khi họ ly hôn, dù rõ ràng có cảm xúc liên quan, đó lại là một quá trình logic hơn nhiều: người ta tranh cãi về điều họ muốn và điều họ sẵn sàng nhượng bộ. Các luật sư khăng khăng đặt một khung nhận thức lý trí quanh những vấn đề cảm xúc. Tất cả đều xoay quanh những con số: Con bạn sẽ dành bao nhiêu cuối tuần với bạn so với với vợ/chồng bạn? Bạn sẽ chu cấp bao nhiêu? Đâu là cách phân chia tài sản hợp lý?</w:t>
      </w:r>
    </w:p>
    <w:p>
      <w:pPr>
        <w:spacing w:after="80"/>
      </w:pPr>
      <w:r>
        <w:rPr>
          <w:b w:val="0"/>
          <w:i w:val="0"/>
        </w:rPr>
        <w:t>Trong kinh doanh, mọi thứ cũng diễn ra như vậy: bạn phải lòng một ứng viên xin việc hoặc một nhà đầu tư hoặc một nhà cung cấp hoặc một khách hàng và bạn nghĩ: "Điều này sẽ kéo dài mãi mãi." Tôi không thể đếm được bao nhiêu lần tôi đã hào hứng về một người được tuyển, rồi vài tháng hoặc vài năm sau, tôi nhận ra mình đã sai lầm. Trong mọi trường hợp, khi thỏa thuận quan hệ không được ghi lại, cuộc chia tay đều lộn xộn và căng thẳng.</w:t>
      </w:r>
    </w:p>
    <w:p>
      <w:pPr>
        <w:spacing w:after="80"/>
      </w:pPr>
      <w:r>
        <w:rPr>
          <w:b w:val="0"/>
          <w:i w:val="0"/>
        </w:rPr>
        <w:t>Một trong những nhà đầu tư của chúng tôi nói với tôi: "Này, chúng tôi vừa đưa cho anh mười triệu đô la. Điều gì xảy ra nếu anh chết? Chúng tôi muốn mua một hợp đồng bảo hiểm nhân thọ trị giá mười triệu đô la cho anh."</w:t>
      </w:r>
    </w:p>
    <w:p>
      <w:pPr>
        <w:spacing w:after="80"/>
      </w:pPr>
      <w:r>
        <w:rPr>
          <w:b w:val="0"/>
          <w:i w:val="0"/>
        </w:rPr>
        <w:t>Tôi không tức giận và phản đối rằng tôi đang có sức khỏe tuyệt vời và không có ý định chết. Thay vào đó, tôi thích điều anh ấy nói khi tôi nhận ra rằng anh ấy đang nói với tôi: "Tôi yêu anh, nhưng làm ơn ký vào hợp đồng tiền hôn nhân."</w:t>
      </w:r>
    </w:p>
    <w:p>
      <w:pPr>
        <w:pStyle w:val="Heading3"/>
      </w:pPr>
      <w:r>
        <w:rPr>
          <w:rFonts w:ascii="Calibri" w:hAnsi="Calibri"/>
          <w:b/>
          <w:i w:val="0"/>
          <w:sz w:val="26"/>
        </w:rPr>
        <w:t>Hãy đặt những câu hỏi đi sâu dưới bề mặt</w:t>
      </w:r>
    </w:p>
    <w:p>
      <w:pPr>
        <w:spacing w:after="80"/>
      </w:pPr>
      <w:r>
        <w:rPr>
          <w:b w:val="0"/>
          <w:i w:val="0"/>
        </w:rPr>
        <w:t>Người ta bảo tôi khó tính. Khi mô tả về tôi, người ta hay nhắc đến cụm từ "tough love" (yêu thương nghiêm khắc). Muốn quan tâm đến một người, trước hết bạn phải hiểu người đó. Tôi tin điều khiến tôi khác biệt với tư cách một người lãnh đạo là khao khát thực sự thấu hiểu con người. Tôi làm điều đó bằng cách đặt ra những câu hỏi đúng đắn và buộc mọi người phải chịu trách nhiệm với chính câu trả lời của họ.</w:t>
      </w:r>
    </w:p>
    <w:p>
      <w:pPr>
        <w:spacing w:after="80"/>
      </w:pPr>
      <w:r>
        <w:rPr>
          <w:b w:val="0"/>
          <w:i w:val="0"/>
        </w:rPr>
        <w:t>Gần đây tôi nhận được cuộc gọi từ một đồng nghiệp cũ tên Danny. Anh ấy nói: "Anh không biết em đã ngần ngại thế nào khi gọi cho anh đâu. Đã mười năm rồi." Tôi tò mò không biết câu chuyện sẽ đi đến đâu. Hồi tôi còn làm quản lý kinh doanh, tôi đặc biệt nghiêm khắc với Danny. Anh ấy thuộc tuýp người có quá nhiều tài năng thiên bẩm—thông minh, có sức hút, khôn ngoan thực tế—và cũng dễ mến đến mức mọi người để anh ấy muốn làm gì thì làm. Kết quả là anh ấy trở thành kẻ dễ bị lấn át, liên tục làm việc dưới mức năng lực của mình.</w:t>
      </w:r>
    </w:p>
    <w:p>
      <w:pPr>
        <w:spacing w:after="80"/>
      </w:pPr>
      <w:r>
        <w:rPr>
          <w:b w:val="0"/>
          <w:i w:val="0"/>
        </w:rPr>
        <w:t>Tôi đã hỏi Danny, như tôi hỏi tất cả mọi người: "Cậu muốn trở thành người như thế nào?"</w:t>
      </w:r>
    </w:p>
    <w:p>
      <w:pPr>
        <w:spacing w:after="80"/>
      </w:pPr>
      <w:r>
        <w:rPr>
          <w:b w:val="0"/>
          <w:i w:val="0"/>
        </w:rPr>
        <w:t>Danny có những hoài bão lớn. Anh ấy liên tục nói về việc muốn "cho bố mẹ nghỉ hưu" bằng cách chu cấp tài chính cho họ. Ngoài mặt anh ấy có thể hành xử như linh hồn của mọi bữa tiệc, nhưng khi chúng tôi thật lòng với nhau, anh ấy nói về việc muốn có một cuộc sống lớn lao.</w:t>
      </w:r>
    </w:p>
    <w:p>
      <w:pPr>
        <w:spacing w:after="80"/>
      </w:pPr>
      <w:r>
        <w:rPr>
          <w:b w:val="0"/>
          <w:i w:val="0"/>
        </w:rPr>
        <w:t>Không chỉ Danny muốn cuộc sống lớn lao, tôi biết anh ấy có đủ tố chất để sống cuộc sống đó. Và tôi không chấp nhận bất cứ điều gì kém hơn nỗ lực tốt nhất của anh ấy. Nếu trong mắt anh ấy, điều đó khiến tôi thành kẻ khó chịu, thì kệ.</w:t>
      </w:r>
    </w:p>
    <w:p>
      <w:pPr>
        <w:spacing w:after="80"/>
      </w:pPr>
      <w:r>
        <w:rPr>
          <w:b w:val="0"/>
          <w:i w:val="0"/>
        </w:rPr>
        <w:t>Chúng tôi cập nhật cho nhau về cuộc sống của mình, rồi tôi nhận ra anh ấy đang xúc động. Danny nói: "Em nhớ anh luôn nói: 'Cậu sẽ tạm thời ghét tôi, nhưng cậu sẽ yêu tôi mãi mãi—vì không ai thúc đẩy cậu như tôi.'"</w:t>
      </w:r>
    </w:p>
    <w:p>
      <w:pPr>
        <w:spacing w:after="80"/>
      </w:pPr>
      <w:r>
        <w:rPr>
          <w:b w:val="0"/>
          <w:i w:val="0"/>
        </w:rPr>
        <w:t>"Tất nhiên là tôi nhớ," tôi nói. "Tôi đâu chỉ nói câu đó với cậu. Tôi đã nói câu đó hàng nghìn lần rồi."</w:t>
      </w:r>
    </w:p>
    <w:p>
      <w:pPr>
        <w:spacing w:after="80"/>
      </w:pPr>
      <w:r>
        <w:rPr>
          <w:b w:val="0"/>
          <w:i w:val="0"/>
        </w:rPr>
        <w:t>Danny và tôi hồi tưởng lại việc tôi đã nghiêm khắc với anh ấy thế nào và hồi đó anh ấy không chịu nổi tôi ra sao. Anh ấy thú nhận rằng anh ấy thậm chí đã in một bức ảnh của tôi và dán lên bảng phi tiêu của mình.</w:t>
      </w:r>
    </w:p>
    <w:p>
      <w:pPr>
        <w:spacing w:after="80"/>
      </w:pPr>
      <w:r>
        <w:rPr>
          <w:b w:val="0"/>
          <w:i w:val="0"/>
        </w:rPr>
        <w:t>Tôi nhớ mọi thứ về những người từng làm việc cho mình. Tôi nhớ câu chuyện của họ vì tôi quan tâm đến họ.</w:t>
      </w:r>
    </w:p>
    <w:p>
      <w:pPr>
        <w:spacing w:after="80"/>
      </w:pPr>
      <w:r>
        <w:rPr>
          <w:b w:val="0"/>
          <w:i w:val="0"/>
        </w:rPr>
        <w:t>Danny nói: "Pat, em phải nói với anh một điều." Anh ấy im lặng, và tôi có thể nghe thấy anh ấy đang khóc. Anh ấy tiếp tục: "Giờ em là chủ tịch ngân hàng. Em đã kết hôn. Em hạnh phúc đến mức không thể diễn tả nổi. Em đang kiếm thu nhập hàng năm hàng trăm nghìn đô la. Và em ở đây để nói với anh rằng, mọi thứ em đang đóng góp vào vị trí lãnh đạo này đều là những gì em học được khi làm việc với anh."</w:t>
      </w:r>
    </w:p>
    <w:p>
      <w:pPr>
        <w:spacing w:after="80"/>
      </w:pPr>
      <w:r>
        <w:rPr>
          <w:b w:val="0"/>
          <w:i w:val="0"/>
        </w:rPr>
        <w:t>Anh ấy không phải người duy nhất rơm rớm nước mắt. Đó là một trong những khoảnh khắc khó diễn tả, dù giờ khi đã làm cha, tôi bắt đầu nhận ra cảm giác đó.</w:t>
      </w:r>
    </w:p>
    <w:p>
      <w:pPr>
        <w:spacing w:after="80"/>
      </w:pPr>
      <w:r>
        <w:rPr>
          <w:b w:val="0"/>
          <w:i w:val="0"/>
        </w:rPr>
        <w:t>Nói về sự hài lòng đến muộn! Phải mất mười năm tôi mới biết rằng việc thúc đẩy Danny, và không chấp nhận bất cứ điều gì ngoài nỗ lực tốt nhất của anh ấy, đã mang lại thành quả cho anh ấy. Nó nhắc tôi một lần nữa vì sao tôi sẵn sàng bị ghét tạm thời—kể cả khi điều đó kéo dài cả thập kỷ.</w:t>
      </w:r>
    </w:p>
    <w:p>
      <w:pPr>
        <w:spacing w:after="80"/>
      </w:pPr>
      <w:r>
        <w:rPr>
          <w:b w:val="0"/>
          <w:i w:val="0"/>
        </w:rPr>
        <w:t>Các gói đãi ngộ thông minh và những chuyến du lịch khuyến khích chỉ đi được đến một mức nhất định. Khi bạn chạm đến trái tim mọi người, họ sẽ dời núi vì bạn. Và để chạm đến trái tim họ, bạn phải dành thời gian thấu hiểu họ và biết những niềm tin, khao khát sâu thẳm nhất của họ.</w:t>
      </w:r>
    </w:p>
    <w:p>
      <w:pPr>
        <w:spacing w:after="80"/>
      </w:pPr>
      <w:r>
        <w:rPr>
          <w:b w:val="0"/>
          <w:i w:val="0"/>
        </w:rPr>
        <w:t xml:space="preserve">Điều này có nghĩa là phải vượt ra ngoài hiểu biết bề mặt: nhân viên Joe của bạn thích câu cá; khách hàng Becky của bạn mê </w:t>
      </w:r>
      <w:r>
        <w:rPr>
          <w:b w:val="0"/>
          <w:i/>
        </w:rPr>
        <w:t>Game of Thrones</w:t>
      </w:r>
      <w:r>
        <w:rPr>
          <w:b w:val="0"/>
          <w:i w:val="0"/>
        </w:rPr>
        <w:t>. Điều bạn muốn biết là cái gì khiến họ hứng thú. Tôi làm mọi thứ có thể để hiểu các thành viên trong nhóm của mình. Chủ yếu là tôi đặt rất nhiều câu hỏi để đi đến tận gốc con người họ. Bằng cách này, tôi tránh đi đến những kết luận sai lầm về họ và có thể hiểu điều gì thúc đẩy họ, mục tiêu của họ là gì, và họ thích làm việc như thế nào.</w:t>
      </w:r>
    </w:p>
    <w:p>
      <w:pPr>
        <w:spacing w:after="80"/>
      </w:pPr>
      <w:r>
        <w:rPr>
          <w:b w:val="0"/>
          <w:i w:val="0"/>
        </w:rPr>
        <w:t>Khi bạn thúc đẩy mọi người bằng câu hỏi, bạn có thể chạm vào một dây thần kinh nhạy cảm. Không sao cả. Đây là cách bạn hiểu họ. Khi họ trở nên xúc động, họ bộc lộ những phần trong con người họ mà có thể họ đang che giấu.</w:t>
      </w:r>
    </w:p>
    <w:p>
      <w:pPr>
        <w:spacing w:after="80"/>
      </w:pPr>
      <w:r>
        <w:rPr>
          <w:b w:val="0"/>
          <w:i w:val="0"/>
        </w:rPr>
        <w:t>Tôi không thể lãnh đạo mọi người nếu tôi không biết họ là ai. Tôi cần biết họ được nuôi dạy thế nào và điều gì ảnh hưởng đến họ khi họ lớn lên. Tương tự, những người của tôi cũng cần biết tôi là ai. Tôi muốn mọi người biết sự thật về câu chuyện của tôi, rằng tôi là một gã đến từ Iran đã trải qua địa ngục, rằng động lực của tôi đến từ tất cả những kẻ "F-you" vẫn còn là những tiếng nói vang vọng trong đầu tôi.</w:t>
      </w:r>
    </w:p>
    <w:p>
      <w:pPr>
        <w:spacing w:after="80"/>
      </w:pPr>
      <w:r>
        <w:rPr>
          <w:b w:val="0"/>
          <w:i w:val="0"/>
        </w:rPr>
        <w:t>Tất cả chỉ xoay quanh việc sẵn lòng đặt câu hỏi—không chỉ những câu hỏi theo lối mòn như "Bạn thấy công việc trước đây của mình thế nào?" mà là những câu hỏi khơi gợi, đào sâu và khuyến khích người ta bộc lộ phần sâu kín hơn của chính họ. Bạn phải đặt những câu hỏi đào sâu tận gốc để giúp bạn khám phá con người thật của một người. Kiến thức đó quý như vàng, vì nó cho phép bạn tính trước vài nước đi về việc người đó phù hợp thế nào với kế hoạch của bạn. Chính nó giúp bạn xây dựng một mối quan hệ hiệu quả và bền lâu. Khi làm vậy, lòng tin bạn tạo dựng được sẽ mạnh mẽ hơn, và tốc độ sẽ theo sau.</w:t>
      </w:r>
    </w:p>
    <w:p>
      <w:pPr>
        <w:pStyle w:val="Heading3"/>
      </w:pPr>
      <w:r>
        <w:rPr>
          <w:rFonts w:ascii="Calibri" w:hAnsi="Calibri"/>
          <w:b/>
          <w:i w:val="0"/>
          <w:sz w:val="26"/>
        </w:rPr>
        <w:t>Lòng Tin Là Một Con Lắc</w:t>
      </w:r>
    </w:p>
    <w:p>
      <w:pPr>
        <w:spacing w:after="80"/>
      </w:pPr>
      <w:r>
        <w:rPr>
          <w:b w:val="0"/>
          <w:i w:val="0"/>
        </w:rPr>
        <w:t>Thông thường, các doanh nhân chuyển từ tin tưởng sang ngờ vực rồi quay lại theo một khuôn mẫu có thể dự đoán được. Sẽ rất có lợi khi ý thức được khuôn mẫu này, vì nó sẽ chi phối mức độ tự do bạn dành cho nhân viên của mình.</w:t>
      </w:r>
    </w:p>
    <w:p>
      <w:pPr>
        <w:spacing w:after="80"/>
      </w:pPr>
      <w:r>
        <w:rPr>
          <w:b w:val="0"/>
          <w:i w:val="0"/>
        </w:rPr>
        <w:t>Khi bạn tuyển người, mức độ sẵn lòng tin tưởng họ của bạn thấp và mong muốn quản lý vi mô công việc của họ thì cao. Sau khi họ làm việc một thời gian và đã làm tốt, lòng tin của bạn cao và bạn ít có khả năng quản lý vi mô họ hơn nhiều.</w:t>
      </w:r>
    </w:p>
    <w:p>
      <w:pPr>
        <w:spacing w:after="80"/>
      </w:pPr>
      <w:r>
        <w:rPr>
          <w:b w:val="0"/>
          <w:i w:val="0"/>
        </w:rPr>
        <w:t>Ở một mức độ nào đó, khuôn mẫu như con lắc này là hợp lý, nhưng bạn cần ý thức được mình đang đung đưa theo hướng nào. Nếu không, bạn có thể gợi ra phản ứng sau từ một nhân viên cảm thấy bị ngạt thở: "Nếu anh không tin tôi làm được việc, sao anh không tuyển người khác đi?" Hoặc bạn có thể tin tưởng nhầm một nhân viên kỳ cựu, người thường xuyên trễ hạn và không đạt chỉ tiêu. Sau khi sự việc xảy ra, bạn bực mình với anh ta, nhưng thật ra bạn nên bực mình với chính mình. Tại sao? Vì bạn đã thất bại trong việc tuyển đúng người hoặc không buộc anh ta chịu trách nhiệm đúng cách.</w:t>
      </w:r>
    </w:p>
    <w:p>
      <w:pPr>
        <w:spacing w:after="80"/>
      </w:pPr>
      <w:r>
        <w:rPr>
          <w:b w:val="0"/>
          <w:i w:val="0"/>
        </w:rPr>
        <w:t>Đáng tin cậy là chìa khóa của lòng tin. Sau một thời gian, người ta tạo dựng được thành tích của mình. Một khi thành tích đó chứng minh rằng họ sẽ liên tục mang lại điều họ hứa, bạn có thể để họ tự lo nhiều hơn. Bạn đã thiết lập được lòng tin.</w:t>
      </w:r>
    </w:p>
    <w:p>
      <w:pPr>
        <w:pStyle w:val="Heading3"/>
      </w:pPr>
      <w:r>
        <w:rPr>
          <w:rFonts w:ascii="Calibri" w:hAnsi="Calibri"/>
          <w:b/>
          <w:i w:val="0"/>
          <w:sz w:val="26"/>
        </w:rPr>
        <w:t>Bốn Cấp Độ Của Lòng Tin</w:t>
      </w:r>
    </w:p>
    <w:p>
      <w:pPr>
        <w:spacing w:after="80"/>
      </w:pPr>
      <w:r>
        <w:rPr>
          <w:b w:val="0"/>
          <w:i w:val="0"/>
        </w:rPr>
        <w:t>Thông thường, các doanh nhân cảm thấy mình là nạn nhân khi người ta phản bội lòng tin của họ. Họ có thể nghĩ mình tin được ai đó, nhưng rồi có chuyện xảy ra: một khách hàng không mang lại đơn hàng lớn mà ông ta khăng khăng là sắp tới, hoặc một đối tác kinh doanh nuốt lời trong một thương vụ. Các doanh nhân đổ lỗi cho những cá nhân đó là nói dối hay lừa gạt họ, nói những câu đại loại như "Đó là lý do chúng ta không tăng trưởng nhanh như đáng ra phải thế" hoặc "Chúng ta đang kẹt là vì Joe không làm điều anh ta nói sẽ làm."</w:t>
      </w:r>
    </w:p>
    <w:p>
      <w:pPr>
        <w:spacing w:after="80"/>
      </w:pPr>
      <w:r>
        <w:rPr>
          <w:b w:val="0"/>
          <w:i w:val="0"/>
        </w:rPr>
        <w:t>Không. Đừng đóng vai nạn nhân. Thế giới kinh doanh rất khắc nghiệt. Người ta không phải lúc nào cũng chơi đẹp. Một số người thẳng thừng là kẻ lừa đảo. Một số người không ngại nói với bạn điều bạn muốn nghe trong khi làm điều ngược lại.</w:t>
      </w:r>
    </w:p>
    <w:p>
      <w:pPr>
        <w:spacing w:after="80"/>
      </w:pPr>
      <w:r>
        <w:rPr>
          <w:b w:val="0"/>
          <w:i w:val="0"/>
        </w:rPr>
        <w:t>Trách nhiệm thuộc về bạn vì đã để mình bị lừa. Bạn thông minh hơn thế. Thật ra, bạn nên có khả năng xác định mức độ tin tưởng mình nên dành cho bất kỳ ai, dù là khách hàng, nhân viên, đối tác kinh doanh hay nhà cung cấp.</w:t>
      </w:r>
    </w:p>
    <w:p>
      <w:pPr>
        <w:spacing w:after="80"/>
      </w:pPr>
      <w:r>
        <w:rPr>
          <w:b w:val="0"/>
          <w:i w:val="0"/>
        </w:rPr>
        <w:t>Đây là cách làm. Đầu tiên, hãy nhận ra rằng bạn có thể phân loại người ta theo bốn cấp độ tin tưởng sau:</w:t>
      </w:r>
    </w:p>
    <w:p>
      <w:pPr>
        <w:spacing w:after="80"/>
        <w:ind w:left="360"/>
      </w:pPr>
      <w:r>
        <w:t xml:space="preserve">• </w:t>
      </w:r>
      <w:r>
        <w:rPr>
          <w:b w:val="0"/>
          <w:i w:val="0"/>
        </w:rPr>
        <w:t>Người Lạ</w:t>
      </w:r>
    </w:p>
    <w:p>
      <w:pPr>
        <w:spacing w:after="80"/>
        <w:ind w:left="360"/>
      </w:pPr>
      <w:r>
        <w:t xml:space="preserve">• </w:t>
      </w:r>
      <w:r>
        <w:rPr>
          <w:b w:val="0"/>
          <w:i w:val="0"/>
        </w:rPr>
        <w:t>Được Bảo Chứng</w:t>
      </w:r>
    </w:p>
    <w:p>
      <w:pPr>
        <w:spacing w:after="80"/>
        <w:ind w:left="360"/>
      </w:pPr>
      <w:r>
        <w:t xml:space="preserve">• </w:t>
      </w:r>
      <w:r>
        <w:rPr>
          <w:b w:val="0"/>
          <w:i w:val="0"/>
        </w:rPr>
        <w:t>Đáng Tin Cậy</w:t>
      </w:r>
    </w:p>
    <w:p>
      <w:pPr>
        <w:spacing w:after="80"/>
        <w:ind w:left="360"/>
      </w:pPr>
      <w:r>
        <w:t xml:space="preserve">• </w:t>
      </w:r>
      <w:r>
        <w:rPr>
          <w:b w:val="0"/>
          <w:i w:val="0"/>
        </w:rPr>
        <w:t>Bạn Đồng Hành</w:t>
      </w:r>
    </w:p>
    <w:p>
      <w:pPr>
        <w:spacing w:after="80"/>
      </w:pPr>
      <w:r>
        <w:rPr>
          <w:b w:val="0"/>
          <w:i w:val="0"/>
        </w:rPr>
        <w:t xml:space="preserve">Hãy phân loại người ta là </w:t>
      </w:r>
      <w:r>
        <w:rPr>
          <w:b/>
          <w:i w:val="0"/>
        </w:rPr>
        <w:t>Người Lạ</w:t>
      </w:r>
      <w:r>
        <w:rPr>
          <w:b w:val="0"/>
          <w:i w:val="0"/>
        </w:rPr>
        <w:t xml:space="preserve"> khi bạn chưa có chút kinh nghiệm nào với họ. Họ có thể </w:t>
      </w:r>
      <w:r>
        <w:rPr>
          <w:b w:val="0"/>
          <w:i/>
        </w:rPr>
        <w:t>trông có vẻ</w:t>
      </w:r>
      <w:r>
        <w:rPr>
          <w:b w:val="0"/>
          <w:i w:val="0"/>
        </w:rPr>
        <w:t xml:space="preserve"> đáng tin; họ duyên dáng, thân thiện và nói năng nghe rất hay. Theo bản năng, bạn có thể thích và tin họ. Tuy nhiên, hãy nhớ rằng ngay cả những kẻ sát nhân tâm thần cũng có thể giành được lòng tin của người khác. Kinh nghiệm là người thầy tốt nhất. Nếu bạn không có hiểu biết cá nhân về ai đó hoặc không biết một người nào từng làm việc với anh ta, hãy xếp anh ta vào loại Người Lạ và đừng tin anh ta cho đến khi bạn biết nhiều hơn về anh ta.</w:t>
      </w:r>
    </w:p>
    <w:p>
      <w:pPr>
        <w:spacing w:after="80"/>
      </w:pPr>
      <w:r>
        <w:rPr>
          <w:b w:val="0"/>
          <w:i w:val="0"/>
        </w:rPr>
        <w:t xml:space="preserve">Phân loại </w:t>
      </w:r>
      <w:r>
        <w:rPr>
          <w:b/>
          <w:i w:val="0"/>
        </w:rPr>
        <w:t>Được chứng thực</w:t>
      </w:r>
      <w:r>
        <w:rPr>
          <w:b w:val="0"/>
          <w:i w:val="0"/>
        </w:rPr>
        <w:t xml:space="preserve"> (Endorsed) dành cho những người đến với bạn cùng với thành tích đã được kiểm chứng. Họ được giới thiệu bởi những người bạn tin tưởng hoặc sở hữu một bản lý lịch (résumé) chứng minh khả năng thực hiện đúng những gì họ hứa. Bạn vẫn cần phải cảnh giác vì lý lịch có thể bị thổi phồng và lời giới thiệu có thể phản ánh định kiến hoặc sự thiếu trung thực hoàn toàn. Tuy vậy, phân loại này vẫn mang lại khả năng cao hơn một chút rằng một cá nhân nào đó xứng đáng với lòng tin của bạn.</w:t>
      </w:r>
    </w:p>
    <w:p>
      <w:pPr>
        <w:spacing w:after="80"/>
      </w:pPr>
      <w:r>
        <w:rPr>
          <w:b w:val="0"/>
          <w:i w:val="0"/>
        </w:rPr>
        <w:t xml:space="preserve">Những cá nhân </w:t>
      </w:r>
      <w:r>
        <w:rPr>
          <w:b/>
          <w:i w:val="0"/>
        </w:rPr>
        <w:t>Đáng tin cậy</w:t>
      </w:r>
      <w:r>
        <w:rPr>
          <w:b w:val="0"/>
          <w:i w:val="0"/>
        </w:rPr>
        <w:t xml:space="preserve"> (Trusted) là những người mà bạn đã có trải nghiệm cá nhân cùng. Bằng cách này hay cách khác, họ đã chứng minh được lòng trung thành, sự trung thực và độ đáng tin cậy của mình. Họ đáng tin hơn những người thuộc phân loại Được chứng thực vì bạn đã tận mắt chứng kiến những phẩm chất tích cực của họ, chứ không chỉ nghe kể lại qua người khác.</w:t>
      </w:r>
    </w:p>
    <w:p>
      <w:pPr>
        <w:spacing w:after="80"/>
      </w:pPr>
      <w:r>
        <w:rPr>
          <w:b w:val="0"/>
          <w:i w:val="0"/>
        </w:rPr>
        <w:t xml:space="preserve">Phân loại thứ tư, </w:t>
      </w:r>
      <w:r>
        <w:rPr>
          <w:b/>
          <w:i w:val="0"/>
        </w:rPr>
        <w:t>Bạn đồng hành</w:t>
      </w:r>
      <w:r>
        <w:rPr>
          <w:b w:val="0"/>
          <w:i w:val="0"/>
        </w:rPr>
        <w:t xml:space="preserve"> (Running Mate), là phân loại cao nhất, và bạn khó có thể có nhiều hơn một người phù hợp với mô tả này. Đây là phiên bản chuyên nghiệp của người bạn thân nhất của bạn. Đây là người mà bạn có thể gọi khi gặp vấn đề hoặc có cơ hội, và người đó sẽ ngay lập tức hỏi: "Tôi có thể làm gì?" Nếu bạn cần ai đó giúp bạn thoát khỏi tình huống khó khăn, người ấy sẽ dời non lấp biển để hỗ trợ bạn.</w:t>
      </w:r>
    </w:p>
    <w:p>
      <w:pPr>
        <w:spacing w:after="80"/>
      </w:pPr>
      <w:r>
        <w:rPr>
          <w:b w:val="0"/>
          <w:i w:val="0"/>
        </w:rPr>
        <w:t>Trước khi bạn tuyệt vọng vì thiếu một Bạn đồng hành hoặc bắt đầu đi tìm một người như vậy, hãy nhận ra rằng việc tìm được một người như thế có thể cần thời gian và trải nghiệm. Tôi đã phải trải qua rất nhiều trận chiến mới khám phá ra được Bạn đồng hành của mình. Tôi đã phải học theo cách đau đớn ai có thể tin được—và ai là người có thể tin tuyệt đối. Lòng tin của tôi đã phải bị phản bội trước khi tôi phát triển được một hệ thống đo lường trong đầu.</w:t>
      </w:r>
    </w:p>
    <w:p>
      <w:pPr>
        <w:spacing w:after="80"/>
      </w:pPr>
      <w:r>
        <w:rPr>
          <w:b w:val="0"/>
          <w:i w:val="0"/>
        </w:rPr>
        <w:t>Cũng hãy nhận ra rằng bạn càng thành công, bạn càng có ít người để tin tưởng. Nếu bạn đã từng đọc những cuốn sách truyền động lực hoặc nghe những diễn giả truyền động lực, bạn đã bị nhồi nhét rất nhiều tuyên truyền về việc xây dựng mạng lưới lớn những người đáng tin cậy. Điều này có thể đúng nếu bạn là một nhà tư vấn, nhưng nếu bạn đang điều hành một doanh nghiệp, bạn sẽ học được theo cách đau đớn, như tôi đã từng, rằng bạn không thể tin tưởng tất cả mọi người, và những người bạn tin tưởng thì bạn cũng không thể tin tưởng ngang nhau. Hãy nói chuyện với bất kỳ doanh nhân nhạy bén nào, bạn sẽ nghe những câu chuyện về những cánh tay phải đáng tin cậy đã phản bội họ, về những nhân viên mà họ coi như người nhà đã bỏ đi ngay khi nhận được một lời đề nghị hấp dẫn. Còn nhớ Donnie Brasco không?</w:t>
      </w:r>
    </w:p>
    <w:p>
      <w:pPr>
        <w:spacing w:after="80"/>
      </w:pPr>
      <w:r>
        <w:rPr>
          <w:b w:val="0"/>
          <w:i w:val="0"/>
        </w:rPr>
        <w:t>Đừng kỳ vọng xây dựng được những vòng tròn tin tưởng lớn. Hãy quên chuyện làm việc với vô số người mà bạn có thể giao phó cả mạng sống. Thay vào đó, kỳ vọng của bạn nên là bạn sẽ xếp mỗi người vào một trong bốn cấp độ. Khi làm được điều đó, bạn sẽ ít có khả năng bị cháy hơn nhiều và sẽ có ý niệm rõ ràng về việc bạn có thể tin ai và tin họ đến mức nào.</w:t>
      </w:r>
    </w:p>
    <w:p>
      <w:pPr>
        <w:pStyle w:val="Heading3"/>
      </w:pPr>
      <w:r>
        <w:rPr>
          <w:rFonts w:ascii="Calibri" w:hAnsi="Calibri"/>
          <w:b/>
          <w:i w:val="0"/>
          <w:sz w:val="26"/>
        </w:rPr>
        <w:t>Học ngôn ngữ tình yêu của từng cá nhân</w:t>
      </w:r>
    </w:p>
    <w:p>
      <w:pPr>
        <w:spacing w:after="80"/>
      </w:pPr>
      <w:r>
        <w:rPr>
          <w:b w:val="0"/>
          <w:i w:val="0"/>
        </w:rPr>
        <w:t>Một người đàn ông nóng lòng muốn cho vợ thấy anh yêu và trân trọng cô đến nhường nào. Đây là kỷ niệm mười năm ngày cưới của họ, nên anh tiết kiệm từng đồng để mua cho cô một đôi bông tai kim cương. Anh gói chúng thật trang nhã, và khi cô mở hộp, anh như ngồi trên đống lửa, chờ đợi cô bừng sáng và cảm ơn vì sự hào phóng và quan tâm của anh. Khi cô cuối cùng mở hộp, cô gần như không phản ứng gì.</w:t>
      </w:r>
    </w:p>
    <w:p>
      <w:pPr>
        <w:spacing w:after="80"/>
      </w:pPr>
      <w:r>
        <w:rPr>
          <w:b w:val="0"/>
          <w:i w:val="0"/>
        </w:rPr>
        <w:t xml:space="preserve">Đây không phải là điều anh mong đợi. Phản ứng thờ ơ của cô phản ánh sự vô ơn và coi thường. Sao cô có thể vô ơn đến vậy? Khi cuối cùng anh hỏi cô có chuyện gì, cô nói: "Em không biết phải nói với anh bao nhiêu lần rằng em không quan tâm đến </w:t>
      </w:r>
      <w:r>
        <w:rPr>
          <w:b w:val="0"/>
          <w:i/>
        </w:rPr>
        <w:t>đồ vật</w:t>
      </w:r>
      <w:r>
        <w:rPr>
          <w:b w:val="0"/>
          <w:i w:val="0"/>
        </w:rPr>
        <w:t>. Sao chúng ta không bao giờ đi dã ngoại nhỉ?"</w:t>
      </w:r>
    </w:p>
    <w:p>
      <w:pPr>
        <w:spacing w:after="80"/>
      </w:pPr>
      <w:r>
        <w:rPr>
          <w:b w:val="0"/>
          <w:i w:val="0"/>
        </w:rPr>
        <w:t xml:space="preserve">Để hiểu rõ hơn về tương tác này, tôi khuyên bạn nên đọc cuốn </w:t>
      </w:r>
      <w:r>
        <w:rPr>
          <w:b w:val="0"/>
          <w:i/>
        </w:rPr>
        <w:t>The 5 Love Languages: The Secret to Love That Lasts</w:t>
      </w:r>
      <w:r>
        <w:rPr>
          <w:b w:val="0"/>
          <w:i w:val="0"/>
        </w:rPr>
        <w:t xml:space="preserve"> của Gary Chapman. Cuốn này tuyệt vời. Năm ngôn ngữ tình yêu là những cách mà chúng ta trao và nhận tình yêu. Đó là: Thời gian chất lượng (Quality Time), Lời khẳng định (Words of Affirmation), Quà tặng (Gifts), Hành động phục vụ (Acts of Service), và Tiếp xúc thể xác (Physical Touch). Trong ví dụ trên, người đàn ông đã nói ngôn ngữ quà tặng trong khi suốt thời gian qua, vợ anh đã luôn nói với anh rằng cô thích thời gian chất lượng hơn.</w:t>
      </w:r>
    </w:p>
    <w:p>
      <w:pPr>
        <w:spacing w:after="80"/>
      </w:pPr>
      <w:r>
        <w:rPr>
          <w:b w:val="0"/>
          <w:i w:val="0"/>
        </w:rPr>
        <w:t xml:space="preserve">Trong các mối quan hệ, hãy quên Quy tắc Vàng đi. Thay "Hãy đối xử với người khác như bạn muốn họ đối xử với bạn" bằng "Hãy đối xử với người khác theo cách </w:t>
      </w:r>
      <w:r>
        <w:rPr>
          <w:b w:val="0"/>
          <w:i/>
        </w:rPr>
        <w:t>họ</w:t>
      </w:r>
      <w:r>
        <w:rPr>
          <w:b w:val="0"/>
          <w:i w:val="0"/>
        </w:rPr>
        <w:t xml:space="preserve"> muốn được đối xử." Điều này áp dụng được cho công việc, gia đình và bạn bè. Một trong những lý do tôi chọn Greg Dinkin làm người cộng tác viết sách cho mình là khi tôi phỏng vấn anh ấy, anh không ngừng nói về việc, trong một buổi hội thảo anh đã tổ chức cho các giám đốc ngân hàng, anh đã yêu cầu họ làm bài trắc nghiệm ngôn ngữ tình yêu. Thực tế, tôi khuyên bạn nên làm bài trắc nghiệm miễn phí trực tuyến, và đề nghị những người thân thiết với bạn cũng làm như vậy.</w:t>
      </w:r>
    </w:p>
    <w:p>
      <w:pPr>
        <w:spacing w:after="80"/>
      </w:pPr>
      <w:r>
        <w:rPr>
          <w:b w:val="0"/>
          <w:i w:val="0"/>
        </w:rPr>
        <w:t xml:space="preserve">Bạn cần ngừng hỏi điều gì thúc đẩy </w:t>
      </w:r>
      <w:r>
        <w:rPr>
          <w:b w:val="0"/>
          <w:i/>
        </w:rPr>
        <w:t>mọi người</w:t>
      </w:r>
      <w:r>
        <w:rPr>
          <w:b w:val="0"/>
          <w:i w:val="0"/>
        </w:rPr>
        <w:t xml:space="preserve"> và thay vào đó hãy hỏi: Điều gì thúc đẩy </w:t>
      </w:r>
      <w:r>
        <w:rPr>
          <w:b w:val="0"/>
          <w:i/>
        </w:rPr>
        <w:t>một người</w:t>
      </w:r>
      <w:r>
        <w:rPr>
          <w:b w:val="0"/>
          <w:i w:val="0"/>
        </w:rPr>
        <w:t>? Dù bạn chọn nhìn nhận điều này qua lăng kính nút bấm nóng (hot buttons) hay ngôn ngữ tình yêu, tốt hơn hết bạn nên dành thời gian hiểu điều gì hiệu quả với từng cá nhân. Mỗi chúng ta được thúc đẩy bởi những điều khác nhau.</w:t>
      </w:r>
    </w:p>
    <w:p>
      <w:pPr>
        <w:spacing w:after="80"/>
      </w:pPr>
      <w:r>
        <w:rPr>
          <w:b w:val="0"/>
          <w:i w:val="0"/>
        </w:rPr>
        <w:t xml:space="preserve">Bạn phải biết điều gì khiến người ta "hoạt động". Nếu bạn để ý, bạn sẽ phát hiện ra. Tôi biết một CEO có nhân viên bán hàng giỏi nhất kiếm được 825,000 đô la một năm. Sau tháng đỉnh cao nhất của anh ta, anh nói với sếp: "Anh thậm chí còn không gọi cho em." Câu nói đó cho thấy rõ ràng anh ta muốn được trân trọng. Nó cũng cho bạn biết </w:t>
      </w:r>
      <w:r>
        <w:rPr>
          <w:b w:val="0"/>
          <w:i/>
        </w:rPr>
        <w:t>cách</w:t>
      </w:r>
      <w:r>
        <w:rPr>
          <w:b w:val="0"/>
          <w:i w:val="0"/>
        </w:rPr>
        <w:t xml:space="preserve"> anh ta muốn được trân trọng. Ngôn ngữ tình yêu của anh là lời khẳng định. Nếu anh nói "Anh thậm chí còn không đưa em đi ăn trưa," thì anh đã ám chỉ rằng anh muốn thời gian chất lượng. Nếu anh đòi một chiếc Rolex, anh đã ám chỉ rằng anh muốn quà tặng.</w:t>
      </w:r>
    </w:p>
    <w:p>
      <w:pPr>
        <w:spacing w:after="80"/>
      </w:pPr>
      <w:r>
        <w:rPr>
          <w:b w:val="0"/>
          <w:i w:val="0"/>
        </w:rPr>
        <w:t>Bạn có muốn trở thành một nhà lãnh đạo xuất sắc không? Hãy cho mọi người thấy rằng bạn dành thời gian và sự quan tâm cần thiết để hiểu điều họ muốn. Sai lầm mà hầu hết chúng ta mắc phải là chúng ta trao tình yêu và sự trân trọng theo cách mà chúng ta thích nhận. Nếu bạn thích nhận lời khen, có lẽ bạn cũng giỏi trao lời khen. Nếu bạn thuộc tuýp "tiền nói lên tất cả", có lẽ bạn có một kế hoạch thù lao (comp plan) tuyệt vời. Sự thật mà bạn sẽ gặp phải là mỗi người trong đội của bạn được thúc đẩy bởi những điều khác nhau.</w:t>
      </w:r>
    </w:p>
    <w:p>
      <w:pPr>
        <w:spacing w:after="80"/>
      </w:pPr>
      <w:r>
        <w:rPr>
          <w:b w:val="0"/>
          <w:i w:val="0"/>
        </w:rPr>
        <w:t xml:space="preserve">Những người đưa ra những nhận định chung chung như "Ai cũng thích được trân trọng" hay "Sự công nhận là một nhu cầu quan trọng của con người" thì đang đi đúng hướng. Bạn cần tiến lên cấp độ tiếp theo bằng cách cụ thể hóa </w:t>
      </w:r>
      <w:r>
        <w:rPr>
          <w:b w:val="0"/>
          <w:i/>
        </w:rPr>
        <w:t>cách</w:t>
      </w:r>
      <w:r>
        <w:rPr>
          <w:b w:val="0"/>
          <w:i w:val="0"/>
        </w:rPr>
        <w:t xml:space="preserve"> bạn thể hiện sự trân trọng và công nhận. Với tư cách một CEO, tôi biết ai cần thời gian riêng một-một và ai cần lời khen trước công chúng. Với tư cách một người cha, tôi biết đứa con nào của mình phát triển nhờ tình cảm, lời khen và thời gian chất lượng.</w:t>
      </w:r>
    </w:p>
    <w:p>
      <w:pPr>
        <w:spacing w:after="80"/>
      </w:pPr>
      <w:r>
        <w:rPr>
          <w:b w:val="0"/>
          <w:i w:val="0"/>
        </w:rPr>
        <w:t>Dù tôi biết đó là điều đúng đắn nên làm, tôi không phải lúc nào cũng nhớ để làm. Thật không dễ để đáp ứng các yêu cầu và nói đúng ngôn ngữ riêng của tất cả những người thân yêu của bạn—đặc biệt nếu bạn đang điều hành một doanh nghiệp khá lớn và có một gia đình cần chăm sóc. Đôi khi điều đó nghe có vẻ quá sức, vì suy cho cùng, chúng ta là con người.</w:t>
      </w:r>
    </w:p>
    <w:p>
      <w:pPr>
        <w:spacing w:after="80"/>
      </w:pPr>
      <w:r>
        <w:rPr>
          <w:b w:val="0"/>
          <w:i w:val="0"/>
        </w:rPr>
        <w:t xml:space="preserve">Tôi đã đọc một cuốn sách có tựa đề </w:t>
      </w:r>
      <w:r>
        <w:rPr>
          <w:b w:val="0"/>
          <w:i/>
        </w:rPr>
        <w:t>Thank God It’s Monday: How to Prevent Success from Ruining Your Marriage</w:t>
      </w:r>
      <w:r>
        <w:rPr>
          <w:b w:val="0"/>
          <w:i w:val="0"/>
        </w:rPr>
        <w:t xml:space="preserve"> và thấy nó rất hợp lý. Tác giả, Pierre Mornell, là một chuyên gia tư vấn hôn nhân, và sau hai mươi năm, cuối cùng ông đã tìm ra giải pháp tốt nhất hiệu quả với chính ông và những gia đình mà ông tư vấn: dành cho mỗi người thân thiết nhất với bạn từ năm đến mười lăm phút tập trung trọn vẹn mỗi ngày. Tôi không gợi ý bạn làm điều này với tất cả mọi người, nhưng những nhà lãnh đạo chủ chốt và những ngôi sao đang lên của bạn cần thời gian gặp riêng với bạn nhiều hơn bạn tưởng. Thật dễ khi cố gắng phát triển lãnh đạo chỉ qua các cuộc gọi hội nghị hay Zoom, nhưng không gì hiệu quả bằng việc dành cho họ sự tập trung trọn vẹn của bạn.</w:t>
      </w:r>
    </w:p>
    <w:p>
      <w:pPr>
        <w:pStyle w:val="Heading4"/>
      </w:pPr>
      <w:r>
        <w:rPr>
          <w:rFonts w:ascii="Calibri" w:hAnsi="Calibri"/>
          <w:b/>
          <w:i w:val="0"/>
          <w:sz w:val="23"/>
        </w:rPr>
        <w:t>Những câu hỏi để bạn tự hỏi nhằm tiếp cận từng cá nhân</w:t>
      </w:r>
    </w:p>
    <w:p>
      <w:pPr>
        <w:spacing w:after="80"/>
        <w:ind w:left="360"/>
      </w:pPr>
      <w:r>
        <w:rPr>
          <w:b/>
          <w:i w:val="0"/>
        </w:rPr>
        <w:t>1.</w:t>
      </w:r>
      <w:r>
        <w:rPr>
          <w:b w:val="0"/>
          <w:i w:val="0"/>
        </w:rPr>
        <w:t xml:space="preserve"> Điều gì khiến người này hứng khởi?</w:t>
      </w:r>
    </w:p>
    <w:p>
      <w:pPr>
        <w:spacing w:after="80"/>
        <w:ind w:left="360"/>
      </w:pPr>
      <w:r>
        <w:rPr>
          <w:b/>
          <w:i w:val="0"/>
        </w:rPr>
        <w:t>2.</w:t>
      </w:r>
      <w:r>
        <w:rPr>
          <w:b w:val="0"/>
          <w:i w:val="0"/>
        </w:rPr>
        <w:t xml:space="preserve"> Người này muốn được yêu thương theo cách nào?</w:t>
      </w:r>
    </w:p>
    <w:p>
      <w:pPr>
        <w:spacing w:after="80"/>
        <w:ind w:left="360"/>
      </w:pPr>
      <w:r>
        <w:rPr>
          <w:b/>
          <w:i w:val="0"/>
        </w:rPr>
        <w:t>3.</w:t>
      </w:r>
      <w:r>
        <w:rPr>
          <w:b w:val="0"/>
          <w:i w:val="0"/>
        </w:rPr>
        <w:t xml:space="preserve"> Điều gì khiến người này cảm thấy được trân trọng?</w:t>
      </w:r>
    </w:p>
    <w:p>
      <w:pPr>
        <w:spacing w:after="80"/>
        <w:ind w:left="360"/>
      </w:pPr>
      <w:r>
        <w:rPr>
          <w:b/>
          <w:i w:val="0"/>
        </w:rPr>
        <w:t>4.</w:t>
      </w:r>
      <w:r>
        <w:rPr>
          <w:b w:val="0"/>
          <w:i w:val="0"/>
        </w:rPr>
        <w:t xml:space="preserve"> Cách hiệu quả nhất để thể hiện rằng tôi quan tâm là gì?</w:t>
      </w:r>
    </w:p>
    <w:p>
      <w:pPr>
        <w:spacing w:after="80"/>
        <w:ind w:left="360"/>
      </w:pPr>
      <w:r>
        <w:rPr>
          <w:b/>
          <w:i w:val="0"/>
        </w:rPr>
        <w:t>5.</w:t>
      </w:r>
      <w:r>
        <w:rPr>
          <w:b w:val="0"/>
          <w:i w:val="0"/>
        </w:rPr>
        <w:t xml:space="preserve"> Hành động nào sẽ “đánh trúng” người này nhất?</w:t>
      </w:r>
    </w:p>
    <w:p>
      <w:pPr>
        <w:pStyle w:val="Heading3"/>
      </w:pPr>
      <w:r>
        <w:rPr>
          <w:rFonts w:ascii="Calibri" w:hAnsi="Calibri"/>
          <w:b/>
          <w:i w:val="0"/>
          <w:sz w:val="26"/>
        </w:rPr>
        <w:t>Chín ngôn ngữ tình yêu của doanh nhân</w:t>
      </w:r>
    </w:p>
    <w:p>
      <w:pPr>
        <w:spacing w:after="80"/>
      </w:pPr>
      <w:r>
        <w:rPr>
          <w:b w:val="0"/>
          <w:i w:val="0"/>
        </w:rPr>
        <w:t>Hãy nhớ rằng niềm tin đồng nghĩa với tốc độ. Mức độ tin tưởng càng cao thì tốc độ càng nhanh. Thể hiện cho mọi người thấy bạn quan tâm đến họ sẽ khơi ra điều tốt đẹp nhất trong họ. Kết quả là họ trở nên đáng tin cậy hơn, và mọi yếu tố của doanh nghiệp đều vận hành nhanh hơn.</w:t>
      </w:r>
    </w:p>
    <w:p>
      <w:pPr>
        <w:spacing w:after="80"/>
      </w:pPr>
      <w:r>
        <w:rPr>
          <w:b w:val="0"/>
          <w:i w:val="0"/>
        </w:rPr>
        <w:t>Cũng như có năm ngôn ngữ tình yêu trong một mối quan hệ, có chín ngôn ngữ tình yêu mà những doanh nhân vĩ đại học cách nói với đồng đội của mình.</w:t>
      </w:r>
    </w:p>
    <w:p>
      <w:pPr>
        <w:pStyle w:val="Heading4"/>
      </w:pPr>
      <w:r>
        <w:rPr>
          <w:rFonts w:ascii="Calibri" w:hAnsi="Calibri"/>
          <w:b/>
          <w:i w:val="0"/>
          <w:sz w:val="23"/>
        </w:rPr>
        <w:t>1. CHÚNG TÔI CẦN BẠN</w:t>
      </w:r>
    </w:p>
    <w:p>
      <w:pPr>
        <w:spacing w:after="80"/>
      </w:pPr>
      <w:r>
        <w:rPr>
          <w:b w:val="0"/>
          <w:i w:val="0"/>
        </w:rPr>
        <w:t xml:space="preserve">Trao cho người khác trách nhiệm là một cách để cho họ thấy rằng bạn cần họ. Có những người cần cảm thấy mình được cần đến. Trong thể thao, một huấn luyện viên có thể đến gặp một cầu thủ đang thi đấu không tốt và nói: “Chúng ta không thể vô địch nếu thiếu cậu. Chúng tôi cần cậu tỏa sáng. Chúng tôi </w:t>
      </w:r>
      <w:r>
        <w:rPr>
          <w:b w:val="0"/>
          <w:i/>
        </w:rPr>
        <w:t>cần</w:t>
      </w:r>
      <w:r>
        <w:rPr>
          <w:b w:val="0"/>
          <w:i w:val="0"/>
        </w:rPr>
        <w:t xml:space="preserve"> cậu.”</w:t>
      </w:r>
    </w:p>
    <w:p>
      <w:pPr>
        <w:spacing w:after="80"/>
      </w:pPr>
      <w:r>
        <w:rPr>
          <w:b w:val="0"/>
          <w:i w:val="0"/>
        </w:rPr>
        <w:t>Cũng có những người không quan tâm đến việc được cần đến. Họ càng cảm thấy được cần đến, họ càng có thể lạm dụng mối quan hệ đó. Họ có thể nói: “Ồ, anh cần tôi. Không có tôi anh chẳng làm được gì đâu.”</w:t>
      </w:r>
    </w:p>
    <w:p>
      <w:pPr>
        <w:spacing w:after="80"/>
      </w:pPr>
      <w:r>
        <w:rPr>
          <w:b w:val="0"/>
          <w:i w:val="0"/>
        </w:rPr>
        <w:t xml:space="preserve">Khi Steve Kerr tiếp quản vị trí huấn luyện viên của Golden State Warriors, Andre Iguodala đã đá chính 758 trận liên tiếp. Kerr muốn Iguodala, một cầu thủ tầm cỡ All-Star, ngồi dự bị. Hầu hết cầu thủ sẽ coi đó là một sự giáng chức, nhưng Kerr đã thuyết phục Iguodala rằng anh được cần đến nhường nào: có một </w:t>
      </w:r>
      <w:r>
        <w:rPr>
          <w:b w:val="0"/>
          <w:i/>
        </w:rPr>
        <w:t>nhu cầu</w:t>
      </w:r>
      <w:r>
        <w:rPr>
          <w:b w:val="0"/>
          <w:i w:val="0"/>
        </w:rPr>
        <w:t xml:space="preserve"> về một nguồn năng lượng từ ghế dự bị, một </w:t>
      </w:r>
      <w:r>
        <w:rPr>
          <w:b w:val="0"/>
          <w:i/>
        </w:rPr>
        <w:t>nhu cầu</w:t>
      </w:r>
      <w:r>
        <w:rPr>
          <w:b w:val="0"/>
          <w:i w:val="0"/>
        </w:rPr>
        <w:t xml:space="preserve"> về người dẫn dắt đội hình hai, một </w:t>
      </w:r>
      <w:r>
        <w:rPr>
          <w:b w:val="0"/>
          <w:i/>
        </w:rPr>
        <w:t>nhu cầu</w:t>
      </w:r>
      <w:r>
        <w:rPr>
          <w:b w:val="0"/>
          <w:i w:val="0"/>
        </w:rPr>
        <w:t xml:space="preserve"> về đôi chân sung sức để kèm cặp cầu thủ giỏi nhất của đối phương. Không chỉ Warriors giành chức vô địch NBA trong mùa giải đầu tiên của Kerr, mà Iguodala còn trở thành cầu thủ đầu tiên trong lịch sử NBA được vinh danh MVP của vòng chung kết NBA mà không đá chính mọi trận. Điều này chứng minh điều chúng ta đã nói ở phần trước: Khi bạn trao cho người khác một danh tiếng để họ sống xứng đáng với nó, họ thường làm đúng như vậy.</w:t>
      </w:r>
    </w:p>
    <w:p>
      <w:pPr>
        <w:pStyle w:val="Heading4"/>
      </w:pPr>
      <w:r>
        <w:rPr>
          <w:rFonts w:ascii="Calibri" w:hAnsi="Calibri"/>
          <w:b/>
          <w:i w:val="0"/>
          <w:sz w:val="23"/>
        </w:rPr>
        <w:t>2. SỰ GHI NHẬN</w:t>
      </w:r>
    </w:p>
    <w:p>
      <w:pPr>
        <w:spacing w:after="80"/>
      </w:pPr>
      <w:r>
        <w:rPr>
          <w:b w:val="0"/>
          <w:i w:val="0"/>
        </w:rPr>
        <w:t>Nếu bạn nhìn vào những công ty đang trì trệ, bạn sẽ thấy rằng sự ghi nhận không phải là một phần trong văn hóa của họ. Tất cả chỉ là áp lực, áp lực, áp lực. Dan Ariely, giáo sư kinh tế học hành vi và tâm lý học tại Đại học Duke, đã thực hiện nghiên cứu quan trọng cho thấy các công ty đánh giá quá cao tiền như một động lực thúc đẩy. Dựa vào tiền thưởng để thúc đẩy mọi người khiến họ cảm thấy như thể họ cần được hối lộ để làm công việc của mình. Theo Ariely: “Điều đó nói rằng, ‘bạn biết điều đúng đắn cần làm, nhưng bạn không hứng thú.’” Tặng tiền thưởng là điều ngược lại với việc hiểu rõ cụ thể điều gì khiến một người hứng khởi.</w:t>
      </w:r>
    </w:p>
    <w:p>
      <w:pPr>
        <w:spacing w:after="80"/>
      </w:pPr>
      <w:r>
        <w:rPr>
          <w:b w:val="0"/>
          <w:i w:val="0"/>
        </w:rPr>
        <w:t>Bạn có thể có rất nhiều niềm vui với các thành viên trong nhóm, đặc biệt là những người khởi nghiệp nội bộ (intrapreneur) - những người sống bằng sự công nhận. Khi bạn công nhận một ai đó, hãy thêm dấu ấn cá nhân của riêng bạn. Ví dụ, tôi đã tặng một ngọn đuốc Olympic năm 1984 cho một trong những phó chủ tịch cấp cao của chúng tôi. Tôi đã tặng một chiếc mũ bảo hiểm Ayrton Senna cho một VP vào thời điểm công ty chúng tôi đang nghiên cứu tư duy của Ayrton Senna. Đó có thể là đôi giày Michael Jordan có chữ ký. Đó có thể là một chiếc túi Louis Vuitton đặt làm riêng. Đôi khi đó là một tấm bảng kỷ niệm để treo tường. Nếu họ thích những lời khẳng định, thì điều được viết trên tấm bảng mới là thứ quan trọng nhất.</w:t>
      </w:r>
    </w:p>
    <w:p>
      <w:pPr>
        <w:spacing w:after="80"/>
      </w:pPr>
      <w:r>
        <w:rPr>
          <w:b w:val="0"/>
          <w:i w:val="0"/>
        </w:rPr>
        <w:t>Một số người có thể nói: "Tôi không cần sự công nhận nào cả." Những người nói rằng họ không cần thực ra lại cần gấp đôi sự công nhận. Việc họ phủ nhận nhu cầu được công nhận thực chất chỉ là một lớp ngụy trang. Họ sợ phải bỏ công sức vì có thể họ sẽ không nhận được sự công nhận như mong đợi. Tôi không quan tâm một người trông có vẻ tự tin đến đâu, ai cũng cần được công nhận.</w:t>
      </w:r>
    </w:p>
    <w:p>
      <w:pPr>
        <w:pStyle w:val="Heading4"/>
      </w:pPr>
      <w:r>
        <w:rPr>
          <w:rFonts w:ascii="Calibri" w:hAnsi="Calibri"/>
          <w:b/>
          <w:i w:val="0"/>
          <w:sz w:val="23"/>
        </w:rPr>
        <w:t>3. LỜI KHEN: BA KIỂU KHÁC NHAU</w:t>
      </w:r>
    </w:p>
    <w:p>
      <w:pPr>
        <w:spacing w:after="80"/>
      </w:pPr>
      <w:r>
        <w:rPr>
          <w:b w:val="0"/>
          <w:i w:val="0"/>
        </w:rPr>
        <w:t>Có ba cách khác nhau để khen ngợi ai đó. Biết nên chọn cách nào phụ thuộc vào việc hiểu rõ người đó. Tôi sẽ nhắc bạn mãi rằng mỗi người có những "nút bấm" khác nhau.</w:t>
      </w:r>
    </w:p>
    <w:p>
      <w:pPr>
        <w:spacing w:after="80"/>
        <w:ind w:left="360"/>
      </w:pPr>
      <w:r>
        <w:rPr>
          <w:b/>
          <w:i w:val="0"/>
        </w:rPr>
        <w:t>1.</w:t>
      </w:r>
      <w:r>
        <w:rPr>
          <w:b w:val="0"/>
          <w:i w:val="0"/>
        </w:rPr>
        <w:t xml:space="preserve"> </w:t>
      </w:r>
      <w:r>
        <w:rPr>
          <w:b/>
          <w:i w:val="0"/>
        </w:rPr>
        <w:t>Riêng tư:</w:t>
      </w:r>
      <w:r>
        <w:rPr>
          <w:b w:val="0"/>
          <w:i w:val="0"/>
        </w:rPr>
        <w:t xml:space="preserve"> Kiểu khen đầu tiên được đưa ra một cách riêng tư. Đó có thể là trong một bữa ăn hoặc trong một cuộc trò chuyện thân mật. Cũng có thể thực hiện qua tin nhắn, email hoặc Slack. Nó có thể trông đại loại như thế này: "Nghe này, tôi chỉ muốn bạn biết rằng bạn đã tiến bộ rất nhiều, và tôi muốn ghi nhận điều đó. Tôi thấy công sức bạn đang bỏ ra và cách bạn đang cải thiện. Không điều gì trong đó bị bỏ qua cả. Cảm ơn bạn."</w:t>
      </w:r>
    </w:p>
    <w:p>
      <w:pPr>
        <w:spacing w:after="80"/>
        <w:ind w:left="360"/>
      </w:pPr>
      <w:r>
        <w:rPr>
          <w:b/>
          <w:i w:val="0"/>
        </w:rPr>
        <w:t>2.</w:t>
      </w:r>
      <w:r>
        <w:rPr>
          <w:b w:val="0"/>
          <w:i w:val="0"/>
        </w:rPr>
        <w:t xml:space="preserve"> </w:t>
      </w:r>
      <w:r>
        <w:rPr>
          <w:b/>
          <w:i w:val="0"/>
        </w:rPr>
        <w:t>Công khai:</w:t>
      </w:r>
      <w:r>
        <w:rPr>
          <w:b w:val="0"/>
          <w:i w:val="0"/>
        </w:rPr>
        <w:t xml:space="preserve"> Tiếp theo là công khai. Kiểu này khai thác sự công nhận và hiệu quả nhất với những người thích được chú ý. Bạn muốn thu hút sự chú ý đặc biệt đến những đóng góp của họ trong các cuộc họp.</w:t>
      </w:r>
    </w:p>
    <w:p>
      <w:pPr>
        <w:spacing w:after="80"/>
        <w:ind w:left="360"/>
      </w:pPr>
      <w:r>
        <w:rPr>
          <w:b/>
          <w:i w:val="0"/>
        </w:rPr>
        <w:t>3.</w:t>
      </w:r>
      <w:r>
        <w:rPr>
          <w:b w:val="0"/>
          <w:i w:val="0"/>
        </w:rPr>
        <w:t xml:space="preserve"> </w:t>
      </w:r>
      <w:r>
        <w:rPr>
          <w:b/>
          <w:i w:val="0"/>
        </w:rPr>
        <w:t>Sau lưng họ:</w:t>
      </w:r>
      <w:r>
        <w:rPr>
          <w:b w:val="0"/>
          <w:i w:val="0"/>
        </w:rPr>
        <w:t xml:space="preserve"> Kiểu khen cuối cùng được đưa ra sau lưng một người. Bạn công nhận người ta sau lưng họ khi bạn khen họ với người khác lúc họ không có mặt. Tôi đã nói về sức mạnh của việc nói sau lưng ở phần trước. Một lần nữa, hãy hiểu rõ cá nhân đó để sử dụng cách này hiệu quả.</w:t>
      </w:r>
    </w:p>
    <w:p>
      <w:pPr>
        <w:pStyle w:val="Heading4"/>
      </w:pPr>
      <w:r>
        <w:rPr>
          <w:rFonts w:ascii="Calibri" w:hAnsi="Calibri"/>
          <w:b/>
          <w:i w:val="0"/>
          <w:sz w:val="23"/>
        </w:rPr>
        <w:t>4. CHỈ DẪN RÕ RÀNG</w:t>
      </w:r>
    </w:p>
    <w:p>
      <w:pPr>
        <w:spacing w:after="80"/>
      </w:pPr>
      <w:r>
        <w:rPr>
          <w:b w:val="0"/>
          <w:i w:val="0"/>
        </w:rPr>
        <w:t>Nhóm của bạn cần sự chỉ dẫn rõ ràng từ bạn. Khi bạn nói những câu như "Bạn làm được mà. Cứ đi đi," thì không hiệu quả. Họ cần bạn nói: "Tôi cần bạn làm cái này, cái này và cái này trước thời điểm này. Bạn làm được không?" Thông thường, bạn không nên giao cho người ta danh sách dài hơn ba việc cùng lúc, nếu không họ sẽ bị quá tải, nhưng vấn đề là có rất nhiều người thích được bảo phải làm gì.</w:t>
      </w:r>
    </w:p>
    <w:p>
      <w:pPr>
        <w:spacing w:after="80"/>
      </w:pPr>
      <w:r>
        <w:rPr>
          <w:b w:val="0"/>
          <w:i w:val="0"/>
        </w:rPr>
        <w:t>Với những nhân viên này, bạn cần nêu rõ sản phẩm bàn giao chính xác và thời hạn chính xác. Hãy thỏa thuận bằng lời: "Chúng ta rõ chưa, John, rằng bạn sẽ gửi cho tôi một tin nhắn trước 4:45 chiều giờ EST hôm nay với tên và số điện thoại của ba nhà cung cấp khác nhau?" Điều đó hiệu quả hơn nhiều so với "Nghiên cứu chút đi rồi phản hồi cho tôi."</w:t>
      </w:r>
    </w:p>
    <w:p>
      <w:pPr>
        <w:pStyle w:val="Heading4"/>
      </w:pPr>
      <w:r>
        <w:rPr>
          <w:rFonts w:ascii="Calibri" w:hAnsi="Calibri"/>
          <w:b/>
          <w:i w:val="0"/>
          <w:sz w:val="23"/>
        </w:rPr>
        <w:t>5. TẦM NHÌN</w:t>
      </w:r>
    </w:p>
    <w:p>
      <w:pPr>
        <w:spacing w:after="80"/>
      </w:pPr>
      <w:r>
        <w:rPr>
          <w:b w:val="0"/>
          <w:i w:val="0"/>
        </w:rPr>
        <w:t>Hầu hết mọi người không phải là những người có tầm nhìn. Việc nghĩ xa về phía trước không đến một cách tự nhiên khi họ đang bận dập lửa. Nhưng họ cần nghe bạn nói về tầm nhìn và tương lai. Những nhà lãnh đạo vĩ đại luôn "bán" tương lai về nơi nhóm đang hướng tới và những điều sắp xảy ra. Họ nói về điều tiếp theo. Những nhà lãnh đạo vĩ đại nói những câu như "Những ngày tuyệt vời nhất của chúng ta còn ở phía trước." Nhân viên cần biết rằng người lãnh đạo của họ giống như một bậc thầy cờ vĩ đại đang dẫn dắt họ đi đúng hướng.</w:t>
      </w:r>
    </w:p>
    <w:p>
      <w:pPr>
        <w:spacing w:after="80"/>
      </w:pPr>
      <w:r>
        <w:rPr>
          <w:b w:val="0"/>
          <w:i w:val="0"/>
        </w:rPr>
        <w:t>Bạn cần vẽ nên những bức tranh về tương lai cho mọi người. Đặc biệt khi họ đang chìm trong guồng quay công việc, bạn phải chạm vào các giác quan của họ và tạo ra một hình ảnh về điều họ đang làm việc vì nó.</w:t>
      </w:r>
    </w:p>
    <w:p>
      <w:pPr>
        <w:pStyle w:val="Heading4"/>
      </w:pPr>
      <w:r>
        <w:rPr>
          <w:rFonts w:ascii="Calibri" w:hAnsi="Calibri"/>
          <w:b/>
          <w:i w:val="0"/>
          <w:sz w:val="23"/>
        </w:rPr>
        <w:t>6. NHỮNG GIẤC MƠ</w:t>
      </w:r>
    </w:p>
    <w:p>
      <w:pPr>
        <w:spacing w:after="80"/>
      </w:pPr>
      <w:r>
        <w:rPr>
          <w:b w:val="0"/>
          <w:i w:val="0"/>
        </w:rPr>
        <w:t>Mọi người muốn biết những giấc mơ của họ sẽ trở thành hiện thực như thế nào. Họ cần thấy rằng việc làm công việc hôm nay sẽ cho phép họ đạt được những giấc mơ của mình ra sao. Nếu bạn muốn truyền cảm hứng cho mọi người, bạn phải liên tục nói ngôn ngữ của giấc mơ với những ai cần nghe nó.</w:t>
      </w:r>
    </w:p>
    <w:p>
      <w:pPr>
        <w:spacing w:after="80"/>
      </w:pPr>
      <w:r>
        <w:rPr>
          <w:b w:val="0"/>
          <w:i w:val="0"/>
        </w:rPr>
        <w:t>Ba điều cuối này thiên về chỉ dẫn nhiều hơn là nhắm vào ngôn ngữ tình yêu của một người. Tôi đưa chúng vào danh sách này vì chúng vẫn thuộc phạm trù thấu hiểu con người và nói với họ theo cách khơi ra điều tốt đẹp nhất trong họ, và cuối cùng là tạo dựng niềm tin.</w:t>
      </w:r>
    </w:p>
    <w:p>
      <w:pPr>
        <w:pStyle w:val="Heading4"/>
      </w:pPr>
      <w:r>
        <w:rPr>
          <w:rFonts w:ascii="Calibri" w:hAnsi="Calibri"/>
          <w:b/>
          <w:i w:val="0"/>
          <w:sz w:val="23"/>
        </w:rPr>
        <w:t>7. SỰ THAM GIA</w:t>
      </w:r>
    </w:p>
    <w:p>
      <w:pPr>
        <w:spacing w:after="80"/>
      </w:pPr>
      <w:r>
        <w:rPr>
          <w:b w:val="0"/>
          <w:i w:val="0"/>
        </w:rPr>
        <w:t>Liên tục hỏi ý kiến mọi người và thu thập phản hồi. Liên tục hỏi mọi người rằng họ nghĩ bạn cần làm gì tiếp theo. Mọi người muốn được tham gia vào việc bạn đang làm, và họ muốn được lắng nghe. Nếu bạn hỏi ý tưởng của mọi người mà bạn không bao giờ triển khai chúng, họ sẽ nói (thường là với chính mình), "Tại sao tôi lại đưa cho họ chứ? Dù sao họ cũng chẳng bao giờ làm. Bạn chỉ đang lãng phí thời gian của cả hai chúng ta thôi." Có một mối nguy khi hỏi nếu bạn không thực sự lắng nghe.</w:t>
      </w:r>
    </w:p>
    <w:p>
      <w:pPr>
        <w:pStyle w:val="Heading4"/>
      </w:pPr>
      <w:r>
        <w:rPr>
          <w:rFonts w:ascii="Calibri" w:hAnsi="Calibri"/>
          <w:b/>
          <w:i w:val="0"/>
          <w:sz w:val="23"/>
        </w:rPr>
        <w:t>8. THÁCH THỨC</w:t>
      </w:r>
    </w:p>
    <w:p>
      <w:pPr>
        <w:spacing w:after="80"/>
      </w:pPr>
      <w:r>
        <w:rPr>
          <w:b w:val="0"/>
          <w:i w:val="0"/>
        </w:rPr>
        <w:t>Những nhà lãnh đạo giỏi luôn thách thức mọi người: riêng tư, công khai, và cả sau lưng họ. Nếu tôi thấy ai đó đang tiến bộ sau khi vấp ngã, tôi sẽ kéo họ sang một bên và nói, "Nghe này, tôi muốn cho bạn biết là tôi thấy điều đó. Bạn đang tiến bộ rất nhiều. Tôi mừng cho bạn. Nhưng tôi hy vọng bạn không vấp ngã lần nữa. Tôi hy vọng bạn giữ được sự tập trung."</w:t>
      </w:r>
    </w:p>
    <w:p>
      <w:pPr>
        <w:spacing w:after="80"/>
      </w:pPr>
      <w:r>
        <w:rPr>
          <w:b w:val="0"/>
          <w:i w:val="0"/>
        </w:rPr>
        <w:t>Những điều tôi nói công khai là để đối phó với sự tự mãn: "Tôi cứ tưởng bạn có những giấc mơ lớn hơn chứ. Tôi tưởng bạn muốn điều gì đó lớn lao hơn nhiều. Nếu bạn có thể kiếm được $20,000 trong một tháng, tại sao không thể kiếm $40,000? Bạn đang trở nên thoải mái rồi à? Bụng bạn đã no chưa? Từ khi nào bạn đã tự do tài chính vậy? Từ khi nào chúng ta đã đến đích vậy? Tại sao chúng ta lại hành xử như thế này? Tại sao chúng ta lại cư xử như thế này? Tại sao chúng ta lại làm điều này?"</w:t>
      </w:r>
    </w:p>
    <w:p>
      <w:pPr>
        <w:pStyle w:val="Heading4"/>
      </w:pPr>
      <w:r>
        <w:rPr>
          <w:rFonts w:ascii="Calibri" w:hAnsi="Calibri"/>
          <w:b/>
          <w:i w:val="0"/>
          <w:sz w:val="23"/>
        </w:rPr>
        <w:t>9. LẮNG NGHE</w:t>
      </w:r>
    </w:p>
    <w:p>
      <w:pPr>
        <w:spacing w:after="80"/>
      </w:pPr>
      <w:r>
        <w:rPr>
          <w:b w:val="0"/>
          <w:i w:val="0"/>
        </w:rPr>
        <w:t>Ngôn ngữ cuối cùng thực ra không phải là một ngôn ngữ. Ngôn ngữ cuối cùng là khi bạn chỉ im miệng và lắng nghe, vì nhiều người thích nói về bản thân hoặc những gì họ đang trải qua. Điều này không phải lúc nào cũng dễ dàng, đặc biệt với một CEO thiếu kiên nhẫn, nhưng lắng nghe là một kỹ năng then chốt. Đôi khi nó chỉ có nghĩa là ngồi đó và nghe một người nói hết. Một số nhà lãnh đạo tôi đang cố vấn chỉ muốn gọi điện và nói chuyện bốn mươi phút. Tôi để họ làm vậy. Tôi lắng nghe, lắng nghe, lắng nghe, và ghi chép. Tôi cho họ phản hồi. Tôi không lên cuộc gọi rồi tắt tiếng họ và làm việc khác. Tôi đang lắng nghe và tôi sẽ nói, "Cái nhận xét bạn đưa ra mười lăm phút trước, bạn vẫn nghĩ nó đúng chứ, dựa trên những gì bạn đã nghe từ phần còn lại của đội?"</w:t>
      </w:r>
    </w:p>
    <w:p>
      <w:pPr>
        <w:spacing w:after="80"/>
      </w:pPr>
      <w:r>
        <w:rPr>
          <w:b w:val="0"/>
          <w:i w:val="0"/>
        </w:rPr>
        <w:t>Bạn cần lắng nghe và thể hiện sự quan tâm chân thành. Thực tế, với tất cả những ngôn ngữ tình yêu dành cho doanh nhân này, bạn cần phải chân thành. Mọi người có thể nhận ra nếu đó chỉ là diễn kịch. Nếu bạn không chân thành, mọi người có thể nhận ra. Khi bạn nói ngôn ngữ tình yêu của mọi người, họ cảm thấy được trân trọng.</w:t>
      </w:r>
    </w:p>
    <w:p>
      <w:pPr>
        <w:spacing w:after="80"/>
      </w:pPr>
      <w:r>
        <w:rPr>
          <w:b w:val="0"/>
          <w:i w:val="0"/>
        </w:rPr>
        <w:t>Một câu nói bạn thường nghe trong thể thao là bạn không thể dạy tốc độ. Bạn có thể dạy cách khai thác nó, đúng vậy, nhưng tốc độ là thứ bạn hoặc có hoặc không. Ngoài việc cải thiện từng chút một, nó không thể được nâng cao. Tuy nhiên, trong kinh doanh, tốc độ hoàn toàn có thể được cải thiện. Và bạn phải không ngừng nỗ lực để cải thiện nó. Mọi phần của kinh doanh—từ việc nhận diện xu hướng đến việc tiếp cận khách hàng đến việc giao sản phẩm—đều dựa vào tốc độ.</w:t>
      </w:r>
    </w:p>
    <w:p>
      <w:pPr>
        <w:spacing w:after="80"/>
      </w:pPr>
      <w:r>
        <w:rPr>
          <w:b w:val="0"/>
          <w:i w:val="0"/>
        </w:rPr>
        <w:t>Bạn có thể dùng các mức độ tin tưởng để lọc các đánh giá của mình, để hiểu những sắc thái của một người hay một tình huống cụ thể. Khi làm vậy, mục tiêu của bạn là tăng tốc mọi khía cạnh trong việc kinh doanh của mình.</w:t>
      </w:r>
    </w:p>
    <w:p>
      <w:pPr>
        <w:spacing w:after="80"/>
      </w:pPr>
      <w:r>
        <w:rPr>
          <w:b w:val="0"/>
          <w:i w:val="0"/>
        </w:rPr>
        <w:t>Hãy suy nghĩ kỹ càng và lâu dài về việc nên đặt niềm tin vào ai và vì sao. John đang ở mức độ tin tưởng là Người lạ hay Bạn đồng hành? Dựa vào đó, bạn có sẵn sàng giao cho anh ấy trách nhiệm lớn trong việc kinh doanh không, hay bạn cần giữ anh ấy trong tầm kiểm soát chặt chẽ khi giao cho anh ấy bất kỳ nhiệm vụ quan trọng nào? Hãy giải quyết những câu hỏi này và những câu hỏi khác, rồi bạn sẽ thấy mình có thể xác định được ai nên tin—và ai không nên—với độ chính xác cao.</w:t>
      </w:r>
    </w:p>
    <w:p>
      <w:pPr>
        <w:spacing w:after="80"/>
      </w:pPr>
      <w:r>
        <w:rPr>
          <w:b w:val="0"/>
          <w:i w:val="0"/>
        </w:rPr>
        <w:t>Mục đích của việc tạo dựng niềm tin là để tăng tốc độ. Những người thiên về phân tích thường bỏ lỡ điểm này. Họ cũng bỏ lỡ sự thật rằng chìa khóa để xây dựng niềm tin là chạm vào tính người của mọi người. Một khi họ biết rằng bạn nhìn họ như những con người chứ không chỉ đơn thuần là nhân viên, niềm tin sẽ lớn lên và tốc độ sẽ được xây dựng. Hiểu ngôn ngữ tình yêu của họ và điều gì khiến họ hứng thú là chìa khóa để thể hiện rằng bạn quan tâm.</w:t>
      </w:r>
    </w:p>
    <w:p>
      <w:pPr>
        <w:pStyle w:val="Heading1"/>
      </w:pPr>
      <w:r>
        <w:rPr>
          <w:rFonts w:ascii="Calibri" w:hAnsi="Calibri"/>
          <w:b/>
          <w:i w:val="0"/>
          <w:sz w:val="40"/>
        </w:rPr>
        <w:t>BƯỚC 3</w:t>
      </w:r>
    </w:p>
    <w:p>
      <w:pPr>
        <w:spacing w:after="80"/>
      </w:pPr>
      <w:r>
        <w:rPr>
          <w:b w:val="0"/>
          <w:i w:val="0"/>
        </w:rPr>
        <w:t>Làm chủ việc Xây dựng Đội ngũ Đúng đắn</w:t>
      </w:r>
    </w:p>
    <w:p>
      <w:pPr>
        <w:spacing w:after="80"/>
      </w:pPr>
      <w:r>
        <w:rPr>
          <w:b w:val="0"/>
          <w:i w:val="0"/>
        </w:rPr>
        <w:t>HUYỀN THOẠI VỀ DOANH NHÂN ĐƠN ĐỘC: CÁCH XÂY DỰNG ĐỘI NGŨ CỦA BẠN</w:t>
      </w:r>
    </w:p>
    <w:p>
      <w:pPr>
        <w:spacing w:after="80"/>
        <w:ind w:left="360"/>
      </w:pPr>
      <w:r>
        <w:rPr>
          <w:b/>
          <w:i w:val="0"/>
        </w:rPr>
        <w:t>1.</w:t>
      </w:r>
      <w:r>
        <w:rPr>
          <w:b w:val="0"/>
          <w:i w:val="0"/>
        </w:rPr>
        <w:t xml:space="preserve"> Xác định những kiểu thành viên trong đội mà bạn muốn thu hút. Tạo ra tuyên bố giá trị đúng đắn (chương trình phúc lợi) để thu hút và giữ chân những thành viên phù hợp. Hãy còn kén chọn hơn nữa về việc bạn cho phép ai vào vòng tròn thân cận của mình.</w:t>
      </w:r>
    </w:p>
    <w:p>
      <w:pPr>
        <w:spacing w:after="80"/>
      </w:pPr>
      <w:r>
        <w:rPr>
          <w:b w:val="0"/>
          <w:i w:val="0"/>
        </w:rPr>
        <w:t>XÂY DỰNG VĂN HÓA DỰA TRÊN NGUYÊN TẮC</w:t>
      </w:r>
    </w:p>
    <w:p>
      <w:pPr>
        <w:spacing w:after="80"/>
        <w:ind w:left="360"/>
      </w:pPr>
      <w:r>
        <w:rPr>
          <w:b/>
          <w:i w:val="0"/>
        </w:rPr>
        <w:t>2.</w:t>
      </w:r>
      <w:r>
        <w:rPr>
          <w:b w:val="0"/>
          <w:i w:val="0"/>
        </w:rPr>
        <w:t xml:space="preserve"> Thiết lập và truyền đạt các giá trị và nguyên tắc của bạn—cả cho doanh nghiệp lẫn cho chính bản thân bạn. Đừng thỏa hiệp với những điều không thể thương lượng, nếu không chúng chỉ là những lời nói suông trên một tờ giấy mà thôi.</w:t>
      </w:r>
    </w:p>
    <w:p>
      <w:pPr>
        <w:spacing w:after="80"/>
      </w:pPr>
      <w:r>
        <w:rPr>
          <w:b w:val="0"/>
          <w:i w:val="0"/>
        </w:rPr>
        <w:t>NIỀM TIN = TỐC ĐỘ: SỨC MẠNH CỦA SỰ ĐÁNG TIN CẬY</w:t>
      </w:r>
    </w:p>
    <w:p>
      <w:pPr>
        <w:spacing w:after="80"/>
        <w:ind w:left="360"/>
      </w:pPr>
      <w:r>
        <w:rPr>
          <w:b/>
          <w:i w:val="0"/>
        </w:rPr>
        <w:t>3.</w:t>
      </w:r>
      <w:r>
        <w:rPr>
          <w:b w:val="0"/>
          <w:i w:val="0"/>
        </w:rPr>
        <w:t xml:space="preserve"> Rà soát mọi kỹ năng cần thiết trong từng phòng ban để có thể chuyển giao cho bất kỳ nhân viên mới nào, nhằm phát triển những nhà lãnh đạo mới. Rà soát ngôn ngữ bạn dùng để giao tiếp với đồng đội và các nhà lãnh đạo. Đó có phải là ngôn ngữ tạo ra niềm tin hay sự hoài nghi? Hãy đặt câu hỏi để hiểu điều mọi người quan tâm nhất, và nói bằng ngôn ngữ có thể lay động họ. Lập danh sách năm thành viên hàng đầu trong nhóm của bạn, và xác định những động lực chính của họ.</w:t>
      </w:r>
    </w:p>
    <w:p>
      <w:pPr>
        <w:jc w:val="center"/>
      </w:pPr>
      <w:r>
        <w:drawing>
          <wp:inline xmlns:a="http://schemas.openxmlformats.org/drawingml/2006/main" xmlns:pic="http://schemas.openxmlformats.org/drawingml/2006/picture">
            <wp:extent cx="1638300" cy="95250"/>
            <wp:docPr id="29" name="Picture 29"/>
            <wp:cNvGraphicFramePr>
              <a:graphicFrameLocks noChangeAspect="1"/>
            </wp:cNvGraphicFramePr>
            <a:graphic>
              <a:graphicData uri="http://schemas.openxmlformats.org/drawingml/2006/picture">
                <pic:pic>
                  <pic:nvPicPr>
                    <pic:cNvPr id="0" name="common06.jpg"/>
                    <pic:cNvPicPr/>
                  </pic:nvPicPr>
                  <pic:blipFill>
                    <a:blip r:embed="rId28"/>
                    <a:stretch>
                      <a:fillRect/>
                    </a:stretch>
                  </pic:blipFill>
                  <pic:spPr>
                    <a:xfrm>
                      <a:off x="0" y="0"/>
                      <a:ext cx="1638300" cy="95250"/>
                    </a:xfrm>
                    <a:prstGeom prst="rect"/>
                  </pic:spPr>
                </pic:pic>
              </a:graphicData>
            </a:graphic>
          </wp:inline>
        </w:drawing>
      </w:r>
    </w:p>
    <w:p>
      <w:pPr>
        <w:pStyle w:val="Heading1"/>
      </w:pPr>
      <w:r>
        <w:rPr>
          <w:rFonts w:ascii="Calibri" w:hAnsi="Calibri"/>
          <w:b/>
          <w:i w:val="0"/>
          <w:sz w:val="40"/>
        </w:rPr>
        <w:t>BƯỚC 4 LÀM CHỦ CHIẾN LƯỢC ĐỂ MỞ RỘNG QUY MÔ</w:t>
      </w:r>
    </w:p>
    <w:p>
      <w:pPr>
        <w:jc w:val="center"/>
      </w:pPr>
      <w:r>
        <w:drawing>
          <wp:inline xmlns:a="http://schemas.openxmlformats.org/drawingml/2006/main" xmlns:pic="http://schemas.openxmlformats.org/drawingml/2006/picture">
            <wp:extent cx="1333500" cy="85725"/>
            <wp:docPr id="30" name="Picture 30"/>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9 </w:t>
      </w:r>
      <w:r>
        <w:rPr>
          <w:rFonts w:ascii="Calibri" w:hAnsi="Calibri"/>
          <w:b/>
          <w:i w:val="0"/>
          <w:sz w:val="32"/>
        </w:rPr>
        <w:t>Mở rộng quy mô để tăng trưởng theo cấp số nhân</w:t>
      </w:r>
    </w:p>
    <w:p>
      <w:pPr>
        <w:spacing w:after="80"/>
      </w:pPr>
      <w:r>
        <w:rPr>
          <w:b w:val="0"/>
          <w:i w:val="0"/>
        </w:rPr>
        <w:t>Ta không sợ một đội quân sư tử do một con cừu dẫn dắt; ta sợ một đội quân cừu do một con sư tử dẫn dắt.</w:t>
      </w:r>
    </w:p>
    <w:p>
      <w:pPr>
        <w:spacing w:after="80"/>
        <w:jc w:val="right"/>
      </w:pPr>
      <w:r>
        <w:rPr>
          <w:b w:val="0"/>
          <w:i w:val="0"/>
        </w:rPr>
        <w:t>—Alexander Đại đế</w:t>
      </w:r>
    </w:p>
    <w:p>
      <w:pPr>
        <w:spacing w:after="80"/>
      </w:pPr>
      <w:r>
        <w:rPr>
          <w:b w:val="0"/>
          <w:i w:val="0"/>
        </w:rPr>
        <w:t>Ở Hoa Kỳ, bạn có thể đăng ký bất kỳ doanh nghiệp nào với chi phí dưới 200 đô la. Sau đó bạn có thể tự gọi mình là CEO. Bạn thậm chí có thể đặt in danh thiếp với chữ "CEO" in to, đậm. Bạn có thể tự gọi mình bằng bất cứ danh xưng nào bạn muốn. Chỉ đến khi hàng trăm người khác gọi bạn là CEO thì bạn mới thực sự giành được danh xưng đó.</w:t>
      </w:r>
    </w:p>
    <w:p>
      <w:pPr>
        <w:spacing w:after="80"/>
      </w:pPr>
      <w:r>
        <w:rPr>
          <w:b w:val="0"/>
          <w:i w:val="0"/>
        </w:rPr>
        <w:t>Vào tháng 10 năm 2009, tôi khởi nghiệp với sáu mươi sáu nhân viên đại lý. Trong năm dương lịch trọn vẹn đầu tiên, chúng tôi đạt doanh thu chưa đến 2 triệu đô la. Có một vấn đề nhỏ: với tư cách là CEO, tôi chẳng biết mình đang làm cái quái gì cả. Tôi vẫn chưa học được điều gì cần thiết để mở rộng quy mô.</w:t>
      </w:r>
    </w:p>
    <w:p>
      <w:pPr>
        <w:spacing w:after="80"/>
      </w:pPr>
      <w:r>
        <w:rPr>
          <w:b w:val="0"/>
          <w:i w:val="0"/>
        </w:rPr>
        <w:t>Suốt cả sự nghiệp chuyên môn của mình, tôi chỉ từng là nhân viên bán hàng hoặc quản lý bán hàng. Tôi chưa bao giờ là giám đốc điều hành của một công ty. Tôi chẳng biết gì về tầm nhìn hay chiến lược, chứ đừng nói đến mọi thứ hậu cần và giấy tờ cần thiết để biến một thương vụ thành một hợp đồng. Ban đầu tôi cơ bản là làm giả cho qua, cố gắng tìm cách xoay xở. Tôi bắt đầu tìm tòi, suy nghĩ xem mình phải thực hiện những bước đi nào để thành công với vai trò CEO. Bước đi đầu tiên là tham gia Vistage, một tổ chức dành cho các doanh nhân, nơi Vistage về cơ bản trở thành ban giám đốc riêng của bạn, cung cấp cho bạn lời khuyên. Tôi cũng tham gia một chương trình tại Harvard dành cho các chủ sở hữu/chủ tịch công ty, giúp tôi tương tác với các CEO khác và học hỏi về quản lý.</w:t>
      </w:r>
    </w:p>
    <w:p>
      <w:pPr>
        <w:spacing w:after="80"/>
      </w:pPr>
      <w:r>
        <w:rPr>
          <w:b w:val="0"/>
          <w:i w:val="0"/>
        </w:rPr>
        <w:t>Tôi truy tìm mọi nguồn tài nguyên có thể giúp mình, bao gồm mọi nghiên cứu tình huống mà tôi có thể có được. Tôi đặt mua mọi cuốn sách có thể soi sáng công việc điều hành công ty thường ngày. Ngoài việc mua mọi cuốn sách của Patrick Lencioni, tôi còn mua:</w:t>
      </w:r>
    </w:p>
    <w:p>
      <w:pPr>
        <w:jc w:val="center"/>
      </w:pPr>
      <w:r>
        <w:drawing>
          <wp:inline xmlns:a="http://schemas.openxmlformats.org/drawingml/2006/main" xmlns:pic="http://schemas.openxmlformats.org/drawingml/2006/picture">
            <wp:extent cx="5486400" cy="3260706"/>
            <wp:docPr id="31" name="Picture 31"/>
            <wp:cNvGraphicFramePr>
              <a:graphicFrameLocks noChangeAspect="1"/>
            </wp:cNvGraphicFramePr>
            <a:graphic>
              <a:graphicData uri="http://schemas.openxmlformats.org/drawingml/2006/picture">
                <pic:pic>
                  <pic:nvPicPr>
                    <pic:cNvPr id="0" name="f0152-01.jpg"/>
                    <pic:cNvPicPr/>
                  </pic:nvPicPr>
                  <pic:blipFill>
                    <a:blip r:embed="rId29"/>
                    <a:stretch>
                      <a:fillRect/>
                    </a:stretch>
                  </pic:blipFill>
                  <pic:spPr>
                    <a:xfrm>
                      <a:off x="0" y="0"/>
                      <a:ext cx="5486400" cy="3260706"/>
                    </a:xfrm>
                    <a:prstGeom prst="rect"/>
                  </pic:spPr>
                </pic:pic>
              </a:graphicData>
            </a:graphic>
          </wp:inline>
        </w:drawing>
      </w:r>
    </w:p>
    <w:p>
      <w:pPr>
        <w:spacing w:after="80"/>
      </w:pPr>
      <w:r>
        <w:rPr>
          <w:b w:val="0"/>
          <w:i w:val="0"/>
        </w:rPr>
        <w:t>Vào thời điểm đó, tôi tự cam kết chắc chắn với chính mình: hoặc tôi sẽ quyết định rằng mình có đủ tố chất để trở thành một CEO mà cá nhân tôi sẽ tin tưởng giao phó việc điều hành một công ty thuộc Fortune 500, hoặc tôi sẽ sa thải chính mình.</w:t>
      </w:r>
    </w:p>
    <w:p>
      <w:pPr>
        <w:spacing w:after="80"/>
      </w:pPr>
      <w:r>
        <w:rPr>
          <w:b w:val="0"/>
          <w:i w:val="0"/>
        </w:rPr>
        <w:t>Việc chuyển mình sang lãnh đạo một công ty suýt nghiền nát tôi. Cuối cùng nó đòi hỏi cả kiến thức lẫn sức chịu đựng phi thường mới có thể tồn tại. Rốt cuộc, tôi không chỉ nắm được những bước đi thường ngày của một CEO mà quan trọng hơn, tôi hiểu được những bước đi nào là thiết yếu để tôi tạo ra kiểu công ty mà mình hằng mơ ước.</w:t>
      </w:r>
    </w:p>
    <w:p>
      <w:pPr>
        <w:spacing w:after="80"/>
      </w:pPr>
      <w:r>
        <w:rPr>
          <w:b w:val="0"/>
          <w:i w:val="0"/>
        </w:rPr>
        <w:t>Đây có thể chính là phần mà bạn đang chờ đợi. Mọi thứ trước thời điểm này đều mang tính nền tảng: hiểu chính mình, biết cách lập luận, và biết cách xây dựng đội ngũ của bạn—tất cả đều nhằm chuẩn bị cho bạn đối mặt với những khắc nghiệt của việc điều hành một công ty. Giờ là lúc bạn thực hiện bước nhảy vọt để trở thành một CEO vận hành như một bậc thầy cờ vây. Chúng ta sẽ bàn về bốn lĩnh vực chiến lược mà mọi CEO cần tập trung. Trong quá trình đó, bạn sẽ có được bức tranh rõ ràng về cách tạo ra tăng trưởng theo cấp số nhân cho doanh nghiệp của mình. Cuối cùng, chúng ta sẽ trả lời câu hỏi: Làm thế nào một CEO mở rộng quy mô để đạt được và duy trì tăng trưởng?</w:t>
      </w:r>
    </w:p>
    <w:p>
      <w:pPr>
        <w:pStyle w:val="Heading3"/>
      </w:pPr>
      <w:r>
        <w:rPr>
          <w:rFonts w:ascii="Calibri" w:hAnsi="Calibri"/>
          <w:b/>
          <w:i w:val="0"/>
          <w:sz w:val="26"/>
        </w:rPr>
        <w:t>Bốn Giai đoạn của Mọi Công ty Khởi nghiệp</w:t>
      </w:r>
    </w:p>
    <w:p>
      <w:pPr>
        <w:spacing w:after="80"/>
        <w:ind w:left="360"/>
      </w:pPr>
      <w:r>
        <w:rPr>
          <w:b/>
          <w:i w:val="0"/>
        </w:rPr>
        <w:t>1.</w:t>
      </w:r>
      <w:r>
        <w:rPr>
          <w:b w:val="0"/>
          <w:i w:val="0"/>
        </w:rPr>
        <w:t xml:space="preserve"> Hình thành</w:t>
      </w:r>
    </w:p>
    <w:p>
      <w:pPr>
        <w:spacing w:after="80"/>
        <w:ind w:left="360"/>
      </w:pPr>
      <w:r>
        <w:rPr>
          <w:b/>
          <w:i w:val="0"/>
        </w:rPr>
        <w:t>2.</w:t>
      </w:r>
      <w:r>
        <w:rPr>
          <w:b w:val="0"/>
          <w:i w:val="0"/>
        </w:rPr>
        <w:t xml:space="preserve"> Tồn tại</w:t>
      </w:r>
    </w:p>
    <w:p>
      <w:pPr>
        <w:spacing w:after="80"/>
        <w:ind w:left="360"/>
      </w:pPr>
      <w:r>
        <w:rPr>
          <w:b/>
          <w:i w:val="0"/>
        </w:rPr>
        <w:t>3.</w:t>
      </w:r>
      <w:r>
        <w:rPr>
          <w:b w:val="0"/>
          <w:i w:val="0"/>
        </w:rPr>
        <w:t xml:space="preserve"> Đà phát triển</w:t>
      </w:r>
    </w:p>
    <w:p>
      <w:pPr>
        <w:spacing w:after="80"/>
        <w:ind w:left="360"/>
      </w:pPr>
      <w:r>
        <w:rPr>
          <w:b/>
          <w:i w:val="0"/>
        </w:rPr>
        <w:t>4.</w:t>
      </w:r>
      <w:r>
        <w:rPr>
          <w:b w:val="0"/>
          <w:i w:val="0"/>
        </w:rPr>
        <w:t xml:space="preserve"> Chững lại</w:t>
      </w:r>
    </w:p>
    <w:p>
      <w:pPr>
        <w:spacing w:after="80"/>
      </w:pPr>
      <w:r>
        <w:rPr>
          <w:b w:val="0"/>
          <w:i w:val="0"/>
        </w:rPr>
        <w:t>Khi đọc đến đây, bạn cần tự hỏi mình đang ở giai đoạn nào. Giai đoạn hình thành? Giai đoạn tồn tại? Nếu bạn chưa đạt đến giai đoạn đà phát triển, đó là vì bạn vẫn chưa tìm ra điều gì dẫn đến sự tăng trưởng theo cấp số nhân. Bạn sẽ sớm khám phá ra hai điều sẽ khiến doanh nghiệp của bạn bùng nổ.</w:t>
      </w:r>
    </w:p>
    <w:p>
      <w:pPr>
        <w:pStyle w:val="Heading3"/>
      </w:pPr>
      <w:r>
        <w:rPr>
          <w:rFonts w:ascii="Calibri" w:hAnsi="Calibri"/>
          <w:b/>
          <w:i w:val="0"/>
          <w:sz w:val="26"/>
        </w:rPr>
        <w:t>Tạo Vốn Cho Doanh Nghiệp Của Bạn</w:t>
      </w:r>
    </w:p>
    <w:p>
      <w:pPr>
        <w:spacing w:after="80"/>
      </w:pPr>
      <w:r>
        <w:rPr>
          <w:b w:val="0"/>
          <w:i w:val="0"/>
        </w:rPr>
        <w:t>Dù doanh nghiệp của bạn đang ở giai đoạn nào, bạn cũng cần một kế hoạch để tạo vốn cho nó. Khi mới khởi nghiệp, bạn sẽ vay tiền từ gia đình chứ? Bạn có nên tìm một nhà đầu tư thiên thần (angel investor) và nhượng lại cổ phần không? Khi bạn bắt đầu thành công rực rỡ, bạn nên tìm cách thoái vốn hay tận dụng thành công của mình để huy động vốn và phát triển còn nhanh hơn nữa?</w:t>
      </w:r>
    </w:p>
    <w:p>
      <w:pPr>
        <w:spacing w:after="80"/>
      </w:pPr>
      <w:r>
        <w:rPr>
          <w:b w:val="0"/>
          <w:i w:val="0"/>
        </w:rPr>
        <w:t>Chủ đề này có thể là cả một cuốn sách riêng. Nó cũng rất đặc thù theo từng ngành. Nếu bạn đang xây dựng một công ty công nghệ không có phương thức kiếm tiền đo lường được nhưng có thể thu hút hàng chục triệu lượt xem, như Twitter, Instagram và những công ty tương tự, bạn cần huy động càng nhiều vốn càng tốt ngay từ đầu. Ở các ngành khác, bạn tốt hơn hết là phát triển một cách tự nhiên.</w:t>
      </w:r>
    </w:p>
    <w:p>
      <w:pPr>
        <w:spacing w:after="80"/>
      </w:pPr>
      <w:r>
        <w:rPr>
          <w:b w:val="0"/>
          <w:i w:val="0"/>
        </w:rPr>
        <w:t xml:space="preserve">Vào tháng 4 năm 1999, Jack Ma thành lập Alibaba trong căn hộ của mình. Mãi đến tháng 1 năm 2000, công ty mới nhận được khoản đầu tư 20 triệu đô-la từ một nhóm nhà đầu tư do Softbank Corporation dẫn đầu. Tờ </w:t>
      </w:r>
      <w:r>
        <w:rPr>
          <w:b w:val="0"/>
          <w:i/>
        </w:rPr>
        <w:t>Wall Street Journal</w:t>
      </w:r>
      <w:r>
        <w:rPr>
          <w:b w:val="0"/>
          <w:i w:val="0"/>
        </w:rPr>
        <w:t xml:space="preserve"> đưa tin rằng cuộc gặp của Ma với CEO Masayoshi Son không giống điển hình của hầu hết các buổi chào mời đầu tư. Ma nói: "Chúng tôi không nói về doanh thu; chúng tôi thậm chí không nói về mô hình kinh doanh. Chúng tôi chỉ nói về một tầm nhìn chung. Cả hai chúng tôi đều đưa ra quyết định nhanh chóng."</w:t>
      </w:r>
    </w:p>
    <w:p>
      <w:pPr>
        <w:spacing w:after="80"/>
      </w:pPr>
      <w:r>
        <w:rPr>
          <w:b w:val="0"/>
          <w:i w:val="0"/>
        </w:rPr>
        <w:t xml:space="preserve">Trong một cuộc phỏng vấn với Charlie Rose được phát sóng trong một </w:t>
      </w:r>
      <w:r>
        <w:rPr>
          <w:b w:val="0"/>
          <w:i/>
        </w:rPr>
        <w:t>Phân đoạn 60 Minutes Extra</w:t>
      </w:r>
      <w:r>
        <w:rPr>
          <w:b w:val="0"/>
          <w:i w:val="0"/>
        </w:rPr>
        <w:t>, Jeff Bezos hồi tưởng lại năm 1995 khi ông đang huy động vốn hạt giống để khởi nghiệp Amazon. "Rất nhiều người đã làm rất tốt trong thương vụ đó [cười]. Nhưng họ cũng đã chấp nhận rủi ro, nên họ xứng đáng làm rất tốt trong thương vụ đó. Nhưng tôi đã phải tham gia sáu mươi cuộc gặp để huy động được 1 triệu đô-la, và tôi đã huy động được từ hai mươi hai người với khoảng 50.000 đô-la mỗi người. Và thật căng thẳng không biết liệu tôi có thể huy động được số tiền đó hay không. Vậy nên, toàn bộ sự việc có thể đã kết thúc trước khi nó bắt đầu. Đó là năm 1995, và câu hỏi đầu tiên mà mọi nhà đầu tư hỏi tôi là: 'Internet là gì?'"</w:t>
      </w:r>
    </w:p>
    <w:p>
      <w:pPr>
        <w:spacing w:after="80"/>
      </w:pPr>
      <w:r>
        <w:rPr>
          <w:b w:val="0"/>
          <w:i w:val="0"/>
        </w:rPr>
        <w:t>Trong một cuộc phỏng vấn tại Diễn đàn Lãnh đạo của Trung tâm Tổng thống George W. Bush vào năm 2018, Bezos cũng nói về việc huy động tiền để khởi nghiệp Amazon. Ông nói: "Và đó là vào năm 1995. Nhưng chỉ hai năm sau, một người có bằng MBA của Stanford không có kinh nghiệm kinh doanh có thể huy động được hai mươi lăm triệu đô-la chỉ bằng một cuộc điện thoại nếu họ có một kế hoạch kinh doanh trên internet."</w:t>
      </w:r>
    </w:p>
    <w:p>
      <w:pPr>
        <w:spacing w:after="80"/>
      </w:pPr>
      <w:r>
        <w:rPr>
          <w:b w:val="0"/>
          <w:i w:val="0"/>
        </w:rPr>
        <w:t>Có nhiều con đường để tạo ra một công ty được cấp vốn đầy đủ. Tôi sẽ đưa cho bạn mười câu hỏi để tự hỏi trước khi bạn bắt đầu huy động tiền. Nếu bạn nghiêm túc về việc đó, đừng chỉ đọc chúng; hãy trả lời chúng.</w:t>
      </w:r>
    </w:p>
    <w:p>
      <w:pPr>
        <w:pStyle w:val="Heading3"/>
      </w:pPr>
      <w:r>
        <w:rPr>
          <w:rFonts w:ascii="Calibri" w:hAnsi="Calibri"/>
          <w:b/>
          <w:i w:val="0"/>
          <w:sz w:val="26"/>
        </w:rPr>
        <w:t>Mười Câu Hỏi Cần Tự Hỏi Trước Khi Huy Động Tiền</w:t>
      </w:r>
    </w:p>
    <w:p>
      <w:pPr>
        <w:spacing w:after="80"/>
      </w:pPr>
      <w:r>
        <w:rPr>
          <w:b w:val="0"/>
          <w:i w:val="0"/>
        </w:rPr>
        <w:t>1. Bạn Có Thực Sự Nên Huy Động Tiền Không?</w:t>
      </w:r>
    </w:p>
    <w:p>
      <w:pPr>
        <w:spacing w:after="80"/>
      </w:pPr>
      <w:r>
        <w:rPr>
          <w:b w:val="0"/>
          <w:i w:val="0"/>
        </w:rPr>
        <w:t>Liệu công ty của bạn có đang ở mức mà bạn thậm chí nên cân nhắc việc huy động tiền không? Ý tưởng của bạn có thể đủ nhỏ để bạn có thể tự khởi nghiệp bằng tiền của mình và bắt đầu ngay hôm nay.</w:t>
      </w:r>
    </w:p>
    <w:p>
      <w:pPr>
        <w:spacing w:after="80"/>
      </w:pPr>
      <w:r>
        <w:rPr>
          <w:b w:val="0"/>
          <w:i w:val="0"/>
        </w:rPr>
        <w:t>2. Nếu Bạn Không Thể Huy Động Được Tiền, Bạn Sẽ Làm Cho Ý Tưởng Kinh Doanh Của Mình Thành Công Như Thế Nào?</w:t>
      </w:r>
    </w:p>
    <w:p>
      <w:pPr>
        <w:spacing w:after="80"/>
      </w:pPr>
      <w:r>
        <w:rPr>
          <w:b w:val="0"/>
          <w:i w:val="0"/>
        </w:rPr>
        <w:t xml:space="preserve">Nếu bạn có thể trả lời câu hỏi này, các Angel và VC sẽ quan tâm đến doanh nghiệp của bạn hơn. Bằng cách chứng minh rằng bạn </w:t>
      </w:r>
      <w:r>
        <w:rPr>
          <w:b w:val="0"/>
          <w:i/>
        </w:rPr>
        <w:t>không</w:t>
      </w:r>
      <w:r>
        <w:rPr>
          <w:b w:val="0"/>
          <w:i w:val="0"/>
        </w:rPr>
        <w:t xml:space="preserve"> cần vốn và tạo đà tăng trưởng trước khi cố gắng gọi vốn, bạn sẽ trở thành một khoản đầu tư hấp dẫn hơn.</w:t>
      </w:r>
    </w:p>
    <w:p>
      <w:pPr>
        <w:spacing w:after="80"/>
      </w:pPr>
      <w:r>
        <w:rPr>
          <w:b w:val="0"/>
          <w:i w:val="0"/>
        </w:rPr>
        <w:t>3. Số tiền bạn gọi được sẽ được sử dụng như thế nào?</w:t>
      </w:r>
    </w:p>
    <w:p>
      <w:pPr>
        <w:spacing w:after="80"/>
      </w:pPr>
      <w:r>
        <w:rPr>
          <w:b w:val="0"/>
          <w:i w:val="0"/>
        </w:rPr>
        <w:t>Khi gọi vốn, bạn cần đặt mình vào vị trí của nhà đầu tư. Nhà đầu tư muốn biết bạn sẽ dùng số tiền đó như thế nào. Bạn cần cho họ thấy bạn sẽ chuyển đổi tiền mặt thành tăng trưởng ra sao. Dù số tiền được dùng để tuyển một nhân sự chủ chốt, đẩy mạnh sản xuất, hay bảo vệ quyền sở hữu trí tuệ, họ cần thấy kế hoạch sử dụng số tiền đó của bạn.</w:t>
      </w:r>
    </w:p>
    <w:p>
      <w:pPr>
        <w:spacing w:after="80"/>
      </w:pPr>
      <w:r>
        <w:rPr>
          <w:b w:val="0"/>
          <w:i w:val="0"/>
        </w:rPr>
        <w:t>4. Một nhà đầu tư lý tưởng cho doanh nghiệp của bạn trông như thế nào?</w:t>
      </w:r>
    </w:p>
    <w:p>
      <w:pPr>
        <w:spacing w:after="80"/>
      </w:pPr>
      <w:r>
        <w:rPr>
          <w:b w:val="0"/>
          <w:i w:val="0"/>
        </w:rPr>
        <w:t>Có phải là người tham gia trực tiếp không? Bạn cần nghĩ không chỉ về việc nhà đầu tư tiềm năng là người như thế nào, mà còn về kiểu mối quan hệ bạn muốn có với họ. Bạn cần người giới thiệu những mối quan hệ then chốt để mở ra các kênh phân phối? Hay bạn cần người có kinh nghiệm cụ thể mà bạn còn thiếu và có thể đóng vai trò cố vấn?</w:t>
      </w:r>
    </w:p>
    <w:p>
      <w:pPr>
        <w:spacing w:after="80"/>
      </w:pPr>
      <w:r>
        <w:rPr>
          <w:b w:val="0"/>
          <w:i w:val="0"/>
        </w:rPr>
        <w:t>5. Bạn có muốn giữ toàn quyền kiểm soát doanh nghiệp không?</w:t>
      </w:r>
    </w:p>
    <w:p>
      <w:pPr>
        <w:spacing w:after="80"/>
      </w:pPr>
      <w:r>
        <w:rPr>
          <w:b w:val="0"/>
          <w:i w:val="0"/>
        </w:rPr>
        <w:t>Mỗi khi bạn xin tiền, nó luôn đi kèm với rất nhiều kỳ vọng. Người ta không viết séc mà không đưa ra yêu cầu. Hãy chuẩn bị tinh thần hoặc là giữ toàn quyền kiểm soát doanh nghiệp và có thể không gọi được nhiều vốn, hoặc là nhường một phần quyền kiểm soát để có được khoản tiền rót vào lớn hơn.</w:t>
      </w:r>
    </w:p>
    <w:p>
      <w:pPr>
        <w:spacing w:after="80"/>
      </w:pPr>
      <w:r>
        <w:rPr>
          <w:b w:val="0"/>
          <w:i w:val="0"/>
        </w:rPr>
        <w:t>6. Bạn có muốn bị ràng buộc trách nhiệm giải trình không?</w:t>
      </w:r>
    </w:p>
    <w:p>
      <w:pPr>
        <w:spacing w:after="80"/>
      </w:pPr>
      <w:r>
        <w:rPr>
          <w:b w:val="0"/>
          <w:i w:val="0"/>
        </w:rPr>
        <w:t>Hầu hết doanh nhân không thích người khác bảo họ phải làm gì. Nhưng các nhà đầu tư mạo hiểm lại muốn đúng như vậy. Họ muốn làm việc với những doanh nhân nhanh nhạy, cởi mở với các gợi ý về doanh nghiệp của mình. Bạn xem điều này là sự hướng dẫn hay sự can thiệp? Nếu là vế sau, hãy tìm một nhà đầu tư thụ động hơn, chẳng hạn như ngân hàng.</w:t>
      </w:r>
    </w:p>
    <w:p>
      <w:pPr>
        <w:spacing w:after="80"/>
      </w:pPr>
      <w:r>
        <w:rPr>
          <w:b w:val="0"/>
          <w:i w:val="0"/>
        </w:rPr>
        <w:t>7. Bạn đã nghiên cứu đủ về ngành của mình chưa?</w:t>
      </w:r>
    </w:p>
    <w:p>
      <w:pPr>
        <w:spacing w:after="80"/>
      </w:pPr>
      <w:r>
        <w:rPr>
          <w:b w:val="0"/>
          <w:i w:val="0"/>
        </w:rPr>
        <w:t>Đừng lãng phí thời gian của nhà đầu tư bằng việc không chuẩn bị bài. Bạn cần biết ngành của mình trông như thế nào trước khi đi gọi vốn. Điều đó sẽ cho các nhà đầu tư tiềm năng thấy rằng bạn nghiêm túc và sẵn sàng sử dụng tiền của họ một cách khôn ngoan.</w:t>
      </w:r>
    </w:p>
    <w:p>
      <w:pPr>
        <w:spacing w:after="80"/>
      </w:pPr>
      <w:r>
        <w:rPr>
          <w:b w:val="0"/>
          <w:i w:val="0"/>
        </w:rPr>
        <w:t>8. Điều gì làm cho mô hình kinh doanh của bạn khác biệt?</w:t>
      </w:r>
    </w:p>
    <w:p>
      <w:pPr>
        <w:spacing w:after="80"/>
      </w:pPr>
      <w:r>
        <w:rPr>
          <w:b w:val="0"/>
          <w:i w:val="0"/>
        </w:rPr>
        <w:t>Nhà đầu tư cần hiểu vì sao doanh nghiệp của bạn nổi bật. Công ty của bạn cần được định vị sao cho có lợi thế cạnh tranh rõ rệt trên thị trường.</w:t>
      </w:r>
    </w:p>
    <w:p>
      <w:pPr>
        <w:spacing w:after="80"/>
      </w:pPr>
      <w:r>
        <w:rPr>
          <w:b w:val="0"/>
          <w:i w:val="0"/>
        </w:rPr>
        <w:t>9. Bạn đã tính toán chưa? Giá trị công ty của bạn là bao nhiêu?</w:t>
      </w:r>
    </w:p>
    <w:p>
      <w:pPr>
        <w:spacing w:after="80"/>
      </w:pPr>
      <w:r>
        <w:rPr>
          <w:b w:val="0"/>
          <w:i w:val="0"/>
        </w:rPr>
        <w:t>Ngay khoảnh khắc bạn trình bày phép tính sai, nhà đầu tư sẽ bỏ đi. Họ mong bạn có những dự phóng thực tế và chứng minh định giá của mình bằng những con số vững chắc. Hãy nắm rõ các so sánh trong ngành, và dùng "comps" (các doanh nghiệp tương đương) để tính bội số của doanh thu, doanh số, hoặc các chỉ số đặc thù khác của ngành.</w:t>
      </w:r>
    </w:p>
    <w:p>
      <w:pPr>
        <w:spacing w:after="80"/>
      </w:pPr>
      <w:r>
        <w:rPr>
          <w:b w:val="0"/>
          <w:i w:val="0"/>
        </w:rPr>
        <w:t>10. Bạn đang xây dựng để bán à?</w:t>
      </w:r>
    </w:p>
    <w:p>
      <w:pPr>
        <w:spacing w:after="80"/>
      </w:pPr>
      <w:r>
        <w:rPr>
          <w:b w:val="0"/>
          <w:i w:val="0"/>
        </w:rPr>
        <w:t>Các nhà đầu tư muốn biết liệu họ có thể bán khoản đầu tư của mình để thu về lợi nhuận vững chắc trong vòng năm đến bảy năm hay không. Bạn có chiến lược thoái vốn chưa? Một số VC không muốn đầu tư vào những doanh nghiệp được xây dựng để bán. Những người khác lại tìm kiếm lợi nhuận nhanh. Bạn cần tự tìm hiểu kỹ để xác định điều này.</w:t>
      </w:r>
    </w:p>
    <w:p>
      <w:pPr>
        <w:spacing w:after="80"/>
      </w:pPr>
      <w:r>
        <w:rPr>
          <w:b w:val="0"/>
          <w:i w:val="0"/>
        </w:rPr>
        <w:t>Việc nhận được vốn đầu tư mạo hiểm là một cú hích lớn cho sự tự tin của bạn và đội ngũ của bạn. Hãy coi việc gọi vốn như mua thêm tuổi thọ. Nó giống như chơi một trò chơi điện tử mà bạn vừa ghi thêm được hai mạng sống phòng khi bạn "chết". Việc có những người thông minh và khắt khe đầu tư vào bạn tạo ra trách nhiệm giải trình và có thể dẫn đến những lời giới thiệu ở tầm cao cấp cùng những lời khuyên sáng suốt. Điều này hợp lý với một số người. Như mọi thứ khác trong kinh doanh và cuộc sống, bạn sẽ phải trả một cái giá cho những lợi thế này. Ngược lại, việc dùng tiền của chính mình thường đặt bạn vào tình trạng liên tục có nguy cơ cạn tiền. Điểm được là bạn giữ được quyền kiểm soát công ty và phần vốn chủ sở hữu của mình trong đó—điều cuối cùng mang lại cho bạn nhiều lựa chọn hơn nữa.</w:t>
      </w:r>
    </w:p>
    <w:p>
      <w:pPr>
        <w:spacing w:after="80"/>
      </w:pPr>
      <w:r>
        <w:rPr>
          <w:b w:val="0"/>
          <w:i w:val="0"/>
        </w:rPr>
        <w:t>Về việc kết nối với những người có tiền, cách tốt nhất để tìm nhà đầu tư là thông qua các cố vấn của bạn. Việc có một người giới thiệu bạn sẽ giúp bạn trở nên đáng tin cậy hơn rất nhiều.</w:t>
      </w:r>
    </w:p>
    <w:p>
      <w:pPr>
        <w:spacing w:after="80"/>
      </w:pPr>
      <w:r>
        <w:rPr>
          <w:b w:val="0"/>
          <w:i w:val="0"/>
        </w:rPr>
        <w:t>Cách tốt nhất để giành được sự tín nhiệm từ các cố vấn của bạn? Hãy trả lời mười câu hỏi một cách chu đáo và thật chi tiết. Làm như vậy sẽ chứng minh rằng bạn nghiêm túc và đã chuẩn bị kỹ càng.</w:t>
      </w:r>
    </w:p>
    <w:p>
      <w:pPr>
        <w:spacing w:after="80"/>
      </w:pPr>
      <w:r>
        <w:rPr>
          <w:b w:val="0"/>
          <w:i w:val="0"/>
        </w:rPr>
        <w:t>Không có thời điểm hay phương pháp hoàn hảo nào để gọi vốn. Bạn phải làm việc thật tốt trong khi vẫn để mắt đến các lựa chọn của mình. Thu hút tốt hơn là van xin. Giờ thì chúng ta đã bàn xong về việc gọi vốn, hãy chuyển sang phát triển doanh nghiệp của bạn.</w:t>
      </w:r>
    </w:p>
    <w:p>
      <w:pPr>
        <w:pStyle w:val="Heading3"/>
      </w:pPr>
      <w:r>
        <w:rPr>
          <w:rFonts w:ascii="Calibri" w:hAnsi="Calibri"/>
          <w:b/>
          <w:i w:val="0"/>
          <w:sz w:val="26"/>
        </w:rPr>
        <w:t>Góc Phần Tư Chiến Lược</w:t>
      </w:r>
    </w:p>
    <w:p>
      <w:pPr>
        <w:spacing w:after="80"/>
      </w:pPr>
      <w:r>
        <w:rPr>
          <w:b w:val="0"/>
          <w:i w:val="0"/>
        </w:rPr>
        <w:t xml:space="preserve">Bạn đã bao giờ đến phòng gym và thấy cùng một người ở đó mỗi lần, nhưng không hiểu vì sao bạn chưa bao giờ thấy người đó tiến bộ chưa? Sao có thể là người đó tập luyện nhiều như vậy mà vẫn trông y như cũ? Điều đó hoàn toàn có thể. Thực tế, nó là chuyện bình thường. Dù ở phòng gym hay ở văn phòng, hầu hết mọi người chỉ có mặt và làm cho có. Họ làm việc </w:t>
      </w:r>
      <w:r>
        <w:rPr>
          <w:b w:val="0"/>
          <w:i/>
        </w:rPr>
        <w:t>trong</w:t>
      </w:r>
      <w:r>
        <w:rPr>
          <w:b w:val="0"/>
          <w:i w:val="0"/>
        </w:rPr>
        <w:t xml:space="preserve"> doanh nghiệp của mình nhưng không làm việc </w:t>
      </w:r>
      <w:r>
        <w:rPr>
          <w:b w:val="0"/>
          <w:i/>
        </w:rPr>
        <w:t>cho</w:t>
      </w:r>
      <w:r>
        <w:rPr>
          <w:b w:val="0"/>
          <w:i w:val="0"/>
        </w:rPr>
        <w:t xml:space="preserve"> doanh nghiệp của mình. Nếu bạn cũng làm như vậy, thì tốt nhất nó chỉ giúp bạn nổi lên mặt nước. Tệ nhất, việc bạn thiếu suy nghĩ trước vài nước đi sẽ dẫn đến sự diệt vong của công ty bạn.</w:t>
      </w:r>
    </w:p>
    <w:p>
      <w:pPr>
        <w:spacing w:after="80"/>
      </w:pPr>
      <w:r>
        <w:rPr>
          <w:b w:val="0"/>
          <w:i w:val="0"/>
        </w:rPr>
        <w:t>Tăng trưởng là quan trọng, nhưng các doanh nhân thường coi đó là chức năng duy nhất, và đó là một sai lầm. Có hai kiểu tăng trưởng doanh nghiệp: tuyến tính và theo cấp số nhân. Kiểu đầu tiên thể hiện những mức tăng đều đặn nhưng không ngoạn mục: bạn hoàn thành đúng hạn, bán hàng và giữ chân khách hàng, và mở rộng mạng lưới quan hệ của mình. Kiểu thứ hai thể hiện những bước nhảy vọt. Đó là điều xảy ra khi các doanh nhân bước ra khỏi công việc điều hành hằng ngày của doanh nghiệp để làm điều gì đó phi thường. Họ có một tầm nhìn và có khả năng đưa ra những quyết định khó khăn nhưng khôn ngoan để hiện thực hóa tầm nhìn đó. Họ không chỉ muốn tăng trưởng từng bước; họ muốn chinh phục cả thế giới.</w:t>
      </w:r>
    </w:p>
    <w:p>
      <w:pPr>
        <w:spacing w:after="80"/>
      </w:pPr>
      <w:r>
        <w:rPr>
          <w:b w:val="0"/>
          <w:i w:val="0"/>
        </w:rPr>
        <w:t>Tôi đã đúc kết trách nhiệm của một chủ sở hữu hoặc CEO thành bốn lĩnh vực chiến lược sau:</w:t>
      </w:r>
    </w:p>
    <w:p>
      <w:pPr>
        <w:jc w:val="center"/>
      </w:pPr>
      <w:r>
        <w:drawing>
          <wp:inline xmlns:a="http://schemas.openxmlformats.org/drawingml/2006/main" xmlns:pic="http://schemas.openxmlformats.org/drawingml/2006/picture">
            <wp:extent cx="5486400" cy="4193629"/>
            <wp:docPr id="32" name="Picture 32"/>
            <wp:cNvGraphicFramePr>
              <a:graphicFrameLocks noChangeAspect="1"/>
            </wp:cNvGraphicFramePr>
            <a:graphic>
              <a:graphicData uri="http://schemas.openxmlformats.org/drawingml/2006/picture">
                <pic:pic>
                  <pic:nvPicPr>
                    <pic:cNvPr id="0" name="f0158-01.jpg"/>
                    <pic:cNvPicPr/>
                  </pic:nvPicPr>
                  <pic:blipFill>
                    <a:blip r:embed="rId30"/>
                    <a:stretch>
                      <a:fillRect/>
                    </a:stretch>
                  </pic:blipFill>
                  <pic:spPr>
                    <a:xfrm>
                      <a:off x="0" y="0"/>
                      <a:ext cx="5486400" cy="4193629"/>
                    </a:xfrm>
                    <a:prstGeom prst="rect"/>
                  </pic:spPr>
                </pic:pic>
              </a:graphicData>
            </a:graphic>
          </wp:inline>
        </w:drawing>
      </w:r>
    </w:p>
    <w:p>
      <w:pPr>
        <w:spacing w:after="80"/>
      </w:pPr>
      <w:r>
        <w:rPr>
          <w:b w:val="0"/>
          <w:i w:val="0"/>
        </w:rPr>
        <w:t>Phía tăng trưởng tuyến tính là hệ thống vận hành và phát triển kinh doanh/bán hàng.</w:t>
      </w:r>
    </w:p>
    <w:p>
      <w:pPr>
        <w:pStyle w:val="Heading4"/>
      </w:pPr>
      <w:r>
        <w:rPr>
          <w:rFonts w:ascii="Calibri" w:hAnsi="Calibri"/>
          <w:b/>
          <w:i w:val="0"/>
          <w:sz w:val="23"/>
        </w:rPr>
        <w:t>1. HỆ THỐNG VẬN HÀNH</w:t>
      </w:r>
    </w:p>
    <w:p>
      <w:pPr>
        <w:spacing w:after="80"/>
      </w:pPr>
      <w:r>
        <w:rPr>
          <w:b w:val="0"/>
          <w:i w:val="0"/>
        </w:rPr>
        <w:t>Đây là việc siết chặt hệ thống, công nghệ và quy trình của bạn, làm cho chúng hiệu quả và hữu hiệu hơn. Với hầu hết doanh nhân, đây là phần kém hấp dẫn nhất của doanh nghiệp. Và dù nó sẽ không tạo ra tăng trưởng theo cấp số nhân, bạn vẫn có thể đạt được những bước tiến lớn bằng cách cải thiện hệ thống vận hành của mình. Bạn đã thấy công ty tôi đã bóc tách ITR như thế nào và việc cải thiện vận hành thông qua công nghệ cuối cùng đã tiết kiệm cho chúng tôi hàng triệu đô la ra sao.</w:t>
      </w:r>
    </w:p>
    <w:p>
      <w:pPr>
        <w:spacing w:after="80"/>
      </w:pPr>
      <w:r>
        <w:rPr>
          <w:b w:val="0"/>
          <w:i w:val="0"/>
        </w:rPr>
        <w:t>Một doanh nghiệp thất bại vì một trong hai lý do: hoặc là nó phát triển quá nhanh, hoặc là nó không phát triển chút nào. Dù kiểu đầu nghe có vẻ là một vấn đề tốt, nó có thể gây chết người nếu bạn không có sẵn hệ thống vận hành để hỗ trợ sự tăng trưởng của mình.</w:t>
      </w:r>
    </w:p>
    <w:p>
      <w:pPr>
        <w:pStyle w:val="Heading4"/>
      </w:pPr>
      <w:r>
        <w:rPr>
          <w:rFonts w:ascii="Calibri" w:hAnsi="Calibri"/>
          <w:b/>
          <w:i w:val="0"/>
          <w:sz w:val="23"/>
        </w:rPr>
        <w:t>2. PHÁT TRIỂN KINH DOANH VÀ BÁN HÀNG</w:t>
      </w:r>
    </w:p>
    <w:p>
      <w:pPr>
        <w:spacing w:after="80"/>
      </w:pPr>
      <w:r>
        <w:rPr>
          <w:b w:val="0"/>
          <w:i w:val="0"/>
        </w:rPr>
        <w:t>Tiếp theo là phát triển kinh doanh (biz dev) và bán hàng. Việc này liên quan đến việc tạo dựng quan hệ với các nhà cung cấp mới và các đối tác mới cũng như làm cho quy trình bán hàng của bạn tốt hơn. Đó là về việc kết nối và tham dự các sự kiện trong ngành của bạn. Quan hệ, quan hệ, quan hệ.</w:t>
      </w:r>
    </w:p>
    <w:p>
      <w:pPr>
        <w:spacing w:after="80"/>
      </w:pPr>
      <w:r>
        <w:rPr>
          <w:b w:val="0"/>
          <w:i w:val="0"/>
        </w:rPr>
        <w:t>Phát triển kinh doanh là tuyến tính. Bạn phải chốt được các thương vụ và tiếp tục phát triển các tài khoản của mình.</w:t>
      </w:r>
    </w:p>
    <w:p>
      <w:pPr>
        <w:spacing w:after="80"/>
      </w:pPr>
      <w:r>
        <w:rPr>
          <w:b/>
          <w:i w:val="0"/>
        </w:rPr>
        <w:t>Hai lĩnh vực tiếp theo sẽ dẫn đến sự tăng trưởng theo cấp số nhân.</w:t>
      </w:r>
    </w:p>
    <w:p>
      <w:pPr>
        <w:pStyle w:val="Heading4"/>
      </w:pPr>
      <w:r>
        <w:rPr>
          <w:rFonts w:ascii="Calibri" w:hAnsi="Calibri"/>
          <w:b/>
          <w:i w:val="0"/>
          <w:sz w:val="23"/>
        </w:rPr>
        <w:t>3. CHIẾN DỊCH ĐỔI MỚI TIẾP THEO</w:t>
      </w:r>
    </w:p>
    <w:p>
      <w:pPr>
        <w:spacing w:after="80"/>
      </w:pPr>
      <w:r>
        <w:rPr>
          <w:b w:val="0"/>
          <w:i w:val="0"/>
        </w:rPr>
        <w:t xml:space="preserve">Với tư cách là CEO, bạn có thể khởi động một chương trình hoặc chương trình khuyến mãi có khả năng thay đổi cuộc chơi. Bally Total Fitness đã làm điều này khi giới thiệu tư cách thành viên phòng tập thể dục không cần trả trước, vào thời điểm mà tất cả các đối thủ cạnh tranh đều yêu cầu một khoản trả trước đáng kể. Năm 1995, Continental Airlines giới thiệu một chương trình khuyến khích trong đó mỗi nhân viên không giữ chức quản lý trong số 35.000 người của hãng nhận được 65 đô la trong bất kỳ tháng nào mà Continental lọt vào top năm hãng hàng không có tỷ lệ khởi hành đúng giờ cao nhất. Chiến dịch đổi mới đó, do các nhà lãnh đạo chuyển đổi Gordon Bethune và Greg Brenneman dẫn dắt, đã hoạt động như có phép màu. Bethune đã mô tả chi tiết trong cuốn sách của ông </w:t>
      </w:r>
      <w:r>
        <w:rPr>
          <w:b w:val="0"/>
          <w:i/>
        </w:rPr>
        <w:t>From Worst to First: Behind the Scenes of Continental’s Remarkable Comeback</w:t>
      </w:r>
      <w:r>
        <w:rPr>
          <w:b w:val="0"/>
          <w:i w:val="0"/>
        </w:rPr>
        <w:t>.</w:t>
      </w:r>
    </w:p>
    <w:p>
      <w:pPr>
        <w:spacing w:after="80"/>
      </w:pPr>
      <w:r>
        <w:rPr>
          <w:b w:val="0"/>
          <w:i w:val="0"/>
        </w:rPr>
        <w:t>Năm 2005, khi giá xăng khoảng 3 đô la một gallon, Mitsubishi đã khởi động một chiến dịch trả tiền xăng cho khách hàng của mình trong cả một năm. Dù thực chất nó chẳng qua chỉ là một khoản giảm giá, nó được tiếp thị theo cách khiến người ta phải ngoái nhìn. Khi Hyundai, nhà sản xuất ô tô Hàn Quốc, đang chật vật giành thị phần tại Hoa Kỳ, họ đưa ra chế độ bảo hành rộng rãi nhất trong ngành: mười năm hoặc 100.000 dặm. Đó không phải là những quyết định vận hành hằng ngày chỉ tạo ra tác động nhỏ; chúng là những lựa chọn dẫn đến sự tăng trưởng theo cấp số nhân.</w:t>
      </w:r>
    </w:p>
    <w:p>
      <w:pPr>
        <w:spacing w:after="80"/>
      </w:pPr>
      <w:r>
        <w:rPr>
          <w:b w:val="0"/>
          <w:i w:val="0"/>
        </w:rPr>
        <w:t>Vào tháng 2 năm 2005, Amazon ra mắt Amazon Prime. Với 79 đô la một năm, thành viên sẽ được miễn phí giao hàng hai ngày cho mọi giao dịch mua. Công ty sau đó bổ sung thêm nhạc, phim miễn phí và giao hàng miễn phí cho các mặt hàng dễ hư hỏng. Tính đến tháng 9 năm 2019, đã có hơn 100 triệu thành viên Prime. Với mức giá hiện tại là 119 đô la một năm, đó là 11,9 tỷ đô la doanh thu. Đấy, đó mới là một chiến dịch đổi mới.</w:t>
      </w:r>
    </w:p>
    <w:p>
      <w:pPr>
        <w:spacing w:after="80"/>
      </w:pPr>
      <w:r>
        <w:rPr>
          <w:b w:val="0"/>
          <w:i w:val="0"/>
        </w:rPr>
        <w:t>Thực hiện đúng nước đi có thể tạo ra một bước nhảy vọt khổng lồ trong doanh nghiệp của bạn. Bạn phải tổng hợp mọi thứ bạn biết về mong muốn và nhu cầu của khách hàng, những hạn chế của đối thủ cạnh tranh và điểm mạnh của chính bạn để tạo ra một chiến dịch thúc đẩy doanh thu tăng trưởng nhanh chóng.</w:t>
      </w:r>
    </w:p>
    <w:p>
      <w:pPr>
        <w:pStyle w:val="Heading4"/>
      </w:pPr>
      <w:r>
        <w:rPr>
          <w:rFonts w:ascii="Calibri" w:hAnsi="Calibri"/>
          <w:b/>
          <w:i w:val="0"/>
          <w:sz w:val="23"/>
        </w:rPr>
        <w:t>4. PHÁT TRIỂN NĂNG LỰC LÃNH ĐẠO</w:t>
      </w:r>
    </w:p>
    <w:p>
      <w:pPr>
        <w:spacing w:after="80"/>
      </w:pPr>
      <w:r>
        <w:rPr>
          <w:b w:val="0"/>
          <w:i w:val="0"/>
        </w:rPr>
        <w:t>Sự tăng trưởng theo cấp số nhân phụ thuộc vào khả năng phát triển người khác thành những nhà lãnh đạo hiệu quả của bạn.</w:t>
      </w:r>
    </w:p>
    <w:p>
      <w:pPr>
        <w:spacing w:after="80"/>
      </w:pPr>
      <w:r>
        <w:rPr>
          <w:b w:val="0"/>
          <w:i w:val="0"/>
        </w:rPr>
        <w:t>Hãy xác định những nhà lãnh đạo tiếp theo mà bạn sẽ đào tạo để gánh vác nhiều trách nhiệm hơn. Lập danh sách ba, năm, hoặc bao nhiêu người tùy bạn có. Sau đó bắt đầu đánh giá họ. Xem xét điểm mạnh và điểm yếu của họ, và cách họ phản ứng trong các tình huống khác nhau. Rồi xem xét mức độ cạnh tranh của họ, khả năng đưa ra ý tưởng và mức độ vững vàng của họ. Cũng hãy hỏi họ xem họ có tin vào công ty và muốn bước vào một vai trò lãnh đạo hay không.</w:t>
      </w:r>
    </w:p>
    <w:p>
      <w:pPr>
        <w:spacing w:after="80"/>
      </w:pPr>
      <w:r>
        <w:rPr>
          <w:b w:val="0"/>
          <w:i w:val="0"/>
        </w:rPr>
        <w:t>Tiếp theo, hãy ngồi xuống và xác định những gì họ cần làm trong sáu tháng, mười hai tháng và hai năm tới. Thách thức họ phát triển. Nói theo hình ảnh, hãy tưới nước lên họ như thể họ là những cái cây.</w:t>
      </w:r>
    </w:p>
    <w:p>
      <w:pPr>
        <w:spacing w:after="80"/>
      </w:pPr>
      <w:r>
        <w:rPr>
          <w:b w:val="0"/>
          <w:i w:val="0"/>
        </w:rPr>
        <w:t>Với tư cách là CEO, bạn sẽ được đánh giá dựa trên kiểu nhà lãnh đạo mà bạn phát triển. Tìm được những người có thể tự mình xây dựng doanh nghiệp thay vì chỉ tuân theo mệnh lệnh sẽ dẫn đến sự tăng trưởng theo cấp số nhân. Điều này đòi hỏi phải tìm đúng kiểu người để tuyển dụng và biến việc phát triển năng lực lãnh đạo thành một ưu tiên cấp cao.</w:t>
      </w:r>
    </w:p>
    <w:p>
      <w:pPr>
        <w:pStyle w:val="Heading3"/>
      </w:pPr>
      <w:r>
        <w:rPr>
          <w:rFonts w:ascii="Calibri" w:hAnsi="Calibri"/>
          <w:b/>
          <w:i w:val="0"/>
          <w:sz w:val="26"/>
        </w:rPr>
        <w:t>Thử thách của bạn</w:t>
      </w:r>
    </w:p>
    <w:p>
      <w:pPr>
        <w:spacing w:after="80"/>
      </w:pPr>
      <w:r>
        <w:rPr>
          <w:b w:val="0"/>
          <w:i w:val="0"/>
        </w:rPr>
        <w:t>Hầu hết mọi người vẫn ở mức tuyến tính. Chỉ vì bạn chọn trở thành doanh nhân, điều đó không biến bạn thành một người có tầm nhìn hay một CEO. Nếu bạn dành phần lớn thời gian của mình trong các góc phần tư tuyến tính, bạn sẽ không tạo được nhiều đà phát triển. Ngược lại, nếu bạn dành toàn bộ thời gian của mình trong các góc phần tư theo cấp số nhân, bạn có nguy cơ không thể hỗ trợ cho sự tăng trưởng của mình.</w:t>
      </w:r>
    </w:p>
    <w:p>
      <w:pPr>
        <w:spacing w:after="80"/>
      </w:pPr>
      <w:r>
        <w:rPr>
          <w:b w:val="0"/>
          <w:i w:val="0"/>
        </w:rPr>
        <w:t>Bạn cần nhìn vào góc phần tư chiến lược và tự hỏi mình đang làm tốt và chưa làm tốt ở đâu. Bạn cần xoay trục ở đâu? Bạn có cần tạo ra một chiến dịch đổi mới không? Có lẽ bạn cần nhìn vào chín mươi ngày tới và chuẩn bị cho chiến dịch đổi mới tiếp theo của mình.</w:t>
      </w:r>
    </w:p>
    <w:p>
      <w:pPr>
        <w:spacing w:after="80"/>
      </w:pPr>
      <w:r>
        <w:rPr>
          <w:b w:val="0"/>
          <w:i w:val="0"/>
        </w:rPr>
        <w:t>Bạn sẽ ngạc nhiên vì việc xây dựng một chiến lược cho doanh nghiệp của mình có thể mang lại cảm giác thỏa mãn đến nhường nào. Thật phấn khích khi doanh nghiệp của bạn phát triển và tiền bắt đầu chảy vào. Một khi điều đó bắt đầu, để tôi nói cho bạn biết, nó trở nên rất, rất thú vị.</w:t>
      </w:r>
    </w:p>
    <w:p>
      <w:pPr>
        <w:pStyle w:val="Heading3"/>
      </w:pPr>
      <w:r>
        <w:rPr>
          <w:rFonts w:ascii="Calibri" w:hAnsi="Calibri"/>
          <w:b/>
          <w:i w:val="0"/>
          <w:sz w:val="26"/>
        </w:rPr>
        <w:t>Để Cải Thiện Hiệu Suất Của Nhân Viên, Hãy Tạo Áp Lực Đến Mức Tê Liệt Cảm Giác</w:t>
      </w:r>
    </w:p>
    <w:p>
      <w:pPr>
        <w:spacing w:after="80"/>
      </w:pPr>
      <w:r>
        <w:rPr>
          <w:b w:val="0"/>
          <w:i w:val="0"/>
        </w:rPr>
        <w:t>Làm thế nào để bạn giúp đội ngũ của mình đạt hiệu suất đỉnh cao? Làm thế nào để bạn thúc đẩy họ tạo ra những cải thiện đáng kể năm này qua năm khác?</w:t>
      </w:r>
    </w:p>
    <w:p>
      <w:pPr>
        <w:spacing w:after="80"/>
      </w:pPr>
      <w:r>
        <w:rPr>
          <w:b w:val="0"/>
          <w:i w:val="0"/>
        </w:rPr>
        <w:t>Đây là những câu hỏi hóc búa đối với các doanh nhân. Có thể bạn cố gắng trở thành người bạn thân nhất của đội ngũ. Có thể bạn đưa ra những phản hồi thẳng thắn. Có thể bạn trao đi sự hỗ trợ và động viên. Rất nhiều lý thuyết đang được bàn tán về chủ đề này, nhưng tôi biết điều gì hiệu quả với mình, và nếu bạn vượt qua được mong muốn được người khác yêu mến, tôi cá là nó cũng sẽ hiệu quả với bạn.</w:t>
      </w:r>
    </w:p>
    <w:p>
      <w:pPr>
        <w:spacing w:after="80"/>
      </w:pPr>
      <w:r>
        <w:rPr>
          <w:b w:val="0"/>
          <w:i w:val="0"/>
        </w:rPr>
        <w:t>Tôi có một người bạn, Chris Hayes, từng chơi ở vị trí hậu vệ phòng ngự (defensive back) trong NFL suốt bảy năm. Chris từng chơi dưới quyền nhiều huấn luyện viên nổi tiếng, trong đó có Herm Edwards và Bill Parcells. Một ngày nọ, tôi hỏi anh ấy: "Huấn luyện viên nào khó chịu nhất mà cậu từng chơi dưới quyền?"</w:t>
      </w:r>
    </w:p>
    <w:p>
      <w:pPr>
        <w:spacing w:after="80"/>
      </w:pPr>
      <w:r>
        <w:rPr>
          <w:b w:val="0"/>
          <w:i w:val="0"/>
        </w:rPr>
        <w:t>Chris không chút do dự. "Bill Belichick," anh ấy nói.</w:t>
      </w:r>
    </w:p>
    <w:p>
      <w:pPr>
        <w:spacing w:after="80"/>
      </w:pPr>
      <w:r>
        <w:rPr>
          <w:b w:val="0"/>
          <w:i w:val="0"/>
        </w:rPr>
        <w:t>Hồi đó, Belichick đang là trợ lý cho Parcells ở New York Jets.</w:t>
      </w:r>
    </w:p>
    <w:p>
      <w:pPr>
        <w:spacing w:after="80"/>
      </w:pPr>
      <w:r>
        <w:rPr>
          <w:b w:val="0"/>
          <w:i w:val="0"/>
        </w:rPr>
        <w:t>"Không ai sánh bằng đâu," Chris nói. "Kỳ vọng của ông ấy cao kinh khủng. Cực kỳ khó chịu. Việc tập luyện và luyện tập thì điên rồ thật sự. Ông ấy muốn bạn tiệm cận mức hoàn hảo nhất có thể trong mọi thứ. Ông ấy sẽ bắt lỗi bạn vì những chuyện nhỏ nhặt nhất. Nhưng bạn cũng biết mình sẽ thắng vì bạn biết ông ấy muốn thắng hơn bất kỳ ai khác trong phòng đó, nên bạn chẳng ngại đi theo ông ấy."</w:t>
      </w:r>
    </w:p>
    <w:p>
      <w:pPr>
        <w:spacing w:after="80"/>
      </w:pPr>
      <w:r>
        <w:rPr>
          <w:b w:val="0"/>
          <w:i w:val="0"/>
        </w:rPr>
        <w:t>Các doanh nhân có thể học được rất nhiều từ trải nghiệm của Chris với Bill Belichick. Tôi biết mình đã học được. Tôi tạo áp lực lên đội ngũ cho đến khi họ trở nên miễn nhiễm với nó. Tôi nghĩ rằng nếu họ chịu đựng được tôi, họ sẽ không gặp vấn đề gì với những phiền toái từ khách hàng. Nếu họ xử lý được tôi, họ xử lý được bất kỳ ai. Họ không bị dao động. Họ trở thành những nhà lãnh đạo giỏi hơn sau khi đi qua nồi áp suất của tôi, và họ xử lý xung đột tốt hơn.</w:t>
      </w:r>
    </w:p>
    <w:p>
      <w:pPr>
        <w:spacing w:after="80"/>
      </w:pPr>
      <w:r>
        <w:rPr>
          <w:b w:val="0"/>
          <w:i w:val="0"/>
        </w:rPr>
        <w:t>Cách tôi tạo áp lực là đặt câu hỏi—và chờ đợi câu trả lời. Tôi thử thách đội ngũ của mình giống như cách tôi đang thử thách bạn. Tôi yêu cầu họ trở nên rõ ràng về con người mà họ muốn trở thành và mô tả chi tiết những bước đi tiếp theo của mình. Một khi họ bày tỏ điều họ muốn, tôi dùng câu trả lời của họ để giữ họ có trách nhiệm. Tôi không la hét. Tôi không áp đặt mục tiêu của mình lên họ. Điều tôi làm là nhắc lại những gì họ nói họ muốn đạt được. Nếu họ không đạt được mục tiêu của mình, tôi hỏi tại sao rồi im lặng. Tôi nhận ra rằng khiến họ tự nhìn lại bản thân mạnh mẽ hơn nhiều so với việc bảo họ phải làm gì. Suy cho cùng, tôi đang dạy họ có trách nhiệm với những kỳ vọng cao mà chính họ đặt ra cho bản thân.</w:t>
      </w:r>
    </w:p>
    <w:p>
      <w:pPr>
        <w:spacing w:after="80"/>
      </w:pPr>
      <w:r>
        <w:rPr>
          <w:b w:val="0"/>
          <w:i w:val="0"/>
        </w:rPr>
        <w:t>Hầu hết mọi người không muốn kiểu trách nhiệm này. Bị ràng buộc vào tiêu chuẩn trở thành phiên bản tốt nhất của chính mình không dành cho những kẻ yếu tim. Đó là lý do, theo thiết kế, tôi không phải là người dễ làm việc cùng. Phải mất vài năm để những người trong đội tôi trở nên tê liệt với áp lực, nhưng khi điều đó xảy ra, họ thật tuyệt vời. Giống như các cầu thủ của Belichick, họ cảm nhận áp lực dữ dội từ những kỳ vọng cao, và dù ban đầu họ thấy khó chịu, họ dần quen với nó. Cuối cùng họ nhận ra rằng nó đang nâng cao hiệu suất của họ, và nó mang lại chiến thắng cho đội. Sau một thời gian, áp lực không còn làm phiền họ nữa.</w:t>
      </w:r>
    </w:p>
    <w:p>
      <w:pPr>
        <w:spacing w:after="80"/>
      </w:pPr>
      <w:r>
        <w:rPr>
          <w:b w:val="0"/>
          <w:i w:val="0"/>
        </w:rPr>
        <w:t>Và đây còn là một phần thưởng lớn hơn nữa: hiệu ứng domino. Khi tôi tạo áp lực tích cực lên một người, người đó lại tạo áp lực lên người khác. Khi chúng ta thêm người mới vào đội, chúng ta tạo áp lực tương tự lên họ, và đến lượt họ lại tạo áp lực lên những người khác. Thay vì một phương pháp quản lý, nó trở thành một phần của văn hóa. Hãy nhớ rằng bạn không làm điều này để gây khó dễ cho đội ngũ, mà là để tạo ra đúng kiểu áp lực tích cực.</w:t>
      </w:r>
    </w:p>
    <w:p>
      <w:pPr>
        <w:spacing w:after="80"/>
      </w:pPr>
      <w:r>
        <w:rPr>
          <w:b w:val="0"/>
          <w:i w:val="0"/>
        </w:rPr>
        <w:t xml:space="preserve">Bill Belichick đã giành sáu Super Bowl trên cương vị huấn luyện viên trưởng của New England Patriots. Bạn có nghĩ tiền vệ Tom Brady sẽ mô tả việc chơi dưới quyền Belichick là một buổi dã ngoại không? Tất nhiên là không. Thực tế, </w:t>
      </w:r>
      <w:r>
        <w:rPr>
          <w:b w:val="0"/>
          <w:i/>
        </w:rPr>
        <w:t>chính vì</w:t>
      </w:r>
      <w:r>
        <w:rPr>
          <w:b w:val="0"/>
          <w:i w:val="0"/>
        </w:rPr>
        <w:t xml:space="preserve"> Belichick quá khắt khe với Brady, nên đã có hiệu ứng nhân lên.</w:t>
      </w:r>
    </w:p>
    <w:p>
      <w:pPr>
        <w:spacing w:after="80"/>
      </w:pPr>
      <w:r>
        <w:rPr>
          <w:b w:val="0"/>
          <w:i w:val="0"/>
        </w:rPr>
        <w:t>Khi ngôi sao bị thử thách, mọi người cũng phải nâng tầm trận đấu của mình. Khi áp lực được tạo ra và kỳ vọng được nâng cao, điều này trở thành chuẩn mực. Dù Brady rời đi để gia nhập Tampa Bay Buccaneers sau hai mươi mùa giải với Belichick và Patriots, vẫn công bằng khi nói rằng Brady và Belichick đã có chuỗi thành tích tốt nhất so với bất kỳ cặp huấn luyện viên - tiền vệ nào trong lịch sử. Ghi công Belichick vì đã tạo áp lực và Brady vì đã đáp lại nó.</w:t>
      </w:r>
    </w:p>
    <w:p>
      <w:pPr>
        <w:spacing w:after="80"/>
      </w:pPr>
      <w:r>
        <w:rPr>
          <w:b w:val="0"/>
          <w:i w:val="0"/>
        </w:rPr>
        <w:t>Có nhiều cách để tạo áp lực: đưa ra phê bình mang tính xây dựng, tăng mục tiêu kết quả, đặt những câu hỏi hóc búa. Hãy giữ áp lực liên tục bằng cách đặt những câu hỏi tạo ra trách nhiệm, và bạn sẽ thấy mọi người nâng tầm trận đấu của mình như thế nào.</w:t>
      </w:r>
    </w:p>
    <w:p>
      <w:pPr>
        <w:spacing w:after="80"/>
      </w:pPr>
      <w:r>
        <w:rPr>
          <w:b w:val="0"/>
          <w:i w:val="0"/>
        </w:rPr>
        <w:t>Tôi nhận ra điều này nghe có vẻ hơi khắt khe và có thể khiến một số người sợ hãi, nên tôi muốn nhấn mạnh rằng nó không phải là thứ hiệu quả với tất cả mọi người. Nó phải phù hợp với cả tính cách và triết lý của bạn. Nó cũng phụ thuộc rất nhiều vào đội ngũ và văn hóa của bạn. Một lần nữa, tôi chỉ chia sẻ điều hiệu quả với mình. Đến giờ này tôi tin bạn sẽ tự xử lý những gì tôi nói và dùng cách tiếp cận của riêng bạn.</w:t>
      </w:r>
    </w:p>
    <w:p>
      <w:pPr>
        <w:pStyle w:val="Heading3"/>
      </w:pPr>
      <w:r>
        <w:rPr>
          <w:rFonts w:ascii="Calibri" w:hAnsi="Calibri"/>
          <w:b/>
          <w:i w:val="0"/>
          <w:sz w:val="26"/>
        </w:rPr>
        <w:t>Những nhà lãnh đạo có tầm nhìn sở hữu trường biến dạng thực tại</w:t>
      </w:r>
    </w:p>
    <w:p>
      <w:pPr>
        <w:spacing w:after="80"/>
      </w:pPr>
      <w:r>
        <w:rPr>
          <w:b w:val="0"/>
          <w:i w:val="0"/>
        </w:rPr>
        <w:t>Một chủ đề xuyên suốt trong cuốn tiểu sử Steve Jobs của Walter Isaacson là trường biến dạng thực tại (reality distortion field) của Jobs. Thay vì chấp nhận cách nhìn thực tại của người khác hay chuyện "đủ tốt rồi", ông tự tạo ra những câu chuyện của riêng mình và thúc đẩy người khác biến chúng thành sự thật. Ông áp đặt ý chí của mình lên người khác để lập trình lại kỳ vọng của họ về chính bản thân. Và vì ông không chịu chấp nhận thực tại về những giới hạn tự đặt ra của họ, cuối cùng họ khiến chính mình phải kinh ngạc.</w:t>
      </w:r>
    </w:p>
    <w:p>
      <w:pPr>
        <w:spacing w:after="80"/>
      </w:pPr>
      <w:r>
        <w:rPr>
          <w:b w:val="0"/>
          <w:i w:val="0"/>
        </w:rPr>
        <w:t>Ở cạnh những CEO mạnh mẽ, những người luôn nâng cao tiêu chuẩn của mình, có thể khiến bạn thấy không thoải mái. Họ toát ra một cảm giác rằng dù bạn có làm việc chăm chỉ đến đâu, vẫn chưa đủ. Người ta có thể nói: "Mỗi lần tôi đạt được điều gì đó, anh lại dời cột mốc. Bao giờ anh mới thực sự hài lòng đây?" Chính điều đó khiến một CEO mạnh mẽ trở nên hiệu quả đến vậy. Đó là lý do vì sao Jobs có thể bị ghét khi ông đặt ra các hạn chót, nhưng giờ đây lại được tôn kính.</w:t>
      </w:r>
    </w:p>
    <w:p>
      <w:pPr>
        <w:spacing w:after="80"/>
      </w:pPr>
      <w:r>
        <w:rPr>
          <w:b w:val="0"/>
          <w:i w:val="0"/>
        </w:rPr>
        <w:t>Xin lỗi vì màn lan man nhanh này, nhưng quan niệm sai lầm về việc người ta bị sa thải khiến tôi thấy buồn cười. Hầu hết mọi người nghĩ rằng nhân viên làm việc hằng ngày có khả năng bị sa thải cao nhất, nhưng thực tế thì không ai bị sa thải thường xuyên hơn người sáng lập công ty hay CEO. Mỗi lần một nhân viên nghỉ việc, với CEO, đó là một dạng bị sa thải. Mỗi lần một khách hàng rời đi sang đối thủ, đó là một dạng bị sa thải. Mỗi lần một nhân viên bán hàng siêu sao ra đi, đó là một dạng bị sa thải. Mỗi lần công ty bị kiện, đó là một dạng bị sa thải. Ý tôi là không ai bị sa thải thường xuyên hơn CEO.</w:t>
      </w:r>
    </w:p>
    <w:p>
      <w:pPr>
        <w:spacing w:after="80"/>
      </w:pPr>
      <w:r>
        <w:rPr>
          <w:b w:val="0"/>
          <w:i w:val="0"/>
        </w:rPr>
        <w:t>Khi một CEO/người sáng lập mất việc, phá sản thường theo sau và người đó mất tất cả, trong khi một nhân viên chỉ mất một công việc và chỉ cần tìm một công việc mới. Điều quan trọng là đội ngũ của bạn phải biết rằng không ai chịu áp lực nhiều hơn CEO. Điều này không nhằm hạ thấp họ mà để họ biết rằng áp lực được chia sẻ bởi tất cả mọi người.</w:t>
      </w:r>
    </w:p>
    <w:p>
      <w:pPr>
        <w:spacing w:after="80"/>
      </w:pPr>
      <w:r>
        <w:rPr>
          <w:b w:val="0"/>
          <w:i w:val="0"/>
        </w:rPr>
        <w:t>Đây là một ví dụ về cách tôi thách thức mọi người. Tôi đang họp với một nhóm nhân viên, và tôi hỏi họ: "Bao nhiêu người trong số các bạn muốn được tăng lương?"</w:t>
      </w:r>
    </w:p>
    <w:p>
      <w:pPr>
        <w:spacing w:after="80"/>
      </w:pPr>
      <w:r>
        <w:rPr>
          <w:b w:val="0"/>
          <w:i w:val="0"/>
        </w:rPr>
        <w:t>Mọi người đều nói họ muốn được tăng lương.</w:t>
      </w:r>
    </w:p>
    <w:p>
      <w:pPr>
        <w:spacing w:after="80"/>
      </w:pPr>
      <w:r>
        <w:rPr>
          <w:b w:val="0"/>
          <w:i w:val="0"/>
        </w:rPr>
        <w:t>"Được rồi, giờ giúp tôi một việc và viết ra số tiền nhiều nhất mà bạn từng kiếm được trong một năm. Đừng cho tôi xem; chỉ viết ra cho chính mình thôi."</w:t>
      </w:r>
    </w:p>
    <w:p>
      <w:pPr>
        <w:spacing w:after="80"/>
      </w:pPr>
      <w:r>
        <w:rPr>
          <w:b w:val="0"/>
          <w:i w:val="0"/>
        </w:rPr>
        <w:t>Sau khi họ làm xong, tôi nói: "Giờ hãy viết ra số tiền bạn muốn kiếm được mỗi năm."</w:t>
      </w:r>
    </w:p>
    <w:p>
      <w:pPr>
        <w:spacing w:after="80"/>
      </w:pPr>
      <w:r>
        <w:rPr>
          <w:b w:val="0"/>
          <w:i w:val="0"/>
        </w:rPr>
        <w:t>Tôi lại chờ; rồi tôi hỏi: "Tại sao bạn vẫn chưa kiếm được con số đó? Có phải lỗi của công ty không? Bạn muốn tôi đưa cho bạn kiểu câu trả lời khiến bạn thấy dễ chịu ư? Hay bạn muốn sự thật?"</w:t>
      </w:r>
    </w:p>
    <w:p>
      <w:pPr>
        <w:spacing w:after="80"/>
      </w:pPr>
      <w:r>
        <w:rPr>
          <w:b w:val="0"/>
          <w:i w:val="0"/>
        </w:rPr>
        <w:t>Họ nói họ muốn sự thật.</w:t>
      </w:r>
    </w:p>
    <w:p>
      <w:pPr>
        <w:spacing w:after="80"/>
      </w:pPr>
      <w:r>
        <w:rPr>
          <w:b w:val="0"/>
          <w:i w:val="0"/>
        </w:rPr>
        <w:t>"Đó là vì thị trường quyết định giá trị của chúng ta. Chúng ta có thể nghĩ mình đáng giá hơn, nhưng nếu thị trường không sẵn lòng trả cho điều đó, thì có lẽ bạn đang tự đánh giá mình quá cao. Con số bạn viết ra đó, bạn phải ra ngoài và giành lấy nó. Nó không tự đến chỉ nhờ may mắn. Bạn muốn làm giám sát viên ư? Bạn muốn điều hành một phòng ban ư? Vậy thì bạn phải tự hỏi mình cần làm gì để tăng giá trị của mình trên thị trường. Những người ở lại với chúng ta lâu dài là những người không ngừng cải thiện bản thân. Chúng tôi khuyến khích sự cải thiện. Và nếu bạn không cải thiện, người khác sẽ vượt mặt bạn và trở thành sếp của bạn."</w:t>
      </w:r>
    </w:p>
    <w:p>
      <w:pPr>
        <w:spacing w:after="80"/>
      </w:pPr>
      <w:r>
        <w:rPr>
          <w:b w:val="0"/>
          <w:i w:val="0"/>
        </w:rPr>
        <w:t>Tất cả những điều này làm tăng dần áp lực, kỳ vọng và hiệu suất.</w:t>
      </w:r>
    </w:p>
    <w:p>
      <w:pPr>
        <w:spacing w:after="80"/>
      </w:pPr>
      <w:r>
        <w:rPr>
          <w:b w:val="0"/>
          <w:i w:val="0"/>
        </w:rPr>
        <w:t>Bước tiếp theo là tạo ra môi trường cho phép nhân viên tự nhìn lại bản thân và vạch ra con đường của riêng họ. Tôi sẽ yêu cầu họ liệt kê năm bước đi tiếp theo của mình. Tôi sẽ yêu cầu họ gửi email cho tôi những bước đi đó nếu họ cam kết chịu trách nhiệm. Bằng cách đó, họ đã tự đặt ra tiêu chuẩn cho chính mình và cho tôi quyền giữ họ chịu trách nhiệm.</w:t>
      </w:r>
    </w:p>
    <w:p>
      <w:pPr>
        <w:pStyle w:val="Heading3"/>
      </w:pPr>
      <w:r>
        <w:rPr>
          <w:rFonts w:ascii="Calibri" w:hAnsi="Calibri"/>
          <w:b/>
          <w:i w:val="0"/>
          <w:sz w:val="26"/>
        </w:rPr>
        <w:t>Thả những chú sư tử của bạn ra, và trao quyền để chúng xây dựng đế chế</w:t>
      </w:r>
    </w:p>
    <w:p>
      <w:pPr>
        <w:spacing w:after="80"/>
      </w:pPr>
      <w:r>
        <w:rPr>
          <w:b w:val="0"/>
          <w:i w:val="0"/>
        </w:rPr>
        <w:t>Triết gia Ludwig Wittgenstein đã nói: "Nếu một con sư tử có thể nói, chúng ta sẽ không hiểu được nó." Bạn phải học cách đối phó với sư tử (những người thể hiện xuất sắc). Sư tử xây dựng đế chế, và chúng dẫn dắt mọi người. Chúng cũng sẽ mang lại doanh thu nhiều nhất và những cơn đau đầu nhiều nhất. Chúng đòi hỏi cao và nóng tính. Đôi khi, có vẻ như chúng không có cảm xúc. Nhiều người trong số họ thiếu ngăn nắp và có vẻ như đầu óc để ở khắp nơi.</w:t>
      </w:r>
    </w:p>
    <w:p>
      <w:pPr>
        <w:spacing w:after="80"/>
      </w:pPr>
      <w:r>
        <w:rPr>
          <w:b w:val="0"/>
          <w:i w:val="0"/>
        </w:rPr>
        <w:t>Rob Parson là một con sư tử. Anh ấy làm cực kỳ tốt cho Morgan Stanley, và vì ban lãnh đạo không biết cách xử lý anh ấy, công ty suýt mất anh. Bạn có thể mất những con cừu. Chúng đầy rẫy khắp nơi. Nhưng bạn không thể mất sư tử.</w:t>
      </w:r>
    </w:p>
    <w:p>
      <w:pPr>
        <w:spacing w:after="80"/>
      </w:pPr>
      <w:r>
        <w:rPr>
          <w:b w:val="0"/>
          <w:i w:val="0"/>
        </w:rPr>
        <w:t>Những công ty tuyệt vời đầy ắp những con sư tử tự điều hành đế chế của riêng mình. Trước khi tôi thành lập agency của mình, tôi là một con sư tử làm việc cho một công ty lớn. Tôi hung hăng. Tôi ngạo mạn. Hãy nhớ rằng tôi là người đã viết một lá thư dài mười sáu trang gửi ban lãnh đạo và đòi thay đổi. Nếu đội ngũ lãnh đạo đó biết cách đối phó với một con sư tử, họ đã có thể khai thác toàn bộ sự hung hăng của tôi và làm đầy ví tiền của họ. Tôi đã chín muồi để trở thành một intrapreneur (doanh nhân nội bộ) và kiếm một gia tài nhỏ cho bản thân cùng một gia tài lớn cho công ty. Nhưng họ không có chút ý tưởng nào về cách đối xử với tôi. Thế là tôi ra đi.</w:t>
      </w:r>
    </w:p>
    <w:p>
      <w:pPr>
        <w:spacing w:after="80"/>
      </w:pPr>
      <w:r>
        <w:rPr>
          <w:b w:val="0"/>
          <w:i w:val="0"/>
        </w:rPr>
        <w:t>Chìa khóa để đối phó với những con sư tử là thách thức chúng. Ngay cả những ngôi sao, trong lúc nóng giận, cũng sẽ thấy khó chịu với huấn luyện viên của mình. Bị đẩy vượt ngưỡng chịu đau đâu có vui vẻ gì. Vậy mà chính những cầu thủ đó cuối cùng lại dành lời khen ngợi cho huấn luyện viên của họ. Tại sao? Bởi vì họ là sư tử, và sư tử phát triển mạnh khi được đẩy vượt ngưỡng chịu đau của mình.</w:t>
      </w:r>
    </w:p>
    <w:p>
      <w:pPr>
        <w:spacing w:after="80"/>
      </w:pPr>
      <w:r>
        <w:rPr>
          <w:b w:val="0"/>
          <w:i w:val="0"/>
        </w:rPr>
        <w:t>Nếu bạn muốn được yêu mến, nếu bạn chỉ thấy vui khi làm cho người khác thoải mái, thì bạn không đủ bản lĩnh để đối phó với một con sư tử, chứ đừng nói đến làm CEO. Mọi người có thể ghét bạn ngay lúc đó, nhưng cách duy nhất để họ phát triển và doanh nghiệp của bạn tồn tại là giữ họ có trách nhiệm.</w:t>
      </w:r>
    </w:p>
    <w:p>
      <w:pPr>
        <w:pStyle w:val="Heading4"/>
      </w:pPr>
      <w:r>
        <w:rPr>
          <w:rFonts w:ascii="Calibri" w:hAnsi="Calibri"/>
          <w:b/>
          <w:i w:val="0"/>
          <w:sz w:val="23"/>
        </w:rPr>
        <w:t>Bảy cách để giữ người khác có trách nhiệm</w:t>
      </w:r>
    </w:p>
    <w:p>
      <w:pPr>
        <w:spacing w:after="80"/>
        <w:ind w:left="360"/>
      </w:pPr>
      <w:r>
        <w:rPr>
          <w:b/>
          <w:i w:val="0"/>
        </w:rPr>
        <w:t>1.</w:t>
      </w:r>
      <w:r>
        <w:rPr>
          <w:b w:val="0"/>
          <w:i w:val="0"/>
        </w:rPr>
        <w:t xml:space="preserve"> </w:t>
      </w:r>
      <w:r>
        <w:rPr>
          <w:b/>
          <w:i w:val="0"/>
        </w:rPr>
        <w:t>Đừng ngại giữ người khác có trách nhiệm và thẳng thắn góp ý khi họ không giữ lời.</w:t>
      </w:r>
      <w:r>
        <w:rPr>
          <w:b w:val="0"/>
          <w:i w:val="0"/>
        </w:rPr>
        <w:t xml:space="preserve"> Hãy nói rõ rằng đây không phải chuyện cá nhân; điều bạn không thích là hiệu suất làm việc của họ, chứ không phải tính cách của họ. Và hãy nhẹ nhàng.</w:t>
      </w:r>
    </w:p>
    <w:p>
      <w:pPr>
        <w:spacing w:after="80"/>
        <w:ind w:left="360"/>
      </w:pPr>
      <w:r>
        <w:rPr>
          <w:b/>
          <w:i w:val="0"/>
        </w:rPr>
        <w:t>2.</w:t>
      </w:r>
      <w:r>
        <w:rPr>
          <w:b w:val="0"/>
          <w:i w:val="0"/>
        </w:rPr>
        <w:t xml:space="preserve"> </w:t>
      </w:r>
      <w:r>
        <w:rPr>
          <w:b/>
          <w:i w:val="0"/>
        </w:rPr>
        <w:t>Hỏi tại sao, và im lặng đủ lâu để lắng nghe câu trả lời của họ.</w:t>
      </w:r>
      <w:r>
        <w:rPr>
          <w:b w:val="0"/>
          <w:i w:val="0"/>
        </w:rPr>
        <w:t xml:space="preserve"> Khi bạn không nhận được lời giải thích thỏa đáng về việc tại sao một nhân viên đã phá vỡ lời hứa hoặc bỏ lỡ hạn chót, hãy hỏi tại sao. Hãy có được câu trả lời cụ thể. Bạn cần đào sâu để tìm ra điều thực sự đang diễn ra. Đây là cách duy nhất để bạn thu được lợi ích từ cuộc trò chuyện.</w:t>
      </w:r>
    </w:p>
    <w:p>
      <w:pPr>
        <w:spacing w:after="80"/>
        <w:ind w:left="360"/>
      </w:pPr>
      <w:r>
        <w:rPr>
          <w:b/>
          <w:i w:val="0"/>
        </w:rPr>
        <w:t>3.</w:t>
      </w:r>
      <w:r>
        <w:rPr>
          <w:b w:val="0"/>
          <w:i w:val="0"/>
        </w:rPr>
        <w:t xml:space="preserve"> </w:t>
      </w:r>
      <w:r>
        <w:rPr>
          <w:b/>
          <w:i w:val="0"/>
        </w:rPr>
        <w:t>Đưa ra những nhận xét định lượng cụ thể, chứ không phải những nhận xét định tính chung chung.</w:t>
      </w:r>
      <w:r>
        <w:rPr>
          <w:b w:val="0"/>
          <w:i w:val="0"/>
        </w:rPr>
        <w:t xml:space="preserve"> Đừng chỉ bảo nhân viên của bạn làm việc chăm chỉ hơn hay tiến bộ hơn. Hãy giao cho họ những thách thức cụ thể có thể đo lường được và có hạn chót.</w:t>
      </w:r>
    </w:p>
    <w:p>
      <w:pPr>
        <w:spacing w:after="80"/>
        <w:ind w:left="360"/>
      </w:pPr>
      <w:r>
        <w:rPr>
          <w:b/>
          <w:i w:val="0"/>
        </w:rPr>
        <w:t>4.</w:t>
      </w:r>
      <w:r>
        <w:rPr>
          <w:b w:val="0"/>
          <w:i w:val="0"/>
        </w:rPr>
        <w:t xml:space="preserve"> </w:t>
      </w:r>
      <w:r>
        <w:rPr>
          <w:b/>
          <w:i w:val="0"/>
        </w:rPr>
        <w:t>Cung cấp các chỉ số rõ ràng và nêu rõ các động lực khuyến khích cụ thể.</w:t>
      </w:r>
      <w:r>
        <w:rPr>
          <w:b w:val="0"/>
          <w:i w:val="0"/>
        </w:rPr>
        <w:t xml:space="preserve"> Hãy cho họ biết họ sẽ nhận được gì khi đạt (hoặc không đạt) các chỉ số của mình. Con số không biết nói dối. Bạn sẽ tránh được những xung đột trong tương lai bằng cách nói rõ ràng về các mục tiêu.</w:t>
      </w:r>
    </w:p>
    <w:p>
      <w:pPr>
        <w:spacing w:after="80"/>
        <w:ind w:left="360"/>
      </w:pPr>
      <w:r>
        <w:rPr>
          <w:b/>
          <w:i w:val="0"/>
        </w:rPr>
        <w:t>5.</w:t>
      </w:r>
      <w:r>
        <w:rPr>
          <w:b w:val="0"/>
          <w:i w:val="0"/>
        </w:rPr>
        <w:t xml:space="preserve"> </w:t>
      </w:r>
      <w:r>
        <w:rPr>
          <w:b/>
          <w:i w:val="0"/>
        </w:rPr>
        <w:t>Huấn luyện nhân viên của bạn xuyên suốt quy trình làm việc.</w:t>
      </w:r>
      <w:r>
        <w:rPr>
          <w:b w:val="0"/>
          <w:i w:val="0"/>
        </w:rPr>
        <w:t xml:space="preserve"> Chỉ bảo họ </w:t>
      </w:r>
      <w:r>
        <w:rPr>
          <w:b w:val="0"/>
          <w:i/>
        </w:rPr>
        <w:t>cần</w:t>
      </w:r>
      <w:r>
        <w:rPr>
          <w:b w:val="0"/>
          <w:i w:val="0"/>
        </w:rPr>
        <w:t xml:space="preserve"> làm gì là chưa đủ. Bạn phải huấn luyện họ xuyên suốt </w:t>
      </w:r>
      <w:r>
        <w:rPr>
          <w:b w:val="0"/>
          <w:i/>
        </w:rPr>
        <w:t>cách</w:t>
      </w:r>
      <w:r>
        <w:rPr>
          <w:b w:val="0"/>
          <w:i w:val="0"/>
        </w:rPr>
        <w:t xml:space="preserve"> làm việc đó. Hãy đảm bảo họ có đủ nguồn lực và chuyên môn để hoàn thành nhiệm vụ.</w:t>
      </w:r>
    </w:p>
    <w:p>
      <w:pPr>
        <w:spacing w:after="80"/>
        <w:ind w:left="360"/>
      </w:pPr>
      <w:r>
        <w:rPr>
          <w:b/>
          <w:i w:val="0"/>
        </w:rPr>
        <w:t>6.</w:t>
      </w:r>
      <w:r>
        <w:rPr>
          <w:b w:val="0"/>
          <w:i w:val="0"/>
        </w:rPr>
        <w:t xml:space="preserve"> </w:t>
      </w:r>
      <w:r>
        <w:rPr>
          <w:b/>
          <w:i w:val="0"/>
        </w:rPr>
        <w:t>Hiểu rõ vai trò của từng người trong đội.</w:t>
      </w:r>
      <w:r>
        <w:rPr>
          <w:b w:val="0"/>
          <w:i w:val="0"/>
        </w:rPr>
        <w:t xml:space="preserve"> Việc giữ người khác có trách nhiệm sẽ ảnh hưởng thế nào đến những người khác trong đội? Bạn có thể còn cần giữ ai khác có trách nhiệm nữa để đảm bảo người đó thành công?</w:t>
      </w:r>
    </w:p>
    <w:p>
      <w:pPr>
        <w:spacing w:after="80"/>
        <w:ind w:left="360"/>
      </w:pPr>
      <w:r>
        <w:rPr>
          <w:b/>
          <w:i w:val="0"/>
        </w:rPr>
        <w:t>7.</w:t>
      </w:r>
      <w:r>
        <w:rPr>
          <w:b w:val="0"/>
          <w:i w:val="0"/>
        </w:rPr>
        <w:t xml:space="preserve"> </w:t>
      </w:r>
      <w:r>
        <w:rPr>
          <w:b/>
          <w:i w:val="0"/>
        </w:rPr>
        <w:t>Kết thúc bằng sự chân thành và đồng cảm.</w:t>
      </w:r>
      <w:r>
        <w:rPr>
          <w:b w:val="0"/>
          <w:i w:val="0"/>
        </w:rPr>
        <w:t xml:space="preserve"> Hãy nhớ rằng tất cả chúng ta đều là con người có cảm xúc. Mọi người trải qua những chuyện trong cuộc sống mà chúng ta không hề hay biết. Bạn có thể vừa kiên quyết vừa thấu hiểu.</w:t>
      </w:r>
    </w:p>
    <w:p>
      <w:pPr>
        <w:spacing w:after="80"/>
      </w:pPr>
      <w:r>
        <w:rPr>
          <w:b w:val="0"/>
          <w:i w:val="0"/>
        </w:rPr>
        <w:t xml:space="preserve">Điều đáng chú ý còn thiếu trong danh sách này là ai sẽ giữ </w:t>
      </w:r>
      <w:r>
        <w:rPr>
          <w:b w:val="0"/>
          <w:i/>
        </w:rPr>
        <w:t>bạn</w:t>
      </w:r>
      <w:r>
        <w:rPr>
          <w:b w:val="0"/>
          <w:i w:val="0"/>
        </w:rPr>
        <w:t xml:space="preserve"> có trách nhiệm. Những người ngang cấp hoặc thấp hơn bạn sẽ không nghiêm khắc với bạn đâu. Đừng trông chờ họ giữ bạn có trách nhiệm. Hãy tìm một người bạn tôn trọng, người sẵn sàng giữ bạn có trách nhiệm hàng tuần. Trong một số trường hợp, đó có thể là quản lý của bạn. Nếu bạn là doanh nhân, đó có thể là một nhà đầu tư hoặc một thành viên hội đồng quản trị. Những tổ chức như Vistage và YPO (Young Presidents' Organization) có thể cung cấp một nơi để bạn tham khảo ý kiến và nhận lời khuyên. Việc đưa nó lên tầm cao mới là tùy ở bạn, bằng cách tìm kiếm những người mà bạn chia sẻ những mục tiêu lớn lao của mình và những người sẽ đồng ý giữ bạn theo đuổi chúng.</w:t>
      </w:r>
    </w:p>
    <w:p>
      <w:pPr>
        <w:spacing w:after="80"/>
      </w:pPr>
      <w:r>
        <w:rPr>
          <w:b w:val="0"/>
          <w:i w:val="0"/>
        </w:rPr>
        <w:t>Hãy lập một danh sách những người giữ bạn có trách nhiệm. Mức độ tín nhiệm của họ thế nào? Nếu những người giữ bạn có trách nhiệm có mức tín nhiệm thấp, tại sao bạn lại chọn họ?</w:t>
      </w:r>
    </w:p>
    <w:p>
      <w:pPr>
        <w:spacing w:after="80"/>
      </w:pPr>
      <w:r>
        <w:rPr>
          <w:b w:val="0"/>
          <w:i w:val="0"/>
        </w:rPr>
        <w:t>Có thể bạn đã sẵn sàng tiến lên vị trí CEO. Để làm được điều đó, bạn cần có đủ vốn để điều hành doanh nghiệp của mình. Như chúng ta đã thảo luận, việc chọn phương án tốt nhất đòi hỏi bạn phải cân bằng giữa mức độ kiểm soát (và cổ phần) mà bạn sẵn sàng từ bỏ với mức độ trách nhiệm mà bạn sẵn sàng chấp nhận.</w:t>
      </w:r>
    </w:p>
    <w:p>
      <w:pPr>
        <w:spacing w:after="80"/>
      </w:pPr>
      <w:r>
        <w:rPr>
          <w:b w:val="0"/>
          <w:i w:val="0"/>
        </w:rPr>
        <w:t>Khi công ty của bạn đã được cấp vốn đầy đủ, sự tập trung của bạn sẽ chuyển sang tăng trưởng. Bạn sẽ cần thực thi cả các chiến lược tuyến tính lẫn theo cấp số nhân để tạo đà và duy trì đà đó. Chiến dịch đổi mới tiếp theo của bạn sẽ là chất xúc tác để doanh nghiệp của bạn mở rộng. Việc phát triển các nhà lãnh đạo cũng sẽ tạo ra sự tăng trưởng theo cấp số nhân, dù với tốc độ có thể dự đoán được hơn.</w:t>
      </w:r>
    </w:p>
    <w:p>
      <w:pPr>
        <w:spacing w:after="80"/>
      </w:pPr>
      <w:r>
        <w:rPr>
          <w:b w:val="0"/>
          <w:i w:val="0"/>
        </w:rPr>
        <w:t>Cũng đừng quên rằng nguồn lực quan trọng nhất mà bạn từng có chính là những người xung quanh bạn. Nếu bạn nghĩ rằng thế giới xoay quanh mình với tư cách là một CEO, thì bạn đang gặp rắc rối lớn đấy. Không có những người của bạn, bạn chỉ có một công việc, chứ không phải một doanh nghiệp.</w:t>
      </w:r>
    </w:p>
    <w:p>
      <w:pPr>
        <w:spacing w:after="80"/>
      </w:pPr>
      <w:r>
        <w:rPr>
          <w:b w:val="0"/>
          <w:i w:val="0"/>
        </w:rPr>
        <w:t>Bạn phải thực sự quan tâm đến những người của mình. Họ sẽ nhìn thấu sự nịnh hót. Họ sẽ đáp lại sự chân thành và chân thật, và cách tốt nhất để mang đến cho họ điều đó là đặt ra những câu hỏi chu đáo. Bạn có nghĩ về ước mơ, mục tiêu và mục đích của họ không? Nếu có, một ngày nào đó bạn sẽ trở thành một CEO tuyệt vời.</w:t>
      </w:r>
    </w:p>
    <w:p>
      <w:pPr>
        <w:spacing w:after="80"/>
      </w:pPr>
      <w:r>
        <w:rPr>
          <w:b w:val="0"/>
          <w:i w:val="0"/>
        </w:rPr>
        <w:t>Sản phẩm số một của tất cả chính là vốn con người. Bạn phải biết chuyện gì xảy ra khi một người đang xuống tinh thần, tại sao người khác không dốc hết sức, và tại sao người thứ ba lại hơi hay quên. Hãy đưa một người đang gặp khó khăn đi ăn trưa, trò chuyện với họ và hỏi: "Mọi chuyện ổn chứ? Vợ anh dạo này thế nào? Các con có ngoan không?" Kinh doanh giỏi là ở các mối quan hệ.</w:t>
      </w:r>
    </w:p>
    <w:p>
      <w:pPr>
        <w:spacing w:after="80"/>
      </w:pPr>
      <w:r>
        <w:rPr>
          <w:b w:val="0"/>
          <w:i w:val="0"/>
        </w:rPr>
        <w:t>Nếu bạn đang đọc điều này và nghĩ "Mình còn bao nhiêu việc phải làm!", hãy biết rằng tất cả những việc này sẽ mất nhiều năm. Đừng mong trở nên giỏi giang trong chuyện này chỉ sau một đêm. Đó là một quá trình không bao giờ kết thúc, dựa vào khát khao không ngừng nghỉ của bạn để tiếp tục tiến bộ. Một ngày nào đó, bạn sẽ không chỉ là một trong những người tự gọi mình là CEO chỉ vì đã đăng ký kinh doanh và mua danh thiếp. Bạn sẽ biết mình là một CEO khi người khác bắt đầu nhìn bạn như một CEO.</w:t>
      </w:r>
    </w:p>
    <w:p>
      <w:pPr>
        <w:jc w:val="center"/>
      </w:pPr>
      <w:r>
        <w:drawing>
          <wp:inline xmlns:a="http://schemas.openxmlformats.org/drawingml/2006/main" xmlns:pic="http://schemas.openxmlformats.org/drawingml/2006/picture">
            <wp:extent cx="1333500" cy="85725"/>
            <wp:docPr id="33" name="Picture 33"/>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10 </w:t>
      </w:r>
      <w:r>
        <w:rPr>
          <w:rFonts w:ascii="Calibri" w:hAnsi="Calibri"/>
          <w:b/>
          <w:i w:val="0"/>
          <w:sz w:val="32"/>
        </w:rPr>
        <w:t>Biến Đà Thành Bạn Đồng Hành—và Sẵn Sàng Đối Mặt Với Hỗn Loạn</w:t>
      </w:r>
    </w:p>
    <w:p>
      <w:pPr>
        <w:spacing w:after="80"/>
      </w:pPr>
      <w:r>
        <w:rPr>
          <w:b w:val="0"/>
          <w:i w:val="0"/>
        </w:rPr>
        <w:t>Cảm giác như mọi thứ sắp sụp đổ. Nỗi hoảng loạn đó chính xác là cảm giác của sự tăng trưởng.</w:t>
      </w:r>
    </w:p>
    <w:p>
      <w:pPr>
        <w:spacing w:after="80"/>
      </w:pPr>
      <w:r>
        <w:rPr>
          <w:b w:val="0"/>
          <w:i w:val="0"/>
        </w:rPr>
        <w:t>Bạn sẽ muốn thoát khỏi cảm giác đáng sợ đó càng nhanh càng tốt. Não bạn nghĩ rằng cơ thể bạn đang gặp nguy hiểm, và điều quan trọng nhất là loại bỏ nguy hiểm đó, chấm dứt căng thẳng.</w:t>
      </w:r>
    </w:p>
    <w:p>
      <w:pPr>
        <w:spacing w:after="80"/>
      </w:pPr>
      <w:r>
        <w:rPr>
          <w:b w:val="0"/>
          <w:i w:val="0"/>
        </w:rPr>
        <w:t>Bạn sẽ muốn bỏ chạy… đó chính là khoảnh khắc then chốt mà hầu hết mọi người thất bại. Điều mấu chốt là nhận ra khi bạn cảm thấy như vậy, và dấn sâu hơn vào những khoảnh khắc đó.</w:t>
      </w:r>
    </w:p>
    <w:p>
      <w:pPr>
        <w:spacing w:after="80"/>
        <w:jc w:val="right"/>
      </w:pPr>
      <w:r>
        <w:rPr>
          <w:b w:val="0"/>
          <w:i w:val="0"/>
        </w:rPr>
        <w:t>—Seth Godin, blogger, doanh nhân và tác giả sách bán chạy nhất</w:t>
      </w:r>
    </w:p>
    <w:p>
      <w:pPr>
        <w:spacing w:after="80"/>
      </w:pPr>
      <w:r>
        <w:rPr>
          <w:b w:val="0"/>
          <w:i w:val="0"/>
        </w:rPr>
        <w:t>Để tích lũy sự giàu có, thành công và quyền lực, bạn cần giống như một đội bóng rổ đang có chuỗi 10 trận thắng liên tiếp. Bạn đang lăn bánh và tích tụ đà khi lăn bánh. Từ điển định nghĩa "đà" (momentum) là tích của khối lượng và vận tốc của một vật thể. Dịch sang thuật ngữ khởi nghiệp, đó là tích của con người bạn và tốc độ bạn đang tiến về phía trước.</w:t>
      </w:r>
    </w:p>
    <w:p>
      <w:pPr>
        <w:spacing w:after="80"/>
      </w:pPr>
      <w:r>
        <w:rPr>
          <w:b w:val="0"/>
          <w:i w:val="0"/>
        </w:rPr>
        <w:t>Khi đã tích tụ được đà, bạn trở thành một thế lực chứ không chỉ là một doanh nghiệp. Bạn có thể không phải là bất khả chiến bại, nhưng không ai tỉnh táo lại muốn cản đường bạn. Bạn đang lao về phía trước với sự tự tin, tài năng và tiền bạc ngày càng tăng.</w:t>
      </w:r>
    </w:p>
    <w:p>
      <w:pPr>
        <w:spacing w:after="80"/>
      </w:pPr>
      <w:r>
        <w:rPr>
          <w:b w:val="0"/>
          <w:i w:val="0"/>
        </w:rPr>
        <w:t>Hãy nghiêm túc trong việc tạo ra đà. Hãy đối xử với nó như một người bạn đang hẹn hò mà có vẻ là "người ấy". Qua mỗi buổi hẹn, mối quan hệ lại lớn lên. Mỗi lần gặp người đó, mọi thứ lại tốt hơn lần trước. Đó không chỉ là thể xác; sự thân mật cảm xúc và tôn trọng lẫn nhau cũng phát triển.</w:t>
      </w:r>
    </w:p>
    <w:p>
      <w:pPr>
        <w:spacing w:after="80"/>
      </w:pPr>
      <w:r>
        <w:rPr>
          <w:b w:val="0"/>
          <w:i w:val="0"/>
        </w:rPr>
        <w:t>Cách nhanh nhất để mất đà là lạm dụng nó. "Ngọn lửa song sinh" của bạn cứ nói rằng bạn là nhất. Và bạn tin điều đó, trở nên tự mãn, rồi bắt đầu lăng nhăng—ngốc nghếch tin rằng người đó sẽ luôn ở đó. Rồi, bùm! Chỉ như vậy, đà biến mất, mối quan hệ cũng biến mất. Bạn chỉ còn một mình, cảm thấy nhục nhã và phải bắt đầu leo dốc trở lại, điều này còn khó hơn bây giờ khi bạn đã chứng minh rằng mình không đáng tin.</w:t>
      </w:r>
    </w:p>
    <w:p>
      <w:pPr>
        <w:spacing w:after="80"/>
      </w:pPr>
      <w:r>
        <w:rPr>
          <w:b w:val="0"/>
          <w:i w:val="0"/>
        </w:rPr>
        <w:t>Tôi đã chứng kiến tình huống tương tự như vậy trong kinh doanh quá nhiều lần. Đó là lý do trong chương này, chúng ta bàn về cả sức mạnh lẫn sự nguy hiểm của đà. Nếu bạn triển khai đúng chiến dịch đổi mới và phát triển đội ngũ lãnh đạo, bạn sẽ có được đà. Thách thức sẽ là duy trì nó. Nhiều doanh nhân đã thành công; không nhiều người giữ được như vậy. Sự khác biệt nằm ở tính kỷ luật. Cũng như đà làm tăng sức mạnh của bạn, nó có thể khiến bạn mù quáng trước những điểm yếu của mình. Đầu tiên chúng ta sẽ nói về cách tạo ra đà. Sau đó chúng ta sẽ nói về cách quản lý nó.</w:t>
      </w:r>
    </w:p>
    <w:p>
      <w:pPr>
        <w:spacing w:after="80"/>
      </w:pPr>
      <w:r>
        <w:rPr>
          <w:b w:val="0"/>
          <w:i w:val="0"/>
        </w:rPr>
        <w:t>Nếu bạn cần thêm động lực để duy trì đà, hãy xem xét điều này: Doanh nhân trung bình bắt đầu cảm thấy như thần thánh khi đà được duy trì. Nó có thể mang tính biến đổi, vậy hãy kỷ luật và đừng để nó lung lay—nhưng cũng đừng để nó cho bạn cái tôi quá lớn.</w:t>
      </w:r>
    </w:p>
    <w:p>
      <w:pPr>
        <w:pStyle w:val="Heading3"/>
      </w:pPr>
      <w:r>
        <w:rPr>
          <w:rFonts w:ascii="Calibri" w:hAnsi="Calibri"/>
          <w:b/>
          <w:i w:val="0"/>
          <w:sz w:val="26"/>
        </w:rPr>
        <w:t>Nếu Bạn Quá Liều Thứ Gì, Hãy Quá Liều Tốc Độ</w:t>
      </w:r>
    </w:p>
    <w:p>
      <w:pPr>
        <w:spacing w:after="80"/>
      </w:pPr>
      <w:r>
        <w:rPr>
          <w:b w:val="0"/>
          <w:i w:val="0"/>
        </w:rPr>
        <w:t>Nếu có một kỳ vọng tôi dành cho những người làm việc cùng, thì đó là: Tôi sẽ không thỏa hiệp về tốc độ, khả năng thực thi hay hiệu quả. Tôi không quan tâm chúng ta lớn mạnh đến đâu; tôi muốn tốc độ, tôi muốn thực thi, tôi muốn hiệu quả. Tôi tham lam ở ba lĩnh vực này. Tôi muốn tất cả.</w:t>
      </w:r>
    </w:p>
    <w:p>
      <w:pPr>
        <w:spacing w:after="80"/>
      </w:pPr>
      <w:r>
        <w:rPr>
          <w:b w:val="0"/>
          <w:i w:val="0"/>
        </w:rPr>
        <w:t>Đây là một câu hỏi lớn cho các nhà lãnh đạo: Làm thế nào bạn có thể giảm thời gian cần để hoàn thành công việc? Quá thường xuyên, các doanh nhân không hiểu cách tăng tốc độ. Thay vào đó, họ nói: "Chúng tôi đang đi nhanh hết mức có thể; không đời nào làm nhanh hơn một cách đáng kể được." Hoặc "Chắc chắn, chúng tôi có thể rút ngắn khung thời gian, nhưng điều đó nghĩa là phải chi một đống tiền để thuê thêm người hoặc lắp đặt hệ thống tốt hơn."</w:t>
      </w:r>
    </w:p>
    <w:p>
      <w:pPr>
        <w:spacing w:after="80"/>
      </w:pPr>
      <w:r>
        <w:rPr>
          <w:b w:val="0"/>
          <w:i w:val="0"/>
        </w:rPr>
        <w:t>Điều đó không ổn chút nào.</w:t>
      </w:r>
    </w:p>
    <w:p>
      <w:pPr>
        <w:spacing w:after="80"/>
      </w:pPr>
      <w:r>
        <w:rPr>
          <w:b w:val="0"/>
          <w:i w:val="0"/>
        </w:rPr>
        <w:t>Tôi sẽ không bao giờ gợi ý đánh đổi chất lượng để lấy tốc độ, nhưng tôi sẽ chỉ cho bạn một cách tốt hơn để tạo ra tốc độ mà chất lượng của bạn không bị ảnh hưởng (thực tế, còn nên cải thiện hơn nữa). Hãy bắt đầu bằng câu chuyện về xe Ferrari. Hãy xem xét ba phiên bản của chiếc xe này được sản xuất trong các năm khác nhau: 1977, 1997, 2017. Đây là thời gian mỗi phiên bản cần để tăng tốc từ 0 lên 60 dặm một giờ:</w:t>
      </w:r>
    </w:p>
    <w:p>
      <w:pPr>
        <w:jc w:val="center"/>
      </w:pPr>
      <w:r>
        <w:drawing>
          <wp:inline xmlns:a="http://schemas.openxmlformats.org/drawingml/2006/main" xmlns:pic="http://schemas.openxmlformats.org/drawingml/2006/picture">
            <wp:extent cx="5486400" cy="5865050"/>
            <wp:docPr id="34" name="Picture 34"/>
            <wp:cNvGraphicFramePr>
              <a:graphicFrameLocks noChangeAspect="1"/>
            </wp:cNvGraphicFramePr>
            <a:graphic>
              <a:graphicData uri="http://schemas.openxmlformats.org/drawingml/2006/picture">
                <pic:pic>
                  <pic:nvPicPr>
                    <pic:cNvPr id="0" name="f0172-01.jpg"/>
                    <pic:cNvPicPr/>
                  </pic:nvPicPr>
                  <pic:blipFill>
                    <a:blip r:embed="rId31"/>
                    <a:stretch>
                      <a:fillRect/>
                    </a:stretch>
                  </pic:blipFill>
                  <pic:spPr>
                    <a:xfrm>
                      <a:off x="0" y="0"/>
                      <a:ext cx="5486400" cy="5865050"/>
                    </a:xfrm>
                    <a:prstGeom prst="rect"/>
                  </pic:spPr>
                </pic:pic>
              </a:graphicData>
            </a:graphic>
          </wp:inline>
        </w:drawing>
      </w:r>
    </w:p>
    <w:p>
      <w:pPr>
        <w:spacing w:after="80"/>
      </w:pPr>
      <w:r>
        <w:rPr>
          <w:b w:val="0"/>
          <w:i w:val="0"/>
        </w:rPr>
        <w:t>Nếu nhìn vào xu hướng này, bạn sẽ dự đoán chiếc Ferrari năm 2037 có thể đạt được điều gì?</w:t>
      </w:r>
    </w:p>
    <w:p>
      <w:pPr>
        <w:spacing w:after="80"/>
      </w:pPr>
      <w:r>
        <w:rPr>
          <w:b w:val="0"/>
          <w:i w:val="0"/>
        </w:rPr>
        <w:t>Có vẻ như không thể nào tăng tốc từ 0 lên 60 dặm một giờ chỉ trong nháy mắt. Chắc chắn, người ta vào năm 1977 đã nói: "Không đời nào một chiếc Ferrari có thể làm được điều đó trong 4,9 giây." Chắc chắn, người ta vào năm 1997 đã nói: "Không đời nào một chiếc Ferrari có thể làm được điều đó trong 2,9 giây."</w:t>
      </w:r>
    </w:p>
    <w:p>
      <w:pPr>
        <w:spacing w:after="80"/>
      </w:pPr>
      <w:r>
        <w:rPr>
          <w:b w:val="0"/>
          <w:i w:val="0"/>
        </w:rPr>
        <w:t>Khi bạn nghĩ về các chức năng khác nhau trong doanh nghiệp của mình—bán hàng, tuyển dụng, chăm sóc khách hàng, bất cứ thứ gì—bạn có thể làm gì để rút ngắn khung thời gian của mình? Nghe có vẻ khó khăn hoặc thậm chí bất khả thi, nhưng tôi đảm bảo với bạn rằng luôn có cách để giảm thời gian thực hiện bất kỳ chức năng nào.</w:t>
      </w:r>
    </w:p>
    <w:p>
      <w:pPr>
        <w:spacing w:after="80"/>
      </w:pPr>
      <w:r>
        <w:rPr>
          <w:b w:val="0"/>
          <w:i w:val="0"/>
        </w:rPr>
        <w:t xml:space="preserve">Và trước khi bạn phản đối rằng mình đã làm mọi thứ có thể, để tôi kể cho bạn nghe một câu chuyện khác liên quan đến ô tô. Như tôi đã đọc trong cuốn sách </w:t>
      </w:r>
      <w:r>
        <w:rPr>
          <w:b w:val="0"/>
          <w:i/>
        </w:rPr>
        <w:t>The Toyota Way</w:t>
      </w:r>
      <w:r>
        <w:rPr>
          <w:b w:val="0"/>
          <w:i w:val="0"/>
        </w:rPr>
        <w:t xml:space="preserve"> của Jeffrey Liker, chất xúc tác cho thành công của Toyota chính là quyết định giải quyết mọi vấn đề phát sinh trên dây chuyền lắp ráp trong vòng không quá năm mươi chín giây. Công ty đã phát cho mọi người trên dây chuyền lắp ráp một chiếc chuông để rung, và ngay khi một nhân viên phát hiện vấn đề, người đó sẽ rung chuông và một giám sát viên sẽ nhanh chóng chạy đến để giải quyết vấn đề.</w:t>
      </w:r>
    </w:p>
    <w:p>
      <w:pPr>
        <w:spacing w:after="80"/>
      </w:pPr>
      <w:r>
        <w:rPr>
          <w:b w:val="0"/>
          <w:i w:val="0"/>
        </w:rPr>
        <w:t>Đó là lý do chính khiến Toyota thống trị ngành của mình. Không phải vì họ có tiếp thị tốt hơn hay giá tốt hơn. Mà là vì họ đã học được cách rút ngắn khung thời gian. Họ có thể thực thi nhanh hơn đối thủ cạnh tranh.</w:t>
      </w:r>
    </w:p>
    <w:p>
      <w:pPr>
        <w:spacing w:after="80"/>
      </w:pPr>
      <w:r>
        <w:rPr>
          <w:b w:val="0"/>
          <w:i w:val="0"/>
        </w:rPr>
        <w:t>Hãy nhìn vào ngành thức ăn nhanh. Tại sao McDonald's thống trị suốt bao nhiêu năm? Không phải vì họ có đồ ăn hay dịch vụ tốt hơn. Mà là vì họ giao đồ ăn cho bạn nhanh hơn. Hãy noi gương họ. Thành lập một ủy ban gồm những người sắc sảo và giao cho họ nhiệm vụ tìm ra cách làm cho một chức năng nào đó nhanh hơn. Lấy một tờ giấy và liệt kê các bước của bất kỳ chức năng nào trong doanh nghiệp của bạn. Xem xét cách bạn có thể loại bỏ một trong các bước. Đánh giá xem bước nào bạn có thể rút ngắn. Sau đó thử nghiệm bản beta các bước đã sửa đổi của bạn. Điều chỉnh dựa trên kết quả thử nghiệm. Triển khai mọi công cụ bạn có thể để rút ngắn khung thời gian.</w:t>
      </w:r>
    </w:p>
    <w:p>
      <w:pPr>
        <w:pStyle w:val="Heading3"/>
      </w:pPr>
      <w:r>
        <w:rPr>
          <w:rFonts w:ascii="Calibri" w:hAnsi="Calibri"/>
          <w:b/>
          <w:i w:val="0"/>
          <w:sz w:val="26"/>
        </w:rPr>
        <w:t>Bốn cách để tăng tốc</w:t>
      </w:r>
    </w:p>
    <w:p>
      <w:pPr>
        <w:spacing w:after="80"/>
      </w:pPr>
      <w:r>
        <w:rPr>
          <w:b w:val="0"/>
          <w:i w:val="0"/>
        </w:rPr>
        <w:t>Tăng tốc độ của bốn yếu tố sau đây sẽ giúp doanh nghiệp của bạn tiến nhanh hơn.</w:t>
      </w:r>
    </w:p>
    <w:p>
      <w:pPr>
        <w:spacing w:after="80"/>
        <w:ind w:left="360"/>
      </w:pPr>
      <w:r>
        <w:rPr>
          <w:b/>
          <w:i w:val="0"/>
        </w:rPr>
        <w:t>1.</w:t>
      </w:r>
      <w:r>
        <w:rPr>
          <w:b w:val="0"/>
          <w:i w:val="0"/>
        </w:rPr>
        <w:t xml:space="preserve"> </w:t>
      </w:r>
      <w:r>
        <w:rPr>
          <w:b/>
          <w:i w:val="0"/>
        </w:rPr>
        <w:t>Tốc độ vận hành.</w:t>
      </w:r>
      <w:r>
        <w:rPr>
          <w:b w:val="0"/>
          <w:i w:val="0"/>
        </w:rPr>
        <w:t xml:space="preserve"> Đây là hệ thống hỗ trợ mà bạn cung cấp cho đội ngũ của mình. Hãy xem xét con người của bạn là ai và năng lực của họ. Bạn có thể giúp họ tiến bộ thông qua đào tạo và các phương tiện khác để họ có thể cắt giảm thời gian của một chức năng không? Bạn có cần mang về một người có tài năng để tăng tốc mọi thứ không? Tốc độ vận hành chính là cốt lõi của doanh nghiệp bạn.</w:t>
      </w:r>
    </w:p>
    <w:p>
      <w:pPr>
        <w:spacing w:after="80"/>
        <w:ind w:left="360"/>
      </w:pPr>
      <w:r>
        <w:rPr>
          <w:b/>
          <w:i w:val="0"/>
        </w:rPr>
        <w:t>2.</w:t>
      </w:r>
      <w:r>
        <w:rPr>
          <w:b w:val="0"/>
          <w:i w:val="0"/>
        </w:rPr>
        <w:t xml:space="preserve"> </w:t>
      </w:r>
      <w:r>
        <w:rPr>
          <w:b/>
          <w:i w:val="0"/>
        </w:rPr>
        <w:t>Tốc độ xử lý.</w:t>
      </w:r>
      <w:r>
        <w:rPr>
          <w:b w:val="0"/>
          <w:i w:val="0"/>
        </w:rPr>
        <w:t xml:space="preserve"> Có một số chức năng hoặc quy trình giúp tổ chức của bạn vận hành. Bạn đưa sản phẩm từ A đến Z nhanh đến mức nào? Trước đó, tôi đã gợi ý rằng bạn nên chia nhỏ các bước của một chức năng nhất định và phân tích từng bước với mục tiêu tốc độ. Giả sử bạn có một cửa hàng trực tuyến. Các yếu tố góp phần vào tốc độ xử lý của việc bán hàng như sau: khách hàng tìm thấy trang web qua tìm kiếm; truy cập trang web; nhấp vào trang có loại sản phẩm cụ thể; xem xét giá cả và các lựa chọn khác; thêm sản phẩm vào giỏ hàng; nhập thông tin thẻ tín dụng; chọn loại vận chuyển; xác nhận mua hàng. Rất có thể bạn có thể giảm thời gian khách hàng thực hiện ít nhất một trong các bước này. Bạn không nghĩ vậy sao? Đã bao giờ nghe nói về đặt hàng "một cú nhấp" trên Amazon chưa? Amazon đã thống trị thương mại điện tử bằng cách tập trung vào tốc độ xử lý.</w:t>
      </w:r>
    </w:p>
    <w:p>
      <w:pPr>
        <w:spacing w:after="80"/>
        <w:ind w:left="360"/>
      </w:pPr>
      <w:r>
        <w:rPr>
          <w:b/>
          <w:i w:val="0"/>
        </w:rPr>
        <w:t>3.</w:t>
      </w:r>
      <w:r>
        <w:rPr>
          <w:b w:val="0"/>
          <w:i w:val="0"/>
        </w:rPr>
        <w:t xml:space="preserve"> </w:t>
      </w:r>
      <w:r>
        <w:rPr>
          <w:b/>
          <w:i w:val="0"/>
        </w:rPr>
        <w:t>Tốc độ mở rộng.</w:t>
      </w:r>
      <w:r>
        <w:rPr>
          <w:b w:val="0"/>
          <w:i w:val="0"/>
        </w:rPr>
        <w:t xml:space="preserve"> Đây là việc bạn tiến vào thị trường mới, thực hiện các thương vụ mua lại và giới thiệu sản phẩm mới nhanh đến mức nào. Nếu bạn là nhà bán lẻ, thời gian trung bình để bạn thâm nhập một thị trường mới là bao lâu? Một lần nữa, hãy xác định khung thời gian của bạn và mổ xẻ các bước. Nếu bạn đang mở rộng ra thị trường nước ngoài, có phải có một bước cụ thể nào đó luôn làm bạn chậm lại không? Bạn phải xác định các điểm nghẽn và tìm cách vượt qua chúng. Nếu bạn đang đàm phán các thương vụ ở nước ngoài mà liên tục bị quan liêu cản trở, hãy xác định xem chúng đang tiêu tốn của bạn bao nhiêu về thời gian, sự bực bội và tiền bạc. Giải pháp đơn giản có thể là thuê một luật sư có quan hệ rộng, giàu kinh nghiệm toàn cầu và có những mối liên hệ phù hợp.</w:t>
      </w:r>
    </w:p>
    <w:p>
      <w:pPr>
        <w:spacing w:after="80"/>
        <w:ind w:left="360"/>
      </w:pPr>
      <w:r>
        <w:rPr>
          <w:b/>
          <w:i w:val="0"/>
        </w:rPr>
        <w:t>4.</w:t>
      </w:r>
      <w:r>
        <w:rPr>
          <w:b w:val="0"/>
          <w:i w:val="0"/>
        </w:rPr>
        <w:t xml:space="preserve"> </w:t>
      </w:r>
      <w:r>
        <w:rPr>
          <w:b/>
          <w:i w:val="0"/>
        </w:rPr>
        <w:t>Tốc độ về thời điểm.</w:t>
      </w:r>
      <w:r>
        <w:rPr>
          <w:b w:val="0"/>
          <w:i w:val="0"/>
        </w:rPr>
        <w:t xml:space="preserve"> Câu hỏi "Khi nào?" có thể tạo nên điều kỳ diệu. Chọn đúng thời điểm cho các nước đi của bạn, và bạn có thể đánh bại những đối thủ có nhiều nguồn lực hơn mình. Bạn biết chính phủ sắp công bố một nghiên cứu lớn về việc một loại vitamin nào đó được phát hiện có hiệu quả trong việc điều chỉnh tác động của một căn bệnh nào đó. Bạn không biết họ sẽ khuyến nghị loại vitamin nào, nhưng bạn đặt cược rằng loại vitamin hàm lượng cao mà bạn đang phát triển chính là nó. Bạn chọn thời điểm giới thiệu sản phẩm của mình vào đúng ngày chính phủ công bố kết quả nghiên cứu.</w:t>
      </w:r>
    </w:p>
    <w:p>
      <w:pPr>
        <w:spacing w:after="80"/>
      </w:pPr>
      <w:r>
        <w:rPr>
          <w:b w:val="0"/>
          <w:i w:val="0"/>
        </w:rPr>
        <w:t>Thời điểm có thể liên quan đến nhiều hành động khác nhau: khi nào công bố một sáng kiến; khi nào phát động tấn công đối thủ cạnh tranh; khi nào sa thải hoặc tuyển dụng; khi nào thưởng cho mọi người; khi nào cấp cổ phần. Nếu bạn chọn đúng thời điểm, bạn sẽ nhân đôi tác động của mình. Có một câu nói rằng tốc độ giết chết. Đúng vậy; nó giết chết đối thủ cạnh tranh.</w:t>
      </w:r>
    </w:p>
    <w:p>
      <w:pPr>
        <w:pStyle w:val="Heading4"/>
      </w:pPr>
      <w:r>
        <w:rPr>
          <w:rFonts w:ascii="Calibri" w:hAnsi="Calibri"/>
          <w:b/>
          <w:i w:val="0"/>
          <w:sz w:val="23"/>
        </w:rPr>
        <w:t>Hệ thống bảy bước để rút ngắn khung thời gian</w:t>
      </w:r>
    </w:p>
    <w:p>
      <w:pPr>
        <w:spacing w:after="80"/>
        <w:ind w:left="360"/>
      </w:pPr>
      <w:r>
        <w:rPr>
          <w:b/>
          <w:i w:val="0"/>
        </w:rPr>
        <w:t>1.</w:t>
      </w:r>
      <w:r>
        <w:rPr>
          <w:b w:val="0"/>
          <w:i w:val="0"/>
        </w:rPr>
        <w:t xml:space="preserve"> </w:t>
      </w:r>
      <w:r>
        <w:rPr>
          <w:b/>
          <w:i w:val="0"/>
        </w:rPr>
        <w:t>Chọn một quy trình.</w:t>
      </w:r>
      <w:r>
        <w:rPr>
          <w:b w:val="0"/>
          <w:i w:val="0"/>
        </w:rPr>
        <w:t xml:space="preserve"> Từ việc mua nhà, gọi taxi đến chia sẻ ảnh trực tuyến với bạn bè, đều có một quy trình để tuân theo. Thật ra, một trong những cách tuyệt vời để nhận ra một cơ hội kinh doanh tiềm năng là tìm ra một quy trình còn nhiều lỗ hổng mà bạn có thể cải thiện.</w:t>
      </w:r>
    </w:p>
    <w:p>
      <w:pPr>
        <w:spacing w:after="80"/>
        <w:ind w:left="360"/>
      </w:pPr>
      <w:r>
        <w:rPr>
          <w:b/>
          <w:i w:val="0"/>
        </w:rPr>
        <w:t>2.</w:t>
      </w:r>
      <w:r>
        <w:rPr>
          <w:b w:val="0"/>
          <w:i w:val="0"/>
        </w:rPr>
        <w:t xml:space="preserve"> </w:t>
      </w:r>
      <w:r>
        <w:rPr>
          <w:b/>
          <w:i w:val="0"/>
        </w:rPr>
        <w:t>Liệt kê các bước của quy trình.</w:t>
      </w:r>
    </w:p>
    <w:p>
      <w:pPr>
        <w:spacing w:after="80"/>
        <w:ind w:left="360"/>
      </w:pPr>
      <w:r>
        <w:rPr>
          <w:b/>
          <w:i w:val="0"/>
        </w:rPr>
        <w:t>3.</w:t>
      </w:r>
      <w:r>
        <w:rPr>
          <w:b w:val="0"/>
          <w:i w:val="0"/>
        </w:rPr>
        <w:t xml:space="preserve"> </w:t>
      </w:r>
      <w:r>
        <w:rPr>
          <w:b/>
          <w:i w:val="0"/>
        </w:rPr>
        <w:t>Loại bỏ một bước.</w:t>
      </w:r>
      <w:r>
        <w:rPr>
          <w:b w:val="0"/>
          <w:i w:val="0"/>
        </w:rPr>
        <w:t xml:space="preserve"> Đây chính là lúc điều kỳ diệu xảy ra. Xem thử bạn có thể loại bỏ một bước không. Quy trình sẽ vận hành thế nào nếu thiếu bước đó? Đây chính là nơi sự đột phá (disruption) ra đời. Nếu bạn chưa tin, hãy lật lại vài trang trước và xem vì sao công ty tôi đã chi hơn 2 triệu đô la để tăng tốc độ xử lý của mình.</w:t>
      </w:r>
    </w:p>
    <w:p>
      <w:pPr>
        <w:spacing w:after="80"/>
        <w:ind w:left="360"/>
      </w:pPr>
      <w:r>
        <w:rPr>
          <w:b/>
          <w:i w:val="0"/>
        </w:rPr>
        <w:t>4.</w:t>
      </w:r>
      <w:r>
        <w:rPr>
          <w:b w:val="0"/>
          <w:i w:val="0"/>
        </w:rPr>
        <w:t xml:space="preserve"> </w:t>
      </w:r>
      <w:r>
        <w:rPr>
          <w:b/>
          <w:i w:val="0"/>
        </w:rPr>
        <w:t>Tối giản các bước.</w:t>
      </w:r>
      <w:r>
        <w:rPr>
          <w:b w:val="0"/>
          <w:i w:val="0"/>
        </w:rPr>
        <w:t xml:space="preserve"> Lấy những bước còn lại và rút ngắn khung thời gian của chúng. Việc rút ngắn những bước còn lại sẽ giúp tinh gọn quy trình, vốn giờ đây đã thiếu đi một trong những bước ban đầu.</w:t>
      </w:r>
    </w:p>
    <w:p>
      <w:pPr>
        <w:spacing w:after="80"/>
        <w:ind w:left="360"/>
      </w:pPr>
      <w:r>
        <w:rPr>
          <w:b/>
          <w:i w:val="0"/>
        </w:rPr>
        <w:t>5.</w:t>
      </w:r>
      <w:r>
        <w:rPr>
          <w:b w:val="0"/>
          <w:i w:val="0"/>
        </w:rPr>
        <w:t xml:space="preserve"> </w:t>
      </w:r>
      <w:r>
        <w:rPr>
          <w:b/>
          <w:i w:val="0"/>
        </w:rPr>
        <w:t>Thử nghiệm beta quy trình mới.</w:t>
      </w:r>
      <w:r>
        <w:rPr>
          <w:b w:val="0"/>
          <w:i w:val="0"/>
        </w:rPr>
        <w:t xml:space="preserve"> Tìm một nhóm khách hàng nhỏ để thử nghiệm và xem quy trình mới vận hành ra sao. Thị trường phản ứng thế nào với nó, và cần cải thiện ở những chỗ nào?</w:t>
      </w:r>
    </w:p>
    <w:p>
      <w:pPr>
        <w:spacing w:after="80"/>
        <w:ind w:left="360"/>
      </w:pPr>
      <w:r>
        <w:rPr>
          <w:b/>
          <w:i w:val="0"/>
        </w:rPr>
        <w:t>6.</w:t>
      </w:r>
      <w:r>
        <w:rPr>
          <w:b w:val="0"/>
          <w:i w:val="0"/>
        </w:rPr>
        <w:t xml:space="preserve"> </w:t>
      </w:r>
      <w:r>
        <w:rPr>
          <w:b/>
          <w:i w:val="0"/>
        </w:rPr>
        <w:t>Điều chỉnh quy trình.</w:t>
      </w:r>
      <w:r>
        <w:rPr>
          <w:b w:val="0"/>
          <w:i w:val="0"/>
        </w:rPr>
        <w:t xml:space="preserve"> Dựa trên kết quả thử nghiệm beta, hãy điều chỉnh quy trình của bạn. Đây là lúc bạn điều chỉnh quy trình cho phù hợp với một nhu cầu cụ thể.</w:t>
      </w:r>
    </w:p>
    <w:p>
      <w:pPr>
        <w:spacing w:after="80"/>
        <w:ind w:left="360"/>
      </w:pPr>
      <w:r>
        <w:rPr>
          <w:b/>
          <w:i w:val="0"/>
        </w:rPr>
        <w:t>7.</w:t>
      </w:r>
      <w:r>
        <w:rPr>
          <w:b w:val="0"/>
          <w:i w:val="0"/>
        </w:rPr>
        <w:t xml:space="preserve"> </w:t>
      </w:r>
      <w:r>
        <w:rPr>
          <w:b/>
          <w:i w:val="0"/>
        </w:rPr>
        <w:t>Tinh chỉnh.</w:t>
      </w:r>
      <w:r>
        <w:rPr>
          <w:b w:val="0"/>
          <w:i w:val="0"/>
        </w:rPr>
        <w:t xml:space="preserve"> Bạn đã thử nghiệm beta, và quy trình đã điều chỉnh sẵn sàng được tung ra. Hãy bán sản phẩm của bạn nhanh hơn đến mọi ngóc ngách của thị trường, và đừng quên lặp lại những bước này hết lần này đến lần khác để tạo ra sự tăng trưởng theo cấp số nhân.</w:t>
      </w:r>
    </w:p>
    <w:p>
      <w:pPr>
        <w:pStyle w:val="Heading3"/>
      </w:pPr>
      <w:r>
        <w:rPr>
          <w:rFonts w:ascii="Calibri" w:hAnsi="Calibri"/>
          <w:b/>
          <w:i w:val="0"/>
          <w:sz w:val="26"/>
        </w:rPr>
        <w:t>Lập kế hoạch cho sự tăng trưởng (một cách lạc quan và khôn ngoan)</w:t>
      </w:r>
    </w:p>
    <w:p>
      <w:pPr>
        <w:spacing w:after="80"/>
      </w:pPr>
      <w:r>
        <w:rPr>
          <w:b w:val="0"/>
          <w:i w:val="0"/>
        </w:rPr>
        <w:t>Steve Jobs từng nói: "Có một câu nói cũ của Wayne Gretzky mà tôi rất thích. 'Tôi trượt băng đến nơi quả bóng sẽ tới, chứ không phải nơi nó đã ở.' Và chúng tôi luôn cố gắng làm điều đó tại Apple." Dù câu nói này đã bị dùng quá nhiều đến mức giờ nghe như sáo rỗng, nó vẫn chứa đựng rất nhiều sự khôn ngoan. Gretzky là bậc thầy tối thượng của môn khúc côn cầu trên băng. Khả năng nhìn thấy nhiều nước đi phía trước hơn đối thủ của ông chính là lý do ông vẫn được gọi là "The Great One".</w:t>
      </w:r>
    </w:p>
    <w:p>
      <w:pPr>
        <w:spacing w:after="80"/>
      </w:pPr>
      <w:r>
        <w:rPr>
          <w:b w:val="0"/>
          <w:i w:val="0"/>
        </w:rPr>
        <w:t>Bạn sẽ liên tục bị buộc phải đưa ra quyết định khi đang sống trong thời điểm hiện tại, cũng như tâm trí và trái tim bạn luôn sống trong một sự thật tương lai. Hãy lấy không gian văn phòng của bạn làm ví dụ. Nếu công ty bạn thành công, nó sẽ phát triển. Nếu nó cực kỳ thành công, quỹ đạo tăng trưởng của nó sẽ rất dốc. Điều đó nghĩa là bạn sẽ cần thêm người, thiết bị và không gian. Khi trung tâm công nghệ Built in Chicago thông báo vào tháng 9 năm 2019 rằng VillageMD, một công ty y tế lấy chăm sóc sức khỏe ban đầu làm trọng tâm, đã huy động được 100 triệu đô la trong vòng gọi vốn Series B, thông cáo báo chí của họ viết: "Công ty đã huy động tổng cộng 216 triệu đô la tính đến nay… và đã vượt qua bốn trụ sở kể từ khi ra mắt vào năm 2013."</w:t>
      </w:r>
    </w:p>
    <w:p>
      <w:pPr>
        <w:spacing w:after="80"/>
      </w:pPr>
      <w:r>
        <w:rPr>
          <w:b w:val="0"/>
          <w:i w:val="0"/>
        </w:rPr>
        <w:t xml:space="preserve">Tăng trưởng nhanh có thể gây ra hỗn loạn, nhưng bạn có thể kiểm soát sự hỗn loạn đó ở một mức độ nào đó bằng cách tuân theo quy tắc đơn giản này: Nếu bạn có vốn, hãy thuê không gian văn phòng dựa trên những gì bạn sẽ cần trong 18 tháng tới. Với nhiều công ty, </w:t>
      </w:r>
      <w:r>
        <w:rPr>
          <w:b w:val="0"/>
          <w:i/>
        </w:rPr>
        <w:t>nếu</w:t>
      </w:r>
      <w:r>
        <w:rPr>
          <w:b w:val="0"/>
          <w:i w:val="0"/>
        </w:rPr>
        <w:t xml:space="preserve"> là một từ khá quan trọng. Với bốn lần chuyển trụ sở trong sáu năm, công ty đang tăng trưởng nhanh VillageMD dường như đã tìm được sự cân bằng đúng đắn.</w:t>
      </w:r>
    </w:p>
    <w:p>
      <w:pPr>
        <w:spacing w:after="80"/>
      </w:pPr>
      <w:r>
        <w:rPr>
          <w:b w:val="0"/>
          <w:i w:val="0"/>
        </w:rPr>
        <w:t>Nếu công ty bạn phát triển nhanh mà không có đủ không gian, bạn sẽ có cảnh người chồng lên người. Khi nhân viên của bạn ở quá gần nhau, một số người sẽ khiến người khác khó chịu. Mọi người sẽ bắt đầu cãi nhau thường xuyên hơn và to tiếng hơn. Họ sẽ bắt đầu tranh cãi xem ai được dùng phòng họp. Họ sẽ bảo nhau đừng nghe lén cuộc trò chuyện điện thoại của mình nữa. Không nghi ngờ gì nữa, việc không có đủ không gian có thể làm chậm đà phát triển của bạn.</w:t>
      </w:r>
    </w:p>
    <w:p>
      <w:pPr>
        <w:spacing w:after="80"/>
      </w:pPr>
      <w:r>
        <w:rPr>
          <w:b w:val="0"/>
          <w:i w:val="0"/>
        </w:rPr>
        <w:t xml:space="preserve">Romeo đã huy động được 750.000 đô la để khởi nghiệp một công ty tiếp thị tài chính ở Long Beach, California. Giống như nhiều doanh nhân khác, Romeo là một người bán hàng tuyệt vời. Là một người chốt sale đầy lôi cuốn, anh cực kỳ giỏi trong việc khiến người ta, như lời nhân vật của Alec Baldwin trong </w:t>
      </w:r>
      <w:r>
        <w:rPr>
          <w:b w:val="0"/>
          <w:i/>
        </w:rPr>
        <w:t>Glengarry Glen Ross</w:t>
      </w:r>
      <w:r>
        <w:rPr>
          <w:b w:val="0"/>
          <w:i w:val="0"/>
        </w:rPr>
        <w:t>, "ký vào đúng chỗ có dòng kẻ chấm". Tuy nhiên, ngay cả những người bán hàng giỏi nhất cũng có thể là những doanh nhân tồi.</w:t>
      </w:r>
    </w:p>
    <w:p>
      <w:pPr>
        <w:spacing w:after="80"/>
      </w:pPr>
      <w:r>
        <w:rPr>
          <w:b w:val="0"/>
          <w:i w:val="0"/>
        </w:rPr>
        <w:t>Tôi đến Trung tâm Thương mại Thế giới ở Long Beach để xem hoạt động của Romeo. Anh đã thuê nguyên tầng mười chín của tòa nhà, gần 30.000 feet vuông. Với giá 30 đô la một feet vuông mỗi năm, chỉ riêng tiền thuê hàng tháng đã lên tới 75.000 đô la. Đó là chưa tính đến điện thoại, internet, điện, hay bất kỳ chi phí thường xuyên nào khác của việc vận hành văn phòng—chưa nói đến đội ngũ nhân viên hỗ trợ. Rõ ràng là Romeo đã không suy nghĩ trước hơn một hai nước đi.</w:t>
      </w:r>
    </w:p>
    <w:p>
      <w:pPr>
        <w:spacing w:after="80"/>
      </w:pPr>
      <w:r>
        <w:rPr>
          <w:b w:val="0"/>
          <w:i w:val="0"/>
        </w:rPr>
        <w:t>Nhà đầu tư của Romeo hỏi tôi liệu tôi có nghĩ anh ấy đã đầu tư đúng không.</w:t>
      </w:r>
    </w:p>
    <w:p>
      <w:pPr>
        <w:spacing w:after="80"/>
      </w:pPr>
      <w:r>
        <w:rPr>
          <w:b w:val="0"/>
          <w:i w:val="0"/>
        </w:rPr>
        <w:t>"Bạn dự kiến bao lâu thì thấy được lợi nhuận từ khoản đầu tư của mình?" tôi hỏi.</w:t>
      </w:r>
    </w:p>
    <w:p>
      <w:pPr>
        <w:spacing w:after="80"/>
      </w:pPr>
      <w:r>
        <w:rPr>
          <w:b w:val="0"/>
          <w:i w:val="0"/>
        </w:rPr>
        <w:t>“Không có gì vô lý cả,” ông ấy nói. “Sáu tháng tới sẽ ổn thôi. Chết tiệt, thậm chí mười hai tháng cũng được.”</w:t>
      </w:r>
    </w:p>
    <w:p>
      <w:pPr>
        <w:spacing w:after="80"/>
      </w:pPr>
      <w:r>
        <w:rPr>
          <w:b w:val="0"/>
          <w:i w:val="0"/>
        </w:rPr>
        <w:t>Tôi bắt đầu phân tích, và rõ ràng là công việc kinh doanh đang lao thẳng xuống vực. Tính toán thử xem: công ty sẽ cần doanh thu gộp 100.000 đô-la một tháng chỉ để trang trải chi phí văn phòng, cộng thêm 62.500 đô-la mỗi tháng trong năm đầu tiên để trả lại cho nhà đầu tư. Chưa kể đến các chi phí cá nhân như thức ăn, quần áo và xe hơi cho Romeo, người có gu tiêu xài đắt đỏ.</w:t>
      </w:r>
    </w:p>
    <w:p>
      <w:pPr>
        <w:spacing w:after="80"/>
      </w:pPr>
      <w:r>
        <w:rPr>
          <w:b w:val="0"/>
          <w:i w:val="0"/>
        </w:rPr>
        <w:t>Tôi ăn tối với Romeo trước khi rời đi. Anh ấy xin phản hồi thẳng thắn, nên tôi bảo anh ấy hãy cắt giảm chi phí ngay lập tức khi còn có cơ hội. Tôi giải thích rằng thuê một văn phòng lớn như vậy cho chỉ năm nhân viên toàn thời gian và ba mươi nhân viên bán thời gian là vô nghĩa. Với bốn mươi chiếc bàn trống trong văn phòng và các buồng làm việc, nơi đó trông như một nhà xác. Như bạn có thể đoán, anh ấy không vui lắm với lời khuyên của tôi.</w:t>
      </w:r>
    </w:p>
    <w:p>
      <w:pPr>
        <w:spacing w:after="80"/>
      </w:pPr>
      <w:r>
        <w:rPr>
          <w:b w:val="0"/>
          <w:i w:val="0"/>
        </w:rPr>
        <w:t>Romeo có tài năng và kỹ năng để làm cho công việc kinh doanh thành công. Anh ấy chỉ không sẵn lòng chấp nhận rằng điều hành một doanh nghiệp thành công đòi hỏi phải đưa ra các quyết định tài chính hợp lý. Cuối cùng anh ấy tự đào sâu vào nợ nần và phải đóng cửa công việc kinh doanh. Bạn có nghĩ Romeo đang hành xử như một bậc thầy cờ vua không? Nếu anh ấy đã suy nghĩ trước dù chỉ ba nước đi, anh ấy đã có thể tránh được con đường thảm khốc đó.</w:t>
      </w:r>
    </w:p>
    <w:p>
      <w:pPr>
        <w:spacing w:after="80"/>
      </w:pPr>
      <w:r>
        <w:rPr>
          <w:b w:val="0"/>
          <w:i w:val="0"/>
        </w:rPr>
        <w:t xml:space="preserve">Tôi hiểu rằng quản lý cho cả hiện tại lẫn tương lai là một sự cân bằng tinh tế. Nếu bạn có năm nhân viên toàn thời gian, điểm ngọt ngào của bạn có thể là một văn phòng đủ chỗ cho mười lăm hoặc hai mươi người. Nếu bạn khôn ngoan, bạn sẽ thương lượng một quyền chọn thuê không gian liền kề mà bạn có thể chuyển vào </w:t>
      </w:r>
      <w:r>
        <w:rPr>
          <w:b w:val="0"/>
          <w:i/>
        </w:rPr>
        <w:t>khi</w:t>
      </w:r>
      <w:r>
        <w:rPr>
          <w:b w:val="0"/>
          <w:i w:val="0"/>
        </w:rPr>
        <w:t xml:space="preserve"> bạn cần.</w:t>
      </w:r>
    </w:p>
    <w:p>
      <w:pPr>
        <w:spacing w:after="80"/>
      </w:pPr>
      <w:r>
        <w:rPr>
          <w:b w:val="0"/>
          <w:i w:val="0"/>
        </w:rPr>
        <w:t>Đúng, hãy lập kế hoạch cho sự tăng trưởng. Và, đúng, hãy lập kế hoạch khôn ngoan để bạn có thể phân bổ vốn cho mục đích quan trọng nhất của nó. Người ta có thể tự thuyết phục mình bất cứ điều gì. Trước khi phát cuồng vì không gian văn phòng, hãy chơi một trò chơi nhỏ. Xem bạn có thể ghép công ty với nơi ra đời của nó không.</w:t>
      </w:r>
    </w:p>
    <w:p>
      <w:pPr>
        <w:spacing w:after="80"/>
      </w:pPr>
      <w:r>
        <w:rPr>
          <w:b w:val="0"/>
          <w:i w:val="0"/>
        </w:rPr>
        <w:t>Bạn có lẽ đã biết về Apple. Với những công ty còn lại, hãy ghép công ty với văn phòng đầu tiên của nó.</w:t>
      </w:r>
    </w:p>
    <w:p>
      <w:pPr>
        <w:jc w:val="center"/>
      </w:pPr>
      <w:r>
        <w:drawing>
          <wp:inline xmlns:a="http://schemas.openxmlformats.org/drawingml/2006/main" xmlns:pic="http://schemas.openxmlformats.org/drawingml/2006/picture">
            <wp:extent cx="5486400" cy="3879487"/>
            <wp:docPr id="35" name="Picture 35"/>
            <wp:cNvGraphicFramePr>
              <a:graphicFrameLocks noChangeAspect="1"/>
            </wp:cNvGraphicFramePr>
            <a:graphic>
              <a:graphicData uri="http://schemas.openxmlformats.org/drawingml/2006/picture">
                <pic:pic>
                  <pic:nvPicPr>
                    <pic:cNvPr id="0" name="f0179-01.jpg"/>
                    <pic:cNvPicPr/>
                  </pic:nvPicPr>
                  <pic:blipFill>
                    <a:blip r:embed="rId32"/>
                    <a:stretch>
                      <a:fillRect/>
                    </a:stretch>
                  </pic:blipFill>
                  <pic:spPr>
                    <a:xfrm>
                      <a:off x="0" y="0"/>
                      <a:ext cx="5486400" cy="3879487"/>
                    </a:xfrm>
                    <a:prstGeom prst="rect"/>
                  </pic:spPr>
                </pic:pic>
              </a:graphicData>
            </a:graphic>
          </wp:inline>
        </w:drawing>
      </w:r>
    </w:p>
    <w:p>
      <w:pPr>
        <w:spacing w:after="80"/>
      </w:pPr>
      <w:r>
        <w:rPr>
          <w:b/>
          <w:i w:val="0"/>
        </w:rPr>
        <w:t>Đáp án:</w:t>
      </w:r>
      <w:r>
        <w:rPr>
          <w:b w:val="0"/>
          <w:i w:val="0"/>
        </w:rPr>
        <w:t xml:space="preserve"> </w:t>
      </w:r>
      <w:r>
        <w:rPr>
          <w:b w:val="0"/>
          <w:i/>
        </w:rPr>
        <w:t>Mattel: Gara riêng; Google: Gara thuê; Disney: Gara của chú; eBay: Văn phòng tại nhà; Harley-Davidson: Nhà kho chứa củi chật hẹp phía sau xưởng cơ khí của một người bạn; Dell: Phòng ký túc xá</w:t>
      </w:r>
    </w:p>
    <w:p>
      <w:pPr>
        <w:pStyle w:val="Heading3"/>
      </w:pPr>
      <w:r>
        <w:rPr>
          <w:rFonts w:ascii="Calibri" w:hAnsi="Calibri"/>
          <w:b/>
          <w:i w:val="0"/>
          <w:sz w:val="26"/>
        </w:rPr>
        <w:t>Giảm thiểu hối tiếc</w:t>
      </w:r>
    </w:p>
    <w:p>
      <w:pPr>
        <w:spacing w:after="80"/>
      </w:pPr>
      <w:r>
        <w:rPr>
          <w:b w:val="0"/>
          <w:i w:val="0"/>
        </w:rPr>
        <w:t>Jeff Bezos, người sáng lập Amazon, nói rất nhiều về việc giảm thiểu hối tiếc—về việc chiếu bản thân tới tương lai rồi nghĩ về những gì, theo lý thuyết, ông ấy có thể hối tiếc vì đã không làm. Với Bezos, đây là cách để đảm bảo ông ấy chấp nhận những rủi ro có tính toán, vì ngay cả khi thất bại, nó cũng không thể tệ hơn việc không thử gì cả.</w:t>
      </w:r>
    </w:p>
    <w:p>
      <w:pPr>
        <w:spacing w:after="80"/>
      </w:pPr>
      <w:r>
        <w:rPr>
          <w:b w:val="0"/>
          <w:i w:val="0"/>
        </w:rPr>
        <w:t>Hóa ra Wayne Gretzky, người ghi điểm hàng đầu trong lịch sử NHL, đã nói thêm một câu bất hủ: “Bạn bỏ lỡ một trăm phần trăm những cú sút mà bạn không thực hiện.”</w:t>
      </w:r>
    </w:p>
    <w:p>
      <w:pPr>
        <w:spacing w:after="80"/>
      </w:pPr>
      <w:r>
        <w:rPr>
          <w:b w:val="0"/>
          <w:i w:val="0"/>
        </w:rPr>
        <w:t>Đây là một câu hỏi sẽ làm rõ khái niệm này: ở tuổi tám mươi chín, Warren Buffett có giá trị tài sản 90 tỷ đô-la (tính đến tháng 1 năm 2020). Bạn nghĩ ông ấy có giá trị bao nhiêu ở tuổi bốn mươi bảy? Năm tỷ đô-la? Hai mươi tỷ đô-la? Nếu bạn giống hầu hết mọi người, bạn sẽ cho rằng ít nhất cũng phải bằng đó. Suy cho cùng, dù chúng ta đang nói về khoảng cách bốn mươi hai năm, cũng hợp lý khi ông ấy phải có rất nhiều tiền vào thời điểm đó để đạt được 90 tỷ đô-la ngày hôm nay.</w:t>
      </w:r>
    </w:p>
    <w:p>
      <w:pPr>
        <w:spacing w:after="80"/>
      </w:pPr>
      <w:r>
        <w:rPr>
          <w:b w:val="0"/>
          <w:i w:val="0"/>
        </w:rPr>
        <w:t>Ở tuổi bốn mươi bảy, Buffett có giá trị tài sản 67 triệu đô-la.</w:t>
      </w:r>
    </w:p>
    <w:p>
      <w:pPr>
        <w:spacing w:after="80"/>
      </w:pPr>
      <w:r>
        <w:rPr>
          <w:b w:val="0"/>
          <w:i w:val="0"/>
        </w:rPr>
        <w:t>Sao có thể như vậy? Ông ấy phải đuổi theo rất nhiều để tạo bước nhảy từ 67 triệu đô-la lên 90 tỷ đô-la, đúng không? Vậy ông ấy đã làm điều đó như thế nào?</w:t>
      </w:r>
    </w:p>
    <w:p>
      <w:pPr>
        <w:spacing w:after="80"/>
      </w:pPr>
      <w:r>
        <w:rPr>
          <w:b w:val="0"/>
          <w:i w:val="0"/>
        </w:rPr>
        <w:t>Buffett làm được điều đó vì ông ấy không có thói quen xấu và giảm thiểu những hối tiếc của mình. Giờ thì tôi không biết ông Buffett. Có thể ông ấy có những hối tiếc khác mà chúng ta không biết. Nhưng tôi biết từ tất cả những gì tôi đã đọc về ông ấy rằng ông ấy duy trì một thành tích nhất quán là một người tử tế, công bằng trong cả cuộc sống cá nhân lẫn sự nghiệp.</w:t>
      </w:r>
    </w:p>
    <w:p>
      <w:pPr>
        <w:spacing w:after="80"/>
      </w:pPr>
      <w:r>
        <w:rPr>
          <w:b w:val="0"/>
          <w:i w:val="0"/>
        </w:rPr>
        <w:t>Buffett không phải là người nghiện ma túy, ông ấy không lừa dối các đối tác của mình, ông ấy không đánh bạc hết tiền, ông ấy không vướng vào rắc rối pháp lý. Trên hồ sơ công khai, không có dấu hiệu nào về bất cứ điều gì như vậy. Buffett dường như đã giảm thiểu những hối tiếc của mình và nhờ đó duy trì được đà tiến. Đó là một phần lớn giúp ông ấy đi từ 67 triệu đô-la lên 90 tỷ đô-la trong bốn mươi hai năm.</w:t>
      </w:r>
    </w:p>
    <w:p>
      <w:pPr>
        <w:spacing w:after="80"/>
      </w:pPr>
      <w:r>
        <w:rPr>
          <w:b w:val="0"/>
          <w:i w:val="0"/>
        </w:rPr>
        <w:t>So sánh con đường của Buffett với con đường của người dẫn chương trình trò chuyện quá cố Morton Downey, Jr.</w:t>
      </w:r>
    </w:p>
    <w:p>
      <w:pPr>
        <w:spacing w:after="80"/>
      </w:pPr>
      <w:r>
        <w:rPr>
          <w:b w:val="0"/>
          <w:i w:val="0"/>
        </w:rPr>
        <w:t>Vào cuối thập niên 1980, chương trình được phát sóng đồng loạt của Downey còn lớn hơn cả chương trình của Phil Donahue. Đó là truyền hình thực tế trước khi truyền hình thực tế ra đời, và Downey đang ở trên đỉnh cao của thế giới.</w:t>
      </w:r>
    </w:p>
    <w:p>
      <w:pPr>
        <w:spacing w:after="80"/>
      </w:pPr>
      <w:r>
        <w:rPr>
          <w:b w:val="0"/>
          <w:i w:val="0"/>
        </w:rPr>
        <w:t>Cho đến khi ông tự hủy hoại chính mình.</w:t>
      </w:r>
    </w:p>
    <w:p>
      <w:pPr>
        <w:spacing w:after="80"/>
      </w:pPr>
      <w:r>
        <w:rPr>
          <w:b w:val="0"/>
          <w:i w:val="0"/>
        </w:rPr>
        <w:t>Theo cáo buộc, vào ngày 24 tháng 4 năm 1989, Downey đang ở trong phòng vệ sinh sân bay thì bị ba kẻ theo chủ nghĩa da trắng thượng đẳng tấn công. Chúng đánh ông, cắt tóc ông, và vẽ hình chữ vạn lên mặt ông bằng bút lông. Cảnh sát đã cho ông làm bài kiểm tra nói dối (lie detector test), và ông đã vượt qua.</w:t>
      </w:r>
    </w:p>
    <w:p>
      <w:pPr>
        <w:spacing w:after="80"/>
      </w:pPr>
      <w:r>
        <w:rPr>
          <w:b w:val="0"/>
          <w:i w:val="0"/>
        </w:rPr>
        <w:t>Ngay sau đó, Downey thừa nhận rằng ông đã bịa ra toàn bộ vụ việc. Vào ngày 19 tháng 7 năm 1989, chương trình của ông bị hủy. Vào tháng 2 năm 1990, Downey nộp đơn xin phá sản.</w:t>
      </w:r>
    </w:p>
    <w:p>
      <w:pPr>
        <w:spacing w:after="80"/>
      </w:pPr>
      <w:r>
        <w:rPr>
          <w:b w:val="0"/>
          <w:i w:val="0"/>
        </w:rPr>
        <w:t>Giờ hãy xem xét sự việc thứ hai. Trong một chương trình, Downey có một vị khách là người ăn chay đang nói về lối sống lành mạnh của cô. Ông đáp lại cô rằng: "Để tôi nói cho cô biết một điều, cưng ạ. Tôi hút bốn gói thuốc lá mỗi ngày. Tôi uống bốn ly rượu mỗi ngày. Tôi ăn thịt đỏ. Tôi năm mươi lăm tuổi, và tôi trông đẹp trai như cô vậy."</w:t>
      </w:r>
    </w:p>
    <w:p>
      <w:pPr>
        <w:spacing w:after="80"/>
      </w:pPr>
      <w:r>
        <w:rPr>
          <w:b w:val="0"/>
          <w:i w:val="0"/>
        </w:rPr>
        <w:t>Downey qua đời ở tuổi sáu mươi tám vì ung thư phổi sau khi đã lâu không còn xuất hiện trước công chúng. Nếu có thể nhìn lại, bạn có nghĩ ông ấy sẽ hối hận về một số hành vi của mình không?</w:t>
      </w:r>
    </w:p>
    <w:p>
      <w:pPr>
        <w:spacing w:after="80"/>
      </w:pPr>
      <w:r>
        <w:rPr>
          <w:b w:val="0"/>
          <w:i w:val="0"/>
        </w:rPr>
        <w:t>Ông ấy có mọi thứ thuận lợi, nhưng ông không thể duy trì đà phát triển. Hãy để ông ấy làm tấm gương cảnh tỉnh cho bạn về những điều bạn không muốn phải hối hận.</w:t>
      </w:r>
    </w:p>
    <w:p>
      <w:pPr>
        <w:pStyle w:val="Heading3"/>
      </w:pPr>
      <w:r>
        <w:rPr>
          <w:rFonts w:ascii="Calibri" w:hAnsi="Calibri"/>
          <w:b/>
          <w:i w:val="0"/>
          <w:sz w:val="26"/>
        </w:rPr>
        <w:t>Quản lý các thói hư tật xấu</w:t>
      </w:r>
    </w:p>
    <w:p>
      <w:pPr>
        <w:spacing w:after="80"/>
      </w:pPr>
      <w:r>
        <w:rPr>
          <w:b w:val="0"/>
          <w:i w:val="0"/>
        </w:rPr>
        <w:t>Ít ai là thánh nhân, và nhiều doanh nhân có những thói hư tật xấu, nhưng nếu họ học được cách quản lý chúng, họ có thể ngăn chúng làm chệch hướng sự nghiệp của mình. Tôi học được từ Mục sư Dudley Rutherford rằng có bốn chữ G có thể hủy hoại một doanh nghiệp/một con người.</w:t>
      </w:r>
    </w:p>
    <w:p>
      <w:pPr>
        <w:pStyle w:val="Heading4"/>
      </w:pPr>
      <w:r>
        <w:rPr>
          <w:rFonts w:ascii="Calibri" w:hAnsi="Calibri"/>
          <w:b/>
          <w:i w:val="0"/>
          <w:sz w:val="23"/>
        </w:rPr>
        <w:t>Bốn chữ G nguy hiểm</w:t>
      </w:r>
    </w:p>
    <w:p>
      <w:pPr>
        <w:spacing w:after="80"/>
        <w:ind w:left="360"/>
      </w:pPr>
      <w:r>
        <w:rPr>
          <w:b/>
          <w:i w:val="0"/>
        </w:rPr>
        <w:t>1.</w:t>
      </w:r>
      <w:r>
        <w:rPr>
          <w:b w:val="0"/>
          <w:i w:val="0"/>
        </w:rPr>
        <w:t xml:space="preserve"> Tham lam (Greed)</w:t>
      </w:r>
    </w:p>
    <w:p>
      <w:pPr>
        <w:spacing w:after="80"/>
        <w:ind w:left="360"/>
      </w:pPr>
      <w:r>
        <w:rPr>
          <w:b/>
          <w:i w:val="0"/>
        </w:rPr>
        <w:t>2.</w:t>
      </w:r>
      <w:r>
        <w:rPr>
          <w:b w:val="0"/>
          <w:i w:val="0"/>
        </w:rPr>
        <w:t xml:space="preserve"> Ham ăn (Gluttony)</w:t>
      </w:r>
    </w:p>
    <w:p>
      <w:pPr>
        <w:spacing w:after="80"/>
        <w:ind w:left="360"/>
      </w:pPr>
      <w:r>
        <w:rPr>
          <w:b/>
          <w:i w:val="0"/>
        </w:rPr>
        <w:t>3.</w:t>
      </w:r>
      <w:r>
        <w:rPr>
          <w:b w:val="0"/>
          <w:i w:val="0"/>
        </w:rPr>
        <w:t xml:space="preserve"> Gái trai (Girls/guys)</w:t>
      </w:r>
    </w:p>
    <w:p>
      <w:pPr>
        <w:spacing w:after="80"/>
        <w:ind w:left="360"/>
      </w:pPr>
      <w:r>
        <w:rPr>
          <w:b/>
          <w:i w:val="0"/>
        </w:rPr>
        <w:t>4.</w:t>
      </w:r>
      <w:r>
        <w:rPr>
          <w:b w:val="0"/>
          <w:i w:val="0"/>
        </w:rPr>
        <w:t xml:space="preserve"> Cờ bạc (Gambling)</w:t>
      </w:r>
    </w:p>
    <w:p>
      <w:pPr>
        <w:spacing w:after="80"/>
      </w:pPr>
      <w:r>
        <w:rPr>
          <w:b w:val="0"/>
          <w:i w:val="0"/>
        </w:rPr>
        <w:t>Cám dỗ đánh bại nhiều người trong chúng ta. Biết bao người đã hủy hoại sự nghiệp và cuộc đời mình vì cờ bạc? Nhưng nó không nhất thiết phải là một thói hư tật xấu phổ biến như cờ bạc, rượu chè, hay ma túy. Một số người có những thói hư tật xấu gắn với tiền bạc: họ hoặc là keo kiệt, hoặc là tiêu xài như những thủy thủ say rượu. Kết quả là, họ hoặc là không thực hiện được những khoản đầu tư đúng đắn (vào công nghệ, con người, v.v.) hoặc là tiêu xài hoang phí và không thể duy trì hoạt động của mình.</w:t>
      </w:r>
    </w:p>
    <w:p>
      <w:pPr>
        <w:spacing w:after="80"/>
      </w:pPr>
      <w:r>
        <w:rPr>
          <w:b w:val="0"/>
          <w:i w:val="0"/>
        </w:rPr>
        <w:t>Có những người có tật xấu là kiêu ngạo: mọi thứ đều phải xoay quanh họ. Họ không chịu ghi nhận công lao của người khác, lại còn độc chiếm cả ánh đèn sân khấu lẫn tiền bạc từ công việc kinh doanh. Sớm muộn gì, những người xung quanh cũng nhận ra, và những nhân tài hàng đầu sẽ rời đi.</w:t>
      </w:r>
    </w:p>
    <w:p>
      <w:pPr>
        <w:spacing w:after="80"/>
      </w:pPr>
      <w:r>
        <w:rPr>
          <w:b w:val="0"/>
          <w:i w:val="0"/>
        </w:rPr>
        <w:t>Gian lận cũng là một tật xấu, và đó là tật xấu mà một số doanh nhân đặc biệt dễ mắc phải. Thuở đầu sự nghiệp, tôi cạnh tranh khách hàng với Larry, và anh ta đang đánh bại tôi thê thảm, làm ra lượng công việc kinh doanh gấp ba lần tôi. Điều đó thật nhục nhã vì nhiều lý do; lúc đó tôi có một cô bạn gái cực kỳ thích cạnh tranh, cô ấy cũng làm trong ngành của chúng tôi, và cô ấy cũng đang thua anh ta. Điều đó khiến cô ấy phát điên.</w:t>
      </w:r>
    </w:p>
    <w:p>
      <w:pPr>
        <w:spacing w:after="80"/>
      </w:pPr>
      <w:r>
        <w:rPr>
          <w:b w:val="0"/>
          <w:i w:val="0"/>
        </w:rPr>
        <w:t>Để cô ấy bình tĩnh lại, tôi nói: "Nghe này, để anh nói với em thế này: Đây là một cuộc chơi dài hạn. Thực thi chiến lược của chúng ta cần thời gian. Chúng ta sẽ tiếp tục làm theo cách mình đang làm vì đây là một nước cờ dài hạn."</w:t>
      </w:r>
    </w:p>
    <w:p>
      <w:pPr>
        <w:spacing w:after="80"/>
      </w:pPr>
      <w:r>
        <w:rPr>
          <w:b w:val="0"/>
          <w:i w:val="0"/>
        </w:rPr>
        <w:t>Sáu tháng sau, SEC buộc tội Larry vì đã thuyết phục khách hàng rút tiền từ các khoản thế chấp của họ và đầu tư vào niên kim biến đổi (variable annuities). Anh ta mất giấy phép hành nghề chứng khoán, và chín người khác trong đại lý của anh ta cũng vậy vì đã sao chép chiêu trò của anh ta.</w:t>
      </w:r>
    </w:p>
    <w:p>
      <w:pPr>
        <w:spacing w:after="80"/>
      </w:pPr>
      <w:r>
        <w:rPr>
          <w:b w:val="0"/>
          <w:i w:val="0"/>
        </w:rPr>
        <w:t>Larry có tài, nhưng anh ta để cho tật xấu của mình lấn át. Mọi đà phát triển mà anh ta gây dựng được khi bán hàng điên cuồng đều bị chặn đứng—vĩnh viễn.</w:t>
      </w:r>
    </w:p>
    <w:p>
      <w:pPr>
        <w:pStyle w:val="Heading3"/>
      </w:pPr>
      <w:r>
        <w:rPr>
          <w:rFonts w:ascii="Calibri" w:hAnsi="Calibri"/>
          <w:b/>
          <w:i w:val="0"/>
          <w:sz w:val="26"/>
        </w:rPr>
        <w:t>Năm Tội Chết Người của Doanh Nhân</w:t>
      </w:r>
    </w:p>
    <w:p>
      <w:pPr>
        <w:spacing w:after="80"/>
      </w:pPr>
      <w:r>
        <w:rPr>
          <w:b w:val="0"/>
          <w:i w:val="0"/>
        </w:rPr>
        <w:t>Danh sách các tật xấu thì vô tận, nhưng doanh nhân đặc biệt dễ bị tổn thương trước một số cám dỗ nhất định. Đó là những tội lỗi mà bạn nên làm mọi cách trong khả năng của mình để tránh, vì chúng sẽ phá hủy bất kỳ đà phát triển nào mà bạn đã tạo ra cho công việc kinh doanh của mình. Đây là năm tội chết người:</w:t>
      </w:r>
    </w:p>
    <w:p>
      <w:pPr>
        <w:spacing w:after="80"/>
        <w:ind w:left="360"/>
      </w:pPr>
      <w:r>
        <w:rPr>
          <w:b/>
          <w:i w:val="0"/>
        </w:rPr>
        <w:t>1.</w:t>
      </w:r>
      <w:r>
        <w:rPr>
          <w:b w:val="0"/>
          <w:i w:val="0"/>
        </w:rPr>
        <w:t xml:space="preserve"> Quá keo kiệt hoặc tiêu xài hoang phí một cách thiếu khôn ngoan</w:t>
      </w:r>
    </w:p>
    <w:p>
      <w:pPr>
        <w:spacing w:after="80"/>
        <w:ind w:left="360"/>
      </w:pPr>
      <w:r>
        <w:rPr>
          <w:b/>
          <w:i w:val="0"/>
        </w:rPr>
        <w:t>2.</w:t>
      </w:r>
      <w:r>
        <w:rPr>
          <w:b w:val="0"/>
          <w:i w:val="0"/>
        </w:rPr>
        <w:t xml:space="preserve"> Để cho những người sai lầm có ảnh hưởng lên bạn</w:t>
      </w:r>
    </w:p>
    <w:p>
      <w:pPr>
        <w:spacing w:after="80"/>
        <w:ind w:left="360"/>
      </w:pPr>
      <w:r>
        <w:rPr>
          <w:b/>
          <w:i w:val="0"/>
        </w:rPr>
        <w:t>3.</w:t>
      </w:r>
      <w:r>
        <w:rPr>
          <w:b w:val="0"/>
          <w:i w:val="0"/>
        </w:rPr>
        <w:t xml:space="preserve"> Có tư duy "bậc vương giả"</w:t>
      </w:r>
    </w:p>
    <w:p>
      <w:pPr>
        <w:spacing w:after="80"/>
        <w:ind w:left="360"/>
      </w:pPr>
      <w:r>
        <w:rPr>
          <w:b/>
          <w:i w:val="0"/>
        </w:rPr>
        <w:t>4.</w:t>
      </w:r>
      <w:r>
        <w:rPr>
          <w:b w:val="0"/>
          <w:i w:val="0"/>
        </w:rPr>
        <w:t xml:space="preserve"> Từ chối thích nghi</w:t>
      </w:r>
    </w:p>
    <w:p>
      <w:pPr>
        <w:spacing w:after="80"/>
        <w:ind w:left="360"/>
      </w:pPr>
      <w:r>
        <w:rPr>
          <w:b/>
          <w:i w:val="0"/>
        </w:rPr>
        <w:t>5.</w:t>
      </w:r>
      <w:r>
        <w:rPr>
          <w:b w:val="0"/>
          <w:i w:val="0"/>
        </w:rPr>
        <w:t xml:space="preserve"> Ám ảnh so sánh bản thân với người khác</w:t>
      </w:r>
    </w:p>
    <w:p>
      <w:pPr>
        <w:pStyle w:val="Heading4"/>
      </w:pPr>
      <w:r>
        <w:rPr>
          <w:rFonts w:ascii="Calibri" w:hAnsi="Calibri"/>
          <w:b/>
          <w:i w:val="0"/>
          <w:sz w:val="23"/>
        </w:rPr>
        <w:t>1. QUÁ KEO KIỆT HOẶC TIÊU XÀI HOANG PHÍ MỘT CÁCH THIẾU KHÔN NGOAN</w:t>
      </w:r>
    </w:p>
    <w:p>
      <w:pPr>
        <w:spacing w:after="80"/>
      </w:pPr>
      <w:r>
        <w:rPr>
          <w:b w:val="0"/>
          <w:i w:val="0"/>
        </w:rPr>
        <w:t>Nếu bạn là người hâm mộ thể thao, chắc hẳn bạn đã từng chứng kiến một huấn luyện viên bóng bầu dục chơi cầm chừng khi đội của ông ấy đang dẫn trước. Không có những pha gọi chiến thuật tấn công mạnh mẽ đã giúp tạo nên lợi thế dẫn trước, đội kia có cơ hội lật ngược tình thế. Vị huấn luyện viên nghĩ rằng mình đang khôn ngoan và bảo vệ lợi thế dẫn trước. Trên thực tế, sự thận trọng thái quá của ông ấy khiến mọi người sợ mắc sai lầm và cho phép đội kia giành lại thế trận. Kiểu "phòng ngự ngăn chặn" (prevent defense) cuối cùng khiến họ mất đi chiến thắng.</w:t>
      </w:r>
    </w:p>
    <w:p>
      <w:pPr>
        <w:spacing w:after="80"/>
      </w:pPr>
      <w:r>
        <w:rPr>
          <w:b w:val="0"/>
          <w:i w:val="0"/>
        </w:rPr>
        <w:t>Khi doanh nhân keo kiệt, họ tự thuyết phục bản thân rằng mình đang tiết kiệm; rằng họ đã kiếm được kha khá tiền (tức là đã tạo được lợi thế dẫn trước lớn) và cần phải ngồi yên trên đó. Hãy nhớ câu nói cũ: Bạn phải tiêu tiền để kiếm tiền. Không chịu chi tiền để cập nhật phần mềm hay tung ra một sản phẩm mới cần thiết, và bạn sẽ phải trả giá.</w:t>
      </w:r>
    </w:p>
    <w:p>
      <w:pPr>
        <w:spacing w:after="80"/>
      </w:pPr>
      <w:r>
        <w:rPr>
          <w:b w:val="0"/>
          <w:i w:val="0"/>
        </w:rPr>
        <w:t>Những doanh nhân khác lại giết chết đà phát triển của mình bằng cách tiêu xài như thể họ sở hữu một cái giếng tiền không đáy. Họ tin chắc rằng mình, khác với mọi người, sẽ không bao giờ có giai đoạn đi xuống. Họ tiêu quá nhiều quá nhanh, thường là vào những thứ sai lầm, và khi họ cần tiền cho một việc gì đó quan trọng, thì tiền không còn ở đó nữa. Bùm, đà phát triển của họ biến mất.</w:t>
      </w:r>
    </w:p>
    <w:p>
      <w:pPr>
        <w:pStyle w:val="Heading4"/>
      </w:pPr>
      <w:r>
        <w:rPr>
          <w:rFonts w:ascii="Calibri" w:hAnsi="Calibri"/>
          <w:b/>
          <w:i w:val="0"/>
          <w:sz w:val="23"/>
        </w:rPr>
        <w:t>2. ĐỂ NGƯỜI SAI GÂY ẢNH HƯỞNG LÊN BẠN</w:t>
      </w:r>
    </w:p>
    <w:p>
      <w:pPr>
        <w:spacing w:after="80"/>
      </w:pPr>
      <w:r>
        <w:rPr>
          <w:b w:val="0"/>
          <w:i w:val="0"/>
        </w:rPr>
        <w:t>Cố vấn của bạn bảo bạn tăng gấp đôi quy mô doanh nghiệp. Vợ/chồng bạn khăng khăng rằng bạn phải cắt giảm 50 phần trăm nhân sự. Bạn thân của bạn gợi ý rằng bạn nên sáp nhập công ty của mình với công ty của anh ấy. Không lời khuyên nào trong số này nhất thiết là tồi, nhưng bạn cần phân tích nguồn gốc. Hãy quyết định ai là người sai để không đi theo và ai là người đúng. Người sai có mục đích riêng của họ. Người sai quan tâm đến việc lấy lòng bạn bằng cách làm kẻ xu nịnh hơn là đưa ra lời khuyên khách quan. Người sai ghen tị với thành công của bạn và thầm mong thấy bạn thất bại. Người sai cũng có thể là một người thân yêu nhưng không được tiếp cận tất cả thông tin tình báo và dữ liệu mà bạn có.</w:t>
      </w:r>
    </w:p>
    <w:p>
      <w:pPr>
        <w:spacing w:after="80"/>
      </w:pPr>
      <w:r>
        <w:rPr>
          <w:b w:val="0"/>
          <w:i w:val="0"/>
        </w:rPr>
        <w:t>Hãy xử lý những vấn đề này. Đừng để người khác lay chuyển bạn mà không phân tích trước xem họ là ai, tính cách và động cơ của họ. Cũng hãy nhớ rằng, chỉ vì họ đã ở bên bạn lâu năm—như một đồng nghiệp, một người bạn, hay thậm chí một người bạn đời—không có nghĩa là những gợi ý của họ là hợp lý.</w:t>
      </w:r>
    </w:p>
    <w:p>
      <w:pPr>
        <w:pStyle w:val="Heading4"/>
      </w:pPr>
      <w:r>
        <w:rPr>
          <w:rFonts w:ascii="Calibri" w:hAnsi="Calibri"/>
          <w:b/>
          <w:i w:val="0"/>
          <w:sz w:val="23"/>
        </w:rPr>
        <w:t>3. CÓ TƯ DUY “VUA CHÚA”</w:t>
      </w:r>
    </w:p>
    <w:p>
      <w:pPr>
        <w:spacing w:after="80"/>
      </w:pPr>
      <w:r>
        <w:rPr>
          <w:b w:val="0"/>
          <w:i w:val="0"/>
        </w:rPr>
        <w:t>Bạn cảm thấy mình đương nhiên được hưởng đặc quyền, bất khả chiến bại và không bao giờ sai. Như một vị vua hay nữ hoàng, bạn cai trị và mong thần dân tuân lệnh thay vì thách thức mọi lời tuyên bố của bạn. Không nghi ngờ gì nữa, bạn đã thành công và cảm thấy như thể mình đang cai trị đế chế của mình. Nhưng hãy dừng lại và suy nghĩ một chút về việc thái độ đương nhiên được hưởng đặc quyền của bạn đang gây ra điều gì:</w:t>
      </w:r>
    </w:p>
    <w:p>
      <w:pPr>
        <w:spacing w:after="80"/>
        <w:ind w:left="360"/>
      </w:pPr>
      <w:r>
        <w:t xml:space="preserve">• </w:t>
      </w:r>
      <w:r>
        <w:rPr>
          <w:b w:val="0"/>
          <w:i w:val="0"/>
        </w:rPr>
        <w:t>Không ai chất vấn các quyết định của bạn.</w:t>
      </w:r>
    </w:p>
    <w:p>
      <w:pPr>
        <w:spacing w:after="80"/>
        <w:ind w:left="360"/>
      </w:pPr>
      <w:r>
        <w:t xml:space="preserve">• </w:t>
      </w:r>
      <w:r>
        <w:rPr>
          <w:b w:val="0"/>
          <w:i w:val="0"/>
        </w:rPr>
        <w:t>Không ai dám đưa ra ý kiến khác với ý kiến của bạn.</w:t>
      </w:r>
    </w:p>
    <w:p>
      <w:pPr>
        <w:spacing w:after="80"/>
        <w:ind w:left="360"/>
      </w:pPr>
      <w:r>
        <w:t xml:space="preserve">• </w:t>
      </w:r>
      <w:r>
        <w:rPr>
          <w:b w:val="0"/>
          <w:i w:val="0"/>
        </w:rPr>
        <w:t>Không ai sẵn lòng mạo hiểm (vì sợ bị chặt đầu theo đúng nghĩa đen).</w:t>
      </w:r>
    </w:p>
    <w:p>
      <w:pPr>
        <w:spacing w:after="80"/>
      </w:pPr>
      <w:r>
        <w:rPr>
          <w:b w:val="0"/>
          <w:i w:val="0"/>
        </w:rPr>
        <w:t>Những nhà lãnh đạo hành xử như vua chúa sẽ mất ngai vàng. Nếu dân thường không nổi dậy, một nhà lãnh đạo mới không có tư duy này sẽ chiếm lấy lãnh thổ.</w:t>
      </w:r>
    </w:p>
    <w:p>
      <w:pPr>
        <w:pStyle w:val="Heading4"/>
      </w:pPr>
      <w:r>
        <w:rPr>
          <w:rFonts w:ascii="Calibri" w:hAnsi="Calibri"/>
          <w:b/>
          <w:i w:val="0"/>
          <w:sz w:val="23"/>
        </w:rPr>
        <w:t>4. TỪ CHỐI THÍCH NGHI</w:t>
      </w:r>
    </w:p>
    <w:p>
      <w:pPr>
        <w:spacing w:after="80"/>
      </w:pPr>
      <w:r>
        <w:rPr>
          <w:b w:val="0"/>
          <w:i w:val="0"/>
        </w:rPr>
        <w:t>Sự nhanh nhạy được đánh giá cao trong các tổ chức ngày nay là có lý do. Trong chương 12, chúng ta sẽ thảo luận về việc các công ty rơi khỏi Fortune 500 và S&amp;P 500 nhanh đến mức nào. Nếu bạn không thể thích nghi, bạn sẽ thất bại nhanh chóng. “Pivot” (xoay trục) là một từ thông dụng hữu ích; nó có nghĩa là khả năng chuyển hướng nhanh chóng khi tình hình thay đổi.</w:t>
      </w:r>
    </w:p>
    <w:p>
      <w:pPr>
        <w:spacing w:after="80"/>
      </w:pPr>
      <w:r>
        <w:rPr>
          <w:b w:val="0"/>
          <w:i w:val="0"/>
        </w:rPr>
        <w:t>Quá nhiều doanh nhân tin chắc rằng họ phải kiên định với con đường đã chọn, rằng họ phải dồn gấp đôi vào một chiến lược đang không hiệu quả. Chỉ vì Chiến lược A đã hiệu quả và giúp doanh nghiệp của bạn phát đạt năm ngoái, điều đó không có nghĩa là nó khả thi trong năm nay.</w:t>
      </w:r>
    </w:p>
    <w:p>
      <w:pPr>
        <w:pStyle w:val="Heading4"/>
      </w:pPr>
      <w:r>
        <w:rPr>
          <w:rFonts w:ascii="Calibri" w:hAnsi="Calibri"/>
          <w:b/>
          <w:i w:val="0"/>
          <w:sz w:val="23"/>
        </w:rPr>
        <w:t>5. ÁM ẢNH SO SÁNH BẢN THÂN VỚI NGƯỜI KHÁC</w:t>
      </w:r>
    </w:p>
    <w:p>
      <w:pPr>
        <w:spacing w:after="80"/>
      </w:pPr>
      <w:r>
        <w:rPr>
          <w:b w:val="0"/>
          <w:i w:val="0"/>
        </w:rPr>
        <w:t>Bạn có thể đánh mất tầm nhìn lớn hơn nếu bạn liên tục ghen tị với một đối thủ cạnh tranh. Tôi là một người cực kỳ thích cạnh tranh, và nếu ai đó trong ngành của tôi đang làm tốt hơn tôi, phản xạ của tôi là tìm cách đánh bại họ. Điều đó không có gì sai. Điều sai là khi bạn ám ảnh về người khác—một đối thủ cạnh tranh, anh rể của bạn, người cố vấn của bạn—và không tập trung vào chiến lược và mục tiêu của mình. Tất cả những gì bạn muốn là đánh bại đối tượng mà bạn ghen tị, và nếu đó là tất cả những gì bạn quan tâm, thì bạn đang quan tâm đến điều sai lầm và doanh nghiệp của bạn sẽ lạc lối. Những bậc thầy vĩ đại sở hữu khả năng tập trung đáng kinh ngạc. Họ biết rằng nếu họ để bất kỳ sự xao nhãng nào thấm vào ý thức của mình, họ sẽ nhanh chóng mất đi lợi thế.</w:t>
      </w:r>
    </w:p>
    <w:p>
      <w:pPr>
        <w:pStyle w:val="Heading3"/>
      </w:pPr>
      <w:r>
        <w:rPr>
          <w:rFonts w:ascii="Calibri" w:hAnsi="Calibri"/>
          <w:b/>
          <w:i w:val="0"/>
          <w:sz w:val="26"/>
        </w:rPr>
        <w:t>Mặt trái của Tốc độ: Những Cám dỗ Tiền Nhanh</w:t>
      </w:r>
    </w:p>
    <w:p>
      <w:pPr>
        <w:spacing w:after="80"/>
      </w:pPr>
      <w:r>
        <w:rPr>
          <w:b w:val="0"/>
          <w:i w:val="0"/>
        </w:rPr>
        <w:t>Bạn có đang quyết tâm đến cùng để phát triển công ty của mình không? Hầu hết các doanh nhân đều như vậy. Họ đầy tham vọng và vạch ra một chiến lược giúp họ thêm sản phẩm và dịch vụ mới, tăng doanh thu, mở rộng lãnh thổ và phát triển theo những cách khác.</w:t>
      </w:r>
    </w:p>
    <w:p>
      <w:pPr>
        <w:spacing w:after="80"/>
      </w:pPr>
      <w:r>
        <w:rPr>
          <w:b w:val="0"/>
          <w:i w:val="0"/>
        </w:rPr>
        <w:t>Bạn sẽ bị cám dỗ để đi đường tắt. Tin tôi đi. Bạn sẽ được mời chào những cách kiếm tiền nhanh hay những lối tắt để tăng trưởng. Bạn có thể bị cám dỗ hợp tác với một người nổi tiếng là thiếu đạo đức nhưng lại có những mối quan hệ then chốt. Bạn có thể thử tặng một "món quà" cho một quan chức chính phủ hay ai đó có đủ tầm ảnh hưởng để bỏ qua một vi phạm hoặc giúp đề xuất của bạn được xếp lên đầu hàng. Bạn có thể dấn thân vào một mảng kinh doanh béo bở, nơi bạn thấy được lợi ích của việc vi phạm quy tắc đạo đức của mình.</w:t>
      </w:r>
    </w:p>
    <w:p>
      <w:pPr>
        <w:spacing w:after="80"/>
      </w:pPr>
      <w:r>
        <w:rPr>
          <w:b w:val="0"/>
          <w:i w:val="0"/>
        </w:rPr>
        <w:t>Tôi không nói rằng bạn sẽ làm điều gì đó phạm pháp. Nhưng bạn có thể vi phạm các giá trị và nguyên tắc của mình vì mục tiêu tăng trưởng. Làm vậy sẽ có những hệ quả.</w:t>
      </w:r>
    </w:p>
    <w:p>
      <w:pPr>
        <w:spacing w:after="80"/>
      </w:pPr>
      <w:r>
        <w:rPr>
          <w:b w:val="0"/>
          <w:i w:val="0"/>
        </w:rPr>
        <w:t xml:space="preserve">Khi công ty của tôi bắt đầu phát triển, tôi nhận được những cuộc gọi từ những người đang làm rất nhiều hợp đồng bảo hiểm với chúng tôi, hỏi xin những thương vụ riêng. Bạn không thể tưởng tượng nổi tôi đã bị cám dỗ muốn đồng ý đến mức nào. Tôi không tham tiền; tôi tham </w:t>
      </w:r>
      <w:r>
        <w:rPr>
          <w:b w:val="0"/>
          <w:i/>
        </w:rPr>
        <w:t>đà phát triển</w:t>
      </w:r>
      <w:r>
        <w:rPr>
          <w:b w:val="0"/>
          <w:i w:val="0"/>
        </w:rPr>
        <w:t>. Nếu một người đề nghị tôi một "thương vụ riêng" trả $200,000, thật dễ để biện minh cho việc nhận số tiền đó để tôi có thể dùng nó thuê thêm lãnh đạo hoặc chi nhiều hơn cho chiến dịch đổi mới tiếp theo của chúng tôi.</w:t>
      </w:r>
    </w:p>
    <w:p>
      <w:pPr>
        <w:spacing w:after="80"/>
      </w:pPr>
      <w:r>
        <w:rPr>
          <w:b w:val="0"/>
          <w:i w:val="0"/>
        </w:rPr>
        <w:t>Những kiểu thương vụ đó sẽ cám dỗ bạn, nhưng bạn phải nhìn xa năm nước đi để hiểu rằng chất độc chứa trong chúng đủ sức hủy hoại doanh nghiệp của bạn. Nếu tôi từng thực hiện kiểu thương vụ riêng đó và những người trung thành của tôi phát hiện ra, thì coi như xong.</w:t>
      </w:r>
    </w:p>
    <w:p>
      <w:pPr>
        <w:spacing w:after="80"/>
      </w:pPr>
      <w:r>
        <w:rPr>
          <w:b w:val="0"/>
          <w:i w:val="0"/>
        </w:rPr>
        <w:t>Đừng bao giờ phản bội những người trung thành của bạn. Nếu họ phát hiện bạn đã thực hiện những thương vụ đáng ngờ, hai điều sẽ xảy ra. Thứ nhất, họ sẽ nói: "Này, tôi cũng muốn một thương vụ riêng." Rõ ràng là bạn không thể cho ai cũng một thương vụ như vậy. Và thứ hai, khi cuối cùng bạn xảy ra mâu thuẫn với một trong những người có thương vụ riêng, anh ta sẽ kể cho mọi người. Anh ta có thể nói với bạn: "Cứ đưa tôi hợp đồng đó, tôi sẽ không nói với ai." Nhưng anh ta sẽ nói khi giận bạn, và rồi mọi người sẽ biết những trò bạn đã chơi.</w:t>
      </w:r>
    </w:p>
    <w:p>
      <w:pPr>
        <w:spacing w:after="80"/>
      </w:pPr>
      <w:r>
        <w:rPr>
          <w:b w:val="0"/>
          <w:i w:val="0"/>
        </w:rPr>
        <w:t>Giữ vững sự chính trực luôn là một chiến lược thắng lợi. Điều xảy ra khi bạn thỏa hiệp sự chính trực của mình là bạn đuổi theo những khoản tăng trưởng nhỏ nhặt với cái giá phải trả là những mục tiêu tăng trưởng lớn hơn nhiều. Bạn chọn những thắng lợi nhỏ thay vì những thắng lợi lớn và bền vững. Đó là công thức hoàn hảo để xây dựng một doanh nghiệp tầm thường và bị tê liệt vì hoang tưởng. Bạn giỏi hơn thế.</w:t>
      </w:r>
    </w:p>
    <w:p>
      <w:pPr>
        <w:pStyle w:val="Heading3"/>
      </w:pPr>
      <w:r>
        <w:rPr>
          <w:rFonts w:ascii="Calibri" w:hAnsi="Calibri"/>
          <w:b/>
          <w:i w:val="0"/>
          <w:sz w:val="26"/>
        </w:rPr>
        <w:t>Khối lượng × Vận tốc = Đà phát triển</w:t>
      </w:r>
    </w:p>
    <w:p>
      <w:pPr>
        <w:spacing w:after="80"/>
      </w:pPr>
      <w:r>
        <w:rPr>
          <w:b w:val="0"/>
          <w:i w:val="0"/>
        </w:rPr>
        <w:t>Khi doanh nghiệp của bạn tích tụ lực như một tảng đá lăn xuống dốc, nó sẽ trở nên nguy hiểm. Mấu chốt là quản lý tốc độ của nó. Xây dựng dựa trên đà phát triển, và đối thủ của bạn sẽ gặp rắc rối. Vượt quá chính mình, và các chủ nợ của bạn sẽ gặp rắc rối.</w:t>
      </w:r>
    </w:p>
    <w:p>
      <w:pPr>
        <w:spacing w:after="80"/>
      </w:pPr>
      <w:r>
        <w:rPr>
          <w:b w:val="0"/>
          <w:i w:val="0"/>
        </w:rPr>
        <w:t>Hỗn loạn đối với khởi nghiệp cũng như những con sóng nguy hiểm đối với lướt sóng. Nó là phần tất yếu của cuộc chơi, và nếu bạn không biết cách xử lý nó hiệu quả, bạn sẽ gặp rắc rối. Bạn có thể xử lý thông tin hiệu quả ngay cả khi thế giới của bạn đảo lộn. Hơn thế nữa, bạn có thể hút năng lượng từ sự hỗn loạn và dùng nó để nhân đôi nỗ lực quản lý doanh nghiệp của mình. Thực tế, tôi cố ý đặt Bước đi về các hệ thống ngay sau bước này. Nếu bạn cảm thấy lo lắng về tốc độ, thì việc có các hệ thống để theo dõi và quản lý nó chính là liều thuốc giải hoàn hảo.</w:t>
      </w:r>
    </w:p>
    <w:p>
      <w:pPr>
        <w:jc w:val="center"/>
      </w:pPr>
      <w:r>
        <w:drawing>
          <wp:inline xmlns:a="http://schemas.openxmlformats.org/drawingml/2006/main" xmlns:pic="http://schemas.openxmlformats.org/drawingml/2006/picture">
            <wp:extent cx="1333500" cy="85725"/>
            <wp:docPr id="36" name="Picture 36"/>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11 </w:t>
      </w:r>
      <w:r>
        <w:rPr>
          <w:rFonts w:ascii="Calibri" w:hAnsi="Calibri"/>
          <w:b/>
          <w:i w:val="0"/>
          <w:sz w:val="32"/>
        </w:rPr>
        <w:t>Moneyball: Thiết kế hệ thống để theo dõi doanh nghiệp của bạn</w:t>
      </w:r>
    </w:p>
    <w:p>
      <w:pPr>
        <w:spacing w:after="80"/>
      </w:pPr>
      <w:r>
        <w:rPr>
          <w:b w:val="0"/>
          <w:i w:val="0"/>
        </w:rPr>
        <w:t>Thật là một sai lầm nghiêm trọng khi lý thuyết hóa trước khi có dữ liệu.</w:t>
      </w:r>
    </w:p>
    <w:p>
      <w:pPr>
        <w:spacing w:after="80"/>
        <w:jc w:val="right"/>
      </w:pPr>
      <w:r>
        <w:rPr>
          <w:b w:val="0"/>
          <w:i w:val="0"/>
        </w:rPr>
        <w:t>—Sherlock Holmes</w:t>
      </w:r>
    </w:p>
    <w:p>
      <w:pPr>
        <w:spacing w:after="80"/>
      </w:pPr>
      <w:r>
        <w:rPr>
          <w:b w:val="0"/>
          <w:i w:val="0"/>
        </w:rPr>
        <w:t>Trong kinh doanh, bạn nên liên tục tự hỏi: Mình có thể theo dõi điều gì?</w:t>
      </w:r>
    </w:p>
    <w:p>
      <w:pPr>
        <w:spacing w:after="80"/>
      </w:pPr>
      <w:r>
        <w:rPr>
          <w:b w:val="0"/>
          <w:i w:val="0"/>
        </w:rPr>
        <w:t xml:space="preserve">Các doanh nhân rất thích câu "Dịch chuyển kim chỉ." Nhưng trước tiên bạn phải tìm ra </w:t>
      </w:r>
      <w:r>
        <w:rPr>
          <w:b w:val="0"/>
          <w:i/>
        </w:rPr>
        <w:t>cái gì</w:t>
      </w:r>
      <w:r>
        <w:rPr>
          <w:b w:val="0"/>
          <w:i w:val="0"/>
        </w:rPr>
        <w:t xml:space="preserve"> đang được kim chỉ đo lường!</w:t>
      </w:r>
    </w:p>
    <w:p>
      <w:pPr>
        <w:spacing w:after="80"/>
      </w:pPr>
      <w:r>
        <w:rPr>
          <w:b w:val="0"/>
          <w:i w:val="0"/>
        </w:rPr>
        <w:t>Nếu bạn không có những con số đo lường được để nhìn vào ngay khi thức dậy vào buổi sáng, thì bạn đang quản lý kém hiệu quả. Những nhà lãnh đạo dính tay vào mọi khía cạnh của doanh nghiệp vẫn chưa học được lợi ích của dữ liệu. Việc tạo ra các hệ thống và quy trình sẽ hạn chế nhu cầu bạn phải quản lý vi mô. Một khi bạn học được cách theo dõi các chỉ số then chốt của doanh nghiệp, bạn sẽ biết chính xác nơi cần dồn năng lượng và chuyên môn của mình.</w:t>
      </w:r>
    </w:p>
    <w:p>
      <w:pPr>
        <w:spacing w:after="80"/>
      </w:pPr>
      <w:r>
        <w:rPr>
          <w:b w:val="0"/>
          <w:i w:val="0"/>
        </w:rPr>
        <w:t>Một CEO chịu trách nhiệm hoàn thành công việc, và ngày xưa, điều đó có thể bao gồm rất nhiều việc quản lý bằng cách đi vòng quanh và tạo ra các hệ thống triển khai. Ngày nay, mọi thứ đều phụ thuộc vào dữ liệu. Các CEO thường có cá tính mạnh mẽ với những tài năng đặc biệt. Một số người trong chúng ta táo bạo và liều lĩnh, dùng sự hung hăng của mình để chốt thương vụ. Một số người trong chúng ta thông minh và sáng tạo, dựa nhiều vào những ý tưởng đổi mới để duy trì doanh nghiệp. Kết quả là, chúng ta có xu hướng dựa vào cá tính của mình nhiều hơn là vào các hệ thống.</w:t>
      </w:r>
    </w:p>
    <w:p>
      <w:pPr>
        <w:spacing w:after="80"/>
      </w:pPr>
      <w:r>
        <w:rPr>
          <w:b w:val="0"/>
          <w:i w:val="0"/>
        </w:rPr>
        <w:t>Nếu bạn không có nhiều tham vọng đến thế, có lẽ cách làm này cũng ổn. Nhưng nếu bạn muốn xây dựng một điều gì đó lớn lao và bền vững, bạn cũng phải dựa vào các hệ thống.</w:t>
      </w:r>
    </w:p>
    <w:p>
      <w:pPr>
        <w:spacing w:after="80"/>
      </w:pPr>
      <w:r>
        <w:rPr>
          <w:b w:val="0"/>
          <w:i w:val="0"/>
        </w:rPr>
        <w:t>Tôi là người rất tin vào các hệ thống: hệ thống dữ liệu; hệ thống quy trình; hệ thống các quá trình. Hệ thống giúp bạn theo đuổi đến cùng và theo dõi sát sao, đồng thời cũng giúp tạo ra một văn hóa mà ở đó không có gì là mơ hồ. Khi bạn đang cố gắng vươn tới cấp độ tăng trưởng kinh doanh tiếp theo và không chắc lựa chọn nào là tốt nhất, dữ liệu về các thị trường khác nhau có thể giúp bạn đưa ra quyết định đúng đắn. Khi bạn đang cố gắng tìm cách giải quyết một vấn đề chăm sóc khách hàng hóc búa, dữ liệu có thể giúp bạn triển khai một hệ thống đã khiến những khách hàng khác hài lòng.</w:t>
      </w:r>
    </w:p>
    <w:p>
      <w:pPr>
        <w:spacing w:after="80"/>
      </w:pPr>
      <w:r>
        <w:rPr>
          <w:b w:val="0"/>
          <w:i w:val="0"/>
        </w:rPr>
        <w:t>Biết cách nghiên cứu dữ liệu và sử dụng nó để theo dõi hoạt động kinh doanh của mình là một bước ngoặt đối với bất kỳ CEO nào. Trở thành một nhân viên bán hàng xuất sắc hay một người kết nối đầy lôi cuốn có thể khiến bạn trở thành tâm điểm của bữa tiệc, nhưng đến một lúc nào đó, bạn sẽ cần nhiều hơn thứ cá tính tuyệt vời của mình để khiến việc kinh doanh bùng nổ.</w:t>
      </w:r>
    </w:p>
    <w:p>
      <w:pPr>
        <w:pStyle w:val="Heading3"/>
      </w:pPr>
      <w:r>
        <w:rPr>
          <w:rFonts w:ascii="Calibri" w:hAnsi="Calibri"/>
          <w:b/>
          <w:i w:val="0"/>
          <w:sz w:val="26"/>
        </w:rPr>
        <w:t>Thực thi dựa trên dữ liệu</w:t>
      </w:r>
    </w:p>
    <w:p>
      <w:pPr>
        <w:spacing w:after="80"/>
      </w:pPr>
      <w:r>
        <w:rPr>
          <w:b w:val="0"/>
          <w:i w:val="0"/>
        </w:rPr>
        <w:t xml:space="preserve">Khi còn là một thiếu niên, tôi từng mua tờ </w:t>
      </w:r>
      <w:r>
        <w:rPr>
          <w:b w:val="0"/>
          <w:i/>
        </w:rPr>
        <w:t>Los Angeles Daily News</w:t>
      </w:r>
      <w:r>
        <w:rPr>
          <w:b w:val="0"/>
          <w:i w:val="0"/>
        </w:rPr>
        <w:t xml:space="preserve"> và ngấu nghiến đọc mục thể thao. Hồi đó, đọc tiếng Anh khiến tôi bực bội, nhưng tôi không thể nào ngừng đọc những con số. Hàng giờ đồng hồ, tôi nghiền ngẫm các bảng điểm như một nhà khoa học điên. Trong tất cả các môn thể thao, ít nhất là trên giấy tờ, bóng chày là bài toán hóc búa nhất.</w:t>
      </w:r>
    </w:p>
    <w:p>
      <w:pPr>
        <w:spacing w:after="80"/>
      </w:pPr>
      <w:r>
        <w:rPr>
          <w:b w:val="0"/>
          <w:i w:val="0"/>
        </w:rPr>
        <w:t xml:space="preserve">Khi tôi đọc cuốn </w:t>
      </w:r>
      <w:r>
        <w:rPr>
          <w:b w:val="0"/>
          <w:i/>
        </w:rPr>
        <w:t>Moneyball: The Art of Winning an Unfair Game</w:t>
      </w:r>
      <w:r>
        <w:rPr>
          <w:b w:val="0"/>
          <w:i w:val="0"/>
        </w:rPr>
        <w:t xml:space="preserve"> của Michael Lewis vào năm 2011, tôi chợt nhận ra rằng những gì tôi học được từ bao nhiêu năm nghiên cứu các bảng điểm có thể được áp dụng vào việc kinh doanh của mình. Dù tôi luôn là một nhân viên bán hàng giỏi và đã phát triển thành một quản lý bán hàng vững vàng, việc bổ sung phân tích dữ liệu vào bộ kỹ năng của mình đã đưa tôi vọt lên thành một CEO đích thực, người có thể mở rộng quy mô doanh nghiệp.</w:t>
      </w:r>
    </w:p>
    <w:p>
      <w:pPr>
        <w:spacing w:after="80"/>
      </w:pPr>
      <w:r>
        <w:rPr>
          <w:b w:val="0"/>
          <w:i/>
        </w:rPr>
        <w:t>Moneyball</w:t>
      </w:r>
      <w:r>
        <w:rPr>
          <w:b w:val="0"/>
          <w:i w:val="0"/>
        </w:rPr>
        <w:t xml:space="preserve"> kể câu chuyện về cách Billy Beane (do Brad Pitt thủ vai trong bộ phim cùng tên), tổng giám đốc của đội Oakland A's, áp dụng phân tích dự đoán vào bóng chày. Một trong những phát hiện của ông là tỷ lệ lên gôn (on-base percentage) là yếu tố quan trọng hơn để giành chiến thắng so với tỷ lệ đánh bóng thành công (batting average), một chỉ số luôn được các cầu thủ, huấn luyện viên và phóng viên thể thao tôn sùng. Nhìn lại thì điều đó có vẻ quá hiển nhiên, nhưng suốt nhiều thập kỷ, tỷ lệ lên gôn là một chỉ số bị đánh giá thấp. Trong giải Little League, các huấn luyện viên nói: "Một lần đi bộ cũng tốt như một cú đánh." Dẫu vậy, những người giỏi nhất và sáng giá nhất trong môn bóng chày lại đang phân tích sai dữ liệu chỉ đơn giản vì đó là cách người ta vẫn luôn làm.</w:t>
      </w:r>
    </w:p>
    <w:p>
      <w:pPr>
        <w:spacing w:after="80"/>
      </w:pPr>
      <w:r>
        <w:rPr>
          <w:b w:val="0"/>
          <w:i w:val="0"/>
        </w:rPr>
        <w:t>Nhiệm vụ của chúng ta với tư cách là những doanh nhân là phá vỡ lối tư duy thông thường bằng cách xem xét những bước đi tiếp theo của mình có thể biến đổi ngành của mình như thế nào. Cũng như tôi được truyền cảm hứng từ Billy Beane (người tôi đã phỏng vấn vào năm 2019), tôi muốn bạn áp dụng phân tích dữ liệu vào chính việc kinh doanh của mình. Đâu là "tỷ lệ lên gôn" tương đương của bạn? Bạn có đang đặt quá nhiều trọng số vào doanh thu mà không đủ vào biên lợi nhuận không? Cơ cấu thù lao của bạn có đang khuyến khích việc mở tài khoản mới với cái giá là bán được nhiều hơn cho các tài khoản hiện có không?</w:t>
      </w:r>
    </w:p>
    <w:p>
      <w:pPr>
        <w:spacing w:after="80"/>
      </w:pPr>
      <w:r>
        <w:rPr>
          <w:b w:val="0"/>
          <w:i w:val="0"/>
        </w:rPr>
        <w:t>Như bạn sắp thấy, việc đọc tất cả những bảng điểm đó đã tạo nền tảng để tôi thực hiện bước nhảy vọt lớn nhất trong việc mở rộng quy mô doanh nghiệp của mình.</w:t>
      </w:r>
    </w:p>
    <w:p>
      <w:pPr>
        <w:pStyle w:val="Heading3"/>
      </w:pPr>
      <w:r>
        <w:rPr>
          <w:rFonts w:ascii="Calibri" w:hAnsi="Calibri"/>
          <w:b/>
          <w:i w:val="0"/>
          <w:sz w:val="26"/>
        </w:rPr>
        <w:t>Dùng dữ liệu và logic (hoặc tuyển một người chủ chốt) để dự đoán tương lai</w:t>
      </w:r>
    </w:p>
    <w:p>
      <w:pPr>
        <w:spacing w:after="80"/>
      </w:pPr>
      <w:r>
        <w:rPr>
          <w:b w:val="0"/>
          <w:i w:val="0"/>
        </w:rPr>
        <w:t>Những doanh nhân giỏi nhất luôn nhìn xa ít nhất năm nước đi. Dù tập trung cao độ vào hiện tại, họ cũng phải dự phóng những gì có thể xảy ra trong tương lai. Họ cần chuẩn bị để xoay trục, bắt kịp tốc độ của bất kỳ thay đổi nào đang cuốn về phía mình.</w:t>
      </w:r>
    </w:p>
    <w:p>
      <w:pPr>
        <w:spacing w:after="80"/>
      </w:pPr>
      <w:r>
        <w:rPr>
          <w:b w:val="0"/>
          <w:i w:val="0"/>
        </w:rPr>
        <w:t>Bạn có thấy một đối thủ mới xuất hiện ở đường chân trời không? Nếu có, bạn có thể làm những gì ngay bây giờ để chống lại đối thủ đó? Bạn có tin rằng ngành của mình đang trên đà phân mảnh, biến thành nhiều ngách không? Nếu có, chiến lược nào được triển khai hôm nay sẽ giúp bạn thống trị ngách của mình vào năm sau và những năm tiếp theo?</w:t>
      </w:r>
    </w:p>
    <w:p>
      <w:pPr>
        <w:spacing w:after="80"/>
      </w:pPr>
      <w:r>
        <w:rPr>
          <w:b w:val="0"/>
          <w:i w:val="0"/>
        </w:rPr>
        <w:t>Khi bạn chuẩn bị cho một tương lai có khả năng xảy ra, những đối thủ chưa làm điều đó sẽ bị lung lay trong khi bạn giành lấy thị phần của họ. Bạn sẽ xử lý các xu hướng và những thay đổi khác một cách bình tĩnh trong khi lãnh đạo các công ty khác thì luống cuống.</w:t>
      </w:r>
    </w:p>
    <w:p>
      <w:pPr>
        <w:spacing w:after="80"/>
      </w:pPr>
      <w:r>
        <w:rPr>
          <w:b w:val="0"/>
          <w:i w:val="0"/>
        </w:rPr>
        <w:t xml:space="preserve">Không ai có thể nhìn thấy tương lai, nhưng bạn có thể đưa ra những suy luận logic về các xu hướng nếu bạn thu thập dữ liệu và dự phóng các kịch bản. Một cuốn sách khác của Michael Lewis, </w:t>
      </w:r>
      <w:r>
        <w:rPr>
          <w:b w:val="0"/>
          <w:i/>
        </w:rPr>
        <w:t>The Big Short: Inside the Doomsday Machine</w:t>
      </w:r>
      <w:r>
        <w:rPr>
          <w:b w:val="0"/>
          <w:i w:val="0"/>
        </w:rPr>
        <w:t>, minh họa khái niệm này một cách tuyệt đẹp. Cuốn sách kể câu chuyện có thật về Michael Burry (do Christian Bale thủ vai trong bộ phim cùng tên), một nhà quản lý quỹ đầu cơ đã dự đoán vào năm 2005 rằng bong bóng nhà đất sẽ là chất xúc tác khiến toàn bộ ngành ngân hàng sụp đổ. Theo Burry, bằng chứng về cuộc khủng hoảng sắp tới hiển hiện rõ ràng cho bất kỳ ai chịu nhìn, nhưng những người đồng nghiệp của Burry quá bận rộn kiếm tiền đến mức không bận tâm đến những nước đi tiếp theo của mình. Ít nhất là trong một thời gian, những kẻ nghiệp dư mới là những người có vẻ thông minh, vì họ đang làm ăn tốt trong ngắn hạn. Trong khi đó, Burry, bậc thầy cờ lớn, lại vạch ra những nước đi tương lai của mình, nhìn thấy bức tranh lớn hơn của bàn cờ và dự đoán thị trường cuối cùng sẽ đi về đâu.</w:t>
      </w:r>
    </w:p>
    <w:p>
      <w:pPr>
        <w:spacing w:after="80"/>
      </w:pPr>
      <w:r>
        <w:rPr>
          <w:b w:val="0"/>
          <w:i w:val="0"/>
        </w:rPr>
        <w:t>Burry đến gặp tất cả các ngân hàng lớn, bao gồm Bear Stearns, Deutsche Bank và Merrill Lynch, và thuyết phục họ tạo ra một sản phẩm tài chính mới cho phép ông đặt cược chống lại ngành này. Cả đội của Burry lẫn các nhà đầu tư của quỹ đều nghĩ ông gàn dở—suy cho cùng, dường như không có ai khác trong ngành lo lắng về sự sụp đổ của bong bóng nhà đất. Nhưng vì Burry đã chứng tỏ mình quá giỏi trong việc nhìn thấy tương lai, các nhà đầu tư của ông đã trao cho ông quyền thực hiện những nước đi táo bạo.</w:t>
      </w:r>
    </w:p>
    <w:p>
      <w:pPr>
        <w:spacing w:after="80"/>
      </w:pPr>
      <w:r>
        <w:rPr>
          <w:b w:val="0"/>
          <w:i w:val="0"/>
        </w:rPr>
        <w:t>Ông mua hàng trăm triệu đô la "hoán đổi rủi ro tín dụng" (credit default swaps). Khi nước đi ban đầu của ông có vẻ đang chống lại ông, các nhà đầu tư gần như nổi loạn. Burry, không hề nao núng, vẫn giữ nguyên các vị thế của mình. Khi thị trường cho vay thế chấp dưới chuẩn sụp đổ, những hợp đồng hoán đổi đó mang lại lợi nhuận vượt 500 phần trăm.</w:t>
      </w:r>
    </w:p>
    <w:p>
      <w:pPr>
        <w:spacing w:after="80"/>
      </w:pPr>
      <w:r>
        <w:rPr>
          <w:b w:val="0"/>
          <w:i w:val="0"/>
        </w:rPr>
        <w:t>Mọi nhà đầu tư đều có quyền truy cập vào cùng dữ liệu như Michael Burry, nhưng tất cả họ đều quá bận rộn hành động trong thời điểm hiện tại để nghĩ về những gì vài năm tới có thể mang lại. Bởi vì Burry đủ siêng năng để mổ xẻ dữ liệu và có tầm nhìn xa của một bậc thầy cờ vua, ông đã có thể kiếm lợi từ việc dự đoán tương lai. Trong doanh nghiệp của bạn, có thể cần đến mức độ lập kế hoạch và kiên nhẫn này để khởi động một chiến dịch đổi mới.</w:t>
      </w:r>
    </w:p>
    <w:p>
      <w:pPr>
        <w:spacing w:after="80"/>
      </w:pPr>
      <w:r>
        <w:rPr>
          <w:b w:val="0"/>
          <w:i w:val="0"/>
        </w:rPr>
        <w:t>Tôi hiểu rằng bạn có thể không có thời gian hoặc bộ óc toán học của Michael Burry. Điều này dẫn tôi đến điểm tiếp theo. Trong nhiều năm, tôi đã được hỏi không biết bao nhiêu lần rằng: "Khoản đầu tư tốt nhất tôi có thể thực hiện để mở rộng quy mô doanh nghiệp là gì?" Câu trả lời của tôi cho câu hỏi đó đã thay đổi khi tôi phát triển. Giờ đây câu trả lời của tôi cho câu hỏi này luôn giống nhau: "Hãy chi sáu con số và thuê một chuyên gia phân tích dự đoán."</w:t>
      </w:r>
    </w:p>
    <w:p>
      <w:pPr>
        <w:spacing w:after="80"/>
      </w:pPr>
      <w:r>
        <w:rPr>
          <w:b w:val="0"/>
          <w:i w:val="0"/>
        </w:rPr>
        <w:t xml:space="preserve">Nếu bạn đã xem </w:t>
      </w:r>
      <w:r>
        <w:rPr>
          <w:b w:val="0"/>
          <w:i/>
        </w:rPr>
        <w:t>Moneyball</w:t>
      </w:r>
      <w:r>
        <w:rPr>
          <w:b w:val="0"/>
          <w:i w:val="0"/>
        </w:rPr>
        <w:t>, bạn có thể nhớ rằng Paul DePodesta (do Jonah Hill thủ vai trong phim, và hiện là giám đốc chiến lược của đội Cleveland Browns thuộc NFL) đã trở thành vũ khí bí mật của Billy Beane. Ông là người của những con số, không chỉ ngốn ngấu dữ liệu thống kê mà còn phân tích nó bằng một lối tư duy mới. DePodesta là anh chàng mọt sách trong ban điều hành, người có bằng kinh tế từ Harvard. Beane chưa bao giờ phát triển kỹ năng phân tích dự đoán của DePodesta. Vì ông đã thuê anh ta, ông không cần phải làm vậy.</w:t>
      </w:r>
    </w:p>
    <w:p>
      <w:pPr>
        <w:spacing w:after="80"/>
      </w:pPr>
      <w:r>
        <w:rPr>
          <w:b w:val="0"/>
          <w:i w:val="0"/>
        </w:rPr>
        <w:t>Hãy đi tìm DePodesta của riêng bạn. Một kỹ năng quan trọng của những doanh nhân thành công là thuê những người thông minh hơn họ, những người có thể bù đắp cho điểm yếu của họ. Với cách cuộc chơi được diễn ra hiện nay, phân tích dự đoán là một lĩnh vực mà bạn tốt hơn hết nên xuất sắc.</w:t>
      </w:r>
    </w:p>
    <w:p>
      <w:pPr>
        <w:pStyle w:val="Heading3"/>
      </w:pPr>
      <w:r>
        <w:rPr>
          <w:rFonts w:ascii="Calibri" w:hAnsi="Calibri"/>
          <w:b/>
          <w:i w:val="0"/>
          <w:sz w:val="26"/>
        </w:rPr>
        <w:t>Để Mở Rộng Quy Mô, Hãy Hệ Thống Hóa Kiến Thức Của Bạn Để Nó Có Thể Truyền Đạt Được</w:t>
      </w:r>
    </w:p>
    <w:p>
      <w:pPr>
        <w:spacing w:after="80"/>
      </w:pPr>
      <w:r>
        <w:rPr>
          <w:b w:val="0"/>
          <w:i w:val="0"/>
        </w:rPr>
        <w:t>Hãy tưởng tượng bạn yêu cầu Leonardo da Vinci, Michelangelo, hay Pablo Picasso dạy bạn cách vẽ tranh. Họ sẽ chật vật để giải thích phương pháp của mình, và ngay cả khi họ có thể, chúc bạn may mắn khi cố gắng áp dụng nó. Món quà của một nghệ sĩ—hay bất kỳ thiên tài nào khác—không thể truyền đạt được. Còn món quà của một doanh nhân, nhà lãnh đạo, hay huấn luyện viên thì sao?</w:t>
      </w:r>
    </w:p>
    <w:p>
      <w:pPr>
        <w:spacing w:after="80"/>
      </w:pPr>
      <w:r>
        <w:rPr>
          <w:b w:val="0"/>
          <w:i w:val="0"/>
        </w:rPr>
        <w:t>Chúng ta đã nói về việc tài năng của Bill Belichick đã dẫn đến sáu chiến thắng Super Bowl như thế nào. Nghĩ rằng thiên tài của Belichick hẳn phải truyền đạt được, một số đội NFL đã thuê các trợ lý của ông làm huấn luyện viên trưởng. Logic của họ rất đơn giản: Ai tốt hơn những huấn luyện viên đã quan sát thiên tài của Belichick ở cự ly gần để dẫn dắt đội của riêng họ? Ý tưởng tuyệt vời—ngoại trừ việc, như đã được chứng minh qua thất bại của Romeo Crennel, Eric Mangini, và Josh McDaniels khi làm huấn luyện viên trưởng, nó đã không hiệu quả.</w:t>
      </w:r>
    </w:p>
    <w:p>
      <w:pPr>
        <w:spacing w:after="80"/>
      </w:pPr>
      <w:r>
        <w:rPr>
          <w:b w:val="0"/>
          <w:i w:val="0"/>
        </w:rPr>
        <w:t>Các chủ sở hữu NFL khao khát đến mức tuyệt vọng công thức bí mật của Belichick đến nỗi họ tiếp tục thuê những môn đồ như Matt Patricia. Trong hai mùa giải đầu tiên của Patricia làm huấn luyện viên trưởng đội Detroit Lions, đội chỉ thắng chín trong số ba mươi hai trận. Có lẽ điều này cho chúng ta biết rằng kỹ năng của một huấn luyện viên từng vô địch Super Bowl không thể truyền đạt được. (Tuy nhiên, những môn đồ của Belichick là Mike Vrabel, Bill O'Brien, và Brian Flores đã cho thấy triển vọng và có thể đảo ngược xu hướng này.)</w:t>
      </w:r>
    </w:p>
    <w:p>
      <w:pPr>
        <w:spacing w:after="80"/>
      </w:pPr>
      <w:r>
        <w:rPr>
          <w:b w:val="0"/>
          <w:i w:val="0"/>
        </w:rPr>
        <w:t>Giờ hãy nhìn vào Bill Walsh. Walsh đã dẫn dắt đội San Francisco 49ers từ thành tích 2–14 năm 1979 đến chức vô địch Super Bowl ba năm sau đó (chiến thắng Super Bowl đầu tiên trong ba chiến thắng của Walsh). Ông có bảy trợ lý trong ban huấn luyện đầu tiên đã trở thành huấn luyện viên trưởng, bao gồm những người vô địch Super Bowl là George Seifert và Mike Holmgren. Đến lượt mình, Holmgren có năm trợ lý đã trở thành huấn luyện viên trưởng. Năm 2007, mười chín năm sau khi Walsh nghỉ hưu khỏi đội 49ers, mười bốn trong số ba mươi hai huấn luyện viên trưởng của NFL hoặc là hậu duệ trực tiếp hoặc là môn đồ thế hệ thứ hai hay thứ ba của Walsh.</w:t>
      </w:r>
    </w:p>
    <w:p>
      <w:pPr>
        <w:spacing w:after="80"/>
      </w:pPr>
      <w:r>
        <w:rPr>
          <w:b w:val="0"/>
          <w:i w:val="0"/>
        </w:rPr>
        <w:t xml:space="preserve">Sự khác biệt chính giữa Belichick và Walsh là gì? Belichick nổi tiếng với sự bí mật, còn Walsh nổi tiếng với những danh sách của mình. Đúng vậy, </w:t>
      </w:r>
      <w:r>
        <w:rPr>
          <w:b w:val="0"/>
          <w:i/>
        </w:rPr>
        <w:t>những danh sách</w:t>
      </w:r>
      <w:r>
        <w:rPr>
          <w:b w:val="0"/>
          <w:i w:val="0"/>
        </w:rPr>
        <w:t>. Lý do thiên tài của Walsh có thể được truyền đạt cho người khác là ông đã hệ thống hóa và chia sẻ kiến thức của mình.</w:t>
      </w:r>
    </w:p>
    <w:p>
      <w:pPr>
        <w:spacing w:after="80"/>
      </w:pPr>
      <w:r>
        <w:rPr>
          <w:b w:val="0"/>
          <w:i w:val="0"/>
        </w:rPr>
        <w:t>Một số người có thể nghĩ rằng Bill Belichick thậm chí còn thiên tài hơn khi khiến các trợ lý của mình khó đánh bại ông sau khi họ rời đi. Tại sao trên đời ông lại muốn tạo điều kiện dễ dàng cho các trợ lý học cách đánh bại mình? Ông sẽ chẳng được gì khi làm cho kiến thức của mình sẵn có. Ngược lại, bạn có mọi thứ để đạt được khi làm cho kiến thức của mình sẵn có. Bạn đơn giản không thể mở rộng quy mô doanh nghiệp mà không tạo ra các hệ thống để nó vận hành mà không cần bạn.</w:t>
      </w:r>
    </w:p>
    <w:p>
      <w:pPr>
        <w:spacing w:after="80"/>
      </w:pPr>
      <w:r>
        <w:rPr>
          <w:b w:val="0"/>
          <w:i w:val="0"/>
        </w:rPr>
        <w:t>Bạn phải lập danh sách. Bạn phải tạo ra các cẩm nang (thư viện video có thể hiệu quả hơn bản in). Bạn phải hệ thống hóa kiến thức của mình. Nếu nó chỉ tồn tại trong đầu bạn, bạn có một việc phải làm. Nếu bạn muốn có một doanh nghiệp bền vững, hãy hệ thống hóa những gì bạn biết và đảm bảo nó được truyền đạt cho mọi người khác trong tổ chức của bạn.</w:t>
      </w:r>
    </w:p>
    <w:p>
      <w:pPr>
        <w:pStyle w:val="Heading3"/>
      </w:pPr>
      <w:r>
        <w:rPr>
          <w:rFonts w:ascii="Calibri" w:hAnsi="Calibri"/>
          <w:b/>
          <w:i w:val="0"/>
          <w:sz w:val="26"/>
        </w:rPr>
        <w:t>Hãy Làm Cho Những Con Số Của Bạn Hiển Thị Để Nhận Diện Rò Rỉ và Xu Hướng</w:t>
      </w:r>
    </w:p>
    <w:p>
      <w:pPr>
        <w:spacing w:after="80"/>
      </w:pPr>
      <w:r>
        <w:rPr>
          <w:b w:val="0"/>
          <w:i w:val="0"/>
        </w:rPr>
        <w:t>Nếu bạn đi qua các văn phòng của chúng tôi, bạn sẽ thấy màn hình và các luồng dữ liệu ở khắp mọi nơi. Bằng cách hiển thị dữ liệu của chúng tôi trong văn phòng, chúng tôi đang tạo ra trách nhiệm giải trình và làm nổi bật sự minh bạch triệt để.</w:t>
      </w:r>
    </w:p>
    <w:p>
      <w:pPr>
        <w:spacing w:after="80"/>
      </w:pPr>
      <w:r>
        <w:rPr>
          <w:b w:val="0"/>
          <w:i w:val="0"/>
        </w:rPr>
        <w:t>Vì mọi người đều thấy mọi thứ, đây là một cách tuyệt vời để sử dụng đồng thời củ cà rốt và cây gậy—mà không cần phải nói hay làm gì cả. Vì những con số ở ngay trước mắt, những người làm tốt cảm thấy được ghi nhận cũng như những người làm kém cảm thấy không thoải mái. Nếu những người sau cảm thấy quá không thoải mái, thì càng tốt; họ sẽ hoặc là nâng cao phong độ để tránh bị bẽ mặt thêm, hoặc là rời khỏi công ty. Sự minh bạch là loại thuốc tăng cường hiệu suất tối thượng. Và khi nó không có tác dụng thúc đẩy những người làm kém của bạn, họ sẽ tự loại mình ra—đó chính xác là điều bạn muốn.</w:t>
      </w:r>
    </w:p>
    <w:p>
      <w:pPr>
        <w:spacing w:after="80"/>
      </w:pPr>
      <w:r>
        <w:rPr>
          <w:b w:val="0"/>
          <w:i w:val="0"/>
        </w:rPr>
        <w:t>Bạn có thể gọi điều này là khắc nghiệt. Tôi gọi nó là hiệu quả.</w:t>
      </w:r>
    </w:p>
    <w:p>
      <w:pPr>
        <w:spacing w:after="80"/>
      </w:pPr>
      <w:r>
        <w:rPr>
          <w:b w:val="0"/>
          <w:i w:val="0"/>
        </w:rPr>
        <w:t>Hãy quay lại với phân tích dữ liệu. Với tất cả dữ liệu trước mắt, tôi để ý hai thứ: rò rỉ và xu hướng. Rò rỉ cảnh báo tôi về những điểm kém hiệu quả. Ví dụ, nếu tôi thấy số đơn xin cấp hợp đồng bảo hiểm tăng vọt nhưng thời gian xử lý từ trụ sở chính đến công ty bảo hiểm lại giảm, tôi nghi ngờ có rò rỉ.</w:t>
      </w:r>
    </w:p>
    <w:p>
      <w:pPr>
        <w:spacing w:after="80"/>
      </w:pPr>
      <w:r>
        <w:rPr>
          <w:b w:val="0"/>
          <w:i w:val="0"/>
        </w:rPr>
        <w:t>Những con số cho tôi manh mối về nơi cần tìm. Vấn đề nằm ở số người xử lý đơn, ở việc thiếu đúng người làm việc đó, hay ở chính quy trình? Nếu mai tôi thấy thời gian xử lý giảm, tôi thật sự sẽ lo rằng có vấn đề. Hiện tại tôi có cảm giác rằng chúng tôi đã tuyển đúng người và khoản đầu tư vào công nghệ đang phát huy tác dụng. Vậy thì tại sao thời gian xử lý lại chậm hơn? Dù dữ liệu không đưa ra câu trả lời, nó sẽ cảnh báo tôi rằng có một vấn đề cần được giải quyết.</w:t>
      </w:r>
    </w:p>
    <w:p>
      <w:pPr>
        <w:spacing w:after="80"/>
      </w:pPr>
      <w:r>
        <w:rPr>
          <w:b w:val="0"/>
          <w:i w:val="0"/>
        </w:rPr>
        <w:t>Tôi cũng nhìn vào các xu hướng. Giống như một nhà phân tích chứng khoán, tôi nhìn vào biểu đồ đường để xem mọi thứ đang di chuyển nhanh thế nào. Tại sao ba tháng đầu năm lại có đợt giảm? Tại sao doanh số lại tăng vọt vào tháng Năm? Chúng tôi đang làm đúng điều gì, và điều gì chúng tôi không nên làm? Đào sâu vào các con số giúp chúng tôi tinh chỉnh cách tiếp cận và làm nó hiệu quả hơn.</w:t>
      </w:r>
    </w:p>
    <w:p>
      <w:pPr>
        <w:spacing w:after="80"/>
      </w:pPr>
      <w:r>
        <w:rPr>
          <w:b w:val="0"/>
          <w:i w:val="0"/>
        </w:rPr>
        <w:t xml:space="preserve">Hầu hết doanh nghiệp đều có mức độ mùa vụ nhất định. Các nhà bán lẻ phụ thuộc vào Black Friday, cũng như các hãng phim phụ thuộc vào phim lễ. Đó cũng là lý do các nhà bán lẻ tạo ra những sự kiện tùy ý như khuyến mãi back-to-school và tại sao các nhà bán lẻ trực tuyến tạo ra Cyber Monday. Vấn đề tôi thường thấy là sự </w:t>
      </w:r>
      <w:r>
        <w:rPr>
          <w:b w:val="0"/>
          <w:i/>
        </w:rPr>
        <w:t>chấp nhận mù quáng</w:t>
      </w:r>
      <w:r>
        <w:rPr>
          <w:b w:val="0"/>
          <w:i w:val="0"/>
        </w:rPr>
        <w:t xml:space="preserve"> những xu hướng này. Từ lâu, ngành của chúng tôi đã coi đó là điều đương nhiên rằng tháng Mười Hai đến tháng Hai và tháng Sáu đến tháng Tám là những tháng chậm. Khi tôi bắt đầu phân tích dữ liệu, tôi thấy rằng 75 phần trăm hợp đồng được bán trong sáu tháng của năm (tháng Ba đến tháng Năm và tháng Chín đến tháng Mười Một). Khi tôi nhìn sâu hơn, tôi thấy không có lý do chính đáng nào cho điều này. Đâu phải chúng tôi đang vận hành một dốc trượt tuyết phụ thuộc vào thời tiết để có khách.</w:t>
      </w:r>
    </w:p>
    <w:p>
      <w:pPr>
        <w:spacing w:after="80"/>
      </w:pPr>
      <w:r>
        <w:rPr>
          <w:b w:val="0"/>
          <w:i w:val="0"/>
        </w:rPr>
        <w:t>Điều đó cho tôi biết rằng các đại lý đang tự rút lui về mặt tinh thần trong những tháng đó. Khi làm vậy, họ chỉ đang sống đúng với những kỳ vọng đã định sẵn. Vì cả ngành nói chung, và đồng nghiệp của họ, đều chậm lại vào những thời điểm nhất định, họ cũng làm theo. Và vì các đối thủ của tôi chấp nhận điều này như một điều đương nhiên—và kết quả là chấp nhận kết quả kém trong những giai đoạn nhất định—tôi thấy một cơ hội.</w:t>
      </w:r>
    </w:p>
    <w:p>
      <w:pPr>
        <w:spacing w:after="80"/>
      </w:pPr>
      <w:r>
        <w:rPr>
          <w:b w:val="0"/>
          <w:i w:val="0"/>
        </w:rPr>
        <w:t>Tôi đã phản ứng thế nào với những mẩu dữ liệu đó?</w:t>
      </w:r>
    </w:p>
    <w:p>
      <w:pPr>
        <w:spacing w:after="80"/>
      </w:pPr>
      <w:r>
        <w:rPr>
          <w:b w:val="0"/>
          <w:i w:val="0"/>
        </w:rPr>
        <w:t>Tôi triển khai những chiến dịch đổi mới nhắm mục tiêu cụ thể để tăng doanh số trong những tháng chậm. Tôi cũng thay đổi ngày của hội nghị khuyến khích danh giá nhất của chúng tôi để biến doanh số mùa hè thành thành phần quan trọng nhất.</w:t>
      </w:r>
    </w:p>
    <w:p>
      <w:pPr>
        <w:spacing w:after="80"/>
      </w:pPr>
      <w:r>
        <w:rPr>
          <w:b w:val="0"/>
          <w:i w:val="0"/>
        </w:rPr>
        <w:t>Sau đó tôi học theo Ray Dalio và tạo ra những tấm thẻ bóng chày với số liệu thống kê cả năm của từng đại lý. Vì các đại lý biết rằng những tấm thẻ sẽ được in vào ngày 15 tháng Một—và thành tích của họ sẽ được mọi người trong công ty nhìn thấy—doanh số tháng Mười Hai tăng vọt. Trong vòng hai năm kể từ khi tôi phát hiện và phân tích dữ liệu đó, tỷ lệ doanh số của chúng tôi chuyển từ 75/25 (tháng cao điểm/tháng chậm) sang 55/45. Nói cách khác, chúng tôi đã loại bỏ gần như toàn bộ tính mùa vụ khỏi hoạt động kinh doanh. Chỉ riêng dữ liệu không giải quyết được vấn đề, nhưng nó đã cảnh báo chúng tôi về vấn đề và cho phép chúng tôi theo dõi tiến độ hướng tới giải pháp.</w:t>
      </w:r>
    </w:p>
    <w:p>
      <w:pPr>
        <w:spacing w:after="80"/>
      </w:pPr>
      <w:r>
        <w:rPr>
          <w:b w:val="0"/>
          <w:i w:val="0"/>
        </w:rPr>
        <w:t>Với thắng lợi đó trong tay, tôi bắt đầu xem xét các xu hướng cho từng phần của một tháng. Khi làm vậy, tôi có thể thấy nơi chúng tôi yếu và cách tạo ra các động lực để tránh cơn cuồng loạn cuối tháng nhằm chốt giao dịch. Kể từ khi chúng tôi bắt đầu theo dõi điều này, doanh số trong mỗi tháng đã bắt đầu cân bằng.</w:t>
      </w:r>
    </w:p>
    <w:p>
      <w:pPr>
        <w:spacing w:after="80"/>
      </w:pPr>
      <w:r>
        <w:rPr>
          <w:b w:val="0"/>
          <w:i w:val="0"/>
        </w:rPr>
        <w:t>Mọi CEO nên nhìn vào các con số của mình, để ý những rò rỉ và xu hướng, rồi thúc đẩy việc thực thi dựa trên những gì họ học được.</w:t>
      </w:r>
    </w:p>
    <w:p>
      <w:pPr>
        <w:pStyle w:val="Heading3"/>
      </w:pPr>
      <w:r>
        <w:rPr>
          <w:rFonts w:ascii="Calibri" w:hAnsi="Calibri"/>
          <w:b/>
          <w:i w:val="0"/>
          <w:sz w:val="26"/>
        </w:rPr>
        <w:t>Tin vào con số, không tin vào con người</w:t>
      </w:r>
    </w:p>
    <w:p>
      <w:pPr>
        <w:spacing w:after="80"/>
      </w:pPr>
      <w:r>
        <w:rPr>
          <w:b w:val="0"/>
          <w:i w:val="0"/>
        </w:rPr>
        <w:t>Khi điều hành một công ty, bạn không thể lúc nào cũng tin người khác nói thật với mình. Thực tế, bạn không thể lúc nào cũng tin chính mình. Người khác có những toan tính riêng; họ muốn làm một dự án cụ thể nào đó và quá lạc quan trong dự báo về thành công của nó. Đôi khi họ thậm chí không ý thức được mình đang bóp méo sự thật như thế nào.</w:t>
      </w:r>
    </w:p>
    <w:p>
      <w:pPr>
        <w:spacing w:after="80"/>
      </w:pPr>
      <w:r>
        <w:rPr>
          <w:b w:val="0"/>
          <w:i w:val="0"/>
        </w:rPr>
        <w:t>Các doanh nhân cũng có thể mắc những sai lầm tương tự. Bạn tự thuyết phục mình rằng mình có thể làm cho một sản phẩm mới thành công, nhưng đó là cái tôi của bạn đang lên tiếng, không phải lý trí. Hoặc bạn thăng chức cho ai đó vì bạn thích anh ta, không phải vì anh ta xứng đáng.</w:t>
      </w:r>
    </w:p>
    <w:p>
      <w:pPr>
        <w:spacing w:after="80"/>
      </w:pPr>
      <w:r>
        <w:rPr>
          <w:b w:val="0"/>
          <w:i w:val="0"/>
        </w:rPr>
        <w:t>Những con số giúp mọi người giữ sự trung thực.</w:t>
      </w:r>
    </w:p>
    <w:p>
      <w:pPr>
        <w:spacing w:after="80"/>
      </w:pPr>
      <w:r>
        <w:rPr>
          <w:b w:val="0"/>
          <w:i w:val="0"/>
        </w:rPr>
        <w:t>Hầu hết những người tạo ra doanh thu của bạn đều có tính cách type A. Họ là mẫu người quyết đoán, tự tin, hung hăng, và những phẩm chất này hữu ích trong nhiều khía cạnh của kinh doanh. Nhưng người type A cũng giỏi tự quảng bá bản thân, và với tư cách là CEO, bạn cần phân biệt giữa tự quảng bá và thành tích thực sự.</w:t>
      </w:r>
    </w:p>
    <w:p>
      <w:pPr>
        <w:spacing w:after="80"/>
      </w:pPr>
      <w:r>
        <w:rPr>
          <w:b w:val="0"/>
          <w:i w:val="0"/>
        </w:rPr>
        <w:t>Đây là cách làm. Khi mọi người nói với tôi rằng họ đã làm việc chăm chỉ thế nào và tất cả những kết quả họ đã tạo ra, tôi bắt đầu bằng cách hỏi: "Tỷ lệ chốt của bạn là bao nhiêu?"</w:t>
      </w:r>
    </w:p>
    <w:p>
      <w:pPr>
        <w:spacing w:after="80"/>
      </w:pPr>
      <w:r>
        <w:rPr>
          <w:b w:val="0"/>
          <w:i w:val="0"/>
        </w:rPr>
        <w:t>Cứ cho là tôi đang có cuộc trò chuyện này với Paul. Anh ấy trả lời: "Năm mươi phần trăm."</w:t>
      </w:r>
    </w:p>
    <w:p>
      <w:pPr>
        <w:spacing w:after="80"/>
      </w:pPr>
      <w:r>
        <w:rPr>
          <w:b w:val="0"/>
          <w:i w:val="0"/>
        </w:rPr>
        <w:t>"Tuyệt vời. Giờ để tôi hỏi, doanh thu trung bình mỗi khách hàng của anh là bao nhiêu?"</w:t>
      </w:r>
    </w:p>
    <w:p>
      <w:pPr>
        <w:spacing w:after="80"/>
      </w:pPr>
      <w:r>
        <w:rPr>
          <w:b w:val="0"/>
          <w:i w:val="0"/>
        </w:rPr>
        <w:t>"Hai nghìn đô la."</w:t>
      </w:r>
    </w:p>
    <w:p>
      <w:pPr>
        <w:spacing w:after="80"/>
      </w:pPr>
      <w:r>
        <w:rPr>
          <w:b w:val="0"/>
          <w:i w:val="0"/>
        </w:rPr>
        <w:t>"Vậy nếu anh đưa ra mười đề xuất và chốt được một nửa trong số đó, thì tức là mười nghìn đô la."</w:t>
      </w:r>
    </w:p>
    <w:p>
      <w:pPr>
        <w:spacing w:after="80"/>
      </w:pPr>
      <w:r>
        <w:rPr>
          <w:b w:val="0"/>
          <w:i w:val="0"/>
        </w:rPr>
        <w:t>"Đúng vậy."</w:t>
      </w:r>
    </w:p>
    <w:p>
      <w:pPr>
        <w:spacing w:after="80"/>
      </w:pPr>
      <w:r>
        <w:rPr>
          <w:b w:val="0"/>
          <w:i w:val="0"/>
        </w:rPr>
        <w:t>"Vậy để tôi hỏi anh: Tại sao tháng tốt nhất của anh trong quý trước chỉ có sáu nghìn đô la?"</w:t>
      </w:r>
    </w:p>
    <w:p>
      <w:pPr>
        <w:spacing w:after="80"/>
      </w:pPr>
      <w:r>
        <w:rPr>
          <w:b w:val="0"/>
          <w:i w:val="0"/>
        </w:rPr>
        <w:t xml:space="preserve">Bạn nghĩ mình đã biết câu trả lời. Điều bạn có thể chưa biết là con át chủ bài của bạn chính là sự im lặng. Đây không phải lúc để biến thành nhân vật của Alec Baldwin trong </w:t>
      </w:r>
      <w:r>
        <w:rPr>
          <w:b w:val="0"/>
          <w:i/>
        </w:rPr>
        <w:t>Glengarry Glen Ross</w:t>
      </w:r>
      <w:r>
        <w:rPr>
          <w:b w:val="0"/>
          <w:i w:val="0"/>
        </w:rPr>
        <w:t xml:space="preserve"> và gào lên: "Đặt cà phê xuống! Cà phê chỉ dành cho người chốt được thôi... 'Khách tiềm năng yếu quá.'... Anh yếu quá!"</w:t>
      </w:r>
    </w:p>
    <w:p>
      <w:pPr>
        <w:spacing w:after="80"/>
      </w:pPr>
      <w:r>
        <w:rPr>
          <w:b w:val="0"/>
          <w:i w:val="0"/>
        </w:rPr>
        <w:t>Thay vì đưa ra một giả định hay chất vấn đạo đức làm việc của Paul, hãy im lặng. Để anh ấy tự trả lời câu hỏi.</w:t>
      </w:r>
    </w:p>
    <w:p>
      <w:pPr>
        <w:spacing w:after="80"/>
      </w:pPr>
      <w:r>
        <w:rPr>
          <w:b w:val="0"/>
          <w:i w:val="0"/>
        </w:rPr>
        <w:t>Một lúc nào đó, Paul bắt đầu nói. Đúng như dự đoán, anh ấy tức giận và phản đối rằng mình không hề lười biếng.</w:t>
      </w:r>
    </w:p>
    <w:p>
      <w:pPr>
        <w:spacing w:after="80"/>
      </w:pPr>
      <w:r>
        <w:rPr>
          <w:b w:val="0"/>
          <w:i w:val="0"/>
        </w:rPr>
        <w:t>"Tại sao anh lại khó chịu?" tôi hỏi. "Tôi chỉ đang đọc lại những con số anh đưa cho tôi thôi."</w:t>
      </w:r>
    </w:p>
    <w:p>
      <w:pPr>
        <w:spacing w:after="80"/>
      </w:pPr>
      <w:r>
        <w:rPr>
          <w:b w:val="0"/>
          <w:i w:val="0"/>
        </w:rPr>
        <w:t>Paul đã bắt đầu tự suy ngẫm. Anh ấy đang phản đối rằng mình không lười biếng, bởi vì anh ấy biết dữ liệu nói ngược lại. Không cần phải mắng nhiếc anh ấy. Chỉ cần bám sát quy trình.</w:t>
      </w:r>
    </w:p>
    <w:p>
      <w:pPr>
        <w:spacing w:after="80"/>
      </w:pPr>
      <w:r>
        <w:rPr>
          <w:b w:val="0"/>
          <w:i w:val="0"/>
        </w:rPr>
        <w:t xml:space="preserve">Những nhà quản lý tồi dùng dữ liệu định tính. Họ sẽ phân tích tình huống như thế này bằng </w:t>
      </w:r>
      <w:r>
        <w:rPr>
          <w:b w:val="0"/>
          <w:i/>
        </w:rPr>
        <w:t>lời nói</w:t>
      </w:r>
      <w:r>
        <w:rPr>
          <w:b w:val="0"/>
          <w:i w:val="0"/>
        </w:rPr>
        <w:t xml:space="preserve"> thay vì con số. Họ sẽ nói rằng người này lười biếng, không trung thực, hay thiếu động lực. Những lời đó chẳng giải quyết được gì cho vấn đề cả. Ngược lại, dữ liệu chỉ ra giải pháp.</w:t>
      </w:r>
    </w:p>
    <w:p>
      <w:pPr>
        <w:spacing w:after="80"/>
      </w:pPr>
      <w:r>
        <w:rPr>
          <w:b w:val="0"/>
          <w:i w:val="0"/>
        </w:rPr>
        <w:t>Bằng cách dựa vào dữ liệu, bạn làm dịu đi cảm xúc trong tình huống. Bằng cách tập trung vào con số, bạn giúp người kia thừa nhận thực tế. Điều này không chỉ tạo động lực để cải thiện mà còn giữ gìn mối quan hệ của bạn.</w:t>
      </w:r>
    </w:p>
    <w:p>
      <w:pPr>
        <w:spacing w:after="80"/>
      </w:pPr>
      <w:r>
        <w:rPr>
          <w:b w:val="0"/>
          <w:i w:val="0"/>
        </w:rPr>
        <w:t xml:space="preserve">Giải bài toán tìm </w:t>
      </w:r>
      <w:r>
        <w:rPr>
          <w:b w:val="0"/>
          <w:i/>
        </w:rPr>
        <w:t>X</w:t>
      </w:r>
      <w:r>
        <w:rPr>
          <w:b w:val="0"/>
          <w:i w:val="0"/>
        </w:rPr>
        <w:t xml:space="preserve"> trong tình huống này có vẻ khá đơn giản. Các biến số duy nhất trong thu nhập của Paul là số lượng đề xuất, tỷ lệ chốt được, và doanh thu trung bình mỗi khách hàng. Cứ cho là biến cuối cùng cố định ở mức 2.000 đô la. Chỉ có hai cách để kiếm nhiều tiền hơn: đưa ra nhiều đề xuất hơn hoặc cải thiện tỷ lệ chốt được. Khi bạn đào sâu vào các con số, bạn thấy rằng tỷ lệ chốt được của Paul thực ra là 50 phần trăm. Vấn đề là anh ấy chỉ đưa ra có sáu đề xuất.</w:t>
      </w:r>
    </w:p>
    <w:p>
      <w:pPr>
        <w:spacing w:after="80"/>
      </w:pPr>
      <w:r>
        <w:rPr>
          <w:b w:val="0"/>
          <w:i w:val="0"/>
        </w:rPr>
        <w:t xml:space="preserve">Cũng giống như khi phân tích ITR, ta phải xem xét kỹ các con số, ở đây ta cũng phải đào sâu hơn. Dữ liệu cho ta biết Paul không đưa ra đủ số lượng đề xuất. Điều quyết định số lượng đề xuất chính là thứ đưa anh ấy đến giai đoạn đề xuất: tìm kiếm khách hàng tiềm năng. Thủ phạm là anh ấy không tạo ra đủ khách tiềm năng. Đó chính là </w:t>
      </w:r>
      <w:r>
        <w:rPr>
          <w:b w:val="0"/>
          <w:i/>
        </w:rPr>
        <w:t>X</w:t>
      </w:r>
      <w:r>
        <w:rPr>
          <w:b w:val="0"/>
          <w:i w:val="0"/>
        </w:rPr>
        <w:t xml:space="preserve"> mà bạn cần giải.</w:t>
      </w:r>
    </w:p>
    <w:p>
      <w:pPr>
        <w:spacing w:after="80"/>
      </w:pPr>
      <w:r>
        <w:rPr>
          <w:b w:val="0"/>
          <w:i w:val="0"/>
        </w:rPr>
        <w:t>Có phải hoạt động tiếp thị trên mạng xã hội của anh ấy đã sụt giảm? Có phải anh ấy đã rời khỏi các nhóm kết nối của mình? Có phải anh ấy đã ngừng gọi cho khách hàng hiện tại hoặc gọi điện chào hàng? Bạn đã đi đúng hướng khi đo số lượng đề xuất và tỷ lệ chốt được của anh ấy. Đào sâu hơn, bạn thấy rằng bước tiếp theo của mình là xem lại chiến lược tìm kiếm khách hàng tiềm năng của anh ấy và tìm cách đo lường nó. Để có vài ý tưởng, hãy xem cách một công ty lớn dùng dữ liệu để quản lý đội ngũ bán hàng của họ.</w:t>
      </w:r>
    </w:p>
    <w:p>
      <w:pPr>
        <w:pStyle w:val="Heading3"/>
      </w:pPr>
      <w:r>
        <w:rPr>
          <w:rFonts w:ascii="Calibri" w:hAnsi="Calibri"/>
          <w:b/>
          <w:i w:val="0"/>
          <w:sz w:val="26"/>
        </w:rPr>
        <w:t xml:space="preserve">Phân tích dữ liệu vượt xa việc giải bài toán tìm </w:t>
      </w:r>
      <w:r>
        <w:rPr>
          <w:rFonts w:ascii="Calibri" w:hAnsi="Calibri"/>
          <w:b/>
          <w:i/>
          <w:sz w:val="26"/>
        </w:rPr>
        <w:t>X</w:t>
      </w:r>
    </w:p>
    <w:p>
      <w:pPr>
        <w:spacing w:after="80"/>
      </w:pPr>
      <w:r>
        <w:rPr>
          <w:b w:val="0"/>
          <w:i w:val="0"/>
        </w:rPr>
        <w:t>Lanier Worldwide (nay là công ty con của Ricoh USA), một công ty sản phẩm văn phòng có trụ sở tại Atlanta, nổi tiếng nhờ chất lượng đào tạo bán hàng. Các chỉ số dành cho nhân viên bán máy photocopy của họ (khi Greg Dinkin làm việc ở đó vào năm 1994) rất đơn giản:</w:t>
      </w:r>
    </w:p>
    <w:p>
      <w:pPr>
        <w:spacing w:after="80"/>
        <w:ind w:left="360"/>
      </w:pPr>
      <w:r>
        <w:t xml:space="preserve">• </w:t>
      </w:r>
      <w:r>
        <w:rPr>
          <w:b w:val="0"/>
          <w:i w:val="0"/>
        </w:rPr>
        <w:t>20 cuộc gọi lạnh mỗi ngày</w:t>
      </w:r>
    </w:p>
    <w:p>
      <w:pPr>
        <w:spacing w:after="80"/>
        <w:ind w:left="360"/>
      </w:pPr>
      <w:r>
        <w:t xml:space="preserve">• </w:t>
      </w:r>
      <w:r>
        <w:rPr>
          <w:b w:val="0"/>
          <w:i w:val="0"/>
        </w:rPr>
        <w:t>2 buổi trình diễn sản phẩm (demo) mỗi ngày</w:t>
      </w:r>
    </w:p>
    <w:p>
      <w:pPr>
        <w:spacing w:after="80"/>
        <w:ind w:left="360"/>
      </w:pPr>
      <w:r>
        <w:t xml:space="preserve">• </w:t>
      </w:r>
      <w:r>
        <w:rPr>
          <w:b w:val="0"/>
          <w:i w:val="0"/>
        </w:rPr>
        <w:t>Tỷ lệ chốt đơn trung bình 10 phần trăm</w:t>
      </w:r>
    </w:p>
    <w:p>
      <w:pPr>
        <w:spacing w:after="80"/>
        <w:ind w:left="360"/>
      </w:pPr>
      <w:r>
        <w:t xml:space="preserve">• </w:t>
      </w:r>
      <w:r>
        <w:rPr>
          <w:b w:val="0"/>
          <w:i w:val="0"/>
        </w:rPr>
        <w:t>1 đơn hàng mỗi tuần, hoa hồng 1.200 đô-la mỗi đơn</w:t>
      </w:r>
    </w:p>
    <w:p>
      <w:pPr>
        <w:spacing w:after="80"/>
        <w:ind w:left="360"/>
      </w:pPr>
      <w:r>
        <w:t xml:space="preserve">• </w:t>
      </w:r>
      <w:r>
        <w:rPr>
          <w:b w:val="0"/>
          <w:i w:val="0"/>
        </w:rPr>
        <w:t>Vậy là 1.200 đô-la hoa hồng mỗi tuần</w:t>
      </w:r>
    </w:p>
    <w:p>
      <w:pPr>
        <w:spacing w:after="80"/>
      </w:pPr>
      <w:r>
        <w:rPr>
          <w:b w:val="0"/>
          <w:i w:val="0"/>
        </w:rPr>
        <w:t>Với những sinh viên mới ra trường, bạn có thể thấy lời chào mời này hấp dẫn đến mức nào. Chỉ cần bán một chiếc máy photocopy mỗi tuần, bạn sẽ kiếm được sáu mươi ngàn đô một năm. Còn tuyệt hơn nữa, bạn chỉ cần chốt được 10 phần trăm số buổi demo là đạt chỉ tiêu. Đó là công thức mà Lanier đã tìm ra dựa trên nhiều năm dữ liệu. Tất nhiên, phần khó là ở chỗ trung bình bạn phải thực hiện một trăm cuộc gọi lạnh mỗi tuần mới bán được một chiếc.</w:t>
      </w:r>
    </w:p>
    <w:p>
      <w:pPr>
        <w:spacing w:after="80"/>
      </w:pPr>
      <w:r>
        <w:rPr>
          <w:b w:val="0"/>
          <w:i w:val="0"/>
        </w:rPr>
        <w:t>Giả sử Chris là một người đặc biệt và có tỷ lệ chốt đơn 50 phần trăm. Khi nhìn vào con số hàng tuần của anh ấy, bạn thấy anh ấy kiếm trung bình 2.400 đô-la mỗi tuần. Anh ấy đang làm cực kỳ tốt. Anh ấy là nhân viên số một trong văn phòng. Đúng là một tay cừ khôi.</w:t>
      </w:r>
    </w:p>
    <w:p>
      <w:pPr>
        <w:spacing w:after="80"/>
      </w:pPr>
      <w:r>
        <w:rPr>
          <w:b w:val="0"/>
          <w:i w:val="0"/>
        </w:rPr>
        <w:t>Bạn có thấy vấn đề không?</w:t>
      </w:r>
    </w:p>
    <w:p>
      <w:pPr>
        <w:spacing w:after="80"/>
      </w:pPr>
      <w:r>
        <w:rPr>
          <w:b w:val="0"/>
          <w:i w:val="0"/>
        </w:rPr>
        <w:t>Chúng ta phải quay lại với dữ liệu định tính. Việc là một "tay cừ khôi" chẳng cho chúng ta biết điều gì cả.</w:t>
      </w:r>
    </w:p>
    <w:p>
      <w:pPr>
        <w:spacing w:after="80"/>
      </w:pPr>
      <w:r>
        <w:rPr>
          <w:b w:val="0"/>
          <w:i w:val="0"/>
        </w:rPr>
        <w:t xml:space="preserve">Khi đào sâu vào các con số và thấy rằng Chris chốt đơn với tỷ lệ 50 phần trăm, chúng ta bắt đầu gãi đầu. Đã đến lúc giải bài toán tìm </w:t>
      </w:r>
      <w:r>
        <w:rPr>
          <w:b w:val="0"/>
          <w:i/>
        </w:rPr>
        <w:t>X</w:t>
      </w:r>
      <w:r>
        <w:rPr>
          <w:b w:val="0"/>
          <w:i w:val="0"/>
        </w:rPr>
        <w:t>. Con số hàng tháng của anh ấy trông như thế này:</w:t>
      </w:r>
    </w:p>
    <w:p>
      <w:pPr>
        <w:spacing w:after="80"/>
        <w:ind w:left="360"/>
      </w:pPr>
      <w:r>
        <w:t xml:space="preserve">• </w:t>
      </w:r>
      <w:r>
        <w:rPr>
          <w:b w:val="0"/>
          <w:i/>
        </w:rPr>
        <w:t>X</w:t>
      </w:r>
      <w:r>
        <w:rPr>
          <w:b w:val="0"/>
          <w:i w:val="0"/>
        </w:rPr>
        <w:t xml:space="preserve"> cuộc gọi lạnh mỗi ngày</w:t>
      </w:r>
    </w:p>
    <w:p>
      <w:pPr>
        <w:spacing w:after="80"/>
        <w:ind w:left="360"/>
      </w:pPr>
      <w:r>
        <w:t xml:space="preserve">• </w:t>
      </w:r>
      <w:r>
        <w:rPr>
          <w:b w:val="0"/>
          <w:i/>
        </w:rPr>
        <w:t>X</w:t>
      </w:r>
      <w:r>
        <w:rPr>
          <w:b w:val="0"/>
          <w:i w:val="0"/>
        </w:rPr>
        <w:t xml:space="preserve"> buổi demo mỗi ngày</w:t>
      </w:r>
    </w:p>
    <w:p>
      <w:pPr>
        <w:spacing w:after="80"/>
        <w:ind w:left="360"/>
      </w:pPr>
      <w:r>
        <w:t xml:space="preserve">• </w:t>
      </w:r>
      <w:r>
        <w:rPr>
          <w:b w:val="0"/>
          <w:i w:val="0"/>
        </w:rPr>
        <w:t>Tỷ lệ chốt đơn trung bình 50 phần trăm</w:t>
      </w:r>
    </w:p>
    <w:p>
      <w:pPr>
        <w:spacing w:after="80"/>
        <w:ind w:left="360"/>
      </w:pPr>
      <w:r>
        <w:t xml:space="preserve">• </w:t>
      </w:r>
      <w:r>
        <w:rPr>
          <w:b w:val="0"/>
          <w:i w:val="0"/>
        </w:rPr>
        <w:t>2 đơn hàng mỗi tuần, hoa hồng 1.200 đô-la mỗi đơn</w:t>
      </w:r>
    </w:p>
    <w:p>
      <w:pPr>
        <w:spacing w:after="80"/>
        <w:ind w:left="360"/>
      </w:pPr>
      <w:r>
        <w:t xml:space="preserve">• </w:t>
      </w:r>
      <w:r>
        <w:rPr>
          <w:b w:val="0"/>
          <w:i w:val="0"/>
        </w:rPr>
        <w:t>Vậy là 2.400 đô-la hoa hồng mỗi tuần</w:t>
      </w:r>
    </w:p>
    <w:p>
      <w:pPr>
        <w:spacing w:after="80"/>
      </w:pPr>
      <w:r>
        <w:rPr>
          <w:b w:val="0"/>
          <w:i w:val="0"/>
        </w:rPr>
        <w:t>Tính ra số buổi demo thì dễ. Vì anh ấy chốt được một nửa, rõ ràng là anh ấy làm bốn buổi demo. Nhưng còn con số gọi lạnh thì sao? Chẳng thấy đâu cả.</w:t>
      </w:r>
    </w:p>
    <w:p>
      <w:pPr>
        <w:spacing w:after="80"/>
      </w:pPr>
      <w:r>
        <w:rPr>
          <w:b w:val="0"/>
          <w:i w:val="0"/>
        </w:rPr>
        <w:t>Nhân đây, câu chuyện này có làm bạn nhớ đến câu chuyện tôi vừa kể về Paul không? Lý do là tôi muốn bạn nhận ra một xu hướng. Chuyện thường thấy là những nhân viên tài năng nhất của bạn cứ sống dựa vào tài năng của mình. Bản tính con người là khi mọi thứ đến với ta quá dễ dàng, ta có xu hướng buông lơi. Với tư cách một nhà lãnh đạo, việc của bạn là thách thức những người tài năng nhất sống xứng đáng với tài năng của họ. Nếu bạn không hiểu các con số, những người như Chris và Paul sẽ kiếm được một cuộc sống thoải mái. Và hoàn toàn không phát huy hết tiềm năng! Nhưng họ không nên như vậy—không thể trong tầm ngắm của Jobs, không thể trong tầm ngắm của Belichick, và hy vọng là không trong tầm ngắm của bạn.</w:t>
      </w:r>
    </w:p>
    <w:p>
      <w:pPr>
        <w:spacing w:after="80"/>
      </w:pPr>
      <w:r>
        <w:rPr>
          <w:b w:val="0"/>
          <w:i w:val="0"/>
        </w:rPr>
        <w:t xml:space="preserve">Để xem điều gì đã xảy ra với Chris, hãy cùng xem xét phép toán. Nếu anh ấy làm mười buổi demo một tuần, anh ấy đã có năm đơn hàng thay vì hai. Đó sẽ là 6.000 đô-la một tuần thay vì 2.400 đô-la. Vì anh ấy là người giỏi nhất trong văn phòng và sếp của anh ấy không có tư duy </w:t>
      </w:r>
      <w:r>
        <w:rPr>
          <w:b w:val="0"/>
          <w:i/>
        </w:rPr>
        <w:t>Moneyball</w:t>
      </w:r>
      <w:r>
        <w:rPr>
          <w:b w:val="0"/>
          <w:i w:val="0"/>
        </w:rPr>
        <w:t>, chẳng ai buồn theo dõi hoạt động của anh ấy. Kết quả là Chris ngừng tìm kiếm khách hàng tiềm năng. Khi bạn đào sâu hơn, bạn thấy anh ấy không thực hiện cuộc gọi lạnh nào cả. Các buổi demo đều đến từ khách hàng giới thiệu hoặc khách hàng hiện có.</w:t>
      </w:r>
    </w:p>
    <w:p>
      <w:pPr>
        <w:spacing w:after="80"/>
      </w:pPr>
      <w:r>
        <w:rPr>
          <w:b w:val="0"/>
          <w:i w:val="0"/>
        </w:rPr>
        <w:t>Câu trả lời đơn giản ư? Bảo Chris thực hiện nhiều cuộc gọi lạnh hơn.</w:t>
      </w:r>
    </w:p>
    <w:p>
      <w:pPr>
        <w:spacing w:after="80"/>
      </w:pPr>
      <w:r>
        <w:rPr>
          <w:b w:val="0"/>
          <w:i w:val="0"/>
        </w:rPr>
        <w:t>Bạn hẳn đã biết đó là một câu hỏi mẹo. Trong kinh doanh không có câu trả lời đơn giản. Dữ liệu dẫn chúng ta tìm ra lý do Chris không phát huy hết tiềm năng: thiếu khách hàng tiềm năng. Tuy nhiên, chỉ dữ liệu thôi thì không phải là thứ phân biệt những Billy Beane và Paul DePodesta trên thế giới với những người khác. Đó là dữ liệu kết hợp với phân tích. Nếu Chris chốt đơn giỏi đến vậy, khuynh hướng đầu tiên của tôi sẽ là tìm cho anh ấy nhiều khách hàng tiềm năng hơn. Đặc biệt nếu trong công ty tôi có những người giỏi tìm kiếm khách hàng tiềm năng nhưng kém chốt đơn, tôi sẽ tìm cách kết hợp tài năng của họ lại.</w:t>
      </w:r>
    </w:p>
    <w:p>
      <w:pPr>
        <w:spacing w:after="80"/>
      </w:pPr>
      <w:r>
        <w:rPr>
          <w:b w:val="0"/>
          <w:i w:val="0"/>
        </w:rPr>
        <w:t>Trước khi làm điều đó, tôi sẽ hỏi Chris (bạn đoán đúng rồi đấy), "Bạn muốn trở thành ai?"</w:t>
      </w:r>
    </w:p>
    <w:p>
      <w:pPr>
        <w:spacing w:after="80"/>
      </w:pPr>
      <w:r>
        <w:rPr>
          <w:b w:val="0"/>
          <w:i w:val="0"/>
        </w:rPr>
        <w:t>Những nhà lãnh đạo vĩ đại tìm ra giao điểm giữa dữ liệu và bản tính con người. Giống như một bác sĩ thông minh làm xét nghiệm máu, họ dùng dữ liệu để chẩn đoán vấn đề. Sau đó họ dùng chuyên môn của mình để tìm ra giải pháp.</w:t>
      </w:r>
    </w:p>
    <w:p>
      <w:pPr>
        <w:spacing w:after="80"/>
      </w:pPr>
      <w:r>
        <w:rPr>
          <w:b w:val="0"/>
          <w:i w:val="0"/>
        </w:rPr>
        <w:t>Với một số doanh nhân, dữ liệu là phần nhàm chán của việc kinh doanh; họ không hứng thú với các con số. Nhưng tôi hy vọng những câu chuyện này giúp bạn thấy vì sao tôi bị ám ảnh với dữ liệu, đặc biệt khi tôi có thể dùng nó để giành lợi thế cạnh tranh.</w:t>
      </w:r>
    </w:p>
    <w:p>
      <w:pPr>
        <w:spacing w:after="80"/>
      </w:pPr>
      <w:r>
        <w:rPr>
          <w:b w:val="0"/>
          <w:i w:val="0"/>
        </w:rPr>
        <w:t>Như tôi đã nói nhiều lần, đọc về cách giải quyết một vấn đề chỉ giúp được đến thế. Bạn cần đưa thông tin này vào áp dụng trong chính doanh nghiệp của mình. Tôi đã cho bạn một công thức đơn giản để theo dõi thành công trong bán hàng. Nếu bạn kinh doanh vận tải, các công thức của bạn sẽ khác hẳn. Trước khi lật trang, hãy nghĩ ra ba công thức cho phép bạn theo dõi doanh nghiệp của mình. Lý tưởng nhất, đây sẽ trở thành những con số đầu tiên bạn nhìn vào trước khi bắt đầu mỗi ngày làm việc.</w:t>
      </w:r>
    </w:p>
    <w:p>
      <w:pPr>
        <w:pStyle w:val="Heading3"/>
      </w:pPr>
      <w:r>
        <w:rPr>
          <w:rFonts w:ascii="Calibri" w:hAnsi="Calibri"/>
          <w:b/>
          <w:i w:val="0"/>
          <w:sz w:val="26"/>
        </w:rPr>
        <w:t>Nếu Bạn Không Có Hệ Thống, Bạn Có Ít Cơ Hội Tăng Trưởng Theo Cấp Số Nhân</w:t>
      </w:r>
    </w:p>
    <w:p>
      <w:pPr>
        <w:spacing w:after="80"/>
      </w:pPr>
      <w:r>
        <w:rPr>
          <w:b w:val="0"/>
          <w:i w:val="0"/>
        </w:rPr>
        <w:t>Đến giờ bạn có thể thấy rằng lời nói không đủ để cho bạn biết điều gì thực sự đang diễn ra trong doanh nghiệp của mình. Đây là bốn cụm từ mà những người không có dữ liệu hay hệ thống thường dùng:</w:t>
      </w:r>
    </w:p>
    <w:p>
      <w:pPr>
        <w:spacing w:after="80"/>
        <w:ind w:left="360"/>
      </w:pPr>
      <w:r>
        <w:rPr>
          <w:b w:val="0"/>
          <w:i w:val="0"/>
        </w:rPr>
        <w:t>"Đại khái là…"</w:t>
      </w:r>
    </w:p>
    <w:p>
      <w:pPr>
        <w:spacing w:after="80"/>
        <w:ind w:left="360"/>
      </w:pPr>
      <w:r>
        <w:rPr>
          <w:b w:val="0"/>
          <w:i w:val="0"/>
        </w:rPr>
        <w:t>"Tôi nghĩ chúng ta đang ở mức…"</w:t>
      </w:r>
    </w:p>
    <w:p>
      <w:pPr>
        <w:spacing w:after="80"/>
        <w:ind w:left="360"/>
      </w:pPr>
      <w:r>
        <w:rPr>
          <w:b w:val="0"/>
          <w:i w:val="0"/>
        </w:rPr>
        <w:t>"Khoảng…"</w:t>
      </w:r>
    </w:p>
    <w:p>
      <w:pPr>
        <w:spacing w:after="80"/>
        <w:ind w:left="360"/>
      </w:pPr>
      <w:r>
        <w:rPr>
          <w:b w:val="0"/>
          <w:i w:val="0"/>
        </w:rPr>
        <w:t>"Tôi tin là chúng ta đã làm được…"</w:t>
      </w:r>
    </w:p>
    <w:p>
      <w:pPr>
        <w:spacing w:after="80"/>
      </w:pPr>
      <w:r>
        <w:rPr>
          <w:b w:val="0"/>
          <w:i w:val="0"/>
        </w:rPr>
        <w:t>Các công ty mở rộng quy mô và phát triển cuối cùng sẽ tạo ra một hệ thống hiệu quả. Nếu bạn tin rằng mình sẽ phát triển doanh nghiệp chỉ nhờ vào cá tính, thì doanh nghiệp của bạn sẽ khó đoán định. Bạn cần tạo ra các hệ thống và quy trình để giảm bớt nhu cầu bạn phải quản lý vi mô.</w:t>
      </w:r>
    </w:p>
    <w:p>
      <w:pPr>
        <w:pStyle w:val="Heading4"/>
      </w:pPr>
      <w:r>
        <w:rPr>
          <w:rFonts w:ascii="Calibri" w:hAnsi="Calibri"/>
          <w:b/>
          <w:i w:val="0"/>
          <w:sz w:val="23"/>
        </w:rPr>
        <w:t>Năm lý do để triển khai hệ thống</w:t>
      </w:r>
    </w:p>
    <w:p>
      <w:pPr>
        <w:spacing w:after="80"/>
        <w:ind w:left="360"/>
      </w:pPr>
      <w:r>
        <w:rPr>
          <w:b/>
          <w:i w:val="0"/>
        </w:rPr>
        <w:t>1.</w:t>
      </w:r>
      <w:r>
        <w:rPr>
          <w:b w:val="0"/>
          <w:i w:val="0"/>
        </w:rPr>
        <w:t xml:space="preserve"> Những gì được đo lường thì có thể mở rộng quy mô và cải thiện.</w:t>
      </w:r>
    </w:p>
    <w:p>
      <w:pPr>
        <w:spacing w:after="80"/>
        <w:ind w:left="360"/>
      </w:pPr>
      <w:r>
        <w:rPr>
          <w:b/>
          <w:i w:val="0"/>
        </w:rPr>
        <w:t>2.</w:t>
      </w:r>
      <w:r>
        <w:rPr>
          <w:b w:val="0"/>
          <w:i w:val="0"/>
        </w:rPr>
        <w:t xml:space="preserve"> Bạn sẽ biết nên hướng năng lượng và chuyên môn của mình vào đâu và cho ai.</w:t>
      </w:r>
    </w:p>
    <w:p>
      <w:pPr>
        <w:spacing w:after="80"/>
        <w:ind w:left="360"/>
      </w:pPr>
      <w:r>
        <w:rPr>
          <w:b/>
          <w:i w:val="0"/>
        </w:rPr>
        <w:t>3.</w:t>
      </w:r>
      <w:r>
        <w:rPr>
          <w:b w:val="0"/>
          <w:i w:val="0"/>
        </w:rPr>
        <w:t xml:space="preserve"> Bạn có thể ngừng quản lý vi mô và trao quyền cho nhân viên của mình.</w:t>
      </w:r>
    </w:p>
    <w:p>
      <w:pPr>
        <w:spacing w:after="80"/>
        <w:ind w:left="360"/>
      </w:pPr>
      <w:r>
        <w:rPr>
          <w:b/>
          <w:i w:val="0"/>
        </w:rPr>
        <w:t>4.</w:t>
      </w:r>
      <w:r>
        <w:rPr>
          <w:b w:val="0"/>
          <w:i w:val="0"/>
        </w:rPr>
        <w:t xml:space="preserve"> Nhân viên của bạn, đặc biệt là những người làm việc xuất sắc nhất, sẽ không thể lừa dối bạn bằng những lời phóng đại.</w:t>
      </w:r>
    </w:p>
    <w:p>
      <w:pPr>
        <w:spacing w:after="80"/>
        <w:ind w:left="360"/>
      </w:pPr>
      <w:r>
        <w:rPr>
          <w:b/>
          <w:i w:val="0"/>
        </w:rPr>
        <w:t>5.</w:t>
      </w:r>
      <w:r>
        <w:rPr>
          <w:b w:val="0"/>
          <w:i w:val="0"/>
        </w:rPr>
        <w:t xml:space="preserve"> Bạn sẽ đồng thời trở nên hiệu quả hơn và có nhiều tự do hơn.</w:t>
      </w:r>
    </w:p>
    <w:p>
      <w:pPr>
        <w:spacing w:after="80"/>
      </w:pPr>
      <w:r>
        <w:rPr>
          <w:b w:val="0"/>
          <w:i w:val="0"/>
        </w:rPr>
        <w:t>Nói về việc tạo ra hệ thống là một chuyện; thực thi chúng lại là chuyện khác. Khi bạn tập trung vào bán hàng, thật khó để rời xa các hoạt động tạo ra doanh thu. Những việc như tạo cẩm nang và hệ thống không hề dễ dàng với tôi, và có lẽ cũng sẽ khó với bạn. Việc nhận séc cũng dễ hơn việc viết séc. Cả công nghệ lẫn những người bạn cần thuê đều không hề rẻ. Và nếu bạn muốn làm một cửa hàng một người và không phát triển, thì bạn không cần phải đầu tư vào hệ thống.</w:t>
      </w:r>
    </w:p>
    <w:p>
      <w:pPr>
        <w:pStyle w:val="Heading3"/>
      </w:pPr>
      <w:r>
        <w:rPr>
          <w:rFonts w:ascii="Calibri" w:hAnsi="Calibri"/>
          <w:b/>
          <w:i w:val="0"/>
          <w:sz w:val="26"/>
        </w:rPr>
        <w:t>Cách tăng giá trị doanh nghiệp của bạn</w:t>
      </w:r>
    </w:p>
    <w:p>
      <w:pPr>
        <w:spacing w:after="80"/>
      </w:pPr>
      <w:r>
        <w:rPr>
          <w:b w:val="0"/>
          <w:i w:val="0"/>
        </w:rPr>
        <w:t>Khi bạn đang bận rộn điều hành một doanh nghiệp, việc chậm lại và xây dựng hệ thống thì nói dễ hơn làm. Nếu bạn xuất thân từ nền tảng bán hàng, bạn có thể mang tư duy "chốt thương vụ ngay và lo sau". Nếu bạn muốn mãi là một doanh nhân đơn độc, điều đó có thể hiệu quả. Tuy nhiên, nếu bạn quan tâm đến việc tạo ra giá trị chứ không chỉ lợi nhuận, bạn cần chậm lại đủ lâu để tạo ra hệ thống.</w:t>
      </w:r>
    </w:p>
    <w:p>
      <w:pPr>
        <w:spacing w:after="80"/>
      </w:pPr>
      <w:r>
        <w:rPr>
          <w:b w:val="0"/>
          <w:i w:val="0"/>
        </w:rPr>
        <w:t>Một doanh nghiệp vận hành dựa trên hệ thống, chứ không chỉ dựa vào bí quyết của bạn, sẽ gia tăng giá trị. Bạn phải ghi lại cách hệ thống vận hành. Khi nhân viên mới vào, bạn thực hiện những bước nào để hòa nhập họ? Bạn cần ghi lại từng bước. Điều tương tự cũng đúng với mọi thứ khác trong doanh nghiệp của bạn, như các bước cần làm sau khi ai đó mua sản phẩm, khi bạn cần theo dõi một thương vụ bán hàng, v.v. Những doanh nghiệp được xây dựng trên hệ thống và quy trình sẽ gia tăng giá trị vì chúng có sự sống riêng mà không phụ thuộc vào một con người cụ thể. Rõ ràng, doanh nghiệp của bạn cần một người dẫn dắt, nhưng việc có sẵn hệ thống sẽ nâng giá trị của nó lên một tầm cao hoàn toàn mới.</w:t>
      </w:r>
    </w:p>
    <w:p>
      <w:pPr>
        <w:jc w:val="center"/>
      </w:pPr>
      <w:r>
        <w:drawing>
          <wp:inline xmlns:a="http://schemas.openxmlformats.org/drawingml/2006/main" xmlns:pic="http://schemas.openxmlformats.org/drawingml/2006/picture">
            <wp:extent cx="5486400" cy="2247134"/>
            <wp:docPr id="37" name="Picture 37"/>
            <wp:cNvGraphicFramePr>
              <a:graphicFrameLocks noChangeAspect="1"/>
            </wp:cNvGraphicFramePr>
            <a:graphic>
              <a:graphicData uri="http://schemas.openxmlformats.org/drawingml/2006/picture">
                <pic:pic>
                  <pic:nvPicPr>
                    <pic:cNvPr id="0" name="f0203-01.jpg"/>
                    <pic:cNvPicPr/>
                  </pic:nvPicPr>
                  <pic:blipFill>
                    <a:blip r:embed="rId33"/>
                    <a:stretch>
                      <a:fillRect/>
                    </a:stretch>
                  </pic:blipFill>
                  <pic:spPr>
                    <a:xfrm>
                      <a:off x="0" y="0"/>
                      <a:ext cx="5486400" cy="2247134"/>
                    </a:xfrm>
                    <a:prstGeom prst="rect"/>
                  </pic:spPr>
                </pic:pic>
              </a:graphicData>
            </a:graphic>
          </wp:inline>
        </w:drawing>
      </w:r>
    </w:p>
    <w:p>
      <w:pPr>
        <w:spacing w:after="80"/>
      </w:pPr>
      <w:r>
        <w:rPr>
          <w:b w:val="0"/>
          <w:i w:val="0"/>
        </w:rPr>
        <w:t>Bạn không thể chỉ đo lường dữ liệu; bạn còn phải phân tích nó. Như người ta nói trên phố Wall, đừng chống lại băng ghi. Khi các con số vẽ nên một bức tranh không đẹp, cái tôi của bạn sẽ xen vào. Bạn sẽ bắt đầu tìm cách biện minh cho những sự sụt giảm của mình. Hãy lường trước điều này sẽ xảy ra, và bạn có thể tránh được nó. Dữ liệu không bao giờ nói dối.</w:t>
      </w:r>
    </w:p>
    <w:p>
      <w:pPr>
        <w:spacing w:after="80"/>
      </w:pPr>
      <w:r>
        <w:rPr>
          <w:b w:val="0"/>
          <w:i w:val="0"/>
        </w:rPr>
        <w:t xml:space="preserve">Sẽ tốn rất nhiều công sức để đạt đến điểm có dữ liệu để theo dõi. Tôi cũng có thể nói từ kinh nghiệm rằng nó sẽ cảm giác tẻ nhạt và đau đớn—đặc biệt nếu bạn coi mình là một người có tầm nhìn hoặc bạn là một nhân viên bán hàng thiếu kiên nhẫn để làm những việc không mang lại lợi nhuận tức thì. Tôi đã chống lại nó trong một thời gian dài. Và dù là nhờ đọc </w:t>
      </w:r>
      <w:r>
        <w:rPr>
          <w:b w:val="0"/>
          <w:i/>
        </w:rPr>
        <w:t>Moneyball</w:t>
      </w:r>
      <w:r>
        <w:rPr>
          <w:b w:val="0"/>
          <w:i w:val="0"/>
        </w:rPr>
        <w:t xml:space="preserve"> hay do chịu đựng những cơn hoảng loạn, cuối cùng tôi đã học được rằng cách duy nhất để điều hành một doanh nghiệp có quy mô là triển khai các hệ thống theo dõi dữ liệu.</w:t>
      </w:r>
    </w:p>
    <w:p>
      <w:pPr>
        <w:jc w:val="center"/>
      </w:pPr>
      <w:r>
        <w:drawing>
          <wp:inline xmlns:a="http://schemas.openxmlformats.org/drawingml/2006/main" xmlns:pic="http://schemas.openxmlformats.org/drawingml/2006/picture">
            <wp:extent cx="1333500" cy="85725"/>
            <wp:docPr id="38" name="Picture 38"/>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12 </w:t>
      </w:r>
      <w:r>
        <w:rPr>
          <w:rFonts w:ascii="Calibri" w:hAnsi="Calibri"/>
          <w:b/>
          <w:i w:val="0"/>
          <w:sz w:val="32"/>
        </w:rPr>
        <w:t>Hãy Luôn Hoang Tưởng; Bậc Thầy Vĩ Đại Không Bao Giờ Mất Cảnh Giác</w:t>
      </w:r>
    </w:p>
    <w:p>
      <w:pPr>
        <w:spacing w:after="80"/>
      </w:pPr>
      <w:r>
        <w:rPr>
          <w:b w:val="0"/>
          <w:i w:val="0"/>
        </w:rPr>
        <w:t>Tôi cho rằng khả năng duy trì thành công của Intel là nhờ luôn cảnh giác với các mối đe dọa, dù về mặt công nghệ hay cạnh tranh. Từ "hoang tưởng" nhằm gợi lên thái độ đó, một thái độ luôn nhìn xa hơn đường chân trời để tìm những mối đe dọa đối với thành công của bạn.</w:t>
      </w:r>
    </w:p>
    <w:p>
      <w:pPr>
        <w:spacing w:after="80"/>
        <w:jc w:val="right"/>
      </w:pPr>
      <w:r>
        <w:rPr>
          <w:b w:val="0"/>
          <w:i w:val="0"/>
        </w:rPr>
        <w:t>—Andy Grove, cựu CEO và chủ tịch, Intel</w:t>
      </w:r>
    </w:p>
    <w:p>
      <w:pPr>
        <w:spacing w:after="80"/>
      </w:pPr>
      <w:r>
        <w:rPr>
          <w:b w:val="0"/>
          <w:i w:val="0"/>
        </w:rPr>
        <w:t xml:space="preserve">Kinh doanh là chiến tranh. Hay nói cách khác, với một doanh nghiệp, hòa bình không bao giờ tồn tại. Bạn có thể là người dẫn đầu thị trường, bạn có thể đang đạt lợi nhuận kỷ lục, bạn có thể </w:t>
      </w:r>
      <w:r>
        <w:rPr>
          <w:b w:val="0"/>
          <w:i/>
        </w:rPr>
        <w:t>tin</w:t>
      </w:r>
      <w:r>
        <w:rPr>
          <w:b w:val="0"/>
          <w:i w:val="0"/>
        </w:rPr>
        <w:t xml:space="preserve"> rằng mình có thể thư giãn và tận hưởng đà thắng, nhưng… luôn có ai đó ngoài kia đang chuẩn bị tấn công bạn. Bạn có thể trải nghiệm ảo giác về hòa bình khi mọi thứ suôn sẻ, nhưng đó chỉ là ảo giác. Nếu bạn lơ là dù chỉ một giây, bạn tự biến mình thành mục tiêu dễ bị tổn thương trước đòn tấn công.</w:t>
      </w:r>
    </w:p>
    <w:p>
      <w:pPr>
        <w:spacing w:after="80"/>
      </w:pPr>
      <w:r>
        <w:rPr>
          <w:b w:val="0"/>
          <w:i w:val="0"/>
        </w:rPr>
        <w:t xml:space="preserve">Lịch sử là một trong những người thầy tốt nhất của chúng ta. Chúng ta dùng cụm từ "Fortune 500" thường xuyên đến mức có thể đã quên nguồn gốc của nó. Năm 1955, Edgar P. Smith, một biên tập viên của tạp chí </w:t>
      </w:r>
      <w:r>
        <w:rPr>
          <w:b w:val="0"/>
          <w:i/>
        </w:rPr>
        <w:t>Fortune</w:t>
      </w:r>
      <w:r>
        <w:rPr>
          <w:b w:val="0"/>
          <w:i w:val="0"/>
        </w:rPr>
        <w:t>, đã công bố danh sách năm trăm tập đoàn lớn nhất nước Mỹ theo tổng doanh thu hằng năm. Ngày nay, danh sách bao gồm cả các công ty đại chúng lẫn tư nhân (nếu doanh thu của họ được công bố công khai). Trong số năm trăm công ty ban đầu, đoán xem còn bao nhiêu vẫn nằm trong danh sách. Một nửa? Hai trăm? Kể cả chỉ 20 phần trăm trụ được, bạn vẫn đang nhìn vào con số một trăm.</w:t>
      </w:r>
    </w:p>
    <w:p>
      <w:pPr>
        <w:spacing w:after="80"/>
      </w:pPr>
      <w:r>
        <w:rPr>
          <w:b w:val="0"/>
          <w:i w:val="0"/>
        </w:rPr>
        <w:t>Thử nghĩ đến năm mươi hai đi.</w:t>
      </w:r>
    </w:p>
    <w:p>
      <w:pPr>
        <w:spacing w:after="80"/>
      </w:pPr>
      <w:r>
        <w:rPr>
          <w:b w:val="0"/>
          <w:i w:val="0"/>
        </w:rPr>
        <w:t>Bạn nghĩ giữ được sự liên quan là dễ à? Boeing, Campbell Soup Company, Colgate-Palmolive, Deere &amp; Company, General Motors, IBM, Kellogg Company, Procter &amp; Gamble, và Whirlpool Corporation đại diện cho thiểu số các công ty có mặt trong danh sách cả năm 1955 lẫn 2019. Bạn nghĩ các doanh nghiệp khác không muốn tiêu diệt đối thủ của họ sao—đặc biệt là những đối thủ lớn nhất? Tám mươi chín phần trăm trong số Fortune 500 ban đầu đã phá sản hoặc rớt khỏi danh sách (một số bị thâu tóm). Kinh doanh là một cuộc tắm máu. Khoảnh khắc bạn nghĩ mình đang đứng trên nền đất an toàn cũng chính là khoảnh khắc bạn trở nên dễ bị tổn thương nhất.</w:t>
      </w:r>
    </w:p>
    <w:p>
      <w:pPr>
        <w:spacing w:after="80"/>
      </w:pPr>
      <w:r>
        <w:rPr>
          <w:b w:val="0"/>
          <w:i w:val="0"/>
        </w:rPr>
        <w:t>Tùy vào việc bạn đang ở đâu trong chu kỳ kinh doanh của mình, tập dữ liệu tiếp theo này sẽ khiến bạn phấn khích hoặc khiến bạn sợ hãi. Tôi tìm thấy nó trên trang web của Foundation for Economic Education (FEE).</w:t>
      </w:r>
    </w:p>
    <w:p>
      <w:pPr>
        <w:spacing w:after="80"/>
      </w:pPr>
      <w:r>
        <w:rPr>
          <w:b w:val="0"/>
          <w:i w:val="0"/>
        </w:rPr>
        <w:t xml:space="preserve">Theo một báo cáo năm 2016 của </w:t>
      </w:r>
      <w:r>
        <w:rPr>
          <w:b w:val="0"/>
          <w:i/>
        </w:rPr>
        <w:t>Innosight</w:t>
      </w:r>
      <w:r>
        <w:rPr>
          <w:b w:val="0"/>
          <w:i w:val="0"/>
        </w:rPr>
        <w:t xml:space="preserve"> ("Corporate Longevity: Turbulence Ahead for Large Organizations"), các tập đoàn trong S&amp;P 500 Index năm 1965 trụ lại trong chỉ số này trung bình 33 năm. Đến năm 1990, thời gian trụ lại trung bình trong S&amp;P 500 đã thu hẹp còn 20 năm và hiện được dự báo sẽ giảm xuống còn 14 năm vào năm 2026. Với tốc độ thay máu hiện tại, khoảng </w:t>
      </w:r>
      <w:r>
        <w:rPr>
          <w:b/>
          <w:i w:val="0"/>
        </w:rPr>
        <w:t>một nửa số công ty trong S&amp;P 500 ngày nay sẽ bị thay thế trong 10 năm tới</w:t>
      </w:r>
      <w:r>
        <w:rPr>
          <w:b w:val="0"/>
          <w:i w:val="0"/>
        </w:rPr>
        <w:t xml:space="preserve"> khi "chúng ta bước vào giai đoạn biến động dữ dội của các công ty dẫn đầu trên nhiều ngành khác nhau, với mười năm tới được dự báo sẽ là </w:t>
      </w:r>
      <w:r>
        <w:rPr>
          <w:b w:val="0"/>
          <w:i/>
        </w:rPr>
        <w:t>giai đoạn có khả năng biến động nhất trong lịch sử hiện đại</w:t>
      </w:r>
      <w:r>
        <w:rPr>
          <w:b w:val="0"/>
          <w:i w:val="0"/>
        </w:rPr>
        <w:t>."</w:t>
      </w:r>
    </w:p>
    <w:p>
      <w:pPr>
        <w:spacing w:after="80"/>
      </w:pPr>
      <w:r>
        <w:rPr>
          <w:b w:val="0"/>
          <w:i w:val="0"/>
        </w:rPr>
        <w:t>Công nghệ và mạng xã hội là những công cụ san bằng tuyệt vời. Kết quả là, việc giữ được sự liên quan càng khó hơn. Đồng thời, việc hạ bệ những ông lớn cũng dễ hơn. Bạn không thể giữ được sự liên quan bằng cách giậm chân tại chỗ. Tự mãn dù chỉ một phút, và bạn sẽ tiêu đời.</w:t>
      </w:r>
    </w:p>
    <w:p>
      <w:pPr>
        <w:pStyle w:val="Heading3"/>
      </w:pPr>
      <w:r>
        <w:rPr>
          <w:rFonts w:ascii="Calibri" w:hAnsi="Calibri"/>
          <w:b/>
          <w:i w:val="0"/>
          <w:sz w:val="26"/>
        </w:rPr>
        <w:t>Mỗi Ngày Đều Khẩn Cấp: Luôn Cảnh Giác; Luôn Sống Sót</w:t>
      </w:r>
    </w:p>
    <w:p>
      <w:pPr>
        <w:spacing w:after="80"/>
      </w:pPr>
      <w:r>
        <w:rPr>
          <w:b w:val="0"/>
          <w:i w:val="0"/>
        </w:rPr>
        <w:t>Ý thức khẩn cấp cao độ là phẩm chất mà những doanh nhân thành công nhất đều có chung. Với họ, mỗi ngày là một trận chiến, và họ đối xử với nó như thể đó là vấn đề sống còn. Nó mang lại cho họ nguồn năng lượng khẩn cấp đó, chuyển hóa thành lợi thế kinh doanh. Bạn không muốn cạnh tranh với một trong những người đó đâu. Không phải vì họ thông minh hơn hay giỏi giang hơn; mà là vì họ sẽ làm việc chăm chỉ hơn bạn. Họ bị ám ảnh bởi việc chiến thắng.</w:t>
      </w:r>
    </w:p>
    <w:p>
      <w:pPr>
        <w:spacing w:after="80"/>
      </w:pPr>
      <w:r>
        <w:rPr>
          <w:b w:val="0"/>
          <w:i w:val="0"/>
        </w:rPr>
        <w:t xml:space="preserve">Trong </w:t>
      </w:r>
      <w:r>
        <w:rPr>
          <w:b w:val="0"/>
          <w:i/>
        </w:rPr>
        <w:t>The 33 Strategies of War</w:t>
      </w:r>
      <w:r>
        <w:rPr>
          <w:b w:val="0"/>
          <w:i w:val="0"/>
        </w:rPr>
        <w:t>, Robert Greene nói:</w:t>
      </w:r>
    </w:p>
    <w:p>
      <w:pPr>
        <w:spacing w:after="80"/>
      </w:pPr>
      <w:r>
        <w:rPr>
          <w:b w:val="0"/>
          <w:i w:val="0"/>
        </w:rPr>
        <w:t>Bạn là kẻ thù tồi tệ nhất của chính mình. Bạn lãng phí thời gian quý báu để mơ mộng về tương lai thay vì dấn thân vào hiện tại. Vì với bạn dường như chẳng có gì khẩn cấp, bạn chỉ tham gia được một nửa vào những gì mình làm…. Hãy cắt đứt mọi ràng buộc với quá khứ; bước vào vùng lãnh thổ chưa biết, nơi bạn phải dựa vào trí tuệ và năng lượng của mình để vượt qua. Hãy đặt mình vào "vùng đất chết," nơi lưng bạn dựa vào tường và bạn phải chiến đấu như điên để sống sót thoát ra.</w:t>
      </w:r>
    </w:p>
    <w:p>
      <w:pPr>
        <w:spacing w:after="80"/>
      </w:pPr>
      <w:r>
        <w:rPr>
          <w:b w:val="0"/>
          <w:i w:val="0"/>
        </w:rPr>
        <w:t>Tôi không bảo bạn phải hoang tưởng điên cuồng, mà hãy hoang tưởng một cách thận trọng. Ở trạng thái sau, bạn cảnh giác với những gì có thể sai sót nhưng không bị ám ảnh về nó. Bạn ý thức được những nguy hiểm và cạm bẫy tiềm ẩn, và bạn luôn giương ăng-ten lên để nhận ra những dấu hiệu cho thấy mọi thứ đang đi xuống.</w:t>
      </w:r>
    </w:p>
    <w:p>
      <w:pPr>
        <w:spacing w:after="80"/>
      </w:pPr>
      <w:r>
        <w:rPr>
          <w:b w:val="0"/>
          <w:i w:val="0"/>
        </w:rPr>
        <w:t>Hãy nghĩ đến một cảnh tượng quen thuộc trong các phim chiến tranh: Một tiểu đội ra trận, thắng một trận, bắt được một tên phản diện, rồi dừng chân qua đêm. Họ ăn mừng chiến thắng, tiệc tùng với rượu và phụ nữ địa phương. Họ ngủ mê mệt, rồi điều gì xảy ra vào giữa đêm? Họ bị phục kích. Họ để lơi lỏng cảnh giác, và kẻ thù lợi dụng điều đó.</w:t>
      </w:r>
    </w:p>
    <w:p>
      <w:pPr>
        <w:spacing w:after="80"/>
      </w:pPr>
      <w:r>
        <w:rPr>
          <w:b w:val="0"/>
          <w:i w:val="0"/>
        </w:rPr>
        <w:t>Khi tôi còn trong quân đội, chúng tôi có một câu nói: "Luôn cảnh giác; luôn sống sót."</w:t>
      </w:r>
    </w:p>
    <w:p>
      <w:pPr>
        <w:spacing w:after="80"/>
      </w:pPr>
      <w:r>
        <w:rPr>
          <w:b w:val="0"/>
          <w:i w:val="0"/>
        </w:rPr>
        <w:t>Điều tương tự cũng đúng trong kinh doanh. Bạn phải cảnh giác với những gì có thể sai sót. Đừng ngây thơ mà nghĩ rằng tất cả nhân viên của bạn đều trung thành, chăm chỉ và sẽ vận hành hoàn hảo mà không cần giám sát. Đừng nghĩ rằng bạn đã đè bẹp mọi đối thủ và không ai có thể nghĩ ra cách thách thức vị thế của bạn. Đừng tin rằng sự đổi mới đã mở đường cho thành công của bạn sẽ tiếp tục mở đường cho bạn trong tương lai.</w:t>
      </w:r>
    </w:p>
    <w:p>
      <w:pPr>
        <w:spacing w:after="80"/>
      </w:pPr>
      <w:r>
        <w:rPr>
          <w:b w:val="0"/>
          <w:i w:val="0"/>
        </w:rPr>
        <w:t>Các tướng giỏi đều hoang tưởng, và họ đáp lại nỗi hoang tưởng đó bằng cách tạo ra hết chiến lược tuyệt vời này đến chiến lược tuyệt vời khác. Nếu bạn có thể vượt trội đối thủ về chiến lược, bạn có thể bảo vệ mình khỏi những điều sẽ sai sót. Đừng làm việc tùy hứng. Đừng dựa vào một chiến lược cho đến khi nó cũ mèm. Hãy liên tục vạch ra những kế hoạch mới dựa trên điều kiện thay đổi; dự đoán xu hướng, và có sẵn chiến lược để tận dụng chúng.</w:t>
      </w:r>
    </w:p>
    <w:p>
      <w:pPr>
        <w:spacing w:after="80"/>
      </w:pPr>
      <w:r>
        <w:rPr>
          <w:b w:val="0"/>
          <w:i w:val="0"/>
        </w:rPr>
        <w:t>Mọi vị tướng từ Napoleon đến Patton đều đã thông thạo kỹ thuật này, và mọi nhà lãnh đạo doanh nghiệp cũng cần làm được như vậy. Tại sao các con số của bạn luôn sai lệch vào tháng Hai? Tại sao lúc nào cũng có một cuộc chạy đôn chạy đáo điên cuồng khi hạn chót đến gần? Tại sao nhiều cuộc họp của bạn lại biến thành những màn la hét và đổ lỗi cho nhau? Tại sao bạn đã mất ba khách hàng lớn trong sáu tháng qua? Đây là những kiểu câu hỏi đáng để bạn dừng lại suy ngẫm. Hãy điều tra nguyên nhân sâu xa nhất. Xem liệu bạn có thể nhận ra vấn đề đang ẩn giấu bên dưới bề mặt sự việc hay không. Khi sự hoang tưởng dẫn đến tò mò, rồi tò mò dẫn đến giải pháp, thì nó đang hoàn thành đúng chức năng của mình.</w:t>
      </w:r>
    </w:p>
    <w:p>
      <w:pPr>
        <w:pStyle w:val="Heading3"/>
      </w:pPr>
      <w:r>
        <w:rPr>
          <w:rFonts w:ascii="Calibri" w:hAnsi="Calibri"/>
          <w:b/>
          <w:i w:val="0"/>
          <w:sz w:val="26"/>
        </w:rPr>
        <w:t>Bạn Càng Làm Tốt, Bạn Càng Dễ Bị Tổn Thương</w:t>
      </w:r>
    </w:p>
    <w:p>
      <w:pPr>
        <w:spacing w:after="80"/>
      </w:pPr>
      <w:r>
        <w:rPr>
          <w:b w:val="0"/>
          <w:i w:val="0"/>
        </w:rPr>
        <w:t>Thành công sẽ làm suy giảm sự hoang tưởng. Điều này nghe có vẻ phản trực giác, nhưng hãy nghĩ xem điều gì xảy ra khi mọi thứ đang diễn ra tuyệt vời. Có lẽ bạn đã từng trải qua điều này: Bạn thắng liên tiếp hết lần này đến lần khác, rồi đột nhiên, không biết từ đâu, bạn chết đứng như tôm. Chuyện gì đã xảy ra vậy?</w:t>
      </w:r>
    </w:p>
    <w:p>
      <w:pPr>
        <w:spacing w:after="80"/>
      </w:pPr>
      <w:r>
        <w:rPr>
          <w:b w:val="0"/>
          <w:i w:val="0"/>
        </w:rPr>
        <w:t>Điều đã xảy ra là bạn trở nên tự mãn. Điều đã xảy ra là bạn ngừng trở thành người khát khao nhất trong ngành của mình. Điều đã xảy ra là bạn cảm thấy mình đã vượt qua cái ngưỡng phải sống trong hoang tưởng.</w:t>
      </w:r>
    </w:p>
    <w:p>
      <w:pPr>
        <w:spacing w:after="80"/>
      </w:pPr>
      <w:r>
        <w:rPr>
          <w:b w:val="0"/>
          <w:i w:val="0"/>
        </w:rPr>
        <w:t>Tôi sẽ kể cho bạn nghe chuyện gì đã xảy ra với Rick, một người bạn thân từng là luật sư bào chữa hình sự ở Los Angeles—không phải bất kỳ luật sư bào chữa hình sự nào mà là một trong những người giỏi nhất. Ông từng đại diện cho những tay buôn ma túy quyền lực và giàu có vào thập niên 1970 và 1980, và họ mời Rick đi tiệc tùng cùng. Một đường cocaine dẫn đến một đường khác, và chẳng mấy chốc ông đã dùng rất nhiều. Họ giới thiệu ông với các người mẫu Playboy, và chẳng bao lâu Rick đang hẹn hò không phải một mà là hai người—và cùng một lúc! Sau một loạt quyết định tồi tệ và những vi phạm pháp luật liên quan đến cocaine, Rick bị kết án hai mươi năm tù. Ông mất giấy phép hành nghề luật, và khi cuối cùng ra tù, ông kiếm được khoảng $3,000 một tháng nhờ bán các mặt hàng quảng cáo đặc biệt như bút và áo sơ mi.</w:t>
      </w:r>
    </w:p>
    <w:p>
      <w:pPr>
        <w:spacing w:after="80"/>
      </w:pPr>
      <w:r>
        <w:rPr>
          <w:b w:val="0"/>
          <w:i w:val="0"/>
        </w:rPr>
        <w:t>Ông đã ở độ tuổi cuối sáu mươi khi tôi hỏi ông hồi trung học ông là kiểu người như thế nào. Ông nói: "Tôi là một chàng trai bình thường. Tôi cưới người yêu thời trung học của mình."</w:t>
      </w:r>
    </w:p>
    <w:p>
      <w:pPr>
        <w:spacing w:after="80"/>
      </w:pPr>
      <w:r>
        <w:rPr>
          <w:b w:val="0"/>
          <w:i w:val="0"/>
        </w:rPr>
        <w:t>Khi chúng tôi trò chuyện, rõ ràng là ông đã bị thành công của mình nhấn chìm. Khi sự nghiệp luật của ông cất cánh, mọi người bắt đầu đối xử với ông như đội trưởng đội bóng bầu dục và phụ nữ lao vào ông. Ông là một chàng trai vàng nở muộn, và sự hào nhoáng của giới ma túy đang vẫy gọi. Rick không thể cưỡng lại. Giống như nhiều người thành công, ông không thể tưởng tượng nổi bất cứ điều gì có thể làm trật bánh sự nghiệp của mình (còn nhớ Morton Downey, Jr. không?). Kết quả là ông không chuẩn bị cho thành công cuối cùng đã hủy hoại ông. Tôi buồn khi nghĩ về Rick, người đã qua đời năm 2019. Ông là một người bạn tốt với trái tim rộng lớn, người đã thực hiện một nước đi tồi (thử cocaine) dẫn đến một loạt nước đi đưa cả cuộc đời lẫn sự nghiệp của ông vào thế chiếu hết.</w:t>
      </w:r>
    </w:p>
    <w:p>
      <w:pPr>
        <w:spacing w:after="80"/>
      </w:pPr>
      <w:r>
        <w:rPr>
          <w:b w:val="0"/>
          <w:i w:val="0"/>
        </w:rPr>
        <w:t>Brené Brown, một giáo sư nghiên cứu và tác giả bán chạy nhất, đã có một bài TED Talk tên là "The Power of Vulnerability" (Sức mạnh của sự tổn thương) được xem trực tuyến hơn 46 triệu lần. Bà hiểu áp lực từ bạn bè đồng trang lứa có thể đánh bại chúng ta như thế nào. Bà nói: "Dám đặt ra ranh giới là về việc có can đảm yêu thương chính mình ngay cả khi chúng ta có nguy cơ làm người khác thất vọng." Yêu thương chính mình thường được thể hiện bằng việc nói không. Tôi ước gì Rick đã đủ khôn ngoan để nghe theo lời khuyên đó.</w:t>
      </w:r>
    </w:p>
    <w:p>
      <w:pPr>
        <w:spacing w:after="80"/>
      </w:pPr>
      <w:r>
        <w:rPr>
          <w:b w:val="0"/>
          <w:i w:val="0"/>
        </w:rPr>
        <w:t>Bạn có thể nhớ Robert Shapiro là luật sư đã giúp bào chữa cho O. J. Simpson. Ông từng và vẫn là một luật sư cực kỳ thành công, người duy trì được đà tiến của mình bất chấp thành công. Ông đã chuyển từ luật hình sự sang luật dân sự, và khi tôi phỏng vấn ông, tôi hỏi về công việc bào chữa hình sự của ông và liệu ông có bao giờ bị cám dỗ bởi những khách hàng có thể cho ông ma túy và phụ nữ đẹp hay không.</w:t>
      </w:r>
    </w:p>
    <w:p>
      <w:pPr>
        <w:spacing w:after="80"/>
      </w:pPr>
      <w:r>
        <w:rPr>
          <w:b w:val="0"/>
          <w:i w:val="0"/>
        </w:rPr>
        <w:t>Shapiro nói: "Tôi chưa bao giờ thiết lập một mối quan hệ, một tình bạn, với khách hàng của mình. Tôi luôn giữ họ ở khoảng cách nhất định."</w:t>
      </w:r>
    </w:p>
    <w:p>
      <w:pPr>
        <w:spacing w:after="80"/>
      </w:pPr>
      <w:r>
        <w:rPr>
          <w:b w:val="0"/>
          <w:i w:val="0"/>
        </w:rPr>
        <w:t>Trái ngược với Rick, bằng cách đặt ra ranh giới, Shapiro duy trì được đà tiến của mình, ngay cả sau khi đạt được danh tiếng và thành công.</w:t>
      </w:r>
    </w:p>
    <w:p>
      <w:pPr>
        <w:spacing w:after="80"/>
      </w:pPr>
      <w:r>
        <w:rPr>
          <w:b w:val="0"/>
          <w:i w:val="0"/>
        </w:rPr>
        <w:t>Các doanh nhân cần chuẩn bị cho sự chú ý bất ngờ, những lời tâng bốc và những đặc quyền khác khi trở nên thành công, đặc biệt nếu họ không quen với kiểu chú ý này. Họ cần ý thức rằng nếu họ tin vào những lời tung hô về chính mình, họ sẽ phanh gấp và dừng lại.</w:t>
      </w:r>
    </w:p>
    <w:p>
      <w:pPr>
        <w:spacing w:after="80"/>
      </w:pPr>
      <w:r>
        <w:rPr>
          <w:b w:val="0"/>
          <w:i w:val="0"/>
        </w:rPr>
        <w:t>Cùng quan điểm đó, cả Robert Greene và Jordan Peterson đều cho tôi lời khuyên tương tự về việc cẩn thận với người mà bạn chia sẻ cả tin tốt lẫn tin xấu. Những người đàn ông đó hiểu bản chất con người và biết rằng không có nhiều người sẽ vui mừng cho thành công của bạn. Trước khi chia sẻ bất cứ điều gì với bất kỳ ai, hãy cân nhắc xem—sâu thẳm trong lòng—ai muốn thấy bạn thành công và ai muốn thấy bạn thất bại. Một số người mà bạn coi là bạn bè có thể không đưa ra lời khuyên tốt nhất cho bạn, đặc biệt nếu họ đang cạnh tranh với bạn.</w:t>
      </w:r>
    </w:p>
    <w:p>
      <w:pPr>
        <w:pStyle w:val="Heading3"/>
      </w:pPr>
      <w:r>
        <w:rPr>
          <w:rFonts w:ascii="Calibri" w:hAnsi="Calibri"/>
          <w:b/>
          <w:i w:val="0"/>
          <w:sz w:val="26"/>
        </w:rPr>
        <w:t>Giữ Vững Tâm Trí Bất Chấp Sự Bất Định</w:t>
      </w:r>
    </w:p>
    <w:p>
      <w:pPr>
        <w:spacing w:after="80"/>
      </w:pPr>
      <w:r>
        <w:rPr>
          <w:b w:val="0"/>
          <w:i w:val="0"/>
        </w:rPr>
        <w:t>Dưới đây là ba chiến thuật giúp bạn giữ được cái đầu lạnh trong khi tất cả những người xung quanh đang mất bình tĩnh.</w:t>
      </w:r>
    </w:p>
    <w:p>
      <w:pPr>
        <w:pStyle w:val="Heading4"/>
      </w:pPr>
      <w:r>
        <w:rPr>
          <w:rFonts w:ascii="Calibri" w:hAnsi="Calibri"/>
          <w:b/>
          <w:i w:val="0"/>
          <w:sz w:val="23"/>
        </w:rPr>
        <w:t>1. KẾT BẠN VỚI ĐỊNH LUẬT MURPHY</w:t>
      </w:r>
    </w:p>
    <w:p>
      <w:pPr>
        <w:spacing w:after="80"/>
      </w:pPr>
      <w:r>
        <w:rPr>
          <w:b w:val="0"/>
          <w:i w:val="0"/>
        </w:rPr>
        <w:t>Những doanh nhân nhạy bén luôn tôn trọng Định luật Murphy. Trước khi tung ra một sản phẩm mới, thực hiện một khoản đầu tư, bấm nút quyết định thâu tóm, hay thực hiện bất kỳ bước đi lớn nào, hãy tự hỏi mình câu này: Những sự việc tồi tệ nhất có thể xảy ra do hành động của mình là gì?</w:t>
      </w:r>
    </w:p>
    <w:p>
      <w:pPr>
        <w:spacing w:after="80"/>
      </w:pPr>
      <w:r>
        <w:rPr>
          <w:b w:val="0"/>
          <w:i w:val="0"/>
        </w:rPr>
        <w:t>Sau đó, hãy thực hiện các bước để giảm thiểu những sự việc tồi tệ nhất tiềm tàng đó.</w:t>
      </w:r>
    </w:p>
    <w:p>
      <w:pPr>
        <w:spacing w:after="80"/>
      </w:pPr>
      <w:r>
        <w:rPr>
          <w:b w:val="0"/>
          <w:i w:val="0"/>
        </w:rPr>
        <w:t>Bạn có thể là người suy nghĩ tích cực, điều đó thật tuyệt, nhưng đừng tích cực một cách ngây thơ. Điều này đúng với cả những sự việc và quyết định nhỏ lẫn lớn. Nếu bạn sắp có một buổi thuyết trình quan trọng, hãy kiểm tra máy chiếu, rồi kiểm tra lại lần nữa. Nó có thể đã hoạt động hoàn hảo cả trăm lần trong quá khứ, nhưng một thế lực nào đó trong vũ trụ sẽ đảm bảo nó không hoạt động đúng lúc bạn cần dùng để trình bày PowerPoint cho các nhà đầu tư. Và khi nó không hoạt động, bạn sẽ phải đối mặt với hỗn loạn—có thể không phải kiểu hỗn loạn phá nát cả doanh nghiệp, mà là kiểu hỗn loạn phá hỏng cả buổi thuyết trình lẫn ngày hôm nay của bạn. Kiểu khiến bạn mắng nhiếc và làm xa cách nhân viên của mình. Kiểu khiến bạn mất phong độ và làm dấy lên nghi ngờ từ các nhà đầu tư tiềm năng.</w:t>
      </w:r>
    </w:p>
    <w:p>
      <w:pPr>
        <w:spacing w:after="80"/>
      </w:pPr>
      <w:r>
        <w:rPr>
          <w:b w:val="0"/>
          <w:i w:val="0"/>
        </w:rPr>
        <w:t>Đây là một kỹ thuật chống lại Định luật Murphy mà tôi dùng suốt. Tôi gặp gỡ những bộ óc giỏi nhất trong đội của mình—không quá năm người. Chúng tôi ngồi lại và bàn về những gì nên lường trước và ngăn chặn để không đi sai hướng. Và tôi phải nói với bạn rằng, đôi khi nhờ cuộc họp chống Định luật Murphy này, chúng tôi quyết định hoãn một kế hoạch ra mắt vì nhận ra mình chưa sẵn sàng tiến hành hoặc vì xác suất xảy ra một sự cố lớn là quá cao. Đôi khi, chúng tôi thậm chí còn gạt bỏ một ý tưởng từng có vẻ cực kỳ hấp dẫn khi mới nảy ra. Có một nhóm cố vấn tinh nhuệ mang lại sự kiểm tra và cân bằng quý giá.</w:t>
      </w:r>
    </w:p>
    <w:p>
      <w:pPr>
        <w:pStyle w:val="Heading4"/>
      </w:pPr>
      <w:r>
        <w:rPr>
          <w:rFonts w:ascii="Calibri" w:hAnsi="Calibri"/>
          <w:b/>
          <w:i w:val="0"/>
          <w:sz w:val="23"/>
        </w:rPr>
        <w:t>2. CHẤP NHẬN THẤT BẠI BẰNG CÁCH CHẤP NHẬN NHỮNG TỔN THẤT NHỎ</w:t>
      </w:r>
    </w:p>
    <w:p>
      <w:pPr>
        <w:spacing w:after="80"/>
      </w:pPr>
      <w:r>
        <w:rPr>
          <w:b w:val="0"/>
          <w:i w:val="0"/>
        </w:rPr>
        <w:t>Khi Groupon và LivingSocial lần đầu trở nên phổ biến, tôi thấy một cơ hội để khởi động một dịch vụ cạnh tranh. Tôi hình dung ra thứ gì đó giống như Groupon và Yelp kết hợp với một thành phần trò chơi hóa (gamification), và bỏ ra 100.000 đô la để tạo ra và thử nghiệm các phiên bản đầu tiên. Một số nhà đầu tư sẵn sàng đồng hành cùng tôi, nhưng trước khi bấm nút quyết định, tôi quyết định trình bày ý tưởng với vài người bạn đáng tin cậy. Họ bao gồm từ CEO của một công ty bảo hiểm nhân thọ lớn đến người đứng đầu một trong những công ty vận tải lớn nhất nước Mỹ.</w:t>
      </w:r>
    </w:p>
    <w:p>
      <w:pPr>
        <w:spacing w:after="80"/>
      </w:pPr>
      <w:r>
        <w:rPr>
          <w:b w:val="0"/>
          <w:i w:val="0"/>
        </w:rPr>
        <w:t>Sau khi tôi trình bày kế hoạch kinh doanh và các dự phóng, họ chỉ ra những lỗ hổng mà tôi đã bỏ sót. Sau khi trả lời các câu hỏi của họ, tôi chấp nhận những lo ngại của họ rằng dự án sẽ làm phân tán sự tập trung khỏi mảng kinh doanh cốt lõi đang thành công của tôi. Điều đó không có nghĩa là ý tưởng sẽ thất bại, nhưng có khả năng cao nó sẽ tạo ra hỗn loạn có thể ảnh hưởng tiêu cực đến công ty tôi. Lường trước Định luật Murphy, tôi làm một điều duy nhất hợp lý: tôi từ bỏ ý tưởng đó.</w:t>
      </w:r>
    </w:p>
    <w:p>
      <w:pPr>
        <w:spacing w:after="80"/>
      </w:pPr>
      <w:r>
        <w:rPr>
          <w:b w:val="0"/>
          <w:i w:val="0"/>
        </w:rPr>
        <w:t>Những doanh nhân vĩ đại chấp nhận tổn thất. Thay vì ném tiền vào những khoản đầu tư tồi, họ thừa nhận thất bại và giữ tiền mặt cho dự án tiếp theo. Hãy chỉ cho tôi một con bạc đang thua trong sòng bạc đang thề sẽ gỡ lại, và tôi sẽ chỉ cho bạn một người chỉ còn vài nước đi nữa là mất tất cả.</w:t>
      </w:r>
    </w:p>
    <w:p>
      <w:pPr>
        <w:pStyle w:val="Heading4"/>
      </w:pPr>
      <w:r>
        <w:rPr>
          <w:rFonts w:ascii="Calibri" w:hAnsi="Calibri"/>
          <w:b/>
          <w:i w:val="0"/>
          <w:sz w:val="23"/>
        </w:rPr>
        <w:t>3. XÁC ĐỊNH BA (HOẶC NHIỀU HƠN) BƯỚC TIẾP THEO CỦA BẠN</w:t>
      </w:r>
    </w:p>
    <w:p>
      <w:pPr>
        <w:spacing w:after="80"/>
      </w:pPr>
      <w:r>
        <w:rPr>
          <w:b w:val="0"/>
          <w:i w:val="0"/>
        </w:rPr>
        <w:t>Một khi đã rơi vào tình huống hỗn loạn, bạn dễ bị tê liệt trong việc ra quyết định. Khi mọi thứ trở nên điên rồ, bạn có thể muốn thu mình lại và chơi an toàn. Nhưng doanh nhân không có đặc quyền được bất động. Bạn có thể dễ dàng quên đi sự thật này khi hỗn loạn ập đến.</w:t>
      </w:r>
    </w:p>
    <w:p>
      <w:pPr>
        <w:spacing w:after="80"/>
      </w:pPr>
      <w:r>
        <w:rPr>
          <w:b w:val="0"/>
          <w:i w:val="0"/>
        </w:rPr>
        <w:t>Để tránh vấn đề này, hãy cam kết quyết định nhanh ba bước tiếp theo của mình. Tôi biết chúng ta nói nhiều về việc nghĩ trước năm nước đi. Nhưng khi phải hành động nhanh, hãy tập trung vào ba hành động bạn có thể làm để giải quyết bất kỳ vấn đề nào bạn đang đối mặt ngay lúc này. Những hành động này có thể là giải pháp hoặc biện pháp tạm thời để cầm máu.</w:t>
      </w:r>
    </w:p>
    <w:p>
      <w:pPr>
        <w:spacing w:after="80"/>
      </w:pPr>
      <w:r>
        <w:rPr>
          <w:b w:val="0"/>
          <w:i w:val="0"/>
        </w:rPr>
        <w:t>Ví dụ, một khách hàng lớn nói với bạn rằng cô ấy sẽ chấm dứt quan hệ hợp tác. Bạn có thể:</w:t>
      </w:r>
    </w:p>
    <w:p>
      <w:pPr>
        <w:spacing w:after="80"/>
        <w:ind w:left="360"/>
      </w:pPr>
      <w:r>
        <w:t xml:space="preserve">• </w:t>
      </w:r>
      <w:r>
        <w:rPr>
          <w:b w:val="0"/>
          <w:i w:val="0"/>
        </w:rPr>
        <w:t>Gọi cho nhân viên kinh doanh đã mang về khách hàng này và nắm toàn bộ câu chuyện.</w:t>
      </w:r>
    </w:p>
    <w:p>
      <w:pPr>
        <w:spacing w:after="80"/>
        <w:ind w:left="360"/>
      </w:pPr>
      <w:r>
        <w:t xml:space="preserve">• </w:t>
      </w:r>
      <w:r>
        <w:rPr>
          <w:b w:val="0"/>
          <w:i w:val="0"/>
        </w:rPr>
        <w:t>Tự gọi cho khách hàng và để cô ấy bày tỏ hết những bức xúc của mình.</w:t>
      </w:r>
    </w:p>
    <w:p>
      <w:pPr>
        <w:spacing w:after="80"/>
        <w:ind w:left="360"/>
      </w:pPr>
      <w:r>
        <w:t xml:space="preserve">• </w:t>
      </w:r>
      <w:r>
        <w:rPr>
          <w:b w:val="0"/>
          <w:i w:val="0"/>
        </w:rPr>
        <w:t>Gửi cho khách hàng thêm một lô sản phẩm nữa, miễn phí.</w:t>
      </w:r>
    </w:p>
    <w:p>
      <w:pPr>
        <w:spacing w:after="80"/>
      </w:pPr>
      <w:r>
        <w:rPr>
          <w:b w:val="0"/>
          <w:i w:val="0"/>
        </w:rPr>
        <w:t>Như bạn thấy, những hành động này không nhất thiết phải là đột phá hay kế hoạch phức tạp. Tuy nhiên, chúng sẽ ngăn bạn ngồi không trong khi đi tìm Một Giải Pháp Hoàn Hảo (thứ có thể còn không tồn tại). Đừng rơi vào cái bẫy đó. Hãy lập kế hoạch và hành động theo nó. Mọi thứ sẽ bắt đầu tự giải quyết một khi bạn quay lại guồng chuyển động.</w:t>
      </w:r>
    </w:p>
    <w:p>
      <w:pPr>
        <w:pStyle w:val="Heading3"/>
      </w:pPr>
      <w:r>
        <w:rPr>
          <w:rFonts w:ascii="Calibri" w:hAnsi="Calibri"/>
          <w:b/>
          <w:i w:val="0"/>
          <w:sz w:val="26"/>
        </w:rPr>
        <w:t>Quản lý cái tôi và xây dựng liên minh</w:t>
      </w:r>
    </w:p>
    <w:p>
      <w:pPr>
        <w:spacing w:after="80"/>
      </w:pPr>
      <w:r>
        <w:rPr>
          <w:b w:val="0"/>
          <w:i w:val="0"/>
        </w:rPr>
        <w:t>Không ai trở thành CEO của một công ty lớn mà lại không có cái tôi to đùng cả. Không một ai. Có cái tôi lớn chẳng có gì sai—miễn là bạn đã xây dựng một hệ thống hỗ trợ để kiểm soát nó. Nếu bạn không kiểm soát được nó, nó sẽ dẫn đến sự sụp đổ của bạn. Khi bạn trở nên cực kỳ thành công, bắt đầu kiếm được nhiều tiền, có danh tiếng và được công nhận, mọi người sẽ tìm mọi cách để lọt vào ví tiền và vòng tròn thân cận của bạn. Kết quả là bạn sẽ bị ngập trong những lời khen ngợi.</w:t>
      </w:r>
    </w:p>
    <w:p>
      <w:pPr>
        <w:spacing w:after="80"/>
      </w:pPr>
      <w:r>
        <w:rPr>
          <w:b w:val="0"/>
          <w:i w:val="0"/>
        </w:rPr>
        <w:t>Bạn sẽ bị nhấn chìm trong những lời tán dương vì bạn được bao quanh bởi những người sợ những quyết định bạn đưa ra. Ví dụ, các thành viên trong đội của bạn có thể sợ rằng bạn sẽ sa thải họ. Thế nên họ đều sẽ nói với bạn rằng bạn tuyệt vời đến nhường nào. Để tôi nói cho bạn biết, 90 phần trăm trong đó là dối trá. Hầu hết mọi người sẽ không nói cho bạn điều bạn cần nghe.</w:t>
      </w:r>
    </w:p>
    <w:p>
      <w:pPr>
        <w:spacing w:after="80"/>
      </w:pPr>
      <w:r>
        <w:rPr>
          <w:b w:val="0"/>
          <w:i w:val="0"/>
        </w:rPr>
        <w:t>Bạn cần một vòng tròn nhỏ những người xung quanh sẵn sàng nói cho bạn sự thật. Đó là điều duy nhất giữ được cái tôi của bạn trong tầm kiểm soát (dù có ba đứa con cũng giúp ích không kém). Nếu bạn không có một nhóm nhỏ như hội đồng quản trị hay những người cố vấn không ngại mắng thẳng bạn, bạn sẽ gặp rắc rối. Tôi đã chứng kiến điều này xảy ra trong ngành bán hàng không biết bao nhiêu lần. Người ta bắt đầu kiếm được tiền, và ai cũng nói với họ rằng họ tuyệt vời đến mức nào. Họ không còn chịu được huấn luyện hay sẵn lòng học hỏi nữa. Họ không nghe lời khuyên. Đó là dấu hiệu cho thấy họ đã quên cách quản lý cái tôi của chính mình.</w:t>
      </w:r>
    </w:p>
    <w:p>
      <w:pPr>
        <w:spacing w:after="80"/>
      </w:pPr>
      <w:r>
        <w:rPr>
          <w:b w:val="0"/>
          <w:i w:val="0"/>
        </w:rPr>
        <w:t>Luôn giữ sự cảnh giác cũng có nghĩa là luôn khiêm nhường. Nếu bạn không có sự khiêm nhường, bạn không thể gắn kết mọi người lại với nhau. Không có khiêm nhường, những người bất đồng với bạn sẽ không muốn làm ăn với bạn. Làm sao bạn có thể tạo ra ý tưởng mới hay mời gọi những góc nhìn mới mẻ khi bạn không có sự đa dạng hay những tiếng nói phản biện trong phòng? Khi quanh bạn chỉ toàn những người đồng ý với bạn, đương nhiên bạn sẽ trở nên tự mãn, mà đó chính là điều ngược lại với việc giữ sự cảnh giác.</w:t>
      </w:r>
    </w:p>
    <w:p>
      <w:pPr>
        <w:spacing w:after="80"/>
      </w:pPr>
      <w:r>
        <w:rPr>
          <w:b w:val="0"/>
          <w:i w:val="0"/>
        </w:rPr>
        <w:t>Giữ cái tôi trong tầm kiểm soát nghĩa là hiểu rằng bạn không thể tự mình làm mọi thứ. Nếu bạn quá cảnh giác, bạn sẽ không tin tưởng ai cả. Nếu bạn cảnh giác đủ mức, bạn sẽ xây dựng được những liên minh mạnh mẽ. Điều quan trọng là có những đối tác cũng đang dè chừng đối thủ cạnh tranh. Hãy coi đó như một cách để gia tăng trí tuệ.</w:t>
      </w:r>
    </w:p>
    <w:p>
      <w:pPr>
        <w:spacing w:after="80"/>
      </w:pPr>
      <w:r>
        <w:rPr>
          <w:b w:val="0"/>
          <w:i w:val="0"/>
        </w:rPr>
        <w:t xml:space="preserve">Trong cuốn </w:t>
      </w:r>
      <w:r>
        <w:rPr>
          <w:b w:val="0"/>
          <w:i/>
        </w:rPr>
        <w:t>The 48 Laws of Power</w:t>
      </w:r>
      <w:r>
        <w:rPr>
          <w:b w:val="0"/>
          <w:i w:val="0"/>
        </w:rPr>
        <w:t xml:space="preserve"> của Robert Greene, Luật 18 phát biểu: "Thế giới đầy hiểm nguy và kẻ thù ở khắp mọi nơi—ai cũng phải tự bảo vệ mình. Một pháo đài có vẻ là nơi an toàn nhất. Nhưng sự cô lập khiến bạn phơi mình trước nhiều hiểm nguy hơn là bảo vệ bạn—nó cắt đứt bạn khỏi những thông tin quý giá, nó khiến bạn trở nên nổi bật và dễ trở thành mục tiêu."</w:t>
      </w:r>
    </w:p>
    <w:p>
      <w:pPr>
        <w:spacing w:after="80"/>
      </w:pPr>
      <w:r>
        <w:rPr>
          <w:b w:val="0"/>
          <w:i w:val="0"/>
        </w:rPr>
        <w:t>Greene đưa ra quan điểm rằng dù tin tưởng người khác khó đến đâu, thì giải pháp thay thế—làm việc trong cô lập—còn tệ hơn nhiều.</w:t>
      </w:r>
    </w:p>
    <w:p>
      <w:pPr>
        <w:spacing w:after="80"/>
      </w:pPr>
      <w:r>
        <w:rPr>
          <w:b w:val="0"/>
          <w:i w:val="0"/>
        </w:rPr>
        <w:t>Bạn có thể sẽ ngạc nhiên về nơi bạn tìm thấy đồng minh. Khi Apple đang chật vật vào tháng 8 năm 1997, có rất ít người sẵn lòng giúp Steve Jobs. Điều từng có vẻ không thể tưởng tượng nổi—đi tìm kẻ thù—đã trở nên khả thi vì ông sẵn sàng vượt qua cái tôi của mình. Ông cắn răng và tìm đến chính kẻ thù không đội trời chung của mình, Bill Gates. Ông chỉ làm đúng một việc: xin một ân huệ nhỏ—một khoản đầu tư 150 triệu đô-la từ Microsoft.</w:t>
      </w:r>
    </w:p>
    <w:p>
      <w:pPr>
        <w:spacing w:after="80"/>
      </w:pPr>
      <w:r>
        <w:rPr>
          <w:b w:val="0"/>
          <w:i w:val="0"/>
        </w:rPr>
        <w:t>Theo bài viết của Stephen Silver trên AppleInsider, theo lời Jobs, "có quá nhiều người ở Apple và trong hệ sinh thái Apple đang chơi cái trò là, để Apple thắng thì Microsoft phải thua. Và rõ ràng là bạn không cần phải chơi cái trò đó bởi vì Apple đâu có đánh bại được Microsoft. Apple không cần phải đánh bại Microsoft. Apple phải nhớ mình là ai bởi vì họ đã quên mất Apple là ai."</w:t>
      </w:r>
    </w:p>
    <w:p>
      <w:pPr>
        <w:spacing w:after="80"/>
      </w:pPr>
      <w:r>
        <w:rPr>
          <w:b w:val="0"/>
          <w:i w:val="0"/>
        </w:rPr>
        <w:t>Thực ra, đó không hẳn là một "ân huệ". Microsoft đầu tư 150 triệu đô-la vào cổ phiếu Apple, và hai công ty đồng ý giải quyết các tranh chấp pháp lý hiện có, giúp cả hai tiết kiệm thời gian và tiền bạc.</w:t>
      </w:r>
    </w:p>
    <w:p>
      <w:pPr>
        <w:spacing w:after="80"/>
      </w:pPr>
      <w:r>
        <w:rPr>
          <w:b w:val="0"/>
          <w:i w:val="0"/>
        </w:rPr>
        <w:t>Ngoài ra, Apple đồng ý làm cho Microsoft Office tương thích với máy Mac. Tóm lại, đối thủ trở thành đối tác.</w:t>
      </w:r>
    </w:p>
    <w:p>
      <w:pPr>
        <w:spacing w:after="80"/>
      </w:pPr>
      <w:r>
        <w:rPr>
          <w:b w:val="0"/>
          <w:i w:val="0"/>
        </w:rPr>
        <w:t>Hãy tưởng tượng điều gì sẽ xảy ra nếu Jobs không xây dựng liên minh đó. Chúng ta đâu có đang nói về một người có cái tôi nhỏ bé. Vậy mà khi điều đó quan trọng nhất, ông không cố chấp và khăng khăng rằng mình có thể tự làm mọi thứ. Ngày nay chúng ta có thể dùng iPhone và các thiết bị Apple khác là vì một người đàn ông cảnh giác với cái tôi to đùng đã đủ bản lĩnh và đủ thông minh để xây dựng đúng liên minh.</w:t>
      </w:r>
    </w:p>
    <w:p>
      <w:pPr>
        <w:spacing w:after="80"/>
      </w:pPr>
      <w:r>
        <w:rPr>
          <w:b w:val="0"/>
          <w:i w:val="0"/>
        </w:rPr>
        <w:t xml:space="preserve">Ví dụ tiếp theo làm nổi bật cả nhu cầu về liên minh lẫn nhu cầu về sự cảnh giác. Vào tháng 8 năm 2000, Amazon và Toys "R" Us đã tạo ra thứ mà tờ </w:t>
      </w:r>
      <w:r>
        <w:rPr>
          <w:b w:val="0"/>
          <w:i/>
        </w:rPr>
        <w:t>Wall Street Journal</w:t>
      </w:r>
      <w:r>
        <w:rPr>
          <w:b w:val="0"/>
          <w:i w:val="0"/>
        </w:rPr>
        <w:t xml:space="preserve"> gọi là một "thỏa thuận mang tính đột phá: Trong 10 năm, Amazon sẽ dành một phần trang web của mình cho các sản phẩm đồ chơi và đồ trẻ em của Toys 'R' Us. Nhà bán lẻ đồ chơi sẽ chọn những sản phẩm hot để dự trữ và mua hàng tồn kho cho các kệ hàng ảo." Hãy nhớ rằng bong bóng dot-com đã vỡ vào ngày 11 tháng 3 năm 2000. Amazon đang chiến đấu để giành lấy mạng sống của mình. Theo quan điểm của tôi, nếu không có liên minh đó, sẽ không có Amazon. Ngoài doanh thu mà liên minh tạo ra, việc hợp tác với Toys "R" Us còn giúp kéo lượng truy cập đến Amazon, từ đó giúp bán được các sản phẩm khác trên trang. Amazon sau đó có thể tiếp tục xây dựng thêm nhiều mối quan hệ đối tác.</w:t>
      </w:r>
    </w:p>
    <w:p>
      <w:pPr>
        <w:spacing w:after="80"/>
      </w:pPr>
      <w:r>
        <w:rPr>
          <w:b w:val="0"/>
          <w:i w:val="0"/>
        </w:rPr>
        <w:t>Năm năm sau, hai công ty đối đầu nhau tại Tòa án Thượng thẩm New Jersey. Điều khởi đầu là một liên minh đã biến thành một cuộc chiến. Nạn nhân lớn nhất là Toys "R" Us, công ty đã phá sản vào năm 2018.</w:t>
      </w:r>
    </w:p>
    <w:p>
      <w:pPr>
        <w:spacing w:after="80"/>
      </w:pPr>
      <w:r>
        <w:rPr>
          <w:b w:val="0"/>
          <w:i w:val="0"/>
        </w:rPr>
        <w:t>Bài học của câu chuyện này là gì? Ngay cả sau khi bạn đã xây dựng một liên minh, hãy luôn giữ sự cảnh giác!</w:t>
      </w:r>
    </w:p>
    <w:p>
      <w:pPr>
        <w:pStyle w:val="Heading3"/>
      </w:pPr>
      <w:r>
        <w:rPr>
          <w:rFonts w:ascii="Calibri" w:hAnsi="Calibri"/>
          <w:b/>
          <w:i w:val="0"/>
          <w:sz w:val="26"/>
        </w:rPr>
        <w:t>Tìm kiếm những cố vấn khôn ngoan</w:t>
      </w:r>
    </w:p>
    <w:p>
      <w:pPr>
        <w:spacing w:after="80"/>
      </w:pPr>
      <w:r>
        <w:rPr>
          <w:b w:val="0"/>
          <w:i w:val="0"/>
        </w:rPr>
        <w:t>Khi nghịch cảnh ập đến, bạn sẽ cần sự giúp đỡ. Nếu bạn đã xây dựng được một đội ngũ khôn ngoan—chọn lựa kỹ càng và đối xử tử tế với họ—họ có thể cứu bạn khi mọi thứ trở nên khó khăn. Bạn cần đồng minh, đặc biệt là khi công việc kinh doanh của bạn bắt đầu lung lay. Họ sẽ tiếp cho bạn sức mạnh để vượt qua chướng ngại, để hồi phục và phát triển.</w:t>
      </w:r>
    </w:p>
    <w:p>
      <w:pPr>
        <w:spacing w:after="80"/>
      </w:pPr>
      <w:r>
        <w:rPr>
          <w:b w:val="0"/>
          <w:i w:val="0"/>
        </w:rPr>
        <w:t>Tôi đã gặp nhiều doanh nhân thông minh thất bại trong kinh doanh, nhưng tôi chưa từng gặp một người khôn ngoan nào mà không thể hồi phục. Sự khác biệt giữa thông minh và khôn ngoan nằm ở chỗ: người thông minh nghĩ mình biết hết mọi câu trả lời, còn người khôn ngoan thấy thoải mái khi biết mình không biết. Sự khôn ngoan đặc biệt quý giá trong những thời điểm hỗn loạn.</w:t>
      </w:r>
    </w:p>
    <w:p>
      <w:pPr>
        <w:spacing w:after="80"/>
      </w:pPr>
      <w:r>
        <w:rPr>
          <w:b w:val="0"/>
          <w:i w:val="0"/>
        </w:rPr>
        <w:t>Đây là cách tôi học được bài học này. Đến năm hai mươi hai tuổi, tôi đã gánh khoản nợ thẻ tín dụng 49.000 đô la và có điểm tín dụng không vượt nổi mức 500. Mối quan hệ của tôi với cô bạn gái thời đó đang trên đà đổ vỡ, phần lớn là do tình hình tài chính của tôi. Tôi có một khoảnh khắc giác ngộ: nếu tôi chỉ giới hạn bản thân trong những gì mình đã biết, cuộc đời tôi sẽ tiếp tục đi theo đúng hướng đó.</w:t>
      </w:r>
    </w:p>
    <w:p>
      <w:pPr>
        <w:spacing w:after="80"/>
      </w:pPr>
      <w:r>
        <w:rPr>
          <w:b w:val="0"/>
          <w:i w:val="0"/>
        </w:rPr>
        <w:t>Tôi quyết định tìm kiếm sự khôn ngoan. Từ chỗ từng chế giễu những người mọt sách ở trường, tôi trở thành kẻ mọt sách khủng khiếp nhất. Tất cả những gì tôi muốn làm là học hỏi. Tôi ngấu nghiến sách. Tôi trở thành miếng bọt biển với các cố vấn của mình. Và quan trọng nhất, tôi bao quanh mình bằng những người khôn ngoan nhất mà tôi có thể tìm thấy để dạy tôi về cuộc sống và kinh doanh. Một trong những cố vấn đó đã trao cho tôi những câu hỏi trở thành Bài Kiểm Tra Bản Sắc Cá Nhân (Personal Identity Audit) (điều chúng ta đã bàn ở chương 2 và có thể tìm thấy trong phần phụ lục).</w:t>
      </w:r>
    </w:p>
    <w:p>
      <w:pPr>
        <w:spacing w:after="80"/>
      </w:pPr>
      <w:r>
        <w:rPr>
          <w:b w:val="0"/>
          <w:i w:val="0"/>
        </w:rPr>
        <w:t>Làm thế nào để bạn tìm được những cố vấn khôn ngoan? Để tôi chia sẻ vài bài học xương máu. Tôi đã làm việc với rất nhiều huấn luyện viên và chuyên gia tư vấn, và tôi phát hiện ra rằng nhiều người trong số họ đưa ra lời khuyên dựa trên những gì họ đọc được chứ không phải từ trải nghiệm của họ. Điều đó khiến tôi nhận ra rằng khi nói đến cố vấn hay người cố vấn, bạn có thể chọn từ ba cấp độ chuyên môn: Lý Thuyết, Chứng Kiến và Ứng Dụng (Theory, Witness, and Application - TWA).</w:t>
      </w:r>
    </w:p>
    <w:p>
      <w:pPr>
        <w:spacing w:after="80"/>
        <w:ind w:left="360"/>
      </w:pPr>
      <w:r>
        <w:t xml:space="preserve">• </w:t>
      </w:r>
      <w:r>
        <w:rPr>
          <w:b/>
          <w:i w:val="0"/>
        </w:rPr>
        <w:t>Lý Thuyết.</w:t>
      </w:r>
      <w:r>
        <w:rPr>
          <w:b w:val="0"/>
          <w:i w:val="0"/>
        </w:rPr>
        <w:t xml:space="preserve"> Đây là những cá nhân uyên bác với bằng cấp từ các trường đại học danh tiếng. Hầu hết các chuyên gia tư vấn và giáo sư đều thuộc nhóm này. Họ thông minh, nhưng có thể không khôn ngoan. Sự khôn ngoan đến từ trải nghiệm thực tế, còn những người này đưa ra gợi ý dựa trên lý thuyết. Họ sẽ dạy bạn cách điều hành một doanh nghiệp, nhưng nếu bạn hỏi liệu họ đã từng điều hành doanh nghiệp chưa, họ có thể sẽ trả lời: "Chưa, tôi chưa từng. Nhưng tôi đã tư vấn cho nhiều người. Tôi đã đọc hết sách rồi." Đó là một cố vấn ở cấp độ lý thuyết. Điều đó không có gì sai. Họ vẫn có thể cho bạn lời khuyên tốt, nhưng họ là những cố vấn ở cấp thấp nhất.</w:t>
      </w:r>
    </w:p>
    <w:p>
      <w:pPr>
        <w:spacing w:after="80"/>
        <w:ind w:left="360"/>
      </w:pPr>
      <w:r>
        <w:t xml:space="preserve">• </w:t>
      </w:r>
      <w:r>
        <w:rPr>
          <w:b/>
          <w:i w:val="0"/>
        </w:rPr>
        <w:t>Chứng Kiến.</w:t>
      </w:r>
      <w:r>
        <w:rPr>
          <w:b w:val="0"/>
          <w:i w:val="0"/>
        </w:rPr>
        <w:t xml:space="preserve"> Những cố vấn này đã làm việc trực tiếp với các doanh nhân thành công và nhờ vị trí quan sát đó, họ có thể kể cho bạn chính xác cách các nhà lãnh đạo thành công đã xây dựng doanh nghiệp của họ. Ví dụ, Guy Kawasaki thường chia sẻ những gì ông học được khi làm việc với Steve Jobs trong đội ngũ Macintosh đời đầu. Những người chứng kiến không điều hành doanh nghiệp, nhưng họ làm việc sát cánh với người đã điều hành nó. Ví dụ, nếu bạn muốn được cố vấn bởi một người trong ngành bất động sản, bạn có thể hỏi: "Anh đã từng làm bất động sản chưa?" Nếu người đó trả lời: "Tôi chưa từng, nhưng trong mười năm tôi là trợ lý cho nhân viên bất động sản số một ở Beverly Hills và học được rất nhiều từ cô ấy," thì đó đã là điều quý giá rồi. Người đó có thể kể cho bạn biết người kia đã làm gì, cô ấy làm việc thế nào, cô ấy đối xử với khách hàng ra sao, cô ấy đã làm gì khi suýt phá sản, vân vân.</w:t>
      </w:r>
    </w:p>
    <w:p>
      <w:pPr>
        <w:spacing w:after="80"/>
        <w:ind w:left="360"/>
      </w:pPr>
      <w:r>
        <w:t xml:space="preserve">• </w:t>
      </w:r>
      <w:r>
        <w:rPr>
          <w:b/>
          <w:i w:val="0"/>
        </w:rPr>
        <w:t>Ứng Dụng.</w:t>
      </w:r>
      <w:r>
        <w:rPr>
          <w:b w:val="0"/>
          <w:i w:val="0"/>
        </w:rPr>
        <w:t xml:space="preserve"> Ứng dụng nghĩa là thông tin đến trực tiếp từ nguồn. Đây là những người có thể kể cho bạn những gì họ đã làm và đã hiệu quả với họ. Những cố vấn giá trị nhất là những người đã thực hành đúng như điều họ nói. Các doanh nhân đồng nghiệp có thể chia sẻ những gì không hiệu quả trong doanh nghiệp của họ theo cách mà một người hoạt động dựa trên lý thuyết hay quan sát đơn thuần không thể làm được.</w:t>
      </w:r>
    </w:p>
    <w:p>
      <w:pPr>
        <w:spacing w:after="80"/>
      </w:pPr>
      <w:r>
        <w:rPr>
          <w:b w:val="0"/>
          <w:i w:val="0"/>
        </w:rPr>
        <w:t>Những người sở hữu cả ba đặc điểm—lý thuyết, chứng kiến và ứng dụng—được gọi là "trifecta" (bộ ba hoàn hảo). Và nhân tiện, họ cực kỳ khó tìm.</w:t>
      </w:r>
    </w:p>
    <w:p>
      <w:pPr>
        <w:spacing w:after="80"/>
      </w:pPr>
      <w:r>
        <w:rPr>
          <w:b w:val="0"/>
          <w:i w:val="0"/>
        </w:rPr>
        <w:t>Rất nhiều người làm video trên YouTube thuần túy chỉ ở mức Lý Thuyết và Chứng Kiến. Rất ít người ở mức Ứng Dụng. Vậy nên một lần nữa, hãy thẩm định kỹ càng để biết một cố vấn nằm ở đâu trên hệ thống phân cấp TWA. Cả ba cấp độ này đều có thể hữu ích, dù Ứng Dụng là tốt nhất một cách vượt trội, đặc biệt khi bạn đang cố gắng vượt qua những giai đoạn khó khăn. Đây là lý do vì sao đại kiện tướng Magnus Carlsen đã thuê đối thủ cũ của mình, nhà vô địch thế giới Garry Kasparov, làm huấn luyện viên.</w:t>
      </w:r>
    </w:p>
    <w:p>
      <w:pPr>
        <w:spacing w:after="80"/>
      </w:pPr>
      <w:r>
        <w:rPr>
          <w:b w:val="0"/>
          <w:i w:val="0"/>
        </w:rPr>
        <w:t>Cuộc chơi kinh doanh đôi khi có thể xấu xí. Nếu bạn có tư duy chiến binh, bạn sẽ không để bụng. Đối thủ có thể khiến bạn bực bội, tức giận và bối rối. Bạn gần như có thể chắc chắn rằng họ sẽ chơi bẩn. Tương tự, một trong những người giỏi nhất của bạn có thể đột ngột rời đi—một nhân viên mà bạn đã nuôi dưỡng, giúp phát triển và hỗ trợ trong lúc khó khăn. Bạn sẽ cảm nhận được nỗi đau của sự vô ơn. Hoặc bạn có thể bị một nhóm hoạt động vì quyền lợi người tiêu dùng hay một cơ quan chính phủ nhắm vào; bạn tin rằng họ đang nhắm riêng vào bạn và bắt bạn nhảy qua đủ vòng vô lý chỉ vì họ có ác cảm với bạn.</w:t>
      </w:r>
    </w:p>
    <w:p>
      <w:pPr>
        <w:spacing w:after="80"/>
      </w:pPr>
      <w:r>
        <w:rPr>
          <w:b w:val="0"/>
          <w:i w:val="0"/>
        </w:rPr>
        <w:t>Hãy nhận ra việc để bụng là vô cùng phản tác dụng. Cái tôi của bạn chính là kẻ thù của bạn. Xây dựng doanh nghiệp không chỉ xấu xí; nó còn lộn xộn. Đó không chỉ là nỗ lực nhận thức mà còn là nỗ lực cảm xúc. Khi bạn để bụng, bạn bị cuốn vào sự hỗn loạn và không thể suy nghĩ rõ ràng. Bạn trở nên giận dữ và thù hằn.</w:t>
      </w:r>
    </w:p>
    <w:p>
      <w:pPr>
        <w:spacing w:after="80"/>
      </w:pPr>
      <w:r>
        <w:rPr>
          <w:b w:val="0"/>
          <w:i w:val="0"/>
        </w:rPr>
        <w:t>Dù khó khăn đến đâu, hãy lùi lại và nhìn nhận tình huống một cách phân tích. Đừng để cơn giận hay nỗi xấu hổ chi phối quyết định của bạn. Tôi không nói bạn phải gạt bỏ mọi cảm xúc. Bạn có quyền có bất kỳ cảm xúc nào mình đang có. Chỉ là đừng để những cảm xúc đó làm mờ phán đoán của bạn. Những doanh nhân giỏi nhất có thể gạt phản ứng cảm xúc sang một bên và đưa ra quyết định khách quan giữa lúc hỗn loạn.</w:t>
      </w:r>
    </w:p>
    <w:p>
      <w:pPr>
        <w:spacing w:after="80"/>
      </w:pPr>
      <w:r>
        <w:rPr>
          <w:b w:val="0"/>
          <w:i w:val="0"/>
        </w:rPr>
        <w:t>Cho tôi thấy một CEO thành công với hàng thập kỷ trường tồn, và tôi sẽ chỉ cho bạn một CEO luôn giữ được sự cảnh giác. Làm CEO nghĩa là kết nối các dấu chấm và làm mọi việc theo cách chưa từng được làm trước đây. Luôn cảnh giác; luôn tồn tại.</w:t>
      </w:r>
    </w:p>
    <w:p>
      <w:pPr>
        <w:pStyle w:val="Heading1"/>
      </w:pPr>
      <w:r>
        <w:rPr>
          <w:rFonts w:ascii="Calibri" w:hAnsi="Calibri"/>
          <w:b/>
          <w:i w:val="0"/>
          <w:sz w:val="40"/>
        </w:rPr>
        <w:t>NƯỚC ĐI 4</w:t>
      </w:r>
    </w:p>
    <w:p>
      <w:pPr>
        <w:spacing w:after="80"/>
      </w:pPr>
      <w:r>
        <w:rPr>
          <w:b w:val="0"/>
          <w:i w:val="0"/>
        </w:rPr>
        <w:t>Chiến lược tổng thể để mở rộng quy mô</w:t>
      </w:r>
    </w:p>
    <w:p>
      <w:pPr>
        <w:spacing w:after="80"/>
      </w:pPr>
      <w:r>
        <w:rPr>
          <w:b w:val="0"/>
          <w:i w:val="0"/>
        </w:rPr>
        <w:t>MỞ RỘNG QUY MÔ ĐỂ TĂNG TRƯỞNG THEO CẤP SỐ NHÂN</w:t>
      </w:r>
    </w:p>
    <w:p>
      <w:pPr>
        <w:spacing w:after="80"/>
        <w:ind w:left="360"/>
      </w:pPr>
      <w:r>
        <w:rPr>
          <w:b/>
          <w:i w:val="0"/>
        </w:rPr>
        <w:t>1.</w:t>
      </w:r>
      <w:r>
        <w:rPr>
          <w:b w:val="0"/>
          <w:i w:val="0"/>
        </w:rPr>
        <w:t xml:space="preserve"> Quyết định cách bạn sẽ gọi vốn cho doanh nghiệp của mình. Thực thi các chiến lược cho cả tăng trưởng theo cấp số nhân lẫn tăng trưởng tuyến tính. Dẫn dắt mọi người bằng cách đòi hỏi ở họ sự tốt nhất và buộc họ phải chịu trách nhiệm.</w:t>
      </w:r>
    </w:p>
    <w:p>
      <w:pPr>
        <w:spacing w:after="80"/>
      </w:pPr>
      <w:r>
        <w:rPr>
          <w:b w:val="0"/>
          <w:i w:val="0"/>
        </w:rPr>
        <w:t>BIẾN ĐÀ TIẾN THÀNH ĐỒNG MINH—VÀ SẴN SÀNG ĐỐI MẶT VỚI HỖN LOẠN</w:t>
      </w:r>
    </w:p>
    <w:p>
      <w:pPr>
        <w:spacing w:after="80"/>
        <w:ind w:left="360"/>
      </w:pPr>
      <w:r>
        <w:rPr>
          <w:b/>
          <w:i w:val="0"/>
        </w:rPr>
        <w:t>2.</w:t>
      </w:r>
      <w:r>
        <w:rPr>
          <w:b w:val="0"/>
          <w:i w:val="0"/>
        </w:rPr>
        <w:t xml:space="preserve"> Tạo ra các chiến lược để tăng tốc độ tăng trưởng mà không làm sụp đổ doanh nghiệp của bạn. Tìm cách rút ngắn khung thời gian. Kiểm soát cái tôi của mình để tránh những cám dỗ và tránh trở thành kẻ thù tồi tệ nhất của chính mình.</w:t>
      </w:r>
    </w:p>
    <w:p>
      <w:pPr>
        <w:spacing w:after="80"/>
      </w:pPr>
      <w:r>
        <w:rPr>
          <w:b w:val="0"/>
          <w:i w:val="0"/>
        </w:rPr>
        <w:t>MONEYBALL: THIẾT KẾ HỆ THỐNG ĐỂ THEO DÕI DOANH NGHIỆP CỦA BẠN</w:t>
      </w:r>
    </w:p>
    <w:p>
      <w:pPr>
        <w:spacing w:after="80"/>
        <w:ind w:left="360"/>
      </w:pPr>
      <w:r>
        <w:rPr>
          <w:b/>
          <w:i w:val="0"/>
        </w:rPr>
        <w:t>3.</w:t>
      </w:r>
      <w:r>
        <w:rPr>
          <w:b w:val="0"/>
          <w:i w:val="0"/>
        </w:rPr>
        <w:t xml:space="preserve"> Quyết định đâu là những công thức quan trọng nhất của doanh nghiệp bạn, và theo dõi chúng một cách tận tâm. Hệ thống hóa những gì trong đầu bạn bằng cách tạo ra các cẩm nang để truyền đạt kiến thức. Xác định xem có cần tuyển thêm nhân sự mới để giúp thực hiện việc truyền đạt kiến thức này hay không.</w:t>
      </w:r>
    </w:p>
    <w:p>
      <w:pPr>
        <w:spacing w:after="80"/>
      </w:pPr>
      <w:r>
        <w:rPr>
          <w:b w:val="0"/>
          <w:i w:val="0"/>
        </w:rPr>
        <w:t>LUÔN CẢNH GIÁC; BẬC THẦY CỜ VUA KHÔNG BAO GIỜ ĐỂ MẤT CẢNH GIÁC</w:t>
      </w:r>
    </w:p>
    <w:p>
      <w:pPr>
        <w:spacing w:after="80"/>
        <w:ind w:left="360"/>
      </w:pPr>
      <w:r>
        <w:rPr>
          <w:b/>
          <w:i w:val="0"/>
        </w:rPr>
        <w:t>4.</w:t>
      </w:r>
      <w:r>
        <w:rPr>
          <w:b w:val="0"/>
          <w:i w:val="0"/>
        </w:rPr>
        <w:t xml:space="preserve"> Khi công ty bạn ngày càng lớn, nó sẽ càng trở nên dễ bị tổn thương. Biết được nơi người ta có thể tấn công bạn, và luôn giữ cảnh giác. Liên tục đặt mình vào vị trí của kẻ thù, và tự hỏi nếu bạn là họ thì bạn sẽ khiến mình phá sản như thế nào. Đừng để bụng khi họ thực sự cố làm điều đó.</w:t>
      </w:r>
    </w:p>
    <w:p>
      <w:pPr>
        <w:jc w:val="center"/>
      </w:pPr>
      <w:r>
        <w:drawing>
          <wp:inline xmlns:a="http://schemas.openxmlformats.org/drawingml/2006/main" xmlns:pic="http://schemas.openxmlformats.org/drawingml/2006/picture">
            <wp:extent cx="1638300" cy="95250"/>
            <wp:docPr id="39" name="Picture 39"/>
            <wp:cNvGraphicFramePr>
              <a:graphicFrameLocks noChangeAspect="1"/>
            </wp:cNvGraphicFramePr>
            <a:graphic>
              <a:graphicData uri="http://schemas.openxmlformats.org/drawingml/2006/picture">
                <pic:pic>
                  <pic:nvPicPr>
                    <pic:cNvPr id="0" name="common07.jpg"/>
                    <pic:cNvPicPr/>
                  </pic:nvPicPr>
                  <pic:blipFill>
                    <a:blip r:embed="rId34"/>
                    <a:stretch>
                      <a:fillRect/>
                    </a:stretch>
                  </pic:blipFill>
                  <pic:spPr>
                    <a:xfrm>
                      <a:off x="0" y="0"/>
                      <a:ext cx="1638300" cy="95250"/>
                    </a:xfrm>
                    <a:prstGeom prst="rect"/>
                  </pic:spPr>
                </pic:pic>
              </a:graphicData>
            </a:graphic>
          </wp:inline>
        </w:drawing>
      </w:r>
    </w:p>
    <w:p>
      <w:pPr>
        <w:pStyle w:val="Heading1"/>
      </w:pPr>
      <w:r>
        <w:rPr>
          <w:rFonts w:ascii="Calibri" w:hAnsi="Calibri"/>
          <w:b/>
          <w:i w:val="0"/>
          <w:sz w:val="40"/>
        </w:rPr>
        <w:t>5 NƯỚC ĐI QUYỀN LỰC CỦA BẬC THẦY</w:t>
      </w:r>
    </w:p>
    <w:p>
      <w:pPr>
        <w:jc w:val="center"/>
      </w:pPr>
      <w:r>
        <w:drawing>
          <wp:inline xmlns:a="http://schemas.openxmlformats.org/drawingml/2006/main" xmlns:pic="http://schemas.openxmlformats.org/drawingml/2006/picture">
            <wp:extent cx="1333500" cy="85725"/>
            <wp:docPr id="40" name="Picture 40"/>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13 </w:t>
      </w:r>
      <w:r>
        <w:rPr>
          <w:rFonts w:ascii="Calibri" w:hAnsi="Calibri"/>
          <w:b/>
          <w:i w:val="0"/>
          <w:sz w:val="32"/>
        </w:rPr>
        <w:t>Cách đánh bại Goliath và kiểm soát câu chuyện</w:t>
      </w:r>
    </w:p>
    <w:p>
      <w:pPr>
        <w:spacing w:after="80"/>
      </w:pPr>
      <w:r>
        <w:rPr>
          <w:b w:val="0"/>
          <w:i w:val="0"/>
        </w:rPr>
        <w:t>Tôi không phải là một doanh nhân. Tôi là cả một doanh nghiệp.</w:t>
      </w:r>
    </w:p>
    <w:p>
      <w:pPr>
        <w:spacing w:after="80"/>
        <w:jc w:val="right"/>
      </w:pPr>
      <w:r>
        <w:rPr>
          <w:b w:val="0"/>
          <w:i w:val="0"/>
        </w:rPr>
        <w:t>—Jay-Z</w:t>
      </w:r>
    </w:p>
    <w:p>
      <w:pPr>
        <w:spacing w:after="80"/>
      </w:pPr>
      <w:r>
        <w:rPr>
          <w:b w:val="0"/>
          <w:i w:val="0"/>
        </w:rPr>
        <w:t>Mọi người trong kinh doanh đều có một Goliath của riêng mình, và đó không phải lúc nào cũng là công ty lớn nhất trong ngành của bạn. Goliath của bạn có thể là một công ty đang chiếm thị phần ở một khu vực cụ thể, hoặc nó có thể mang tính cục bộ hơn, chẳng hạn như một nhân viên bán hàng khác trong chính phòng bán hàng của bạn, người có nhiều kinh nghiệm hơn và nắm những tài khoản lớn hơn, sinh lời hơn.</w:t>
      </w:r>
    </w:p>
    <w:p>
      <w:pPr>
        <w:spacing w:after="80"/>
      </w:pPr>
      <w:r>
        <w:rPr>
          <w:b w:val="0"/>
          <w:i w:val="0"/>
        </w:rPr>
        <w:t>Trước khi quyết định đối đầu với Goliath, bạn cần biết rằng Goliath lớn hơn bạn và có nhiều vốn, kinh nghiệm và nguồn lực hơn bạn (đặc biệt là luật sư). Goliath cũng có danh tiếng và thương hiệu nổi tiếng. Kết quả là, Goliath thoải mái hơn bạn.</w:t>
      </w:r>
    </w:p>
    <w:p>
      <w:pPr>
        <w:spacing w:after="80"/>
      </w:pPr>
      <w:r>
        <w:rPr>
          <w:b w:val="0"/>
          <w:i w:val="0"/>
        </w:rPr>
        <w:t>Nếu, khi biết tất cả những điều này, bạn vẫn tận tâm và quyết tâm đối đầu với Goliath, thì tốt hơn hết bạn nên biết những trở ngại mà mình phải đối mặt. Hy vọng rằng, bạn cũng nhìn thấy một cơ hội. Nếu Goliath đang thoải mái, và do đó kém cảnh giác hơn, thì bạn có cơ hội để thực hiện nước đi của mình.</w:t>
      </w:r>
    </w:p>
    <w:p>
      <w:pPr>
        <w:spacing w:after="80"/>
      </w:pPr>
      <w:r>
        <w:rPr>
          <w:b w:val="0"/>
          <w:i w:val="0"/>
        </w:rPr>
        <w:t>Tôi muốn nói rõ một điều: cuộc chiến này không dành cho tất cả mọi người. Cơ hội đánh bại một Goliath thực sự là rất mong manh. Ai mà ngờ được rằng Walmart nhỏ bé lại có thể gần như đánh sập Kmart? Cứ mỗi câu chuyện về Amazon, Microsoft và Google, lại có hàng chục nghìn câu chuyện về những cá nhân và công ty mất tất cả. Đánh bại Goliath là điều làm được, nhưng nó đòi hỏi bạn phải là người chịu đựng được đau đớn. Nếu bạn vẫn đang nghĩ đến việc thử làm điều đó, hãy đọc tiếp.</w:t>
      </w:r>
    </w:p>
    <w:p>
      <w:pPr>
        <w:pStyle w:val="Heading3"/>
      </w:pPr>
      <w:r>
        <w:rPr>
          <w:rFonts w:ascii="Calibri" w:hAnsi="Calibri"/>
          <w:b/>
          <w:i w:val="0"/>
          <w:sz w:val="26"/>
        </w:rPr>
        <w:t>Những điều cần biết trước khi đối mặt với một Goliath trong kinh doanh</w:t>
      </w:r>
    </w:p>
    <w:p>
      <w:pPr>
        <w:spacing w:after="80"/>
        <w:ind w:left="360"/>
      </w:pPr>
      <w:r>
        <w:rPr>
          <w:b/>
          <w:i w:val="0"/>
        </w:rPr>
        <w:t>1.</w:t>
      </w:r>
      <w:r>
        <w:rPr>
          <w:b w:val="0"/>
          <w:i w:val="0"/>
        </w:rPr>
        <w:t xml:space="preserve"> </w:t>
      </w:r>
      <w:r>
        <w:rPr>
          <w:b/>
          <w:i w:val="0"/>
        </w:rPr>
        <w:t>Bạn sẽ sợ hãi.</w:t>
      </w:r>
      <w:r>
        <w:rPr>
          <w:b w:val="0"/>
          <w:i w:val="0"/>
        </w:rPr>
        <w:t xml:space="preserve"> Nỗi sợ mất tiền đã đáng sợ, nhưng việc dấn thân và thất bại có thể còn đau đớn hơn đối với cái tôi của bạn.</w:t>
      </w:r>
    </w:p>
    <w:p>
      <w:pPr>
        <w:spacing w:after="80"/>
        <w:ind w:left="360"/>
      </w:pPr>
      <w:r>
        <w:rPr>
          <w:b/>
          <w:i w:val="0"/>
        </w:rPr>
        <w:t>2.</w:t>
      </w:r>
      <w:r>
        <w:rPr>
          <w:b w:val="0"/>
          <w:i w:val="0"/>
        </w:rPr>
        <w:t xml:space="preserve"> </w:t>
      </w:r>
      <w:r>
        <w:rPr>
          <w:b/>
          <w:i w:val="0"/>
        </w:rPr>
        <w:t>Bạn sẽ bị hoảng loạn và lo âu.</w:t>
      </w:r>
      <w:r>
        <w:rPr>
          <w:b w:val="0"/>
          <w:i w:val="0"/>
        </w:rPr>
        <w:t xml:space="preserve"> Nếu không, đó là dấu hiệu chắc chắn rằng bạn chưa thực sự dấn thân. Dấn thân nghĩa là bạn phải cống hiến mọi thứ mình có để hoàn thành. Điều đó sẽ gây ra căng thẳng cực độ.</w:t>
      </w:r>
    </w:p>
    <w:p>
      <w:pPr>
        <w:spacing w:after="80"/>
        <w:ind w:left="360"/>
      </w:pPr>
      <w:r>
        <w:rPr>
          <w:b/>
          <w:i w:val="0"/>
        </w:rPr>
        <w:t>3.</w:t>
      </w:r>
      <w:r>
        <w:rPr>
          <w:b w:val="0"/>
          <w:i w:val="0"/>
        </w:rPr>
        <w:t xml:space="preserve"> </w:t>
      </w:r>
      <w:r>
        <w:rPr>
          <w:b/>
          <w:i w:val="0"/>
        </w:rPr>
        <w:t>Bạn sẽ bị bắt nạt và chế giễu.</w:t>
      </w:r>
      <w:r>
        <w:rPr>
          <w:b w:val="0"/>
          <w:i w:val="0"/>
        </w:rPr>
        <w:t xml:space="preserve"> Điều này không chỉ đến từ việc cố gắng đối đầu với Goliath mà còn từ việc chỉ nghĩ rằng điều đó là khả thi. Nó sẽ mang lại rất nhiều sự soi xét, nên tốt nhất bạn hãy chuẩn bị tinh thần cho những sự chú ý tiêu cực.</w:t>
      </w:r>
    </w:p>
    <w:p>
      <w:pPr>
        <w:spacing w:after="80"/>
        <w:ind w:left="360"/>
      </w:pPr>
      <w:r>
        <w:rPr>
          <w:b/>
          <w:i w:val="0"/>
        </w:rPr>
        <w:t>4.</w:t>
      </w:r>
      <w:r>
        <w:rPr>
          <w:b w:val="0"/>
          <w:i w:val="0"/>
        </w:rPr>
        <w:t xml:space="preserve"> </w:t>
      </w:r>
      <w:r>
        <w:rPr>
          <w:b/>
          <w:i w:val="0"/>
        </w:rPr>
        <w:t>Bạn phải hoang tưởng.</w:t>
      </w:r>
      <w:r>
        <w:rPr>
          <w:b w:val="0"/>
          <w:i w:val="0"/>
        </w:rPr>
        <w:t xml:space="preserve"> Trong trường hợp này, việc "điên rồ" thực ra lại có lợi cho bạn. Tốt nhất bạn nên hơi "lệch lạc" nếu nghĩ rằng mình có thể lật đổ Goliath.</w:t>
      </w:r>
    </w:p>
    <w:p>
      <w:pPr>
        <w:spacing w:after="80"/>
        <w:ind w:left="360"/>
      </w:pPr>
      <w:r>
        <w:rPr>
          <w:b/>
          <w:i w:val="0"/>
        </w:rPr>
        <w:t>5.</w:t>
      </w:r>
      <w:r>
        <w:rPr>
          <w:b w:val="0"/>
          <w:i w:val="0"/>
        </w:rPr>
        <w:t xml:space="preserve"> </w:t>
      </w:r>
      <w:r>
        <w:rPr>
          <w:b/>
          <w:i w:val="0"/>
        </w:rPr>
        <w:t>Bạn sẽ phải làm việc chăm chỉ gấp mười lần những gì bạn nghĩ.</w:t>
      </w:r>
      <w:r>
        <w:rPr>
          <w:b w:val="0"/>
          <w:i w:val="0"/>
        </w:rPr>
        <w:t xml:space="preserve"> Đúng lúc bạn nghĩ mình đã đến giới hạn, sẽ cần gấp mười lần như thế để đánh bại Goliath. Thời gian dành cho gia đình, tất nhiên, sẽ giảm đi, và bạn gần như có thể quên luôn sở thích cá nhân, đó là lý do vì sao nó không dành cho bất kỳ ai.</w:t>
      </w:r>
    </w:p>
    <w:p>
      <w:pPr>
        <w:spacing w:after="80"/>
        <w:ind w:left="360"/>
      </w:pPr>
      <w:r>
        <w:rPr>
          <w:b/>
          <w:i w:val="0"/>
        </w:rPr>
        <w:t>6.</w:t>
      </w:r>
      <w:r>
        <w:rPr>
          <w:b w:val="0"/>
          <w:i w:val="0"/>
        </w:rPr>
        <w:t xml:space="preserve"> </w:t>
      </w:r>
      <w:r>
        <w:rPr>
          <w:b/>
          <w:i w:val="0"/>
        </w:rPr>
        <w:t>Bạn sẽ phải giữ sức khỏe để có năng lượng cạnh tranh.</w:t>
      </w:r>
      <w:r>
        <w:rPr>
          <w:b w:val="0"/>
          <w:i w:val="0"/>
        </w:rPr>
        <w:t xml:space="preserve"> Tôi đã nhiều lần làm việc đến kiệt sức và phải nhập viện. Điều đó đã giúp tôi xây dựng khả năng chịu đựng công việc khó khăn vì mỗi lần như vậy tôi lại trở lại mạnh mẽ hơn. Tôi nói với bạn điều này không phải vì tôi muốn bạn sợ bị kiệt sức, mà để bạn có thể chuẩn bị cho việc đó khi bạn đang ở trong giai đoạn gay go nhất của cuộc chiến chống lại Goliath.</w:t>
      </w:r>
    </w:p>
    <w:p>
      <w:pPr>
        <w:spacing w:after="80"/>
      </w:pPr>
      <w:r>
        <w:rPr>
          <w:b w:val="0"/>
          <w:i w:val="0"/>
        </w:rPr>
        <w:t xml:space="preserve">Trong Bước 2, khi chúng ta phân tích Phương pháp Giải quyết </w:t>
      </w:r>
      <w:r>
        <w:rPr>
          <w:b w:val="0"/>
          <w:i/>
        </w:rPr>
        <w:t>X</w:t>
      </w:r>
      <w:r>
        <w:rPr>
          <w:b w:val="0"/>
          <w:i w:val="0"/>
        </w:rPr>
        <w:t xml:space="preserve">, tôi đã kể cho bạn câu chuyện về việc Aegon kiện tôi đúng lúc tôi bắt đầu khởi nghiệp và việc đó gần như khiến chúng tôi phá sản. Goliath đã nắm cổ họng tôi và suýt hạ gục tôi hoàn toàn. Một khi thoát ra được, tôi có đủ tự tin để đánh bại Goliath. Quan trọng hơn, tôi hiểu được </w:t>
      </w:r>
      <w:r>
        <w:rPr>
          <w:b w:val="0"/>
          <w:i/>
        </w:rPr>
        <w:t>tại sao</w:t>
      </w:r>
      <w:r>
        <w:rPr>
          <w:b w:val="0"/>
          <w:i w:val="0"/>
        </w:rPr>
        <w:t xml:space="preserve"> có thể đánh bại được hắn.</w:t>
      </w:r>
    </w:p>
    <w:p>
      <w:pPr>
        <w:pStyle w:val="Heading3"/>
      </w:pPr>
      <w:r>
        <w:rPr>
          <w:rFonts w:ascii="Calibri" w:hAnsi="Calibri"/>
          <w:b/>
          <w:i w:val="0"/>
          <w:sz w:val="26"/>
        </w:rPr>
        <w:t>Tại sao có thể đánh bại các Goliath</w:t>
      </w:r>
    </w:p>
    <w:p>
      <w:pPr>
        <w:spacing w:after="80"/>
      </w:pPr>
      <w:r>
        <w:rPr>
          <w:b w:val="0"/>
          <w:i w:val="0"/>
        </w:rPr>
        <w:t>Bạn vẫn chưa thấy sợ sao? Thật tuyệt khi nghe điều đó, vì tôi sắp mang đến cho bạn tin tốt: nếu bạn chuẩn bị sẵn sàng cho trận chiến, bạn có thể thắng. Đây là lý do: các Goliath thường trở nên mềm yếu hơn khi càng thắng nhiều và cuối cùng ngừng làm việc chăm chỉ như trước. Các Goliath thường mất kết nối với những phương pháp tiếp thị mới nhất, vì họ hiếm khi nói chuyện trực tiếp với khách hàng. Goliath không nhanh nhẹn bằng bạn. Goliath có quá nhiều thứ để mất nên không dám mạo hiểm.</w:t>
      </w:r>
    </w:p>
    <w:p>
      <w:pPr>
        <w:spacing w:after="80"/>
      </w:pPr>
      <w:r>
        <w:rPr>
          <w:b w:val="0"/>
          <w:i w:val="0"/>
        </w:rPr>
        <w:t>Goliath không thể chiêu mộ được những người điên cuồng và khao khát vì những người điên cuồng bị hấp dẫn bởi những kẻ yếu thế đang khao khát hạ gục một Goliath. Họ thà đối đầu với Goliath hơn là gia nhập cùng hắn. Điều này giải thích tại sao rất nhiều người chỉ trích Kevin Durant khi anh gia nhập Golden State Warriors vào năm sau khi đội này phá kỷ lục NBA với 73 trận thắng trong một mùa giải. Nó cũng có thể giải thích tại sao Durant rời bỏ "Goliath" sau khi giành hai chức vô địch trong ba mùa giải.</w:t>
      </w:r>
    </w:p>
    <w:p>
      <w:pPr>
        <w:spacing w:after="80"/>
      </w:pPr>
      <w:r>
        <w:rPr>
          <w:b w:val="0"/>
          <w:i w:val="0"/>
        </w:rPr>
        <w:t>Ngay cả khi bạn sẵn sàng đối mặt với thử thách, bạn phải luôn tôn trọng Goliath. Chỉ một chút tự mãn, và hắn sẽ hạ gục bạn. Các Goliath không đạt được vị trí của mình nhờ may mắn thuần túy. Họ đáng gờm là có lý do. Điều này khiến việc đánh bại họ càng trở nên đáng giá hơn. Đây là cách bạn có thể làm được.</w:t>
      </w:r>
    </w:p>
    <w:p>
      <w:pPr>
        <w:pStyle w:val="Heading4"/>
      </w:pPr>
      <w:r>
        <w:rPr>
          <w:rFonts w:ascii="Calibri" w:hAnsi="Calibri"/>
          <w:b/>
          <w:i w:val="0"/>
          <w:sz w:val="23"/>
        </w:rPr>
        <w:t>Mười hai cách để đánh bại Goliath</w:t>
      </w:r>
    </w:p>
    <w:p>
      <w:pPr>
        <w:spacing w:after="80"/>
        <w:ind w:left="360"/>
      </w:pPr>
      <w:r>
        <w:rPr>
          <w:b/>
          <w:i w:val="0"/>
        </w:rPr>
        <w:t>1.</w:t>
      </w:r>
      <w:r>
        <w:rPr>
          <w:b w:val="0"/>
          <w:i w:val="0"/>
        </w:rPr>
        <w:t xml:space="preserve"> </w:t>
      </w:r>
      <w:r>
        <w:rPr>
          <w:b/>
          <w:i w:val="0"/>
        </w:rPr>
        <w:t>Biết</w:t>
      </w:r>
      <w:r>
        <w:rPr>
          <w:b w:val="0"/>
          <w:i w:val="0"/>
        </w:rPr>
        <w:t xml:space="preserve"> </w:t>
      </w:r>
      <w:r>
        <w:rPr>
          <w:b/>
          <w:i w:val="0"/>
        </w:rPr>
        <w:t>điểm yếu của bạn.</w:t>
      </w:r>
      <w:r>
        <w:rPr>
          <w:b w:val="0"/>
          <w:i w:val="0"/>
        </w:rPr>
        <w:t xml:space="preserve"> Biết điểm mạnh của mình thì dễ, nhưng biết điểm yếu của mình sẽ giúp bạn nhanh nhẹn và xoay chuyển khi đối đầu với Goliath của bạn.</w:t>
      </w:r>
    </w:p>
    <w:p>
      <w:pPr>
        <w:spacing w:after="80"/>
        <w:ind w:left="360"/>
      </w:pPr>
      <w:r>
        <w:rPr>
          <w:b/>
          <w:i w:val="0"/>
        </w:rPr>
        <w:t>2.</w:t>
      </w:r>
      <w:r>
        <w:rPr>
          <w:b w:val="0"/>
          <w:i w:val="0"/>
        </w:rPr>
        <w:t xml:space="preserve"> </w:t>
      </w:r>
      <w:r>
        <w:rPr>
          <w:b/>
          <w:i w:val="0"/>
        </w:rPr>
        <w:t>Biết</w:t>
      </w:r>
      <w:r>
        <w:rPr>
          <w:b w:val="0"/>
          <w:i w:val="0"/>
        </w:rPr>
        <w:t xml:space="preserve"> </w:t>
      </w:r>
      <w:r>
        <w:rPr>
          <w:b/>
          <w:i w:val="0"/>
        </w:rPr>
        <w:t>điểm yếu của Goliath.</w:t>
      </w:r>
      <w:r>
        <w:rPr>
          <w:b w:val="0"/>
          <w:i w:val="0"/>
        </w:rPr>
        <w:t xml:space="preserve"> Bạn không thể chiến đấu với Goliath ở nơi hắn mạnh. Bạn phải tìm ra gót chân Achilles của hắn và khai thác nó.</w:t>
      </w:r>
    </w:p>
    <w:p>
      <w:pPr>
        <w:spacing w:after="80"/>
        <w:ind w:left="360"/>
      </w:pPr>
      <w:r>
        <w:rPr>
          <w:b/>
          <w:i w:val="0"/>
        </w:rPr>
        <w:t>3.</w:t>
      </w:r>
      <w:r>
        <w:rPr>
          <w:b w:val="0"/>
          <w:i w:val="0"/>
        </w:rPr>
        <w:t xml:space="preserve"> </w:t>
      </w:r>
      <w:r>
        <w:rPr>
          <w:b/>
          <w:i w:val="0"/>
        </w:rPr>
        <w:t>Thành thạo ba thứ mà bạn làm tốt hơn.</w:t>
      </w:r>
      <w:r>
        <w:rPr>
          <w:b w:val="0"/>
          <w:i w:val="0"/>
        </w:rPr>
        <w:t xml:space="preserve"> Bạn tự đặt ra luật chơi cho cuộc chiến của mình trên thương trường. Hãy dùng thế mạnh của mình để thành thạo ba thứ mà Goliath không thể làm và làm chúng tốt hơn nó.</w:t>
      </w:r>
    </w:p>
    <w:p>
      <w:pPr>
        <w:spacing w:after="80"/>
        <w:ind w:left="360"/>
      </w:pPr>
      <w:r>
        <w:rPr>
          <w:b/>
          <w:i w:val="0"/>
        </w:rPr>
        <w:t>4.</w:t>
      </w:r>
      <w:r>
        <w:rPr>
          <w:b w:val="0"/>
          <w:i w:val="0"/>
        </w:rPr>
        <w:t xml:space="preserve"> </w:t>
      </w:r>
      <w:r>
        <w:rPr>
          <w:b/>
          <w:i w:val="0"/>
        </w:rPr>
        <w:t>Đừng cố trở thành Goliath.</w:t>
      </w:r>
      <w:r>
        <w:rPr>
          <w:b w:val="0"/>
          <w:i w:val="0"/>
        </w:rPr>
        <w:t xml:space="preserve"> Bạn có thể học hỏi các nước đi và thông tin từ Goliath, nhưng nếu bạn mô phỏng theo nó, thì làm sao bạn đánh bại được nó? Bạn phải tận dụng thế mạnh của chính mình, chứ không phải của người khác.</w:t>
      </w:r>
    </w:p>
    <w:p>
      <w:pPr>
        <w:spacing w:after="80"/>
        <w:ind w:left="360"/>
      </w:pPr>
      <w:r>
        <w:rPr>
          <w:b/>
          <w:i w:val="0"/>
        </w:rPr>
        <w:t>5.</w:t>
      </w:r>
      <w:r>
        <w:rPr>
          <w:b w:val="0"/>
          <w:i w:val="0"/>
        </w:rPr>
        <w:t xml:space="preserve"> </w:t>
      </w:r>
      <w:r>
        <w:rPr>
          <w:b/>
          <w:i w:val="0"/>
        </w:rPr>
        <w:t>Tập trung vào chuyên môn hóa.</w:t>
      </w:r>
      <w:r>
        <w:rPr>
          <w:b w:val="0"/>
          <w:i w:val="0"/>
        </w:rPr>
        <w:t xml:space="preserve"> Các Goliath thường có xu hướng làm đa dạng hóa để mở rộng ảnh hưởng và quyền lực của chúng. Bạn phải chuyên môn hóa để giành thị phần từ chúng.</w:t>
      </w:r>
    </w:p>
    <w:p>
      <w:pPr>
        <w:spacing w:after="80"/>
        <w:ind w:left="360"/>
      </w:pPr>
      <w:r>
        <w:rPr>
          <w:b/>
          <w:i w:val="0"/>
        </w:rPr>
        <w:t>6.</w:t>
      </w:r>
      <w:r>
        <w:rPr>
          <w:b w:val="0"/>
          <w:i w:val="0"/>
        </w:rPr>
        <w:t xml:space="preserve"> </w:t>
      </w:r>
      <w:r>
        <w:rPr>
          <w:b/>
          <w:i w:val="0"/>
        </w:rPr>
        <w:t>Khi bạn nhỏ, hãy làm cho mình trông lớn hơn.</w:t>
      </w:r>
      <w:r>
        <w:rPr>
          <w:b w:val="0"/>
          <w:i w:val="0"/>
        </w:rPr>
        <w:t xml:space="preserve"> Hãy bước đi hiên ngang, và đừng bị kích thước và sức mạnh của Goliath làm cho khiếp sợ. Hãy thể hiện chân lý tương lai của bạn và cạnh tranh như thể bạn mới là người có lợi thế.</w:t>
      </w:r>
    </w:p>
    <w:p>
      <w:pPr>
        <w:spacing w:after="80"/>
        <w:ind w:left="360"/>
      </w:pPr>
      <w:r>
        <w:rPr>
          <w:b/>
          <w:i w:val="0"/>
        </w:rPr>
        <w:t>7.</w:t>
      </w:r>
      <w:r>
        <w:rPr>
          <w:b w:val="0"/>
          <w:i w:val="0"/>
        </w:rPr>
        <w:t xml:space="preserve"> </w:t>
      </w:r>
      <w:r>
        <w:rPr>
          <w:b/>
          <w:i w:val="0"/>
        </w:rPr>
        <w:t>Ban đầu hãy giữ mình kín đáo.</w:t>
      </w:r>
      <w:r>
        <w:rPr>
          <w:b w:val="0"/>
          <w:i w:val="0"/>
        </w:rPr>
        <w:t xml:space="preserve"> Bạn sẽ cần rất nhiều sự giúp đỡ, và bạn sẽ cần thời gian để trở nên tốt hơn. Đừng lãng phí những năm đầu tiên để chọc tức người khác và gây ồn ào. Hãy lo cho công việc kinh doanh của mình trước khi đi tìm một Goliath để đối đầu.</w:t>
      </w:r>
    </w:p>
    <w:p>
      <w:pPr>
        <w:spacing w:after="80"/>
        <w:ind w:left="360"/>
      </w:pPr>
      <w:r>
        <w:rPr>
          <w:b/>
          <w:i w:val="0"/>
        </w:rPr>
        <w:t>8.</w:t>
      </w:r>
      <w:r>
        <w:rPr>
          <w:b w:val="0"/>
          <w:i w:val="0"/>
        </w:rPr>
        <w:t xml:space="preserve"> </w:t>
      </w:r>
      <w:r>
        <w:rPr>
          <w:b/>
          <w:i w:val="0"/>
        </w:rPr>
        <w:t>Di chuyển nhanh nhẹn.</w:t>
      </w:r>
      <w:r>
        <w:rPr>
          <w:b w:val="0"/>
          <w:i w:val="0"/>
        </w:rPr>
        <w:t xml:space="preserve"> Hãy tận dụng những lợi thế vốn có của bạn về sức mạnh và tốc độ để chống lại Goliath. Nó không thể di chuyển nhanh như bạn.</w:t>
      </w:r>
    </w:p>
    <w:p>
      <w:pPr>
        <w:spacing w:after="80"/>
        <w:ind w:left="360"/>
      </w:pPr>
      <w:r>
        <w:rPr>
          <w:b/>
          <w:i w:val="0"/>
        </w:rPr>
        <w:t>9.</w:t>
      </w:r>
      <w:r>
        <w:rPr>
          <w:b w:val="0"/>
          <w:i w:val="0"/>
        </w:rPr>
        <w:t xml:space="preserve"> </w:t>
      </w:r>
      <w:r>
        <w:rPr>
          <w:b/>
          <w:i w:val="0"/>
        </w:rPr>
        <w:t>Hợp tác với những đối thủ có chung kẻ thù.</w:t>
      </w:r>
      <w:r>
        <w:rPr>
          <w:b w:val="0"/>
          <w:i w:val="0"/>
        </w:rPr>
        <w:t xml:space="preserve"> Các Goliath tạo ra rất nhiều kẻ thù. Hãy tìm kiếm sự cộng hưởng của bạn với những kẻ thù đó, và xây dựng các liên minh chiến lược.</w:t>
      </w:r>
    </w:p>
    <w:p>
      <w:pPr>
        <w:spacing w:after="80"/>
        <w:ind w:left="360"/>
      </w:pPr>
      <w:r>
        <w:rPr>
          <w:b/>
          <w:i w:val="0"/>
        </w:rPr>
        <w:t>10.</w:t>
      </w:r>
      <w:r>
        <w:rPr>
          <w:b w:val="0"/>
          <w:i w:val="0"/>
        </w:rPr>
        <w:t xml:space="preserve"> </w:t>
      </w:r>
      <w:r>
        <w:rPr>
          <w:b/>
          <w:i w:val="0"/>
        </w:rPr>
        <w:t>Nghiên cứu lịch sử.</w:t>
      </w:r>
      <w:r>
        <w:rPr>
          <w:b w:val="0"/>
          <w:i w:val="0"/>
        </w:rPr>
        <w:t xml:space="preserve"> Lịch sử có thể cho bạn bối cảnh và những chiến lược mà bạn thậm chí chưa từng nghĩ tới trong cuộc chiến chống lại Goliath. Kiến thức ở ngoài kia để bạn thu hoạch và chỉ có thể giúp ích cho bạn.</w:t>
      </w:r>
    </w:p>
    <w:p>
      <w:pPr>
        <w:spacing w:after="80"/>
        <w:ind w:left="360"/>
      </w:pPr>
      <w:r>
        <w:rPr>
          <w:b/>
          <w:i w:val="0"/>
        </w:rPr>
        <w:t>11.</w:t>
      </w:r>
      <w:r>
        <w:rPr>
          <w:b w:val="0"/>
          <w:i w:val="0"/>
        </w:rPr>
        <w:t xml:space="preserve"> </w:t>
      </w:r>
      <w:r>
        <w:rPr>
          <w:b/>
          <w:i w:val="0"/>
        </w:rPr>
        <w:t>Để các đối thủ khác làm hao mòn đối phương của bạn.</w:t>
      </w:r>
      <w:r>
        <w:rPr>
          <w:b w:val="0"/>
          <w:i w:val="0"/>
        </w:rPr>
        <w:t xml:space="preserve"> Các Goliath phải chống đỡ rất nhiều đối thủ, và bạn không phải lúc nào cũng cần ở tuyến đầu. Đứng lùi lại và để người khác chiếm sự chú ý có thể giúp bạn tập trung nguồn lực tốt hơn và mang lại cho bạn lợi thế trước các Goliath.</w:t>
      </w:r>
    </w:p>
    <w:p>
      <w:pPr>
        <w:spacing w:after="80"/>
        <w:ind w:left="360"/>
      </w:pPr>
      <w:r>
        <w:rPr>
          <w:b/>
          <w:i w:val="0"/>
        </w:rPr>
        <w:t>12.</w:t>
      </w:r>
      <w:r>
        <w:rPr>
          <w:b w:val="0"/>
          <w:i w:val="0"/>
        </w:rPr>
        <w:t xml:space="preserve"> </w:t>
      </w:r>
      <w:r>
        <w:rPr>
          <w:b/>
          <w:i w:val="0"/>
        </w:rPr>
        <w:t>Đừng tiết lộ mọi khía cạnh trong chiến lược của bạn.</w:t>
      </w:r>
      <w:r>
        <w:rPr>
          <w:b w:val="0"/>
          <w:i w:val="0"/>
        </w:rPr>
        <w:t xml:space="preserve"> Với một bậc thầy cờ, điều này hẳn phải quá rõ ràng.</w:t>
      </w:r>
    </w:p>
    <w:p>
      <w:pPr>
        <w:pStyle w:val="Heading3"/>
      </w:pPr>
      <w:r>
        <w:rPr>
          <w:rFonts w:ascii="Calibri" w:hAnsi="Calibri"/>
          <w:b/>
          <w:i w:val="0"/>
          <w:sz w:val="26"/>
        </w:rPr>
        <w:t>Kiểm soát câu chuyện</w:t>
      </w:r>
    </w:p>
    <w:p>
      <w:pPr>
        <w:spacing w:after="80"/>
      </w:pPr>
      <w:r>
        <w:rPr>
          <w:b w:val="0"/>
          <w:i w:val="0"/>
        </w:rPr>
        <w:t>Đã đến lúc nghĩ về cách thức và nội dung để truyền tải ra thế giới, vì mọi con mắt sẽ đổ dồn vào bạn. Nếu bạn không nói về điều bạn tin tưởng, quan điểm của bạn là gì, và bạn là ai với tư cách một cá nhân, thì thế giới sẽ tự quyết định bạn là ai. Việc kiểm soát câu chuyện và nói về những gì bạn đang đối mặt là tùy thuộc vào bạn. Nếu bạn không làm, người khác sẽ làm.</w:t>
      </w:r>
    </w:p>
    <w:p>
      <w:pPr>
        <w:spacing w:after="80"/>
      </w:pPr>
      <w:r>
        <w:rPr>
          <w:b w:val="0"/>
          <w:i w:val="0"/>
        </w:rPr>
        <w:t>Mạng xã hội là công cụ cân bằng tuyệt vời.</w:t>
      </w:r>
    </w:p>
    <w:p>
      <w:pPr>
        <w:spacing w:after="80"/>
      </w:pPr>
      <w:r>
        <w:rPr>
          <w:b w:val="0"/>
          <w:i w:val="0"/>
        </w:rPr>
        <w:t>Khi tôi khởi nghiệp công ty đại lý của mình, Goliath đã dùng mọi nguồn lực nó có để bắt nạt tôi. Các đối thủ của tôi nói những điều khủng khiếp về tôi và bịa ra những tin đồn xấu xa có thể dễ dàng hủy hoại danh tiếng của tôi. Đó là lúc tôi hoàn toàn thấm thía sự thật rằng việc sử dụng mạng xã hội đúng cách sẽ cho phép tôi kiểm soát câu chuyện.</w:t>
      </w:r>
    </w:p>
    <w:p>
      <w:pPr>
        <w:spacing w:after="80"/>
      </w:pPr>
      <w:r>
        <w:rPr>
          <w:b w:val="0"/>
          <w:i w:val="0"/>
        </w:rPr>
        <w:t>Có nhiều hình thức bắt nạt khác nhau. Nó đã tiến hóa qua nhiều năm. Khi công ty của bạn còn nhỏ, người ta sẽ bôi nhọ nhân cách của bạn và lan truyền tin đồn. Tôi nhận ra rằng cách để chống trả là kiểm soát câu chuyện.</w:t>
      </w:r>
    </w:p>
    <w:p>
      <w:pPr>
        <w:spacing w:after="80"/>
      </w:pPr>
      <w:r>
        <w:rPr>
          <w:b w:val="0"/>
          <w:i w:val="0"/>
        </w:rPr>
        <w:t>Khi người ta nghe những điều tồi tệ về tôi, họ sẽ lên Google để xác nhận những nghi ngờ của mình. Và họ tìm thấy gì? Rằng con quái vật mà họ từng nghe kể rất khác với người mà họ đang xem trên mạng. Tôi đã có thể kiểm soát câu chuyện, và kết quả là, nhiều người từng nghe tin đồn tiêu cực về tôi cuối cùng lại trở thành đối tác của tôi.</w:t>
      </w:r>
    </w:p>
    <w:p>
      <w:pPr>
        <w:spacing w:after="80"/>
      </w:pPr>
      <w:r>
        <w:rPr>
          <w:b w:val="0"/>
          <w:i w:val="0"/>
        </w:rPr>
        <w:t xml:space="preserve">Hãy nghĩ xem điều này khác biệt thế nào trong thế giới trước khi có internet. Steve Jobs đã phải gọi cho </w:t>
      </w:r>
      <w:r>
        <w:rPr>
          <w:b w:val="0"/>
          <w:i/>
        </w:rPr>
        <w:t>Playboy</w:t>
      </w:r>
      <w:r>
        <w:rPr>
          <w:b w:val="0"/>
          <w:i w:val="0"/>
        </w:rPr>
        <w:t xml:space="preserve"> để yêu cầu tạp chí này viết một bài về ông theo đúng câu chuyện ông muốn kể. Từ lúc Jobs thực hiện cuộc phỏng vấn đến khi mọi người đọc được bài báo, hai tháng đã trôi qua! Giờ đây chỉ mất hai phần nghìn giây giữa lúc bạn viết điều gì đó trên mạng và lúc mọi người đọc được những gì bạn viết.</w:t>
      </w:r>
    </w:p>
    <w:p>
      <w:pPr>
        <w:spacing w:after="80"/>
      </w:pPr>
      <w:r>
        <w:rPr>
          <w:b w:val="0"/>
          <w:i w:val="0"/>
        </w:rPr>
        <w:t>Goliath có thể chi hàng triệu đô-la cho PR. Trong khi đó, bạn có thể làm một video bằng iPhone và có nhiều lượt xem hơn—và tạo ra tác động lớn hơn.</w:t>
      </w:r>
    </w:p>
    <w:p>
      <w:pPr>
        <w:spacing w:after="80"/>
      </w:pPr>
      <w:r>
        <w:rPr>
          <w:b w:val="0"/>
          <w:i w:val="0"/>
        </w:rPr>
        <w:t>Khi bạn đăng bài, hãy thật sự chia sẻ chính mình. Chúng ta đã bị tẩy não rằng sự chuyên nghiệp nghĩa là chỉ phô ra mặt tốt nhất của mình. Vấn đề là mọi người không kết nối với những cỗ máy hoàn hảo. Họ kết nối với tất cả con người bạn. Hãy cho thấy sai lầm của bạn, và hãy dễ bị tổn thương. Nếu bạn chỉ nói về những gì mình làm đúng, điều đó sẽ khiến người khác quay lưng. Không có cách nào trên đời để bất kỳ ai lên đến đỉnh cao mà không mắc sai lầm. Mọi người đồng cảm với bạn nhiều hơn khi bạn chia sẻ những khoảnh khắc thất bại của mình.</w:t>
      </w:r>
    </w:p>
    <w:p>
      <w:pPr>
        <w:spacing w:after="80"/>
      </w:pPr>
      <w:r>
        <w:rPr>
          <w:b w:val="0"/>
          <w:i w:val="0"/>
        </w:rPr>
        <w:t>Mọi người cũng sẽ đồng cảm với bạn nếu bạn thách thức họ đặt câu hỏi về quan điểm của bạn. Hãy yêu cầu họ chia sẻ suy nghĩ của họ. Hãy yêu cầu những gợi ý cụ thể để giải quyết vấn đề. Một, bạn sẽ học được điều gì đó. Hai, bạn sẽ tăng mức độ tương tác của người xem hoặc độc giả.</w:t>
      </w:r>
    </w:p>
    <w:p>
      <w:pPr>
        <w:spacing w:after="80"/>
      </w:pPr>
      <w:r>
        <w:rPr>
          <w:b w:val="0"/>
          <w:i w:val="0"/>
        </w:rPr>
        <w:t xml:space="preserve">Một chìa khóa khác để kết nối với khán giả của bạn là sự nhất quán. Khán giả của bạn nên biết khi nào họ sẽ nghe tin từ bạn và có thể dựa vào một lịch nội dung đều đặn. Hai tác giả bán chạy nhất có những cách tiếp cận khác nhau. Những người theo dõi Seth Godin biết họ có thể mong đợi một bài blog ngắn gọn và sâu sắc mỗi ngày. Ngược lại, Daniel Pink gửi </w:t>
      </w:r>
      <w:r>
        <w:rPr>
          <w:b w:val="0"/>
          <w:i/>
        </w:rPr>
        <w:t>Pinkcast</w:t>
      </w:r>
      <w:r>
        <w:rPr>
          <w:b w:val="0"/>
          <w:i w:val="0"/>
        </w:rPr>
        <w:t xml:space="preserve"> của mình cách hai tuần một lần. Chìa khóa của cả hai chiến lược là khán giả của mỗi người đều có một kỳ vọng được đáp ứng.</w:t>
      </w:r>
    </w:p>
    <w:p>
      <w:pPr>
        <w:spacing w:after="80"/>
      </w:pPr>
      <w:r>
        <w:rPr>
          <w:b w:val="0"/>
          <w:i w:val="0"/>
        </w:rPr>
        <w:t xml:space="preserve">Đi đôi với sự nhất quán là sự chính trực. Đặc biệt khi bạn có được lượng người theo dõi, bạn sẽ nhận được những lời đề nghị quảng bá cho người khác. </w:t>
      </w:r>
      <w:r>
        <w:rPr>
          <w:b/>
          <w:i w:val="0"/>
        </w:rPr>
        <w:t>Đừng bán rẻ thương hiệu của bạn.</w:t>
      </w:r>
      <w:r>
        <w:rPr>
          <w:b w:val="0"/>
          <w:i w:val="0"/>
        </w:rPr>
        <w:t xml:space="preserve"> Nếu bạn định nhận một nhà tài trợ, bạn cần phải phù hợp với thương hiệu đó. Những người theo dõi bạn sẽ trân trọng bạn nếu bạn giữ vững thông điệp của mình và không bán đứng bản thân. Điều này sẽ đòi hỏi bạn phải trì hoãn sự thỏa mãn và từ chối những khoản tiền nhanh chóng để chơi cuộc chơi dài hạn là duy trì sự chính trực của mình.</w:t>
      </w:r>
    </w:p>
    <w:p>
      <w:pPr>
        <w:pStyle w:val="Heading3"/>
      </w:pPr>
      <w:r>
        <w:rPr>
          <w:rFonts w:ascii="Calibri" w:hAnsi="Calibri"/>
          <w:b/>
          <w:i w:val="0"/>
          <w:sz w:val="26"/>
        </w:rPr>
        <w:t>Hãy Không Biết Xấu Hổ Khi Tự Quảng Bá</w:t>
      </w:r>
    </w:p>
    <w:p>
      <w:pPr>
        <w:spacing w:after="80"/>
      </w:pPr>
      <w:r>
        <w:rPr>
          <w:b w:val="0"/>
          <w:i w:val="0"/>
        </w:rPr>
        <w:t xml:space="preserve">Nguyên tắc đầu tiên của việc tự quảng bá là bạn phải không biết xấu hổ. Điều kìm hãm mọi người là nỗi sợ bị phán xét. Những người có tầm nhìn đã vượt qua điều đó. Bạn không thể sợ bị phán xét khi quảng bá bản thân. Bạn </w:t>
      </w:r>
      <w:r>
        <w:rPr>
          <w:b w:val="0"/>
          <w:i/>
        </w:rPr>
        <w:t>muốn</w:t>
      </w:r>
      <w:r>
        <w:rPr>
          <w:b w:val="0"/>
          <w:i w:val="0"/>
        </w:rPr>
        <w:t xml:space="preserve"> mọi người chú ý đến mình. Phil Knight của Nike không biết xấu hổ. Jerry Jones của Dallas Cowboys không biết xấu hổ. Dwayne "The Rock" Johnson không biết xấu hổ. Kevin Hart không biết xấu hổ. Bạn có nghĩ Hart đạt gần 100 triệu người theo dõi trên Instagram bằng cách rụt rè không? Nếu bạn không biết xấu hổ, sẽ không ai biết bạn là ai.</w:t>
      </w:r>
    </w:p>
    <w:p>
      <w:pPr>
        <w:spacing w:after="80"/>
      </w:pPr>
      <w:r>
        <w:rPr>
          <w:b w:val="0"/>
          <w:i w:val="0"/>
        </w:rPr>
        <w:t>Điều kìm hãm chúng ta khỏi việc không biết xấu hổ là nỗi sợ bị bẽ mặt. Vậy thì sao nếu bạn bị bẽ mặt? Bạn có biết ai chưa từng bị bẽ mặt không? Những người mà không ai biết gì về họ—những người đang ẩn náu trong những công việc doanh nghiệp an toàn. Khi tôi nói "Hãy không biết xấu hổ," tôi không có ý nói bạn nên khoe khoang. Tôi có ý rằng bạn nên làm càng nhiều càng tốt (trong khuôn khổ câu chuyện và thương hiệu của bạn) để đảm bảo bạn có được sự chú ý. Tự quảng bá là một loại hình nghệ thuật.</w:t>
      </w:r>
    </w:p>
    <w:p>
      <w:pPr>
        <w:spacing w:after="80"/>
      </w:pPr>
      <w:r>
        <w:rPr>
          <w:b w:val="0"/>
          <w:i w:val="0"/>
        </w:rPr>
        <w:t>Bạn có thể cảm thấy không thoải mái khi khoe khoang, nhưng bạn có thể làm điều đó theo những cách tinh tế thông qua những câu chuyện bạn kể. Giả sử bạn đang ở trong văn phòng của một luật sư và người đó có vài tấm bảng khen trên tường. Bạn có thể nói: "Bạn biết đấy, đây là những tấm bảng khen ấn tượng. Nghe này, tôi có thể nói với bạn rằng để được công nhận là một luật sư hàng đầu cần rất nhiều nỗ lực. Tôi tôn trọng điều đó vì khi tôi nhận được tấm bảng khen là nhà môi giới hàng đầu trong công ty của mình, tôi nhớ những nỗ lực cần có để đạt được điều đó. Điều điên rồ là nhiều khi mọi người không thấy được nỗ lực đằng sau những cánh cửa đóng kín. Vậy nên tôi hoan nghênh những gì bạn đã làm."</w:t>
      </w:r>
    </w:p>
    <w:p>
      <w:pPr>
        <w:spacing w:after="80"/>
      </w:pPr>
      <w:r>
        <w:rPr>
          <w:b w:val="0"/>
          <w:i w:val="0"/>
        </w:rPr>
        <w:t>Một cách khác để tự quảng bá là đưa ra dự đoán. Hãy đưa ra một vài dự đoán dựa trên trực giác và nghiên cứu của bạn. Tại sao điều đó quan trọng? Bởi vì nếu ngay cả một vài dự đoán của bạn thành sự thật, bạn sẽ có được uy tín và trông giống như một nhà hiền triết.</w:t>
      </w:r>
    </w:p>
    <w:p>
      <w:pPr>
        <w:spacing w:after="80"/>
      </w:pPr>
      <w:r>
        <w:rPr>
          <w:b w:val="0"/>
          <w:i w:val="0"/>
        </w:rPr>
        <w:t>Giờ thì, một số người có thể nói: "Lời khuyên ngớ ngẩn gì vậy, Pat. Bạn thật sự đang bảo tôi phô bày bản thân ra ngoài sao? Lỡ tôi sai và cuối cùng bị bẽ mặt thì sao?" Hãy xem xét lựa chọn thay thế: không bao giờ sai và không ai biết bạn là ai.</w:t>
      </w:r>
    </w:p>
    <w:p>
      <w:pPr>
        <w:spacing w:after="80"/>
      </w:pPr>
      <w:r>
        <w:rPr>
          <w:b w:val="0"/>
          <w:i w:val="0"/>
        </w:rPr>
        <w:t>Conor McGregor, cựu vô địch UFC, đã nói: "Tôi tự tin trong dự đoán. Tôi tự tin trong khâu chuẩn bị, nhưng tôi luôn khiêm nhường trong chiến thắng hoặc thất bại." Anh ấy không biết xấu hổ khi phô bày bản thân ra ngoài, và dù thắng hay thua, McGregor luôn kiểm soát câu chuyện bằng cách đưa ra những dự đoán táo bạo.</w:t>
      </w:r>
    </w:p>
    <w:p>
      <w:pPr>
        <w:spacing w:after="80"/>
      </w:pPr>
      <w:r>
        <w:rPr>
          <w:b w:val="0"/>
          <w:i w:val="0"/>
        </w:rPr>
        <w:t xml:space="preserve">Những nhà phát triển bất động sản giỏi cũng đưa ra dự đoán. Những nhà môi giới chứng khoán giỏi cũng vậy. Họ đưa mình vào tin tức. Bạn có nghĩ Jim Cramer có được một chương trình truyền hình bằng cách rụt rè hoặc không bao giờ dám mạo hiểm không? Chương trình của ông ấy không tên là </w:t>
      </w:r>
      <w:r>
        <w:rPr>
          <w:b w:val="0"/>
          <w:i/>
        </w:rPr>
        <w:t>Shy Money</w:t>
      </w:r>
      <w:r>
        <w:rPr>
          <w:b w:val="0"/>
          <w:i w:val="0"/>
        </w:rPr>
        <w:t xml:space="preserve">; nó tên là </w:t>
      </w:r>
      <w:r>
        <w:rPr>
          <w:b w:val="0"/>
          <w:i/>
        </w:rPr>
        <w:t>Mad Money</w:t>
      </w:r>
      <w:r>
        <w:rPr>
          <w:b w:val="0"/>
          <w:i w:val="0"/>
        </w:rPr>
        <w:t>. Ông ấy khiến mọi người nói về mình. Một số người nói ông ấy là kẻ ngốc; những người khác thề trung thành với lời khuyên của ông ấy. Tôi chưa từng gặp Jim Cramer, nhưng tôi cá rằng ông ấy đang cười suốt đường đến ngân hàng.</w:t>
      </w:r>
    </w:p>
    <w:p>
      <w:pPr>
        <w:spacing w:after="80"/>
      </w:pPr>
      <w:r>
        <w:rPr>
          <w:b w:val="0"/>
          <w:i w:val="0"/>
        </w:rPr>
        <w:t>Đừng sợ đưa ra dự đoán trong ngành của bạn. Một lần nữa, hãy nghĩ về cách định khung. Dưới đây là một số tiêu đề bài viết của cố vấn đầu tư kiêm nhân vật nổi tiếng Peter Schiff.</w:t>
      </w:r>
    </w:p>
    <w:p>
      <w:pPr>
        <w:spacing w:after="80"/>
        <w:ind w:left="360"/>
      </w:pPr>
      <w:r>
        <w:rPr>
          <w:b w:val="0"/>
          <w:i w:val="0"/>
        </w:rPr>
        <w:t>"Peter Schiff: Lãi Suất Âm Là Điều Ngớ Ngẩn"</w:t>
      </w:r>
    </w:p>
    <w:p>
      <w:pPr>
        <w:spacing w:after="80"/>
        <w:ind w:left="360"/>
      </w:pPr>
      <w:r>
        <w:rPr>
          <w:b w:val="0"/>
          <w:i w:val="0"/>
        </w:rPr>
        <w:t>“Peter Schiff: Người thắng duy nhất sẽ là những ai đã mua vàng và bạc”</w:t>
      </w:r>
    </w:p>
    <w:p>
      <w:pPr>
        <w:spacing w:after="80"/>
        <w:ind w:left="360"/>
      </w:pPr>
      <w:r>
        <w:rPr>
          <w:b w:val="0"/>
          <w:i w:val="0"/>
        </w:rPr>
        <w:t>“Peter Schiff: Bất kể Fed làm gì, nó cũng sẽ bốc mùi kinh khủng”</w:t>
      </w:r>
    </w:p>
    <w:p>
      <w:pPr>
        <w:spacing w:after="80"/>
      </w:pPr>
      <w:r>
        <w:rPr>
          <w:b w:val="0"/>
          <w:i w:val="0"/>
        </w:rPr>
        <w:t>Schiff đã hát mãi một điệu suốt bao nhiêu thập kỷ. Có lúc ông đúng, có lúc ông sai. Nhưng lúc nào ông cũng xuất hiện trên tin tức. Ông tự quảng bá bản thân. Ông đưa ra những dự đoán táo bạo. Và kết quả là, ông đã trở thành đồng nghĩa với việc đầu tư vào vàng. Khi một chương trình tài chính trên TV cần chuyên gia về vàng, Schiff là người được gọi.</w:t>
      </w:r>
    </w:p>
    <w:p>
      <w:pPr>
        <w:spacing w:after="80"/>
      </w:pPr>
      <w:r>
        <w:rPr>
          <w:b w:val="0"/>
          <w:i w:val="0"/>
        </w:rPr>
        <w:t>Tôi nhận ra mình đã ném vào bạn quá nhiều ví dụ. Tóm lại, những nguyên tắc quan trọng nhất của mạng xã hội là:</w:t>
      </w:r>
    </w:p>
    <w:p>
      <w:pPr>
        <w:spacing w:after="80"/>
        <w:ind w:left="360"/>
      </w:pPr>
      <w:r>
        <w:t xml:space="preserve">• </w:t>
      </w:r>
      <w:r>
        <w:rPr>
          <w:b w:val="0"/>
          <w:i w:val="0"/>
        </w:rPr>
        <w:t>Hãy có cá tính.</w:t>
      </w:r>
    </w:p>
    <w:p>
      <w:pPr>
        <w:spacing w:after="80"/>
        <w:ind w:left="360"/>
      </w:pPr>
      <w:r>
        <w:t xml:space="preserve">• </w:t>
      </w:r>
      <w:r>
        <w:rPr>
          <w:b w:val="0"/>
          <w:i w:val="0"/>
        </w:rPr>
        <w:t>Hãy táo bạo.</w:t>
      </w:r>
    </w:p>
    <w:p>
      <w:pPr>
        <w:spacing w:after="80"/>
        <w:ind w:left="360"/>
      </w:pPr>
      <w:r>
        <w:t xml:space="preserve">• </w:t>
      </w:r>
      <w:r>
        <w:rPr>
          <w:b w:val="0"/>
          <w:i w:val="0"/>
        </w:rPr>
        <w:t>Hãy ngông cuồng (nếu đó là con người bạn).</w:t>
      </w:r>
    </w:p>
    <w:p>
      <w:pPr>
        <w:spacing w:after="80"/>
        <w:ind w:left="360"/>
      </w:pPr>
      <w:r>
        <w:t xml:space="preserve">• </w:t>
      </w:r>
      <w:r>
        <w:rPr>
          <w:b w:val="0"/>
          <w:i w:val="0"/>
        </w:rPr>
        <w:t>Hãy lôi cuốn.</w:t>
      </w:r>
    </w:p>
    <w:p>
      <w:pPr>
        <w:spacing w:after="80"/>
        <w:ind w:left="360"/>
      </w:pPr>
      <w:r>
        <w:t xml:space="preserve">• </w:t>
      </w:r>
      <w:r>
        <w:rPr>
          <w:b w:val="0"/>
          <w:i w:val="0"/>
        </w:rPr>
        <w:t>Hãy khoe mình khi bạn đúng.</w:t>
      </w:r>
    </w:p>
    <w:p>
      <w:pPr>
        <w:spacing w:after="80"/>
        <w:ind w:left="360"/>
      </w:pPr>
      <w:r>
        <w:t xml:space="preserve">• </w:t>
      </w:r>
      <w:r>
        <w:rPr>
          <w:b w:val="0"/>
          <w:i w:val="0"/>
        </w:rPr>
        <w:t>Hãy tự trào khi bạn sai.</w:t>
      </w:r>
    </w:p>
    <w:p>
      <w:pPr>
        <w:spacing w:after="80"/>
        <w:ind w:left="360"/>
      </w:pPr>
      <w:r>
        <w:t xml:space="preserve">• </w:t>
      </w:r>
      <w:r>
        <w:rPr>
          <w:b w:val="0"/>
          <w:i w:val="0"/>
        </w:rPr>
        <w:t>Hãy chấp nhận thất bại khi bạn sai.</w:t>
      </w:r>
    </w:p>
    <w:p>
      <w:pPr>
        <w:spacing w:after="80"/>
      </w:pPr>
      <w:r>
        <w:rPr>
          <w:b w:val="0"/>
          <w:i w:val="0"/>
        </w:rPr>
        <w:t>Quảng bá là việc bạn phải làm liên tục. Đây là một kỹ thuật khác. Thay vì khoe tên người quen, hãy khoe sách. Giả sử bạn đang ngồi trong một cuộc họp và để đáp lại một ý kiến, bạn nói: “Một trong những cuốn sách tôi đọc là cuốn này cuốn kia, và trong cuốn sách này có nói về điều này, và tôi cảm thấy đây chính là điều đang diễn ra ở công ty này. Và tôi khuyên bạn nên đọc cuốn sách đó.” Nếu những người khác trong cuộc họp là người có tham vọng, họ sẽ ghi lại tên cuốn sách. Nếu bạn có thể đưa ra hai hoặc ba lời giới thiệu sách trong một cuộc trò chuyện kinh doanh với ai đó, thì trong đầu người đó, bạn là một người tự học đọc nhiều hiểu rộng. Bạn có bằng đại học hay không không quan trọng.</w:t>
      </w:r>
    </w:p>
    <w:p>
      <w:pPr>
        <w:spacing w:after="80"/>
      </w:pPr>
      <w:r>
        <w:rPr>
          <w:b w:val="0"/>
          <w:i w:val="0"/>
        </w:rPr>
        <w:t>Cách tiếp theo để tự quảng bá là có những quan điểm mạnh mẽ về các chủ đề trong lĩnh vực chuyên môn của bạn. Ví dụ, bạn có thể nói rằng bạn không đồng ý với hướng đi của thị trường hoặc nói về một trong những sai lầm mà ngành đang mắc phải. Một nơi tuyệt vời để làm điều này là trên blog, vlog hoặc podcast của bạn. Khi chủ đề này được nhắc đến, bạn có thể nói: “Bạn biết đấy, gần đây tôi có viết một bài blog về điều này. Nó gây ra nhiều tranh cãi vì quan điểm của tôi là như thế này như thế kia. Tôi sẽ gửi cho bạn để bạn đọc.”</w:t>
      </w:r>
    </w:p>
    <w:p>
      <w:pPr>
        <w:spacing w:after="80"/>
      </w:pPr>
      <w:r>
        <w:rPr>
          <w:b w:val="0"/>
          <w:i w:val="0"/>
        </w:rPr>
        <w:t xml:space="preserve">Tôi đã viết một bài về lý do tại sao sở hữu nhà không phải là giấc mơ Mỹ. Nó bùng nổ. Fox liên hệ với tôi. CNN liên hệ với tôi. </w:t>
      </w:r>
      <w:r>
        <w:rPr>
          <w:b w:val="0"/>
          <w:i/>
        </w:rPr>
        <w:t>Denver Post</w:t>
      </w:r>
      <w:r>
        <w:rPr>
          <w:b w:val="0"/>
          <w:i w:val="0"/>
        </w:rPr>
        <w:t xml:space="preserve"> làm một bài đặc biệt về nó. Nó viết về doanh nhân này, người không tin vào việc sở hữu nhà. Đó là quan điểm của tôi. Nó gây ra bao nhiêu tranh cãi chỉ vì tôi viết một bài nói rằng giấc mơ Mỹ thực sự là gì và rằng nó không phải là sở hữu nhà, mà là khởi nghiệp. Vậy nên hãy chia sẻ suy nghĩ và quan điểm của bạn, rồi sau đó tự quảng bá những bài viết bạn viết.</w:t>
      </w:r>
    </w:p>
    <w:p>
      <w:pPr>
        <w:spacing w:after="80"/>
      </w:pPr>
      <w:r>
        <w:rPr>
          <w:b w:val="0"/>
          <w:i w:val="0"/>
        </w:rPr>
        <w:t>Bạn cần có một mức độ chắc chắn về điều mình đang nói. Người ta có thể phân biệt được sự chắc chắn và sự không chắc chắn. Tin tôi đi, không khó để biết khi ai đó chắc chắn về điều họ đang nói. Chỉ riêng việc có sự chắc chắn thôi cũng đã là một cách tự quảng bá.</w:t>
      </w:r>
    </w:p>
    <w:p>
      <w:pPr>
        <w:spacing w:after="80"/>
      </w:pPr>
      <w:r>
        <w:rPr>
          <w:b w:val="0"/>
          <w:i w:val="0"/>
        </w:rPr>
        <w:t>Đừng làm quá, và đừng bịa ra mọi thứ. Hãy có một quan điểm, có bằng chứng cho quan điểm đó, và phát biểu quan điểm đó với sự chắc chắn.</w:t>
      </w:r>
    </w:p>
    <w:p>
      <w:pPr>
        <w:spacing w:after="80"/>
      </w:pPr>
      <w:r>
        <w:rPr>
          <w:b w:val="0"/>
          <w:i w:val="0"/>
        </w:rPr>
        <w:t>Thử thách dành cho bạn là hãy tự quảng bá bản thân. Gạt nỗi sợ bị đánh giá sang một bên, và đưa bản thân mình ra ngoài kia. Hãy nói hoặc làm điều gì đó táo bạo. Cho mọi người biết bạn là ai và bạn đại diện cho điều gì.</w:t>
      </w:r>
    </w:p>
    <w:p>
      <w:pPr>
        <w:pStyle w:val="Heading3"/>
      </w:pPr>
      <w:r>
        <w:rPr>
          <w:rFonts w:ascii="Calibri" w:hAnsi="Calibri"/>
          <w:b/>
          <w:i w:val="0"/>
          <w:sz w:val="26"/>
        </w:rPr>
        <w:t>Gắn kết Thương hiệu của Bạn với Tầm nhìn Lớn lao của Bạn</w:t>
      </w:r>
    </w:p>
    <w:p>
      <w:pPr>
        <w:spacing w:after="80"/>
      </w:pPr>
      <w:r>
        <w:rPr>
          <w:b w:val="0"/>
          <w:i w:val="0"/>
        </w:rPr>
        <w:t>Khi tôi mới bắt đầu tạo nội dung trên YouTube, tôi đặt tên kênh là Patrick Bet-David và gọi các phân đoạn là "Two Minutes with Pat." Khi tôi suy nghĩ nhiều hơn về tầm nhìn cho nội dung của kênh, tôi nhận ra rằng kênh này là về giáo dục. Tôi muốn mang lại giá trị và sự giải trí có thể truyền cảm hứng cho các doanh nhân trên khắp thế giới.</w:t>
      </w:r>
    </w:p>
    <w:p>
      <w:pPr>
        <w:spacing w:after="80"/>
      </w:pPr>
      <w:r>
        <w:rPr>
          <w:b w:val="0"/>
          <w:i w:val="0"/>
        </w:rPr>
        <w:t xml:space="preserve">Lý do </w:t>
      </w:r>
      <w:r>
        <w:rPr>
          <w:b w:val="0"/>
          <w:i/>
        </w:rPr>
        <w:t>không vụ lợi</w:t>
      </w:r>
      <w:r>
        <w:rPr>
          <w:b w:val="0"/>
          <w:i w:val="0"/>
        </w:rPr>
        <w:t xml:space="preserve"> của tôi khi tạo nội dung là để đền đáp. Tôi muốn trao đi tất cả những gì tôi ước mình đã có khi chuyển từ nhân viên bán hàng thành doanh nhân và sau này là CEO. Tôi lập một danh sách những câu hỏi tôi từng có ở mỗi giai đoạn sự nghiệp khi tôi cảm thấy bất lực và mù mịt — và tôi bắt tay vào trả lời chúng. Tôi cũng quyết tâm làm điều đó theo cách thú vị. Rất nhiều người trong chúng ta vật lộn ở trường học vì cách tiếp cận quá nhàm chán. Tôi muốn tạo ra nội dung khiến người ta muốn xem — thứ mà họ có thể học hỏi và được giải trí cùng một lúc.</w:t>
      </w:r>
    </w:p>
    <w:p>
      <w:pPr>
        <w:spacing w:after="80"/>
      </w:pPr>
      <w:r>
        <w:rPr>
          <w:b w:val="0"/>
          <w:i w:val="0"/>
        </w:rPr>
        <w:t xml:space="preserve">Tôi cũng có hai lý do </w:t>
      </w:r>
      <w:r>
        <w:rPr>
          <w:b w:val="0"/>
          <w:i/>
        </w:rPr>
        <w:t>vụ lợi</w:t>
      </w:r>
      <w:r>
        <w:rPr>
          <w:b w:val="0"/>
          <w:i w:val="0"/>
        </w:rPr>
        <w:t xml:space="preserve"> để tạo nội dung. Một là để con tôi và (tương lai) cháu tôi có thể tiếp cận những gì tôi nghĩ về cuộc sống. Tôi hình dung một ngày nào đó con tôi sẽ cày hết đống nội dung này — có thể vào lúc chúng nghĩ rằng tôi không hài lòng với chúng lắm, để rồi nhận ra rằng Bố yêu chúng.</w:t>
      </w:r>
    </w:p>
    <w:p>
      <w:pPr>
        <w:spacing w:after="80"/>
      </w:pPr>
      <w:r>
        <w:rPr>
          <w:b w:val="0"/>
          <w:i w:val="0"/>
        </w:rPr>
        <w:t>Lý do thứ hai? Bạn đoán đúng rồi. Để kiểm soát câu chuyện của chính mình.</w:t>
      </w:r>
    </w:p>
    <w:p>
      <w:pPr>
        <w:spacing w:after="80"/>
      </w:pPr>
      <w:r>
        <w:rPr>
          <w:b w:val="0"/>
          <w:i w:val="0"/>
        </w:rPr>
        <w:t>Quay lại với những lý do kinh doanh khi tôi tạo ra Valuetainment, tôi nhận ra rằng để mở rộng thương hiệu, tôi sẽ cần dời sự tập trung khỏi bản thân mình và hướng nó vào tầm nhìn.</w:t>
      </w:r>
    </w:p>
    <w:p>
      <w:pPr>
        <w:spacing w:after="80"/>
      </w:pPr>
      <w:r>
        <w:rPr>
          <w:b w:val="0"/>
          <w:i w:val="0"/>
        </w:rPr>
        <w:t>Tôi tưởng tượng bạn đã nhanh chóng nhận ra vấn đề. Tiêu đề của phân đoạn hàng tuần — "Two Minutes with Pat" — hoàn toàn là về tôi. Nó chẳng liên quan gì đến tầm nhìn của tôi cả.</w:t>
      </w:r>
    </w:p>
    <w:p>
      <w:pPr>
        <w:spacing w:after="80"/>
      </w:pPr>
      <w:r>
        <w:rPr>
          <w:b w:val="0"/>
          <w:i w:val="0"/>
        </w:rPr>
        <w:t>Bạn đã nghe tôi nói đầy nhiệt huyết về cách suy nghĩ như một kiện tướng cờ vua. Khi nói đến việc khởi động một ý tưởng mới với một tầm nhìn lớn lao, đã đến lúc vận dụng tư duy của một kiện tướng và vạch ra trước mười lăm nước đi. Có vài nước đang hiện lên trong đầu bạn không? Bạn có thể đặt mình vào vị trí của tôi hồi đó và hoạch định chiến lược để đi từ một người làm một mình chật vật quay video thành một nhà giáo dục hàng đầu không? Tôi đoán rằng bạn thậm chí có thể đang nghĩ đến vài điều mà tôi đã bỏ sót. Và khi bạn thấy danh sách của tôi, có lẽ bạn sẽ chỉ ra những lỗ hổng trong chiến lược của tôi. Đúng vậy! Cứ thoải mái đi.</w:t>
      </w:r>
    </w:p>
    <w:p>
      <w:pPr>
        <w:spacing w:after="80"/>
      </w:pPr>
      <w:r>
        <w:rPr>
          <w:b w:val="0"/>
          <w:i w:val="0"/>
        </w:rPr>
        <w:t>Được rồi, đến lúc xem tôi đã triển khai kế hoạch đưa chuỗi video của mình đến vị trí hiện tại như thế nào.</w:t>
      </w:r>
    </w:p>
    <w:p>
      <w:pPr>
        <w:pStyle w:val="Heading4"/>
      </w:pPr>
      <w:r>
        <w:rPr>
          <w:rFonts w:ascii="Calibri" w:hAnsi="Calibri"/>
          <w:b/>
          <w:i w:val="0"/>
          <w:sz w:val="23"/>
        </w:rPr>
        <w:t>Mười lăm Nước đi để Biến một Phân đoạn Hàng tuần thành một Kênh Tập trung vào Tinh thần Doanh nhân</w:t>
      </w:r>
    </w:p>
    <w:p>
      <w:pPr>
        <w:spacing w:after="80"/>
        <w:ind w:left="360"/>
      </w:pPr>
      <w:r>
        <w:rPr>
          <w:b/>
          <w:i w:val="0"/>
        </w:rPr>
        <w:t>1.</w:t>
      </w:r>
      <w:r>
        <w:rPr>
          <w:b w:val="0"/>
          <w:i w:val="0"/>
        </w:rPr>
        <w:t xml:space="preserve"> Dành thời gian một mình để làm rõ tầm nhìn.</w:t>
      </w:r>
    </w:p>
    <w:p>
      <w:pPr>
        <w:spacing w:after="80"/>
        <w:ind w:left="360"/>
      </w:pPr>
      <w:r>
        <w:rPr>
          <w:b/>
          <w:i w:val="0"/>
        </w:rPr>
        <w:t>2.</w:t>
      </w:r>
      <w:r>
        <w:rPr>
          <w:b w:val="0"/>
          <w:i w:val="0"/>
        </w:rPr>
        <w:t xml:space="preserve"> Tham khảo ý kiến với đội ngũ sáng tạo của chúng tôi để động não tìm tên mới cho kênh.</w:t>
      </w:r>
    </w:p>
    <w:p>
      <w:pPr>
        <w:spacing w:after="80"/>
        <w:ind w:left="360"/>
      </w:pPr>
      <w:r>
        <w:rPr>
          <w:b/>
          <w:i w:val="0"/>
        </w:rPr>
        <w:t>3.</w:t>
      </w:r>
      <w:r>
        <w:rPr>
          <w:b w:val="0"/>
          <w:i w:val="0"/>
        </w:rPr>
        <w:t xml:space="preserve"> Mua và nghiên cứu mọi cuốn sách về marketing và truyền thông hiện có.</w:t>
      </w:r>
    </w:p>
    <w:p>
      <w:pPr>
        <w:spacing w:after="80"/>
        <w:ind w:left="360"/>
      </w:pPr>
      <w:r>
        <w:rPr>
          <w:b/>
          <w:i w:val="0"/>
        </w:rPr>
        <w:t>4.</w:t>
      </w:r>
      <w:r>
        <w:rPr>
          <w:b w:val="0"/>
          <w:i w:val="0"/>
        </w:rPr>
        <w:t xml:space="preserve"> Xác định chúng ta không muốn trở thành ai cũng như chúng ta muốn trở thành ai.</w:t>
      </w:r>
    </w:p>
    <w:p>
      <w:pPr>
        <w:spacing w:after="80"/>
        <w:ind w:left="360"/>
      </w:pPr>
      <w:r>
        <w:rPr>
          <w:b/>
          <w:i w:val="0"/>
        </w:rPr>
        <w:t>5.</w:t>
      </w:r>
      <w:r>
        <w:rPr>
          <w:b w:val="0"/>
          <w:i w:val="0"/>
        </w:rPr>
        <w:t xml:space="preserve"> Làm cho kênh nói về sứ mệnh thay vì về cá tính của tôi.</w:t>
      </w:r>
    </w:p>
    <w:p>
      <w:pPr>
        <w:spacing w:after="80"/>
        <w:ind w:left="360"/>
      </w:pPr>
      <w:r>
        <w:rPr>
          <w:b/>
          <w:i w:val="0"/>
        </w:rPr>
        <w:t>6.</w:t>
      </w:r>
      <w:r>
        <w:rPr>
          <w:b w:val="0"/>
          <w:i w:val="0"/>
        </w:rPr>
        <w:t xml:space="preserve"> Tạo một logo, tên và website mới thể hiện hình ảnh một nhà giáo dục hàng đầu.</w:t>
      </w:r>
    </w:p>
    <w:p>
      <w:pPr>
        <w:spacing w:after="80"/>
        <w:ind w:left="360"/>
      </w:pPr>
      <w:r>
        <w:rPr>
          <w:b/>
          <w:i w:val="0"/>
        </w:rPr>
        <w:t>7.</w:t>
      </w:r>
      <w:r>
        <w:rPr>
          <w:b w:val="0"/>
          <w:i w:val="0"/>
        </w:rPr>
        <w:t xml:space="preserve"> Tham dự các hội nghị trong ngành truyền thông xã hội để học hỏi các chiến lược khác nhau.</w:t>
      </w:r>
    </w:p>
    <w:p>
      <w:pPr>
        <w:spacing w:after="80"/>
        <w:ind w:left="360"/>
      </w:pPr>
      <w:r>
        <w:rPr>
          <w:b/>
          <w:i w:val="0"/>
        </w:rPr>
        <w:t>8.</w:t>
      </w:r>
      <w:r>
        <w:rPr>
          <w:b w:val="0"/>
          <w:i w:val="0"/>
        </w:rPr>
        <w:t xml:space="preserve"> Bắt đầu học ngôn ngữ của truyền thông và những gì cần theo dõi.</w:t>
      </w:r>
    </w:p>
    <w:p>
      <w:pPr>
        <w:spacing w:after="80"/>
        <w:ind w:left="360"/>
      </w:pPr>
      <w:r>
        <w:rPr>
          <w:b/>
          <w:i w:val="0"/>
        </w:rPr>
        <w:t>9.</w:t>
      </w:r>
      <w:r>
        <w:rPr>
          <w:b w:val="0"/>
          <w:i w:val="0"/>
        </w:rPr>
        <w:t xml:space="preserve"> Thuê người ở những lĩnh vực mà chúng ta còn yếu. Trong vòng chín mươi ngày tới, hãy thuê một chuyên gia về SEO (Search Engine Optimization - Tối ưu hóa công cụ tìm kiếm).</w:t>
      </w:r>
    </w:p>
    <w:p>
      <w:pPr>
        <w:spacing w:after="80"/>
        <w:ind w:left="360"/>
      </w:pPr>
      <w:r>
        <w:rPr>
          <w:b/>
          <w:i w:val="0"/>
        </w:rPr>
        <w:t>10.</w:t>
      </w:r>
      <w:r>
        <w:rPr>
          <w:b w:val="0"/>
          <w:i w:val="0"/>
        </w:rPr>
        <w:t xml:space="preserve"> Tăng dần tốc độ đăng nội dung.</w:t>
      </w:r>
    </w:p>
    <w:p>
      <w:pPr>
        <w:spacing w:after="80"/>
        <w:ind w:left="360"/>
      </w:pPr>
      <w:r>
        <w:rPr>
          <w:b/>
          <w:i w:val="0"/>
        </w:rPr>
        <w:t>11.</w:t>
      </w:r>
      <w:r>
        <w:rPr>
          <w:b w:val="0"/>
          <w:i w:val="0"/>
        </w:rPr>
        <w:t xml:space="preserve"> Trong vòng ba mươi ngày tới, hãy thuê một biên tập viên toàn thời gian.</w:t>
      </w:r>
    </w:p>
    <w:p>
      <w:pPr>
        <w:spacing w:after="80"/>
        <w:ind w:left="360"/>
      </w:pPr>
      <w:r>
        <w:rPr>
          <w:b/>
          <w:i w:val="0"/>
        </w:rPr>
        <w:t>12.</w:t>
      </w:r>
      <w:r>
        <w:rPr>
          <w:b w:val="0"/>
          <w:i w:val="0"/>
        </w:rPr>
        <w:t xml:space="preserve"> Vạch ra chiến lược cho Instagram, Twitter, Facebook và YouTube—và sẵn sàng hành động nhanh nếu ứng dụng truyền thông xã hội tiếp theo vượt qua bốn ông lớn này.</w:t>
      </w:r>
    </w:p>
    <w:p>
      <w:pPr>
        <w:spacing w:after="80"/>
        <w:ind w:left="360"/>
      </w:pPr>
      <w:r>
        <w:rPr>
          <w:b/>
          <w:i w:val="0"/>
        </w:rPr>
        <w:t>13.</w:t>
      </w:r>
      <w:r>
        <w:rPr>
          <w:b w:val="0"/>
          <w:i w:val="0"/>
        </w:rPr>
        <w:t xml:space="preserve"> Thể hiện bản thân như một chuyên gia trên thị trường. Viết một bài báo với tư cách chuyên gia và đăng nó trên nhiều nền tảng.</w:t>
      </w:r>
    </w:p>
    <w:p>
      <w:pPr>
        <w:spacing w:after="80"/>
        <w:ind w:left="360"/>
      </w:pPr>
      <w:r>
        <w:rPr>
          <w:b/>
          <w:i w:val="0"/>
        </w:rPr>
        <w:t>14.</w:t>
      </w:r>
      <w:r>
        <w:rPr>
          <w:b w:val="0"/>
          <w:i w:val="0"/>
        </w:rPr>
        <w:t xml:space="preserve"> Tạo ra các tiêu chí rõ ràng cho việc chọn khách mời nào tham gia chương trình sao cho phù hợp với thương hiệu của Valuetainment.</w:t>
      </w:r>
    </w:p>
    <w:p>
      <w:pPr>
        <w:spacing w:after="80"/>
        <w:ind w:left="360"/>
      </w:pPr>
      <w:r>
        <w:rPr>
          <w:b/>
          <w:i w:val="0"/>
        </w:rPr>
        <w:t>15.</w:t>
      </w:r>
      <w:r>
        <w:rPr>
          <w:b w:val="0"/>
          <w:i w:val="0"/>
        </w:rPr>
        <w:t xml:space="preserve"> Cái này thì tôi tạm giữ kín. Nước đi tiếp theo sẽ sớm được tiết lộ thôi.</w:t>
      </w:r>
    </w:p>
    <w:p>
      <w:pPr>
        <w:spacing w:after="80"/>
      </w:pPr>
      <w:r>
        <w:rPr>
          <w:b w:val="0"/>
          <w:i w:val="0"/>
        </w:rPr>
        <w:t>Kết quả của mười lăm nước đi đó? Chúng tôi đổi tên thành Valuetainment, và phần còn lại đã trở thành lịch sử. Ngày nay, những người hâm mộ Valuetainment trên khắp thế giới đã xem hàng tỷ phút nội dung. Điều thú vị là mỗi lần tôi chọn đề cập đến một chủ đề mới, lại có một nhóm khán giả mới từ cộng đồng đó xuất hiện. Nó dẫn đến nhiều thương vụ kinh doanh và mối liên hệ đã giúp củng cố thương hiệu và, như một hệ quả kèm theo, thu hút khách hàng đến với công ty của tôi. Tính đến tháng 5 năm 2020, chúng tôi có hơn 2,3 triệu người đăng ký YouTube và là kênh hàng đầu về khởi nghiệp.</w:t>
      </w:r>
    </w:p>
    <w:p>
      <w:pPr>
        <w:pStyle w:val="Heading3"/>
      </w:pPr>
      <w:r>
        <w:rPr>
          <w:rFonts w:ascii="Calibri" w:hAnsi="Calibri"/>
          <w:b/>
          <w:i w:val="0"/>
          <w:sz w:val="26"/>
        </w:rPr>
        <w:t>Tắt Tiếng Ồn và Cắt Bỏ Phần Dư Thừa</w:t>
      </w:r>
    </w:p>
    <w:p>
      <w:pPr>
        <w:spacing w:after="80"/>
      </w:pPr>
      <w:r>
        <w:rPr>
          <w:b w:val="0"/>
          <w:i w:val="0"/>
        </w:rPr>
        <w:t>Năm 2005, National Science Foundation công bố một bài báo nói rằng một người trung bình có từ mười hai nghìn đến sáu mươi nghìn suy nghĩ mỗi ngày. Trong số đó, 80 phần trăm là tiêu cực và 95 phần trăm hoàn toàn giống với những suy nghĩ của ngày hôm trước.</w:t>
      </w:r>
    </w:p>
    <w:p>
      <w:pPr>
        <w:spacing w:after="80"/>
      </w:pPr>
      <w:r>
        <w:rPr>
          <w:b w:val="0"/>
          <w:i w:val="0"/>
        </w:rPr>
        <w:t>Một nước đi quyền lực quan trọng là tắt tiếng ồn. Khi bạn bắt đầu kiểm soát câu chuyện của chính mình, bạn cũng cần giảm thời gian dành để chú ý đến tiếng ồn của người khác. Bạn có nghĩ những người có tư duy lớn lại để tâm đến chuyện phiếm của người nổi tiếng không? Bạn có nghĩ họ ám ảnh với tin tức không? Buổi sáng họ vẫn nắm những điểm chính vì cần cập nhật về các sự kiện thời sự, nhưng họ không lãng phí thời gian với những thuyết âm mưu hay tiêu đề giật gân. Đó là quá nhiều tiếng ồn.</w:t>
      </w:r>
    </w:p>
    <w:p>
      <w:pPr>
        <w:spacing w:after="80"/>
      </w:pPr>
      <w:r>
        <w:rPr>
          <w:b w:val="0"/>
          <w:i w:val="0"/>
        </w:rPr>
        <w:t>Ngoài ra, hãy tắt tiếng ồn từ những người bạn tiêu cực và những người có tư duy nhỏ bé. Tắt tiếng ồn từ những thành viên gia đình không ủng hộ điều bạn muốn làm. Đừng thậm chí nêu ra ý tưởng trước mặt họ nếu bạn biết mình sẽ chỉ nghe toàn điều tiêu cực. Hãy tắt tiếng ồn. Dừng mọi thứ gây xao nhãng và tiêu cực. Hãy nhớ rằng, có sự khác biệt lớn giữa một người sẽ đưa ra lời phê bình mang tính xây dựng và một người chỉ đơn thuần là tiêu cực.</w:t>
      </w:r>
    </w:p>
    <w:p>
      <w:pPr>
        <w:spacing w:after="80"/>
      </w:pPr>
      <w:r>
        <w:rPr>
          <w:b w:val="0"/>
          <w:i w:val="0"/>
        </w:rPr>
        <w:t>Bạn cũng cần cắt bỏ phần dư thừa ra khỏi cuộc sống của mình. Nếu chơi trò chơi điện tử không phải là cách bạn dự định kiếm tiền, hãy cắt bỏ chúng. Nếu bạn có nhiều bạn trai hay bạn gái, hoặc tiệc tùng ở hộp đêm ba lần một tuần, hãy dừng lại! Nếu bạn đăng hai mươi tấm selfie mỗi ngày hoặc kiểm tra điểm đội fantasy football của mình mỗi ba mươi giây, hãy cắt bỏ đi! Nếu bạn có những thói quen xấu và tật xấu mà không ai biết, hãy tìm cách kiểm soát chúng.</w:t>
      </w:r>
    </w:p>
    <w:p>
      <w:pPr>
        <w:spacing w:after="80"/>
      </w:pPr>
      <w:r>
        <w:rPr>
          <w:b w:val="0"/>
          <w:i w:val="0"/>
        </w:rPr>
        <w:t>Bất cứ điều gì đang giữ bạn lại, không cho bạn nghĩ lớn, đều phải dừng lại. Bạn biết chính xác tôi đang nói về điều gì mà. Tôi không cần phải giải thích cho bạn đâu. Hãy nghĩ về nó đi. Ngay lúc này, bạn đang nghĩ về điều mình cần cắt bỏ. Cái thứ mà bạn đang nghĩ tới đó? Cắt nó đi, ngay bây giờ. Nó đang giữ bạn lại, và nó không đáng đâu. Nó sẽ không mang lại cho bạn cảm giác thỏa mãn bằng việc nghĩ lớn và thực hiện tầm nhìn của mình.</w:t>
      </w:r>
    </w:p>
    <w:p>
      <w:pPr>
        <w:spacing w:after="80"/>
      </w:pPr>
      <w:r>
        <w:rPr>
          <w:b w:val="0"/>
          <w:i w:val="0"/>
        </w:rPr>
        <w:t>Để tôi cho bạn một ví dụ. Tôi yêu phụ nữ. Hồi còn trẻ và độc thân, nếu bạn cần một người đi club chơi cho đã, thì tôi chính là người đó. Có lần tôi được phỏng vấn trên một chương trình radio, và tôi đang nói về kế hoạch cùng mục tiêu của mình. Một trong những người dẫn chương trình hỏi tôi: "Điều lớn nhất thay đổi trong cuộc đời anh là gì?"</w:t>
      </w:r>
    </w:p>
    <w:p>
      <w:pPr>
        <w:spacing w:after="80"/>
      </w:pPr>
      <w:r>
        <w:rPr>
          <w:b w:val="0"/>
          <w:i w:val="0"/>
        </w:rPr>
        <w:t>Tôi trả lời họ: "Khi tôi khoảng giữa tuổi hai mươi, tôi quyết định sẽ không quan hệ tình dục nữa cho đến khi kiếm được triệu đô đầu tiên."</w:t>
      </w:r>
    </w:p>
    <w:p>
      <w:pPr>
        <w:spacing w:after="80"/>
      </w:pPr>
      <w:r>
        <w:rPr>
          <w:b w:val="0"/>
          <w:i w:val="0"/>
        </w:rPr>
        <w:t>"Vậy chắc anh kiếm được triệu đó nhanh lắm."</w:t>
      </w:r>
    </w:p>
    <w:p>
      <w:pPr>
        <w:spacing w:after="80"/>
      </w:pPr>
      <w:r>
        <w:rPr>
          <w:b w:val="0"/>
          <w:i w:val="0"/>
        </w:rPr>
        <w:t>Đáng tiếc là không. Tôi "nhịn" suốt mười bảy tháng. Rất khó khăn. Nhưng làm vậy đã đạt được hai điều cùng lúc. Thứ nhất, nó cho tôi kỷ luật và động lực cần thiết để đạt mục tiêu. Thứ hai, nó buộc tôi phải dành thời gian cho những gì thực sự quan trọng. Trước khi đặt ra mục tiêu đó, tôi dành biết bao nhiêu giờ ở club, chưa kể bao nhiêu năng lượng tinh thần để gặp gỡ và tán tỉnh phụ nữ. Đó chẳng qua chỉ là tiếng ồn. Khi tôi thay tiếng ồn đó bằng những hoạt động tạo ra doanh thu, năng suất của tôi tăng vọt—và cuối cùng tôi gặp vợ mình rồi ổn định cuộc sống với cô ấy.</w:t>
      </w:r>
    </w:p>
    <w:p>
      <w:pPr>
        <w:spacing w:after="80"/>
      </w:pPr>
      <w:r>
        <w:rPr>
          <w:b w:val="0"/>
          <w:i w:val="0"/>
        </w:rPr>
        <w:t>Không có chỗ cho sai sót nếu bạn muốn đánh bại Goliath. Bạn không thể lãng phí thời gian nếu muốn thành công ở đẳng cấp cao nhất. Lãng phí thời gian còn ảnh hưởng đến chiến lược mạng xã hội của bạn nữa. Ơn trời là Instagram chưa tồn tại trong những ngày tôi còn ăn chơi, không thì bạn sẽ thấy toàn những bức ảnh kỳ quặc khắp mạng xã hội.</w:t>
      </w:r>
    </w:p>
    <w:p>
      <w:pPr>
        <w:spacing w:after="80"/>
      </w:pPr>
      <w:r>
        <w:rPr>
          <w:b w:val="0"/>
          <w:i w:val="0"/>
        </w:rPr>
        <w:t xml:space="preserve">Tôi không bảo bạn phải bắt chước tấm gương của tôi. Tôi không phải người bình thường, và điều hiệu quả với tôi có lẽ sẽ không hiệu quả với bạn. Tôi chỉ muốn nói rằng nếu bạn nhận biết được điểm yếu của mình—ăn ngập mặt đồ ngọt, cày phim liên tục, theo dõi thể thao đến mức ám ảnh—thì bạn có thể tập trung vào đó. Có người thấy chẳng có gì to tát khi dành cả ngày Chủ nhật xem bóng bầu dục rồi thêm ba tiếng rưỡi nữa xem </w:t>
      </w:r>
      <w:r>
        <w:rPr>
          <w:b w:val="0"/>
          <w:i/>
        </w:rPr>
        <w:t>Monday Night Football</w:t>
      </w:r>
      <w:r>
        <w:rPr>
          <w:b w:val="0"/>
          <w:i w:val="0"/>
        </w:rPr>
        <w:t>. Vậy là hơn mười ba tiếng. Nên có thể bạn không bỏ giải fantasy football hay ngừng xem đội bóng mình yêu thích. Nhưng nếu bạn giới hạn xem bóng bầu dục chỉ một trận mỗi tuần, bạn vừa giành lại được mười tiếng mỗi tuần. Bạn có tưởng tượng được việc thêm cả một ngày vào tuần làm việc sẽ làm được gì không?</w:t>
      </w:r>
    </w:p>
    <w:p>
      <w:pPr>
        <w:spacing w:after="80"/>
      </w:pPr>
      <w:r>
        <w:rPr>
          <w:b w:val="0"/>
          <w:i w:val="0"/>
        </w:rPr>
        <w:t>Tự kỷ luật có thể mang nhiều hình thức. Bạn có thể đặt giới hạn cho thời gian lãng phí lướt web. Bạn có thể dành năm tiếng mỗi ngày để làm nhiệm vụ quan trọng nhất cho công việc kinh doanh của mình. Bạn có thể đánh giá các mối đe dọa với công việc kinh doanh ít nhất một lần mỗi ngày. Sự nghiêm khắc trong những hành động như vậy sẽ được đền đáp. Thể hiện tự kỷ luật sẽ dẫn đến sự xuất sắc bền vững.</w:t>
      </w:r>
    </w:p>
    <w:p>
      <w:pPr>
        <w:pStyle w:val="Heading3"/>
      </w:pPr>
      <w:r>
        <w:rPr>
          <w:rFonts w:ascii="Calibri" w:hAnsi="Calibri"/>
          <w:b/>
          <w:i w:val="0"/>
          <w:sz w:val="26"/>
        </w:rPr>
        <w:t>Sự thật tương lai đối lập với những lời khẳng định tích cực</w:t>
      </w:r>
    </w:p>
    <w:p>
      <w:pPr>
        <w:spacing w:after="80"/>
      </w:pPr>
      <w:r>
        <w:rPr>
          <w:b w:val="0"/>
          <w:i w:val="0"/>
        </w:rPr>
        <w:t>Chúng ta vừa thấy rằng bạn có tới sáu mươi nghìn suy nghĩ mỗi ngày. Những gì chạy qua tâm trí bạn rất quan trọng—cực kỳ quan trọng.</w:t>
      </w:r>
    </w:p>
    <w:p>
      <w:pPr>
        <w:spacing w:after="80"/>
      </w:pPr>
      <w:r>
        <w:rPr>
          <w:b w:val="0"/>
          <w:i w:val="0"/>
        </w:rPr>
        <w:t xml:space="preserve">Với thành công vang dội của cuốn sách và bộ phim </w:t>
      </w:r>
      <w:r>
        <w:rPr>
          <w:b w:val="0"/>
          <w:i/>
        </w:rPr>
        <w:t>The Secret</w:t>
      </w:r>
      <w:r>
        <w:rPr>
          <w:b w:val="0"/>
          <w:i w:val="0"/>
        </w:rPr>
        <w:t>, những lời khẳng định tích cực đã trở thành mốt thịnh hành. Người ta bắt đầu tin rằng lời nói mạnh mẽ đến mức chúng ta có thể "nói ra thành hiện thực". Với tôi, Luật Hấp dẫn vừa là thật vừa bị hiểu sai. Đó là lý do tôi muốn bạn hiểu sự khác biệt giữa việc sống theo sự thật tương lai của mình và việc dùng những lời khẳng định tích cực.</w:t>
      </w:r>
    </w:p>
    <w:p>
      <w:pPr>
        <w:spacing w:after="80"/>
      </w:pPr>
      <w:r>
        <w:rPr>
          <w:b w:val="0"/>
          <w:i w:val="0"/>
        </w:rPr>
        <w:t>Tôi không phản đối những câu trích dẫn truyền động lực hay thông điệp tích cực, tôi chỉ thấy chúng vô dụng nếu không có cảm xúc và niềm tin phía sau. Bạn phải tìm ra lời khẳng định đúng đắn cùng với một câu chuyện kiểm chứng khiến nó trở nên thật với bạn. Thay vì "Tôi thật tuyệt vời. Tôi thật mạnh mẽ. Tôi thật sung túc", bạn muốn nói: "Tôi mạnh mẽ vì lần gia đình tôi cần tôi đứng ra, tôi đã bước lên và xử lý được tình huống đó."</w:t>
      </w:r>
    </w:p>
    <w:p>
      <w:pPr>
        <w:spacing w:after="80"/>
      </w:pPr>
      <w:r>
        <w:rPr>
          <w:b w:val="0"/>
          <w:i w:val="0"/>
        </w:rPr>
        <w:t>Hãy nghĩ đến một đạo diễn đang cố gắng khơi ra một màn diễn đầy cảm xúc từ một diễn viên. Để làm được vậy, ông phải khiến anh ta chạm vào cảm xúc của mình. Để làm điều tương tự cho chính mình, đây là những gì bạn làm:</w:t>
      </w:r>
    </w:p>
    <w:p>
      <w:pPr>
        <w:pStyle w:val="Heading4"/>
      </w:pPr>
      <w:r>
        <w:rPr>
          <w:rFonts w:ascii="Calibri" w:hAnsi="Calibri"/>
          <w:b/>
          <w:i w:val="0"/>
          <w:sz w:val="23"/>
        </w:rPr>
        <w:t>Hãy kiểm kê trong đầu và viết ra:</w:t>
      </w:r>
    </w:p>
    <w:p>
      <w:pPr>
        <w:spacing w:after="80"/>
        <w:ind w:left="360"/>
      </w:pPr>
      <w:r>
        <w:rPr>
          <w:b/>
          <w:i w:val="0"/>
        </w:rPr>
        <w:t>1.</w:t>
      </w:r>
      <w:r>
        <w:rPr>
          <w:b w:val="0"/>
          <w:i w:val="0"/>
        </w:rPr>
        <w:t xml:space="preserve"> Năm khoảnh khắc đau đớn nhất của bạn</w:t>
      </w:r>
    </w:p>
    <w:p>
      <w:pPr>
        <w:spacing w:after="80"/>
        <w:ind w:left="360"/>
      </w:pPr>
      <w:r>
        <w:rPr>
          <w:b/>
          <w:i w:val="0"/>
        </w:rPr>
        <w:t>2.</w:t>
      </w:r>
      <w:r>
        <w:rPr>
          <w:b w:val="0"/>
          <w:i w:val="0"/>
        </w:rPr>
        <w:t xml:space="preserve"> Năm khoảnh khắc thành công nhất của bạn</w:t>
      </w:r>
    </w:p>
    <w:p>
      <w:pPr>
        <w:spacing w:after="80"/>
        <w:ind w:left="360"/>
      </w:pPr>
      <w:r>
        <w:rPr>
          <w:b/>
          <w:i w:val="0"/>
        </w:rPr>
        <w:t>3.</w:t>
      </w:r>
      <w:r>
        <w:rPr>
          <w:b w:val="0"/>
          <w:i w:val="0"/>
        </w:rPr>
        <w:t xml:space="preserve"> Năm khoảnh khắc bạn cảm thấy mình không gì cản nổi</w:t>
      </w:r>
    </w:p>
    <w:p>
      <w:pPr>
        <w:pStyle w:val="Heading4"/>
      </w:pPr>
      <w:r>
        <w:rPr>
          <w:rFonts w:ascii="Calibri" w:hAnsi="Calibri"/>
          <w:b/>
          <w:i w:val="0"/>
          <w:sz w:val="23"/>
        </w:rPr>
        <w:t>Hãy nêu ra những lời khẳng định và kèm theo sự công nhận:</w:t>
      </w:r>
    </w:p>
    <w:p>
      <w:pPr>
        <w:spacing w:after="80"/>
        <w:ind w:left="360"/>
      </w:pPr>
      <w:r>
        <w:rPr>
          <w:b/>
          <w:i w:val="0"/>
        </w:rPr>
        <w:t>1.</w:t>
      </w:r>
      <w:r>
        <w:rPr>
          <w:b w:val="0"/>
          <w:i w:val="0"/>
        </w:rPr>
        <w:t xml:space="preserve"> Bắt đầu bằng “Tôi sẽ là một nhà lãnh đạo tuyệt vời” hoặc “Tôi sẽ tạo nên màn trở lại vĩ đại nhất từ trước đến nay.”</w:t>
      </w:r>
    </w:p>
    <w:p>
      <w:pPr>
        <w:spacing w:after="80"/>
        <w:ind w:left="360"/>
      </w:pPr>
      <w:r>
        <w:rPr>
          <w:b/>
          <w:i w:val="0"/>
        </w:rPr>
        <w:t>2.</w:t>
      </w:r>
      <w:r>
        <w:rPr>
          <w:b w:val="0"/>
          <w:i w:val="0"/>
        </w:rPr>
        <w:t xml:space="preserve"> Thêm câu chuyện, khai thác nỗi đau và những chiến thắng của bạn. Dùng từ “bởi vì” để đưa ra bằng chứng: “</w:t>
      </w:r>
      <w:r>
        <w:rPr>
          <w:b w:val="0"/>
          <w:i/>
        </w:rPr>
        <w:t>Bởi vì</w:t>
      </w:r>
      <w:r>
        <w:rPr>
          <w:b w:val="0"/>
          <w:i w:val="0"/>
        </w:rPr>
        <w:t xml:space="preserve"> tôi đã vượt qua”; “</w:t>
      </w:r>
      <w:r>
        <w:rPr>
          <w:b w:val="0"/>
          <w:i/>
        </w:rPr>
        <w:t>Bởi vì</w:t>
      </w:r>
      <w:r>
        <w:rPr>
          <w:b w:val="0"/>
          <w:i w:val="0"/>
        </w:rPr>
        <w:t xml:space="preserve"> tôi đã từng ở đó trước đây”; “</w:t>
      </w:r>
      <w:r>
        <w:rPr>
          <w:b w:val="0"/>
          <w:i/>
        </w:rPr>
        <w:t>Bởi vì</w:t>
      </w:r>
      <w:r>
        <w:rPr>
          <w:b w:val="0"/>
          <w:i w:val="0"/>
        </w:rPr>
        <w:t xml:space="preserve"> tôi đã chinh phục được nhiều hơn thế.”</w:t>
      </w:r>
    </w:p>
    <w:p>
      <w:pPr>
        <w:spacing w:after="80"/>
      </w:pPr>
      <w:r>
        <w:rPr>
          <w:b w:val="0"/>
          <w:i w:val="0"/>
        </w:rPr>
        <w:t>Mọi người hỏi tôi: Điều gì cho bạn sự tự tin để trở thành con người bạn của ngày hôm nay? Bốn điều:</w:t>
      </w:r>
    </w:p>
    <w:p>
      <w:pPr>
        <w:spacing w:after="80"/>
        <w:ind w:left="360"/>
      </w:pPr>
      <w:r>
        <w:rPr>
          <w:b/>
          <w:i w:val="0"/>
        </w:rPr>
        <w:t>1.</w:t>
      </w:r>
      <w:r>
        <w:rPr>
          <w:b w:val="0"/>
          <w:i w:val="0"/>
        </w:rPr>
        <w:t xml:space="preserve"> Vận mệnh: Tôi tin mình được định sẵn để làm điều gì đó lớn lao.</w:t>
      </w:r>
    </w:p>
    <w:p>
      <w:pPr>
        <w:spacing w:after="80"/>
        <w:ind w:left="360"/>
      </w:pPr>
      <w:r>
        <w:rPr>
          <w:b/>
          <w:i w:val="0"/>
        </w:rPr>
        <w:t>2.</w:t>
      </w:r>
      <w:r>
        <w:rPr>
          <w:b w:val="0"/>
          <w:i w:val="0"/>
        </w:rPr>
        <w:t xml:space="preserve"> Niềm tin: Tôi tin rằng có một đấng quyền năng luôn ủng hộ tôi.</w:t>
      </w:r>
    </w:p>
    <w:p>
      <w:pPr>
        <w:spacing w:after="80"/>
        <w:ind w:left="360"/>
      </w:pPr>
      <w:r>
        <w:rPr>
          <w:b/>
          <w:i w:val="0"/>
        </w:rPr>
        <w:t>3.</w:t>
      </w:r>
      <w:r>
        <w:rPr>
          <w:b w:val="0"/>
          <w:i w:val="0"/>
        </w:rPr>
        <w:t xml:space="preserve"> Tôi trở nên rõ ràng về điều mình muốn. Tôi phác họa tầm nhìn của mình. Tôi nói với thế giới rằng tôi muốn trở thành ai, và đúng những người phù hợp đã xuất hiện.</w:t>
      </w:r>
    </w:p>
    <w:p>
      <w:pPr>
        <w:spacing w:after="80"/>
        <w:ind w:left="360"/>
      </w:pPr>
      <w:r>
        <w:rPr>
          <w:b/>
          <w:i w:val="0"/>
        </w:rPr>
        <w:t>4.</w:t>
      </w:r>
      <w:r>
        <w:rPr>
          <w:b w:val="0"/>
          <w:i w:val="0"/>
        </w:rPr>
        <w:t xml:space="preserve"> Tôi tin mình là người đàn ông may mắn nhất còn sống.</w:t>
      </w:r>
    </w:p>
    <w:p>
      <w:pPr>
        <w:spacing w:after="80"/>
      </w:pPr>
      <w:r>
        <w:rPr>
          <w:b w:val="0"/>
          <w:i w:val="0"/>
        </w:rPr>
        <w:t>Vấn đề là, ngay trong chính khoảnh khắc này, hãy hiện thân cho chân lý tương lai của bạn. Khi bạn hình dung chân lý tương lai của mình, nghĩa là bạn đã có điều mình muốn, và giờ là lúc trở thành con người cần thiết để điều đó trở thành hiện thực.</w:t>
      </w:r>
    </w:p>
    <w:p>
      <w:pPr>
        <w:spacing w:after="80"/>
      </w:pPr>
      <w:r>
        <w:rPr>
          <w:b w:val="0"/>
          <w:i w:val="0"/>
        </w:rPr>
        <w:t xml:space="preserve">Có một ví dụ tuyệt vời trong bộ phim năm 1996 </w:t>
      </w:r>
      <w:r>
        <w:rPr>
          <w:b w:val="0"/>
          <w:i/>
        </w:rPr>
        <w:t>Swingers</w:t>
      </w:r>
      <w:r>
        <w:rPr>
          <w:b w:val="0"/>
          <w:i w:val="0"/>
        </w:rPr>
        <w:t xml:space="preserve">, khi nhân vật của Vince Vaughn, Trent, đang huấn luyện nhân vật của Jon Favreau, Mikey, cách làm quen với phụ nữ. Mikey sợ hãi và rụt rè. Cậu ta trông như cách xa hàng năm ánh sáng để trở thành một chàng trai tự tin. Nhưng cậu muốn gây ấn tượng với một người phụ nữ </w:t>
      </w:r>
      <w:r>
        <w:rPr>
          <w:b w:val="0"/>
          <w:i/>
        </w:rPr>
        <w:t>ngay bây giờ</w:t>
      </w:r>
      <w:r>
        <w:rPr>
          <w:b w:val="0"/>
          <w:i w:val="0"/>
        </w:rPr>
        <w:t>—chứ không phải sau nhiều năm luyện tập. Trent hiểu điều đó. Thay vì bảo bạn mình “cứ giả vờ như vậy”, anh dùng cảm xúc để thúc đẩy Mikey hiện thân cho chân lý tương lai của mình. Như một huấn luyện viên nói với cầu thủ hay một đạo diễn nói với diễn viên, anh nói:</w:t>
      </w:r>
    </w:p>
    <w:p>
      <w:pPr>
        <w:spacing w:after="80"/>
      </w:pPr>
      <w:r>
        <w:rPr>
          <w:b w:val="0"/>
          <w:i w:val="0"/>
        </w:rPr>
        <w:t xml:space="preserve">Khi cậu bước tới nói chuyện với cô ấy, này, tớ không muốn cậu là gã trong phim PG-13 mà ai cũng </w:t>
      </w:r>
      <w:r>
        <w:rPr>
          <w:b w:val="0"/>
          <w:i/>
        </w:rPr>
        <w:t>thực sự</w:t>
      </w:r>
      <w:r>
        <w:rPr>
          <w:b w:val="0"/>
          <w:i w:val="0"/>
        </w:rPr>
        <w:t xml:space="preserve"> mong sẽ làm nên chuyện. Tớ muốn cậu giống như gã trong phim xếp hạng R, hiểu không? Gã mà cậu còn chưa chắc mình có thích hay không. Cậu không chắc gã ấy từ đâu tới, được chứ? Cậu là một gã nguy hiểm. Cậu là một gã nguy hiểm. Cậu là một gã nguy hiểm.</w:t>
      </w:r>
    </w:p>
    <w:p>
      <w:pPr>
        <w:spacing w:after="80"/>
      </w:pPr>
      <w:r>
        <w:rPr>
          <w:b w:val="0"/>
          <w:i w:val="0"/>
        </w:rPr>
        <w:t>Đây không phải tâm lý học sâu xa gì; đây là một nước đi quyền lực đầy thường thức. Nếu bạn không nghĩ mình xứng đáng, người khác cũng sẽ không nghĩ vậy. Nếu bạn không tin vào sản phẩm của mình (hay chính bản thân mình), chẳng ai khác tin đâu. Nếu bạn trông lôi thôi, bạn sẽ hành xử lôi thôi, và người ta sẽ nhìn bạn như một kẻ lôi thôi. Như ta thấy trong cảnh phim này, ta thường cần một huấn luyện viên để thúc đẩy ta hiện thân cho chân lý tương lai của mình.</w:t>
      </w:r>
    </w:p>
    <w:p>
      <w:pPr>
        <w:spacing w:after="80"/>
      </w:pPr>
      <w:r>
        <w:rPr>
          <w:b w:val="0"/>
          <w:i w:val="0"/>
        </w:rPr>
        <w:t>Nếu bạn định “nói câu chuyện của mình thành hiện thực”, tốt hơn hết bạn nên có câu chuyện đúng và cảm xúc để hậu thuẫn cho nó. Và nếu bạn định công bố nó với cả thế giới, tốt hơn hết bạn nên hậu thuẫn lời nói đó bằng cách sống với nó. Đó là cách bạn kiểm soát câu chuyện cuộc đời mình.</w:t>
      </w:r>
    </w:p>
    <w:p>
      <w:pPr>
        <w:pStyle w:val="Heading3"/>
      </w:pPr>
      <w:r>
        <w:rPr>
          <w:rFonts w:ascii="Calibri" w:hAnsi="Calibri"/>
          <w:b/>
          <w:i w:val="0"/>
          <w:sz w:val="26"/>
        </w:rPr>
        <w:t>Phát triển từng bước: Bạn đẩy tạ được bao nhiêu?</w:t>
      </w:r>
    </w:p>
    <w:p>
      <w:pPr>
        <w:spacing w:after="80"/>
      </w:pPr>
      <w:r>
        <w:rPr>
          <w:b w:val="0"/>
          <w:i w:val="0"/>
        </w:rPr>
        <w:t>Tôi hy vọng tâm trí bạn đang chạy nhanh như vũ bão. Tôi muốn bạn phấn khích đến mức nghiền nát cổ họng Goliath bằng gót chân cho đến khi hắn van xin lòng thương xót. Tôi hy vọng bạn đã đưa ra một dự đoán táo bạo trên mạng xã hội và đã thực hiện các bước để kiểm soát câu chuyện của mình. Tôi cũng hiểu rằng tất cả những điều này có thể trông đáng sợ. Đây là lúc ta lùi lại một bước và nhớ rằng mọi thứ cần thời gian. Thay vì cảm thấy quá tải, hãy bắt đầu chia nhỏ mục tiêu của bạn thành những bước nhỏ.</w:t>
      </w:r>
    </w:p>
    <w:p>
      <w:pPr>
        <w:spacing w:after="80"/>
      </w:pPr>
      <w:r>
        <w:rPr>
          <w:b w:val="0"/>
          <w:i w:val="0"/>
        </w:rPr>
        <w:t>Khi tôi mười bốn tuổi, tôi cao hơn sáu feet và chỉ nặng 135 pound. Tôi đã nhắc trước đó rằng gia đình chúng tôi không đủ tiền trả phí thành viên hàng tháng 13,50 đô-la ở YMCA. Có lẽ vì tôi quá gầy gò, một vài anh chàng thương hại tôi và mở cửa sau cho tôi lẻn vào. Tất cả mọi người ở đó gọi tôi là "gã Somalia"—không phải một cách gọi tử tế hay đúng chuẩn chính trị, nhưng nó cho bạn thấy tôi trông như thể một cơn gió nhẹ cũng đủ quật ngã tôi. Tôi xấu hổ vì mình quá gầy, nên tôi mặc áo len để che giấu thân hình mảnh khảnh của mình.</w:t>
      </w:r>
    </w:p>
    <w:p>
      <w:pPr>
        <w:spacing w:after="80"/>
      </w:pPr>
      <w:r>
        <w:rPr>
          <w:b w:val="0"/>
          <w:i w:val="0"/>
        </w:rPr>
        <w:t>Một anh chàng tên Fred làm việc tại Y để ý đến tôi. Khi chúng tôi ở trong phòng tập tạ, anh nhận thấy tôi đang nhìn những người tập khác có cơ bắp khổng lồ. Anh có thể nhận ra rằng tôi đang nản lòng vì những gì mình thấy; họ trông như thể thuộc về một loài khác. Fred quan sát tôi vật lộn để đẩy tạ bench-press bốn mươi lăm pound. Đúng vậy, chỉ với thanh tạ không thôi, tôi chỉ có thể làm được một lần đẩy.</w:t>
      </w:r>
    </w:p>
    <w:p>
      <w:pPr>
        <w:spacing w:after="80"/>
      </w:pPr>
      <w:r>
        <w:rPr>
          <w:b w:val="0"/>
          <w:i w:val="0"/>
        </w:rPr>
        <w:t>"Không sao đâu," Fred nói. Anh chỉ vào một đĩa tạ 2½ pound và nói, "Đó là người bạn thân nhất của cậu."</w:t>
      </w:r>
    </w:p>
    <w:p>
      <w:pPr>
        <w:spacing w:after="80"/>
      </w:pPr>
      <w:r>
        <w:rPr>
          <w:b w:val="0"/>
          <w:i w:val="0"/>
        </w:rPr>
        <w:t>"Ý anh là gì?"</w:t>
      </w:r>
    </w:p>
    <w:p>
      <w:pPr>
        <w:spacing w:after="80"/>
      </w:pPr>
      <w:r>
        <w:rPr>
          <w:b w:val="0"/>
          <w:i w:val="0"/>
        </w:rPr>
        <w:t>"Từ giờ trở đi, tôi muốn cậu cải thiện mức đẩy của mình thêm năm pound [một đĩa 2½ pound mỗi bên] mỗi tuần và xem điều gì sẽ xảy ra."</w:t>
      </w:r>
    </w:p>
    <w:p>
      <w:pPr>
        <w:spacing w:after="80"/>
      </w:pPr>
      <w:r>
        <w:rPr>
          <w:b w:val="0"/>
          <w:i w:val="0"/>
        </w:rPr>
        <w:t>"Thật xấu hổ," tôi nói, ám chỉ mức tăng tạ nhỏ bé đó.</w:t>
      </w:r>
    </w:p>
    <w:p>
      <w:pPr>
        <w:spacing w:after="80"/>
      </w:pPr>
      <w:r>
        <w:rPr>
          <w:b w:val="0"/>
          <w:i w:val="0"/>
        </w:rPr>
        <w:t>"Đừng lo về điều đó, cứ làm đi rồi xem điều gì sẽ xảy ra."</w:t>
      </w:r>
    </w:p>
    <w:p>
      <w:pPr>
        <w:spacing w:after="80"/>
      </w:pPr>
      <w:r>
        <w:rPr>
          <w:b w:val="0"/>
          <w:i w:val="0"/>
        </w:rPr>
        <w:t>Miễn cưỡng, tôi làm theo lời khuyên của Fred. Dần dần, tôi có thể nâng được nhiều hơn một chút mỗi tuần. Dần dần, tôi trở nên to lớn và khỏe mạnh hơn. Tôi kiên trì. Tôi làm theo lời khuyên của Fred với lòng sùng tín. Sau mười tám tuần, đúng như Fred đã dự đoán, tôi có thể đẩy tạ bench-press 135 pound. Sau vài năm, tôi đẩy tạ bench-press được 385 pound. Tôi trông giống như những anh chàng mà tôi từng ghen tị.</w:t>
      </w:r>
    </w:p>
    <w:p>
      <w:pPr>
        <w:spacing w:after="80"/>
      </w:pPr>
      <w:r>
        <w:rPr>
          <w:b w:val="0"/>
          <w:i w:val="0"/>
        </w:rPr>
        <w:t>Hãy áp dụng nguyên tắc 2½ pound này vào công việc kinh doanh và sự nghiệp của bạn. Đừng so sánh mình với những người và công ty có vẻ như đi trước bạn cả năm ánh sáng. Thay vào đó, hãy tập trung vào sự cải thiện đều đặn và khả thi.</w:t>
      </w:r>
    </w:p>
    <w:p>
      <w:pPr>
        <w:spacing w:after="80"/>
      </w:pPr>
      <w:r>
        <w:rPr>
          <w:b w:val="0"/>
          <w:i w:val="0"/>
        </w:rPr>
        <w:t>Tôi đảm bảo với bạn rằng những người và công ty khác sẽ dễ bị tổn thương nếu bạn theo đuổi chế độ này. Ngay cả những gã khổng lồ Goliath cũng trở nên lười biếng. Goliath có thể bị đánh bại vì đến một lúc nào đó họ sẽ ngồi nghỉ trên vinh quang của mình. Bạn có nhớ chúng ta đã nói về việc có bao nhiêu công ty trong Fortune 500 năm 1955 không còn nằm trong danh sách năm 2019 không?</w:t>
      </w:r>
    </w:p>
    <w:p>
      <w:pPr>
        <w:spacing w:after="80"/>
      </w:pPr>
      <w:r>
        <w:rPr>
          <w:b w:val="0"/>
          <w:i w:val="0"/>
        </w:rPr>
        <w:t>Cam kết với thành công từng bước sẽ giúp bạn vượt trội hơn bất kỳ ai. Nếu bạn có thể vượt trội hơn người khác, bạn sẽ đuổi kịp họ và vượt qua họ. Họ có thể lớn hơn bạn, nhưng cuối cùng họ sẽ chậm lại và bắt đầu ăn mừng chiến thắng của mình. Trong khi điều đó đang diễn ra, những người âm thầm không ngừng cải thiện bản thân và công ty của mình sẽ đột nhiên xuất hiện và khiến họ bất ngờ. Cam kết liên tục đánh bại thành tích tốt nhất trước đây của chính mình là công thức đơn giản nhất và được chứng minh tốt nhất để cuối cùng bạn tìm thấy chính mình ở đỉnh cao trong ngành của mình.</w:t>
      </w:r>
    </w:p>
    <w:p>
      <w:pPr>
        <w:spacing w:after="80"/>
      </w:pPr>
      <w:r>
        <w:rPr>
          <w:b w:val="0"/>
          <w:i w:val="0"/>
        </w:rPr>
        <w:t>Chúng ta đã đề cập rất nhiều tài liệu trong chương này. Đến giờ tôi biết bạn có thể xử lý được. Chúng ta đã xem xét những gì cần thiết để đánh bại Goliath và điều gì khiến Goliath dễ bị tổn thương, cũng như những bước cụ thể bạn có thể thực hiện để đánh bại gã khổng lồ trong ngành của mình.</w:t>
      </w:r>
    </w:p>
    <w:p>
      <w:pPr>
        <w:spacing w:after="80"/>
      </w:pPr>
      <w:r>
        <w:rPr>
          <w:b w:val="0"/>
          <w:i w:val="0"/>
        </w:rPr>
        <w:t>Bạn đã buông bỏ nỗi sợ bị đánh giá và nhận thấy tầm quan trọng của việc tự quảng bá bản thân. Bởi vì bạn hiểu rằng mạng xã hội là công cụ cân bằng tuyệt vời, bạn đang trên đường tạo ra một chiến lược phù hợp nhất với kỹ năng của mình. Khi làm vậy, bạn sẽ kiểm soát được câu chuyện.</w:t>
      </w:r>
    </w:p>
    <w:p>
      <w:pPr>
        <w:spacing w:after="80"/>
      </w:pPr>
      <w:r>
        <w:rPr>
          <w:b w:val="0"/>
          <w:i w:val="0"/>
        </w:rPr>
        <w:t>Nếu bạn muốn đạt được sự vĩ đại, bạn không có chút sai sót nào được phép. Bạn không thể để những suy nghĩ tiêu cực, những người tiêu cực, hay những hoạt động tiêu cực làm bạn xao lãng. Đã đến lúc thành thật về điều đang kìm hãm bạn và cắt bỏ phần mỡ thừa đó khỏi cuộc đời bạn.</w:t>
      </w:r>
    </w:p>
    <w:p>
      <w:pPr>
        <w:jc w:val="center"/>
      </w:pPr>
      <w:r>
        <w:drawing>
          <wp:inline xmlns:a="http://schemas.openxmlformats.org/drawingml/2006/main" xmlns:pic="http://schemas.openxmlformats.org/drawingml/2006/picture">
            <wp:extent cx="1333500" cy="85725"/>
            <wp:docPr id="41" name="Picture 41"/>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14 </w:t>
      </w:r>
      <w:r>
        <w:rPr>
          <w:rFonts w:ascii="Calibri" w:hAnsi="Calibri"/>
          <w:b/>
          <w:i w:val="0"/>
          <w:sz w:val="32"/>
        </w:rPr>
        <w:t>Nghiên cứu bọn tội phạm có tổ chức: Cách bán hàng, đàm phán và gây ảnh hưởng</w:t>
      </w:r>
    </w:p>
    <w:p>
      <w:pPr>
        <w:spacing w:after="80"/>
      </w:pPr>
      <w:r>
        <w:rPr>
          <w:b w:val="0"/>
          <w:i w:val="0"/>
        </w:rPr>
        <w:t>Tôi sẽ đưa ra cho hắn một lời đề nghị mà hắn không thể từ chối.</w:t>
      </w:r>
    </w:p>
    <w:p>
      <w:pPr>
        <w:spacing w:after="80"/>
        <w:jc w:val="right"/>
      </w:pPr>
      <w:r>
        <w:rPr>
          <w:b w:val="0"/>
          <w:i w:val="0"/>
        </w:rPr>
        <w:t xml:space="preserve">—Marlon Brando trong vai Don Vito Corleone trong </w:t>
      </w:r>
      <w:r>
        <w:rPr>
          <w:b w:val="0"/>
          <w:i/>
        </w:rPr>
        <w:t>Bố Già</w:t>
      </w:r>
    </w:p>
    <w:p>
      <w:pPr>
        <w:spacing w:after="80"/>
      </w:pPr>
      <w:r>
        <w:rPr>
          <w:b w:val="0"/>
          <w:i w:val="0"/>
        </w:rPr>
        <w:t>Bạn đã đọc tiêu đề của chương này rồi, và bạn đang nghĩ chắc tôi mất trí rồi phải không? Nhưng nghe tôi nói hết đã. Theo một cách nào đó, tội phạm xã hội đen chính là những doanh nhân đỉnh cao. Họ sẵn sàng chấp nhận rủi ro lớn để đổi lấy phần thưởng lớn. Và những kẻ thành công nhất trong số họ đều cực kỳ giỏi đàm phán. Họ phải suy nghĩ nhanh nhạy, và phải đưa ra quyết định đúng đắn một cách nhanh chóng trong lúc vô số thông tin đang ập đến.</w:t>
      </w:r>
    </w:p>
    <w:p>
      <w:pPr>
        <w:spacing w:after="80"/>
      </w:pPr>
      <w:r>
        <w:rPr>
          <w:b w:val="0"/>
          <w:i w:val="0"/>
        </w:rPr>
        <w:t>Để tôi nói rõ nhé: tôi không hề gợi ý rằng bạn nên điều hành doanh nghiệp của mình theo những cách phi đạo đức hay phạm pháp. Đáng lẽ tôi không cần phải nói ra điều hiển nhiên này, nhưng tôi vẫn sẽ nói: tôi phản đối giết người, tống tiền và buôn bán ma túy. Tôi phản đối việc vi phạm pháp luật, nhưng tôi hoàn toàn ủng hộ việc phá vỡ các quy tắc. Giữa hai điều này có sự khác biệt rất lớn. Để làm đảo lộn một thị trường hay chen chân vào một thị trường cực kỳ cạnh tranh, người sáng lập phải cảm thấy thoải mái khi phá vỡ các quy tắc. Chương này không phải là sự cổ xúy cho những kẻ xấu; mà là về việc học hỏi từ những gì họ làm tốt.</w:t>
      </w:r>
    </w:p>
    <w:p>
      <w:pPr>
        <w:spacing w:after="80"/>
      </w:pPr>
      <w:r>
        <w:rPr>
          <w:b w:val="0"/>
          <w:i w:val="0"/>
        </w:rPr>
        <w:t xml:space="preserve">Vào tháng 9 năm 2012, tôi yêu cầu mọi người trong công ty mình đọc cuốn </w:t>
      </w:r>
      <w:r>
        <w:rPr>
          <w:b w:val="0"/>
          <w:i/>
        </w:rPr>
        <w:t>48 Nguyên Tắc Quyền Lực</w:t>
      </w:r>
      <w:r>
        <w:rPr>
          <w:b w:val="0"/>
          <w:i w:val="0"/>
        </w:rPr>
        <w:t xml:space="preserve"> của Robert Greene. Mục tiêu không phải là trở nên thao túng hay học cách chơi trò chơi quyền lực. Mục tiêu là hiểu rõ những nguyên tắc đó </w:t>
      </w:r>
      <w:r>
        <w:rPr>
          <w:b w:val="0"/>
          <w:i/>
        </w:rPr>
        <w:t>để chúng không thể bị dùng để chống lại chúng ta</w:t>
      </w:r>
      <w:r>
        <w:rPr>
          <w:b w:val="0"/>
          <w:i w:val="0"/>
        </w:rPr>
        <w:t>. Ở mỗi giai đoạn phát triển của mình, người khác đã dùng đủ mọi chiêu trò bẩn thỉu trong sách để cố hạ bệ chúng tôi. Chúng tôi cần hiểu rõ hơn cách những kẻ như vậy suy nghĩ để có thể chống lại các chiến thuật của họ.</w:t>
      </w:r>
    </w:p>
    <w:p>
      <w:pPr>
        <w:spacing w:after="80"/>
      </w:pPr>
      <w:r>
        <w:rPr>
          <w:b w:val="0"/>
          <w:i w:val="0"/>
        </w:rPr>
        <w:t xml:space="preserve">Có lý do vì sao rất nhiều CEO và nhà lãnh đạo coi </w:t>
      </w:r>
      <w:r>
        <w:rPr>
          <w:b w:val="0"/>
          <w:i/>
        </w:rPr>
        <w:t>Bố Già</w:t>
      </w:r>
      <w:r>
        <w:rPr>
          <w:b w:val="0"/>
          <w:i w:val="0"/>
        </w:rPr>
        <w:t xml:space="preserve"> (phần I và II) là bài học giáo dục hơn là giải trí. Mọi cuộc đấu tranh mà một CEO hay người sáng lập sẽ trải qua đều xuất hiện trong những bộ phim đó. Sự phản bội, mất mát, tuyển dụng, đàm phán, làm việc với gia đình, trộm tiền, phải loại bỏ kẻ lắm mồm, và để thành công làm mờ mắt—đó là những thứ mà tội phạm xã hội đen phải đối mặt, và bạn cũng sẽ như vậy.</w:t>
      </w:r>
    </w:p>
    <w:p>
      <w:pPr>
        <w:spacing w:after="80"/>
      </w:pPr>
      <w:r>
        <w:rPr>
          <w:b w:val="0"/>
          <w:i w:val="0"/>
        </w:rPr>
        <w:t>Đó là lý do tôi đã phỏng vấn rất nhiều tội phạm xã hội đen cho kênh YouTube của mình—những người như "Sammy the Bull" Gravano, Frank Cullotta, Ralph Natale, và chính Donnie Brasco, Joe Pistone. Bạn có thể nghĩ mình đang ở trong một lĩnh vực đầy cạnh tranh, nhưng hãy thử nghĩ xem: tội phạm xã hội đen có những đối thủ thực sự giết người để giành chiến thắng. Bạn làm hỏng việc, bạn mất công việc kinh doanh; họ làm hỏng việc, họ mất mạng. Hầu hết tội phạm xã hội đen không hề ảo tưởng; họ biết chính xác mình đang dấn thân vào điều gì.</w:t>
      </w:r>
    </w:p>
    <w:p>
      <w:pPr>
        <w:spacing w:after="80"/>
      </w:pPr>
      <w:r>
        <w:rPr>
          <w:b w:val="0"/>
          <w:i w:val="0"/>
        </w:rPr>
        <w:t>Kết nối, đàm phán và bán hàng là những nước đi quyền lực sẽ có tác động to lớn đến lợi nhuận của bạn. Tội phạm xã hội đen là những bậc thầy về tuyển dụng vì họ biết cách bán giấc mơ về những lợi ích khi gia nhập đội của họ. Khả năng thu hút, gây ảnh hưởng và thuyết phục mọi người từ mọi tầng lớp xã hội là tài năng đặc biệt mà mọi doanh nhân đều cần.</w:t>
      </w:r>
    </w:p>
    <w:p>
      <w:pPr>
        <w:spacing w:after="80"/>
      </w:pPr>
      <w:r>
        <w:rPr>
          <w:b w:val="0"/>
          <w:i w:val="0"/>
        </w:rPr>
        <w:t>Tôi nhận thấy rằng những cựu thành viên xã hội đen là một trong những người thầy giỏi nhất. Vì mức cược quá cao, thường là sinh mạng, họ là chuyên gia về giao tiếp, chuẩn bị và đọc hiểu người khác. Họ cũng là những bậc thầy tâm lý học và đàm phán. Đây là những kỹ năng mà bất kỳ ai cũng có thể học được. Nghiên cứu tội phạm xã hội đen là một điểm khởi đầu tuyệt vời. Hãy xem thế nào.</w:t>
      </w:r>
    </w:p>
    <w:p>
      <w:pPr>
        <w:pStyle w:val="Heading3"/>
      </w:pPr>
      <w:r>
        <w:rPr>
          <w:rFonts w:ascii="Calibri" w:hAnsi="Calibri"/>
          <w:b/>
          <w:i w:val="0"/>
          <w:sz w:val="26"/>
        </w:rPr>
        <w:t>Một Kẻ Đã Vào Hàng Ngũ Biết Cách Chuẩn Bị</w:t>
      </w:r>
    </w:p>
    <w:p>
      <w:pPr>
        <w:spacing w:after="80"/>
      </w:pPr>
      <w:r>
        <w:rPr>
          <w:b w:val="0"/>
          <w:i w:val="0"/>
        </w:rPr>
        <w:t xml:space="preserve">Michael Franzese được cho là một trong những caporegime (đội trưởng, không phải ông trùm) kiếm tiền nhiều nhất trong lịch sử tội phạm có tổ chức. Michael đã rời bỏ "cuộc đời đó" và để lại quá khứ tội phạm phía sau. Tuy vậy, ông vẫn được so sánh với nhân vật hư cấu Michael Corleone trong các bộ phim </w:t>
      </w:r>
      <w:r>
        <w:rPr>
          <w:b w:val="0"/>
          <w:i/>
        </w:rPr>
        <w:t>Bố Già</w:t>
      </w:r>
      <w:r>
        <w:rPr>
          <w:b w:val="0"/>
          <w:i w:val="0"/>
        </w:rPr>
        <w:t xml:space="preserve"> với lý do chính đáng: cả hai Michael đều có khả năng xử lý thông tin với tốc độ nhanh như chớp và phát triển mạnh mẽ trong những tình huống căng thẳng.</w:t>
      </w:r>
    </w:p>
    <w:p>
      <w:pPr>
        <w:spacing w:after="80"/>
      </w:pPr>
      <w:r>
        <w:rPr>
          <w:b w:val="0"/>
          <w:i w:val="0"/>
        </w:rPr>
        <w:t>Nhiều năm trước, khi Michael vẫn còn làm việc cho băng đảng, ông được triệu tập đến một cuộc gặp với ông trùm của mình ở Brooklyn. Ông nhớ lại rằng quãng đường ngắn từ xe đến căn hộ là quãng đường dài nhất mà ông từng đi. Ông trùm đối chất với ông về tin đồn rằng Michael đã ăn cắp 2 tỷ đô la từ chính phủ. Không phải là bọn xã hội đen quan tâm đến tin đồn rằng ông đã lấy tiền từ chính phủ; họ chỉ quan tâm rằng nếu đó là sự thật, họ sẽ được chia phần. Đó là một tình huống sinh tử; Michael biết rằng khi bước vào căn phòng đó, ông có thể không bước ra được nếu ông trùm nghĩ rằng ông đang giấu tiền cống nạp.</w:t>
      </w:r>
    </w:p>
    <w:p>
      <w:pPr>
        <w:spacing w:after="80"/>
      </w:pPr>
      <w:r>
        <w:rPr>
          <w:b w:val="0"/>
          <w:i w:val="0"/>
        </w:rPr>
        <w:t>Vì mức cược của một cuộc gặp như thế này là sinh mạng, Michael ám ảnh về việc chuẩn bị. Ông không thích lập danh sách, nhưng tôi thì có. Đây là bảy điều bạn phải làm trước bất kỳ cuộc gặp nào.</w:t>
      </w:r>
    </w:p>
    <w:p>
      <w:pPr>
        <w:pStyle w:val="Heading4"/>
      </w:pPr>
      <w:r>
        <w:rPr>
          <w:rFonts w:ascii="Calibri" w:hAnsi="Calibri"/>
          <w:b/>
          <w:i w:val="0"/>
          <w:sz w:val="23"/>
        </w:rPr>
        <w:t>Bảy Bước Thiết Yếu Để Chuẩn Bị Cho Một Cuộc Gặp</w:t>
      </w:r>
    </w:p>
    <w:p>
      <w:pPr>
        <w:spacing w:after="80"/>
        <w:ind w:left="360"/>
      </w:pPr>
      <w:r>
        <w:rPr>
          <w:b/>
          <w:i w:val="0"/>
        </w:rPr>
        <w:t>1.</w:t>
      </w:r>
      <w:r>
        <w:rPr>
          <w:b w:val="0"/>
          <w:i w:val="0"/>
        </w:rPr>
        <w:t xml:space="preserve"> Xem xét nhu cầu, mong muốn và nỗi bực dọc của phía bên kia. Hãy nhớ rằng điều thúc đẩy hầu hết mọi người là nỗi sợ, lòng tham và việc giữ thể diện.</w:t>
      </w:r>
    </w:p>
    <w:p>
      <w:pPr>
        <w:spacing w:after="80"/>
        <w:ind w:left="360"/>
      </w:pPr>
      <w:r>
        <w:rPr>
          <w:b/>
          <w:i w:val="0"/>
        </w:rPr>
        <w:t>2.</w:t>
      </w:r>
      <w:r>
        <w:rPr>
          <w:b w:val="0"/>
          <w:i w:val="0"/>
        </w:rPr>
        <w:t xml:space="preserve"> Dự đoán những gì phía bên kia sẽ nói.</w:t>
      </w:r>
    </w:p>
    <w:p>
      <w:pPr>
        <w:spacing w:after="80"/>
        <w:ind w:left="360"/>
      </w:pPr>
      <w:r>
        <w:rPr>
          <w:b/>
          <w:i w:val="0"/>
        </w:rPr>
        <w:t>3.</w:t>
      </w:r>
      <w:r>
        <w:rPr>
          <w:b w:val="0"/>
          <w:i w:val="0"/>
        </w:rPr>
        <w:t xml:space="preserve"> Xây dựng một kịch bản/dàn ý cho những gì bạn muốn nói.</w:t>
      </w:r>
    </w:p>
    <w:p>
      <w:pPr>
        <w:spacing w:after="80"/>
        <w:ind w:left="360"/>
      </w:pPr>
      <w:r>
        <w:rPr>
          <w:b/>
          <w:i w:val="0"/>
        </w:rPr>
        <w:t>4.</w:t>
      </w:r>
      <w:r>
        <w:rPr>
          <w:b w:val="0"/>
          <w:i w:val="0"/>
        </w:rPr>
        <w:t xml:space="preserve"> Đóng vai lại cuộc họp nhiều lần để sẵn sàng cho những phản ứng khác nhau.</w:t>
      </w:r>
    </w:p>
    <w:p>
      <w:pPr>
        <w:spacing w:after="80"/>
        <w:ind w:left="360"/>
      </w:pPr>
      <w:r>
        <w:rPr>
          <w:b/>
          <w:i w:val="0"/>
        </w:rPr>
        <w:t>5.</w:t>
      </w:r>
      <w:r>
        <w:rPr>
          <w:b w:val="0"/>
          <w:i w:val="0"/>
        </w:rPr>
        <w:t xml:space="preserve"> Nhờ những cố vấn đáng tin cậy chỉ ra những điểm mù của bạn.</w:t>
      </w:r>
    </w:p>
    <w:p>
      <w:pPr>
        <w:spacing w:after="80"/>
        <w:ind w:left="360"/>
      </w:pPr>
      <w:r>
        <w:rPr>
          <w:b/>
          <w:i w:val="0"/>
        </w:rPr>
        <w:t>6.</w:t>
      </w:r>
      <w:r>
        <w:rPr>
          <w:b w:val="0"/>
          <w:i w:val="0"/>
        </w:rPr>
        <w:t xml:space="preserve"> Đặt mình vào trạng thái tinh thần tốt nhất có thể trước cuộc họp.</w:t>
      </w:r>
    </w:p>
    <w:p>
      <w:pPr>
        <w:spacing w:after="80"/>
        <w:ind w:left="360"/>
      </w:pPr>
      <w:r>
        <w:rPr>
          <w:b/>
          <w:i w:val="0"/>
        </w:rPr>
        <w:t>7.</w:t>
      </w:r>
      <w:r>
        <w:rPr>
          <w:b w:val="0"/>
          <w:i w:val="0"/>
        </w:rPr>
        <w:t xml:space="preserve"> Xây dựng danh tiếng vượt xa kỳ vọng về sản phẩm của bạn.</w:t>
      </w:r>
    </w:p>
    <w:p>
      <w:pPr>
        <w:spacing w:after="80"/>
      </w:pPr>
      <w:r>
        <w:rPr>
          <w:b w:val="0"/>
          <w:i w:val="0"/>
        </w:rPr>
        <w:t>Vì đã chuẩn bị kỹ càng, Michael không hề run sợ hay nao núng. Anh cũng không nổi đóa. Thay vào đó, anh đối mặt thẳng thắn với lời buộc tội: "Khi họ [truyền thông] viết về người khác [những tay xã hội đen khác], thì đó là lời dối trá. Khi họ viết về tôi, tự nhiên lại thành sự thật? Tôi đưa cho các ông tất cả số tiền này [2 triệu đô mỗi tuần]; các ông không phải làm gì cả, tôi lo hết mọi thứ…. Nếu có ai sa lưới, thì đó là tôi và băng nhóm của tôi. Chuyện gì đang diễn ra ở đây vậy?"</w:t>
      </w:r>
    </w:p>
    <w:p>
      <w:pPr>
        <w:spacing w:after="80"/>
      </w:pPr>
      <w:r>
        <w:rPr>
          <w:b w:val="0"/>
          <w:i w:val="0"/>
        </w:rPr>
        <w:t>Michael đã thể hiện chút cảm xúc. Đó đều nằm trong kế hoạch của anh. Trong quá trình chuẩn bị, anh đã quyết định rằng cách hành động tốt nhất là khiến đối thủ của mình phải lùi bước. Ngay cả một tay xã hội đen dày dạn như Michael cũng có cảm xúc, và chắc chắn anh đang rất bực bội. Anh đang xử lý tình huống, và tự nhủ rằng mình phải cẩn thận với những gì mình nói và làm. Anh vẫn giữ thái độ tôn trọng ông trùm của mình.</w:t>
      </w:r>
    </w:p>
    <w:p>
      <w:pPr>
        <w:spacing w:after="80"/>
      </w:pPr>
      <w:r>
        <w:rPr>
          <w:b w:val="0"/>
          <w:i w:val="0"/>
        </w:rPr>
        <w:t>Sau khi Michael tung ra cú đấm mở màn, anh ngồi lại và lắng nghe. Anh biết được rằng toàn bộ tình huống này là do cha anh, John "Sonny" Franzese, đẩy anh vào chỗ khó. Cha của Michael cho rằng có thể Michael đang kiếm được nhiều tiền hơn số anh khai báo, và cuộc họp này được sắp đặt để xác định sự thật.</w:t>
      </w:r>
    </w:p>
    <w:p>
      <w:pPr>
        <w:spacing w:after="80"/>
      </w:pPr>
      <w:r>
        <w:rPr>
          <w:b w:val="0"/>
          <w:i w:val="0"/>
        </w:rPr>
        <w:t>Hãy tưởng tượng bạn đang ở trong một cuộc họp sinh tử và bạn vừa biết rằng một người thân trong gia đình, bạn thân, hay đối tác kinh doanh đã bán đứng bạn. Chắc hẳn bạn sẽ sôi sục. Bị nhấn chìm trong tất cả cảm xúc đó sẽ là khả năng suy nghĩ và xử lý của bạn. Làm sao bạn có thể nghĩ về giải pháp và sự sống còn khi mà tất cả những gì bạn nghĩ đến chỉ là sự trả thù?</w:t>
      </w:r>
    </w:p>
    <w:p>
      <w:pPr>
        <w:spacing w:after="80"/>
      </w:pPr>
      <w:r>
        <w:rPr>
          <w:b w:val="0"/>
          <w:i w:val="0"/>
        </w:rPr>
        <w:t>Dù bị tổn thương bởi hành động của cha mình, Michael vẫn xử lý tình huống như một bậc thầy. Anh giữ bình tĩnh trước mặt ông trùm và nói rằng anh sẽ giải quyết vấn đề này. Anh thậm chí còn cảm ơn ông trùm đã cho anh biết về vấn đề này. Anh không thể làm được như vậy nếu không tập dượt từng phút của cuộc họp trước đó.</w:t>
      </w:r>
    </w:p>
    <w:p>
      <w:pPr>
        <w:spacing w:after="80"/>
      </w:pPr>
      <w:r>
        <w:rPr>
          <w:b w:val="0"/>
          <w:i w:val="0"/>
        </w:rPr>
        <w:t>Sau khi cuộc họp kết thúc, Michael phải xử lý tác động của việc cha anh bán đứng anh. Anh biết mình không nên nói chuyện với cha cho đến khi tự mình giải quyết xong những vấn đề này. Sau nhiều suy nghĩ, Michael đã chấp nhận hành động của cha mình. Anh biết rằng cuộc sống này có thể chia cắt cha và con. Anh từ chối để điều đó xảy ra. Anh chưa bao giờ nhắc đến sự việc đó với cha mình. Anh tự nhủ: "Trong cuộc sống đó, bạn học được cách giữ kín mọi chuyện cho đến đúng thời điểm. Nhưng nó thực sự khiến tôi phải cảnh giác rằng mình phải cẩn thận. Tôi rất thất vọng về ông ấy, nhưng điều đó không làm thay đổi tình yêu của tôi dành cho ông ấy."</w:t>
      </w:r>
    </w:p>
    <w:p>
      <w:pPr>
        <w:spacing w:after="80"/>
      </w:pPr>
      <w:r>
        <w:rPr>
          <w:b w:val="0"/>
          <w:i w:val="0"/>
        </w:rPr>
        <w:t>Những người xử lý giỏi chịu trách nhiệm về hành động của mình và chuyển hướng sự bực bội sang việc học hỏi và tạo ra những khuôn mẫu mới. Khi Michael ngẫm lại về những gì cha mình đã làm, anh nói: "Giờ tôi gần như cảm ơn ông ấy vì điều đó. Tôi gặp vợ tôi hai năm sau sự việc này, và đó là lúc tôi đưa ra quyết định rời bỏ…. Tôi nghĩ đó là cách Chúa tách tôi ra khỏi mối ràng buộc hay sự kiểm soát mà cha tôi có với tôi."</w:t>
      </w:r>
    </w:p>
    <w:p>
      <w:pPr>
        <w:spacing w:after="80"/>
      </w:pPr>
      <w:r>
        <w:rPr>
          <w:b w:val="0"/>
          <w:i w:val="0"/>
        </w:rPr>
        <w:t>Giải quyết vấn đề không hề dễ dàng. Trong lúc nóng bỏng của thời khắc, Michael phải tự bảo vệ mình một cách đáng tin cậy nhưng đồng thời không tỏ ra phòng thủ. Rất nhiều suy nghĩ hẳn đã quay cuồng trong đầu anh, nhưng anh đã xử lý chúng dưới áp lực và đưa ra giải pháp đúng đắn. Sự xuất sắc thực sự nằm ở những gì không được nhìn thấy: sự chuẩn bị ám ảnh của anh.</w:t>
      </w:r>
    </w:p>
    <w:p>
      <w:pPr>
        <w:pStyle w:val="Heading3"/>
      </w:pPr>
      <w:r>
        <w:rPr>
          <w:rFonts w:ascii="Calibri" w:hAnsi="Calibri"/>
          <w:b/>
          <w:i w:val="0"/>
          <w:sz w:val="26"/>
        </w:rPr>
        <w:t>Nghệ thuật của cuộc gặp gỡ trực tiếp: Chuẩn bị cho một cuộc họp có tính rủi ro cao</w:t>
      </w:r>
    </w:p>
    <w:p>
      <w:pPr>
        <w:spacing w:after="80"/>
      </w:pPr>
      <w:r>
        <w:rPr>
          <w:b w:val="0"/>
          <w:i w:val="0"/>
        </w:rPr>
        <w:t>Năm gia đình Mafia lớn dựa vào một phương thức giải quyết công việc gọi là cuộc gặp gỡ trực tiếp (sit-down). Theo nhiều cách, nó tương tự như những gì diễn ra trong kinh doanh, nơi những người đứng đầu gặp nhau trong phòng họp để thảo luận những vấn đề quan trọng. Tuy nhiên, trong thế giới của Michael, địa điểm gặp gỡ thường là phòng sau của một nhà hàng Ý.</w:t>
      </w:r>
    </w:p>
    <w:p>
      <w:pPr>
        <w:spacing w:after="80"/>
      </w:pPr>
      <w:r>
        <w:rPr>
          <w:b w:val="0"/>
          <w:i w:val="0"/>
        </w:rPr>
        <w:t>Gần đây tôi có một cuộc gặp gỡ trực tiếp ở Cayman Islands với các giám đốc cấp cao của một trong những công ty bảo hiểm lớn nhất thế giới. Vị CEO có mặt trong phòng, cùng với hai phó chủ tịch cấp cao khác. Mục đích của tôi khi ở đó là yêu cầu tăng mức thù lao cho công ty của mình.</w:t>
      </w:r>
    </w:p>
    <w:p>
      <w:pPr>
        <w:spacing w:after="80"/>
      </w:pPr>
      <w:r>
        <w:rPr>
          <w:b w:val="0"/>
          <w:i w:val="0"/>
        </w:rPr>
        <w:t>Mức độ rủi ro rất cao. Tình huống xấu nhất có thể xảy ra là họ sẽ bị xúc phạm đến mức hủy tài khoản của tôi. Điều đó sẽ là thảm họa cho công việc kinh doanh của tôi. Một tình huống xấu khác là họ từ chối tăng thù lao cho tôi. Nếu điều đó xảy ra, tôi có nguy cơ mất nhiều đại lý của mình vì đơn giản là tôi sẽ không có đủ doanh thu để trả cho họ nhiều như các đối thủ cạnh tranh của tôi.</w:t>
      </w:r>
    </w:p>
    <w:p>
      <w:pPr>
        <w:spacing w:after="80"/>
      </w:pPr>
      <w:r>
        <w:rPr>
          <w:b w:val="0"/>
          <w:i w:val="0"/>
        </w:rPr>
        <w:t>Đó là một yêu cầu khó nhằn gửi đến một khán giả khó tính vào một thời điểm khó khăn trong công việc kinh doanh của tôi. Đây là kiểu cuộc họp có thể khiến bạn suy sụp về mặt cảm xúc—nếu bạn thiếu công cụ để xử lý và chuẩn bị cho chúng. Vì vậy, tôi đã tuân theo nguyên tắc đầu tiên của các cuộc gặp gỡ: Đừng tham dự một cuộc họp mà không chuẩn bị. Như mọi khi, tôi dùng “Bảy Bước Thiết Yếu để Chuẩn Bị cho một Cuộc Họp” để dẫn dắt sự chuẩn bị của mình. Giống như bất kỳ bậc thầy cờ vĩ đại nào, tôi đã lên kế hoạch trước nhiều nước đi.</w:t>
      </w:r>
    </w:p>
    <w:p>
      <w:pPr>
        <w:spacing w:after="80"/>
      </w:pPr>
      <w:r>
        <w:rPr>
          <w:b w:val="0"/>
          <w:i w:val="0"/>
        </w:rPr>
        <w:t>1. Cân nhắc nhu cầu, mong muốn và nỗi bực dọc của phía bên kia. Hãy nhớ rằng điều thúc đẩy hầu hết mọi người là nỗi sợ, lòng tham và việc giữ thể diện.</w:t>
      </w:r>
    </w:p>
    <w:p>
      <w:pPr>
        <w:spacing w:after="80"/>
      </w:pPr>
      <w:r>
        <w:rPr>
          <w:b w:val="0"/>
          <w:i w:val="0"/>
        </w:rPr>
        <w:t>Trước cuộc họp, tôi đã đánh giá xem đâu là những nỗi bực dọc của các giám đốc điều hành và ai là người mang lại nhiều hợp đồng kinh doanh nhất cho công ty họ, cũng như vị thế của công ty chúng tôi với họ. Tôi đã làm bài tập về nhà và phát hiện ra rằng, trong hai năm, chúng tôi đã vươn lên như diều gặp gió từ một tay chơi nhỏ bé thành công ty phát hành số lượng hợp đồng bảo hiểm cao thứ hai trong số tất cả các công ty mà họ giao dịch.</w:t>
      </w:r>
    </w:p>
    <w:p>
      <w:pPr>
        <w:spacing w:after="80"/>
      </w:pPr>
      <w:r>
        <w:rPr>
          <w:b w:val="0"/>
          <w:i w:val="0"/>
        </w:rPr>
        <w:t xml:space="preserve">Trong </w:t>
      </w:r>
      <w:r>
        <w:rPr>
          <w:b w:val="0"/>
          <w:i/>
        </w:rPr>
        <w:t>7 Thói Quen của Người Thành Đạt</w:t>
      </w:r>
      <w:r>
        <w:rPr>
          <w:b w:val="0"/>
          <w:i w:val="0"/>
        </w:rPr>
        <w:t>, Stephen Covey nói: “Trước tiên hãy tìm cách thấu hiểu, rồi mới tìm cách được thấu hiểu.” Điều đó với tôi có nghĩa là thoát ra khỏi cái đầu của chính mình và bước vào đôi giày của họ để nhìn tình huống từ góc nhìn của họ.</w:t>
      </w:r>
    </w:p>
    <w:p>
      <w:pPr>
        <w:spacing w:after="80"/>
        <w:ind w:left="360"/>
      </w:pPr>
      <w:r>
        <w:t xml:space="preserve">• </w:t>
      </w:r>
      <w:r>
        <w:rPr>
          <w:b w:val="0"/>
          <w:i w:val="0"/>
        </w:rPr>
        <w:t xml:space="preserve">Tôi khai thác </w:t>
      </w:r>
      <w:r>
        <w:rPr>
          <w:b/>
          <w:i w:val="0"/>
        </w:rPr>
        <w:t>nỗi sợ</w:t>
      </w:r>
      <w:r>
        <w:rPr>
          <w:b w:val="0"/>
          <w:i w:val="0"/>
        </w:rPr>
        <w:t>: Mất tài khoản của tôi sẽ đồng nghĩa với việc công ty họ mất hàng triệu đô-la doanh thu.</w:t>
      </w:r>
    </w:p>
    <w:p>
      <w:pPr>
        <w:spacing w:after="80"/>
        <w:ind w:left="360"/>
      </w:pPr>
      <w:r>
        <w:t xml:space="preserve">• </w:t>
      </w:r>
      <w:r>
        <w:rPr>
          <w:b w:val="0"/>
          <w:i w:val="0"/>
        </w:rPr>
        <w:t xml:space="preserve">Tôi khai thác </w:t>
      </w:r>
      <w:r>
        <w:rPr>
          <w:b/>
          <w:i w:val="0"/>
        </w:rPr>
        <w:t>lòng tham</w:t>
      </w:r>
      <w:r>
        <w:rPr>
          <w:b w:val="0"/>
          <w:i w:val="0"/>
        </w:rPr>
        <w:t>: Giữ tài khoản của tôi có khả năng mang lại thậm chí nhiều hơn hàng triệu đô-la doanh thu và các khoản thưởng bảy chữ số cho các giám đốc điều hành.</w:t>
      </w:r>
    </w:p>
    <w:p>
      <w:pPr>
        <w:spacing w:after="80"/>
        <w:ind w:left="360"/>
      </w:pPr>
      <w:r>
        <w:t xml:space="preserve">• </w:t>
      </w:r>
      <w:r>
        <w:rPr>
          <w:b w:val="0"/>
          <w:i w:val="0"/>
        </w:rPr>
        <w:t xml:space="preserve">Tôi khai thác </w:t>
      </w:r>
      <w:r>
        <w:rPr>
          <w:b/>
          <w:i w:val="0"/>
        </w:rPr>
        <w:t>việc giúp họ giữ thể diện</w:t>
      </w:r>
      <w:r>
        <w:rPr>
          <w:b w:val="0"/>
          <w:i w:val="0"/>
        </w:rPr>
        <w:t>: Họ sẽ trông thật ngớ ngẩn nếu tôi rời sang một đối thủ cạnh tranh.</w:t>
      </w:r>
    </w:p>
    <w:p>
      <w:pPr>
        <w:spacing w:after="80"/>
      </w:pPr>
      <w:r>
        <w:rPr>
          <w:b w:val="0"/>
          <w:i w:val="0"/>
        </w:rPr>
        <w:t>2. Lường trước những gì phía bên kia sẽ nói.</w:t>
      </w:r>
    </w:p>
    <w:p>
      <w:pPr>
        <w:spacing w:after="80"/>
      </w:pPr>
      <w:r>
        <w:rPr>
          <w:b w:val="0"/>
          <w:i w:val="0"/>
        </w:rPr>
        <w:t>Hãy nghĩ về cách một luật sư sắc sảo xây dựng lập luận: trước tiên ông ta phải cân nhắc xem phía bên kia sẽ nói gì. Bạn càng lường trước được phía bên kia sẽ nói gì và vì sao, bạn càng có thể xây dựng câu chuyện hay yêu cầu của mình tốt hơn.</w:t>
      </w:r>
    </w:p>
    <w:p>
      <w:pPr>
        <w:spacing w:after="80"/>
      </w:pPr>
      <w:r>
        <w:rPr>
          <w:b w:val="0"/>
          <w:i w:val="0"/>
        </w:rPr>
        <w:t>3. Phát triển một kịch bản/dàn ý cho những gì bạn muốn nói.</w:t>
      </w:r>
    </w:p>
    <w:p>
      <w:pPr>
        <w:spacing w:after="80"/>
      </w:pPr>
      <w:r>
        <w:rPr>
          <w:b w:val="0"/>
          <w:i w:val="0"/>
        </w:rPr>
        <w:t>Tôi bắt đầu với hàng trang ghi chú. Khi tiếp tục luyện tập, tôi có thể trở nên chính xác hơn về thông điệp của mình. Cách bạn chuẩn bị phụ thuộc vào phong cách của bạn. Một số diễn giả thích viết ra toàn bộ bài phát biểu, và một số chỉ cần các gạch đầu dòng. Tôi thích các gạch đầu dòng.</w:t>
      </w:r>
    </w:p>
    <w:p>
      <w:pPr>
        <w:spacing w:after="80"/>
      </w:pPr>
      <w:r>
        <w:rPr>
          <w:b w:val="0"/>
          <w:i w:val="0"/>
        </w:rPr>
        <w:t>4. Đóng vai diễn lại cuộc họp nhiều lần để sẵn sàng cho những phản ứng khác nhau.</w:t>
      </w:r>
    </w:p>
    <w:p>
      <w:pPr>
        <w:spacing w:after="80"/>
      </w:pPr>
      <w:r>
        <w:rPr>
          <w:b w:val="0"/>
          <w:i w:val="0"/>
        </w:rPr>
        <w:t>Bước tiếp theo là tập hợp một nhóm và yêu cầu họ đóng vai các giám đốc điều hành mà tôi sắp gặp ở Quần đảo Cayman. Bước vào đôi giày của những giám đốc điều hành đó, họ đặt câu hỏi và thách thức tôi. Kết quả là, tôi đã sửa đổi kịch bản của mình và sẵn sàng cho những phản ứng khác nhau.</w:t>
      </w:r>
    </w:p>
    <w:p>
      <w:pPr>
        <w:spacing w:after="80"/>
      </w:pPr>
      <w:r>
        <w:rPr>
          <w:b w:val="0"/>
          <w:i w:val="0"/>
        </w:rPr>
        <w:t>5. Yêu cầu những cố vấn đáng tin cậy chỉ ra những điểm mù của bạn.</w:t>
      </w:r>
    </w:p>
    <w:p>
      <w:pPr>
        <w:spacing w:after="80"/>
      </w:pPr>
      <w:r>
        <w:rPr>
          <w:b w:val="0"/>
          <w:i w:val="0"/>
        </w:rPr>
        <w:t>Phần lớn việc này đã được xử lý trong các buổi đóng vai. Để nâng lên một tầm cao khác, tôi đã hỏi ý kiến của những đồng nghiệp đáng tin cậy ngoài ngành của mình để đảm bảo tôi không có bất kỳ điểm mù nào.</w:t>
      </w:r>
    </w:p>
    <w:p>
      <w:pPr>
        <w:spacing w:after="80"/>
      </w:pPr>
      <w:r>
        <w:rPr>
          <w:b w:val="0"/>
          <w:i w:val="0"/>
        </w:rPr>
        <w:t>6. Đặt mình vào trạng thái tinh thần tốt nhất có thể trước cuộc họp.</w:t>
      </w:r>
    </w:p>
    <w:p>
      <w:pPr>
        <w:spacing w:after="80"/>
      </w:pPr>
      <w:r>
        <w:rPr>
          <w:b w:val="0"/>
          <w:i w:val="0"/>
        </w:rPr>
        <w:t>Mọi chi tiết trước khi tôi đến cuộc họp đều quan trọng. Tôi bay đến sớm một ngày để được nghỉ ngơi và không phải lo chuyến bay bị hoãn khiến mình đến muộn. Cách tôi ăn mặc, những gì tôi ăn và thói quen tập thể dục của tôi đều là một phần giúp tôi có tâm trí đúng đắn. Hình dung trước về sự thành công của cuộc họp—và của công việc kinh doanh—cũng là một bước quan trọng.</w:t>
      </w:r>
    </w:p>
    <w:p>
      <w:pPr>
        <w:spacing w:after="80"/>
      </w:pPr>
      <w:r>
        <w:rPr>
          <w:b w:val="0"/>
          <w:i w:val="0"/>
        </w:rPr>
        <w:t>7. Xây dựng danh tiếng về việc làm vượt xa những gì bạn hứa.</w:t>
      </w:r>
    </w:p>
    <w:p>
      <w:pPr>
        <w:spacing w:after="80"/>
      </w:pPr>
      <w:r>
        <w:rPr>
          <w:b w:val="0"/>
          <w:i w:val="0"/>
        </w:rPr>
        <w:t>Tất cả những điều trên đều vô nghĩa nếu bạn không làm những gì bạn nói sẽ làm. Điều tồi tệ nhất trong kinh doanh là bị mang tiếng là người chỉ nói nhiều mà hiếm khi thực hiện.</w:t>
      </w:r>
    </w:p>
    <w:p>
      <w:pPr>
        <w:spacing w:after="80"/>
      </w:pPr>
      <w:r>
        <w:rPr>
          <w:b w:val="0"/>
          <w:i w:val="0"/>
        </w:rPr>
        <w:t xml:space="preserve">Vì tôi rất quyết tâm hiểu tình huống từ góc nhìn của </w:t>
      </w:r>
      <w:r>
        <w:rPr>
          <w:b w:val="0"/>
          <w:i/>
        </w:rPr>
        <w:t>họ</w:t>
      </w:r>
      <w:r>
        <w:rPr>
          <w:b w:val="0"/>
          <w:i w:val="0"/>
        </w:rPr>
        <w:t>, tôi trở nên nhận thức sâu sắc về những khuyết điểm của công ty mình và những lĩnh vực cần cải thiện. Để giải quyết những khuyết điểm này và chứng minh cách chúng tôi sẽ khắc phục chúng, tôi đến cuộc họp với một chồng dữ liệu để củng cố lập luận của mình. Tôi đã chuẩn bị sẵn một kế hoạch mười điểm. Sáu điểm trong số đó nói về công ty kia, và bốn điểm nói về công ty tôi. Như tôi đã gợi ý trước đó, khi bạn có một cuộc gặp trực tiếp, bạn muốn dành phần lớn thời gian tập trung vào mối quan tâm của phía bên kia, chứ không phải của bạn.</w:t>
      </w:r>
    </w:p>
    <w:p>
      <w:pPr>
        <w:spacing w:after="80"/>
      </w:pPr>
      <w:r>
        <w:rPr>
          <w:b w:val="0"/>
          <w:i w:val="0"/>
        </w:rPr>
        <w:t>Tôi bước vào phòng và nói: "Nghe này, đây là những gì quý vị muốn, dựa trên những gì quý vị đã nói với tôi trong lần gặp trước. Đây là những gì khiến quý vị không hài lòng, và đây là những gì chúng tôi sẽ khắc phục. Nếu chúng tôi làm theo đề xuất của tôi, quý vị sẽ không phải thuê thêm người. Tôi đã gọi điện [cho một nhà cung cấp hệ thống], và tôi biết quý vị quan tâm đến việc mua hệ thống đó, và họ sẽ tính quý vị một khoản phí 1 triệu đô la. Tôi mang lại rất nhiều việc làm ăn cho công ty này, và tôi đã thuyết phục họ miễn khoản phí đó."</w:t>
      </w:r>
    </w:p>
    <w:p>
      <w:pPr>
        <w:spacing w:after="80"/>
      </w:pPr>
      <w:r>
        <w:rPr>
          <w:b w:val="0"/>
          <w:i w:val="0"/>
        </w:rPr>
        <w:t>Tôi có thể truyền đạt thông điệp với sự tự tin và rõ ràng vì tôi đã luyện tập đi luyện tập lại.</w:t>
      </w:r>
    </w:p>
    <w:p>
      <w:pPr>
        <w:spacing w:after="80"/>
      </w:pPr>
      <w:r>
        <w:rPr>
          <w:b w:val="0"/>
          <w:i w:val="0"/>
        </w:rPr>
        <w:t xml:space="preserve">"Khoan đã," bạn có thể đang nghĩ. "Tôi tưởng anh vào đó để tăng </w:t>
      </w:r>
      <w:r>
        <w:rPr>
          <w:b w:val="0"/>
          <w:i/>
        </w:rPr>
        <w:t>thu nhập của mình</w:t>
      </w:r>
      <w:r>
        <w:rPr>
          <w:b w:val="0"/>
          <w:i w:val="0"/>
        </w:rPr>
        <w:t>. Tại sao trên đời anh lại bắt đầu bằng việc nói với họ rằng anh đang thực chất cho họ một triệu đô la?"</w:t>
      </w:r>
    </w:p>
    <w:p>
      <w:pPr>
        <w:spacing w:after="80"/>
      </w:pPr>
      <w:r>
        <w:rPr>
          <w:b w:val="0"/>
          <w:i w:val="0"/>
        </w:rPr>
        <w:t>Một nguyên tắc kinh doanh đơn giản là để nhận được, bạn phải cho đi. Hầu hết những người nghiệp dư đều là chuyên gia trong việc đưa ra yêu cầu. Điều họ không làm được là mang lại giá trị trước. Khi bạn đặt mình vào vị trí của phía bên kia và dẫn dắt bằng cách họ sẽ thắng và kiếm tiền như thế nào, việc họ cho bạn những gì bạn muốn sẽ trở nên tự nhiên.</w:t>
      </w:r>
    </w:p>
    <w:p>
      <w:pPr>
        <w:spacing w:after="80"/>
      </w:pPr>
      <w:r>
        <w:rPr>
          <w:b w:val="0"/>
          <w:i w:val="0"/>
        </w:rPr>
        <w:t>Sau đó tôi đề xuất với họ việc tăng thu nhập cho chúng tôi dựa trên dữ liệu tôi đã thu thập—dữ liệu cho thấy tại sao việc tăng đó là chính đáng.</w:t>
      </w:r>
    </w:p>
    <w:p>
      <w:pPr>
        <w:spacing w:after="80"/>
      </w:pPr>
      <w:r>
        <w:rPr>
          <w:b w:val="0"/>
          <w:i w:val="0"/>
        </w:rPr>
        <w:t>"Nếu quý vị nói không, không vấn đề gì. Tôi có một công ty khác mà tôi nghĩ sẽ cho chúng tôi những gì chúng tôi muốn. Quý vị có câu hỏi nào không?"</w:t>
      </w:r>
    </w:p>
    <w:p>
      <w:pPr>
        <w:spacing w:after="80"/>
      </w:pPr>
      <w:r>
        <w:rPr>
          <w:b w:val="0"/>
          <w:i w:val="0"/>
        </w:rPr>
        <w:t>Họ có rất nhiều. Chúng tôi qua lại trong hai tiếng rưỡi. Thực ra, tôi đã nghe trước những câu hỏi, phản đối và thách thức của họ. Sao có thể như vậy? Vì tôi đã đóng vai nhập tâm. Giống như một vị tổng giám đốc bậc thầy luôn đi trước vài bước, tôi có thể dẫn họ đến nơi tôi muốn họ đến vì tôi đã lường trước các nước đi của họ.</w:t>
      </w:r>
    </w:p>
    <w:p>
      <w:pPr>
        <w:spacing w:after="80"/>
      </w:pPr>
      <w:r>
        <w:rPr>
          <w:b w:val="0"/>
          <w:i w:val="0"/>
        </w:rPr>
        <w:t xml:space="preserve">Trong </w:t>
      </w:r>
      <w:r>
        <w:rPr>
          <w:b w:val="0"/>
          <w:i/>
        </w:rPr>
        <w:t>Bố Già</w:t>
      </w:r>
      <w:r>
        <w:rPr>
          <w:b w:val="0"/>
          <w:i w:val="0"/>
        </w:rPr>
        <w:t xml:space="preserve">, Don Vito Corleone, do Marlon Brando thủ vai, đã thốt lên câu kinh điển "Tôi sẽ đưa cho hắn một lời đề nghị mà hắn không thể từ chối." Trong trường hợp này, lời đề nghị là một thỏa thuận đôi bên cùng thắng, làm tăng giá trị cho cả hai công ty của chúng tôi. Với dữ liệu tôi trình bày, tất nhiên họ không thể từ chối. Chìa khóa thành công của tôi? Đó là công việc tôi đã làm </w:t>
      </w:r>
      <w:r>
        <w:rPr>
          <w:b w:val="0"/>
          <w:i/>
        </w:rPr>
        <w:t>trước khi</w:t>
      </w:r>
      <w:r>
        <w:rPr>
          <w:b w:val="0"/>
          <w:i w:val="0"/>
        </w:rPr>
        <w:t xml:space="preserve"> cuộc gặp trực tiếp bắt đầu.</w:t>
      </w:r>
    </w:p>
    <w:p>
      <w:pPr>
        <w:pStyle w:val="Heading3"/>
      </w:pPr>
      <w:r>
        <w:rPr>
          <w:rFonts w:ascii="Calibri" w:hAnsi="Calibri"/>
          <w:b/>
          <w:i w:val="0"/>
          <w:sz w:val="26"/>
        </w:rPr>
        <w:t>Bán hàng hiệu quả là về niềm tin và sự truyền cảm xúc</w:t>
      </w:r>
    </w:p>
    <w:p>
      <w:pPr>
        <w:spacing w:after="80"/>
      </w:pPr>
      <w:r>
        <w:rPr>
          <w:b w:val="0"/>
          <w:i w:val="0"/>
        </w:rPr>
        <w:t>Dù chương này nói về Mafia, nó sẽ không trọn vẹn nếu thiếu chút trí tuệ từ huyền thoại Zig Ziglar. Trước khi ông qua đời năm 2012 ở tuổi tám mươi sáu, ông có thể là nhà huấn luyện bán hàng có ảnh hưởng nhất thế giới. Ông kể một câu chuyện đầy sức mạnh về một trong những nhân viên bán dụng cụ nấu ăn của mình đang trong giai đoạn sa sút.</w:t>
      </w:r>
    </w:p>
    <w:p>
      <w:pPr>
        <w:spacing w:after="80"/>
      </w:pPr>
      <w:r>
        <w:rPr>
          <w:b w:val="0"/>
          <w:i w:val="0"/>
        </w:rPr>
        <w:t>Khi Zig hỏi anh ta tại sao không bán được hàng, người bán hàng tuôn ra một danh sách lý do: thời buổi khó khăn, và dụng cụ nấu ăn thì đắt đỏ. Zig sau đó hỏi anh ta có sở hữu một bộ dụng cụ nấu ăn mà anh ta bán cho người khác không. Người bán hàng nói không. Khi Zig hỏi tại sao, người bán hàng nói với ông rằng anh ta không đủ khả năng chi trả, nhất là khi anh ta đang trong giai đoạn sa sút.</w:t>
      </w:r>
    </w:p>
    <w:p>
      <w:pPr>
        <w:spacing w:after="80"/>
      </w:pPr>
      <w:r>
        <w:rPr>
          <w:b w:val="0"/>
          <w:i w:val="0"/>
        </w:rPr>
        <w:t>Zig đặt câu hỏi. Ông lắng nghe. Ông đồng cảm. Trong thâm tâm, Zig tin rằng bộ dụng cụ nấu ăn là một khoản đầu tư đáng giá. Suy cho cùng, chính ông cũng sở hữu nó. Ông hiểu rằng nó đắt đỏ, nhưng ông đã thấm nhuần mọi lợi ích của nó. Như với bất kỳ khoản đầu tư nào, đều có chi phí ban đầu. Và như với bất kỳ khoản đầu tư thông minh nào, Zig thực sự tin rằng nó mang lại giá trị nhiều hơn cả số tiền bỏ ra.</w:t>
      </w:r>
    </w:p>
    <w:p>
      <w:pPr>
        <w:spacing w:after="80"/>
      </w:pPr>
      <w:r>
        <w:rPr>
          <w:b w:val="0"/>
          <w:i w:val="0"/>
        </w:rPr>
        <w:t>Zig lắng nghe những lời phản đối của anh nhân viên bán hàng. Và dù anh này có những lý do chính đáng để không mua bộ nồi mà anh đang cố bán, Zig thực sự tin rằng cuộc đời người đàn ông này sẽ tốt đẹp hơn nhiều nếu có nó. Sau khi nghe hết và vượt qua từng lời phản đối một, cuối cùng anh nhân viên bán hàng cũng mua bộ nồi. Hóa ra đó lại là nước đi đầy quyền lực.</w:t>
      </w:r>
    </w:p>
    <w:p>
      <w:pPr>
        <w:spacing w:after="80"/>
      </w:pPr>
      <w:r>
        <w:rPr>
          <w:b w:val="0"/>
          <w:i w:val="0"/>
        </w:rPr>
        <w:t>Trong buổi thuyết trình tiếp theo với một khách hàng tiềm năng, anh nhân viên bán hàng nghe đủ mọi lý do từ chối quen thuộc. Đúng như cách Zig đã làm với anh vài ngày trước, anh đặt câu hỏi, lắng nghe và đồng cảm. Điểm khác biệt, vì chính anh đã mua bộ nồi, là anh tin vào giá trị của nó mạnh mẽ đến mức anh không để những người kia đưa ra quyết định sai lầm. Anh thực sự cảm thấy họ sẽ tốt hơn khi có bộ nồi so với việc giữ lại số tiền phải bỏ ra.</w:t>
      </w:r>
    </w:p>
    <w:p>
      <w:pPr>
        <w:spacing w:after="80"/>
      </w:pPr>
      <w:r>
        <w:rPr>
          <w:b w:val="0"/>
          <w:i w:val="0"/>
        </w:rPr>
        <w:t xml:space="preserve">Anh ta chẳng học được mánh bán hàng cao siêu hay chiêu trò thao túng nào cả. Anh chỉ đơn giản thay đổi cách mình </w:t>
      </w:r>
      <w:r>
        <w:rPr>
          <w:b w:val="0"/>
          <w:i/>
        </w:rPr>
        <w:t>cảm nhận</w:t>
      </w:r>
      <w:r>
        <w:rPr>
          <w:b w:val="0"/>
          <w:i w:val="0"/>
        </w:rPr>
        <w:t>. Và đúng như vậy, tối hôm đó anh chốt được đơn hàng và sau này trở thành một trong những người bán hàng giỏi nhất công ty. Một khi anh tin vào sản phẩm đủ để tự mua nó, giai đoạn sa sút của anh chấm dứt.</w:t>
      </w:r>
    </w:p>
    <w:p>
      <w:pPr>
        <w:spacing w:after="80"/>
      </w:pPr>
      <w:r>
        <w:rPr>
          <w:b w:val="0"/>
          <w:i w:val="0"/>
        </w:rPr>
        <w:t>Tôi để Zig kể cho bạn bài học của câu chuyện này: "Hãy có niềm tin tuyệt đối và trọn vẹn rằng thứ bạn đang bán đáng giá hơn mức giá bạn đưa ra. Niềm tin của bạn vào sản phẩm phải lớn đến mức bạn nên chính mình sử dụng nó."</w:t>
      </w:r>
    </w:p>
    <w:p>
      <w:pPr>
        <w:spacing w:after="80"/>
      </w:pPr>
      <w:r>
        <w:rPr>
          <w:b w:val="0"/>
          <w:i w:val="0"/>
        </w:rPr>
        <w:t>Hãy nhớ rằng "tài ăn nói" bị đánh giá quá cao. Thứ bị đánh giá thấp chính là niềm tin. Vì cảm xúc và niềm tin mới là thứ thực sự bán được hàng, tôi tuyển những người tin vào chính mình và tin vào công ty. Với sự chính trực đó, với niềm đam mê phục vụ đó, họ có thể đứng trước bất kỳ khán giả nào, dù đông hay ít, và nói với họ bằng niềm tin mãnh liệt về những gì chúng tôi làm.</w:t>
      </w:r>
    </w:p>
    <w:p>
      <w:pPr>
        <w:spacing w:after="80"/>
      </w:pPr>
      <w:r>
        <w:rPr>
          <w:b w:val="0"/>
          <w:i w:val="0"/>
        </w:rPr>
        <w:t xml:space="preserve">Bán hàng nên diễn ra nhẹ nhàng như hơi thở, như một phần tự nhiên trong con người bạn. Nó nên khiến bạn hào hứng khi nói về công việc mình làm. Estée Lauder, người đồng sáng lập công ty mỹ phẩm đã đưa bà trở thành người phụ nữ duy nhất trong danh sách hai mươi ông trùm kinh doanh có ảnh hưởng nhất thế kỷ XX của tạp chí </w:t>
      </w:r>
      <w:r>
        <w:rPr>
          <w:b w:val="0"/>
          <w:i/>
        </w:rPr>
        <w:t>Time</w:t>
      </w:r>
      <w:r>
        <w:rPr>
          <w:b w:val="0"/>
          <w:i w:val="0"/>
        </w:rPr>
        <w:t>, từng nói: "Tôi chưa từng có một ngày nào trong đời mà không bán hàng. Nếu tôi tin vào điều gì đó, tôi bán nó, và tôi bán nó hết mình."</w:t>
      </w:r>
    </w:p>
    <w:p>
      <w:pPr>
        <w:spacing w:after="80"/>
      </w:pPr>
      <w:r>
        <w:rPr>
          <w:b w:val="0"/>
          <w:i w:val="0"/>
        </w:rPr>
        <w:t>Bất chấp điều mà một số người muốn bạn tin, không ai sinh ra đã là người bán hàng. Đừng cố tìm những "người có năng khiếu bẩm sinh". Thay vì tìm người bán hàng, hãy tìm những người tin vào tầm nhìn của bạn và muốn xây dựng các mối quan hệ. Họ có thể không phải là những người thích giao du. Thực tế, một số người hướng ngoại, cuốn hút và có ảnh hưởng nhất mà tôi biết lại là những người hướng nội chính hiệu.</w:t>
      </w:r>
    </w:p>
    <w:p>
      <w:pPr>
        <w:spacing w:after="80"/>
      </w:pPr>
      <w:r>
        <w:rPr>
          <w:b w:val="0"/>
          <w:i w:val="0"/>
        </w:rPr>
        <w:t>Có ảnh hưởng không phải là "bán bất cứ thứ gì cho bất kỳ ai", hay thuyết phục người ta hành động chống lại lợi ích tốt nhất của chính họ. Bán hàng là tin vào chính mình, tin vào công việc kinh doanh của mình, và tin vào giá trị bạn có thể mang lại cho người khác, dù đó là khách hàng tiềm năng, nhà cung cấp chủ chốt, hay một nhân vật lớn trong ngành. Nếu bạn tin vào thứ mình đang bán, nếu bạn hành động từ trái tim và trực giác chứ không phải từ cái đầu, nếu bạn tin vào kết quả đôi bên cùng thắng trong mọi cuộc đàm phán, nếu bạn tin sâu trong lòng rằng mình có thể phục vụ người kia, thì xây dựng quan hệ, đàm phán và bán hàng đều sẽ trở thành bản năng của bạn.</w:t>
      </w:r>
    </w:p>
    <w:p>
      <w:pPr>
        <w:pStyle w:val="Heading3"/>
      </w:pPr>
      <w:r>
        <w:rPr>
          <w:rFonts w:ascii="Calibri" w:hAnsi="Calibri"/>
          <w:b/>
          <w:i w:val="0"/>
          <w:sz w:val="26"/>
        </w:rPr>
        <w:t>Đàm phán là chuyện lợi thế</w:t>
      </w:r>
    </w:p>
    <w:p>
      <w:pPr>
        <w:spacing w:after="80"/>
      </w:pPr>
      <w:r>
        <w:rPr>
          <w:b w:val="0"/>
          <w:i w:val="0"/>
        </w:rPr>
        <w:t>Ai có nhiều lợi thế hơn trong một cuộc đàm phán thì nên thắng. Tuy nhiên, không phải lúc nào cũng rõ ai đang nắm lợi thế. Thứ nhất, dù bạn chuẩn bị kỹ đến đâu, bạn không bao giờ biết chính xác mọi thứ đang diễn ra phía bên kia. Cuối cùng, điều quan trọng là hiểu rõ lợi thế và biết cách tận dụng sức mạnh từ lợi thế đó.</w:t>
      </w:r>
    </w:p>
    <w:p>
      <w:pPr>
        <w:spacing w:after="80"/>
      </w:pPr>
      <w:r>
        <w:rPr>
          <w:b w:val="0"/>
          <w:i w:val="0"/>
        </w:rPr>
        <w:t xml:space="preserve">Nếu bạn dùng quá nhiều lợi thế và lấn tới để tối đa hóa lợi nhuận từ một thương vụ cụ thể, bạn có thể thắng trận nhưng thua cả cuộc chiến. Cố Amarillo Slim, huyền thoại cờ bạc và nhà vô địch World Series of Poker năm 1972, từng nói: "Bạn có thể xén lông một con cừu cả trăm lần, nhưng chỉ lột da nó được một lần." Ngay cả một tay cờ gian như Slim cũng nhận ra rằng chìa khóa cho một sự nghiệp dài lâu là đối xử với người ta theo cách khiến họ muốn tiếp tục làm ăn với bạn. Trong bất kỳ cuộc chơi nào, mục tiêu không phải là ghi điểm một lần; mà là xây dựng một mối quan hệ hợp tác để cả hai bên cùng ghi điểm </w:t>
      </w:r>
      <w:r>
        <w:rPr>
          <w:b w:val="0"/>
          <w:i/>
        </w:rPr>
        <w:t>mãi mãi</w:t>
      </w:r>
      <w:r>
        <w:rPr>
          <w:b w:val="0"/>
          <w:i w:val="0"/>
        </w:rPr>
        <w:t>.</w:t>
      </w:r>
    </w:p>
    <w:p>
      <w:pPr>
        <w:spacing w:after="80"/>
      </w:pPr>
      <w:r>
        <w:rPr>
          <w:b w:val="0"/>
          <w:i w:val="0"/>
        </w:rPr>
        <w:t>Thuở đầu sự nghiệp, tôi hiếm khi có lợi thế. Điều khiến tôi trở thành một nhà đàm phán hiệu quả không phải là giả vờ ngược lại—nói cách khác, tôi không thấy cần phải thổi phồng. Thay vào đó, tôi cấu trúc các thương vụ sao cho bên kia có thể giảm thiểu rủi ro, từ đó khiến thương vụ trở nên hấp dẫn hơn nhiều với họ. Trong ngắn hạn, điều đó thường có nghĩa là tôi nhận phần thiệt hơn trong thương vụ. Nhưng vì tôi nghĩ trước vài nước đi, tôi yêu cầu những điều khoản sẽ cải thiện thương vụ nếu chúng ta đạt được những cột mốc nhất định, mà vẫn làm lợi cho bên kia. Vì tôi được xem là công bằng, tôi có thể xây dựng những mối quan hệ hợp tác lâu dài.</w:t>
      </w:r>
    </w:p>
    <w:p>
      <w:pPr>
        <w:spacing w:after="80"/>
      </w:pPr>
      <w:r>
        <w:rPr>
          <w:b w:val="0"/>
          <w:i w:val="0"/>
        </w:rPr>
        <w:t>Vào những ngày đầu của công ty đại lý của tôi, một người tên David đến gặp tôi với đề xuất cấp phép phần mềm của anh ta. Anh ta nhờ tôi đàm phán với các công ty bảo hiểm khác thay cho anh. Anh biết rằng càng nhiều người dùng sản phẩm này, cuối cùng nó càng khiến công việc kinh doanh của tôi hiệu quả hơn. Vì phần mềm của anh là tốt nhất trong loại và là thứ anh biết tôi cần, anh đẩy mọi thứ tới giới hạn. Ngoài việc nhờ tôi giúp với các công ty khác, anh còn muốn tôi trả 50.000 đô để cấp phép phần mềm. Vì giá "bán lẻ" cao hơn một chút, anh chào mời như thể đang làm ơn cho tôi.</w:t>
      </w:r>
    </w:p>
    <w:p>
      <w:pPr>
        <w:spacing w:after="80"/>
      </w:pPr>
      <w:r>
        <w:rPr>
          <w:b w:val="0"/>
          <w:i w:val="0"/>
        </w:rPr>
        <w:t xml:space="preserve">Tôi nghĩ David thật táo tợn khi vừa bán sản phẩm cho tôi </w:t>
      </w:r>
      <w:r>
        <w:rPr>
          <w:b w:val="0"/>
          <w:i/>
        </w:rPr>
        <w:t>vừa</w:t>
      </w:r>
      <w:r>
        <w:rPr>
          <w:b w:val="0"/>
          <w:i w:val="0"/>
        </w:rPr>
        <w:t xml:space="preserve"> tận dụng các mối quan hệ của tôi trong ngành. Nhưng giống như một kiện tướng cờ không để lộ nước đi tương lai của mình, tôi im lặng. Thực tế là tôi cần phần mềm đó, và với tình hình tiền mặt của mình, tôi vui vẻ nhận được giảm giá. Hơn nữa, dù David dường như đang nhờ tôi giúp một việc, việc các công ty khác dùng cùng phần mềm với chúng tôi cũng có lợi cho công việc kinh doanh của tôi. David chào mời như một thương vụ đôi bên cùng thắng, và điều đó hoàn toàn có cơ sở. Thành thật mà nói, nếu tất cả đối tác của chúng tôi chấp nhận phần mềm vào thời điểm đó, chúng tôi biết mình có thể giảm đáng kể thời gian xử lý hợp đồng (bạn biết tôi cảm nhận thế nào về tốc độ rồi đấy!) và giảm đáng kể chi phí nhân công.</w:t>
      </w:r>
    </w:p>
    <w:p>
      <w:pPr>
        <w:spacing w:after="80"/>
      </w:pPr>
      <w:r>
        <w:rPr>
          <w:b w:val="0"/>
          <w:i w:val="0"/>
        </w:rPr>
        <w:t>Đây là lúc việc hiểu rõ lợi thế phát huy tác dụng. Thứ nhất, tôi không chia sẻ hết suy nghĩ của mình với David. Nếu anh ta biết tôi đang nghĩ gì thì chỉ làm hại lợi thế của tôi. Và phải công nhận David đã chào mời khéo léo đến mức vị chủ tịch của tôi (lúc bấy giờ) nói với tôi rằng đó là một cơ hội tốt. Anh ấy có thể đúng một phần, nhưng tôi vẫn sững sờ. Đôi khi trong một tổ chức, một lãnh đạo cấp cao có thể không coi trọng tiền trong ngân hàng như người sáng lập. Năm mươi ngàn có thể không có vẻ gì to tát với anh ấy, nhưng anh ấy đâu phải người ký tấm séc.</w:t>
      </w:r>
    </w:p>
    <w:p>
      <w:pPr>
        <w:spacing w:after="80"/>
      </w:pPr>
      <w:r>
        <w:rPr>
          <w:b w:val="0"/>
          <w:i w:val="0"/>
        </w:rPr>
        <w:t>Tôi nhờ đồng nghiệp sắp xếp một cuộc gọi với David. Cuộc gọi chỉ kéo dài bốn phút. Tôi chỉ đơn giản nói rõ cách tôi nhìn nhận đề xuất của David. "Để tôi nói cho rõ nhé," tôi nói. "Anh muốn tôi dùng uy tín của mình để đàm phán thay anh với các hãng bảo hiểm, vậy mà anh vẫn muốn thu của tôi năm mươi ngàn cho phần mềm của anh?" Tôi im lặng vài nhịp để điều đó thấm vào. Rồi tôi nói: "Điều đó sẽ không xảy ra trừ khi anh miễn toàn bộ khoản phí. Anh có thể cho người của tôi biết nếu anh thấy thoải mái với điều đó, còn nếu không, tôi hiểu. Anh có câu hỏi nào không?"</w:t>
      </w:r>
    </w:p>
    <w:p>
      <w:pPr>
        <w:spacing w:after="80"/>
      </w:pPr>
      <w:r>
        <w:rPr>
          <w:b w:val="0"/>
          <w:i w:val="0"/>
        </w:rPr>
        <w:t>Sau năm giây im lặng, ông ấy nói: “Không.”</w:t>
      </w:r>
    </w:p>
    <w:p>
      <w:pPr>
        <w:spacing w:after="80"/>
      </w:pPr>
      <w:r>
        <w:rPr>
          <w:b w:val="0"/>
          <w:i w:val="0"/>
        </w:rPr>
        <w:t>Bạn có thể nghĩ rằng tôi liều lĩnh khi đưa ra lập trường cứng rắn như vậy. Nhưng vì tôi đã tuân theo các nguyên tắc chuẩn bị của riêng mình, tôi đã đặt mình vào vị trí của ông ấy để nhìn thương vụ từ góc nhìn của ông. Khi làm vậy, tôi thấy được ông ấy sẽ được lợi bao nhiêu nếu tôi dùng hết các mối quan hệ của mình để đàm phán thay cho ông. Tôi đoán rằng ông ấy đủ thông minh (hãy hiểu đối thủ của bạn!) để suy nghĩ như một bậc thầy cờ vua và nhận ra rằng việc miễn khoản năm mươi ngàn cho tôi chẳng có nghĩa lý gì về lâu dài, vì tôi có thể giúp ông ấy giành được rất nhiều khách hàng mới. Tôi dùng đó làm đòn bẩy và đưa ra yêu cầu của mình.</w:t>
      </w:r>
    </w:p>
    <w:p>
      <w:pPr>
        <w:spacing w:after="80"/>
      </w:pPr>
      <w:r>
        <w:rPr>
          <w:b w:val="0"/>
          <w:i w:val="0"/>
        </w:rPr>
        <w:t>Màn thể hiện quyền lực đó kết thúc thế nào?</w:t>
      </w:r>
    </w:p>
    <w:p>
      <w:pPr>
        <w:spacing w:after="80"/>
      </w:pPr>
      <w:r>
        <w:rPr>
          <w:b w:val="0"/>
          <w:i w:val="0"/>
        </w:rPr>
        <w:t>Đến giờ tôi đã chia sẻ với bạn đủ nhiều thất bại của mình để có thể ngồi đây với nụ cười trên môi và kể về thành công này.</w:t>
      </w:r>
    </w:p>
    <w:p>
      <w:pPr>
        <w:spacing w:after="80"/>
      </w:pPr>
      <w:r>
        <w:rPr>
          <w:b w:val="0"/>
          <w:i w:val="0"/>
        </w:rPr>
        <w:t>David không chỉ chấp nhận các điều khoản của tôi và miễn khoản phí, mà còn kể câu chuyện này cho bạn của ông là Greg, người điều hành một công ty cổ phần tư nhân. David nói với ông ấy rằng tôi có đủ bản lĩnh để cạnh tranh trên thương trường. Kết quả là Greg đầu tư 10 triệu đô-la vào vòng gọi vốn tiếp theo của chúng tôi.</w:t>
      </w:r>
    </w:p>
    <w:p>
      <w:pPr>
        <w:spacing w:after="80"/>
      </w:pPr>
      <w:r>
        <w:rPr>
          <w:b w:val="0"/>
          <w:i w:val="0"/>
        </w:rPr>
        <w:t>Sao tất cả điều đó lại có thể xảy ra?</w:t>
      </w:r>
    </w:p>
    <w:p>
      <w:pPr>
        <w:spacing w:after="80"/>
      </w:pPr>
      <w:r>
        <w:rPr>
          <w:b w:val="0"/>
          <w:i w:val="0"/>
        </w:rPr>
        <w:t>Khi bạn tự tin về khả năng thực hiện của mình và cam kết làm đến cùng, bạn có thể đẩy giới hạn lên cao. Nếu bạn không thực hiện được, bạn chỉ là một kẻ khoác lác kiêu ngạo mà thôi. Chính việc thực hiện đúng những lời hứa của bạn mới mang lại cho bạn sự tôn trọng trên thương trường.</w:t>
      </w:r>
    </w:p>
    <w:p>
      <w:pPr>
        <w:pStyle w:val="Heading3"/>
      </w:pPr>
      <w:r>
        <w:rPr>
          <w:rFonts w:ascii="Calibri" w:hAnsi="Calibri"/>
          <w:b/>
          <w:i w:val="0"/>
          <w:sz w:val="26"/>
        </w:rPr>
        <w:t>Cách để chiến thắng: Hãy để đối phương nghĩ rằng họ đã thắng</w:t>
      </w:r>
    </w:p>
    <w:p>
      <w:pPr>
        <w:spacing w:after="80"/>
      </w:pPr>
      <w:r>
        <w:rPr>
          <w:b w:val="0"/>
          <w:i w:val="0"/>
        </w:rPr>
        <w:t>Trong kinh doanh, bạn sẽ gặp và làm việc với đủ kiểu người vô cùng đa dạng. Có người xuất sắc, có người kiêu ngạo, có người kỳ quặc, và có người điên rồ. Khả năng làm việc hiệu quả với nhiều cá nhân khác nhau—khách hàng, nhân viên, đối tác kinh doanh, nhà đầu tư—là điều then chốt để thành công. Phần lớn khả năng đó nằm ở việc đánh giá con người thật nhanh và học cách xây dựng những mối quan hệ làm việc vững chắc.</w:t>
      </w:r>
    </w:p>
    <w:p>
      <w:pPr>
        <w:spacing w:after="80"/>
      </w:pPr>
      <w:r>
        <w:rPr>
          <w:b w:val="0"/>
          <w:i w:val="0"/>
        </w:rPr>
        <w:t xml:space="preserve">Ranh giới giữa điên rồ và xuất sắc, giữa gàn dở và thành công đến mức điên rồ, rất mong manh. Ngoài </w:t>
      </w:r>
      <w:r>
        <w:rPr>
          <w:b w:val="0"/>
          <w:i/>
        </w:rPr>
        <w:t>The Hypomanic Edge</w:t>
      </w:r>
      <w:r>
        <w:rPr>
          <w:b w:val="0"/>
          <w:i w:val="0"/>
        </w:rPr>
        <w:t xml:space="preserve"> của John Gartner, tôi giới thiệu </w:t>
      </w:r>
      <w:r>
        <w:rPr>
          <w:b w:val="0"/>
          <w:i/>
        </w:rPr>
        <w:t>A First-Rate Madness: Uncovering the Links Between Leadership and Mental Illness</w:t>
      </w:r>
      <w:r>
        <w:rPr>
          <w:b w:val="0"/>
          <w:i w:val="0"/>
        </w:rPr>
        <w:t xml:space="preserve"> của Nassir Ghaemi. Những cuốn sách này sẽ giúp bạn thấy được cách mà nhiều người trong nhóm 1 phần trăm của 1 phần trăm suy nghĩ khác biệt. Hầu hết họ được "lập trình" khác đi, và bạn cần hiểu cách "lập trình" đó để đối phó với họ một cách hiệu quả.</w:t>
      </w:r>
    </w:p>
    <w:p>
      <w:pPr>
        <w:spacing w:after="80"/>
      </w:pPr>
      <w:r>
        <w:rPr>
          <w:b w:val="0"/>
          <w:i w:val="0"/>
        </w:rPr>
        <w:t>Bạn sẽ cần học cách đàm phán với những kiểu người này. Lúc đầu bạn sẽ cảm thấy như đang ở trong một căn phòng đầy những kẻ tự cao tự đại chẳng có chút cảm xúc nào. Bạn vẫn phải tìm ra cách đối phó với họ vì họ sẽ không biến mất đâu. Và rất có thể nếu bạn đang đọc cuốn này và bạn tuyệt đối quyết tâm vươn tới đẳng cấp cao nhất, thì có lẽ bạn cũng hơi "gàn" một chút.</w:t>
      </w:r>
    </w:p>
    <w:p>
      <w:pPr>
        <w:spacing w:after="80"/>
      </w:pPr>
      <w:r>
        <w:rPr>
          <w:b w:val="0"/>
          <w:i w:val="0"/>
        </w:rPr>
        <w:t>Tôi thì chắc chắn không chỉ hơi "gàn" một chút. Và vì tôi muốn sẵn sàng để đạt tới đẳng cấp của 1 phần trăm của 1 phần trăm, tôi nghiên cứu bất kỳ ai và bất kỳ điều gì có thể giúp mình.</w:t>
      </w:r>
    </w:p>
    <w:p>
      <w:pPr>
        <w:spacing w:after="80"/>
      </w:pPr>
      <w:r>
        <w:rPr>
          <w:b w:val="0"/>
          <w:i w:val="0"/>
        </w:rPr>
        <w:t>Nếu bạn có thể bước ra khỏi cái tôi của mình, bạn sẽ nhận ra rằng bạn thường thắng bằng cách để người khác cũng thắng. Đôi khi, việc để người khác nghĩ rằng những ý tưởng tuyệt vời của bạn thực ra là của họ cũng rất có lợi. Hãy chuyển từ thế giới Mafia sang một thế giới cũng đầy áp lực khác, ngành quỹ đầu cơ (hedge fund), để xem điều đó vận hành thế nào.</w:t>
      </w:r>
    </w:p>
    <w:p>
      <w:pPr>
        <w:spacing w:after="80"/>
      </w:pPr>
      <w:r>
        <w:rPr>
          <w:b w:val="0"/>
          <w:i w:val="0"/>
        </w:rPr>
        <w:t>Khi Darius thời trẻ đang làm việc tại một quỹ đầu cơ, ông chủ của anh chẳng khác nào John Gotti. Ông ta (chúng ta sẽ gọi là Dale) có tiếng tăm lớn và cái tôi còn lớn hơn. Darius dành hàng tháng trời để nghiên cứu các ý tưởng và tìm kiếm cơ hội chênh lệch giá (arbitrage) trên thị trường. Khi cuối cùng anh có một ý tưởng với dữ liệu hoàn hảo chống lưng, anh sẽ bước vào văn phòng của Dale và giải thích khoản đầu tư từ mọi góc độ. Cả phần nghiên cứu lẫn phần trình bày của anh đều xứng đáng nhận giải Oscar. Anh thông minh, chuẩn bị kỹ càng và có sức thuyết phục.</w:t>
      </w:r>
    </w:p>
    <w:p>
      <w:pPr>
        <w:spacing w:after="80"/>
      </w:pPr>
      <w:r>
        <w:rPr>
          <w:b w:val="0"/>
          <w:i w:val="0"/>
        </w:rPr>
        <w:t>Thế mà lần nào ông chủ cũng nói không.</w:t>
      </w:r>
    </w:p>
    <w:p>
      <w:pPr>
        <w:spacing w:after="80"/>
      </w:pPr>
      <w:r>
        <w:rPr>
          <w:b w:val="0"/>
          <w:i w:val="0"/>
        </w:rPr>
        <w:t>Điều đó khiến Darius phát điên. Anh mổ xẻ bài thuyết trình của mình từ mọi góc độ mà vẫn không thể nào hiểu nổi mình đã sai ở đâu. Anh thất vọng đến mức suýt nghỉ việc. Sự thật là Darius có một điểm mù, và chỉ vì quyết tâm nhìn ra nó mà anh mới bắt đầu tìm kiếm. Trong một cuộc họp đầu tư của nhóm, anh để ý thấy một đồng nghiệp nói rất ít và luôn đẩy lời khen ngợi về phía Dale. Vì Darius biết rằng đồng nghiệp đó là người nghĩ ra nhiều ý tưởng, anh vô cùng kinh ngạc khi chúng được trình bày như thể là của Dale.</w:t>
      </w:r>
    </w:p>
    <w:p>
      <w:pPr>
        <w:spacing w:after="80"/>
      </w:pPr>
      <w:r>
        <w:rPr>
          <w:b w:val="0"/>
          <w:i w:val="0"/>
        </w:rPr>
        <w:t>Đó chính là “khoảnh khắc Aha!” của anh ấy.</w:t>
      </w:r>
    </w:p>
    <w:p>
      <w:pPr>
        <w:spacing w:after="80"/>
      </w:pPr>
      <w:r>
        <w:rPr>
          <w:b w:val="0"/>
          <w:i w:val="0"/>
        </w:rPr>
        <w:t>Lần sau khi Darius có một ý tưởng, anh dùng một cách tiếp cận khác. Thay vì bước vào văn phòng của Dale với những đề xuất, anh bước vào với những câu hỏi. Thay vì tỏ ra tự tin, anh tỏ ra bối rối. “Dale, tôi để ý thấy đường cong lợi suất (yield curve) đang bắt đầu phẳng dần.”</w:t>
      </w:r>
    </w:p>
    <w:p>
      <w:pPr>
        <w:spacing w:after="80"/>
      </w:pPr>
      <w:r>
        <w:rPr>
          <w:b w:val="0"/>
          <w:i w:val="0"/>
        </w:rPr>
        <w:t>“Ý anh là gì?” Dale hỏi.</w:t>
      </w:r>
    </w:p>
    <w:p>
      <w:pPr>
        <w:spacing w:after="80"/>
      </w:pPr>
      <w:r>
        <w:rPr>
          <w:b w:val="0"/>
          <w:i w:val="0"/>
        </w:rPr>
        <w:t>“Tôi cũng để ý thấy trái phiếu kho bạc kỳ hạn mười năm đang được định giá cao hơn mức trung bình lịch sử của chúng.”</w:t>
      </w:r>
    </w:p>
    <w:p>
      <w:pPr>
        <w:spacing w:after="80"/>
      </w:pPr>
      <w:r>
        <w:rPr>
          <w:b w:val="0"/>
          <w:i w:val="0"/>
        </w:rPr>
        <w:t>“Điều đó chẳng có nghĩa lý gì cả,” Dale nói.</w:t>
      </w:r>
    </w:p>
    <w:p>
      <w:pPr>
        <w:spacing w:after="80"/>
      </w:pPr>
      <w:r>
        <w:rPr>
          <w:b w:val="0"/>
          <w:i w:val="0"/>
        </w:rPr>
        <w:t>“Tôi cũng không thể hiểu nổi,” Darius rụt rè đáp. “Chỉ có vẻ như có gì đó không ổn.”</w:t>
      </w:r>
    </w:p>
    <w:p>
      <w:pPr>
        <w:spacing w:after="80"/>
      </w:pPr>
      <w:r>
        <w:rPr>
          <w:b w:val="0"/>
          <w:i w:val="0"/>
        </w:rPr>
        <w:t>“Cậu chắc chắn là có gì đó không ổn rồi. Chúng ta cần bán khống (short) trái phiếu kho bạc kỳ hạn mười năm.”</w:t>
      </w:r>
    </w:p>
    <w:p>
      <w:pPr>
        <w:spacing w:after="80"/>
      </w:pPr>
      <w:r>
        <w:rPr>
          <w:b w:val="0"/>
          <w:i w:val="0"/>
        </w:rPr>
        <w:t>“Tôi đoán là ông đúng. Không hiểu sao tôi lại bỏ lỡ điều đó.”</w:t>
      </w:r>
    </w:p>
    <w:p>
      <w:pPr>
        <w:spacing w:after="80"/>
      </w:pPr>
      <w:r>
        <w:rPr>
          <w:b w:val="0"/>
          <w:i w:val="0"/>
        </w:rPr>
        <w:t>“Ta đúng. Ta vẫn luôn nói với mấy cậu trai trẻ rằng phải mất ba mươi năm mới trở thành người thành công chỉ sau một đêm. Giờ thì ra khỏi đây và bán khống mấy cái trái phiếu mười năm đó đi.”</w:t>
      </w:r>
    </w:p>
    <w:p>
      <w:pPr>
        <w:spacing w:after="80"/>
      </w:pPr>
      <w:r>
        <w:rPr>
          <w:b w:val="0"/>
          <w:i w:val="0"/>
        </w:rPr>
        <w:t>Với những gì bạn đã biết về các màn thao túng quyền lực, câu chuyện (có thật) này hẳn phải dễ hiểu. Bởi vì Darius cuối cùng đã tìm ra cách suy nghĩ như một bậc thầy cờ, anh có thể thực hiện một loạt nước đi—và đặt một loạt câu hỏi—dẫn dắt Dale đến nơi mà Darius muốn ông ta đi.</w:t>
      </w:r>
    </w:p>
    <w:p>
      <w:pPr>
        <w:spacing w:after="80"/>
      </w:pPr>
      <w:r>
        <w:rPr>
          <w:b w:val="0"/>
          <w:i w:val="0"/>
        </w:rPr>
        <w:t>Mafia là một tổ chức hấp dẫn. Dù tôi không ủng hộ phần lớn những gì họ làm, tôi đã học được những bài học quan trọng từ cách họ vận hành. Dù chúng ta có thể thích đùa và nói rằng, “Hãy đưa cho hắn một lời đề nghị mà hắn không thể từ chối,” tôi mong bạn đưa điều này lên một tầm cao khác. Bằng cách chuẩn bị như một tay xã hội đen, bạn sẽ hiểu được mức độ quan trọng của bất kỳ cuộc gặp nào và làm mọi thứ có thể để thành công trước cả khi cuộc gặp bắt đầu. Một lời đề nghị làm giàu cho cả bạn lẫn đối phương—đó mới là lời đề nghị không ai có thể từ chối.</w:t>
      </w:r>
    </w:p>
    <w:p>
      <w:pPr>
        <w:jc w:val="center"/>
      </w:pPr>
      <w:r>
        <w:drawing>
          <wp:inline xmlns:a="http://schemas.openxmlformats.org/drawingml/2006/main" xmlns:pic="http://schemas.openxmlformats.org/drawingml/2006/picture">
            <wp:extent cx="1333500" cy="85725"/>
            <wp:docPr id="42" name="Picture 42"/>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2"/>
      </w:pPr>
      <w:r>
        <w:rPr>
          <w:rFonts w:ascii="Calibri" w:hAnsi="Calibri"/>
          <w:b/>
          <w:i w:val="0"/>
          <w:sz w:val="32"/>
        </w:rPr>
        <w:t xml:space="preserve">15 </w:t>
      </w:r>
      <w:r>
        <w:rPr>
          <w:rFonts w:ascii="Calibri" w:hAnsi="Calibri"/>
          <w:b/>
          <w:i w:val="0"/>
          <w:sz w:val="32"/>
        </w:rPr>
        <w:t>Trau dồi quyền lực của bạn, và luôn trong tư thế sẵn sàng chiến đấu</w:t>
      </w:r>
    </w:p>
    <w:p>
      <w:pPr>
        <w:spacing w:after="80"/>
      </w:pPr>
      <w:r>
        <w:rPr>
          <w:b w:val="0"/>
          <w:i w:val="0"/>
        </w:rPr>
        <w:t>Nếu một người tự hào về sự giàu có của mình, thì không nên ca ngợi anh ta cho đến khi biết anh ta dùng nó như thế nào.</w:t>
      </w:r>
    </w:p>
    <w:p>
      <w:pPr>
        <w:spacing w:after="80"/>
        <w:jc w:val="right"/>
      </w:pPr>
      <w:r>
        <w:rPr>
          <w:b w:val="0"/>
          <w:i w:val="0"/>
        </w:rPr>
        <w:t>—Socrates</w:t>
      </w:r>
    </w:p>
    <w:p>
      <w:pPr>
        <w:spacing w:after="80"/>
      </w:pPr>
      <w:r>
        <w:rPr>
          <w:b w:val="0"/>
          <w:i w:val="0"/>
        </w:rPr>
        <w:t>Ai cũng thích bạn cho đến khi bạn trở thành đối thủ, đặc biệt nếu bạn là một đối thủ đáng gờm. Khi tôi khởi nghiệp, tất cả những người cổ vũ đều xếp hàng chúc tôi thành công. Người ta chỉ yêu thích một câu chuyện về kẻ yếu thế ấm áp và dễ thương. Một khi công ty tôi thực sự bắt đầu phát triển, kẻ thù xuất hiện từ khắp nơi. Người ta bắt đầu chặn tôi trên mạng xã hội. Tin đồn được lan truyền; họ gọi tôi là Darth Bet-David. Những người trong ngành của tôi, như bạn đã biết, đã làm mọi thứ có thể để đánh sập tôi.</w:t>
      </w:r>
    </w:p>
    <w:p>
      <w:pPr>
        <w:spacing w:after="80"/>
      </w:pPr>
      <w:r>
        <w:rPr>
          <w:b w:val="0"/>
          <w:i w:val="0"/>
        </w:rPr>
        <w:t>Duy trì vị thế một doanh nhân thành công, năm này qua năm khác, là thử thách tối thượng.</w:t>
      </w:r>
    </w:p>
    <w:p>
      <w:pPr>
        <w:spacing w:after="80"/>
      </w:pPr>
      <w:r>
        <w:rPr>
          <w:b w:val="0"/>
          <w:i w:val="0"/>
        </w:rPr>
        <w:t>Trong chương cuối này, tôi muốn bạn học hỏi thêm nhiều điều về đòn bẩy (leverage). Tôi muốn bạn thấy việc có nhiều lựa chọn sẽ thay đổi tư duy của bạn như thế nào và cuối cùng đưa bạn đến vị trí của quyền lực. Tôi muốn cho bạn thấy rằng việc hỏi bạn có thể giúp gì cho người khác trước khi đòi hỏi điều gì đó đáp lại sẽ thay đổi mọi tương tác của bạn.</w:t>
      </w:r>
    </w:p>
    <w:p>
      <w:pPr>
        <w:spacing w:after="80"/>
      </w:pPr>
      <w:r>
        <w:rPr>
          <w:b w:val="0"/>
          <w:i w:val="0"/>
        </w:rPr>
        <w:t>Chúng ta sẽ mở rộng nhiều chủ đề đã đề cập trước đó. Vì bạn cần con người để mở rộng công ty—và bạn cần những mối quan hệ viên mãn để tận hưởng cuộc sống—chúng ta sẽ đi sâu và giải thích cách bạn có thể dẫn dắt mọi người trở thành phiên bản tốt nhất của chính họ. Đừng hiểu lầm "động lực" (drive) là bạn chính là người cầm lái. Thay vào đó, bạn cần hiểu điều gì thúc đẩy con người, nhận ra rằng điều đó khác nhau ở mỗi người, và dùng khả năng lãnh đạo của mình để hỗ trợ họ cầm lái.</w:t>
      </w:r>
    </w:p>
    <w:p>
      <w:pPr>
        <w:pStyle w:val="Heading3"/>
      </w:pPr>
      <w:r>
        <w:rPr>
          <w:rFonts w:ascii="Calibri" w:hAnsi="Calibri"/>
          <w:b/>
          <w:i w:val="0"/>
          <w:sz w:val="26"/>
        </w:rPr>
        <w:t>Quyền lực thực sự là có nhiều lựa chọn</w:t>
      </w:r>
    </w:p>
    <w:p>
      <w:pPr>
        <w:spacing w:after="80"/>
      </w:pPr>
      <w:r>
        <w:rPr>
          <w:b w:val="0"/>
          <w:i w:val="0"/>
        </w:rPr>
        <w:t xml:space="preserve">Đòn bẩy là một yếu tố quan trọng đến mức chúng ta cần đào sâu hơn để hiểu rõ nó. Người thực sự nắm đòn bẩy là </w:t>
      </w:r>
      <w:r>
        <w:rPr>
          <w:b w:val="0"/>
          <w:i/>
        </w:rPr>
        <w:t>người ít cần thương vụ đó nhất</w:t>
      </w:r>
      <w:r>
        <w:rPr>
          <w:b w:val="0"/>
          <w:i w:val="0"/>
        </w:rPr>
        <w:t>. Lựa chọn mang lại cho bạn quyền lực. Nếu bạn có thể bỏ đi khỏi một thương vụ, bạn đang ở vị trí tốt nhất để đàm phán những điều khoản tốt nhất. Nếu bạn buộc phải làm cho thương vụ thành công, bạn sẽ phụ thuộc vào quyền lực của người khác, và có lẽ bạn sẽ có một thương vụ tồi tệ.</w:t>
      </w:r>
    </w:p>
    <w:p>
      <w:pPr>
        <w:spacing w:after="80"/>
      </w:pPr>
      <w:r>
        <w:rPr>
          <w:b w:val="0"/>
          <w:i w:val="0"/>
        </w:rPr>
        <w:t>Đó là một khái niệm hiển nhiên. Câu hỏi là làm sao đưa nó vào thực tế. Câu trả lời ngắn gọn là: bất cứ khi nào có thể, hãy nuôi dưỡng nhiều lựa chọn. Thay vì tìm kiếm ngôi nhà mơ ước duy nhất đó (ý tưởng tương tự cũng áp dụng cho xe hơi, tòa nhà văn phòng, và một nhân sự chủ chốt), hãy khảo sát thị trường và tìm ba lựa chọn mà bạn sẽ thấy hài lòng. Rồi khi bạn tiến hành thương vụ với lựa chọn hàng đầu của mình, bạn sẽ có lợi thế, vì bạn có những lựa chọn khác cũng sẽ khiến bạn hài lòng. Nếu bạn cảm nhận được rằng bạn là lựa chọn duy nhất của người bán, lúc đó bạn thực sự có đòn bẩy.</w:t>
      </w:r>
    </w:p>
    <w:p>
      <w:pPr>
        <w:spacing w:after="80"/>
      </w:pPr>
      <w:r>
        <w:rPr>
          <w:b w:val="0"/>
          <w:i w:val="0"/>
        </w:rPr>
        <w:t>Tôi biết những doanh nhân theo đuổi một khách hàng lớn, hy vọng nó sẽ giải quyết mọi vấn đề của họ. Họ nghĩ rằng đưa sản phẩm vào Costco, Target, hay Walmart sẽ có nghĩa là họ có thể ngừng tìm kiếm khách hàng. Có thể một thương vụ như vậy sẽ trở thành viên đạn thần kỳ của bạn—trong một tháng hoặc thậm chí một hai năm. Tuy nhiên, cuối cùng, khách hàng lớn đó sẽ dùng đòn bẩy của họ để tước đi quyền lực của bạn.</w:t>
      </w:r>
    </w:p>
    <w:p>
      <w:pPr>
        <w:spacing w:after="80"/>
      </w:pPr>
      <w:r>
        <w:rPr>
          <w:b w:val="0"/>
          <w:i w:val="0"/>
        </w:rPr>
        <w:t>Bạn phải chịu đựng bao nhiêu nỗi dằn vặt tinh thần khi lo lắng về việc mất đi một khách hàng chủ chốt hay một nhân viên quý giá? Giờ hãy tìm lý do sâu xa nhất của bạn. Lý do thực sự là bạn không biết liệu mình có thể tồn tại nếu mất khách hàng hay nhân viên đó không. Kết quả là, bạn đã tự trao đi quyền lực của mình rồi.</w:t>
      </w:r>
    </w:p>
    <w:p>
      <w:pPr>
        <w:spacing w:after="80"/>
      </w:pPr>
      <w:r>
        <w:rPr>
          <w:b w:val="0"/>
          <w:i w:val="0"/>
        </w:rPr>
        <w:t>Tôi là cố vấn cho công ty của Bobby, công ty đang đạt doanh thu 8 triệu đô la mỗi năm. Trên giấy tờ, việc kinh doanh của anh ấy trông rất tuyệt. Chỉ có một vấn đề: 5 triệu đô la doanh thu của anh ấy đến từ một khách hàng duy nhất. Trong một thời gian, khách hàng đó hài lòng và cuộc sống thật tuyệt vời. Theo thời gian, khách hàng đó liên tục đòi hỏi thêm nhượng bộ. Và tại sao Bobby không phản kháng? Vì anh ấy không có lựa chọn nào khác. Dù người ta có nói nhiều về việc làm bộ làm tịch và lừa phỉnh—điều này có thể có chỗ đứng của nó—mọi người đều biết ai nắm quyền lực trong một mối quan hệ. Khách hàng liên tục đòi những điều khoản ngày càng tốt hơn, kèm theo một lời đe dọa ngầm: nếu bạn không cho chúng tôi điều chúng tôi muốn, chúng tôi sẽ mang việc kinh doanh đi nơi khác.</w:t>
      </w:r>
    </w:p>
    <w:p>
      <w:pPr>
        <w:spacing w:after="80"/>
      </w:pPr>
      <w:r>
        <w:rPr>
          <w:b w:val="0"/>
          <w:i w:val="0"/>
        </w:rPr>
        <w:t>Đến giờ chúng ta đều được cho là những bậc thầy cờ trong kinh doanh rồi. Chúng ta lẽ ra phải nghĩ ra nước đi hoàn hảo để đưa Bobby ra khỏi tình thế khó khăn này. Thực tế, đó chính là điều anh ấy nhờ tôi làm. Tuy nhiên, vấn đề là những nước đi mà anh ấy đã không thực hiện nhiều năm trước đã đẩy anh ấy vào thế bí đó. Khi anh ấy ngừng tìm kiếm khách hàng, khi anh ấy ngừng phát triển việc kinh doanh, khi anh ấy trở nên tự mãn sau khi giành được khách hàng lớn này, đó là lúc vấn đề của anh ấy bắt đầu.</w:t>
      </w:r>
    </w:p>
    <w:p>
      <w:pPr>
        <w:spacing w:after="80"/>
      </w:pPr>
      <w:r>
        <w:rPr>
          <w:b w:val="0"/>
          <w:i w:val="0"/>
        </w:rPr>
        <w:t>Tôi có một giải pháp dễ dàng cho Bobby. Tôi bảo anh ấy đi tìm thêm nhiều lựa chọn. Đòn bẩy của anh ấy đã mất rồi. Không có nước đi nào anh ấy có thể thực hiện, không có màn làm bộ nào anh ấy có thể diễn, để giữ khách hàng lớn và kiếm dù chỉ một xu lợi nhuận.</w:t>
      </w:r>
    </w:p>
    <w:p>
      <w:pPr>
        <w:spacing w:after="80"/>
      </w:pPr>
      <w:r>
        <w:rPr>
          <w:b w:val="0"/>
          <w:i w:val="0"/>
        </w:rPr>
        <w:t>Tất nhiên, anh ấy không muốn nghe điều đó.</w:t>
      </w:r>
    </w:p>
    <w:p>
      <w:pPr>
        <w:spacing w:after="80"/>
      </w:pPr>
      <w:r>
        <w:rPr>
          <w:b w:val="0"/>
          <w:i w:val="0"/>
        </w:rPr>
        <w:t>Bobby mất khách hàng và từ một doanh nghiệp 8 triệu đô la trở thành doanh nghiệp 3 triệu đô la chỉ sau một đêm. Như thể thế chưa đủ tệ, anh ấy buộc phải bán công ty vì nó không thể duy trì nếu thiếu khách hàng chính. Bạn biết ai đã mua anh ấy không? Đúng vậy, chính khách hàng cũ của anh ấy, và họ loại Bobby ra khỏi việc kinh doanh ngay sau khi thực hiện thương vụ mua lại. Vì Bobby chơi như một kẻ nghiệp dư, không bao giờ nghĩ xa hơn một hai nước đi, anh ấy bị chiếu hết ngay khỏi cuộc chơi kinh doanh.</w:t>
      </w:r>
    </w:p>
    <w:p>
      <w:pPr>
        <w:spacing w:after="80"/>
      </w:pPr>
      <w:r>
        <w:rPr>
          <w:b w:val="0"/>
          <w:i w:val="0"/>
        </w:rPr>
        <w:t>Bài học của câu chuyện? Chìa khóa của quyền lực là có nhiều lựa chọn. Nếu Bobby phân tán doanh thu của mình cho một nhóm khách hàng lớn hơn, anh ấy đã không dễ bị tổn thương đến vậy. Nếu anh ấy phát triển đến mức nhu cầu về sản phẩm của anh ấy vượt quá khả năng sản xuất, anh ấy có thể là người đặt ra các điều khoản. Quyền lực sẽ chuyển dịch, cho Bobby khả năng tăng giá hoặc yêu cầu điều khoản thanh toán nhanh hơn.</w:t>
      </w:r>
    </w:p>
    <w:p>
      <w:pPr>
        <w:spacing w:after="80"/>
      </w:pPr>
      <w:r>
        <w:rPr>
          <w:b w:val="0"/>
          <w:i w:val="0"/>
        </w:rPr>
        <w:t>Có thể trong các mối quan hệ của bạn, bạn sẽ gặp may và tìm được người hoàn hảo rồi sống hạnh phúc mãi mãi, nhưng trong kinh doanh, khách hàng hoàn hảo không tồn tại, dù cô ấy có xinh đẹp hay giàu có đến đâu. Nếu 30 phần trăm hoặc hơn doanh thu của bạn đến từ một nguồn duy nhất, bạn đang gặp rắc rối. Không quan trọng bạn đang kiếm được bao nhiêu tiền. Khi dòng doanh thu của bạn tập trung vào một khách hàng, khách hàng đó nắm quyền kiểm soát.</w:t>
      </w:r>
    </w:p>
    <w:p>
      <w:pPr>
        <w:spacing w:after="80"/>
      </w:pPr>
      <w:r>
        <w:rPr>
          <w:b w:val="0"/>
          <w:i w:val="0"/>
        </w:rPr>
        <w:t>Hãy tạo ra nhiều lựa chọn cho chính mình. Điều này đúng với cả khách hàng lẫn nhân tài. Khi bạn có dồi dào cả hai, bạn sẽ không phải lo lắng liên tục rằng mọi người sẽ rời bỏ bạn. Bạn có thể khiến mình trở nên hấp dẫn hơn với bất kỳ ai nếu bạn giữ mình trong trạng thái tốt. Trong kinh doanh, điều đó có nghĩa là làm việc chăm chỉ hơn, cải thiện nhiều hơn, bền bỉ lâu hơn, và có chiến lược tốt hơn các đối thủ cạnh tranh của bạn.</w:t>
      </w:r>
    </w:p>
    <w:p>
      <w:pPr>
        <w:pStyle w:val="Heading3"/>
      </w:pPr>
      <w:r>
        <w:rPr>
          <w:rFonts w:ascii="Calibri" w:hAnsi="Calibri"/>
          <w:b/>
          <w:i w:val="0"/>
          <w:sz w:val="26"/>
        </w:rPr>
        <w:t>Chơi ván cờ quyền lực dài hạn: Khiêm nhường và Phục vụ</w:t>
      </w:r>
    </w:p>
    <w:p>
      <w:pPr>
        <w:spacing w:after="80"/>
      </w:pPr>
      <w:r>
        <w:rPr>
          <w:b w:val="0"/>
          <w:i w:val="0"/>
        </w:rPr>
        <w:t>Năm 2019, tôi có bài phát biểu cho một nhóm doanh nhân đầy tham vọng tại một sự kiện tên là DRIVEN ở Long Beach, California. Sau khi tôi nói xong, một anh chàng tiến đến chỗ tôi trong khi có bốn mươi người vây quanh, năm chiếc máy quay hướng vào chúng tôi, và anh ta bắt đầu nói. "Tôi phải nói với anh điều này, Pat, nội dung của anh đã thay đổi cuộc đời tôi. Ý tôi là, tôi không còn là con người như trước nữa."</w:t>
      </w:r>
    </w:p>
    <w:p>
      <w:pPr>
        <w:spacing w:after="80"/>
      </w:pPr>
      <w:r>
        <w:rPr>
          <w:b w:val="0"/>
          <w:i w:val="0"/>
        </w:rPr>
        <w:t>Tôi sống vì những khoảnh khắc như thế này. Nghe được nội dung của mình đã giúp ích cho mọi người là một nguồn tự hào to lớn đối với tôi. Đúng lúc tôi đang tận hưởng sự tán dương đó, anh ta đưa cho tôi một tấm danh thiếp và nói: "Tên tôi là Ritchie. Nếu anh muốn mua bất động sản ở Vegas, hãy gọi cho tôi."</w:t>
      </w:r>
    </w:p>
    <w:p>
      <w:pPr>
        <w:spacing w:after="80"/>
      </w:pPr>
      <w:r>
        <w:rPr>
          <w:b w:val="0"/>
          <w:i w:val="0"/>
        </w:rPr>
        <w:t>Tôi dừng anh ta ngay tại đó. "Để tôi hỏi anh một câu," tôi nói. "Anh có biết mình vừa làm gì không?"</w:t>
      </w:r>
    </w:p>
    <w:p>
      <w:pPr>
        <w:spacing w:after="80"/>
      </w:pPr>
      <w:r>
        <w:rPr>
          <w:b w:val="0"/>
          <w:i w:val="0"/>
        </w:rPr>
        <w:t>"Tôi đã làm gì?" anh ta hỏi.</w:t>
      </w:r>
    </w:p>
    <w:p>
      <w:pPr>
        <w:spacing w:after="80"/>
      </w:pPr>
      <w:r>
        <w:rPr>
          <w:b w:val="0"/>
          <w:i w:val="0"/>
        </w:rPr>
        <w:t>Hãy tạm dừng một giây để bạn suy nghĩ xem anh ta đã làm gì. Theo tôi thấy, việc anh ta làm chẳng khác nào bước đến chỗ một người phụ nữ ở quầy bar và nói: "Ôi trời ơi, em xinh quá. Ôi trời, tóc em này. Anh thấy em đã dành thời gian chăm chút cho nó. Lông mày em nữa. Hoàn hảo. Chà. Em đẹp tuyệt vời. Nghe này, nếu em bao giờ muốn lên giường với anh, đây là danh thiếp của anh. Gọi cho anh nhé."</w:t>
      </w:r>
    </w:p>
    <w:p>
      <w:pPr>
        <w:spacing w:after="80"/>
      </w:pPr>
      <w:r>
        <w:rPr>
          <w:b w:val="0"/>
          <w:i w:val="0"/>
        </w:rPr>
        <w:t>Nghe có giống một nước đi đầy quyền lực không?</w:t>
      </w:r>
    </w:p>
    <w:p>
      <w:pPr>
        <w:spacing w:after="80"/>
      </w:pPr>
      <w:r>
        <w:rPr>
          <w:b w:val="0"/>
          <w:i w:val="0"/>
        </w:rPr>
        <w:t>Tôi thích Ritchie. Tôi trân trọng sự nhanh nhẹn đó. Tôi chỉ muốn anh ta thấy cách làm của mình sẽ giết chết mọi cơ hội xây dựng một mối quan hệ lâu dài với tôi. Chắc chắn rồi, cách tiếp cận kiểu "bắn đại" trong kinh doanh hay hẹn hò sẽ giúp bạn thỉnh thoảng bán được một món nếu bạn chơi thuần túy theo kiểu chơi số đông. Ngay cả những người nghiệp dư chỉ nghĩ trước một bước cũng thỉnh thoảng chốt được một thương vụ.</w:t>
      </w:r>
    </w:p>
    <w:p>
      <w:pPr>
        <w:spacing w:after="80"/>
      </w:pPr>
      <w:r>
        <w:rPr>
          <w:b w:val="0"/>
          <w:i w:val="0"/>
        </w:rPr>
        <w:t>Tôi hỏi anh ta: "Anh muốn làm gì ở đây với mối quan hệ này? Hãy nhìn cái lăng kính mà anh đang đeo kìa. Lăng kính duy nhất của anh là nhìn xem anh muốn lấy được gì từ chuyện này."</w:t>
      </w:r>
    </w:p>
    <w:p>
      <w:pPr>
        <w:spacing w:after="80"/>
      </w:pPr>
      <w:r>
        <w:rPr>
          <w:b w:val="0"/>
          <w:i w:val="0"/>
        </w:rPr>
        <w:t>Chúng tôi trò chuyện thêm một chút, và tôi cảm nhận được ở Ritchie đủ sự tò mò và khiêm tốn để kể cho anh ta một câu chuyện.</w:t>
      </w:r>
    </w:p>
    <w:p>
      <w:pPr>
        <w:spacing w:after="80"/>
      </w:pPr>
      <w:r>
        <w:rPr>
          <w:b w:val="0"/>
          <w:i w:val="0"/>
        </w:rPr>
        <w:t>Vào đầu những năm hai mươi tuổi, khi tôi vừa mới bắt đầu bán bảo hiểm, tôi gặp một người có nhiều mối quan hệ tên là Eli. Anh ấy cũng là người Trung Đông, và chúng tôi có vài người bạn chung. Đó không phải là một mối quan hệ kinh doanh; anh ấy giống như một người bạn của gia đình hơn. Chúng tôi trở thành bạn bè, và anh ấy mời tôi đến bữa tiệc sinh nhật lần thứ năm mươi của mình. Bữa tiệc diễn ra tại nhà anh ấy ở một vùng ngoại ô đắt đỏ của LA. Tôi đến bằng chiếc Ford Focus của mình, và tôi thấy một đống xe đẹp đỗ gần nhà. Tôi nhận ra rằng bữa tiệc có thể là một cơ hội kết nối tuyệt vời. Dù vậy, tôi vẫn giữ mình kín đáo. Tôi không nói chuyện kinh doanh hay đưa ra một tấm danh thiếp nào. Tôi thậm chí còn ở lại giúp rửa bát đĩa.</w:t>
      </w:r>
    </w:p>
    <w:p>
      <w:pPr>
        <w:spacing w:after="80"/>
      </w:pPr>
      <w:r>
        <w:rPr>
          <w:b w:val="0"/>
          <w:i w:val="0"/>
        </w:rPr>
        <w:t>Eli và tôi xây dựng một tình bạn. Khi chúng tôi hiểu nhau hơn, tôi hỏi anh ấy: "Tôi có thể giúp gì cho anh? Tôi có thể làm gì để cuộc sống của anh tốt hơn?"</w:t>
      </w:r>
    </w:p>
    <w:p>
      <w:pPr>
        <w:spacing w:after="80"/>
      </w:pPr>
      <w:r>
        <w:rPr>
          <w:b w:val="0"/>
          <w:i w:val="0"/>
        </w:rPr>
        <w:t>Eli xúc động và kể cho tôi rằng con trai anh ấy đã ở tù chín năm. Không ai đến thăm cậu ấy vì nơi đó cách xa bốn tiếng lái xe, gần San Luis Obispo, và đó là một nhà tù khắc nghiệt. "Nếu anh sẵn lòng đi," Eli nói, "điều đó có ý nghĩa cả thế giới đối với tôi. Tôi hiểu nếu anh không muốn, nhưng đó sẽ là một ân huệ lớn mà anh có thể làm cho tôi."</w:t>
      </w:r>
    </w:p>
    <w:p>
      <w:pPr>
        <w:spacing w:after="80"/>
      </w:pPr>
      <w:r>
        <w:rPr>
          <w:b w:val="0"/>
          <w:i w:val="0"/>
        </w:rPr>
        <w:t>Tôi đồng ý. Trước khi đi, tôi phải làm kiểm tra lý lịch, lấy dấu vân tay, đủ cả mọi thứ. Phải mất ba mươi ngày để được cấp phép. Khi có được, tôi lái xe đến đó và dành trọn một ngày với con trai của Eli. Cậu ấy ngồi ở góc phòng và nói những câu như "Gã kia vừa đâm người đó. Hắn bị nhốt trong xà lim vì chuyện này. Gã kia là vua ở khu này." Cậu ấy chỉ vào từng người và kể chuyện cứ như thể chúng tôi là bạn cũ.</w:t>
      </w:r>
    </w:p>
    <w:p>
      <w:pPr>
        <w:spacing w:after="80"/>
      </w:pPr>
      <w:r>
        <w:rPr>
          <w:b w:val="0"/>
          <w:i w:val="0"/>
        </w:rPr>
        <w:t>Chúng tôi trở thành bạn qua thư, viết thư qua lại. Không phải email, mà là thư tay! Tôi đã thực hiện chuyến lái xe bốn tiếng đó thêm vài lần nữa. Sau lần thăm đầu tiên, Eli gọi cho tôi và nói: "Anh không biết điều anh làm cho tôi quan trọng đến mức nào đâu."</w:t>
      </w:r>
    </w:p>
    <w:p>
      <w:pPr>
        <w:spacing w:after="80"/>
      </w:pPr>
      <w:r>
        <w:rPr>
          <w:b w:val="0"/>
          <w:i w:val="0"/>
        </w:rPr>
        <w:t>Tôi nói: "Anh bạn, bất cứ lúc nào."</w:t>
      </w:r>
    </w:p>
    <w:p>
      <w:pPr>
        <w:spacing w:after="80"/>
      </w:pPr>
      <w:r>
        <w:rPr>
          <w:b w:val="0"/>
          <w:i w:val="0"/>
        </w:rPr>
        <w:t>Chúng tôi gặp nhau ăn trưa tại nhà anh ấy, và anh ấy hỏi: "Tôi có thể giúp gì cho anh?"</w:t>
      </w:r>
    </w:p>
    <w:p>
      <w:pPr>
        <w:spacing w:after="80"/>
      </w:pPr>
      <w:r>
        <w:rPr>
          <w:b w:val="0"/>
          <w:i w:val="0"/>
        </w:rPr>
        <w:t>Lúc đó tôi mới nói với Eli rằng tôi là cố vấn tài chính và đang tìm khách hàng.</w:t>
      </w:r>
    </w:p>
    <w:p>
      <w:pPr>
        <w:spacing w:after="80"/>
      </w:pPr>
      <w:r>
        <w:rPr>
          <w:b w:val="0"/>
          <w:i w:val="0"/>
        </w:rPr>
        <w:t>Ông ấy đưa tôi một danh sách sáu trăm cái tên và bảo tôi có thể dùng tên ông khi gọi cho họ.</w:t>
      </w:r>
    </w:p>
    <w:p>
      <w:pPr>
        <w:spacing w:after="80"/>
      </w:pPr>
      <w:r>
        <w:rPr>
          <w:b w:val="0"/>
          <w:i w:val="0"/>
        </w:rPr>
        <w:t>Ở thời điểm đó trong sự nghiệp, tôi đã trải nghiệm sự khác biệt giữa gọi điện lạnh (cold call) (phần lớn là bị cúp máy) và những lời giới thiệu (thường dẫn đến các cuộc gặp).</w:t>
      </w:r>
    </w:p>
    <w:p>
      <w:pPr>
        <w:spacing w:after="80"/>
      </w:pPr>
      <w:r>
        <w:rPr>
          <w:b w:val="0"/>
          <w:i w:val="0"/>
        </w:rPr>
        <w:t>Một trong những người đó dẫn tôi đến gặp một người, người này giới thiệu tôi với một người, người đó lại giới thiệu tôi với một người, người đó lại giới thiệu tôi với một người, người đó lại giới thiệu tôi với một người, và cuối cùng người này mang về cho tôi 30 triệu đô la.</w:t>
      </w:r>
    </w:p>
    <w:p>
      <w:pPr>
        <w:spacing w:after="80"/>
      </w:pPr>
      <w:r>
        <w:rPr>
          <w:b w:val="0"/>
          <w:i w:val="0"/>
        </w:rPr>
        <w:t>Khi tôi kể xong câu chuyện, Ritchie có vẻ mặt khác hẳn. Tôi nói với anh ấy: "Thấy chưa, nếu ngay từ ngày đầu tôi đến gặp ông ấy và nói, 'Ông có thể kiếm cho tôi vài khách hàng tiềm năng không?', anh có tưởng tượng được chuyện gì sẽ xảy ra không? Ông ấy sẽ nói không."</w:t>
      </w:r>
    </w:p>
    <w:p>
      <w:pPr>
        <w:spacing w:after="80"/>
      </w:pPr>
      <w:r>
        <w:rPr>
          <w:b w:val="0"/>
          <w:i w:val="0"/>
        </w:rPr>
        <w:t>Những nước đi quyền lực (power play) đều xoay quanh cuộc chơi dài hạn. Anh nghĩ tại sao chúng ta nói nhiều về các bậc thầy cờ vua đến vậy? Nếu bạn muốn có người giới thiệu, nếu bạn muốn xây dựng các mối quan hệ lâu dài, thì lần tới khi gặp bất kỳ ai (chứ chưa nói đến một người có sức ảnh hưởng lớn), đừng bước tới và nói: "Anh/chị có muốn lên giường với tôi không? Anh/chị có thể cho tôi thứ tôi muốn không?"</w:t>
      </w:r>
    </w:p>
    <w:p>
      <w:pPr>
        <w:spacing w:after="80"/>
      </w:pPr>
      <w:r>
        <w:rPr>
          <w:b w:val="0"/>
          <w:i w:val="0"/>
        </w:rPr>
        <w:t>Nước đi quyền lực là đảo ngược lại và thay vào đó hỏi: "Tôi có thể làm gì cho anh/chị? Tôi có thể giúp gì cho anh/chị?" Đó là một nước đi thay đổi cuộc đời, đòi hỏi một sự chuyển dịch hoàn toàn trong tư duy. Không chỉ giúp bạn xây dựng những mối quan hệ tốt hơn, mà còn, nếu bạn thực sự tận tâm với cuộc chơi dài hạn, nó sẽ mang về cho bạn một núi tiền.</w:t>
      </w:r>
    </w:p>
    <w:p>
      <w:pPr>
        <w:pStyle w:val="Heading4"/>
      </w:pPr>
      <w:r>
        <w:rPr>
          <w:rFonts w:ascii="Calibri" w:hAnsi="Calibri"/>
          <w:b/>
          <w:i w:val="0"/>
          <w:sz w:val="23"/>
        </w:rPr>
        <w:t>Công thức để giành lấy quyền lực</w:t>
      </w:r>
    </w:p>
    <w:p>
      <w:pPr>
        <w:spacing w:after="80"/>
        <w:ind w:left="360"/>
      </w:pPr>
      <w:r>
        <w:rPr>
          <w:b/>
          <w:i w:val="0"/>
        </w:rPr>
        <w:t>Làm việc chăm chỉ hơn.</w:t>
      </w:r>
      <w:r>
        <w:rPr>
          <w:b w:val="0"/>
          <w:i w:val="0"/>
        </w:rPr>
        <w:t xml:space="preserve"> Việc bỏ thời gian vào là cực kỳ quan trọng. Nhưng chỉ chăm chỉ thôi thì chưa đủ.</w:t>
      </w:r>
    </w:p>
    <w:p>
      <w:pPr>
        <w:spacing w:after="80"/>
        <w:ind w:left="360"/>
      </w:pPr>
      <w:r>
        <w:rPr>
          <w:b/>
          <w:i w:val="0"/>
        </w:rPr>
        <w:t>Cải thiện hơn.</w:t>
      </w:r>
      <w:r>
        <w:rPr>
          <w:b w:val="0"/>
          <w:i w:val="0"/>
        </w:rPr>
        <w:t xml:space="preserve"> Điều này liên tục cho bạn những cách mới để đưa công việc kinh doanh lên tầm cao mới. Nó cho bạn sự tự tin. Nếu có một lĩnh vực mà tôi luôn ám ảnh muốn cạnh tranh, thì đó là cải thiện nhanh hơn những người cùng trang lứa.</w:t>
      </w:r>
    </w:p>
    <w:p>
      <w:pPr>
        <w:spacing w:after="80"/>
        <w:ind w:left="360"/>
      </w:pPr>
      <w:r>
        <w:rPr>
          <w:b/>
          <w:i w:val="0"/>
        </w:rPr>
        <w:t>Chiến lược hơn.</w:t>
      </w:r>
      <w:r>
        <w:rPr>
          <w:b w:val="0"/>
          <w:i w:val="0"/>
        </w:rPr>
        <w:t xml:space="preserve"> Nghĩa là suy nghĩ trước năm nước đi. Nghĩa là tìm ra cách mở rộng quy mô và có đủ kiên nhẫn để hoạch định nhiều nước đi trước khi chúng sinh quả ngọt.</w:t>
      </w:r>
    </w:p>
    <w:p>
      <w:pPr>
        <w:spacing w:after="80"/>
        <w:ind w:left="360"/>
      </w:pPr>
      <w:r>
        <w:rPr>
          <w:b/>
          <w:i w:val="0"/>
        </w:rPr>
        <w:t>Trụ lâu hơn.</w:t>
      </w:r>
      <w:r>
        <w:rPr>
          <w:b w:val="0"/>
          <w:i w:val="0"/>
        </w:rPr>
        <w:t xml:space="preserve"> Bạn thực sự hiểu về con người cả khi bạn đạt được thành công lớn lẫn khi bạn gánh chịu thất bại bi thảm. Thật khó để biết ai sẽ tiếp tục bước tiếp. Để trụ lâu hơn, bạn cần sức bền, và sức bền đến từ việc đưa ra những lựa chọn giữ cho bạn tỉnh táo và tập trung vào cuộc chơi.</w:t>
      </w:r>
    </w:p>
    <w:p>
      <w:pPr>
        <w:pStyle w:val="Heading3"/>
      </w:pPr>
      <w:r>
        <w:rPr>
          <w:rFonts w:ascii="Calibri" w:hAnsi="Calibri"/>
          <w:b/>
          <w:i w:val="0"/>
          <w:sz w:val="26"/>
        </w:rPr>
        <w:t>Học theo hình mẫu mà bạn muốn trở thành</w:t>
      </w:r>
    </w:p>
    <w:p>
      <w:pPr>
        <w:spacing w:after="80"/>
      </w:pPr>
      <w:r>
        <w:rPr>
          <w:b w:val="0"/>
          <w:i w:val="0"/>
        </w:rPr>
        <w:t>Giờ chúng ta đang khép lại vòng tròn. Nước đi đầu tiên là để bạn xác định mình muốn trở thành ai. Nước đi quyền lực để trở thành người bạn muốn trở thành là tìm một người đang trải nghiệm thành công đó.</w:t>
      </w:r>
    </w:p>
    <w:p>
      <w:pPr>
        <w:spacing w:after="80"/>
      </w:pPr>
      <w:r>
        <w:rPr>
          <w:b w:val="0"/>
          <w:i w:val="0"/>
        </w:rPr>
        <w:t xml:space="preserve">Warren Buffett có may mắn được Benjamin Graham làm giáo sư tại Đại học Columbia. Cố Graham là tác giả cuốn </w:t>
      </w:r>
      <w:r>
        <w:rPr>
          <w:b w:val="0"/>
          <w:i/>
        </w:rPr>
        <w:t>The Intelligent Investor: The Definitive Book on Value Investing</w:t>
      </w:r>
      <w:r>
        <w:rPr>
          <w:b w:val="0"/>
          <w:i w:val="0"/>
        </w:rPr>
        <w:t xml:space="preserve"> và được xem là cha đẻ của đầu tư giá trị (value investing). Được ngồi ở hàng ghế đầu trước một trong những bộ óc vĩ đại nhất trong lĩnh vực đầu tư đã đóng vai trò to lớn trong thành công của Buffett. Buffett khao khát được học theo Graham sau khi tốt nghiệp trường kinh doanh đến mức sẵn sàng làm việc cho ông ấy miễn phí. Graham không nhận ông vào làm, và Buffett quay về quê nhà ở Omaha, Nebraska. Sau đó Graham thuê ông, và Buffett nói: "Tôi nhận một công việc với Ben Graham, người hùng của tôi. Tôi chưa bao giờ hỏi về mức lương. Tôi biết được vào cuối tháng khi nhận tấm séc đầu tiên mình kiếm được bao nhiêu."</w:t>
      </w:r>
    </w:p>
    <w:p>
      <w:pPr>
        <w:spacing w:after="80"/>
      </w:pPr>
      <w:r>
        <w:rPr>
          <w:b w:val="0"/>
          <w:i w:val="0"/>
        </w:rPr>
        <w:t xml:space="preserve">Sự gần gũi về mặt không gian chính là điều phân biệt việc học theo hình mẫu với việc tìm một người cố vấn (mentor), điều chúng ta đã bàn ở chương 12. Nếu bạn có thể tìm được một người cho phép bạn quan sát họ ở cự ly gần, hãy tận dụng cơ hội đó. Có một sự khác biệt lớn giữa việc có một người cố vấn và việc học theo một ai đó. Một người cố vấn có thể </w:t>
      </w:r>
      <w:r>
        <w:rPr>
          <w:b w:val="0"/>
          <w:i/>
        </w:rPr>
        <w:t>nói</w:t>
      </w:r>
      <w:r>
        <w:rPr>
          <w:b w:val="0"/>
          <w:i w:val="0"/>
        </w:rPr>
        <w:t xml:space="preserve"> cho bạn biết phải làm gì, nhưng một người thực hiện mà bạn học theo sẽ </w:t>
      </w:r>
      <w:r>
        <w:rPr>
          <w:b w:val="0"/>
          <w:i/>
        </w:rPr>
        <w:t>cho bạn thấy</w:t>
      </w:r>
      <w:r>
        <w:rPr>
          <w:b w:val="0"/>
          <w:i w:val="0"/>
        </w:rPr>
        <w:t xml:space="preserve"> phải làm gì. Bạn được tận mắt quan sát họ làm gì trong lúc xung đột và những cuộc đàm phán căng thẳng. Bạn cũng có thể học được cách họ đối phó với kẻ thù và cách họ tạo động lực cho đội ngũ của mình.</w:t>
      </w:r>
    </w:p>
    <w:p>
      <w:pPr>
        <w:spacing w:after="80"/>
      </w:pPr>
      <w:r>
        <w:rPr>
          <w:b w:val="0"/>
          <w:i w:val="0"/>
        </w:rPr>
        <w:t>Mình không thể nhấn mạnh đủ sức mạnh của việc bao quanh mình bằng những người đang sống cuộc đời mà bạn hằng mơ ước. Điểm mấu chốt cần nhớ là bạn muốn học hỏi (shadow) những người thành công, bất kể bạn đang ở giai đoạn nào trong sự nghiệp. Ở mỗi bước phát triển của mình, tôi đều gắn bó với những người tôi ngưỡng mộ. Hồi nhỏ, tôi cố gắng đi đâu cũng theo bố. Trong quân ngũ, tôi ở gần những nhà lãnh đạo giỏi nhất. Tôi cũng tập luyện cùng những người khỏe nhất. Khi làm nhân viên bán hàng ở Bally, tôi học hỏi Francisco Davis vì anh ấy là người bán hàng số một. Tôi chẳng bận tâm đã muộn đến đâu hay phải làm những việc vặt vãnh gì. Ở lại muộn để có một cuộc trò chuyện mười phút với Francisco, hay thậm chí chỉ để có mặt trong phòng khi anh ấy gọi điện chăm sóc khách hàng, đều đáng giá. Tất cả những gì tôi tìm kiếm là cách nuôi dưỡng trí óc mình và nhìn ra những điều mình có thể làm tốt hơn.</w:t>
      </w:r>
    </w:p>
    <w:p>
      <w:pPr>
        <w:spacing w:after="80"/>
      </w:pPr>
      <w:r>
        <w:rPr>
          <w:b w:val="0"/>
          <w:i w:val="0"/>
        </w:rPr>
        <w:t xml:space="preserve">Người thành công thì bận rộn, nên bạn phải </w:t>
      </w:r>
      <w:r>
        <w:rPr>
          <w:b w:val="0"/>
          <w:i/>
        </w:rPr>
        <w:t>mang lại giá trị cho họ</w:t>
      </w:r>
      <w:r>
        <w:rPr>
          <w:b w:val="0"/>
          <w:i w:val="0"/>
        </w:rPr>
        <w:t>. Mời họ một ly cà phê hay bữa trưa cũng chẳng hại gì, nhưng còn tốt hơn nữa là làm điều gì đó cải thiện công việc kinh doanh của họ. Hãy tình nguyện chỉnh sửa đề xuất của họ hoặc làm nghiên cứu. Đề nghị ở lại muộn để viết thư cảm ơn thay họ trong khi bạn lắng nghe họ gọi điện bán hàng. Bạn có thể sẽ ngạc nhiên vì những gì mình có thể cống hiến. Đặc biệt nếu bạn dưới ba mươi tuổi, bạn có lẽ hiểu về mạng xã hội hơn gần như mọi người trên bốn mươi. Hãy đề nghị giúp họ thiết lập các trang mạng xã hội cho công việc kinh doanh. Lý tưởng nhất, mối quan hệ này sẽ trở thành đôi bên cùng có lợi. Bạn học hỏi được nhờ ở cạnh người kia, còn họ hưởng lợi từ kỹ năng và sự sẵn lòng làm việc của bạn.</w:t>
      </w:r>
    </w:p>
    <w:p>
      <w:pPr>
        <w:spacing w:after="80"/>
      </w:pPr>
      <w:r>
        <w:rPr>
          <w:b w:val="0"/>
          <w:i w:val="0"/>
        </w:rPr>
        <w:t xml:space="preserve">Một ví dụ cuối cùng nữa là huấn luyện viên NBA Steve Kerr. Đúng, lại là anh ấy, chính người đã khiến Andre Iguodala cảm thấy mình </w:t>
      </w:r>
      <w:r>
        <w:rPr>
          <w:b w:val="0"/>
          <w:i/>
        </w:rPr>
        <w:t>cần thiết</w:t>
      </w:r>
      <w:r>
        <w:rPr>
          <w:b w:val="0"/>
          <w:i w:val="0"/>
        </w:rPr>
        <w:t xml:space="preserve"> trên hành trình giành chức vô địch NBA của Golden State. Trong năm mùa đầu tiên làm huấn luyện viên trưởng, Kerr đưa Warriors vào chung kết NBA mỗi năm và giành ba chức vô địch. Sau năm mùa giải gian khổ, trong đó mùa cuối cùng anh chứng kiến Klay Thompson, Kevin Durant và DeMarcus Cousins dính những chấn thương khủng khiếp (và hai người sau rời đội qua thị trường chuyển nhượng tự do), bạn có thể nghĩ rằng anh ấy sẽ dành mùa hè năm 2019 để nghỉ ngơi xứng đáng.</w:t>
      </w:r>
    </w:p>
    <w:p>
      <w:pPr>
        <w:spacing w:after="80"/>
      </w:pPr>
      <w:r>
        <w:rPr>
          <w:b w:val="0"/>
          <w:i w:val="0"/>
        </w:rPr>
        <w:t>Mùa hè năm 2019, Đội tuyển Mỹ đang chuẩn bị cho FIBA World Cup. Tôi là một người hâm mộ bóng rổ cuồng nhiệt, vậy mà tôi còn chẳng nói được FIBA là viết tắt của gì. Chẳng có vinh quang, chẳng có huy chương Olympic, và cũng chẳng được công nhận gì nhiều khi dẫn dắt đội tuyển này. Thực tế, nhiều ngôi sao NBA từ chối thi đấu đến mức đội hình chỉ còn một vài All-Star. Nhưng vì Gregg Popovich, có thể nói là huấn luyện viên giỏi nhất NBA, là huấn luyện viên trưởng, nên Steve Kerr gác lại kỳ nghỉ của mình để làm trợ lý cho Popovich. Anh ấy không thể cưỡng lại cơ hội được học hỏi từ sự vĩ đại.</w:t>
      </w:r>
    </w:p>
    <w:p>
      <w:pPr>
        <w:spacing w:after="80"/>
      </w:pPr>
      <w:r>
        <w:rPr>
          <w:b w:val="0"/>
          <w:i w:val="0"/>
        </w:rPr>
        <w:t>"Đây là một cơ hội đáng kinh ngạc và là điều tôi vô cùng biết ơn," Kerr nói. "Tôi đã có may mắn tham gia chương trình Bóng rổ Mỹ với tư cách nghiệp dư, và được trở lại sân khấu thế giới ba thập kỷ sau đó để làm việc dưới trướng Pop, một trong những huấn luyện viên cũ và là người thầy của tôi, là một vinh dự to lớn."</w:t>
      </w:r>
    </w:p>
    <w:p>
      <w:pPr>
        <w:spacing w:after="80"/>
      </w:pPr>
      <w:r>
        <w:rPr>
          <w:b w:val="0"/>
          <w:i w:val="0"/>
        </w:rPr>
        <w:t>Nếu bạn muốn có được sức mạnh, bạn phải tạo ra cơ hội để học hỏi từ người khác. Nếu bạn muốn trở nên xuất chúng, ngay cả sau khi đã giành chức vô địch, bạn phải chớp lấy mọi cơ hội có thể để học hỏi từ những nhà lãnh đạo quyền lực.</w:t>
      </w:r>
    </w:p>
    <w:p>
      <w:pPr>
        <w:pStyle w:val="Heading3"/>
      </w:pPr>
      <w:r>
        <w:rPr>
          <w:rFonts w:ascii="Calibri" w:hAnsi="Calibri"/>
          <w:b/>
          <w:i w:val="0"/>
          <w:sz w:val="26"/>
        </w:rPr>
        <w:t>Lãnh đạo là biết điều gì thúc đẩy con người</w:t>
      </w:r>
    </w:p>
    <w:p>
      <w:pPr>
        <w:spacing w:after="80"/>
      </w:pPr>
      <w:r>
        <w:rPr>
          <w:b w:val="0"/>
          <w:i w:val="0"/>
        </w:rPr>
        <w:t>Trong chương cuối này, chúng ta liên tục quay lại những ý tưởng đã xem xét trước đó và giờ đưa chúng lên một tầm cao mới. Ở chương 2, chúng ta nói về việc biết điều gì thúc đẩy bạn. Giờ chúng ta sẽ xem xét điều gì thúc đẩy người khác. Chúng ta đã chạm đến một số điều này khi bàn về Chín Ngôn ngữ Tình yêu của Doanh nhân, nhưng đây là tầm cao tiếp theo.</w:t>
      </w:r>
    </w:p>
    <w:p>
      <w:pPr>
        <w:spacing w:after="80"/>
      </w:pPr>
      <w:r>
        <w:rPr>
          <w:b w:val="0"/>
          <w:i w:val="0"/>
        </w:rPr>
        <w:t>Khi tôi hai mươi hai tuổi, làm cố vấn tại Morgan Stanley Dean Witter, tôi đã nói chuyện với hai nhóm khán giả trong vòng một tháng. Nhóm đầu tiên là một nhóm người cao tuổi muốn tìm hiểu về những lựa chọn tốt hơn cho việc nghỉ hưu. Tôi dành phần lớn thời gian nói với họ về cảm giác sẽ thế nào khi được sống trong một căn nhà rộng 10,000 bộ vuông với một chiếc Ferrari đậu bên ngoài và một thẻ Amex đen trong ví. Họ nhìn tôi như thể tôi bị điên—cho đến khi họ ngừng chú ý hoàn toàn.</w:t>
      </w:r>
    </w:p>
    <w:p>
      <w:pPr>
        <w:spacing w:after="80"/>
      </w:pPr>
      <w:r>
        <w:rPr>
          <w:b w:val="0"/>
          <w:i w:val="0"/>
        </w:rPr>
        <w:t>Vài tuần sau, tôi nói chuyện với một nhóm nhân viên bán hàng ở độ tuổi cuối hai mươi đến đầu ba mươi và quyết định tiếp cận hoàn toàn khác. Tôi bảo họ hãy nghĩ về cảm giác một ngày nào đó có thể gửi con và cháu mình vào những trường đại học tốt nhất mà không phải lo lắng về chi phí. Hoặc có đủ tiền trong tài khoản hưu trí để rút 10,000 đô la mỗi tháng cho phần đời còn lại, trong khi sống thoải mái gần một sân golf. Một lần nữa, tôi lại mất hết khán giả.</w:t>
      </w:r>
    </w:p>
    <w:p>
      <w:pPr>
        <w:spacing w:after="80"/>
      </w:pPr>
      <w:r>
        <w:rPr>
          <w:b w:val="0"/>
          <w:i w:val="0"/>
        </w:rPr>
        <w:t xml:space="preserve">Lúc đó, tôi có một người quản lý đang cố gắng thúc đẩy tôi. Cô ấy chỉ nói về những điều khiến </w:t>
      </w:r>
      <w:r>
        <w:rPr>
          <w:b w:val="0"/>
          <w:i/>
        </w:rPr>
        <w:t>cô ấy</w:t>
      </w:r>
      <w:r>
        <w:rPr>
          <w:b w:val="0"/>
          <w:i w:val="0"/>
        </w:rPr>
        <w:t xml:space="preserve"> rung động. Như bạn có thể tưởng tượng, cô ấy làm tôi mất hứng. Khi ngẫm lại, tôi nhận ra vì sao mình đã mất cả hai nhóm khán giả. Cũng như cô ấy không nói đúng điều thúc đẩy tôi, tôi đã không nói đúng điều thúc đẩy mỗi nhóm khán giả.</w:t>
      </w:r>
    </w:p>
    <w:p>
      <w:pPr>
        <w:spacing w:after="80"/>
      </w:pPr>
      <w:r>
        <w:rPr>
          <w:b w:val="0"/>
          <w:i w:val="0"/>
        </w:rPr>
        <w:t>Nước đi quyền lực tối thượng là khai thác tối đa con người. Đó cũng là nước đi—giờ tôi nói cho chính mình—mang lại nhiều cảm giác viên mãn nhất. Chứng kiến người ta cuối cùng cũng "bật đèn" và thành công là điều tôi sống vì nó nhiều nhất. Đó cũng là lý do cuốn sách này đang ở trong tay bạn.</w:t>
      </w:r>
    </w:p>
    <w:p>
      <w:pPr>
        <w:spacing w:after="80"/>
      </w:pPr>
      <w:r>
        <w:rPr>
          <w:b w:val="0"/>
          <w:i w:val="0"/>
        </w:rPr>
        <w:t>Một nhà lãnh đạo vĩ đại là người nêu gương tốt và giành được uy tín đạo đức. Một nhà lãnh đạo vĩ đại là người có thể khiến người khác làm những điều họ sẽ không tự làm. Có nhiều người ngoài kia nêu gương tốt nhưng vẫn loay hoay không hiểu vì sao đội của họ không noi theo tấm gương đó. Chỉ nêu gương thôi là chưa đủ. Những nhà lãnh đạo vĩ đại cuối cùng học được cách thúc đẩy người khác đạt đến chuẩn mực xuất sắc của chính họ. Đây không phải việc dễ dàng, khiến nó trở thành một kỹ năng được trả lương cao. Bất kỳ ai học được cách thúc đẩy con người đều sở hữu bộ kỹ năng có thể chuyển sang bất kỳ ngành nào.</w:t>
      </w:r>
    </w:p>
    <w:p>
      <w:pPr>
        <w:spacing w:after="80"/>
      </w:pPr>
      <w:r>
        <w:rPr>
          <w:b w:val="0"/>
          <w:i w:val="0"/>
        </w:rPr>
        <w:t>Một lần nữa, hãy nhìn vào bốn lĩnh vực thúc đẩy con người. Sau đó chúng ta sẽ nói cụ thể về cách lãnh đạo những người được thúc đẩy bởi từng nhóm.</w:t>
      </w:r>
    </w:p>
    <w:p>
      <w:pPr>
        <w:jc w:val="center"/>
      </w:pPr>
      <w:r>
        <w:drawing>
          <wp:inline xmlns:a="http://schemas.openxmlformats.org/drawingml/2006/main" xmlns:pic="http://schemas.openxmlformats.org/drawingml/2006/picture">
            <wp:extent cx="5486400" cy="5316553"/>
            <wp:docPr id="43" name="Picture 43"/>
            <wp:cNvGraphicFramePr>
              <a:graphicFrameLocks noChangeAspect="1"/>
            </wp:cNvGraphicFramePr>
            <a:graphic>
              <a:graphicData uri="http://schemas.openxmlformats.org/drawingml/2006/picture">
                <pic:pic>
                  <pic:nvPicPr>
                    <pic:cNvPr id="0" name="f0267-01.jpg"/>
                    <pic:cNvPicPr/>
                  </pic:nvPicPr>
                  <pic:blipFill>
                    <a:blip r:embed="rId35"/>
                    <a:stretch>
                      <a:fillRect/>
                    </a:stretch>
                  </pic:blipFill>
                  <pic:spPr>
                    <a:xfrm>
                      <a:off x="0" y="0"/>
                      <a:ext cx="5486400" cy="5316553"/>
                    </a:xfrm>
                    <a:prstGeom prst="rect"/>
                  </pic:spPr>
                </pic:pic>
              </a:graphicData>
            </a:graphic>
          </wp:inline>
        </w:drawing>
      </w:r>
    </w:p>
    <w:p>
      <w:pPr>
        <w:spacing w:after="80"/>
        <w:ind w:left="360"/>
      </w:pPr>
      <w:r>
        <w:t xml:space="preserve">• </w:t>
      </w:r>
      <w:r>
        <w:rPr>
          <w:b/>
          <w:i w:val="0"/>
        </w:rPr>
        <w:t>Thăng tiến.</w:t>
      </w:r>
      <w:r>
        <w:rPr>
          <w:b w:val="0"/>
          <w:i w:val="0"/>
        </w:rPr>
        <w:t xml:space="preserve"> Những người được thúc đẩy bởi điều này xem việc đạt đến tầm cao mới là hình thức động viên tốt nhất. Hãy liên tục sắp sẵn mục tiêu hoặc vị trí tiếp theo để họ tiếp tục tiến lên, nếu không họ sẽ thấy nhàm chán.</w:t>
      </w:r>
    </w:p>
    <w:p>
      <w:pPr>
        <w:spacing w:after="80"/>
        <w:ind w:left="360"/>
      </w:pPr>
      <w:r>
        <w:t xml:space="preserve">• </w:t>
      </w:r>
      <w:r>
        <w:rPr>
          <w:b/>
          <w:i w:val="0"/>
        </w:rPr>
        <w:t>Cá tính riêng.</w:t>
      </w:r>
      <w:r>
        <w:rPr>
          <w:b w:val="0"/>
          <w:i w:val="0"/>
        </w:rPr>
        <w:t xml:space="preserve"> Ngôn ngữ để nói với nhóm này là cuộc sống tương lai của họ sẽ ra sao nếu họ cống hiến hết mình: xe hơi, uy tín, đến những nhà hàng sang nhất, du lịch, giao du với người nổi tiếng, vân vân. Chỉ cần họ biết rằng lối sống mà họ khao khát cuối cùng có thể đạt được khi làm việc với bạn, họ sẽ làm phần của mình để giúp công ty phát triển.</w:t>
      </w:r>
    </w:p>
    <w:p>
      <w:pPr>
        <w:spacing w:after="80"/>
        <w:ind w:left="360"/>
      </w:pPr>
      <w:r>
        <w:t xml:space="preserve">• </w:t>
      </w:r>
      <w:r>
        <w:rPr>
          <w:b/>
          <w:i w:val="0"/>
        </w:rPr>
        <w:t>Sự điên rồ.</w:t>
      </w:r>
      <w:r>
        <w:rPr>
          <w:b w:val="0"/>
          <w:i w:val="0"/>
        </w:rPr>
        <w:t xml:space="preserve"> Những người bị thúc đẩy bởi điều này coi những yếu tố khác thường là hình thức động viên tốt nhất. Họ được thúc đẩy bởi việc có một kẻ thù, bởi việc đối mặt với một đối thủ. Họ sẽ chán phát điên nếu bạn không liên tục tìm cho họ một kẻ thù mới hoặc một mục tiêu mới để chinh phục.</w:t>
      </w:r>
    </w:p>
    <w:p>
      <w:pPr>
        <w:spacing w:after="80"/>
        <w:ind w:left="360"/>
      </w:pPr>
      <w:r>
        <w:t xml:space="preserve">• </w:t>
      </w:r>
      <w:r>
        <w:rPr>
          <w:b/>
          <w:i w:val="0"/>
        </w:rPr>
        <w:t>Mục đích.</w:t>
      </w:r>
      <w:r>
        <w:rPr>
          <w:b w:val="0"/>
          <w:i w:val="0"/>
        </w:rPr>
        <w:t xml:space="preserve"> Những người bị thúc đẩy bởi điều này muốn trở thành một phần của điều gì đó lớn lao hơn bản thân họ, nhưng họ cũng muốn được ghi danh trong sử sách (trong sử sách của công ty hoặc trên các bài báo trong ngành). Nhóm này có thể là nhóm nhỏ nhất trong số đó, nhưng nếu bạn đủ may mắn thu hút được một người như vậy về tổ chức của mình, hãy chuẩn bị tinh thần để trải nghiệm một vụ nổ lớn.</w:t>
      </w:r>
    </w:p>
    <w:p>
      <w:pPr>
        <w:pStyle w:val="Heading3"/>
      </w:pPr>
      <w:r>
        <w:rPr>
          <w:rFonts w:ascii="Calibri" w:hAnsi="Calibri"/>
          <w:b/>
          <w:i w:val="0"/>
          <w:sz w:val="26"/>
        </w:rPr>
        <w:t>Thấu hiểu, Định vị và Dẫn dắt—nhưng Đừng Cố Gắng Sửa Chữa</w:t>
      </w:r>
    </w:p>
    <w:p>
      <w:pPr>
        <w:spacing w:after="80"/>
      </w:pPr>
      <w:r>
        <w:rPr>
          <w:b w:val="0"/>
          <w:i w:val="0"/>
        </w:rPr>
        <w:t>Dù bạn đang quản lý ai, hãy nhớ rằng cách nhanh nhất để mất họ hoặc khiến họ bực bội là cố gắng thay đổi họ. Tôi đã mắc sai lầm này quá nhiều lần trong sự nghiệp của mình. Thay vào đó, hãy tìm ra điều gì thúc đẩy họ và định vị họ theo cách để họ chiến thắng ở đẳng cấp cao nhất. Điều đó có thể đòi hỏi bạn phải thay đổi lăng kính mà bạn nhìn nhận họ.</w:t>
      </w:r>
    </w:p>
    <w:p>
      <w:pPr>
        <w:spacing w:after="80"/>
      </w:pPr>
      <w:r>
        <w:rPr>
          <w:b w:val="0"/>
          <w:i w:val="0"/>
        </w:rPr>
        <w:t>Đừng cố gắng sửa chữa con người. Nghĩ rằng bạn có thể thay đổi hay sửa chữa người khác là hành vi ảo tưởng. Khi tôi mới bước vào kinh doanh, tôi đã phạm lỗi này suốt. Tôi thúc ép mọi người rất mạnh khi họ chưa đạt yêu cầu, vì tôi cho rằng đó là điều họ muốn. Tôi nghĩ rằng nếu họ đang làm sai, họ sẽ trân trọng phản hồi của tôi, dù nó có thể gay gắt đến đâu, và sẽ thay đổi để trở thành những người thể hiện đúng như tôi cần.</w:t>
      </w:r>
    </w:p>
    <w:p>
      <w:pPr>
        <w:spacing w:after="80"/>
      </w:pPr>
      <w:r>
        <w:rPr>
          <w:b w:val="0"/>
          <w:i w:val="0"/>
        </w:rPr>
        <w:t>Điều này thật ảo tưởng. Tôi nhận ra rằng mình không thể thay đổi con người; họ phải có động lực nội tại để tự sửa chữa sai lầm của chính mình. Khi nhận ra điều đó, tôi bắt đầu quản lý con người hiệu quả hơn. Tôi ngừng cố gắng giải quyết vấn đề của người khác. Thay vào đó, tôi nhận ra rằng điều họ muốn là một người lắng nghe họ, một người đặt câu hỏi cho họ, một người nhẹ nhàng hướng họ đi đúng đường. Con người muốn được lắng nghe. Dành thời gian để thấu hiểu họ là điều then chốt cho việc lãnh đạo hiệu quả. Sau đó, nếu họ có động lực nội tại để vươn lên, họ sẽ tự điều chỉnh. Họ sẽ làm phần việc của mình để đạt được phiên bản tốt nhất của chính họ.</w:t>
      </w:r>
    </w:p>
    <w:p>
      <w:pPr>
        <w:spacing w:after="80"/>
      </w:pPr>
      <w:r>
        <w:rPr>
          <w:b w:val="0"/>
          <w:i w:val="0"/>
        </w:rPr>
        <w:t>Bằng cách đào sâu hơn vào các màn tranh giành quyền lực (power play), giờ đây chúng ta có một lăng kính khác để nhìn nhận mọi tương tác giữa con người. Dù đó là đòn bẩy trong một cuộc đàm phán hay lần gặp đầu tiên với một người có sức ảnh hưởng, việc dành thời gian để nhìn ra quyền lực nằm ở đâu—và hành động tương ứng—chính là điều sẽ biến bạn thành một bậc thầy. Nếu bạn muốn phát triển khả năng này, nước đi mạnh mẽ nhất bạn có thể thực hiện là bám theo những nhà lãnh đạo vĩ đại. Dù trong tình huống nào, hãy cố gắng hết sức để ở gần những người có kỹ năng và thành công mà bạn đang tìm kiếm.</w:t>
      </w:r>
    </w:p>
    <w:p>
      <w:pPr>
        <w:spacing w:after="80"/>
      </w:pPr>
      <w:r>
        <w:rPr>
          <w:b w:val="0"/>
          <w:i w:val="0"/>
        </w:rPr>
        <w:t xml:space="preserve">Cuối cùng, hãy giữ bảng điều gì thúc đẩy con người ở ngay bên mình. Hãy nhớ rằng mỗi người được thúc đẩy bởi những điều khác nhau và công việc của bạn với tư cách một nhà lãnh đạo không phải là thúc ép họ (hay tệ hơn, sửa chữa họ), mà là </w:t>
      </w:r>
      <w:r>
        <w:rPr>
          <w:b w:val="0"/>
          <w:i/>
        </w:rPr>
        <w:t>thấu hiểu</w:t>
      </w:r>
      <w:r>
        <w:rPr>
          <w:b w:val="0"/>
          <w:i w:val="0"/>
        </w:rPr>
        <w:t xml:space="preserve"> họ và giúp sắp xếp các quân cờ trước mặt họ để họ có thể phát huy tối đa tiềm năng của mình.</w:t>
      </w:r>
    </w:p>
    <w:p>
      <w:pPr>
        <w:pStyle w:val="Heading1"/>
      </w:pPr>
      <w:r>
        <w:rPr>
          <w:rFonts w:ascii="Calibri" w:hAnsi="Calibri"/>
          <w:b/>
          <w:i w:val="0"/>
          <w:sz w:val="40"/>
        </w:rPr>
        <w:t>NƯỚC ĐI 5</w:t>
      </w:r>
    </w:p>
    <w:p>
      <w:pPr>
        <w:spacing w:after="80"/>
      </w:pPr>
      <w:r>
        <w:rPr>
          <w:b w:val="0"/>
          <w:i w:val="0"/>
        </w:rPr>
        <w:t>Làm chủ các màn tranh giành quyền lực</w:t>
      </w:r>
    </w:p>
    <w:p>
      <w:pPr>
        <w:spacing w:after="80"/>
      </w:pPr>
      <w:r>
        <w:rPr>
          <w:b w:val="0"/>
          <w:i w:val="0"/>
        </w:rPr>
        <w:t>LÀM SAO ĐỂ ĐÁNH BẠI GOLIATH VÀ KIỂM SOÁT CÂU CHUYỆN</w:t>
      </w:r>
    </w:p>
    <w:p>
      <w:pPr>
        <w:spacing w:after="80"/>
        <w:ind w:left="360"/>
      </w:pPr>
      <w:r>
        <w:rPr>
          <w:b/>
          <w:i w:val="0"/>
        </w:rPr>
        <w:t>1.</w:t>
      </w:r>
      <w:r>
        <w:rPr>
          <w:b w:val="0"/>
          <w:i w:val="0"/>
        </w:rPr>
        <w:t xml:space="preserve"> Xác định Goliath tiếp theo mà bạn và công ty của bạn sẽ nhắm tới. Tạo ra một chiến lược để kiểm soát câu chuyện. Giảm thiểu những xao nhãng và bất cứ điều gì cản trở bạn đánh bại Goliath.</w:t>
      </w:r>
    </w:p>
    <w:p>
      <w:pPr>
        <w:spacing w:after="80"/>
      </w:pPr>
      <w:r>
        <w:rPr>
          <w:b w:val="0"/>
          <w:i w:val="0"/>
        </w:rPr>
        <w:t>NGHIÊN CỨU BỌN TỘI PHẠM CÓ TỔ CHỨC: CÁCH BÁN HÀNG, ĐÀM PHÁN VÀ GÂY ẢNH HƯỞNG</w:t>
      </w:r>
    </w:p>
    <w:p>
      <w:pPr>
        <w:spacing w:after="80"/>
        <w:ind w:left="360"/>
      </w:pPr>
      <w:r>
        <w:rPr>
          <w:b/>
          <w:i w:val="0"/>
        </w:rPr>
        <w:t>2.</w:t>
      </w:r>
      <w:r>
        <w:rPr>
          <w:b w:val="0"/>
          <w:i w:val="0"/>
        </w:rPr>
        <w:t xml:space="preserve"> Thay vì chỉ nghĩ đến việc bạn được lợi gì, hãy nghĩ đến cách tìm ra chiến thắng cho các đối tác chiến lược của bạn. Trước cuộc họp tiếp theo, hãy đi qua cả bảy bước chuẩn bị. Trong mọi cuộc đàm phán, hãy ý thức được ai đang nắm đòn bẩy. Đừng đàm phán quá đà khi bạn thiếu đòn bẩy, và đừng bắt nạt khi bạn có nó, đặc biệt nếu bạn coi người kia là một đối tác chiến lược lâu dài.</w:t>
      </w:r>
    </w:p>
    <w:p>
      <w:pPr>
        <w:spacing w:after="80"/>
      </w:pPr>
      <w:r>
        <w:rPr>
          <w:b w:val="0"/>
          <w:i w:val="0"/>
        </w:rPr>
        <w:t>VUN ĐẮP QUYỀN LỰC CỦA BẠN, VÀ LUÔN ĐƯỢC TÔI LUYỆN QUA THỰC CHIẾN</w:t>
      </w:r>
    </w:p>
    <w:p>
      <w:pPr>
        <w:spacing w:after="80"/>
        <w:ind w:left="360"/>
      </w:pPr>
      <w:r>
        <w:rPr>
          <w:b/>
          <w:i w:val="0"/>
        </w:rPr>
        <w:t>3.</w:t>
      </w:r>
      <w:r>
        <w:rPr>
          <w:b w:val="0"/>
          <w:i w:val="0"/>
        </w:rPr>
        <w:t xml:space="preserve"> Không ngừng nghiên cứu đòn bẩy. Hãy quan sát mọi tương tác giữa con người, các quốc gia và các doanh nghiệp để xem bạn có thể xác định ai đang nắm đòn bẩy và liệu người hay thực thể đó có đang dùng nó để giành quyền lực hay không. Đồng thời, hãy chuyển hướng cách tiếp cận của bạn sang việc tìm cách giúp đỡ người khác thay vì dùng cách làm tràn lan để giành được công việc kinh doanh. Cuối cùng, hãy trân trọng con người sâu sắc đến mức bạn liên tục tìm hiểu điều gì thúc đẩy họ và cách bạn có thể giúp định hướng họ dựa trên những động lực của họ.</w:t>
      </w:r>
    </w:p>
    <w:p>
      <w:pPr>
        <w:jc w:val="center"/>
      </w:pPr>
      <w:r>
        <w:drawing>
          <wp:inline xmlns:a="http://schemas.openxmlformats.org/drawingml/2006/main" xmlns:pic="http://schemas.openxmlformats.org/drawingml/2006/picture">
            <wp:extent cx="1333500" cy="85725"/>
            <wp:docPr id="44" name="Picture 44"/>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1"/>
      </w:pPr>
      <w:r>
        <w:rPr>
          <w:rFonts w:ascii="Calibri" w:hAnsi="Calibri"/>
          <w:b/>
          <w:i w:val="0"/>
          <w:sz w:val="40"/>
        </w:rPr>
        <w:t xml:space="preserve">Kết luận </w:t>
      </w:r>
      <w:r>
        <w:rPr>
          <w:rFonts w:ascii="Calibri" w:hAnsi="Calibri"/>
          <w:b/>
          <w:i w:val="0"/>
          <w:sz w:val="40"/>
        </w:rPr>
        <w:t>Chiếu tướng</w:t>
      </w:r>
    </w:p>
    <w:p>
      <w:pPr>
        <w:spacing w:after="80"/>
      </w:pPr>
      <w:r>
        <w:rPr>
          <w:b w:val="0"/>
          <w:i w:val="0"/>
        </w:rPr>
        <w:t>Là một người chưa học hết phổ thông, tôi nghĩ việc trở thành một người học hỏi suốt đời và nuôi dưỡng sự tò mò bất tận về thế giới là điều cực kỳ quan trọng.</w:t>
      </w:r>
    </w:p>
    <w:p>
      <w:pPr>
        <w:spacing w:after="80"/>
        <w:jc w:val="right"/>
      </w:pPr>
      <w:r>
        <w:rPr>
          <w:b w:val="0"/>
          <w:i w:val="0"/>
        </w:rPr>
        <w:t>—Richard Branson</w:t>
      </w:r>
    </w:p>
    <w:p>
      <w:pPr>
        <w:spacing w:after="80"/>
      </w:pPr>
      <w:r>
        <w:rPr>
          <w:b w:val="0"/>
          <w:i w:val="0"/>
        </w:rPr>
        <w:t>Chúng ta đã đi cùng nhau một chặng đường dài. Nếu bạn không phải fan thể thao, có thể bạn đã nghe hơi nhiều những so sánh kiểu thể thao rồi. Tôi chia sẻ những gì mình biết, và tôi không thể ngừng tìm thấy những điểm tương đồng giữa kinh doanh và thể thao. Nên hãy chiều tôi thêm một lần cuối nhé, vì có một người tên là Andrew Bynum, từng có vị thế trong bóng rổ giống như Magnus Carlsen trong cờ vua vậy. Tôi biết nghe thế có vẻ như tôi đang đánh giá Bynum quá cao, nhưng cứ nghe tôi nói tiếp.</w:t>
      </w:r>
    </w:p>
    <w:p>
      <w:pPr>
        <w:spacing w:after="80"/>
      </w:pPr>
      <w:r>
        <w:rPr>
          <w:b w:val="0"/>
          <w:i w:val="0"/>
        </w:rPr>
        <w:t>Bynum được ban cho tài năng phi thường. Năm 2005, khi mới mười bảy tuổi, anh là lựa chọn vòng đầu của đội Los Angeles Lakers mà tôi yêu mến. Huyền thoại quá cố vĩ đại Kobe Bryant khi đó vẫn đang ở đỉnh cao phong độ, và tôi nóng lòng chờ xem gã khổng lồ cao bảy feet ấy thống trị NBA. Trên giấy tờ, Bynum có tài năng thô đủ để giỏi ngang Shaquille O'Neal. Trên sân, anh đôi lúc cho thấy khả năng một ngày nào đó sẽ vào Hall of Fame.</w:t>
      </w:r>
    </w:p>
    <w:p>
      <w:pPr>
        <w:spacing w:after="80"/>
      </w:pPr>
      <w:r>
        <w:rPr>
          <w:b w:val="0"/>
          <w:i w:val="0"/>
        </w:rPr>
        <w:t>Bynum khởi đầu là một cầu thủ bóng rổ cực kỳ giỏi. Anh giúp Lakers giành chức vô địch NBA năm 2009 và 2010. Năm 2012, trước khi bước sang tuổi hai mươi lăm, anh được chọn vào đội hình All-NBA. Anh có vẻ đang trên đà giành thêm nhiều chức vô địch và trở thành gương mặt quen thuộc trong các đội All-NBA.</w:t>
      </w:r>
    </w:p>
    <w:p>
      <w:pPr>
        <w:spacing w:after="80"/>
      </w:pPr>
      <w:r>
        <w:rPr>
          <w:b w:val="0"/>
          <w:i w:val="0"/>
        </w:rPr>
        <w:t>Rồi mọi thứ đổ xuống địa ngục thẳng đứng.</w:t>
      </w:r>
    </w:p>
    <w:p>
      <w:pPr>
        <w:spacing w:after="80"/>
      </w:pPr>
      <w:r>
        <w:rPr>
          <w:b w:val="0"/>
          <w:i w:val="0"/>
        </w:rPr>
        <w:t>Anh dính vài chấn thương, rồi bị đổi sang đội 76ers. Anh lang bạt khắp giải đấu, và đến năm 2013, khi đang chơi cho Cavaliers, anh bị treo giò. Lý do thật đáng lo ngại: trong một buổi tập, anh ném bóng mỗi khi chạm được bóng, bất kể đang ở vị trí nào trên sân. Tôi không chỉ xem đó là hành động giơ ngón giữa với huấn luyện viên và đồng đội; tôi xem đó là sự thiếu tôn trọng hoàn toàn với môn bóng rổ. Bỏ qua chuyện vô địch, danh hiệu, hàng chục triệu đô la; ở tuổi hai mươi sáu, Bynum đã hủy hoại hoàn toàn sự nghiệp của mình và làm ô danh môn bóng rổ.</w:t>
      </w:r>
    </w:p>
    <w:p>
      <w:pPr>
        <w:spacing w:after="80"/>
      </w:pPr>
      <w:r>
        <w:rPr>
          <w:b w:val="0"/>
          <w:i w:val="0"/>
        </w:rPr>
        <w:t>Tại sao?</w:t>
      </w:r>
    </w:p>
    <w:p>
      <w:pPr>
        <w:spacing w:after="80"/>
      </w:pPr>
      <w:r>
        <w:rPr>
          <w:b w:val="0"/>
          <w:i w:val="0"/>
        </w:rPr>
        <w:t>Tôi chưa từng gặp Bynum, nên tôi chỉ có thể suy đoán. Theo cách tôi nhìn nhận, lý do Bynum không đạt được hết tiềm năng là vì anh không yêu môn thể thao này. Làm sao anh có thể tôn trọng một thứ mà anh chưa từng yêu?</w:t>
      </w:r>
    </w:p>
    <w:p>
      <w:pPr>
        <w:spacing w:after="80"/>
      </w:pPr>
      <w:r>
        <w:rPr>
          <w:b w:val="0"/>
          <w:i w:val="0"/>
        </w:rPr>
        <w:t xml:space="preserve">Đôi khi thật khó để yêu một thứ đến quá dễ dàng. Bạn thấy điều này trong kinh doanh suốt. Bạn cũng thường thấy điều này ở con cái của những gia đình giàu có, những người được thừa hưởng một khối tài sản lớn. Khi sự vật lộn bị lấy đi khỏi cuộc sống—khi ta không phải </w:t>
      </w:r>
      <w:r>
        <w:rPr>
          <w:b w:val="0"/>
          <w:i/>
        </w:rPr>
        <w:t>kiếm</w:t>
      </w:r>
      <w:r>
        <w:rPr>
          <w:b w:val="0"/>
          <w:i w:val="0"/>
        </w:rPr>
        <w:t xml:space="preserve"> nó—người ta bắt đầu cảm thấy mình đương nhiên được hưởng và coi mọi thứ là hiển nhiên. Đó là một trong những quy luật của bản tính con người.</w:t>
      </w:r>
    </w:p>
    <w:p>
      <w:pPr>
        <w:spacing w:after="80"/>
      </w:pPr>
      <w:r>
        <w:rPr>
          <w:b w:val="0"/>
          <w:i w:val="0"/>
        </w:rPr>
        <w:t xml:space="preserve">Tại sao tôi nói nhiều về Andrew Bynum đến vậy? Vì yếu tố số một để đạt được tiềm năng của bạn rất đơn giản: </w:t>
      </w:r>
      <w:r>
        <w:rPr>
          <w:b w:val="0"/>
          <w:i/>
        </w:rPr>
        <w:t>Nó phải có ý nghĩa với bạn.</w:t>
      </w:r>
      <w:r>
        <w:rPr>
          <w:b w:val="0"/>
          <w:i w:val="0"/>
        </w:rPr>
        <w:t xml:space="preserve"> Sách sử đầy ắp những cá nhân làm được những điều bất khả thi chỉ đơn giản vì điều đó có ý nghĩa với họ. Tôi hy vọng có điều gì đó lay động trái tim Bynum đến mức anh sẵn sàng cống hiến hết mình.</w:t>
      </w:r>
    </w:p>
    <w:p>
      <w:pPr>
        <w:spacing w:after="80"/>
      </w:pPr>
      <w:r>
        <w:rPr>
          <w:b w:val="0"/>
          <w:i w:val="0"/>
        </w:rPr>
        <w:t>Bạn phải muốn thành công. Bạn phải muốn nó đến mức đau đớn. Kiên trì, tận tụy, động lực—đó là những phẩm chất mà mọi người ưu tú từ vận động viên đến kỳ thủ cờ vua đến CEO đều có. Tôi biết mình cứ nhắc bạn chuyện này khó đến nhường nào, vì tôi biết bạn sẽ cần thêm một cấp số để đưa tài năng của mình lên mức cao nhất có thể tưởng tượng được.</w:t>
      </w:r>
    </w:p>
    <w:p>
      <w:pPr>
        <w:pStyle w:val="Heading2"/>
      </w:pPr>
      <w:r>
        <w:rPr>
          <w:rFonts w:ascii="Calibri" w:hAnsi="Calibri"/>
          <w:b/>
          <w:i w:val="0"/>
          <w:sz w:val="32"/>
        </w:rPr>
        <w:t>Nâng Cấp Bản Thân Nghĩa Là Bắt Đầu Lại Từ Đáy</w:t>
      </w:r>
    </w:p>
    <w:p>
      <w:pPr>
        <w:spacing w:after="80"/>
      </w:pPr>
      <w:r>
        <w:rPr>
          <w:b w:val="0"/>
          <w:i w:val="0"/>
        </w:rPr>
        <w:t>Để đạt tới năng lực tối đa của mình, bạn sẽ phải "cạnh tranh lên trên" và không được sợ hãi. Hãy tìm cách đánh bại thành tích tốt nhất trước đây của chính bạn ở mọi lĩnh vực. Trớ trêu thay, mỗi lần bạn bước lên một bậc, bạn lại phải bắt đầu từ đáy.</w:t>
      </w:r>
    </w:p>
    <w:p>
      <w:pPr>
        <w:spacing w:after="80"/>
      </w:pPr>
      <w:r>
        <w:rPr>
          <w:b w:val="0"/>
          <w:i w:val="0"/>
        </w:rPr>
        <w:t>Vua của trường tiểu học trở thành kẻ thấp nhất trong bảng xếp hạng vào ngày cậu ta vào trường trung học cơ sở. Khi cuối cùng cậu leo trở lại đỉnh của nấc thang, trường trung học phổ thông bắt đầu và cậu lại về đáy một lần nữa. Sự nghiệp của bạn cũng sẽ cảm giác tương tự: mỗi lần bạn tiến lên, bạn chính thức ở đáy của cấp độ tiếp theo. Một trong những nỗi sợ lớn nhất khiến người ta không dám tiến lên là họ sẽ không được tôn trọng. Hãy nhìn vào biểu đồ này để hiểu ý tôi.</w:t>
      </w:r>
    </w:p>
    <w:p>
      <w:pPr>
        <w:jc w:val="center"/>
      </w:pPr>
      <w:r>
        <w:drawing>
          <wp:inline xmlns:a="http://schemas.openxmlformats.org/drawingml/2006/main" xmlns:pic="http://schemas.openxmlformats.org/drawingml/2006/picture">
            <wp:extent cx="5486400" cy="3911055"/>
            <wp:docPr id="45" name="Picture 45"/>
            <wp:cNvGraphicFramePr>
              <a:graphicFrameLocks noChangeAspect="1"/>
            </wp:cNvGraphicFramePr>
            <a:graphic>
              <a:graphicData uri="http://schemas.openxmlformats.org/drawingml/2006/picture">
                <pic:pic>
                  <pic:nvPicPr>
                    <pic:cNvPr id="0" name="f0273-01.jpg"/>
                    <pic:cNvPicPr/>
                  </pic:nvPicPr>
                  <pic:blipFill>
                    <a:blip r:embed="rId36"/>
                    <a:stretch>
                      <a:fillRect/>
                    </a:stretch>
                  </pic:blipFill>
                  <pic:spPr>
                    <a:xfrm>
                      <a:off x="0" y="0"/>
                      <a:ext cx="5486400" cy="3911055"/>
                    </a:xfrm>
                    <a:prstGeom prst="rect"/>
                  </pic:spPr>
                </pic:pic>
              </a:graphicData>
            </a:graphic>
          </wp:inline>
        </w:drawing>
      </w:r>
    </w:p>
    <w:p>
      <w:pPr>
        <w:spacing w:after="80"/>
      </w:pPr>
      <w:r>
        <w:rPr>
          <w:b w:val="0"/>
          <w:i w:val="0"/>
        </w:rPr>
        <w:t>Chìa khóa để lọt vào top 1 phần trăm chính là không ngừng đầu tư vào việc học hỏi và phát triển. Các tập đoàn lớn luôn đầu tư vào nhân tài của họ. Họ mài giũa những nhân viên cấp dưới đầy triển vọng để trở thành lãnh đạo, gửi họ đi đào tạo tốn kém và giao cho họ những người cố vấn giàu kinh nghiệm. Nếu bạn không có cái may mắn được một tập đoàn lớn đầu tư vào tài năng của mình, thì bạn vẫn phải tìm cách đầu tư vào chính bản thân.</w:t>
      </w:r>
    </w:p>
    <w:p>
      <w:pPr>
        <w:spacing w:after="80"/>
      </w:pPr>
      <w:r>
        <w:rPr>
          <w:b w:val="0"/>
          <w:i w:val="0"/>
        </w:rPr>
        <w:t>Vì lý do nào đó, hầu hết chúng ta đều nghĩ rằng mình sợ thử thách. Nhưng khi không bị thử thách, chúng ta lại thấy chán. Rồi chúng ta giậm chân tại chỗ. Nếu không bị thử thách, chúng ta cũng thường không nhận ra bên trong mình có gì và mình có thể làm được những gì. Bất kỳ doanh nhân nào muốn giữ được sự tỉnh táo đều phải từ bỏ cái quan niệm ngớ ngẩn rằng thử thách là đáng sợ. Thử thách sẽ không bao giờ ngừng đến, nên tốt nhất bạn hãy học cách yêu chúng và phát triển nhờ chúng. Mỗi cuộc vật lộn đều là một cơ hội để lớn lên và tiến bộ.</w:t>
      </w:r>
    </w:p>
    <w:p>
      <w:pPr>
        <w:spacing w:after="80"/>
      </w:pPr>
      <w:r>
        <w:rPr>
          <w:b w:val="0"/>
          <w:i w:val="0"/>
        </w:rPr>
        <w:t>Mỗi bước tiến lên sẽ khiến bạn cảm thấy như mình đang ở trong tình thế quá sức. Bạn sẽ bị thử thách. Một lần nữa, điều quyết định thành công của bạn chính là liệu nó có quan trọng với bạn hay không.</w:t>
      </w:r>
    </w:p>
    <w:p>
      <w:pPr>
        <w:pStyle w:val="Heading2"/>
      </w:pPr>
      <w:r>
        <w:rPr>
          <w:rFonts w:ascii="Calibri" w:hAnsi="Calibri"/>
          <w:b/>
          <w:i w:val="0"/>
          <w:sz w:val="32"/>
        </w:rPr>
        <w:t>Dùng Tinh thần Khởi nghiệp để Giải quyết các Vấn đề của Thế giới</w:t>
      </w:r>
    </w:p>
    <w:p>
      <w:pPr>
        <w:spacing w:after="80"/>
      </w:pPr>
      <w:r>
        <w:rPr>
          <w:b w:val="0"/>
          <w:i w:val="0"/>
        </w:rPr>
        <w:t>Tôi đã nói không biết bao nhiêu lần rằng nhiều vấn đề của thế giới sẽ được giải quyết bởi các doanh nhân. Lý do đơn giản là vì doanh nhân chính là những người giải quyết vấn đề. Họ nhìn vào một thứ phức tạp, nghiên cứu nó, đơn giản hóa nó, và cuối cùng tìm ra cách giải quyết nó. Doanh nhân có thể giải quyết các thách thức về sức khỏe, kinh tế, môi trường và giáo dục.</w:t>
      </w:r>
    </w:p>
    <w:p>
      <w:pPr>
        <w:spacing w:after="80"/>
      </w:pPr>
      <w:r>
        <w:rPr>
          <w:b w:val="0"/>
          <w:i w:val="0"/>
        </w:rPr>
        <w:t>Thường thì động lực đầu tiên để một người chưa từng làm doanh nhân trở thành doanh nhân là kiếm thật nhiều tiền để có một căn nhà to hơn, một chiếc xe to hơn, và những món đồ chơi khác. Điều đó không có gì sai. Nhưng sứ mệnh của bạn phải lớn lao hơn thế. Hãy biết rằng thế giới ngày nay đang trông cậy vào chúng ta để giải quyết những vấn đề lớn sẽ không bao giờ ngừng xuất hiện.</w:t>
      </w:r>
    </w:p>
    <w:p>
      <w:pPr>
        <w:spacing w:after="80"/>
      </w:pPr>
      <w:r>
        <w:rPr>
          <w:b w:val="0"/>
          <w:i w:val="0"/>
        </w:rPr>
        <w:t xml:space="preserve">Cuộc chơi kinh doanh đôi khi có thể xấu xí. Nghĩa địa của các start-up đầy ắp những công ty được điều hành bởi những người tài năng, có thiện chí, nhưng chỉ là chưa sẵn sàng đối mặt với sự hỗn loạn của việc gây dựng một doanh nghiệp. Nếu bạn có thể chịu đựng được việc bị đẩy đến giới hạn của mình, bị Goliath đánh gục, và bị bạn bè xa lánh mà vẫn trung thành với sứ mệnh của mình, thì điều đó sẽ xứng đáng. Tôi không có ý nói rằng </w:t>
      </w:r>
      <w:r>
        <w:rPr>
          <w:b w:val="0"/>
          <w:i/>
        </w:rPr>
        <w:t>cuối cùng rồi</w:t>
      </w:r>
      <w:r>
        <w:rPr>
          <w:b w:val="0"/>
          <w:i w:val="0"/>
        </w:rPr>
        <w:t xml:space="preserve"> nó sẽ xứng đáng; tôi muốn nói rằng mỗi ngày bạn đấu tranh vì một điều gì đó, mỗi ngày bạn sống theo chân lý tương lai của mình, mỗi ngày bạn dẫn dắt người khác trở thành phiên bản tốt nhất của họ, bạn sẽ cảm nhận được những phần thưởng.</w:t>
      </w:r>
    </w:p>
    <w:p>
      <w:pPr>
        <w:spacing w:after="80"/>
      </w:pPr>
      <w:r>
        <w:rPr>
          <w:b w:val="0"/>
          <w:i w:val="0"/>
        </w:rPr>
        <w:t>Thế giới cần bạn. Nó cần những ý tưởng của bạn, niềm đam mê của bạn, và trái tim của bạn.</w:t>
      </w:r>
    </w:p>
    <w:p>
      <w:pPr>
        <w:spacing w:after="80"/>
      </w:pPr>
      <w:r>
        <w:rPr>
          <w:b w:val="0"/>
          <w:i w:val="0"/>
        </w:rPr>
        <w:t>Bạn đã có đầy đủ thông tin cần thiết để làm chủ năm nước đi then chốt:</w:t>
      </w:r>
    </w:p>
    <w:p>
      <w:pPr>
        <w:spacing w:after="80"/>
        <w:ind w:left="360"/>
      </w:pPr>
      <w:r>
        <w:t xml:space="preserve">• </w:t>
      </w:r>
      <w:r>
        <w:rPr>
          <w:b w:val="0"/>
          <w:i w:val="0"/>
        </w:rPr>
        <w:t>cách hiểu chính mình</w:t>
      </w:r>
    </w:p>
    <w:p>
      <w:pPr>
        <w:spacing w:after="80"/>
        <w:ind w:left="360"/>
      </w:pPr>
      <w:r>
        <w:t xml:space="preserve">• </w:t>
      </w:r>
      <w:r>
        <w:rPr>
          <w:b w:val="0"/>
          <w:i w:val="0"/>
        </w:rPr>
        <w:t>cách lập luận</w:t>
      </w:r>
    </w:p>
    <w:p>
      <w:pPr>
        <w:spacing w:after="80"/>
        <w:ind w:left="360"/>
      </w:pPr>
      <w:r>
        <w:t xml:space="preserve">• </w:t>
      </w:r>
      <w:r>
        <w:rPr>
          <w:b w:val="0"/>
          <w:i w:val="0"/>
        </w:rPr>
        <w:t>cách xây dựng đội ngũ của bạn</w:t>
      </w:r>
    </w:p>
    <w:p>
      <w:pPr>
        <w:spacing w:after="80"/>
        <w:ind w:left="360"/>
      </w:pPr>
      <w:r>
        <w:t xml:space="preserve">• </w:t>
      </w:r>
      <w:r>
        <w:rPr>
          <w:b w:val="0"/>
          <w:i w:val="0"/>
        </w:rPr>
        <w:t>cách dùng chiến lược để mở rộng quy mô</w:t>
      </w:r>
    </w:p>
    <w:p>
      <w:pPr>
        <w:spacing w:after="80"/>
        <w:ind w:left="360"/>
      </w:pPr>
      <w:r>
        <w:t xml:space="preserve">• </w:t>
      </w:r>
      <w:r>
        <w:rPr>
          <w:b w:val="0"/>
          <w:i w:val="0"/>
        </w:rPr>
        <w:t>cách thực hiện những nước đi quyền lực</w:t>
      </w:r>
    </w:p>
    <w:p>
      <w:pPr>
        <w:spacing w:after="80"/>
      </w:pPr>
      <w:r>
        <w:rPr>
          <w:b w:val="0"/>
          <w:i w:val="0"/>
        </w:rPr>
        <w:t>Tất cả những câu hỏi, tất cả những công cụ, tất cả những câu chuyện đều ở đó để giúp bạn. Nhưng suy cho cùng, bạn sẽ chỉ thu được lợi ích nếu bạn áp dụng những gì đã học trong cuốn sách này. Giờ là lúc xác định những nước đi tiếp theo của bạn.</w:t>
      </w:r>
    </w:p>
    <w:p>
      <w:pPr>
        <w:spacing w:after="80"/>
      </w:pPr>
      <w:r>
        <w:rPr>
          <w:b w:val="0"/>
          <w:i w:val="0"/>
        </w:rPr>
        <w:t>Tối thiểu, hãy liệt kê năm nước đi. Nếu bạn khao khát suy nghĩ như một bậc thầy cờ vây, hãy thử thách bản thân liệt kê mười lăm nước. Trong khi làm vậy, hãy cân nhắc khái niệm về trình tự sắp xếp. Bạn có thể sẽ bị cám dỗ biến nước đi thứ mười lăm thành nước đi thứ ba của mình. Thay vào đó, hãy tập trung vào bức tranh lớn hơn. Hãy nhớ rằng, chính những nước đi đúng trình tự sẽ biến bạn thành một bậc thầy cờ vây. Đó là cách bạn giành chiến thắng trong phòng chiến tranh, phòng họp hội đồng quản trị, và cả trên giường ngủ.</w:t>
      </w:r>
    </w:p>
    <w:p>
      <w:pPr>
        <w:jc w:val="center"/>
      </w:pPr>
      <w:r>
        <w:drawing>
          <wp:inline xmlns:a="http://schemas.openxmlformats.org/drawingml/2006/main" xmlns:pic="http://schemas.openxmlformats.org/drawingml/2006/picture">
            <wp:extent cx="5159959" cy="8229602"/>
            <wp:docPr id="46" name="Picture 46"/>
            <wp:cNvGraphicFramePr>
              <a:graphicFrameLocks noChangeAspect="1"/>
            </wp:cNvGraphicFramePr>
            <a:graphic>
              <a:graphicData uri="http://schemas.openxmlformats.org/drawingml/2006/picture">
                <pic:pic>
                  <pic:nvPicPr>
                    <pic:cNvPr id="0" name="f0276-01.jpg"/>
                    <pic:cNvPicPr/>
                  </pic:nvPicPr>
                  <pic:blipFill>
                    <a:blip r:embed="rId37"/>
                    <a:stretch>
                      <a:fillRect/>
                    </a:stretch>
                  </pic:blipFill>
                  <pic:spPr>
                    <a:xfrm>
                      <a:off x="0" y="0"/>
                      <a:ext cx="5159959" cy="8229602"/>
                    </a:xfrm>
                    <a:prstGeom prst="rect"/>
                  </pic:spPr>
                </pic:pic>
              </a:graphicData>
            </a:graphic>
          </wp:inline>
        </w:drawing>
      </w:r>
    </w:p>
    <w:p>
      <w:pPr>
        <w:jc w:val="center"/>
      </w:pPr>
      <w:r>
        <w:drawing>
          <wp:inline xmlns:a="http://schemas.openxmlformats.org/drawingml/2006/main" xmlns:pic="http://schemas.openxmlformats.org/drawingml/2006/picture">
            <wp:extent cx="1152525" cy="95250"/>
            <wp:docPr id="47" name="Picture 47"/>
            <wp:cNvGraphicFramePr>
              <a:graphicFrameLocks noChangeAspect="1"/>
            </wp:cNvGraphicFramePr>
            <a:graphic>
              <a:graphicData uri="http://schemas.openxmlformats.org/drawingml/2006/picture">
                <pic:pic>
                  <pic:nvPicPr>
                    <pic:cNvPr id="0" name="common02.jpg"/>
                    <pic:cNvPicPr/>
                  </pic:nvPicPr>
                  <pic:blipFill>
                    <a:blip r:embed="rId38"/>
                    <a:stretch>
                      <a:fillRect/>
                    </a:stretch>
                  </pic:blipFill>
                  <pic:spPr>
                    <a:xfrm>
                      <a:off x="0" y="0"/>
                      <a:ext cx="1152525" cy="95250"/>
                    </a:xfrm>
                    <a:prstGeom prst="rect"/>
                  </pic:spPr>
                </pic:pic>
              </a:graphicData>
            </a:graphic>
          </wp:inline>
        </w:drawing>
      </w:r>
    </w:p>
    <w:p>
      <w:pPr>
        <w:pStyle w:val="Heading1"/>
      </w:pPr>
      <w:r>
        <w:rPr>
          <w:rFonts w:ascii="Calibri" w:hAnsi="Calibri"/>
          <w:b/>
          <w:i w:val="0"/>
          <w:sz w:val="40"/>
        </w:rPr>
        <w:t>PHỤ LỤC A BẢN KIỂM TRA BẢN SẮC CÁ NHÂN</w:t>
      </w:r>
    </w:p>
    <w:p>
      <w:pPr>
        <w:pStyle w:val="Heading2"/>
      </w:pPr>
      <w:r>
        <w:rPr>
          <w:rFonts w:ascii="Calibri" w:hAnsi="Calibri"/>
          <w:b/>
          <w:i w:val="0"/>
          <w:sz w:val="32"/>
        </w:rPr>
        <w:t>BẢN KIỂM TRA BẢN SẮC CÁ NHÂN</w:t>
      </w:r>
    </w:p>
    <w:p>
      <w:pPr>
        <w:spacing w:after="80"/>
        <w:ind w:left="360"/>
      </w:pPr>
      <w:r>
        <w:t xml:space="preserve">1. </w:t>
      </w:r>
      <w:r>
        <w:rPr>
          <w:b w:val="0"/>
          <w:i w:val="0"/>
        </w:rPr>
        <w:t>Bạn nghĩ thế giới nhìn bạn như thế nào?</w:t>
      </w:r>
    </w:p>
    <w:p>
      <w:pPr>
        <w:spacing w:after="80"/>
        <w:ind w:left="360"/>
      </w:pPr>
      <w:r>
        <w:t xml:space="preserve">2. </w:t>
      </w:r>
      <w:r>
        <w:rPr>
          <w:b w:val="0"/>
          <w:i w:val="0"/>
        </w:rPr>
        <w:t>Bạn nhìn chính mình như thế nào?</w:t>
      </w:r>
    </w:p>
    <w:p>
      <w:pPr>
        <w:spacing w:after="80"/>
        <w:ind w:left="360"/>
      </w:pPr>
      <w:r>
        <w:t xml:space="preserve">3. </w:t>
      </w:r>
      <w:r>
        <w:rPr>
          <w:b w:val="0"/>
          <w:i w:val="0"/>
        </w:rPr>
        <w:t>"Bạn công khai" khác với "bạn riêng tư" ở điểm nào?</w:t>
      </w:r>
    </w:p>
    <w:p>
      <w:pPr>
        <w:spacing w:after="80"/>
        <w:ind w:left="360"/>
      </w:pPr>
      <w:r>
        <w:t xml:space="preserve">4. </w:t>
      </w:r>
      <w:r>
        <w:rPr>
          <w:b w:val="0"/>
          <w:i w:val="0"/>
        </w:rPr>
        <w:t>Điều kiện nào tạo ra PHIÊN BẢN TỐT NHẤT CỦA BẠN? (Phiên bản của bạn biết cạnh tranh và đạt kết quả cao nhất.)</w:t>
      </w:r>
    </w:p>
    <w:p>
      <w:pPr>
        <w:spacing w:after="80"/>
        <w:ind w:left="720"/>
      </w:pPr>
      <w:r>
        <w:t xml:space="preserve">• </w:t>
      </w:r>
      <w:r>
        <w:rPr>
          <w:b w:val="0"/>
          <w:i w:val="0"/>
        </w:rPr>
        <w:t>Cạnh tranh</w:t>
      </w:r>
    </w:p>
    <w:p>
      <w:pPr>
        <w:spacing w:after="80"/>
        <w:ind w:left="720"/>
      </w:pPr>
      <w:r>
        <w:t xml:space="preserve">• </w:t>
      </w:r>
      <w:r>
        <w:rPr>
          <w:b w:val="0"/>
          <w:i w:val="0"/>
        </w:rPr>
        <w:t>Sợ mất mát</w:t>
      </w:r>
    </w:p>
    <w:p>
      <w:pPr>
        <w:spacing w:after="80"/>
        <w:ind w:left="720"/>
      </w:pPr>
      <w:r>
        <w:t xml:space="preserve">• </w:t>
      </w:r>
      <w:r>
        <w:rPr>
          <w:b w:val="0"/>
          <w:i w:val="0"/>
        </w:rPr>
        <w:t>Một thất bại</w:t>
      </w:r>
    </w:p>
    <w:p>
      <w:pPr>
        <w:spacing w:after="80"/>
        <w:ind w:left="720"/>
      </w:pPr>
      <w:r>
        <w:t xml:space="preserve">• </w:t>
      </w:r>
      <w:r>
        <w:rPr>
          <w:b w:val="0"/>
          <w:i w:val="0"/>
        </w:rPr>
        <w:t>Một chiến thắng</w:t>
      </w:r>
    </w:p>
    <w:p>
      <w:pPr>
        <w:spacing w:after="80"/>
        <w:ind w:left="720"/>
      </w:pPr>
      <w:r>
        <w:t xml:space="preserve">• </w:t>
      </w:r>
      <w:r>
        <w:rPr>
          <w:b w:val="0"/>
          <w:i w:val="0"/>
        </w:rPr>
        <w:t>Có ai đó tin vào bạn</w:t>
      </w:r>
    </w:p>
    <w:p>
      <w:pPr>
        <w:spacing w:after="80"/>
        <w:ind w:left="720"/>
      </w:pPr>
      <w:r>
        <w:t xml:space="preserve">• </w:t>
      </w:r>
      <w:r>
        <w:rPr>
          <w:b w:val="0"/>
          <w:i w:val="0"/>
        </w:rPr>
        <w:t>Một điều cần chứng minh</w:t>
      </w:r>
    </w:p>
    <w:p>
      <w:pPr>
        <w:spacing w:after="80"/>
        <w:ind w:left="360"/>
      </w:pPr>
      <w:r>
        <w:t xml:space="preserve">5. </w:t>
      </w:r>
      <w:r>
        <w:rPr>
          <w:b w:val="0"/>
          <w:i w:val="0"/>
        </w:rPr>
        <w:t>Hãy kể tên một giai đoạn chín mươi ngày trong sự nghiệp mà bạn khao khát thành công nhất. Điều gì đã thúc đẩy bạn?</w:t>
      </w:r>
    </w:p>
    <w:p>
      <w:pPr>
        <w:spacing w:after="80"/>
        <w:ind w:left="360"/>
      </w:pPr>
      <w:r>
        <w:t xml:space="preserve">6. </w:t>
      </w:r>
      <w:r>
        <w:rPr>
          <w:b w:val="0"/>
          <w:i w:val="0"/>
        </w:rPr>
        <w:t>Bạn xử lý một thất bại trước công chúng như thế nào?</w:t>
      </w:r>
    </w:p>
    <w:p>
      <w:pPr>
        <w:spacing w:after="80"/>
        <w:ind w:left="360"/>
      </w:pPr>
      <w:r>
        <w:t xml:space="preserve">7. </w:t>
      </w:r>
      <w:r>
        <w:rPr>
          <w:b w:val="0"/>
          <w:i w:val="0"/>
        </w:rPr>
        <w:t>Bạn có cảm thấy mình đương nhiên được hưởng những thứ mà không cần giành lấy chúng không?</w:t>
      </w:r>
    </w:p>
    <w:p>
      <w:pPr>
        <w:spacing w:after="80"/>
        <w:ind w:left="360"/>
      </w:pPr>
      <w:r>
        <w:t xml:space="preserve">8. </w:t>
      </w:r>
      <w:r>
        <w:rPr>
          <w:b w:val="0"/>
          <w:i w:val="0"/>
        </w:rPr>
        <w:t>Tính cách của bạn khó chịu đến mức nào?</w:t>
      </w:r>
    </w:p>
    <w:p>
      <w:pPr>
        <w:spacing w:after="80"/>
        <w:ind w:left="360"/>
      </w:pPr>
      <w:r>
        <w:t xml:space="preserve">9. </w:t>
      </w:r>
      <w:r>
        <w:rPr>
          <w:b w:val="0"/>
          <w:i w:val="0"/>
        </w:rPr>
        <w:t>Bạn có xu hướng đổ lỗi cho người khác vì sự thiếu nỗ lực hoặc thiếu kỷ luật của mình không? Nếu có, tại sao?</w:t>
      </w:r>
    </w:p>
    <w:p>
      <w:pPr>
        <w:spacing w:after="80"/>
        <w:ind w:left="720"/>
      </w:pPr>
      <w:r>
        <w:t xml:space="preserve">• </w:t>
      </w:r>
      <w:r>
        <w:rPr>
          <w:b w:val="0"/>
          <w:i w:val="0"/>
        </w:rPr>
        <w:t>Rất khó</w:t>
      </w:r>
    </w:p>
    <w:p>
      <w:pPr>
        <w:spacing w:after="80"/>
        <w:ind w:left="720"/>
      </w:pPr>
      <w:r>
        <w:t xml:space="preserve">• </w:t>
      </w:r>
      <w:r>
        <w:rPr>
          <w:b w:val="0"/>
          <w:i w:val="0"/>
        </w:rPr>
        <w:t>Khó</w:t>
      </w:r>
    </w:p>
    <w:p>
      <w:pPr>
        <w:spacing w:after="80"/>
        <w:ind w:left="720"/>
      </w:pPr>
      <w:r>
        <w:t xml:space="preserve">• </w:t>
      </w:r>
      <w:r>
        <w:rPr>
          <w:b w:val="0"/>
          <w:i w:val="0"/>
        </w:rPr>
        <w:t>Hơi khó</w:t>
      </w:r>
    </w:p>
    <w:p>
      <w:pPr>
        <w:spacing w:after="80"/>
        <w:ind w:left="720"/>
      </w:pPr>
      <w:r>
        <w:t xml:space="preserve">• </w:t>
      </w:r>
      <w:r>
        <w:rPr>
          <w:b w:val="0"/>
          <w:i w:val="0"/>
        </w:rPr>
        <w:t>Dễ chịu</w:t>
      </w:r>
    </w:p>
    <w:p>
      <w:pPr>
        <w:spacing w:after="80"/>
        <w:ind w:left="720"/>
      </w:pPr>
      <w:r>
        <w:t xml:space="preserve">• </w:t>
      </w:r>
      <w:r>
        <w:rPr>
          <w:b w:val="0"/>
          <w:i w:val="0"/>
        </w:rPr>
        <w:t>Rất dễ chịu</w:t>
      </w:r>
    </w:p>
    <w:p>
      <w:pPr>
        <w:spacing w:after="80"/>
        <w:ind w:left="360"/>
      </w:pPr>
      <w:r>
        <w:t xml:space="preserve">10. </w:t>
      </w:r>
      <w:r>
        <w:rPr>
          <w:b w:val="0"/>
          <w:i w:val="0"/>
        </w:rPr>
        <w:t>Bạn có hòa hợp với những người giống mình không, hay trong phòng chỉ có thể có một người như bạn mà thôi?</w:t>
      </w:r>
    </w:p>
    <w:p>
      <w:pPr>
        <w:spacing w:after="80"/>
        <w:ind w:left="360"/>
      </w:pPr>
      <w:r>
        <w:t xml:space="preserve">11. </w:t>
      </w:r>
      <w:r>
        <w:rPr>
          <w:b w:val="0"/>
          <w:i w:val="0"/>
        </w:rPr>
        <w:t>Bạn nói chuyện với ai nhiều nhất khi đang thua cuộc?</w:t>
      </w:r>
    </w:p>
    <w:p>
      <w:pPr>
        <w:spacing w:after="80"/>
        <w:ind w:left="720"/>
      </w:pPr>
      <w:r>
        <w:t xml:space="preserve">• </w:t>
      </w:r>
      <w:r>
        <w:rPr>
          <w:b w:val="0"/>
          <w:i w:val="0"/>
        </w:rPr>
        <w:t>Những người đi trước bạn</w:t>
      </w:r>
    </w:p>
    <w:p>
      <w:pPr>
        <w:spacing w:after="80"/>
        <w:ind w:left="720"/>
      </w:pPr>
      <w:r>
        <w:t xml:space="preserve">• </w:t>
      </w:r>
      <w:r>
        <w:rPr>
          <w:b w:val="0"/>
          <w:i w:val="0"/>
        </w:rPr>
        <w:t>Những người ngang tầm với bạn</w:t>
      </w:r>
    </w:p>
    <w:p>
      <w:pPr>
        <w:spacing w:after="80"/>
        <w:ind w:left="720"/>
      </w:pPr>
      <w:r>
        <w:t xml:space="preserve">• </w:t>
      </w:r>
      <w:r>
        <w:rPr>
          <w:b w:val="0"/>
          <w:i w:val="0"/>
        </w:rPr>
        <w:t>Những người chưa bằng bạn</w:t>
      </w:r>
    </w:p>
    <w:p>
      <w:pPr>
        <w:spacing w:after="80"/>
        <w:ind w:left="720"/>
      </w:pPr>
      <w:r>
        <w:t xml:space="preserve">• </w:t>
      </w:r>
      <w:r>
        <w:rPr>
          <w:b w:val="0"/>
          <w:i w:val="0"/>
        </w:rPr>
        <w:t>Không ai cả</w:t>
      </w:r>
    </w:p>
    <w:p>
      <w:pPr>
        <w:spacing w:after="80"/>
        <w:ind w:left="360"/>
      </w:pPr>
      <w:r>
        <w:t xml:space="preserve">12. </w:t>
      </w:r>
      <w:r>
        <w:rPr>
          <w:b w:val="0"/>
          <w:i w:val="0"/>
        </w:rPr>
        <w:t>Bạn đang âm thầm ghen tị với ai mà không ai biết?Đừng lo phải viết điều này ra. Sẽ không ai biết câu trả lời của bạn ngoài chính bạn. Mối quan hệ của bạn với người mà bạn ghen tị nhất như thế nào? Bao nhiêu phần trong nỗi ghen tị đó là do bạn không sẵn lòng làm những việc mà người kia sẵn lòng làm?</w:t>
      </w:r>
    </w:p>
    <w:p>
      <w:pPr>
        <w:spacing w:after="80"/>
        <w:ind w:left="360"/>
      </w:pPr>
      <w:r>
        <w:t xml:space="preserve">13. </w:t>
      </w:r>
      <w:r>
        <w:rPr>
          <w:b w:val="0"/>
          <w:i w:val="0"/>
        </w:rPr>
        <w:t>Kiểu người nào khiến bạn khó chịu nhất và tại sao?</w:t>
      </w:r>
    </w:p>
    <w:p>
      <w:pPr>
        <w:spacing w:after="80"/>
        <w:ind w:left="360"/>
      </w:pPr>
      <w:r>
        <w:t xml:space="preserve">14. </w:t>
      </w:r>
      <w:r>
        <w:rPr>
          <w:b w:val="0"/>
          <w:i w:val="0"/>
        </w:rPr>
        <w:t>Kiểu người nào bạn thích nhất và tại sao?</w:t>
      </w:r>
    </w:p>
    <w:p>
      <w:pPr>
        <w:spacing w:after="80"/>
        <w:ind w:left="360"/>
      </w:pPr>
      <w:r>
        <w:t xml:space="preserve">15. </w:t>
      </w:r>
      <w:r>
        <w:rPr>
          <w:b w:val="0"/>
          <w:i w:val="0"/>
        </w:rPr>
        <w:t>Bạn hợp tác với ai nhiều nhất?</w:t>
      </w:r>
    </w:p>
    <w:p>
      <w:pPr>
        <w:spacing w:after="80"/>
        <w:ind w:left="360"/>
      </w:pPr>
      <w:r>
        <w:t xml:space="preserve">16. </w:t>
      </w:r>
      <w:r>
        <w:rPr>
          <w:b w:val="0"/>
          <w:i w:val="0"/>
        </w:rPr>
        <w:t>Những phẩm chất và đặc điểm nào ở người khác mà bạn ngưỡng mộ nhất?</w:t>
      </w:r>
    </w:p>
    <w:p>
      <w:pPr>
        <w:spacing w:after="80"/>
        <w:ind w:left="360"/>
      </w:pPr>
      <w:r>
        <w:t xml:space="preserve">17. </w:t>
      </w:r>
      <w:r>
        <w:rPr>
          <w:b w:val="0"/>
          <w:i w:val="0"/>
        </w:rPr>
        <w:t>Bạn xử lý áp lực như thế nào?</w:t>
      </w:r>
    </w:p>
    <w:p>
      <w:pPr>
        <w:spacing w:after="80"/>
        <w:ind w:left="360"/>
      </w:pPr>
      <w:r>
        <w:t xml:space="preserve">18. </w:t>
      </w:r>
      <w:r>
        <w:rPr>
          <w:b w:val="0"/>
          <w:i w:val="0"/>
        </w:rPr>
        <w:t>Bạn có thường thách thức tầm nhìn của chính mình để giúp cải thiện góc nhìn của bản thân không?</w:t>
      </w:r>
    </w:p>
    <w:p>
      <w:pPr>
        <w:spacing w:after="80"/>
        <w:ind w:left="360"/>
      </w:pPr>
      <w:r>
        <w:t xml:space="preserve">19. </w:t>
      </w:r>
      <w:r>
        <w:rPr>
          <w:b w:val="0"/>
          <w:i w:val="0"/>
        </w:rPr>
        <w:t>Điều gì làm bộc lộ mặt tệ nhất của bạn? Tại sao?</w:t>
      </w:r>
    </w:p>
    <w:p>
      <w:pPr>
        <w:spacing w:after="80"/>
        <w:ind w:left="360"/>
      </w:pPr>
      <w:r>
        <w:t xml:space="preserve">20. </w:t>
      </w:r>
      <w:r>
        <w:rPr>
          <w:b w:val="0"/>
          <w:i w:val="0"/>
        </w:rPr>
        <w:t>Điều gì làm bộc lộ mặt tốt nhất của bạn? Tại sao?</w:t>
      </w:r>
    </w:p>
    <w:p>
      <w:pPr>
        <w:spacing w:after="80"/>
        <w:ind w:left="360"/>
      </w:pPr>
      <w:r>
        <w:t xml:space="preserve">21. </w:t>
      </w:r>
      <w:r>
        <w:rPr>
          <w:b w:val="0"/>
          <w:i w:val="0"/>
        </w:rPr>
        <w:t>Bạn trân trọng điều gì nhất trong công việc kinh doanh và trong cuộc sống?</w:t>
      </w:r>
    </w:p>
    <w:p>
      <w:pPr>
        <w:spacing w:after="80"/>
        <w:ind w:left="360"/>
      </w:pPr>
      <w:r>
        <w:t xml:space="preserve">22. </w:t>
      </w:r>
      <w:r>
        <w:rPr>
          <w:b w:val="0"/>
          <w:i w:val="0"/>
        </w:rPr>
        <w:t>Bạn sợ điều gì nhất trong lĩnh vực kinh doanh của mình?</w:t>
      </w:r>
    </w:p>
    <w:p>
      <w:pPr>
        <w:spacing w:after="80"/>
        <w:ind w:left="360"/>
      </w:pPr>
      <w:r>
        <w:t xml:space="preserve">23. </w:t>
      </w:r>
      <w:r>
        <w:rPr>
          <w:b w:val="0"/>
          <w:i w:val="0"/>
        </w:rPr>
        <w:t>Thành tựu nào khiến bạn tự hào nhất và tại sao?</w:t>
      </w:r>
    </w:p>
    <w:p>
      <w:pPr>
        <w:spacing w:after="80"/>
        <w:ind w:left="360"/>
      </w:pPr>
      <w:r>
        <w:t xml:space="preserve">24. </w:t>
      </w:r>
      <w:r>
        <w:rPr>
          <w:b w:val="0"/>
          <w:i w:val="0"/>
        </w:rPr>
        <w:t>Bạn muốn trở thành người như thế nào?</w:t>
      </w:r>
    </w:p>
    <w:p>
      <w:pPr>
        <w:spacing w:after="80"/>
        <w:ind w:left="360"/>
      </w:pPr>
      <w:r>
        <w:t xml:space="preserve">25. </w:t>
      </w:r>
      <w:r>
        <w:rPr>
          <w:b w:val="0"/>
          <w:i w:val="0"/>
        </w:rPr>
        <w:t>Bạn muốn sống một cuộc đời như thế nào?</w:t>
      </w:r>
    </w:p>
    <w:p>
      <w:pPr>
        <w:jc w:val="center"/>
      </w:pPr>
      <w:r>
        <w:drawing>
          <wp:inline xmlns:a="http://schemas.openxmlformats.org/drawingml/2006/main" xmlns:pic="http://schemas.openxmlformats.org/drawingml/2006/picture">
            <wp:extent cx="1152525" cy="95250"/>
            <wp:docPr id="48" name="Picture 48"/>
            <wp:cNvGraphicFramePr>
              <a:graphicFrameLocks noChangeAspect="1"/>
            </wp:cNvGraphicFramePr>
            <a:graphic>
              <a:graphicData uri="http://schemas.openxmlformats.org/drawingml/2006/picture">
                <pic:pic>
                  <pic:nvPicPr>
                    <pic:cNvPr id="0" name="common02.jpg"/>
                    <pic:cNvPicPr/>
                  </pic:nvPicPr>
                  <pic:blipFill>
                    <a:blip r:embed="rId38"/>
                    <a:stretch>
                      <a:fillRect/>
                    </a:stretch>
                  </pic:blipFill>
                  <pic:spPr>
                    <a:xfrm>
                      <a:off x="0" y="0"/>
                      <a:ext cx="1152525" cy="95250"/>
                    </a:xfrm>
                    <a:prstGeom prst="rect"/>
                  </pic:spPr>
                </pic:pic>
              </a:graphicData>
            </a:graphic>
          </wp:inline>
        </w:drawing>
      </w:r>
    </w:p>
    <w:p>
      <w:pPr>
        <w:pStyle w:val="Heading1"/>
      </w:pPr>
      <w:r>
        <w:rPr>
          <w:rFonts w:ascii="Calibri" w:hAnsi="Calibri"/>
          <w:b/>
          <w:i w:val="0"/>
          <w:sz w:val="40"/>
        </w:rPr>
        <w:t xml:space="preserve">PHỤ LỤC B BẢNG BÀI TẬP GIẢI QUYẾT </w:t>
      </w:r>
      <w:r>
        <w:rPr>
          <w:rFonts w:ascii="Calibri" w:hAnsi="Calibri"/>
          <w:b/>
          <w:i/>
          <w:sz w:val="40"/>
        </w:rPr>
        <w:t>X</w:t>
      </w:r>
    </w:p>
    <w:p>
      <w:pPr>
        <w:jc w:val="center"/>
      </w:pPr>
      <w:r>
        <w:drawing>
          <wp:inline xmlns:a="http://schemas.openxmlformats.org/drawingml/2006/main" xmlns:pic="http://schemas.openxmlformats.org/drawingml/2006/picture">
            <wp:extent cx="5476798" cy="8229599"/>
            <wp:docPr id="49" name="Picture 49"/>
            <wp:cNvGraphicFramePr>
              <a:graphicFrameLocks noChangeAspect="1"/>
            </wp:cNvGraphicFramePr>
            <a:graphic>
              <a:graphicData uri="http://schemas.openxmlformats.org/drawingml/2006/picture">
                <pic:pic>
                  <pic:nvPicPr>
                    <pic:cNvPr id="0" name="f0287-01.jpg"/>
                    <pic:cNvPicPr/>
                  </pic:nvPicPr>
                  <pic:blipFill>
                    <a:blip r:embed="rId39"/>
                    <a:stretch>
                      <a:fillRect/>
                    </a:stretch>
                  </pic:blipFill>
                  <pic:spPr>
                    <a:xfrm>
                      <a:off x="0" y="0"/>
                      <a:ext cx="5476798" cy="8229599"/>
                    </a:xfrm>
                    <a:prstGeom prst="rect"/>
                  </pic:spPr>
                </pic:pic>
              </a:graphicData>
            </a:graphic>
          </wp:inline>
        </w:drawing>
      </w:r>
    </w:p>
    <w:p>
      <w:pPr>
        <w:jc w:val="center"/>
      </w:pPr>
      <w:r>
        <w:drawing>
          <wp:inline xmlns:a="http://schemas.openxmlformats.org/drawingml/2006/main" xmlns:pic="http://schemas.openxmlformats.org/drawingml/2006/picture">
            <wp:extent cx="1333500" cy="85725"/>
            <wp:docPr id="50" name="Picture 50"/>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1"/>
      </w:pPr>
      <w:r>
        <w:rPr>
          <w:rFonts w:ascii="Calibri" w:hAnsi="Calibri"/>
          <w:b/>
          <w:i w:val="0"/>
          <w:sz w:val="40"/>
        </w:rPr>
        <w:t>Sách nên đọc</w:t>
      </w:r>
    </w:p>
    <w:p>
      <w:pPr>
        <w:pStyle w:val="Heading2"/>
      </w:pPr>
      <w:r>
        <w:rPr>
          <w:rFonts w:ascii="Calibri" w:hAnsi="Calibri"/>
          <w:b/>
          <w:i w:val="0"/>
          <w:sz w:val="32"/>
        </w:rPr>
        <w:t>52 cuốn sách kinh doanh hàng đầu của PBD</w:t>
      </w:r>
    </w:p>
    <w:p>
      <w:pPr>
        <w:spacing w:after="80"/>
        <w:ind w:left="360"/>
      </w:pPr>
      <w:r>
        <w:rPr>
          <w:b/>
          <w:i w:val="0"/>
        </w:rPr>
        <w:t>1.</w:t>
      </w:r>
      <w:r>
        <w:rPr>
          <w:b w:val="0"/>
          <w:i w:val="0"/>
        </w:rPr>
        <w:t xml:space="preserve"> </w:t>
      </w:r>
      <w:r>
        <w:rPr>
          <w:b w:val="0"/>
          <w:i/>
        </w:rPr>
        <w:t>Chiến lược Đại dương Xanh: Cách tạo ra không gian thị trường không có cạnh tranh và biến đối thủ thành vô nghĩa</w:t>
      </w:r>
      <w:r>
        <w:rPr>
          <w:b w:val="0"/>
          <w:i w:val="0"/>
        </w:rPr>
        <w:t xml:space="preserve"> của W. Chan Kim và Renée Mauborgne</w:t>
      </w:r>
    </w:p>
    <w:p>
      <w:pPr>
        <w:spacing w:after="80"/>
        <w:ind w:left="360"/>
      </w:pPr>
      <w:r>
        <w:rPr>
          <w:b/>
          <w:i w:val="0"/>
        </w:rPr>
        <w:t>2.</w:t>
      </w:r>
      <w:r>
        <w:rPr>
          <w:b w:val="0"/>
          <w:i w:val="0"/>
        </w:rPr>
        <w:t xml:space="preserve"> </w:t>
      </w:r>
      <w:r>
        <w:rPr>
          <w:b w:val="0"/>
          <w:i/>
        </w:rPr>
        <w:t>Nguyên tắc: Cuộc sống và Công việc</w:t>
      </w:r>
      <w:r>
        <w:rPr>
          <w:b w:val="0"/>
          <w:i w:val="0"/>
        </w:rPr>
        <w:t xml:space="preserve"> của Ray Dalio</w:t>
      </w:r>
    </w:p>
    <w:p>
      <w:pPr>
        <w:spacing w:after="80"/>
        <w:ind w:left="360"/>
      </w:pPr>
      <w:r>
        <w:rPr>
          <w:b/>
          <w:i w:val="0"/>
        </w:rPr>
        <w:t>3.</w:t>
      </w:r>
      <w:r>
        <w:rPr>
          <w:b w:val="0"/>
          <w:i w:val="0"/>
        </w:rPr>
        <w:t xml:space="preserve"> </w:t>
      </w:r>
      <w:r>
        <w:rPr>
          <w:b w:val="0"/>
          <w:i/>
        </w:rPr>
        <w:t>Năm cám dỗ của một CEO: Một câu chuyện ngụ ngôn về lãnh đạo</w:t>
      </w:r>
      <w:r>
        <w:rPr>
          <w:b w:val="0"/>
          <w:i w:val="0"/>
        </w:rPr>
        <w:t xml:space="preserve"> của Patrick Lencioni</w:t>
      </w:r>
    </w:p>
    <w:p>
      <w:pPr>
        <w:spacing w:after="80"/>
        <w:ind w:left="360"/>
      </w:pPr>
      <w:r>
        <w:rPr>
          <w:b/>
          <w:i w:val="0"/>
        </w:rPr>
        <w:t>4.</w:t>
      </w:r>
      <w:r>
        <w:rPr>
          <w:b w:val="0"/>
          <w:i w:val="0"/>
        </w:rPr>
        <w:t xml:space="preserve"> </w:t>
      </w:r>
      <w:r>
        <w:rPr>
          <w:b w:val="0"/>
          <w:i/>
        </w:rPr>
        <w:t>Built to Sell: Creating a Business That Can Thrive Without You</w:t>
      </w:r>
      <w:r>
        <w:rPr>
          <w:b w:val="0"/>
          <w:i w:val="0"/>
        </w:rPr>
        <w:t xml:space="preserve"> của John Warrillow</w:t>
      </w:r>
    </w:p>
    <w:p>
      <w:pPr>
        <w:spacing w:after="80"/>
        <w:ind w:left="360"/>
      </w:pPr>
      <w:r>
        <w:rPr>
          <w:b/>
          <w:i w:val="0"/>
        </w:rPr>
        <w:t>5.</w:t>
      </w:r>
      <w:r>
        <w:rPr>
          <w:b w:val="0"/>
          <w:i w:val="0"/>
        </w:rPr>
        <w:t xml:space="preserve"> </w:t>
      </w:r>
      <w:r>
        <w:rPr>
          <w:b w:val="0"/>
          <w:i/>
        </w:rPr>
        <w:t>Competitive Strategy: Techniques for Analyzing Industries and Competitors</w:t>
      </w:r>
      <w:r>
        <w:rPr>
          <w:b w:val="0"/>
          <w:i w:val="0"/>
        </w:rPr>
        <w:t xml:space="preserve"> của Michael E. Porter</w:t>
      </w:r>
    </w:p>
    <w:p>
      <w:pPr>
        <w:spacing w:after="80"/>
        <w:ind w:left="360"/>
      </w:pPr>
      <w:r>
        <w:rPr>
          <w:b/>
          <w:i w:val="0"/>
        </w:rPr>
        <w:t>6.</w:t>
      </w:r>
      <w:r>
        <w:rPr>
          <w:b w:val="0"/>
          <w:i w:val="0"/>
        </w:rPr>
        <w:t xml:space="preserve"> </w:t>
      </w:r>
      <w:r>
        <w:rPr>
          <w:b w:val="0"/>
          <w:i/>
        </w:rPr>
        <w:t>Multipliers: How the Best Leaders Make Everyone Smarter</w:t>
      </w:r>
      <w:r>
        <w:rPr>
          <w:b w:val="0"/>
          <w:i w:val="0"/>
        </w:rPr>
        <w:t xml:space="preserve"> của Liz Wiseman</w:t>
      </w:r>
    </w:p>
    <w:p>
      <w:pPr>
        <w:spacing w:after="80"/>
        <w:ind w:left="360"/>
      </w:pPr>
      <w:r>
        <w:rPr>
          <w:b/>
          <w:i w:val="0"/>
        </w:rPr>
        <w:t>7.</w:t>
      </w:r>
      <w:r>
        <w:rPr>
          <w:b w:val="0"/>
          <w:i w:val="0"/>
        </w:rPr>
        <w:t xml:space="preserve"> </w:t>
      </w:r>
      <w:r>
        <w:rPr>
          <w:b w:val="0"/>
          <w:i/>
        </w:rPr>
        <w:t>Only the Paranoid Survive: How to Exploit the Crisis Points That Challenge Every Company</w:t>
      </w:r>
      <w:r>
        <w:rPr>
          <w:b w:val="0"/>
          <w:i w:val="0"/>
        </w:rPr>
        <w:t xml:space="preserve"> của Andrew S. Grove</w:t>
      </w:r>
    </w:p>
    <w:p>
      <w:pPr>
        <w:spacing w:after="80"/>
        <w:ind w:left="360"/>
      </w:pPr>
      <w:r>
        <w:rPr>
          <w:b/>
          <w:i w:val="0"/>
        </w:rPr>
        <w:t>8.</w:t>
      </w:r>
      <w:r>
        <w:rPr>
          <w:b w:val="0"/>
          <w:i w:val="0"/>
        </w:rPr>
        <w:t xml:space="preserve"> </w:t>
      </w:r>
      <w:r>
        <w:rPr>
          <w:b w:val="0"/>
          <w:i/>
        </w:rPr>
        <w:t>Positioning: The Battle for Your Mind</w:t>
      </w:r>
      <w:r>
        <w:rPr>
          <w:b w:val="0"/>
          <w:i w:val="0"/>
        </w:rPr>
        <w:t xml:space="preserve"> của Al Ries và Jack Trout</w:t>
      </w:r>
    </w:p>
    <w:p>
      <w:pPr>
        <w:spacing w:after="80"/>
        <w:ind w:left="360"/>
      </w:pPr>
      <w:r>
        <w:rPr>
          <w:b/>
          <w:i w:val="0"/>
        </w:rPr>
        <w:t>9.</w:t>
      </w:r>
      <w:r>
        <w:rPr>
          <w:b w:val="0"/>
          <w:i w:val="0"/>
        </w:rPr>
        <w:t xml:space="preserve"> </w:t>
      </w:r>
      <w:r>
        <w:rPr>
          <w:b w:val="0"/>
          <w:i/>
        </w:rPr>
        <w:t>The Five Dysfunctions of a Team: A Leadership Fable</w:t>
      </w:r>
      <w:r>
        <w:rPr>
          <w:b w:val="0"/>
          <w:i w:val="0"/>
        </w:rPr>
        <w:t xml:space="preserve"> của Patrick Lencioni</w:t>
      </w:r>
    </w:p>
    <w:p>
      <w:pPr>
        <w:spacing w:after="80"/>
        <w:ind w:left="360"/>
      </w:pPr>
      <w:r>
        <w:rPr>
          <w:b/>
          <w:i w:val="0"/>
        </w:rPr>
        <w:t>10.</w:t>
      </w:r>
      <w:r>
        <w:rPr>
          <w:b w:val="0"/>
          <w:i w:val="0"/>
        </w:rPr>
        <w:t xml:space="preserve"> </w:t>
      </w:r>
      <w:r>
        <w:rPr>
          <w:b w:val="0"/>
          <w:i/>
        </w:rPr>
        <w:t>The Lean Startup: How Today’s Entrepreneurs Use Continuous Innovation to Create Radically Successful Businesses</w:t>
      </w:r>
      <w:r>
        <w:rPr>
          <w:b w:val="0"/>
          <w:i w:val="0"/>
        </w:rPr>
        <w:t xml:space="preserve"> của Eric Ries</w:t>
      </w:r>
    </w:p>
    <w:p>
      <w:pPr>
        <w:spacing w:after="80"/>
        <w:ind w:left="360"/>
      </w:pPr>
      <w:r>
        <w:rPr>
          <w:b/>
          <w:i w:val="0"/>
        </w:rPr>
        <w:t>11.</w:t>
      </w:r>
      <w:r>
        <w:rPr>
          <w:b w:val="0"/>
          <w:i w:val="0"/>
        </w:rPr>
        <w:t xml:space="preserve"> </w:t>
      </w:r>
      <w:r>
        <w:rPr>
          <w:b w:val="0"/>
          <w:i/>
        </w:rPr>
        <w:t>The ONE Thing: The Surprisingly Simple Truth Behind Extraordinary Results</w:t>
      </w:r>
      <w:r>
        <w:rPr>
          <w:b w:val="0"/>
          <w:i w:val="0"/>
        </w:rPr>
        <w:t xml:space="preserve"> của Gary Keller</w:t>
      </w:r>
    </w:p>
    <w:p>
      <w:pPr>
        <w:spacing w:after="80"/>
        <w:ind w:left="360"/>
      </w:pPr>
      <w:r>
        <w:rPr>
          <w:b/>
          <w:i w:val="0"/>
        </w:rPr>
        <w:t>12.</w:t>
      </w:r>
      <w:r>
        <w:rPr>
          <w:b w:val="0"/>
          <w:i w:val="0"/>
        </w:rPr>
        <w:t xml:space="preserve"> </w:t>
      </w:r>
      <w:r>
        <w:rPr>
          <w:b w:val="0"/>
          <w:i/>
        </w:rPr>
        <w:t>Mastery</w:t>
      </w:r>
      <w:r>
        <w:rPr>
          <w:b w:val="0"/>
          <w:i w:val="0"/>
        </w:rPr>
        <w:t xml:space="preserve"> của Robert Greene</w:t>
      </w:r>
    </w:p>
    <w:p>
      <w:pPr>
        <w:spacing w:after="80"/>
        <w:ind w:left="360"/>
      </w:pPr>
      <w:r>
        <w:rPr>
          <w:b/>
          <w:i w:val="0"/>
        </w:rPr>
        <w:t>13.</w:t>
      </w:r>
      <w:r>
        <w:rPr>
          <w:b w:val="0"/>
          <w:i w:val="0"/>
        </w:rPr>
        <w:t xml:space="preserve"> </w:t>
      </w:r>
      <w:r>
        <w:rPr>
          <w:b w:val="0"/>
          <w:i/>
        </w:rPr>
        <w:t>12 Rules for Life: An Antidote to Chaos</w:t>
      </w:r>
      <w:r>
        <w:rPr>
          <w:b w:val="0"/>
          <w:i w:val="0"/>
        </w:rPr>
        <w:t xml:space="preserve"> của Jordan B. Peterson</w:t>
      </w:r>
    </w:p>
    <w:p>
      <w:pPr>
        <w:spacing w:after="80"/>
        <w:ind w:left="360"/>
      </w:pPr>
      <w:r>
        <w:rPr>
          <w:b/>
          <w:i w:val="0"/>
        </w:rPr>
        <w:t>14.</w:t>
      </w:r>
      <w:r>
        <w:rPr>
          <w:b w:val="0"/>
          <w:i w:val="0"/>
        </w:rPr>
        <w:t xml:space="preserve"> </w:t>
      </w:r>
      <w:r>
        <w:rPr>
          <w:b w:val="0"/>
          <w:i/>
        </w:rPr>
        <w:t>Mastering the Rockefeller Habits: What You Must Do to Increase the Value of Your Growing Firm</w:t>
      </w:r>
      <w:r>
        <w:rPr>
          <w:b w:val="0"/>
          <w:i w:val="0"/>
        </w:rPr>
        <w:t xml:space="preserve"> của Verne Harnish</w:t>
      </w:r>
    </w:p>
    <w:p>
      <w:pPr>
        <w:spacing w:after="80"/>
        <w:ind w:left="360"/>
      </w:pPr>
      <w:r>
        <w:rPr>
          <w:b/>
          <w:i w:val="0"/>
        </w:rPr>
        <w:t>15.</w:t>
      </w:r>
      <w:r>
        <w:rPr>
          <w:b w:val="0"/>
          <w:i w:val="0"/>
        </w:rPr>
        <w:t xml:space="preserve"> </w:t>
      </w:r>
      <w:r>
        <w:rPr>
          <w:b w:val="0"/>
          <w:i/>
        </w:rPr>
        <w:t>The 33 Strategies of War</w:t>
      </w:r>
      <w:r>
        <w:rPr>
          <w:b w:val="0"/>
          <w:i w:val="0"/>
        </w:rPr>
        <w:t xml:space="preserve"> của Robert Greene</w:t>
      </w:r>
    </w:p>
    <w:p>
      <w:pPr>
        <w:spacing w:after="80"/>
        <w:ind w:left="360"/>
      </w:pPr>
      <w:r>
        <w:rPr>
          <w:b/>
          <w:i w:val="0"/>
        </w:rPr>
        <w:t>16.</w:t>
      </w:r>
      <w:r>
        <w:rPr>
          <w:b w:val="0"/>
          <w:i w:val="0"/>
        </w:rPr>
        <w:t xml:space="preserve"> </w:t>
      </w:r>
      <w:r>
        <w:rPr>
          <w:b w:val="0"/>
          <w:i/>
        </w:rPr>
        <w:t>Meditations</w:t>
      </w:r>
      <w:r>
        <w:rPr>
          <w:b w:val="0"/>
          <w:i w:val="0"/>
        </w:rPr>
        <w:t xml:space="preserve"> của Marcus Aurelius</w:t>
      </w:r>
    </w:p>
    <w:p>
      <w:pPr>
        <w:spacing w:after="80"/>
        <w:ind w:left="360"/>
      </w:pPr>
      <w:r>
        <w:rPr>
          <w:b/>
          <w:i w:val="0"/>
        </w:rPr>
        <w:t>17.</w:t>
      </w:r>
      <w:r>
        <w:rPr>
          <w:b w:val="0"/>
          <w:i w:val="0"/>
        </w:rPr>
        <w:t xml:space="preserve"> </w:t>
      </w:r>
      <w:r>
        <w:rPr>
          <w:b w:val="0"/>
          <w:i/>
        </w:rPr>
        <w:t>Sam Walton: Made in America</w:t>
      </w:r>
      <w:r>
        <w:rPr>
          <w:b w:val="0"/>
          <w:i w:val="0"/>
        </w:rPr>
        <w:t xml:space="preserve"> của Sam Walton</w:t>
      </w:r>
    </w:p>
    <w:p>
      <w:pPr>
        <w:spacing w:after="80"/>
        <w:ind w:left="360"/>
      </w:pPr>
      <w:r>
        <w:rPr>
          <w:b/>
          <w:i w:val="0"/>
        </w:rPr>
        <w:t>18.</w:t>
      </w:r>
      <w:r>
        <w:rPr>
          <w:b w:val="0"/>
          <w:i w:val="0"/>
        </w:rPr>
        <w:t xml:space="preserve"> </w:t>
      </w:r>
      <w:r>
        <w:rPr>
          <w:b w:val="0"/>
          <w:i/>
        </w:rPr>
        <w:t>The Essential Drucker: In One Volume the Best of Sixty Years of Peter Drucker’s Essential Writings on Management</w:t>
      </w:r>
      <w:r>
        <w:rPr>
          <w:b w:val="0"/>
          <w:i w:val="0"/>
        </w:rPr>
        <w:t xml:space="preserve"> của Peter F. Drucker</w:t>
      </w:r>
    </w:p>
    <w:p>
      <w:pPr>
        <w:spacing w:after="80"/>
        <w:ind w:left="360"/>
      </w:pPr>
      <w:r>
        <w:rPr>
          <w:b/>
          <w:i w:val="0"/>
        </w:rPr>
        <w:t>19.</w:t>
      </w:r>
      <w:r>
        <w:rPr>
          <w:b w:val="0"/>
          <w:i w:val="0"/>
        </w:rPr>
        <w:t xml:space="preserve"> </w:t>
      </w:r>
      <w:r>
        <w:rPr>
          <w:b w:val="0"/>
          <w:i/>
        </w:rPr>
        <w:t>Tribal Leadership: Leveraging Natural Groups to Build a Thriving Organization</w:t>
      </w:r>
      <w:r>
        <w:rPr>
          <w:b w:val="0"/>
          <w:i w:val="0"/>
        </w:rPr>
        <w:t xml:space="preserve"> của Dave Logan, John King, và Halee Fischer-Wright</w:t>
      </w:r>
    </w:p>
    <w:p>
      <w:pPr>
        <w:spacing w:after="80"/>
        <w:ind w:left="360"/>
      </w:pPr>
      <w:r>
        <w:rPr>
          <w:b/>
          <w:i w:val="0"/>
        </w:rPr>
        <w:t>20.</w:t>
      </w:r>
      <w:r>
        <w:rPr>
          <w:b w:val="0"/>
          <w:i w:val="0"/>
        </w:rPr>
        <w:t xml:space="preserve"> </w:t>
      </w:r>
      <w:r>
        <w:rPr>
          <w:b w:val="0"/>
          <w:i/>
        </w:rPr>
        <w:t>Trillion Dollar Coach: The Leadership Playbook of Silicon Valley’s Bill Campbell</w:t>
      </w:r>
      <w:r>
        <w:rPr>
          <w:b w:val="0"/>
          <w:i w:val="0"/>
        </w:rPr>
        <w:t xml:space="preserve"> của Eric Schmidt, Jonathan Rosenberg và Alan Eagle</w:t>
      </w:r>
    </w:p>
    <w:p>
      <w:pPr>
        <w:spacing w:after="80"/>
        <w:ind w:left="360"/>
      </w:pPr>
      <w:r>
        <w:rPr>
          <w:b/>
          <w:i w:val="0"/>
        </w:rPr>
        <w:t>21.</w:t>
      </w:r>
      <w:r>
        <w:rPr>
          <w:b w:val="0"/>
          <w:i w:val="0"/>
        </w:rPr>
        <w:t xml:space="preserve"> </w:t>
      </w:r>
      <w:r>
        <w:rPr>
          <w:b w:val="0"/>
          <w:i/>
        </w:rPr>
        <w:t>Zero to One: Notes on Startups, or How to Build the Future</w:t>
      </w:r>
      <w:r>
        <w:rPr>
          <w:b w:val="0"/>
          <w:i w:val="0"/>
        </w:rPr>
        <w:t xml:space="preserve"> của Peter Thiel</w:t>
      </w:r>
    </w:p>
    <w:p>
      <w:pPr>
        <w:spacing w:after="80"/>
        <w:ind w:left="360"/>
      </w:pPr>
      <w:r>
        <w:rPr>
          <w:b/>
          <w:i w:val="0"/>
        </w:rPr>
        <w:t>22.</w:t>
      </w:r>
      <w:r>
        <w:rPr>
          <w:b w:val="0"/>
          <w:i w:val="0"/>
        </w:rPr>
        <w:t xml:space="preserve"> </w:t>
      </w:r>
      <w:r>
        <w:rPr>
          <w:b w:val="0"/>
          <w:i/>
        </w:rPr>
        <w:t>The Power of Ethical Management</w:t>
      </w:r>
      <w:r>
        <w:rPr>
          <w:b w:val="0"/>
          <w:i w:val="0"/>
        </w:rPr>
        <w:t xml:space="preserve"> của Ken Blanchard và Norman Vincent Peale</w:t>
      </w:r>
    </w:p>
    <w:p>
      <w:pPr>
        <w:spacing w:after="80"/>
        <w:ind w:left="360"/>
      </w:pPr>
      <w:r>
        <w:rPr>
          <w:b/>
          <w:i w:val="0"/>
        </w:rPr>
        <w:t>23.</w:t>
      </w:r>
      <w:r>
        <w:rPr>
          <w:b w:val="0"/>
          <w:i w:val="0"/>
        </w:rPr>
        <w:t xml:space="preserve"> </w:t>
      </w:r>
      <w:r>
        <w:rPr>
          <w:b w:val="0"/>
          <w:i/>
        </w:rPr>
        <w:t>Made to Stick: Why Some Ideas Survive and Others Die</w:t>
      </w:r>
      <w:r>
        <w:rPr>
          <w:b w:val="0"/>
          <w:i w:val="0"/>
        </w:rPr>
        <w:t xml:space="preserve"> của Chip Heath và Dan Heath</w:t>
      </w:r>
    </w:p>
    <w:p>
      <w:pPr>
        <w:spacing w:after="80"/>
        <w:ind w:left="360"/>
      </w:pPr>
      <w:r>
        <w:rPr>
          <w:b/>
          <w:i w:val="0"/>
        </w:rPr>
        <w:t>24.</w:t>
      </w:r>
      <w:r>
        <w:rPr>
          <w:b w:val="0"/>
          <w:i w:val="0"/>
        </w:rPr>
        <w:t xml:space="preserve"> </w:t>
      </w:r>
      <w:r>
        <w:rPr>
          <w:b w:val="0"/>
          <w:i/>
        </w:rPr>
        <w:t>The Art of War</w:t>
      </w:r>
      <w:r>
        <w:rPr>
          <w:b w:val="0"/>
          <w:i w:val="0"/>
        </w:rPr>
        <w:t xml:space="preserve"> của Sun Tzu</w:t>
      </w:r>
    </w:p>
    <w:p>
      <w:pPr>
        <w:spacing w:after="80"/>
        <w:ind w:left="360"/>
      </w:pPr>
      <w:r>
        <w:rPr>
          <w:b/>
          <w:i w:val="0"/>
        </w:rPr>
        <w:t>25.</w:t>
      </w:r>
      <w:r>
        <w:rPr>
          <w:b w:val="0"/>
          <w:i w:val="0"/>
        </w:rPr>
        <w:t xml:space="preserve"> </w:t>
      </w:r>
      <w:r>
        <w:rPr>
          <w:b w:val="0"/>
          <w:i/>
        </w:rPr>
        <w:t>The Founder’s Dilemmas: Anticipating and Avoiding the Pitfalls That Can Sink a Startup</w:t>
      </w:r>
      <w:r>
        <w:rPr>
          <w:b w:val="0"/>
          <w:i w:val="0"/>
        </w:rPr>
        <w:t xml:space="preserve"> của Noam Wasserman</w:t>
      </w:r>
    </w:p>
    <w:p>
      <w:pPr>
        <w:spacing w:after="80"/>
        <w:ind w:left="360"/>
      </w:pPr>
      <w:r>
        <w:rPr>
          <w:b/>
          <w:i w:val="0"/>
        </w:rPr>
        <w:t>26.</w:t>
      </w:r>
      <w:r>
        <w:rPr>
          <w:b w:val="0"/>
          <w:i w:val="0"/>
        </w:rPr>
        <w:t xml:space="preserve"> </w:t>
      </w:r>
      <w:r>
        <w:rPr>
          <w:b w:val="0"/>
          <w:i/>
        </w:rPr>
        <w:t>Innovation and Entrepreneurship</w:t>
      </w:r>
      <w:r>
        <w:rPr>
          <w:b w:val="0"/>
          <w:i w:val="0"/>
        </w:rPr>
        <w:t xml:space="preserve"> của Peter F. Drucker</w:t>
      </w:r>
    </w:p>
    <w:p>
      <w:pPr>
        <w:spacing w:after="80"/>
        <w:ind w:left="360"/>
      </w:pPr>
      <w:r>
        <w:rPr>
          <w:b/>
          <w:i w:val="0"/>
        </w:rPr>
        <w:t>27.</w:t>
      </w:r>
      <w:r>
        <w:rPr>
          <w:b w:val="0"/>
          <w:i w:val="0"/>
        </w:rPr>
        <w:t xml:space="preserve"> </w:t>
      </w:r>
      <w:r>
        <w:rPr>
          <w:b w:val="0"/>
          <w:i/>
        </w:rPr>
        <w:t>The Accidental Millionaire: How to Succeed in Life Without Really Trying</w:t>
      </w:r>
      <w:r>
        <w:rPr>
          <w:b w:val="0"/>
          <w:i w:val="0"/>
        </w:rPr>
        <w:t xml:space="preserve"> của Gary Fong</w:t>
      </w:r>
    </w:p>
    <w:p>
      <w:pPr>
        <w:spacing w:after="80"/>
        <w:ind w:left="360"/>
      </w:pPr>
      <w:r>
        <w:rPr>
          <w:b/>
          <w:i w:val="0"/>
        </w:rPr>
        <w:t>28.</w:t>
      </w:r>
      <w:r>
        <w:rPr>
          <w:b w:val="0"/>
          <w:i w:val="0"/>
        </w:rPr>
        <w:t xml:space="preserve"> </w:t>
      </w:r>
      <w:r>
        <w:rPr>
          <w:b w:val="0"/>
          <w:i/>
        </w:rPr>
        <w:t>Built to Last: Successful Habits of Visionary Companies</w:t>
      </w:r>
      <w:r>
        <w:rPr>
          <w:b w:val="0"/>
          <w:i w:val="0"/>
        </w:rPr>
        <w:t xml:space="preserve"> của Jim Collins và Jerry I. Porras</w:t>
      </w:r>
    </w:p>
    <w:p>
      <w:pPr>
        <w:spacing w:after="80"/>
        <w:ind w:left="360"/>
      </w:pPr>
      <w:r>
        <w:rPr>
          <w:b/>
          <w:i w:val="0"/>
        </w:rPr>
        <w:t>29.</w:t>
      </w:r>
      <w:r>
        <w:rPr>
          <w:b w:val="0"/>
          <w:i w:val="0"/>
        </w:rPr>
        <w:t xml:space="preserve"> </w:t>
      </w:r>
      <w:r>
        <w:rPr>
          <w:b w:val="0"/>
          <w:i/>
        </w:rPr>
        <w:t>Traction: How Any Startup Can Achieve Explosive Customer Growth</w:t>
      </w:r>
      <w:r>
        <w:rPr>
          <w:b w:val="0"/>
          <w:i w:val="0"/>
        </w:rPr>
        <w:t xml:space="preserve"> của Gabriel Weinberg và Justin Mares</w:t>
      </w:r>
    </w:p>
    <w:p>
      <w:pPr>
        <w:spacing w:after="80"/>
        <w:ind w:left="360"/>
      </w:pPr>
      <w:r>
        <w:rPr>
          <w:b/>
          <w:i w:val="0"/>
        </w:rPr>
        <w:t>30.</w:t>
      </w:r>
      <w:r>
        <w:rPr>
          <w:b w:val="0"/>
          <w:i w:val="0"/>
        </w:rPr>
        <w:t xml:space="preserve"> </w:t>
      </w:r>
      <w:r>
        <w:rPr>
          <w:b w:val="0"/>
          <w:i/>
        </w:rPr>
        <w:t>Up the Organization: How to Stop the Corporation from Stifling People and Strangling Profits</w:t>
      </w:r>
      <w:r>
        <w:rPr>
          <w:b w:val="0"/>
          <w:i w:val="0"/>
        </w:rPr>
        <w:t xml:space="preserve"> của Robert C. Townsend</w:t>
      </w:r>
    </w:p>
    <w:p>
      <w:pPr>
        <w:spacing w:after="80"/>
        <w:ind w:left="360"/>
      </w:pPr>
      <w:r>
        <w:rPr>
          <w:b/>
          <w:i w:val="0"/>
        </w:rPr>
        <w:t>31.</w:t>
      </w:r>
      <w:r>
        <w:rPr>
          <w:b w:val="0"/>
          <w:i w:val="0"/>
        </w:rPr>
        <w:t xml:space="preserve"> </w:t>
      </w:r>
      <w:r>
        <w:rPr>
          <w:b w:val="0"/>
          <w:i/>
        </w:rPr>
        <w:t>Business Model Generation: A Handbook for Visionaries, Game Changers, and Challengers</w:t>
      </w:r>
      <w:r>
        <w:rPr>
          <w:b w:val="0"/>
          <w:i w:val="0"/>
        </w:rPr>
        <w:t xml:space="preserve"> của Alexander Osterwalder và Yves Pigneur</w:t>
      </w:r>
    </w:p>
    <w:p>
      <w:pPr>
        <w:spacing w:after="80"/>
        <w:ind w:left="360"/>
      </w:pPr>
      <w:r>
        <w:rPr>
          <w:b/>
          <w:i w:val="0"/>
        </w:rPr>
        <w:t>32.</w:t>
      </w:r>
      <w:r>
        <w:rPr>
          <w:b w:val="0"/>
          <w:i w:val="0"/>
        </w:rPr>
        <w:t xml:space="preserve"> </w:t>
      </w:r>
      <w:r>
        <w:rPr>
          <w:b w:val="0"/>
          <w:i/>
        </w:rPr>
        <w:t>Growing Pains: Transitioning from an Entrepreneurship to a Professionally Managed Firm</w:t>
      </w:r>
      <w:r>
        <w:rPr>
          <w:b w:val="0"/>
          <w:i w:val="0"/>
        </w:rPr>
        <w:t xml:space="preserve"> của Eric G. Flamholtz và Yvonne Randle</w:t>
      </w:r>
    </w:p>
    <w:p>
      <w:pPr>
        <w:spacing w:after="80"/>
        <w:ind w:left="360"/>
      </w:pPr>
      <w:r>
        <w:rPr>
          <w:b/>
          <w:i w:val="0"/>
        </w:rPr>
        <w:t>33.</w:t>
      </w:r>
      <w:r>
        <w:rPr>
          <w:b w:val="0"/>
          <w:i w:val="0"/>
        </w:rPr>
        <w:t xml:space="preserve"> </w:t>
      </w:r>
      <w:r>
        <w:rPr>
          <w:b w:val="0"/>
          <w:i/>
        </w:rPr>
        <w:t>High Output Management</w:t>
      </w:r>
      <w:r>
        <w:rPr>
          <w:b w:val="0"/>
          <w:i w:val="0"/>
        </w:rPr>
        <w:t xml:space="preserve"> của Andrew S. Grove</w:t>
      </w:r>
    </w:p>
    <w:p>
      <w:pPr>
        <w:spacing w:after="80"/>
        <w:ind w:left="360"/>
      </w:pPr>
      <w:r>
        <w:rPr>
          <w:b/>
          <w:i w:val="0"/>
        </w:rPr>
        <w:t>34.</w:t>
      </w:r>
      <w:r>
        <w:rPr>
          <w:b w:val="0"/>
          <w:i w:val="0"/>
        </w:rPr>
        <w:t xml:space="preserve"> </w:t>
      </w:r>
      <w:r>
        <w:rPr>
          <w:b w:val="0"/>
          <w:i/>
        </w:rPr>
        <w:t>Rich Dad, Poor Dad</w:t>
      </w:r>
      <w:r>
        <w:rPr>
          <w:b w:val="0"/>
          <w:i w:val="0"/>
        </w:rPr>
        <w:t xml:space="preserve"> của Robert T. Kiyosaki</w:t>
      </w:r>
    </w:p>
    <w:p>
      <w:pPr>
        <w:spacing w:after="80"/>
        <w:ind w:left="360"/>
      </w:pPr>
      <w:r>
        <w:rPr>
          <w:b/>
          <w:i w:val="0"/>
        </w:rPr>
        <w:t>35.</w:t>
      </w:r>
      <w:r>
        <w:rPr>
          <w:b w:val="0"/>
          <w:i w:val="0"/>
        </w:rPr>
        <w:t xml:space="preserve"> </w:t>
      </w:r>
      <w:r>
        <w:rPr>
          <w:b w:val="0"/>
          <w:i/>
        </w:rPr>
        <w:t>Trump: The Art of the Deal</w:t>
      </w:r>
      <w:r>
        <w:rPr>
          <w:b w:val="0"/>
          <w:i w:val="0"/>
        </w:rPr>
        <w:t xml:space="preserve"> của Donald J. Trump</w:t>
      </w:r>
    </w:p>
    <w:p>
      <w:pPr>
        <w:spacing w:after="80"/>
        <w:ind w:left="360"/>
      </w:pPr>
      <w:r>
        <w:rPr>
          <w:b/>
          <w:i w:val="0"/>
        </w:rPr>
        <w:t>36.</w:t>
      </w:r>
      <w:r>
        <w:rPr>
          <w:b w:val="0"/>
          <w:i w:val="0"/>
        </w:rPr>
        <w:t xml:space="preserve"> </w:t>
      </w:r>
      <w:r>
        <w:rPr>
          <w:b w:val="0"/>
          <w:i/>
        </w:rPr>
        <w:t>Điều Khó Khăn Về Những Điều Khó Khăn: Xây Dựng Doanh Nghiệp Khi Không Có Câu Trả Lời Dễ Dàng</w:t>
      </w:r>
      <w:r>
        <w:rPr>
          <w:b w:val="0"/>
          <w:i w:val="0"/>
        </w:rPr>
        <w:t xml:space="preserve"> của Ben Horowitz</w:t>
      </w:r>
    </w:p>
    <w:p>
      <w:pPr>
        <w:spacing w:after="80"/>
        <w:ind w:left="360"/>
      </w:pPr>
      <w:r>
        <w:rPr>
          <w:b/>
          <w:i w:val="0"/>
        </w:rPr>
        <w:t>37.</w:t>
      </w:r>
      <w:r>
        <w:rPr>
          <w:b w:val="0"/>
          <w:i w:val="0"/>
        </w:rPr>
        <w:t xml:space="preserve"> </w:t>
      </w:r>
      <w:r>
        <w:rPr>
          <w:b w:val="0"/>
          <w:i/>
        </w:rPr>
        <w:t>Bờ Vực Hưng Phấn: Mối Liên Hệ Giữa (Một Chút) Điên Rồ và (Rất Nhiều) Thành Công Ở Nước Mỹ</w:t>
      </w:r>
      <w:r>
        <w:rPr>
          <w:b w:val="0"/>
          <w:i w:val="0"/>
        </w:rPr>
        <w:t xml:space="preserve"> của John D. Gartner</w:t>
      </w:r>
    </w:p>
    <w:p>
      <w:pPr>
        <w:spacing w:after="80"/>
        <w:ind w:left="360"/>
      </w:pPr>
      <w:r>
        <w:rPr>
          <w:b/>
          <w:i w:val="0"/>
        </w:rPr>
        <w:t>38.</w:t>
      </w:r>
      <w:r>
        <w:rPr>
          <w:b w:val="0"/>
          <w:i w:val="0"/>
        </w:rPr>
        <w:t xml:space="preserve"> </w:t>
      </w:r>
      <w:r>
        <w:rPr>
          <w:b w:val="0"/>
          <w:i/>
        </w:rPr>
        <w:t>Quy Luật Thành Công: Kế Hoạch Bài Học Đầy Đủ và Nguyên Bản Của Bậc Thầy Xây Dựng Sự Giàu Có Để Đạt Được Ước Mơ</w:t>
      </w:r>
      <w:r>
        <w:rPr>
          <w:b w:val="0"/>
          <w:i w:val="0"/>
        </w:rPr>
        <w:t xml:space="preserve"> của Napoleon Hill</w:t>
      </w:r>
    </w:p>
    <w:p>
      <w:pPr>
        <w:spacing w:after="80"/>
        <w:ind w:left="360"/>
      </w:pPr>
      <w:r>
        <w:rPr>
          <w:b/>
          <w:i w:val="0"/>
        </w:rPr>
        <w:t>39.</w:t>
      </w:r>
      <w:r>
        <w:rPr>
          <w:b w:val="0"/>
          <w:i w:val="0"/>
        </w:rPr>
        <w:t xml:space="preserve"> </w:t>
      </w:r>
      <w:r>
        <w:rPr>
          <w:b w:val="0"/>
          <w:i/>
        </w:rPr>
        <w:t>Huyền Thoại Doanh Nghiệp Nhỏ Được Nhìn Lại: Tại Sao Hầu Hết Doanh Nghiệp Nhỏ Không Thành Công và Phải Làm Gì Về Điều Đó</w:t>
      </w:r>
      <w:r>
        <w:rPr>
          <w:b w:val="0"/>
          <w:i w:val="0"/>
        </w:rPr>
        <w:t xml:space="preserve"> của Michael E. Gerber</w:t>
      </w:r>
    </w:p>
    <w:p>
      <w:pPr>
        <w:spacing w:after="80"/>
        <w:ind w:left="360"/>
      </w:pPr>
      <w:r>
        <w:rPr>
          <w:b/>
          <w:i w:val="0"/>
        </w:rPr>
        <w:t>40.</w:t>
      </w:r>
      <w:r>
        <w:rPr>
          <w:b w:val="0"/>
          <w:i w:val="0"/>
        </w:rPr>
        <w:t xml:space="preserve"> </w:t>
      </w:r>
      <w:r>
        <w:rPr>
          <w:b w:val="0"/>
          <w:i/>
        </w:rPr>
        <w:t>Những Người Nguyên Bản: Cách Những Người Không Tuân Theo Khuôn Mẫu Thay Đổi Thế Giới</w:t>
      </w:r>
      <w:r>
        <w:rPr>
          <w:b w:val="0"/>
          <w:i w:val="0"/>
        </w:rPr>
        <w:t xml:space="preserve"> của Adam Grant</w:t>
      </w:r>
    </w:p>
    <w:p>
      <w:pPr>
        <w:spacing w:after="80"/>
        <w:ind w:left="360"/>
      </w:pPr>
      <w:r>
        <w:rPr>
          <w:b/>
          <w:i w:val="0"/>
        </w:rPr>
        <w:t>41.</w:t>
      </w:r>
      <w:r>
        <w:rPr>
          <w:b w:val="0"/>
          <w:i w:val="0"/>
        </w:rPr>
        <w:t xml:space="preserve"> </w:t>
      </w:r>
      <w:r>
        <w:rPr>
          <w:b w:val="0"/>
          <w:i/>
        </w:rPr>
        <w:t>Niên Giám Của Charlie Tội Nghiệp: Sự Hóm Hỉnh và Trí Tuệ của Charles T. Munger, Ấn Bản Thứ Ba Mở Rộng</w:t>
      </w:r>
      <w:r>
        <w:rPr>
          <w:b w:val="0"/>
          <w:i w:val="0"/>
        </w:rPr>
        <w:t xml:space="preserve"> do Peter D. Kaufman biên tập</w:t>
      </w:r>
    </w:p>
    <w:p>
      <w:pPr>
        <w:spacing w:after="80"/>
        <w:ind w:left="360"/>
      </w:pPr>
      <w:r>
        <w:rPr>
          <w:b/>
          <w:i w:val="0"/>
        </w:rPr>
        <w:t>42.</w:t>
      </w:r>
      <w:r>
        <w:rPr>
          <w:b w:val="0"/>
          <w:i w:val="0"/>
        </w:rPr>
        <w:t xml:space="preserve"> </w:t>
      </w:r>
      <w:r>
        <w:rPr>
          <w:b w:val="0"/>
          <w:i/>
        </w:rPr>
        <w:t>Quyết Đoán: Cách Đưa Ra Lựa Chọn Tốt Hơn Trong Cuộc Sống và Công Việc</w:t>
      </w:r>
      <w:r>
        <w:rPr>
          <w:b w:val="0"/>
          <w:i w:val="0"/>
        </w:rPr>
        <w:t xml:space="preserve"> của Chip Heath và Dan Heath</w:t>
      </w:r>
    </w:p>
    <w:p>
      <w:pPr>
        <w:spacing w:after="80"/>
        <w:ind w:left="360"/>
      </w:pPr>
      <w:r>
        <w:rPr>
          <w:b/>
          <w:i w:val="0"/>
        </w:rPr>
        <w:t>43.</w:t>
      </w:r>
      <w:r>
        <w:rPr>
          <w:b w:val="0"/>
          <w:i w:val="0"/>
        </w:rPr>
        <w:t xml:space="preserve"> </w:t>
      </w:r>
      <w:r>
        <w:rPr>
          <w:b w:val="0"/>
          <w:i/>
        </w:rPr>
        <w:t>Cái Tôi Là Kẻ Thù</w:t>
      </w:r>
      <w:r>
        <w:rPr>
          <w:b w:val="0"/>
          <w:i w:val="0"/>
        </w:rPr>
        <w:t xml:space="preserve"> của Ryan Holiday</w:t>
      </w:r>
    </w:p>
    <w:p>
      <w:pPr>
        <w:spacing w:after="80"/>
        <w:ind w:left="360"/>
      </w:pPr>
      <w:r>
        <w:rPr>
          <w:b/>
          <w:i w:val="0"/>
        </w:rPr>
        <w:t>44.</w:t>
      </w:r>
      <w:r>
        <w:rPr>
          <w:b w:val="0"/>
          <w:i w:val="0"/>
        </w:rPr>
        <w:t xml:space="preserve"> </w:t>
      </w:r>
      <w:r>
        <w:rPr>
          <w:b w:val="0"/>
          <w:i/>
        </w:rPr>
        <w:t>Elon Musk: Tesla, SpaceX, và Hành Trình Theo Đuổi Một Tương Lai Tuyệt Vời</w:t>
      </w:r>
      <w:r>
        <w:rPr>
          <w:b w:val="0"/>
          <w:i w:val="0"/>
        </w:rPr>
        <w:t xml:space="preserve"> của Ashlee Vance</w:t>
      </w:r>
    </w:p>
    <w:p>
      <w:pPr>
        <w:spacing w:after="80"/>
        <w:ind w:left="360"/>
      </w:pPr>
      <w:r>
        <w:rPr>
          <w:b/>
          <w:i w:val="0"/>
        </w:rPr>
        <w:t>45.</w:t>
      </w:r>
      <w:r>
        <w:rPr>
          <w:b w:val="0"/>
          <w:i w:val="0"/>
        </w:rPr>
        <w:t xml:space="preserve"> </w:t>
      </w:r>
      <w:r>
        <w:rPr>
          <w:b w:val="0"/>
          <w:i/>
        </w:rPr>
        <w:t>Lincoln Về Lãnh Đạo: Những Chiến Lược Điều Hành Cho Thời Kỳ Khó Khăn</w:t>
      </w:r>
      <w:r>
        <w:rPr>
          <w:b w:val="0"/>
          <w:i w:val="0"/>
        </w:rPr>
        <w:t xml:space="preserve"> của Donald T. Phillips</w:t>
      </w:r>
    </w:p>
    <w:p>
      <w:pPr>
        <w:spacing w:after="80"/>
        <w:ind w:left="360"/>
      </w:pPr>
      <w:r>
        <w:rPr>
          <w:b/>
          <w:i w:val="0"/>
        </w:rPr>
        <w:t>46.</w:t>
      </w:r>
      <w:r>
        <w:rPr>
          <w:b w:val="0"/>
          <w:i w:val="0"/>
        </w:rPr>
        <w:t xml:space="preserve"> </w:t>
      </w:r>
      <w:r>
        <w:rPr>
          <w:b w:val="0"/>
          <w:i/>
        </w:rPr>
        <w:t>Michael Jordan: Cuộc Đời</w:t>
      </w:r>
      <w:r>
        <w:rPr>
          <w:b w:val="0"/>
          <w:i w:val="0"/>
        </w:rPr>
        <w:t xml:space="preserve"> của Roland Lazenby</w:t>
      </w:r>
    </w:p>
    <w:p>
      <w:pPr>
        <w:spacing w:after="80"/>
        <w:ind w:left="360"/>
      </w:pPr>
      <w:r>
        <w:rPr>
          <w:b/>
          <w:i w:val="0"/>
        </w:rPr>
        <w:t>47.</w:t>
      </w:r>
      <w:r>
        <w:rPr>
          <w:b w:val="0"/>
          <w:i w:val="0"/>
        </w:rPr>
        <w:t xml:space="preserve"> </w:t>
      </w:r>
      <w:r>
        <w:rPr>
          <w:b w:val="0"/>
          <w:i/>
        </w:rPr>
        <w:t>Vị CEO Kế Cửa: 4 Hành Vi Biến Người Bình Thường Thành Nhà Lãnh Đạo Đẳng Cấp Thế Giới</w:t>
      </w:r>
      <w:r>
        <w:rPr>
          <w:b w:val="0"/>
          <w:i w:val="0"/>
        </w:rPr>
        <w:t xml:space="preserve"> của Elena L. Botelho và Kim R. Powell</w:t>
      </w:r>
    </w:p>
    <w:p>
      <w:pPr>
        <w:spacing w:after="80"/>
        <w:ind w:left="360"/>
      </w:pPr>
      <w:r>
        <w:rPr>
          <w:b/>
          <w:i w:val="0"/>
        </w:rPr>
        <w:t>48.</w:t>
      </w:r>
      <w:r>
        <w:rPr>
          <w:b w:val="0"/>
          <w:i w:val="0"/>
        </w:rPr>
        <w:t xml:space="preserve"> </w:t>
      </w:r>
      <w:r>
        <w:rPr>
          <w:b w:val="0"/>
          <w:i/>
        </w:rPr>
        <w:t>Quyền Lực Đối Lập Năng Lượng</w:t>
      </w:r>
      <w:r>
        <w:rPr>
          <w:b w:val="0"/>
          <w:i w:val="0"/>
        </w:rPr>
        <w:t xml:space="preserve">: </w:t>
      </w:r>
      <w:r>
        <w:rPr>
          <w:b w:val="0"/>
          <w:i/>
        </w:rPr>
        <w:t>Những Yếu Tố Quyết Định Ẩn Giấu Của Hành Vi Con Người</w:t>
      </w:r>
      <w:r>
        <w:rPr>
          <w:b w:val="0"/>
          <w:i w:val="0"/>
        </w:rPr>
        <w:t xml:space="preserve"> của David R. Hawkins</w:t>
      </w:r>
    </w:p>
    <w:p>
      <w:pPr>
        <w:spacing w:after="80"/>
        <w:ind w:left="360"/>
      </w:pPr>
      <w:r>
        <w:rPr>
          <w:b/>
          <w:i w:val="0"/>
        </w:rPr>
        <w:t>49.</w:t>
      </w:r>
      <w:r>
        <w:rPr>
          <w:b w:val="0"/>
          <w:i w:val="0"/>
        </w:rPr>
        <w:t xml:space="preserve"> </w:t>
      </w:r>
      <w:r>
        <w:rPr>
          <w:b w:val="0"/>
          <w:i/>
        </w:rPr>
        <w:t>48 Quy Luật Quyền Lực</w:t>
      </w:r>
      <w:r>
        <w:rPr>
          <w:b w:val="0"/>
          <w:i w:val="0"/>
        </w:rPr>
        <w:t xml:space="preserve"> của Robert Greene</w:t>
      </w:r>
    </w:p>
    <w:p>
      <w:pPr>
        <w:spacing w:after="80"/>
        <w:ind w:left="360"/>
      </w:pPr>
      <w:r>
        <w:rPr>
          <w:b/>
          <w:i w:val="0"/>
        </w:rPr>
        <w:t>50.</w:t>
      </w:r>
      <w:r>
        <w:rPr>
          <w:b w:val="0"/>
          <w:i w:val="0"/>
        </w:rPr>
        <w:t xml:space="preserve"> </w:t>
      </w:r>
      <w:r>
        <w:rPr>
          <w:b w:val="0"/>
          <w:i/>
        </w:rPr>
        <w:t>Tôi Yêu Chủ Nghĩa Tư Bản!: Một Câu Chuyện Nước Mỹ</w:t>
      </w:r>
      <w:r>
        <w:rPr>
          <w:b w:val="0"/>
          <w:i w:val="0"/>
        </w:rPr>
        <w:t xml:space="preserve"> của Ken Langone</w:t>
      </w:r>
    </w:p>
    <w:p>
      <w:pPr>
        <w:spacing w:after="80"/>
        <w:ind w:left="360"/>
      </w:pPr>
      <w:r>
        <w:rPr>
          <w:b/>
          <w:i w:val="0"/>
        </w:rPr>
        <w:t>51.</w:t>
      </w:r>
      <w:r>
        <w:rPr>
          <w:b w:val="0"/>
          <w:i w:val="0"/>
        </w:rPr>
        <w:t xml:space="preserve"> </w:t>
      </w:r>
      <w:r>
        <w:rPr>
          <w:b w:val="0"/>
          <w:i/>
        </w:rPr>
        <w:t>Từ Man Rợ Đến Quan Liêu: Chiến Lược Vòng Đời Doanh Nghiệp</w:t>
      </w:r>
      <w:r>
        <w:rPr>
          <w:b w:val="0"/>
          <w:i w:val="0"/>
        </w:rPr>
        <w:t xml:space="preserve"> của Lawrence M. Miller</w:t>
      </w:r>
    </w:p>
    <w:p>
      <w:pPr>
        <w:spacing w:after="80"/>
        <w:ind w:left="360"/>
      </w:pPr>
      <w:r>
        <w:rPr>
          <w:b/>
          <w:i w:val="0"/>
        </w:rPr>
        <w:t>52.</w:t>
      </w:r>
      <w:r>
        <w:rPr>
          <w:b w:val="0"/>
          <w:i w:val="0"/>
        </w:rPr>
        <w:t xml:space="preserve"> </w:t>
      </w:r>
      <w:r>
        <w:rPr>
          <w:b w:val="0"/>
          <w:i/>
        </w:rPr>
        <w:t>Đắc Nhân Tâm</w:t>
      </w:r>
      <w:r>
        <w:rPr>
          <w:b w:val="0"/>
          <w:i w:val="0"/>
        </w:rPr>
        <w:t xml:space="preserve"> của Dale Carnegie</w:t>
      </w:r>
    </w:p>
    <w:p>
      <w:pPr>
        <w:pStyle w:val="Heading2"/>
      </w:pPr>
      <w:r>
        <w:rPr>
          <w:rFonts w:ascii="Calibri" w:hAnsi="Calibri"/>
          <w:b/>
          <w:i w:val="0"/>
          <w:sz w:val="32"/>
        </w:rPr>
        <w:t>Các sách khác được tham khảo</w:t>
      </w:r>
    </w:p>
    <w:p>
      <w:pPr>
        <w:spacing w:after="80"/>
        <w:ind w:left="360"/>
      </w:pPr>
      <w:r>
        <w:t xml:space="preserve">• </w:t>
      </w:r>
      <w:r>
        <w:rPr>
          <w:b w:val="0"/>
          <w:i/>
        </w:rPr>
        <w:t>5 Ngôn Ngữ Yêu Thương: Bí Quyết Để Tình Yêu Bền Lâu</w:t>
      </w:r>
      <w:r>
        <w:rPr>
          <w:b w:val="0"/>
          <w:i w:val="0"/>
        </w:rPr>
        <w:t xml:space="preserve"> của Gary Chapman</w:t>
      </w:r>
    </w:p>
    <w:p>
      <w:pPr>
        <w:spacing w:after="80"/>
        <w:ind w:left="360"/>
      </w:pPr>
      <w:r>
        <w:t xml:space="preserve">• </w:t>
      </w:r>
      <w:r>
        <w:rPr>
          <w:b w:val="0"/>
          <w:i/>
        </w:rPr>
        <w:t>7 Thói Quen Của Người Thành Đạt: Những Bài Học Mạnh Mẽ Về Thay Đổi Bản Thân</w:t>
      </w:r>
      <w:r>
        <w:rPr>
          <w:b w:val="0"/>
          <w:i w:val="0"/>
        </w:rPr>
        <w:t xml:space="preserve"> của Stephen R. Covey</w:t>
      </w:r>
    </w:p>
    <w:p>
      <w:pPr>
        <w:spacing w:after="80"/>
        <w:ind w:left="360"/>
      </w:pPr>
      <w:r>
        <w:t xml:space="preserve">• </w:t>
      </w:r>
      <w:r>
        <w:rPr>
          <w:b w:val="0"/>
          <w:i/>
        </w:rPr>
        <w:t>101 Câu Hỏi Cần Hỏi Trước Khi Đính Hôn</w:t>
      </w:r>
      <w:r>
        <w:rPr>
          <w:b w:val="0"/>
          <w:i w:val="0"/>
        </w:rPr>
        <w:t xml:space="preserve"> của H. Norman Wright</w:t>
      </w:r>
    </w:p>
    <w:p>
      <w:pPr>
        <w:spacing w:after="80"/>
        <w:ind w:left="360"/>
      </w:pPr>
      <w:r>
        <w:t xml:space="preserve">• </w:t>
      </w:r>
      <w:r>
        <w:rPr>
          <w:b w:val="0"/>
          <w:i/>
        </w:rPr>
        <w:t>The Big Short: Bên Trong Cỗ Máy Ngày Tận Thế</w:t>
      </w:r>
      <w:r>
        <w:rPr>
          <w:b w:val="0"/>
          <w:i w:val="0"/>
        </w:rPr>
        <w:t xml:space="preserve"> của Michael Lewis</w:t>
      </w:r>
    </w:p>
    <w:p>
      <w:pPr>
        <w:spacing w:after="80"/>
        <w:ind w:left="360"/>
      </w:pPr>
      <w:r>
        <w:t xml:space="preserve">• </w:t>
      </w:r>
      <w:r>
        <w:rPr>
          <w:b w:val="0"/>
          <w:i/>
        </w:rPr>
        <w:t>Những Cuộc Trò Chuyện Khó Khăn: Cách Thảo Luận Về Điều Quan Trọng Nhất</w:t>
      </w:r>
      <w:r>
        <w:rPr>
          <w:b w:val="0"/>
          <w:i w:val="0"/>
        </w:rPr>
        <w:t xml:space="preserve"> của Douglas Stone, Bruce Patton và Sheila Heen</w:t>
      </w:r>
    </w:p>
    <w:p>
      <w:pPr>
        <w:spacing w:after="80"/>
        <w:ind w:left="360"/>
      </w:pPr>
      <w:r>
        <w:t xml:space="preserve">• </w:t>
      </w:r>
      <w:r>
        <w:rPr>
          <w:b w:val="0"/>
          <w:i/>
        </w:rPr>
        <w:t>Sự Điên Loạn Hạng Nhất: Khám Phá Mối Liên Hệ Giữa Lãnh Đạo và Bệnh Tâm Thần</w:t>
      </w:r>
      <w:r>
        <w:rPr>
          <w:b w:val="0"/>
          <w:i w:val="0"/>
        </w:rPr>
        <w:t xml:space="preserve"> của Nassir Ghaemi</w:t>
      </w:r>
    </w:p>
    <w:p>
      <w:pPr>
        <w:spacing w:after="80"/>
        <w:ind w:left="360"/>
      </w:pPr>
      <w:r>
        <w:t xml:space="preserve">• </w:t>
      </w:r>
      <w:r>
        <w:rPr>
          <w:b w:val="0"/>
          <w:i/>
        </w:rPr>
        <w:t>Từ Tệ Nhất Đến Tốt Nhất: Hậu Trường Cuộc Lội Ngược Dòng Đáng Kinh Ngạc Của Continental</w:t>
      </w:r>
      <w:r>
        <w:rPr>
          <w:b w:val="0"/>
          <w:i w:val="0"/>
        </w:rPr>
        <w:t xml:space="preserve"> của Gordon Bethune</w:t>
      </w:r>
    </w:p>
    <w:p>
      <w:pPr>
        <w:spacing w:after="80"/>
        <w:ind w:left="360"/>
      </w:pPr>
      <w:r>
        <w:t xml:space="preserve">• </w:t>
      </w:r>
      <w:r>
        <w:rPr>
          <w:b w:val="0"/>
          <w:i/>
        </w:rPr>
        <w:t>Cách Ngừng Lo Lắng và Bắt Đầu Sống</w:t>
      </w:r>
      <w:r>
        <w:rPr>
          <w:b w:val="0"/>
          <w:i w:val="0"/>
        </w:rPr>
        <w:t xml:space="preserve">: </w:t>
      </w:r>
      <w:r>
        <w:rPr>
          <w:b w:val="0"/>
          <w:i/>
        </w:rPr>
        <w:t>Những Phương Pháp Đã Được Thời Gian Kiểm Chứng Để Chế Ngự Lo Lắng</w:t>
      </w:r>
      <w:r>
        <w:rPr>
          <w:b w:val="0"/>
          <w:i w:val="0"/>
        </w:rPr>
        <w:t xml:space="preserve"> của Dale Carnegie</w:t>
      </w:r>
    </w:p>
    <w:p>
      <w:pPr>
        <w:spacing w:after="80"/>
        <w:ind w:left="360"/>
      </w:pPr>
      <w:r>
        <w:t xml:space="preserve">• </w:t>
      </w:r>
      <w:r>
        <w:rPr>
          <w:b w:val="0"/>
          <w:i/>
        </w:rPr>
        <w:t>Nhà Đầu Tư Thông Minh: Cuốn Sách Kinh Điển Về Đầu Tư Giá Trị</w:t>
      </w:r>
      <w:r>
        <w:rPr>
          <w:b w:val="0"/>
          <w:i w:val="0"/>
        </w:rPr>
        <w:t xml:space="preserve"> của Benjamin Graham</w:t>
      </w:r>
    </w:p>
    <w:p>
      <w:pPr>
        <w:spacing w:after="80"/>
        <w:ind w:left="360"/>
      </w:pPr>
      <w:r>
        <w:t xml:space="preserve">• </w:t>
      </w:r>
      <w:r>
        <w:rPr>
          <w:b w:val="0"/>
          <w:i/>
        </w:rPr>
        <w:t>Moneyball: Nghệ Thuật Chiến Thắng Trong Cuộc Chơi Không Công Bằng</w:t>
      </w:r>
      <w:r>
        <w:rPr>
          <w:b w:val="0"/>
          <w:i w:val="0"/>
        </w:rPr>
        <w:t xml:space="preserve"> của Michael Lewis</w:t>
      </w:r>
    </w:p>
    <w:p>
      <w:pPr>
        <w:spacing w:after="80"/>
        <w:ind w:left="360"/>
      </w:pPr>
      <w:r>
        <w:t xml:space="preserve">• </w:t>
      </w:r>
      <w:r>
        <w:rPr>
          <w:b w:val="0"/>
          <w:i/>
        </w:rPr>
        <w:t>Sức Mạnh Của Sự Tổn Thương: Những Bài Giảng Về Sự Chân Thật, Kết Nối và Lòng Dũng Cảm</w:t>
      </w:r>
      <w:r>
        <w:rPr>
          <w:b w:val="0"/>
          <w:i w:val="0"/>
        </w:rPr>
        <w:t xml:space="preserve"> của Brené Brown</w:t>
      </w:r>
    </w:p>
    <w:p>
      <w:pPr>
        <w:spacing w:after="80"/>
        <w:ind w:left="360"/>
      </w:pPr>
      <w:r>
        <w:t xml:space="preserve">• </w:t>
      </w:r>
      <w:r>
        <w:rPr>
          <w:b w:val="0"/>
          <w:i/>
        </w:rPr>
        <w:t>Mạnh Mẽ: Xây Dựng Văn Hóa Tự Do và Trách Nhiệm</w:t>
      </w:r>
      <w:r>
        <w:rPr>
          <w:b w:val="0"/>
          <w:i w:val="0"/>
        </w:rPr>
        <w:t xml:space="preserve"> của Patty McCord</w:t>
      </w:r>
    </w:p>
    <w:p>
      <w:pPr>
        <w:spacing w:after="80"/>
        <w:ind w:left="360"/>
      </w:pPr>
      <w:r>
        <w:t xml:space="preserve">• </w:t>
      </w:r>
      <w:r>
        <w:rPr>
          <w:b w:val="0"/>
          <w:i/>
        </w:rPr>
        <w:t>Mở Rộng Quy Mô: Cách Một Vài Công Ty Làm Được… và Tại Sao Số Còn Lại Thì Không</w:t>
      </w:r>
      <w:r>
        <w:rPr>
          <w:b w:val="0"/>
          <w:i w:val="0"/>
        </w:rPr>
        <w:t xml:space="preserve"> của Verne Harnish</w:t>
      </w:r>
    </w:p>
    <w:p>
      <w:pPr>
        <w:spacing w:after="80"/>
        <w:ind w:left="360"/>
      </w:pPr>
      <w:r>
        <w:t xml:space="preserve">• </w:t>
      </w:r>
      <w:r>
        <w:rPr>
          <w:b w:val="0"/>
          <w:i/>
        </w:rPr>
        <w:t>Bí Mật</w:t>
      </w:r>
      <w:r>
        <w:rPr>
          <w:b w:val="0"/>
          <w:i w:val="0"/>
        </w:rPr>
        <w:t xml:space="preserve"> của Rhonda Byrne</w:t>
      </w:r>
    </w:p>
    <w:p>
      <w:pPr>
        <w:spacing w:after="80"/>
        <w:ind w:left="360"/>
      </w:pPr>
      <w:r>
        <w:t xml:space="preserve">• </w:t>
      </w:r>
      <w:r>
        <w:rPr>
          <w:b w:val="0"/>
          <w:i/>
        </w:rPr>
        <w:t>Steve Jobs</w:t>
      </w:r>
      <w:r>
        <w:rPr>
          <w:b w:val="0"/>
          <w:i w:val="0"/>
        </w:rPr>
        <w:t xml:space="preserve"> của Walter Isaacson</w:t>
      </w:r>
    </w:p>
    <w:p>
      <w:pPr>
        <w:spacing w:after="80"/>
        <w:ind w:left="360"/>
      </w:pPr>
      <w:r>
        <w:t xml:space="preserve">• </w:t>
      </w:r>
      <w:r>
        <w:rPr>
          <w:b w:val="0"/>
          <w:i/>
        </w:rPr>
        <w:t>Thank God It’s Monday: How to Prevent Success from Ruining Your Marriage</w:t>
      </w:r>
      <w:r>
        <w:rPr>
          <w:b w:val="0"/>
          <w:i w:val="0"/>
        </w:rPr>
        <w:t xml:space="preserve"> của Pierre Mornell</w:t>
      </w:r>
    </w:p>
    <w:p>
      <w:pPr>
        <w:spacing w:after="80"/>
        <w:ind w:left="360"/>
      </w:pPr>
      <w:r>
        <w:t xml:space="preserve">• </w:t>
      </w:r>
      <w:r>
        <w:rPr>
          <w:b w:val="0"/>
          <w:i/>
        </w:rPr>
        <w:t>The Toyota Way: 14 Management Principles from the World’s Greatest Manufacturer</w:t>
      </w:r>
      <w:r>
        <w:rPr>
          <w:b w:val="0"/>
          <w:i w:val="0"/>
        </w:rPr>
        <w:t xml:space="preserve"> của Jeffrey Liker</w:t>
      </w:r>
    </w:p>
    <w:p>
      <w:pPr>
        <w:spacing w:after="80"/>
        <w:ind w:left="360"/>
      </w:pPr>
      <w:r>
        <w:t xml:space="preserve">• </w:t>
      </w:r>
      <w:r>
        <w:rPr>
          <w:b w:val="0"/>
          <w:i/>
        </w:rPr>
        <w:t>Traction: Get a Grip on Your Business</w:t>
      </w:r>
      <w:r>
        <w:rPr>
          <w:b w:val="0"/>
          <w:i w:val="0"/>
        </w:rPr>
        <w:t xml:space="preserve"> của Gino Wickman</w:t>
      </w:r>
    </w:p>
    <w:p>
      <w:pPr>
        <w:spacing w:after="80"/>
        <w:ind w:left="360"/>
      </w:pPr>
      <w:r>
        <w:t xml:space="preserve">• </w:t>
      </w:r>
      <w:r>
        <w:rPr>
          <w:b w:val="0"/>
          <w:i/>
        </w:rPr>
        <w:t>What Would the Rockefellers Do? How the Wealthy Get and Stay That Way, and How You Can Too</w:t>
      </w:r>
      <w:r>
        <w:rPr>
          <w:b w:val="0"/>
          <w:i w:val="0"/>
        </w:rPr>
        <w:t xml:space="preserve"> của Garrett B. Gunderson và Michael G. Isom</w:t>
      </w:r>
    </w:p>
    <w:p>
      <w:pPr>
        <w:spacing w:after="80"/>
        <w:ind w:left="360"/>
      </w:pPr>
      <w:r>
        <w:t xml:space="preserve">• </w:t>
      </w:r>
      <w:r>
        <w:rPr>
          <w:b w:val="0"/>
          <w:i/>
        </w:rPr>
        <w:t>What Would the Founders Do? Our Questions, Their Answers</w:t>
      </w:r>
      <w:r>
        <w:rPr>
          <w:b w:val="0"/>
          <w:i w:val="0"/>
        </w:rPr>
        <w:t xml:space="preserve"> của Richard Brookhiser</w:t>
      </w:r>
    </w:p>
    <w:p>
      <w:pPr>
        <w:spacing w:after="80"/>
        <w:ind w:left="360"/>
      </w:pPr>
      <w:r>
        <w:t xml:space="preserve">• </w:t>
      </w:r>
      <w:r>
        <w:rPr>
          <w:b w:val="0"/>
          <w:i/>
        </w:rPr>
        <w:t>Winners Never Cheat: Everyday Values That We Learned as Children (but May Have Forgotten)</w:t>
      </w:r>
      <w:r>
        <w:rPr>
          <w:b w:val="0"/>
          <w:i w:val="0"/>
        </w:rPr>
        <w:t xml:space="preserve"> của Jon M. Huntsman</w:t>
      </w:r>
    </w:p>
    <w:p>
      <w:pPr>
        <w:spacing w:after="80"/>
      </w:pPr>
      <w:r>
        <w:rPr>
          <w:b w:val="0"/>
          <w:i w:val="0"/>
        </w:rPr>
        <w:t>Để xem thêm nội dung, hãy ghé thăm kênh YouTube Valuetainment:</w:t>
      </w:r>
    </w:p>
    <w:p>
      <w:pPr>
        <w:spacing w:after="80"/>
      </w:pPr>
      <w:r>
        <w:rPr>
          <w:b w:val="0"/>
          <w:i w:val="0"/>
        </w:rPr>
        <w:t>https://www.youtube.com/c/valuetainment</w:t>
      </w:r>
    </w:p>
    <w:p>
      <w:pPr>
        <w:jc w:val="center"/>
      </w:pPr>
      <w:r>
        <w:drawing>
          <wp:inline xmlns:a="http://schemas.openxmlformats.org/drawingml/2006/main" xmlns:pic="http://schemas.openxmlformats.org/drawingml/2006/picture">
            <wp:extent cx="1333500" cy="85725"/>
            <wp:docPr id="51" name="Picture 51"/>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1"/>
      </w:pPr>
      <w:r>
        <w:rPr>
          <w:rFonts w:ascii="Calibri" w:hAnsi="Calibri"/>
          <w:b/>
          <w:i w:val="0"/>
          <w:sz w:val="40"/>
        </w:rPr>
        <w:t>Lời cảm ơn</w:t>
      </w:r>
    </w:p>
    <w:p>
      <w:pPr>
        <w:pStyle w:val="Heading2"/>
      </w:pPr>
      <w:r>
        <w:rPr>
          <w:rFonts w:ascii="Calibri" w:hAnsi="Calibri"/>
          <w:b/>
          <w:i w:val="0"/>
          <w:sz w:val="32"/>
        </w:rPr>
        <w:t>Patrick Bet-David</w:t>
      </w:r>
    </w:p>
    <w:p>
      <w:pPr>
        <w:spacing w:after="80"/>
      </w:pPr>
      <w:r>
        <w:rPr>
          <w:b w:val="0"/>
          <w:i w:val="0"/>
        </w:rPr>
        <w:t>Vì tôi là sản phẩm phụ của sáu điều quan trọng trong cuộc đời mình, tôi sẽ dùng sáu hạng mục để cảm ơn mọi thứ và mọi người mà tôi biết ơn.</w:t>
      </w:r>
    </w:p>
    <w:p>
      <w:pPr>
        <w:spacing w:after="80"/>
      </w:pPr>
      <w:r>
        <w:rPr>
          <w:b/>
          <w:i w:val="0"/>
        </w:rPr>
        <w:t>Gen.</w:t>
      </w:r>
      <w:r>
        <w:rPr>
          <w:b w:val="0"/>
          <w:i w:val="0"/>
        </w:rPr>
        <w:t xml:space="preserve"> Tất cả bắt đầu từ cha mẹ tôi, Gabreal Bet-David và Diana Boghosian. Tôi sẽ không thể là tôi như ngày hôm nay nếu không có họ.</w:t>
      </w:r>
    </w:p>
    <w:p>
      <w:pPr>
        <w:spacing w:after="80"/>
      </w:pPr>
      <w:r>
        <w:rPr>
          <w:b/>
          <w:i w:val="0"/>
        </w:rPr>
        <w:t>Văn hóa.</w:t>
      </w:r>
      <w:r>
        <w:rPr>
          <w:b w:val="0"/>
          <w:i w:val="0"/>
        </w:rPr>
        <w:t xml:space="preserve"> Tôi phải cảm ơn năm nền văn hóa đã tạo nên con người tôi ngày hôm nay. Tôi mang một nửa dòng máu Armenia, một nửa Assyria, và tôi đã sống ở Tehran, Iran mười năm trước khi xin tị nạn ở Erlangen, Đức, và cuối cùng đến được Hoa Kỳ. Mỗi nền văn hóa đó đều có ảnh hưởng lớn đến cách tôi nhìn nhận cuộc sống.</w:t>
      </w:r>
    </w:p>
    <w:p>
      <w:pPr>
        <w:spacing w:after="80"/>
      </w:pPr>
      <w:r>
        <w:rPr>
          <w:b/>
          <w:i w:val="0"/>
        </w:rPr>
        <w:t>Trải nghiệm.</w:t>
      </w:r>
      <w:r>
        <w:rPr>
          <w:b w:val="0"/>
          <w:i w:val="0"/>
        </w:rPr>
        <w:t xml:space="preserve"> Người ta nói rằng những diễn viên giỏi là những người đã sống một cuộc đời với nhiều trải nghiệm khác nhau, đầy cả đau đớn lẫn niềm vui. Tôi phải nói rằng điều đó cũng đúng với thế giới kinh doanh. Tôi biết ơn từng sự kiện đã xảy ra trong cuộc đời mình, dù tôi không trân trọng tất cả chúng khi chúng đang diễn ra. Tôi sẽ không thể là tôi như ngày hôm nay nếu không từng trải qua chiến tranh ở Iran, từng sống trong trại tị nạn, hay từng phục vụ trong quân đội. Tất cả những trải nghiệm đó và hơn thế nữa đã tạo nên con người tôi ngày hôm nay.</w:t>
      </w:r>
    </w:p>
    <w:p>
      <w:pPr>
        <w:spacing w:after="80"/>
      </w:pPr>
      <w:r>
        <w:rPr>
          <w:b/>
          <w:i w:val="0"/>
        </w:rPr>
        <w:t>Lựa chọn.</w:t>
      </w:r>
      <w:r>
        <w:rPr>
          <w:b w:val="0"/>
          <w:i w:val="0"/>
        </w:rPr>
        <w:t xml:space="preserve"> Tôi đã đưa ra nhiều lựa chọn tồi tệ và một vài lựa chọn tốt. Một số ban đầu có vẻ là lựa chọn tuyệt vời cho đến khi tôi nhận ra chúng không phải vậy, và một số có vẻ là lựa chọn tồi tệ nhưng hóa ra lại ổn. Tất cả chúng đều dạy tôi những bài học mà tôi trân quý đến tận hôm nay. Một số khiến tôi mất tiền, một số khiến tôi mất các mối quan hệ, một số giúp tôi kiếm tiền, một số giúp tôi xây dựng các mối quan hệ. Tất cả chúng đều giúp tôi trở thành con người tôi ngày hôm nay.</w:t>
      </w:r>
    </w:p>
    <w:p>
      <w:pPr>
        <w:spacing w:after="80"/>
      </w:pPr>
      <w:r>
        <w:rPr>
          <w:b/>
          <w:i w:val="0"/>
        </w:rPr>
        <w:t>Những người.</w:t>
      </w:r>
      <w:r>
        <w:rPr>
          <w:b w:val="0"/>
          <w:i w:val="0"/>
        </w:rPr>
        <w:t xml:space="preserve"> Điều này cũng rơi vào một vài hạng mục. Tôi phải bắt đầu bằng việc cảm ơn vợ tôi, Jennifer, người đã ủng hộ tôi từ ngày đầu tiên. Cuộc đời tôi thay đổi vào ngày tôi gặp cô ấy. Cô ấy đã sinh ra ba đứa con của chúng tôi, Patrick, Dylan và Senna, mỗi đứa đều đã thay đổi cuộc đời tôi theo cách riêng của mình.</w:t>
      </w:r>
    </w:p>
    <w:p>
      <w:pPr>
        <w:spacing w:after="80"/>
      </w:pPr>
      <w:r>
        <w:rPr>
          <w:b w:val="0"/>
          <w:i w:val="0"/>
        </w:rPr>
        <w:t>Tôi phải cảm ơn người bạn thân đầu tiên của tôi, chị gái tôi, Polet Bet-David. Chồng của chị, Siamak Sabetimani, đã trở thành người anh em mà tôi chưa từng có. Trước khi tôi có ba đứa con của riêng mình, tôi đã yêu thương các con của họ, Grace và Sean Sabetimani.</w:t>
      </w:r>
    </w:p>
    <w:p>
      <w:pPr>
        <w:spacing w:after="80"/>
      </w:pPr>
      <w:r>
        <w:rPr>
          <w:b w:val="0"/>
          <w:i w:val="0"/>
        </w:rPr>
        <w:t>Tôi vô cùng biết ơn đội ngũ lãnh đạo của PHP Agency, những người đã tin vào tầm nhìn mà tôi đã vạch ra khi mọi thứ đều chống lại chúng tôi. Không đời nào chúng tôi có thể xây dựng được một đại lý với mười lăm nghìn đại lý bảo hiểm nếu không có tâm huyết, sự tập trung và tài năng của đội ngũ lãnh đạo của chúng tôi: Sheena và Matt Sapaula, Jose và Marlene Gaytan, cùng nhiều người khác.</w:t>
      </w:r>
    </w:p>
    <w:p>
      <w:pPr>
        <w:spacing w:after="80"/>
      </w:pPr>
      <w:r>
        <w:rPr>
          <w:b w:val="0"/>
          <w:i w:val="0"/>
        </w:rPr>
        <w:t>Tìm được một Người Đồng Hành thật khó, nhưng Mario Aguilar đã chính xác là như vậy trong nhiều dự án, bao gồm cả việc giúp tổng hợp nội dung của cuốn sách này.</w:t>
      </w:r>
    </w:p>
    <w:p>
      <w:pPr>
        <w:spacing w:after="80"/>
      </w:pPr>
      <w:r>
        <w:rPr>
          <w:b w:val="0"/>
          <w:i w:val="0"/>
        </w:rPr>
        <w:t>Cuốn sách này sẽ không bao giờ thành hình nếu không có người đại diện của tôi, Scott Hoffman.</w:t>
      </w:r>
    </w:p>
    <w:p>
      <w:pPr>
        <w:spacing w:after="80"/>
      </w:pPr>
      <w:r>
        <w:rPr>
          <w:b w:val="0"/>
          <w:i w:val="0"/>
        </w:rPr>
        <w:t>Tôi cũng phải cảm ơn người cộng tác của tôi, Greg Dinkin, người đã giúp mang lại cấu trúc và sự ngăn nắp cho những ý tưởng và trải nghiệm của tôi. Xin gửi lời cảm ơn đặc biệt đến những người đã giúp sắp xếp suy nghĩ của tôi khi chúng tôi bị mắc kẹt ở một ý tưởng hay một chương của cuốn sách: Maral Keshishian, Tigran Bekian, Tom Ellsworth, David Moldawer và Kai Lode.</w:t>
      </w:r>
    </w:p>
    <w:p>
      <w:pPr>
        <w:spacing w:after="80"/>
      </w:pPr>
      <w:r>
        <w:rPr>
          <w:b w:val="0"/>
          <w:i w:val="0"/>
        </w:rPr>
        <w:t>Tôi biết ơn nhà xuất bản, Jennifer Bergstrom, và các biên tập viên xuất sắc của chúng tôi, Karyn Marcus và Rebecca Strobel. Cảm ơn rất nhiều đến Lynn Anderson và Eric Raymer vì sự chú ý đến từng chi tiết đáng kinh ngạc của họ.</w:t>
      </w:r>
    </w:p>
    <w:p>
      <w:pPr>
        <w:spacing w:after="80"/>
      </w:pPr>
      <w:r>
        <w:rPr>
          <w:b w:val="0"/>
          <w:i w:val="0"/>
        </w:rPr>
        <w:t>Tôi sẽ không viết cuốn sách này hay tạo ra nội dung mới nếu không có hàng triệu Valuetainer và doanh nhân theo dõi nội dung hàng tháng. Tôi biết ơn các bạn. Các bạn tiếp thêm năng lượng cho tôi theo những cách mà ngôn từ không thể diễn tả được.</w:t>
      </w:r>
    </w:p>
    <w:p>
      <w:pPr>
        <w:spacing w:after="80"/>
      </w:pPr>
      <w:r>
        <w:rPr>
          <w:b w:val="0"/>
          <w:i w:val="0"/>
        </w:rPr>
        <w:t>Chúng ta thường quá hay ghi nhận những người đã yêu thương và ủng hộ mình, và chúng ta quên đi những người từng là đối thủ, người ghét bỏ hay chỉ trích mình. Những người đã nghi ngờ tôi có một vị trí đặc biệt trong tim tôi. Tôi đã rất muốn liệt kê tên của họ, nhưng tôi sẽ cần vài trang để liệt kê hết. Chỉ cần biết rằng tôi yêu quý các bạn và tôi vô cùng biết ơn các bạn.</w:t>
      </w:r>
    </w:p>
    <w:p>
      <w:pPr>
        <w:spacing w:after="80"/>
      </w:pPr>
      <w:r>
        <w:rPr>
          <w:b/>
          <w:i w:val="0"/>
        </w:rPr>
        <w:t>Nguồn cảm hứng.</w:t>
      </w:r>
      <w:r>
        <w:rPr>
          <w:b w:val="0"/>
          <w:i w:val="0"/>
        </w:rPr>
        <w:t xml:space="preserve"> Cuối cùng nhưng không kém phần quan trọng, đã có một vài khoảnh khắc tôi được truyền cảm hứng để làm điều gì đó lớn lao với cuộc đời mình. Tôi cảm thấy như thể một vài trải nghiệm cứ kéo tôi vào, mặc dù ban đầu tôi không muốn dấn thân vào chúng. Giờ nhìn lại, tôi mừng vì mình đã chọn dấn thân và cống hiến hết mình. Những khoảnh khắc truyền cảm hứng như vậy là lý do tôi cảm thấy bình xăng của mình luôn đầy và lý do tôi háo hức thức dậy mỗi sáng để thực hiện tầm nhìn tiếp theo mà tôi đang tạo ra.</w:t>
      </w:r>
    </w:p>
    <w:p>
      <w:pPr>
        <w:pStyle w:val="Heading2"/>
      </w:pPr>
      <w:r>
        <w:rPr>
          <w:rFonts w:ascii="Calibri" w:hAnsi="Calibri"/>
          <w:b/>
          <w:i w:val="0"/>
          <w:sz w:val="32"/>
        </w:rPr>
        <w:t>Greg Dinkin (Người cộng tác)</w:t>
      </w:r>
    </w:p>
    <w:p>
      <w:pPr>
        <w:spacing w:after="80"/>
      </w:pPr>
      <w:r>
        <w:rPr>
          <w:b w:val="0"/>
          <w:i w:val="0"/>
        </w:rPr>
        <w:t xml:space="preserve">Có thể bạn đang thắc mắc, như tôi đã từng khi lần đầu gặp Pat: Anh chàng này có thật không? Là một nhà vô địch poker và tác giả của </w:t>
      </w:r>
      <w:r>
        <w:rPr>
          <w:b w:val="0"/>
          <w:i/>
        </w:rPr>
        <w:t>The Poker MBA</w:t>
      </w:r>
      <w:r>
        <w:rPr>
          <w:b w:val="0"/>
          <w:i w:val="0"/>
        </w:rPr>
        <w:t>, tôi có một chiếc máy đo chuyện nhảm nhí được tinh chỉnh kỹ lưỡng. Tôi liên tục tìm cách bắt quả tang người ta đang bluff và kiểm tra tính chân thật của họ.</w:t>
      </w:r>
    </w:p>
    <w:p>
      <w:pPr>
        <w:spacing w:after="80"/>
      </w:pPr>
      <w:r>
        <w:rPr>
          <w:b w:val="0"/>
          <w:i w:val="0"/>
        </w:rPr>
        <w:t>Vào tháng 5 năm 2019, một tháng sau khi tôi bắt đầu làm việc với Pat, tôi tham dự hội nghị Vault ở Dallas. Tại buổi chiến lược khai mạc của anh ấy, Pat đã trả lời câu hỏi từ hàng chục người tham dự. Khi làm vậy, anh ấy nhớ những chi tiết cụ thể về doanh nghiệp của họ. "Ồ, đúng rồi," anh ấy sẽ nói. "Chúng ta đã nói chuyện hai năm trước về kế hoạch trả thù lao của bạn. Bạn có đang theo dõi nó không?" Hoặc "Tôi nhớ cuộc trao đổi email của chúng ta về việc bạn cần đầu tư nhiều hơn vào phân tích dữ liệu. Bạn đã bắt tay vào làm chưa? Chưa à? Tại sao không?"</w:t>
      </w:r>
    </w:p>
    <w:p>
      <w:pPr>
        <w:spacing w:after="80"/>
      </w:pPr>
      <w:r>
        <w:rPr>
          <w:b w:val="0"/>
          <w:i w:val="0"/>
        </w:rPr>
        <w:t>Tôi sửng sốt trước trí nhớ của anh ấy và còn ấn tượng hơn với sự nhạy bén trong kinh doanh của anh ấy. Rồi tôi chợt nhận ra rằng anh ấy đã cố vấn cho hàng chục doanh nhân—miễn phí, đơn giản xuất phát từ mong muốn chân thành được cho đi—trong khi điều hành doanh nghiệp của mình, nuôi ba đứa con và mở rộng nền tảng kiến thức của bản thân (tôi chưa từng gặp ai đọc nhiều hơn và làm việc chăm chỉ hơn để hoàn thiện bản thân).</w:t>
      </w:r>
    </w:p>
    <w:p>
      <w:pPr>
        <w:spacing w:after="80"/>
      </w:pPr>
      <w:r>
        <w:rPr>
          <w:b w:val="0"/>
          <w:i w:val="0"/>
        </w:rPr>
        <w:t>Mọi nghi ngờ tôi từng có về việc Pat dấn thân—làm video cho Valuetainment, tổ chức các buổi workshop và viết cuốn sách này—vì những lý do đúng đắn đều bị xóa sạch. Như tôi đã chứng kiến đêm hôm đó và tiếp tục thấy trong suốt một năm sau đó, Pat chân thành, thật thà và chu đáo hết mức có thể.</w:t>
      </w:r>
    </w:p>
    <w:p>
      <w:pPr>
        <w:spacing w:after="80"/>
      </w:pPr>
      <w:r>
        <w:rPr>
          <w:b w:val="0"/>
          <w:i w:val="0"/>
        </w:rPr>
        <w:t>Nếu tôi phải cô đọng thành công của anh ấy vào một đặc điểm duy nhất, thì đó là anh ấy quan tâm sâu sắc đến việc mọi người đạt được ước mơ của họ. Dù chúng tôi đã cố gắng hết sức để đưa từng chút kiến thức của Pat lên trang giấy, sẽ là bất khả thi để diễn tả được tình yêu và sự tận tụy của anh ấy dành cho mọi người—và lý do đó là công thức bí mật khiến anh ấy, ít nhất theo quan điểm của tôi, trở thành một trong những nhà lãnh đạo vĩ đại nhất còn sống trên hành tinh này.</w:t>
      </w:r>
    </w:p>
    <w:p>
      <w:pPr>
        <w:spacing w:after="80"/>
      </w:pPr>
      <w:r>
        <w:rPr>
          <w:b w:val="0"/>
          <w:i w:val="0"/>
        </w:rPr>
        <w:t>Hãy tưởng tượng một người dành thời gian để thực sự hiểu bạn, người đặt ra những câu hỏi giúp bạn khám phá chính xác con người mà bạn muốn trở thành—thường dẫn bạn đến việc nhớ lại và bày tỏ hoài bão mãnh liệt nhất của mình. Rồi hãy tưởng tượng anh ấy hỗ trợ bạn bằng nguồn lực và sự huấn luyện, đồng thời giữ bạn có trách nhiệm trở thành phiên bản tốt nhất của chính mình ở một đẳng cấp mà có thể bạn còn không biết mình có thể đạt tới. Rồi hãy tưởng tượng bạn thấy anh ấy đòi hỏi ở bản thân còn nhiều hơn những gì anh ấy đòi hỏi ở bạn. Làm sao bạn có thể không đạt được những tầm cao vĩ đại? Không phải ngẫu nhiên mà Pat đã đưa hàng chục người không có bằng đại học và nhào nặn họ thành những triệu phú. Tình yêu thương quan trọng, chắc chắn rồi. Kết hợp nó với trách nhiệm, khả năng lãnh đạo và một tấm gương để noi theo, và thành công phi thường sẽ theo sau.</w:t>
      </w:r>
    </w:p>
    <w:p>
      <w:pPr>
        <w:spacing w:after="80"/>
      </w:pPr>
      <w:r>
        <w:rPr>
          <w:b w:val="0"/>
          <w:i w:val="0"/>
        </w:rPr>
        <w:t>Tôi cảm thấy may mắn vì đã có một chỗ ngồi ở hàng ghế đầu để quan sát một con người ấn tượng như vậy. Hãy tưởng tượng bạn là một cầu thủ bóng rổ và được theo sát LeBron James trong một năm. Nếu có vẻ như tôi đang tán dương quá đà, thì đó là vì tôi tràn đầy lòng biết ơn. Ban đầu đây chỉ là một dự án viết lách đối với tôi, và cuối cùng nó trở thành một chương trình tiến sĩ về việc khai phóng tiềm năng con người. Kết quả là, tôi đã trở thành cả một huấn luyện viên/nhà lãnh đạo giỏi hơn lẫn một phiên bản tốt hơn của chính mình. Chứng kiến biết bao người đang được hưởng lợi từ kiến thức của Pat là một động lực lớn để giúp mang đến cho bạn từng chút trí tuệ trong kho vũ khí của Pat.</w:t>
      </w:r>
    </w:p>
    <w:p>
      <w:pPr>
        <w:spacing w:after="80"/>
      </w:pPr>
      <w:r>
        <w:rPr>
          <w:b w:val="0"/>
          <w:i w:val="0"/>
        </w:rPr>
        <w:t>Ngoài lời cảm ơn dành cho Pat, tôi muốn cảm ơn Mario Aguilar vì đã là một người chuyên nghiệp hoàn hảo. Là cố vấn tối thượng, anh ấy là một tài sản to lớn ở mọi giai đoạn của quá trình này. Tôi biết ơn người đại diện thiên tài Scott Hoffman vì đã làm theo bản năng của mình rằng Pat và tôi sẽ là một cặp đôi ăn ý. Tôi cũng trân trọng sự ủng hộ của gia đình và bạn bè. Mẹ, Bố, Andy, Jayme, Leslie, Drew, Logan, Thea, Michelle, Cully, Josh, Bryan, Paul, Charlie, Mark, Monique, George, Chris, Stuckey và Frank, mỗi người đã đóng góp theo cách riêng độc đáo của mình.</w:t>
      </w:r>
    </w:p>
    <w:p>
      <w:pPr>
        <w:jc w:val="center"/>
      </w:pPr>
      <w:r>
        <w:drawing>
          <wp:inline xmlns:a="http://schemas.openxmlformats.org/drawingml/2006/main" xmlns:pic="http://schemas.openxmlformats.org/drawingml/2006/picture">
            <wp:extent cx="1333500" cy="85725"/>
            <wp:docPr id="52" name="Picture 52"/>
            <wp:cNvGraphicFramePr>
              <a:graphicFrameLocks noChangeAspect="1"/>
            </wp:cNvGraphicFramePr>
            <a:graphic>
              <a:graphicData uri="http://schemas.openxmlformats.org/drawingml/2006/picture">
                <pic:pic>
                  <pic:nvPicPr>
                    <pic:cNvPr id="0" name="common08.jpg"/>
                    <pic:cNvPicPr/>
                  </pic:nvPicPr>
                  <pic:blipFill>
                    <a:blip r:embed="rId11"/>
                    <a:stretch>
                      <a:fillRect/>
                    </a:stretch>
                  </pic:blipFill>
                  <pic:spPr>
                    <a:xfrm>
                      <a:off x="0" y="0"/>
                      <a:ext cx="1333500" cy="85725"/>
                    </a:xfrm>
                    <a:prstGeom prst="rect"/>
                  </pic:spPr>
                </pic:pic>
              </a:graphicData>
            </a:graphic>
          </wp:inline>
        </w:drawing>
      </w:r>
    </w:p>
    <w:p>
      <w:pPr>
        <w:pStyle w:val="Heading1"/>
      </w:pPr>
      <w:r>
        <w:rPr>
          <w:rFonts w:ascii="Calibri" w:hAnsi="Calibri"/>
          <w:b/>
          <w:i w:val="0"/>
          <w:sz w:val="40"/>
        </w:rPr>
        <w:t>Về Tác giả</w:t>
      </w:r>
    </w:p>
    <w:p>
      <w:pPr>
        <w:jc w:val="center"/>
      </w:pPr>
      <w:r>
        <w:drawing>
          <wp:inline xmlns:a="http://schemas.openxmlformats.org/drawingml/2006/main" xmlns:pic="http://schemas.openxmlformats.org/drawingml/2006/picture">
            <wp:extent cx="2600325" cy="2857500"/>
            <wp:docPr id="53" name="Picture 53"/>
            <wp:cNvGraphicFramePr>
              <a:graphicFrameLocks noChangeAspect="1"/>
            </wp:cNvGraphicFramePr>
            <a:graphic>
              <a:graphicData uri="http://schemas.openxmlformats.org/drawingml/2006/picture">
                <pic:pic>
                  <pic:nvPicPr>
                    <pic:cNvPr id="0" name="author.jpg"/>
                    <pic:cNvPicPr/>
                  </pic:nvPicPr>
                  <pic:blipFill>
                    <a:blip r:embed="rId40"/>
                    <a:stretch>
                      <a:fillRect/>
                    </a:stretch>
                  </pic:blipFill>
                  <pic:spPr>
                    <a:xfrm>
                      <a:off x="0" y="0"/>
                      <a:ext cx="2600325" cy="2857500"/>
                    </a:xfrm>
                    <a:prstGeom prst="rect"/>
                  </pic:spPr>
                </pic:pic>
              </a:graphicData>
            </a:graphic>
          </wp:inline>
        </w:drawing>
      </w:r>
    </w:p>
    <w:p>
      <w:pPr>
        <w:spacing w:after="80"/>
      </w:pPr>
      <w:r>
        <w:rPr>
          <w:b/>
          <w:i w:val="0"/>
        </w:rPr>
        <w:t>Patrick Bet-David</w:t>
      </w:r>
      <w:r>
        <w:rPr>
          <w:b w:val="0"/>
          <w:i w:val="0"/>
        </w:rPr>
        <w:t xml:space="preserve"> đã đi từ việc trốn thoát khỏi Iran bị chiến tranh tàn phá đến việc thành lập công ty tài chính của riêng mình, gây quỹ hàng chục triệu đô la và tạo ra Valuetainment, kênh YouTube hàng đầu dành cho các doanh nhân. Cách tiếp cận phi chính thống của ông đối với kinh doanh và cuộc sống đã tạo ra những cuộc phỏng vấn hấp dẫn với Ray Dalio, Kevin Hart, cố Kobe Bryant, Tổng thống George W. Bush và một loạt những nhân vật lỗi lạc khác. Nội dung của ông trên mạng xã hội đã được xem hơn một tỷ lần.</w:t>
      </w:r>
    </w:p>
    <w:p>
      <w:pPr>
        <w:spacing w:after="80"/>
      </w:pPr>
      <w:r>
        <w:rPr>
          <w:b w:val="0"/>
          <w:i w:val="0"/>
        </w:rPr>
        <w:t>Patrick chưa bao giờ có bằng đại học và đã đi từ quân đội đến bán thẻ thành viên câu lạc bộ sức khỏe trước khi bán dịch vụ tài chính. Ở tuổi ba mươi, Bet-David thành lập PHP, một công ty dịch vụ tài chính. Ông sống ở Dallas cùng vợ và ba người con.</w:t>
      </w:r>
    </w:p>
    <w:p>
      <w:pPr>
        <w:spacing w:after="80"/>
      </w:pPr>
      <w:r>
        <w:rPr>
          <w:b w:val="0"/>
          <w:i w:val="0"/>
        </w:rPr>
        <w:t>ĐỂ BIẾT THÊM VỀ TÁC GIẢ NÀY:</w:t>
      </w:r>
      <w:r>
        <w:br/>
      </w:r>
      <w:r>
        <w:rPr>
          <w:b w:val="0"/>
          <w:i w:val="0"/>
        </w:rPr>
        <w:t>SimonandSchuster.com/Authors/Patrick-Bet-David</w:t>
      </w:r>
    </w:p>
    <w:p>
      <w:pPr>
        <w:spacing w:after="80"/>
      </w:pPr>
      <w:r>
        <w:rPr>
          <w:b w:val="0"/>
          <w:i w:val="0"/>
        </w:rPr>
        <w:t>SimonandSchuster.com</w:t>
      </w:r>
    </w:p>
    <w:p>
      <w:pPr>
        <w:jc w:val="center"/>
      </w:pPr>
      <w:r>
        <w:drawing>
          <wp:inline xmlns:a="http://schemas.openxmlformats.org/drawingml/2006/main" xmlns:pic="http://schemas.openxmlformats.org/drawingml/2006/picture">
            <wp:extent cx="190500" cy="190500"/>
            <wp:docPr id="54" name="Picture 54"/>
            <wp:cNvGraphicFramePr>
              <a:graphicFrameLocks noChangeAspect="1"/>
            </wp:cNvGraphicFramePr>
            <a:graphic>
              <a:graphicData uri="http://schemas.openxmlformats.org/drawingml/2006/picture">
                <pic:pic>
                  <pic:nvPicPr>
                    <pic:cNvPr id="0" name="facebook.jpg"/>
                    <pic:cNvPicPr/>
                  </pic:nvPicPr>
                  <pic:blipFill>
                    <a:blip r:embed="rId41"/>
                    <a:stretch>
                      <a:fillRect/>
                    </a:stretch>
                  </pic:blipFill>
                  <pic:spPr>
                    <a:xfrm>
                      <a:off x="0" y="0"/>
                      <a:ext cx="190500" cy="190500"/>
                    </a:xfrm>
                    <a:prstGeom prst="rect"/>
                  </pic:spPr>
                </pic:pic>
              </a:graphicData>
            </a:graphic>
          </wp:inline>
        </w:drawing>
      </w:r>
    </w:p>
    <w:p>
      <w:pPr>
        <w:jc w:val="center"/>
      </w:pPr>
      <w:r>
        <w:drawing>
          <wp:inline xmlns:a="http://schemas.openxmlformats.org/drawingml/2006/main" xmlns:pic="http://schemas.openxmlformats.org/drawingml/2006/picture">
            <wp:extent cx="190500" cy="190500"/>
            <wp:docPr id="55" name="Picture 55"/>
            <wp:cNvGraphicFramePr>
              <a:graphicFrameLocks noChangeAspect="1"/>
            </wp:cNvGraphicFramePr>
            <a:graphic>
              <a:graphicData uri="http://schemas.openxmlformats.org/drawingml/2006/picture">
                <pic:pic>
                  <pic:nvPicPr>
                    <pic:cNvPr id="0" name="twitter.jpg"/>
                    <pic:cNvPicPr/>
                  </pic:nvPicPr>
                  <pic:blipFill>
                    <a:blip r:embed="rId42"/>
                    <a:stretch>
                      <a:fillRect/>
                    </a:stretch>
                  </pic:blipFill>
                  <pic:spPr>
                    <a:xfrm>
                      <a:off x="0" y="0"/>
                      <a:ext cx="190500" cy="190500"/>
                    </a:xfrm>
                    <a:prstGeom prst="rect"/>
                  </pic:spPr>
                </pic:pic>
              </a:graphicData>
            </a:graphic>
          </wp:inline>
        </w:drawing>
      </w:r>
    </w:p>
    <w:p>
      <w:pPr>
        <w:jc w:val="center"/>
      </w:pPr>
      <w:r>
        <w:drawing>
          <wp:inline xmlns:a="http://schemas.openxmlformats.org/drawingml/2006/main" xmlns:pic="http://schemas.openxmlformats.org/drawingml/2006/picture">
            <wp:extent cx="190500" cy="190500"/>
            <wp:docPr id="56" name="Picture 56"/>
            <wp:cNvGraphicFramePr>
              <a:graphicFrameLocks noChangeAspect="1"/>
            </wp:cNvGraphicFramePr>
            <a:graphic>
              <a:graphicData uri="http://schemas.openxmlformats.org/drawingml/2006/picture">
                <pic:pic>
                  <pic:nvPicPr>
                    <pic:cNvPr id="0" name="instagram.jpg"/>
                    <pic:cNvPicPr/>
                  </pic:nvPicPr>
                  <pic:blipFill>
                    <a:blip r:embed="rId43"/>
                    <a:stretch>
                      <a:fillRect/>
                    </a:stretch>
                  </pic:blipFill>
                  <pic:spPr>
                    <a:xfrm>
                      <a:off x="0" y="0"/>
                      <a:ext cx="190500" cy="190500"/>
                    </a:xfrm>
                    <a:prstGeom prst="rect"/>
                  </pic:spPr>
                </pic:pic>
              </a:graphicData>
            </a:graphic>
          </wp:inline>
        </w:drawing>
      </w:r>
    </w:p>
    <w:p>
      <w:pPr>
        <w:spacing w:after="80"/>
      </w:pPr>
      <w:r>
        <w:rPr>
          <w:b w:val="0"/>
          <w:i w:val="0"/>
        </w:rPr>
        <w:t>@GalleryBooks</w:t>
      </w:r>
    </w:p>
    <w:p>
      <w:pPr>
        <w:spacing w:after="80"/>
      </w:pPr>
      <w:r>
        <w:rPr>
          <w:b w:val="0"/>
          <w:i w:val="0"/>
        </w:rPr>
        <w:t>Chúng tôi hy vọng bạn đã thích đọc ebook này của Simon &amp; Schuster.</w:t>
      </w:r>
    </w:p>
    <w:p>
      <w:pPr>
        <w:spacing w:after="80"/>
      </w:pPr>
      <w:r>
        <w:rPr>
          <w:b w:val="0"/>
          <w:i w:val="0"/>
        </w:rPr>
        <w:t>Nhận một ebook MIỄN PHÍ khi bạn tham gia danh sách gửi thư của chúng tôi. Ngoài ra, hãy nhận thông tin cập nhật về các bản phát hành mới, ưu đãi, gợi ý đọc và nhiều hơn nữa từ Simon &amp; Schuster. Nhấp vào bên dưới để đăng ký và xem các điều khoản và điều kiện.</w:t>
      </w:r>
    </w:p>
    <w:p>
      <w:pPr>
        <w:spacing w:after="80"/>
      </w:pPr>
      <w:r>
        <w:rPr>
          <w:b w:val="0"/>
          <w:i w:val="0"/>
        </w:rPr>
        <w:t>NHẤP VÀO ĐÂY ĐỂ ĐĂNG KÝ</w:t>
      </w:r>
    </w:p>
    <w:p>
      <w:pPr>
        <w:spacing w:after="80"/>
      </w:pPr>
      <w:r>
        <w:rPr>
          <w:b w:val="0"/>
          <w:i w:val="0"/>
        </w:rPr>
        <w:t>Đã là người đăng ký? Hãy cung cấp email của bạn một lần nữa để chúng tôi có thể đăng ký ebook này và gửi cho bạn nhiều hơn những gì bạn thích đọc. Bạn sẽ tiếp tục nhận được các ưu đãi độc quyền trong hộp thư đến của mình.</w:t>
      </w:r>
    </w:p>
    <w:p>
      <w:pPr>
        <w:jc w:val="center"/>
      </w:pPr>
      <w:r>
        <w:drawing>
          <wp:inline xmlns:a="http://schemas.openxmlformats.org/drawingml/2006/main" xmlns:pic="http://schemas.openxmlformats.org/drawingml/2006/picture">
            <wp:extent cx="390525" cy="381003"/>
            <wp:docPr id="57" name="Picture 57"/>
            <wp:cNvGraphicFramePr>
              <a:graphicFrameLocks noChangeAspect="1"/>
            </wp:cNvGraphicFramePr>
            <a:graphic>
              <a:graphicData uri="http://schemas.openxmlformats.org/drawingml/2006/picture">
                <pic:pic>
                  <pic:nvPicPr>
                    <pic:cNvPr id="0" name="logo01.jpg"/>
                    <pic:cNvPicPr/>
                  </pic:nvPicPr>
                  <pic:blipFill>
                    <a:blip r:embed="rId44"/>
                    <a:stretch>
                      <a:fillRect/>
                    </a:stretch>
                  </pic:blipFill>
                  <pic:spPr>
                    <a:xfrm>
                      <a:off x="0" y="0"/>
                      <a:ext cx="390525" cy="381003"/>
                    </a:xfrm>
                    <a:prstGeom prst="rect"/>
                  </pic:spPr>
                </pic:pic>
              </a:graphicData>
            </a:graphic>
          </wp:inline>
        </w:drawing>
      </w:r>
    </w:p>
    <w:p>
      <w:pPr>
        <w:spacing w:after="80"/>
      </w:pPr>
      <w:r>
        <w:rPr>
          <w:b w:val="0"/>
          <w:i w:val="0"/>
        </w:rPr>
        <w:t>Gallery Books</w:t>
      </w:r>
    </w:p>
    <w:p>
      <w:pPr>
        <w:spacing w:after="80"/>
      </w:pPr>
      <w:r>
        <w:rPr>
          <w:b w:val="0"/>
          <w:i w:val="0"/>
        </w:rPr>
        <w:t>Một dấu ấn của Simon &amp; Schuster, Inc.</w:t>
      </w:r>
    </w:p>
    <w:p>
      <w:pPr>
        <w:spacing w:after="80"/>
      </w:pPr>
      <w:r>
        <w:rPr>
          <w:b w:val="0"/>
          <w:i w:val="0"/>
        </w:rPr>
        <w:t>1230 Avenue of the Americas</w:t>
      </w:r>
    </w:p>
    <w:p>
      <w:pPr>
        <w:spacing w:after="80"/>
      </w:pPr>
      <w:r>
        <w:rPr>
          <w:b w:val="0"/>
          <w:i w:val="0"/>
        </w:rPr>
        <w:t>New York, NY 10020</w:t>
      </w:r>
    </w:p>
    <w:p>
      <w:pPr>
        <w:spacing w:after="80"/>
      </w:pPr>
      <w:r>
        <w:rPr>
          <w:b w:val="0"/>
          <w:i w:val="0"/>
        </w:rPr>
        <w:t>www.SimonandSchuster.com</w:t>
      </w:r>
    </w:p>
    <w:p>
      <w:pPr>
        <w:spacing w:after="80"/>
      </w:pPr>
      <w:r>
        <w:rPr>
          <w:b w:val="0"/>
          <w:i w:val="0"/>
        </w:rPr>
        <w:t>Bản quyền © 2020 thuộc BetDavid Enterprises LLC</w:t>
      </w:r>
    </w:p>
    <w:p>
      <w:pPr>
        <w:spacing w:after="80"/>
      </w:pPr>
      <w:r>
        <w:rPr>
          <w:b w:val="0"/>
          <w:i w:val="0"/>
        </w:rPr>
        <w:t>Mọi quyền được bảo lưu, bao gồm quyền sao chép cuốn sách này hoặc bất kỳ phần nào của nó dưới bất kỳ hình thức nào. Để biết thông tin, xin liên hệ Phòng Quyền của Công ty Con thuộc Gallery Books, 1230 Avenue of the Americas, New York, NY 10020.</w:t>
      </w:r>
    </w:p>
    <w:p>
      <w:pPr>
        <w:spacing w:after="80"/>
      </w:pPr>
      <w:r>
        <w:rPr>
          <w:b w:val="0"/>
          <w:i w:val="0"/>
        </w:rPr>
        <w:t>Ấn bản bìa cứng đầu tiên của Gallery Books, tháng 8 năm 2020</w:t>
      </w:r>
    </w:p>
    <w:p>
      <w:pPr>
        <w:spacing w:after="80"/>
      </w:pPr>
      <w:r>
        <w:rPr>
          <w:b w:val="0"/>
          <w:i w:val="0"/>
        </w:rPr>
        <w:t>GALLERY BOOKS và biểu trưng là thương hiệu đã đăng ký của Simon &amp; Schuster, Inc.</w:t>
      </w:r>
    </w:p>
    <w:p>
      <w:pPr>
        <w:spacing w:after="80"/>
      </w:pPr>
      <w:r>
        <w:rPr>
          <w:b w:val="0"/>
          <w:i w:val="0"/>
        </w:rPr>
        <w:t>Để biết thông tin về mức chiết khấu đặc biệt cho việc mua số lượng lớn, vui lòng liên hệ Bộ phận Bán hàng Đặc biệt của Simon &amp; Schuster theo số 1-866-506-1949 hoặc business@simonandschuster.com.</w:t>
      </w:r>
    </w:p>
    <w:p>
      <w:pPr>
        <w:spacing w:after="80"/>
      </w:pPr>
      <w:r>
        <w:rPr>
          <w:b w:val="0"/>
          <w:i w:val="0"/>
        </w:rPr>
        <w:t>Văn phòng Diễn giả của Simon &amp; Schuster có thể đưa tác giả đến sự kiện trực tiếp của bạn. Để biết thêm thông tin hoặc để đặt tổ chức một sự kiện, hãy liên hệ Văn phòng Diễn giả của Simon &amp; Schuster theo số 1-866-248-3049 hoặc truy cập trang web của chúng tôi tại www.simonspeakers.com.</w:t>
      </w:r>
    </w:p>
    <w:p>
      <w:pPr>
        <w:spacing w:after="80"/>
      </w:pPr>
      <w:r>
        <w:rPr>
          <w:b w:val="0"/>
          <w:i/>
        </w:rPr>
        <w:t>Thiết kế nội thất bởi Michelle Marchese</w:t>
      </w:r>
    </w:p>
    <w:p>
      <w:pPr>
        <w:spacing w:after="80"/>
      </w:pPr>
      <w:r>
        <w:rPr>
          <w:b w:val="0"/>
          <w:i/>
        </w:rPr>
        <w:t>Thiết kế bìa bởi Nancy Tran</w:t>
      </w:r>
    </w:p>
    <w:p>
      <w:pPr>
        <w:spacing w:after="80"/>
      </w:pPr>
      <w:r>
        <w:rPr>
          <w:b w:val="0"/>
          <w:i/>
        </w:rPr>
        <w:t>Minh họa bìa bởi Depositphotos</w:t>
      </w:r>
    </w:p>
    <w:p>
      <w:pPr>
        <w:spacing w:after="80"/>
      </w:pPr>
      <w:r>
        <w:rPr>
          <w:b w:val="0"/>
          <w:i/>
        </w:rPr>
        <w:t>Ảnh tác giả bởi Duke Morse Photography</w:t>
      </w:r>
    </w:p>
    <w:p>
      <w:pPr>
        <w:spacing w:after="80"/>
      </w:pPr>
      <w:r>
        <w:rPr>
          <w:b w:val="0"/>
          <w:i w:val="0"/>
        </w:rPr>
        <w:t>Dữ liệu Biên mục Xuất bản của Thư viện Quốc hội</w:t>
      </w:r>
    </w:p>
    <w:p>
      <w:pPr>
        <w:spacing w:after="80"/>
      </w:pPr>
      <w:r>
        <w:rPr>
          <w:b w:val="0"/>
          <w:i w:val="0"/>
        </w:rPr>
        <w:t>Tên: Bet-David, Patrick, tác giả.</w:t>
      </w:r>
    </w:p>
    <w:p>
      <w:pPr>
        <w:spacing w:after="80"/>
      </w:pPr>
      <w:r>
        <w:rPr>
          <w:b w:val="0"/>
          <w:i w:val="0"/>
        </w:rPr>
        <w:t>Tựa đề: Your next five moves : master the art of business strategy / Patrick Bet-David, với Greg Dinkin.</w:t>
      </w:r>
    </w:p>
    <w:p>
      <w:pPr>
        <w:spacing w:after="80"/>
      </w:pPr>
      <w:r>
        <w:rPr>
          <w:b w:val="0"/>
          <w:i w:val="0"/>
        </w:rPr>
        <w:t>Mô tả: New York : Gallery Books, [2020] | Bao gồm tài liệu tham khảo. |</w:t>
      </w:r>
    </w:p>
    <w:p>
      <w:pPr>
        <w:spacing w:after="80"/>
      </w:pPr>
      <w:r>
        <w:rPr>
          <w:b w:val="0"/>
          <w:i w:val="0"/>
        </w:rPr>
        <w:t>Identifiers: LCCN 2020010273 (bản in) | LCCN 2020010274 (sách điện tử) | ISBN 9781982154806 (bìa cứng) | ISBN 9781982154820 (sách điện tử)</w:t>
      </w:r>
    </w:p>
    <w:p>
      <w:pPr>
        <w:spacing w:after="80"/>
      </w:pPr>
      <w:r>
        <w:rPr>
          <w:b w:val="0"/>
          <w:i w:val="0"/>
        </w:rPr>
        <w:t>Chủ đề: LCSH: Lập kế hoạch chiến lược. | Khởi nghiệp. | Thành công trong kinh doanh.</w:t>
      </w:r>
    </w:p>
    <w:p>
      <w:pPr>
        <w:spacing w:after="80"/>
      </w:pPr>
      <w:r>
        <w:rPr>
          <w:b w:val="0"/>
          <w:i w:val="0"/>
        </w:rPr>
        <w:t>Phân loại: LCC HD30.28 .B4585 2020 (bản in) | LCC HD30.28 (sách điện tử) | DDC 658.4/012—dc23</w:t>
      </w:r>
    </w:p>
    <w:p>
      <w:pPr>
        <w:spacing w:after="80"/>
      </w:pPr>
      <w:r>
        <w:rPr>
          <w:b w:val="0"/>
          <w:i w:val="0"/>
        </w:rPr>
        <w:t>Hồ sơ LC có sẵn tại https://lccn.loc.gov/2020010273</w:t>
      </w:r>
    </w:p>
    <w:p>
      <w:pPr>
        <w:spacing w:after="80"/>
      </w:pPr>
      <w:r>
        <w:rPr>
          <w:b w:val="0"/>
          <w:i w:val="0"/>
        </w:rPr>
        <w:t>Hồ sơ sách điện tử LC có sẵn tại https://lccn.loc.gov/2020010274</w:t>
      </w:r>
    </w:p>
    <w:p>
      <w:pPr>
        <w:spacing w:after="80"/>
      </w:pPr>
      <w:r>
        <w:rPr>
          <w:b w:val="0"/>
          <w:i w:val="0"/>
        </w:rPr>
        <w:t>ISBN 978-1-9821-5480-6</w:t>
      </w:r>
    </w:p>
    <w:p>
      <w:pPr>
        <w:spacing w:after="80"/>
      </w:pPr>
      <w:r>
        <w:rPr>
          <w:b w:val="0"/>
          <w:i w:val="0"/>
        </w:rPr>
        <w:t>ISBN 978-1-9821-5482-0 (sách điện tử)</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