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4857750" cy="6477000"/>
            <wp:docPr id="1" name="Picture 1"/>
            <wp:cNvGraphicFramePr>
              <a:graphicFrameLocks noChangeAspect="1"/>
            </wp:cNvGraphicFramePr>
            <a:graphic>
              <a:graphicData uri="http://schemas.openxmlformats.org/drawingml/2006/picture">
                <pic:pic>
                  <pic:nvPicPr>
                    <pic:cNvPr id="0" name="cover.jpeg"/>
                    <pic:cNvPicPr/>
                  </pic:nvPicPr>
                  <pic:blipFill>
                    <a:blip r:embed="rId9"/>
                    <a:stretch>
                      <a:fillRect/>
                    </a:stretch>
                  </pic:blipFill>
                  <pic:spPr>
                    <a:xfrm>
                      <a:off x="0" y="0"/>
                      <a:ext cx="4857750" cy="6477000"/>
                    </a:xfrm>
                    <a:prstGeom prst="rect"/>
                  </pic:spPr>
                </pic:pic>
              </a:graphicData>
            </a:graphic>
          </wp:inline>
        </w:drawing>
      </w:r>
    </w:p>
    <w:p>
      <w:pPr>
        <w:spacing w:after="80"/>
      </w:pPr>
      <w:r>
        <w:rPr>
          <w:b/>
          <w:i w:val="0"/>
        </w:rPr>
        <w:t>Mục lục</w:t>
      </w:r>
    </w:p>
    <w:p>
      <w:pPr>
        <w:spacing w:after="80"/>
      </w:pPr>
      <w:r>
        <w:rPr>
          <w:b w:val="0"/>
          <w:i/>
        </w:rPr>
        <w:t>Trang tiêu đề</w:t>
      </w:r>
    </w:p>
    <w:p>
      <w:pPr>
        <w:spacing w:after="80"/>
      </w:pPr>
      <w:r>
        <w:rPr>
          <w:b w:val="0"/>
          <w:i/>
        </w:rPr>
        <w:t>Trang bản quyền</w:t>
      </w:r>
    </w:p>
    <w:p>
      <w:pPr>
        <w:spacing w:after="80"/>
      </w:pPr>
      <w:r>
        <w:rPr>
          <w:b w:val="0"/>
          <w:i/>
        </w:rPr>
        <w:t>Lời đề tặng</w:t>
      </w:r>
    </w:p>
    <w:p>
      <w:pPr>
        <w:spacing w:after="80"/>
      </w:pPr>
      <w:r>
        <w:rPr>
          <w:b w:val="0"/>
          <w:i/>
        </w:rPr>
        <w:t>Lời cảm ơn</w:t>
      </w:r>
    </w:p>
    <w:p>
      <w:pPr>
        <w:spacing w:after="80"/>
      </w:pPr>
      <w:r>
        <w:rPr>
          <w:b w:val="0"/>
          <w:i/>
        </w:rPr>
        <w:t>Giới thiệu</w:t>
      </w:r>
    </w:p>
    <w:p>
      <w:pPr>
        <w:spacing w:after="80"/>
      </w:pPr>
      <w:r>
        <w:rPr>
          <w:b w:val="0"/>
          <w:i w:val="0"/>
        </w:rPr>
        <w:t>PHẦN 1 - Kết nối</w:t>
      </w:r>
    </w:p>
    <w:p>
      <w:pPr>
        <w:spacing w:after="80"/>
      </w:pPr>
      <w:r>
        <w:rPr>
          <w:b w:val="0"/>
          <w:i w:val="0"/>
        </w:rPr>
        <w:t>CHƯƠNG 1 - Bảy thực tế của việc bán dịch vụ</w:t>
      </w:r>
    </w:p>
    <w:p>
      <w:pPr>
        <w:spacing w:after="80"/>
      </w:pPr>
      <w:r>
        <w:rPr>
          <w:b w:val="0"/>
          <w:i w:val="0"/>
        </w:rPr>
        <w:t>CHƯƠNG 2 - Trước khi bạn gọi điện (hoặc gặp) bất kỳ khách hàng nào</w:t>
      </w:r>
    </w:p>
    <w:p>
      <w:pPr>
        <w:spacing w:after="80"/>
      </w:pPr>
      <w:r>
        <w:rPr>
          <w:b w:val="0"/>
          <w:i w:val="0"/>
        </w:rPr>
        <w:t>CHƯƠNG 3 - Làm chủ buổi phỏng vấn khách hàng</w:t>
      </w:r>
    </w:p>
    <w:p>
      <w:pPr>
        <w:spacing w:after="80"/>
      </w:pPr>
      <w:r>
        <w:rPr>
          <w:b w:val="0"/>
          <w:i w:val="0"/>
        </w:rPr>
        <w:t>CHƯƠNG 4 - Khám phá vấn đề thực sự</w:t>
      </w:r>
    </w:p>
    <w:p>
      <w:pPr>
        <w:spacing w:after="80"/>
      </w:pPr>
      <w:r>
        <w:rPr>
          <w:b w:val="0"/>
          <w:i w:val="0"/>
        </w:rPr>
        <w:t>PHẦN 2 - Hợp tác</w:t>
      </w:r>
    </w:p>
    <w:p>
      <w:pPr>
        <w:spacing w:after="80"/>
      </w:pPr>
      <w:r>
        <w:rPr>
          <w:b w:val="0"/>
          <w:i w:val="0"/>
        </w:rPr>
        <w:t>CHƯƠNG 5 - Khi nào nên rút lui</w:t>
      </w:r>
    </w:p>
    <w:p>
      <w:pPr>
        <w:spacing w:after="80"/>
      </w:pPr>
      <w:r>
        <w:rPr>
          <w:b w:val="0"/>
          <w:i w:val="0"/>
        </w:rPr>
        <w:t>CHƯƠNG 6 - Năm yếu tố của một chiến lược bán hàng thành công</w:t>
      </w:r>
    </w:p>
    <w:p>
      <w:pPr>
        <w:spacing w:after="80"/>
      </w:pPr>
      <w:r>
        <w:rPr>
          <w:b w:val="0"/>
          <w:i w:val="0"/>
        </w:rPr>
        <w:t>CHƯƠNG 7 - Ai quan tâm đến thương vụ này . . . và tại sao?</w:t>
      </w:r>
    </w:p>
    <w:p>
      <w:pPr>
        <w:spacing w:after="80"/>
      </w:pPr>
      <w:r>
        <w:rPr>
          <w:b w:val="0"/>
          <w:i w:val="0"/>
        </w:rPr>
        <w:t>CHƯƠNG 8 - Thay đổi luôn xảy ra: Dự đoán những bất ngờ</w:t>
      </w:r>
    </w:p>
    <w:p>
      <w:pPr>
        <w:spacing w:after="80"/>
      </w:pPr>
      <w:r>
        <w:rPr>
          <w:b w:val="0"/>
          <w:i w:val="0"/>
        </w:rPr>
        <w:t>CHƯƠNG 9 - Bản đề xuất bán hàng hoàn hảo</w:t>
      </w:r>
    </w:p>
    <w:p>
      <w:pPr>
        <w:spacing w:after="80"/>
      </w:pPr>
      <w:r>
        <w:rPr>
          <w:b w:val="0"/>
          <w:i w:val="0"/>
        </w:rPr>
        <w:t>PHẦN 3 - Cam kết</w:t>
      </w:r>
    </w:p>
    <w:p>
      <w:pPr>
        <w:spacing w:after="80"/>
      </w:pPr>
      <w:r>
        <w:rPr>
          <w:b w:val="0"/>
          <w:i w:val="0"/>
        </w:rPr>
        <w:t>CHƯƠNG 10 - Nghệ thuật thuyết trình bán hàng</w:t>
      </w:r>
    </w:p>
    <w:p>
      <w:pPr>
        <w:spacing w:after="80"/>
      </w:pPr>
      <w:r>
        <w:rPr>
          <w:b w:val="0"/>
          <w:i w:val="0"/>
        </w:rPr>
        <w:t>CHƯƠNG 11 - Chốt thương vụ: Đàm phán để kết thúc bán hàng</w:t>
      </w:r>
    </w:p>
    <w:p>
      <w:pPr>
        <w:spacing w:after="80"/>
      </w:pPr>
      <w:r>
        <w:rPr>
          <w:b w:val="0"/>
          <w:i w:val="0"/>
        </w:rPr>
        <w:t>CHƯƠNG 12 - Làm gì khi bạn thắng . . . và khi bạn không thắng</w:t>
      </w:r>
    </w:p>
    <w:p>
      <w:pPr>
        <w:spacing w:after="80"/>
      </w:pPr>
      <w:r>
        <w:rPr>
          <w:b w:val="0"/>
          <w:i w:val="0"/>
        </w:rPr>
        <w:t>CHƯƠNG 13 - Tạo dựng đơn hàng thứ hai và hơn thế nữa</w:t>
      </w:r>
    </w:p>
    <w:p>
      <w:pPr>
        <w:spacing w:after="80"/>
      </w:pPr>
      <w:r>
        <w:rPr>
          <w:b w:val="0"/>
          <w:i w:val="0"/>
        </w:rPr>
        <w:t>PHẦN 4 - Thử thách</w:t>
      </w:r>
    </w:p>
    <w:p>
      <w:pPr>
        <w:spacing w:after="80"/>
      </w:pPr>
      <w:r>
        <w:rPr>
          <w:b w:val="0"/>
          <w:i w:val="0"/>
        </w:rPr>
        <w:t>CHƯƠNG 14 - Người bán hàng Bảy nhân Bảy</w:t>
      </w:r>
    </w:p>
    <w:p>
      <w:pPr>
        <w:spacing w:after="80"/>
      </w:pPr>
      <w:r>
        <w:rPr>
          <w:b w:val="0"/>
          <w:i w:val="0"/>
        </w:rPr>
        <w:t>CHƯƠNG 15 - Kết hợp tất cả lại</w:t>
      </w:r>
    </w:p>
    <w:p>
      <w:pPr>
        <w:spacing w:after="80"/>
      </w:pPr>
      <w:r>
        <w:rPr>
          <w:b w:val="0"/>
          <w:i/>
        </w:rPr>
        <w:t>GHI CHÚ</w:t>
      </w:r>
    </w:p>
    <w:p>
      <w:pPr>
        <w:spacing w:after="80"/>
      </w:pPr>
      <w:r>
        <w:rPr>
          <w:b w:val="0"/>
          <w:i/>
        </w:rPr>
        <w:t>——HƯỚNG DẪN NGUỒN LỰC CHO NGƯỜI BÁN HÀNG——</w:t>
      </w:r>
    </w:p>
    <w:p>
      <w:pPr>
        <w:spacing w:after="80"/>
      </w:pPr>
      <w:r>
        <w:rPr>
          <w:b w:val="0"/>
          <w:i/>
        </w:rPr>
        <w:t>——VỀ TÁC GIẢ——</w:t>
      </w:r>
    </w:p>
    <w:p>
      <w:pPr>
        <w:spacing w:after="80"/>
      </w:pPr>
      <w:r>
        <w:rPr>
          <w:b w:val="0"/>
          <w:i/>
        </w:rPr>
        <w:t>MỤC LỤC TRA CỨU</w:t>
      </w:r>
    </w:p>
    <w:p>
      <w:pPr>
        <w:spacing w:after="80"/>
      </w:pPr>
      <w:r>
        <w:rPr>
          <w:b w:val="0"/>
          <w:i/>
        </w:rPr>
        <w:t>Cũng bởi Michael W. McLaughlin</w:t>
      </w:r>
    </w:p>
    <w:p>
      <w:pPr>
        <w:jc w:val="center"/>
      </w:pPr>
      <w:r>
        <w:drawing>
          <wp:inline xmlns:a="http://schemas.openxmlformats.org/drawingml/2006/main" xmlns:pic="http://schemas.openxmlformats.org/drawingml/2006/picture">
            <wp:extent cx="5324140" cy="8229599"/>
            <wp:docPr id="2" name="Picture 2"/>
            <wp:cNvGraphicFramePr>
              <a:graphicFrameLocks noChangeAspect="1"/>
            </wp:cNvGraphicFramePr>
            <a:graphic>
              <a:graphicData uri="http://schemas.openxmlformats.org/drawingml/2006/picture">
                <pic:pic>
                  <pic:nvPicPr>
                    <pic:cNvPr id="0" name="00001.jpg"/>
                    <pic:cNvPicPr/>
                  </pic:nvPicPr>
                  <pic:blipFill>
                    <a:blip r:embed="rId10"/>
                    <a:stretch>
                      <a:fillRect/>
                    </a:stretch>
                  </pic:blipFill>
                  <pic:spPr>
                    <a:xfrm>
                      <a:off x="0" y="0"/>
                      <a:ext cx="5324140" cy="8229599"/>
                    </a:xfrm>
                    <a:prstGeom prst="rect"/>
                  </pic:spPr>
                </pic:pic>
              </a:graphicData>
            </a:graphic>
          </wp:inline>
        </w:drawing>
      </w:r>
    </w:p>
    <w:p>
      <w:pPr>
        <w:spacing w:after="80"/>
      </w:pPr>
      <w:r>
        <w:rPr>
          <w:b w:val="0"/>
          <w:i w:val="0"/>
        </w:rPr>
        <w:t>Bản quyền © 2009 bởi Michael W. McLaughlin. Mọi quyền được bảo lưu.</w:t>
      </w:r>
    </w:p>
    <w:p>
      <w:pPr>
        <w:spacing w:after="80"/>
      </w:pPr>
      <w:r>
        <w:rPr>
          <w:b w:val="0"/>
          <w:i w:val="0"/>
        </w:rPr>
        <w:t>Xuất bản bởi John Wiley &amp; Sons, Inc., Hoboken, New Jersey.</w:t>
      </w:r>
    </w:p>
    <w:p>
      <w:pPr>
        <w:spacing w:after="80"/>
      </w:pPr>
      <w:r>
        <w:rPr>
          <w:b w:val="0"/>
          <w:i w:val="0"/>
        </w:rPr>
        <w:t>Được xuất bản đồng thời tại Canada.</w:t>
      </w:r>
    </w:p>
    <w:p>
      <w:pPr>
        <w:spacing w:after="80"/>
      </w:pPr>
      <w:r>
        <w:rPr>
          <w:b w:val="0"/>
          <w:i w:val="0"/>
        </w:rPr>
        <w:t>Không phần nào của ấn phẩm này được phép sao chép, lưu trữ trong hệ thống truy xuất, hoặc truyền tải dưới bất kỳ hình thức nào hay bằng bất kỳ phương tiện nào, điện tử, cơ học, photocopy, ghi âm, quét, hay cách khác, ngoại trừ trường hợp được cho phép theo Mục 107 hoặc 108 của Đạo luật Bản quyền Hoa Kỳ năm 1976, mà không có sự cho phép trước bằng văn bản của Nhà xuất bản, hoặc được ủy quyền thông qua việc thanh toán khoản phí sao chép phù hợp cho Copyright Clearance Center, Inc., 222 Rosewood Drive, Danvers, MA 01923, (978) 750-8400, fax (978) 646-8600, hoặc trên web tại www.copyright.com. Các yêu cầu xin phép Nhà xuất bản nên được gửi đến Permissions Department, John Wiley &amp; Sons, Inc., 111 River Street, Hoboken, NJ 07030, (201) 748-6011, fax (201) 748-6008, hoặc trực tuyến tại http://www.wiley.com/go/permissions.</w:t>
      </w:r>
    </w:p>
    <w:p>
      <w:pPr>
        <w:spacing w:after="80"/>
      </w:pPr>
      <w:r>
        <w:rPr>
          <w:b w:val="0"/>
          <w:i w:val="0"/>
        </w:rPr>
        <w:t>Giới hạn Trách nhiệm/Tuyên bố Miễn trừ Bảo hành: Mặc dù nhà xuất bản và tác giả đã nỗ lực hết sức trong việc chuẩn bị cuốn sách này, họ không đưa ra bất kỳ tuyên bố hay bảo đảm nào liên quan đến tính chính xác hoặc đầy đủ của nội dung cuốn sách này và đặc biệt từ chối mọi bảo đảm ngụ ý về khả năng thương mại hoặc sự phù hợp cho một mục đích cụ thể. Không có bảo hành nào có thể được tạo ra hoặc mở rộng bởi nhân viên bán hàng hoặc tài liệu bán hàng bằng văn bản. Những lời khuyên và chiến lược trong đây có thể không phù hợp với tình huống của bạn. Bạn nên tham khảo ý kiến chuyên gia khi thích hợp. Cả nhà xuất bản lẫn tác giả đều không chịu trách nhiệm cho bất kỳ tổn thất lợi nhuận nào hoặc bất kỳ thiệt hại thương mại nào khác, bao gồm nhưng không giới hạn ở các thiệt hại đặc biệt, ngẫu nhiên, do hậu quả, hoặc thiệt hại khác.</w:t>
      </w:r>
    </w:p>
    <w:p>
      <w:pPr>
        <w:spacing w:after="80"/>
      </w:pPr>
      <w:r>
        <w:rPr>
          <w:b w:val="0"/>
          <w:i w:val="0"/>
        </w:rPr>
        <w:t>Để biết thông tin chung về các sản phẩm và dịch vụ khác của chúng tôi hoặc để được hỗ trợ kỹ thuật, vui lòng liên hệ Bộ phận Chăm sóc Khách hàng của chúng tôi trong nước Mỹ theo số (800) 762-2974, ngoài nước Mỹ theo số (317) 572-3993, hoặc fax (317) 572-4002.</w:t>
      </w:r>
    </w:p>
    <w:p>
      <w:pPr>
        <w:spacing w:after="80"/>
      </w:pPr>
      <w:r>
        <w:rPr>
          <w:b w:val="0"/>
          <w:i w:val="0"/>
        </w:rPr>
        <w:t>Wiley cũng xuất bản sách của mình dưới nhiều định dạng điện tử khác nhau. Một số nội dung xuất hiện trên bản in có thể không có sẵn trong sách điện tử. Để biết thêm thông tin về các sản phẩm của Wiley, hãy truy cập trang web của chúng tôi tại www.wiley.com.</w:t>
      </w:r>
    </w:p>
    <w:p>
      <w:pPr>
        <w:spacing w:after="80"/>
      </w:pPr>
      <w:r>
        <w:rPr>
          <w:b/>
          <w:i/>
        </w:rPr>
        <w:t>Dữ liệu Biên mục Xuất bản của Thư viện Quốc hội:</w:t>
      </w:r>
    </w:p>
    <w:p>
      <w:pPr>
        <w:spacing w:after="80"/>
      </w:pPr>
      <w:r>
        <w:rPr>
          <w:b w:val="0"/>
          <w:i w:val="0"/>
        </w:rPr>
        <w:t>McLaughlin, Michael W., 1955-Winning the professional services sale : unconventional strategies to reach more clients, land profitable work, and maintain your sanity / by Michael W. McLaughlin.</w:t>
      </w:r>
    </w:p>
    <w:p>
      <w:pPr>
        <w:spacing w:after="80"/>
      </w:pPr>
      <w:r>
        <w:rPr>
          <w:b w:val="0"/>
          <w:i w:val="0"/>
        </w:rPr>
        <w:t>p. cm.</w:t>
      </w:r>
    </w:p>
    <w:p>
      <w:pPr>
        <w:spacing w:after="80"/>
      </w:pPr>
      <w:r>
        <w:rPr>
          <w:b w:val="0"/>
          <w:i w:val="0"/>
        </w:rPr>
        <w:t>Bao gồm tài liệu tham khảo và chỉ mục.</w:t>
      </w:r>
    </w:p>
    <w:p>
      <w:pPr>
        <w:spacing w:after="80"/>
      </w:pPr>
      <w:r>
        <w:rPr>
          <w:b w:val="0"/>
          <w:i w:val="0"/>
        </w:rPr>
        <w:t>eISBN : 978-0-470-52179-3</w:t>
      </w:r>
    </w:p>
    <w:p>
      <w:pPr>
        <w:spacing w:after="80"/>
      </w:pPr>
      <w:r>
        <w:rPr>
          <w:b w:val="0"/>
          <w:i w:val="0"/>
        </w:rPr>
        <w:t>1. Bán hàng. 2. Thành công trong kinh doanh. I. Nhan đề.</w:t>
      </w:r>
    </w:p>
    <w:p>
      <w:pPr>
        <w:spacing w:after="80"/>
      </w:pPr>
      <w:r>
        <w:rPr>
          <w:b w:val="0"/>
          <w:i w:val="0"/>
        </w:rPr>
        <w:t>HF5438.25.M399 2009</w:t>
      </w:r>
    </w:p>
    <w:p>
      <w:pPr>
        <w:spacing w:after="80"/>
      </w:pPr>
      <w:r>
        <w:rPr>
          <w:b w:val="0"/>
          <w:i w:val="0"/>
        </w:rPr>
        <w:t>658.85-dc22</w:t>
      </w:r>
    </w:p>
    <w:p>
      <w:pPr>
        <w:spacing w:after="80"/>
      </w:pPr>
      <w:r>
        <w:rPr>
          <w:b w:val="0"/>
          <w:i w:val="0"/>
        </w:rPr>
        <w:t>2009008844</w:t>
      </w:r>
    </w:p>
    <w:p>
      <w:pPr>
        <w:spacing w:after="80"/>
      </w:pPr>
      <w:r>
        <w:rPr>
          <w:b w:val="0"/>
          <w:i w:val="0"/>
        </w:rPr>
        <w:t>Dành tặng Sally</w:t>
      </w:r>
    </w:p>
    <w:p>
      <w:pPr>
        <w:pStyle w:val="Heading1"/>
      </w:pPr>
      <w:r>
        <w:rPr>
          <w:rFonts w:ascii="Calibri" w:hAnsi="Calibri"/>
          <w:b/>
          <w:i w:val="0"/>
          <w:sz w:val="40"/>
        </w:rPr>
        <w:t>LỜI CẢM ƠN</w:t>
      </w:r>
    </w:p>
    <w:p>
      <w:pPr>
        <w:spacing w:after="80"/>
      </w:pPr>
      <w:r>
        <w:rPr>
          <w:b w:val="0"/>
          <w:i w:val="0"/>
        </w:rPr>
        <w:t>Việc viết cuốn sách mà bạn đang cầm trên tay không phải là ý định ban đầu của tôi. Lúc đầu, tôi đã có một ý tưởng khác. Nhưng người đại diện của tôi, David Fugate, đã thử nghiệm thị trường và giúp tôi mở rộng khái niệm cho dự án này. Và ông ấy đã làm điều đó với sự kiên nhẫn, bền bỉ, cùng chuyên môn về ngành xuất bản không ai sánh bằng. Cảm ơn David—nếu không có sự giúp đỡ của anh, cuốn sách này đã không thể ra mắt thị trường.</w:t>
      </w:r>
    </w:p>
    <w:p>
      <w:pPr>
        <w:spacing w:after="80"/>
      </w:pPr>
      <w:r>
        <w:rPr>
          <w:b w:val="0"/>
          <w:i w:val="0"/>
        </w:rPr>
        <w:t>Rất nhiều người đã ảnh hưởng đến suy nghĩ của tôi và giúp đỡ dự án này đến mức tôi có nguy cơ vô tình bỏ sót ai đó. Nhưng xin gửi lời cảm ơn đặc biệt đến những người bạn và đồng nghiệp của tôi: Fiona Czerniawska, Jeffrey Fox, Seth Godin, Ford Harding, Tom Sant, và Andrew Sobel.</w:t>
      </w:r>
    </w:p>
    <w:p>
      <w:pPr>
        <w:spacing w:after="80"/>
      </w:pPr>
      <w:r>
        <w:rPr>
          <w:b w:val="0"/>
          <w:i w:val="0"/>
        </w:rPr>
        <w:t xml:space="preserve">Tôi cũng vô cùng biết ơn Jay Conrad Levinson, cha đẻ của Guerrilla Marketing, và là đồng tác giả cuốn sách đầu tiên của tôi, </w:t>
      </w:r>
      <w:r>
        <w:rPr>
          <w:b w:val="0"/>
          <w:i/>
        </w:rPr>
        <w:t>Guerrilla Marketing for Consultants.</w:t>
      </w:r>
      <w:r>
        <w:rPr>
          <w:b w:val="0"/>
          <w:i w:val="0"/>
        </w:rPr>
        <w:t xml:space="preserve"> Cảm ơn Jay, vì đã giúp tôi hiểu được nghệ thuật và công việc kinh doanh của việc viết sách.</w:t>
      </w:r>
    </w:p>
    <w:p>
      <w:pPr>
        <w:spacing w:after="80"/>
      </w:pPr>
      <w:r>
        <w:rPr>
          <w:b w:val="0"/>
          <w:i w:val="0"/>
        </w:rPr>
        <w:t>Nhiều quan điểm trong cuốn sách này được hun đúc từ những trải nghiệm của tôi với các khách hàng mà tôi đã phục vụ suốt bao năm qua—cả những người đã đồng ý với đề xuất của tôi lẫn những người đã rời đi. Gần như mọi điều tôi biết về việc bán dịch vụ đều đến từ những khách hàng đó. Tôi mang ơn từng người trong số họ và tôi đã cố gắng phản ánh tiếng nói cùng những bài học của họ trong những trang sách này.</w:t>
      </w:r>
    </w:p>
    <w:p>
      <w:pPr>
        <w:spacing w:after="80"/>
      </w:pPr>
      <w:r>
        <w:rPr>
          <w:b w:val="0"/>
          <w:i w:val="0"/>
        </w:rPr>
        <w:t>Và quan trọng không kém, cuốn sách này chắt lọc những gì tôi đã học được từ hàng nghìn chuyên gia mà tôi đã gặp và làm việc cùng kể từ khi cuốn sách trước của tôi được xuất bản. Cảm ơn tất cả các bạn đã cho tôi biết điều gì hiệu quả với bạn và điều gì không. Cuốn sách này được làm phong phú thêm nhờ trí tuệ tập thể của các bạn.</w:t>
      </w:r>
    </w:p>
    <w:p>
      <w:pPr>
        <w:spacing w:after="80"/>
      </w:pPr>
      <w:r>
        <w:rPr>
          <w:b w:val="0"/>
          <w:i w:val="0"/>
        </w:rPr>
        <w:t>Đội ngũ tại John Wiley &amp; Sons, Inc., khiến công việc xuất bản vất vả trở nên nhẹ nhàng. Biên tập viên của tôi, Shannon Vargo, luôn biết chính xác cần làm gì và làm khi nào. Beth Zipko không bao giờ bỏ sót một chi tiết biên tập nào, cũng không để câu hỏi nào không được trả lời. Các đội ngũ kinh doanh, sản xuất và tiếp thị, những người làm việc rất chăm chỉ để biến một bản thảo thành một cuốn sách, có thể không biết họ dễ làm việc cùng đến nhường nào. Vì những nỗ lực của họ, tôi hoàn toàn biết ơn.</w:t>
      </w:r>
    </w:p>
    <w:p>
      <w:pPr>
        <w:spacing w:after="80"/>
      </w:pPr>
      <w:r>
        <w:rPr>
          <w:b w:val="0"/>
          <w:i w:val="0"/>
        </w:rPr>
        <w:t>Dù bạn quản lý thời gian của mình tốt đến đâu, việc viết một cuốn sách vẫn trở thành một phần lớn trong cuộc sống của bạn—và cả cuộc sống của gia đình bạn nữa. Vợ tôi, Sally, đã thúc đẩy cuốn sách này từ một ý tưởng đơn lẻ đến một bản thảo hoàn chỉnh. Tôi không thể đếm hết số giờ cô ấy dành để mài giũa các ý tưởng, biên tập văn bản, và chuẩn bị bản thảo để xuất bản. Nếu không có cô ấy, cuốn sách này đã không thể hoàn thành. Từ lần đầu tiên chúng tôi gặp nhau, tôi đã biết mình là một người đàn ông may mắn. Tôi ước mọi người đều có thể trải nghiệm niềm vui như vậy.</w:t>
      </w:r>
    </w:p>
    <w:p>
      <w:pPr>
        <w:pStyle w:val="Heading1"/>
      </w:pPr>
      <w:r>
        <w:rPr>
          <w:rFonts w:ascii="Calibri" w:hAnsi="Calibri"/>
          <w:b/>
          <w:i w:val="0"/>
          <w:sz w:val="40"/>
        </w:rPr>
        <w:t>GIỚI THIỆU</w:t>
      </w:r>
    </w:p>
    <w:p>
      <w:pPr>
        <w:spacing w:after="80"/>
      </w:pPr>
      <w:r>
        <w:rPr>
          <w:b w:val="0"/>
          <w:i/>
        </w:rPr>
        <w:t>“Bạn sẽ cần một con thuyền lớn hơn.”</w:t>
      </w:r>
    </w:p>
    <w:p>
      <w:pPr>
        <w:spacing w:after="80"/>
      </w:pPr>
      <w:r>
        <w:rPr>
          <w:b w:val="0"/>
          <w:i w:val="0"/>
        </w:rPr>
        <w:t xml:space="preserve">Bạn có thể nhận ra câu thoại đó từ bộ phim </w:t>
      </w:r>
      <w:r>
        <w:rPr>
          <w:b w:val="0"/>
          <w:i/>
        </w:rPr>
        <w:t>Jaws</w:t>
      </w:r>
      <w:r>
        <w:rPr>
          <w:b w:val="0"/>
          <w:i w:val="0"/>
        </w:rPr>
        <w:t>, trong đó một con cá mập trắng lớn gieo rắc nỗi kinh hoàng cho những người đi biển tại cộng đồng ven biển Amity Island. Khi đang ở trên con thuyền của người thợ săn cá mập mới được thuê, cảnh sát trưởng thị trấn nhìn thấy tận mắt sự khổng lồ của con quái vật và thốt ra câu nói khiêm nhường giờ đã nổi tiếng đó.</w:t>
      </w:r>
    </w:p>
    <w:p>
      <w:pPr>
        <w:spacing w:after="80"/>
      </w:pPr>
      <w:r>
        <w:rPr>
          <w:b w:val="0"/>
          <w:i w:val="0"/>
        </w:rPr>
        <w:t>Khi đối mặt với những thách thức phi thường, chúng ta thường thấy những giải pháp hiện có của mình không đủ. Vì vậy chúng ta dùng mọi nguồn lực và ý tưởng tốt nhất cho đến khi tìm ra cách vượt qua những trở ngại mới nhất. Nói cách khác, chúng ta tìm một con thuyền lớn hơn.</w:t>
      </w:r>
    </w:p>
    <w:p>
      <w:pPr>
        <w:spacing w:after="80"/>
      </w:pPr>
      <w:r>
        <w:rPr>
          <w:b w:val="0"/>
          <w:i w:val="0"/>
        </w:rPr>
        <w:t xml:space="preserve">Nếu từng có thời điểm mà những người bán dịch vụ chuyên nghiệp cần những chiến lược và công cụ mới (một con thuyền lớn hơn, </w:t>
      </w:r>
      <w:r>
        <w:rPr>
          <w:b w:val="0"/>
          <w:i/>
        </w:rPr>
        <w:t>tốt hơn</w:t>
      </w:r>
      <w:r>
        <w:rPr>
          <w:b w:val="0"/>
          <w:i w:val="0"/>
        </w:rPr>
        <w:t xml:space="preserve">), thì chính là lúc này. Trong quá khứ không xa, bạn </w:t>
      </w:r>
      <w:r>
        <w:rPr>
          <w:b w:val="0"/>
          <w:i/>
        </w:rPr>
        <w:t>biết</w:t>
      </w:r>
      <w:r>
        <w:rPr>
          <w:b w:val="0"/>
          <w:i w:val="0"/>
        </w:rPr>
        <w:t xml:space="preserve"> phải làm gì. Trước khi gặp khách hàng lần đầu, bạn sẽ chạy qua một danh sách kiểm tra quen thuộc gồm mọi thứ bạn cần cân nhắc. Bạn sẽ nghĩ thấu đáo về dịch vụ mình cung cấp và ôn lại các cách tạo thiện cảm. Rồi bạn sẽ lắng nghe điều khách hàng muốn, đưa ra giải pháp, xử lý các phản đối, và chốt thương vụ. Phần lớn thì cách tiếp cận đó từng hiệu quả. Nhưng một vài thay đổi không hề tinh tế đã len lỏi vào quy trình bán dịch vụ, làm tê liệt sức mạnh của cách tiếp cận thường lệ này.</w:t>
      </w:r>
    </w:p>
    <w:p>
      <w:pPr>
        <w:spacing w:after="80"/>
      </w:pPr>
      <w:r>
        <w:rPr>
          <w:b w:val="0"/>
          <w:i w:val="0"/>
        </w:rPr>
        <w:t>Đầu tiên, khách hàng bắt đầu đặt những câu hỏi khó hơn và đòi hỏi những câu trả lời chính xác hơn, bao gồm chính xác cách người bán sẽ cung cấp dịch vụ và ai sẽ làm công việc đó. Không còn hài lòng với sơ yếu lý lịch để đưa ra đánh giá, khách hàng khăng khăng đòi tự tay chọn người họ muốn. Trong một số trường hợp, người mua yêu cầu người bán tạo ra các nguyên mẫu hoạt động của giải pháp đề xuất, cung cấp sản phẩm công việc đã hoàn thành trước đó làm ví dụ, và tham gia các buổi hội thảo mô phỏng để chứng minh rằng họ thực sự biết mình đang làm gì.</w:t>
      </w:r>
    </w:p>
    <w:p>
      <w:pPr>
        <w:spacing w:after="80"/>
      </w:pPr>
      <w:r>
        <w:rPr>
          <w:b w:val="0"/>
          <w:i w:val="0"/>
        </w:rPr>
        <w:t>Khiến mọi chuyện thêm phức tạp, khách hàng có thể giao việc mua dịch vụ cho một quản lý thu mua để đàm phán, tạo ra một rào cản giữa người bán và người mua thực sự. Các giám đốc thu mua, luôn háo hức cắt được những thương vụ tốt nhất có thể, có xu hướng nhấn mạnh vào giá cả, điều khoản, và điều kiện thay vì nội dung thực chất của các đề xuất.</w:t>
      </w:r>
    </w:p>
    <w:p>
      <w:pPr>
        <w:spacing w:after="80"/>
      </w:pPr>
      <w:r>
        <w:rPr>
          <w:b w:val="0"/>
          <w:i w:val="0"/>
        </w:rPr>
        <w:t>Khách hàng đã trở nên sốt ruột với vai trò thụ động là ngồi chờ và đợi một đề xuất bán hàng từ cái người được cho là chuyên gia, thay vào đó họ đòi được tham gia vào quy trình ngay từ đầu. Và họ khăng khăng rằng các nhà cung cấp dịch vụ phải tùy chỉnh đề xuất và bài thuyết trình đến từng chi tiết nhỏ nhất. Những tuyên bố chung chung từ người bán, như “Khách hàng là ưu tiên hàng đầu của chúng tôi,” đã trở thành xác chết trên xa lộ dẫn đến thành công.</w:t>
      </w:r>
    </w:p>
    <w:p>
      <w:pPr>
        <w:spacing w:after="80"/>
      </w:pPr>
      <w:r>
        <w:rPr>
          <w:b w:val="0"/>
          <w:i w:val="0"/>
        </w:rPr>
        <w:t>Tóm lại, khách hàng đã mệt mỏi vì phải liên tục đề phòng trước sự chân thành giả tạo, những hạn chót nhân tạo, và những chiến lược được lập trình sẵn mà nhân viên bán hàng được huấn luyện để sử dụng. Nếu bạn cần bằng chứng cho điều này, hãy ngẫm lại xem việc xin một cuộc hẹn với bất kỳ ai không phải là người trung gian khó khăn đến nhường nào, ngay cả khi bạn có thứ mà khách hàng cần. Nếu bạn hỏi 20 người mua tiềm năng xem họ thà dành cả buổi chiều với một nha sĩ hay một nhân viên bán hàng, hầu hết sẽ lao ngay đến ghế của nha sĩ.</w:t>
      </w:r>
    </w:p>
    <w:p>
      <w:pPr>
        <w:spacing w:after="80"/>
      </w:pPr>
      <w:r>
        <w:rPr>
          <w:b w:val="0"/>
          <w:i w:val="0"/>
        </w:rPr>
        <w:t>Các giám đốc kinh doanh đã nghe những thông điệp này từ người mua và đáp lại bằng thứ mà một số nhân viên bán hàng vẫn gọi là chiến lược bán hàng “lấy khách hàng làm trọng tâm”. Đáng lẽ những chiến lược này đặt lợi ích của khách hàng, chứ không phải mong muốn hoa hồng của người bán, vào trung tâm của quá trình bán hàng. Nhưng với nhiều khách hàng, những chiến lược này trông chẳng khác gì những chiến lược cũ kỹ lấy người bán làm trung tâm, chỉ khoác thêm lớp áo mới.</w:t>
      </w:r>
    </w:p>
    <w:p>
      <w:pPr>
        <w:spacing w:after="80"/>
      </w:pPr>
      <w:r>
        <w:rPr>
          <w:b w:val="0"/>
          <w:i w:val="0"/>
        </w:rPr>
        <w:t>Kết quả dễ đoán là góc nhìn của khách hàng về các nhà cung cấp dịch vụ đã chuyển từ “Chúng tôi tin anh” sang “Hãy chứng minh đi”. Điều này cũng dễ hiểu. Sau nhiều năm nghe các bài chào hàng, khách hàng nhận ra rằng chỉ dựa vào lời hứa của người bán là không còn đủ để đi đến quyết định. Họ muốn chắc chắn hơn về kết quả và rủi ro tiềm ẩn trước khi dốc nguồn lực của mình vào. Yêu cầu bằng chứng cho những khẳng định của người bán là điểm khởi đầu hợp lý. Điều khách hàng thực sự muốn nói là họ cần một cách mua dịch vụ khác.</w:t>
      </w:r>
    </w:p>
    <w:p>
      <w:pPr>
        <w:spacing w:after="80"/>
      </w:pPr>
      <w:r>
        <w:rPr>
          <w:b w:val="0"/>
          <w:i w:val="0"/>
        </w:rPr>
        <w:t>Với người bán, sự chuyển dịch này nghĩa là việc bán dịch vụ đã mang đầy đủ đặc điểm của một dự án phức tạp, chứ không chỉ là một bài chào hàng. Trên thực tế, nhân viên bán hàng đã trở thành quản lý dự án—giải quyết vấn đề thật của khách hàng, thuyết phục một cách có sức nặng về sự thay đổi, và quản lý quá trình bán hàng phức tạp. Những người bán hàng đang nhận ra rằng họ không chỉ phải phát triển kỹ năng bán hàng siêu hạng, mà còn phải có năng lực tư vấn như phân tích vấn đề, phát triển giải pháp, quản lý dự án, và quản lý sự thay đổi, cùng nhiều thứ khác.</w:t>
      </w:r>
    </w:p>
    <w:p>
      <w:pPr>
        <w:pStyle w:val="Heading2"/>
      </w:pPr>
      <w:r>
        <w:rPr>
          <w:rFonts w:ascii="Calibri" w:hAnsi="Calibri"/>
          <w:b/>
          <w:i w:val="0"/>
          <w:sz w:val="32"/>
        </w:rPr>
        <w:t>Vì sao việc bán dịch vụ phải thay đổi</w:t>
      </w:r>
    </w:p>
    <w:p>
      <w:pPr>
        <w:spacing w:after="80"/>
      </w:pPr>
      <w:r>
        <w:rPr>
          <w:b w:val="0"/>
          <w:i w:val="0"/>
        </w:rPr>
        <w:t xml:space="preserve">Một vấn đề với những người bán dịch vụ đang cố đáp ứng những đòi hỏi này của người mua là định nghĩa đã lỗi thời về </w:t>
      </w:r>
      <w:r>
        <w:rPr>
          <w:b w:val="0"/>
          <w:i/>
        </w:rPr>
        <w:t>bán hàng</w:t>
      </w:r>
      <w:r>
        <w:rPr>
          <w:b w:val="0"/>
          <w:i w:val="0"/>
        </w:rPr>
        <w:t>, vốn bắt nguồn từ lịch sử của việc bán sản phẩm. Với một doanh nghiệp bán kệ sách, nhu cầu của người mua rất rõ ràng—một chỗ để cất sách. Điều thúc đẩy việc bán đó là tính năng, lợi ích, và giá của kệ sách. Nhưng nếu khách hàng đang loay hoay với việc cải thiện tỷ lệ giữ chân nhân viên, cắt giảm chi phí vận chuyển, hay tăng tốc tăng trưởng kinh doanh chẳng hạn, thì điều khách hàng nói họ muốn có thể không phải là điều họ thực sự cần.</w:t>
      </w:r>
    </w:p>
    <w:p>
      <w:pPr>
        <w:spacing w:after="80"/>
      </w:pPr>
      <w:r>
        <w:rPr>
          <w:b w:val="0"/>
          <w:i w:val="0"/>
        </w:rPr>
        <w:t xml:space="preserve">Và, khác với những người bán sản phẩm, người bán dịch vụ không thể ngồi yên trong phòng trưng bày, chờ người mua đến với nhu cầu có sẵn và thẻ tín dụng trong tay. Người bán dịch vụ ngày nay phải chủ động trên thị trường, đưa ra ý tưởng và giải pháp để </w:t>
      </w:r>
      <w:r>
        <w:rPr>
          <w:b w:val="0"/>
          <w:i/>
        </w:rPr>
        <w:t>tạo ra</w:t>
      </w:r>
      <w:r>
        <w:rPr>
          <w:b w:val="0"/>
          <w:i w:val="0"/>
        </w:rPr>
        <w:t xml:space="preserve"> nhu cầu nơi khách hàng, rồi sau đó phải biết dựng nên một chiến lược bán hàng thắng lợi để thỏa mãn nhu cầu đó. Điều khiến các nhà cung cấp dịch vụ khác biệt với những người bán khác là họ, trước hết và trên hết, là những </w:t>
      </w:r>
      <w:r>
        <w:rPr>
          <w:b w:val="0"/>
          <w:i/>
        </w:rPr>
        <w:t>thương nhân ý tưởng</w:t>
      </w:r>
      <w:r>
        <w:rPr>
          <w:b w:val="0"/>
          <w:i w:val="0"/>
        </w:rPr>
        <w:t>.</w:t>
      </w:r>
    </w:p>
    <w:p>
      <w:pPr>
        <w:spacing w:after="80"/>
      </w:pPr>
      <w:r>
        <w:rPr>
          <w:b w:val="0"/>
          <w:i w:val="0"/>
        </w:rPr>
        <w:t>Trước khi bán được bất cứ thứ gì, họ phải thuyết phục khách hàng bằng những ý tưởng thay đổi của mình. Chỉ khi đó họ mới có thể thử bán dịch vụ của mình. Đây chính là chỗ mà lời khuyên bán hàng truyền thống tỏ ra thiếu sót. Không nhận ra vai trò của mình là người truyền bá ý tưởng, người bán sẽ mắc kẹt trong những sai lầm phổ biến, chẳng hạn như cố chốt sale quá sớm hay chuẩn bị đề xuất bán hàng trước khi vấn đề của khách hàng được xác định rõ. Kết quả là, nếu có thắng được thương vụ đi nữa, đôi khi họ giải quyết đúng vấn đề thật; nhưng cũng hoàn toàn có thể là họ chỉ chữa triệu chứng và chẳng có gì thực sự thay đổi cho khách hàng của mình.</w:t>
      </w:r>
    </w:p>
    <w:p>
      <w:pPr>
        <w:pStyle w:val="Heading1"/>
      </w:pPr>
      <w:r>
        <w:rPr>
          <w:rFonts w:ascii="Calibri" w:hAnsi="Calibri"/>
          <w:b/>
          <w:i w:val="0"/>
          <w:sz w:val="40"/>
        </w:rPr>
        <w:t>Dịch vụ chuyên nghiệp là gì?</w:t>
      </w:r>
    </w:p>
    <w:p>
      <w:pPr>
        <w:spacing w:after="80"/>
      </w:pPr>
      <w:r>
        <w:rPr>
          <w:b w:val="0"/>
          <w:i w:val="0"/>
        </w:rPr>
        <w:t>Dịch vụ chuyên nghiệp là việc thực hiện những nhiệm vụ được thiết kế để giải quyết vấn đề hay nhu cầu kinh doanh của khách hàng—để đổi lấy một khoản phí. Việc bán dịch vụ thường là một gói dịch vụ được cá nhân hóa, chẳng hạn như một chiến dịch quảng cáo hay một chiến lược kinh doanh mới. Nó thường cần nhiều hơn một cuộc gọi bán hàng để chốt và, thường là, cần thời gian dài để triển khai.</w:t>
      </w:r>
    </w:p>
    <w:p>
      <w:pPr>
        <w:spacing w:after="80"/>
      </w:pPr>
      <w:r>
        <w:rPr>
          <w:b w:val="0"/>
          <w:i w:val="0"/>
        </w:rPr>
        <w:t>Nếu bạn bán hoặc cung cấp dịch vụ chuyên nghiệp, bạn biết quá trình mua của mỗi khách hàng có thể khác nhau đến nhường nào. Bạn có thể gặp một khách hàng muốn buổi thuyết trình bán hàng theo kiểu trình diễn truyền thống. Một khách hàng khác lại muốn xem bản mẫu thử giải pháp của bạn. Đôi khi, khách hàng muốn quá trình diễn ra chính xác như một bản giao hưởng; những tình huống khác lại đòi hỏi sự ứng biến. Quá trình bán hàng của bạn phải đáp ứng được cách nào cũng được, hoặc cả hai. Thay vì chỉ nghe bạn nói, khách hàng ngày nay có thể tự định đoạt quá trình mua, hoặc ít nhất là họ thường muốn góp tay vào việc thiết kế nó.</w:t>
      </w:r>
    </w:p>
    <w:p>
      <w:pPr>
        <w:spacing w:after="80"/>
      </w:pPr>
      <w:r>
        <w:rPr>
          <w:b w:val="0"/>
          <w:i w:val="0"/>
        </w:rPr>
        <w:t>Nhưng sự tham gia của khách hàng vào quá trình bán hàng không dừng ở đó. Khách hàng ngày nay thường muốn cùng bạn đồng sáng tạo ra giải pháp cho vấn đề của họ ngay trong quá trình bán hàng. Ngày càng nhiều khách hàng khăng khăng đòi định hình, cùng với bạn, mọi khía cạnh của dịch vụ. Việc khách hàng đồng ý gỡ rối những vấn đề chưa giải quyết trong lúc triển khai dịch vụ ngày càng ít phổ biến. Điều này nghĩa là khách hàng đang đứng ra nhận quyền sở hữu những giải pháp mà họ tạo ra cùng bạn.</w:t>
      </w:r>
    </w:p>
    <w:p>
      <w:pPr>
        <w:spacing w:after="80"/>
      </w:pPr>
      <w:r>
        <w:rPr>
          <w:b w:val="0"/>
          <w:i w:val="0"/>
        </w:rPr>
        <w:t>Những xu hướng này—quá trình mua do người mua thiết kế, việc đồng sáng tạo dịch vụ, và quyền sở hữu giải pháp của khách hàng—tác động đến mọi khía cạnh của việc bán dịch vụ. Nếu không vì gì khác, những xu hướng này phải cho bạn thấy rằng bạn cần những luật chơi mới để bán dịch vụ chuyên nghiệp. Những chiến lược và chiến thuật linh hoạt hơn sẽ khiến các quy trình bán hàng rập khuôn bị bỏ lại phía sau. Mục đích của cuốn sách này là giúp bạn tiếp cận được nhiều khách hàng hơn và giành được những thương vụ sinh lời—mà không phát điên.</w:t>
      </w:r>
    </w:p>
    <w:p>
      <w:pPr>
        <w:spacing w:after="80"/>
      </w:pPr>
      <w:r>
        <w:rPr>
          <w:b/>
          <w:i w:val="0"/>
        </w:rPr>
        <w:t>Môi trường mới cho việc bán dịch vụ</w:t>
      </w:r>
    </w:p>
    <w:p>
      <w:pPr>
        <w:jc w:val="center"/>
      </w:pPr>
      <w:r>
        <w:drawing>
          <wp:inline xmlns:a="http://schemas.openxmlformats.org/drawingml/2006/main" xmlns:pic="http://schemas.openxmlformats.org/drawingml/2006/picture">
            <wp:extent cx="4295775" cy="2314575"/>
            <wp:docPr id="3" name="Picture 3"/>
            <wp:cNvGraphicFramePr>
              <a:graphicFrameLocks noChangeAspect="1"/>
            </wp:cNvGraphicFramePr>
            <a:graphic>
              <a:graphicData uri="http://schemas.openxmlformats.org/drawingml/2006/picture">
                <pic:pic>
                  <pic:nvPicPr>
                    <pic:cNvPr id="0" name="00002.png"/>
                    <pic:cNvPicPr/>
                  </pic:nvPicPr>
                  <pic:blipFill>
                    <a:blip r:embed="rId11"/>
                    <a:stretch>
                      <a:fillRect/>
                    </a:stretch>
                  </pic:blipFill>
                  <pic:spPr>
                    <a:xfrm>
                      <a:off x="0" y="0"/>
                      <a:ext cx="4295775" cy="2314575"/>
                    </a:xfrm>
                    <a:prstGeom prst="rect"/>
                  </pic:spPr>
                </pic:pic>
              </a:graphicData>
            </a:graphic>
          </wp:inline>
        </w:drawing>
      </w:r>
    </w:p>
    <w:p>
      <w:pPr>
        <w:pStyle w:val="Heading2"/>
      </w:pPr>
      <w:r>
        <w:rPr>
          <w:rFonts w:ascii="Calibri" w:hAnsi="Calibri"/>
          <w:b/>
          <w:i w:val="0"/>
          <w:sz w:val="32"/>
        </w:rPr>
        <w:t>Bạn sẽ nhận được gì</w:t>
      </w:r>
    </w:p>
    <w:p>
      <w:pPr>
        <w:spacing w:after="80"/>
      </w:pPr>
      <w:r>
        <w:rPr>
          <w:b w:val="0"/>
          <w:i w:val="0"/>
        </w:rPr>
        <w:t>Dù công ty bạn bán dịch vụ kinh doanh, tư vấn pháp lý, giải pháp thuê ngoài, hay tư vấn quản lý, cuốn sách này là dành cho bạn. Và, nếu bạn cung cấp một dịch vụ chuyên nghiệp được gói kèm với một sản phẩm (hoặc bán riêng), bạn cũng sẽ hưởng lợi từ những khái niệm được trình bày ở đây. Trong những trang này, bạn sẽ tìm thấy các chiến lược và công cụ để thắng được thương vụ dịch vụ phức tạp, dù bạn là một đội bán hàng chỉ có một người hay là một phần của cả một tập thể. Bạn sẽ không tìm thấy một quy trình bán hàng đơn nhất, mà là một bộ công cụ bán hàng tư vấn giúp bạn nhận diện đúng cơ hội và giành được những thương vụ sinh lời nhất—bất kể bạn bán dịch vụ gì hay bán cho ai. Với những ai đã có sẵn một phương pháp luận bán hàng, các nguyên tắc trong cuốn sách này là một bổ sung mạnh mẽ cho quy trình bán hàng hiện có của bạn.</w:t>
      </w:r>
    </w:p>
    <w:p>
      <w:pPr>
        <w:spacing w:after="80"/>
      </w:pPr>
      <w:r>
        <w:rPr>
          <w:b w:val="0"/>
          <w:i w:val="0"/>
        </w:rPr>
        <w:t>Ba khái niệm thiết yếu là xương sống của cuốn sách này: Thứ nhất, trong thị trường ngày nay, mọi tình huống bán hàng, dù quy mô thế nào, đều tiến triển theo những cách có thể dự đoán được, và cách bạn theo đuổi thương vụ phải lưu tâm đến thực tế này. Thứ hai, bạn có thể cung cấp cùng một loại dịch vụ cho mọi khách hàng, nhưng cách những khách hàng đó mua và những vấn đề bạn phải giải quyết sẽ khác nhau mỗi lần. Điều đó nghĩa là bạn phải xây dựng cách tiếp cận bán hàng thắng lợi một cách linh động, theo từng thương vụ đang diễn ra. Và cuối cùng, việc bán dịch vụ chuyên nghiệp là một quá trình tư vấn, đòi hỏi người bán phải phát triển một góc nhìn rộng hơn về hoạt động kinh doanh của khách hàng, vượt ra ngoài thương vụ ngay trước mắt.</w:t>
      </w:r>
    </w:p>
    <w:p>
      <w:pPr>
        <w:spacing w:after="80"/>
      </w:pPr>
      <w:r>
        <w:rPr>
          <w:b w:val="0"/>
          <w:i w:val="0"/>
        </w:rPr>
        <w:t>Để giúp bạn ứng phó với những thực tế và xu hướng mua hàng này, cuốn sách đưa ra một khung làm việc gồm nhiều phần, được gọi là “Ba chữ C để Thắng trong Bán Dịch vụ Chuyên nghiệp: Kết nối, Cộng tác và Cam kết”. Khung làm việc này không phải là một tiến trình bán hàng cứng nhắc, tuyến tính, mà là một cách để tổ chức chiến lược riêng cho từng khách hàng, dẫn đến một thương vụ sinh lời.</w:t>
      </w:r>
    </w:p>
    <w:p>
      <w:pPr>
        <w:spacing w:after="80"/>
      </w:pPr>
      <w:r>
        <w:rPr>
          <w:b w:val="0"/>
          <w:i w:val="0"/>
        </w:rPr>
        <w:t>Khung Ba chữ C nhấn mạnh rằng việc bán dịch vụ chuyên nghiệp là một nỗ lực mang tính tư vấn, trong đó người bán, cùng cộng tác với khách hàng, sử dụng các công cụ của một cố vấn kinh doanh để hiểu vấn đề thực sự mà khách hàng đang đối mặt. Sau đó, với cái nhìn rõ ràng về thách thức, người bán và người mua cùng nhau sáng tạo ra một loạt giải pháp phản ánh những lựa chọn mà khách hàng có thể đưa ra để giải quyết vấn đề. Bạn tạo sự khác biệt giữa các lựa chọn đó bằng những yếu tố như giá trị kỳ vọng, độ phức tạp khi triển khai, rủi ro và chi phí.</w:t>
      </w:r>
    </w:p>
    <w:p>
      <w:pPr>
        <w:spacing w:after="80"/>
      </w:pPr>
      <w:r>
        <w:rPr>
          <w:b w:val="0"/>
          <w:i w:val="0"/>
        </w:rPr>
        <w:t>Phần 1, “Kết nối”, giúp bạn khởi động quá trình bán hàng, bắt đầu bằng việc điểm qua những thực tế cạnh tranh mà người bán dịch vụ đang phải đối mặt. Sau đó tôi sẽ chỉ cho bạn cách khởi đầu thật nhanh với mọi cơ hội bán hàng thông qua việc chuẩn bị có mục tiêu, thu thập dữ liệu hiệu quả và phân tích sâu sắc vấn đề của khách hàng. Trọng tâm xuyên suốt phần Kết nối là nhu cầu thiết lập năng lực không thể nghi ngờ của bạn như nền tảng cho những mối quan hệ khách hàng hiệu quả.</w:t>
      </w:r>
    </w:p>
    <w:p>
      <w:pPr>
        <w:spacing w:after="80"/>
      </w:pPr>
      <w:r>
        <w:rPr>
          <w:b/>
          <w:i w:val="0"/>
        </w:rPr>
        <w:t>Ba chữ C để Thắng trong Bán Dịch vụ Chuyên nghiệp</w:t>
      </w:r>
    </w:p>
    <w:p>
      <w:pPr>
        <w:jc w:val="center"/>
      </w:pPr>
      <w:r>
        <w:drawing>
          <wp:inline xmlns:a="http://schemas.openxmlformats.org/drawingml/2006/main" xmlns:pic="http://schemas.openxmlformats.org/drawingml/2006/picture">
            <wp:extent cx="4343400" cy="3152775"/>
            <wp:docPr id="4" name="Picture 4"/>
            <wp:cNvGraphicFramePr>
              <a:graphicFrameLocks noChangeAspect="1"/>
            </wp:cNvGraphicFramePr>
            <a:graphic>
              <a:graphicData uri="http://schemas.openxmlformats.org/drawingml/2006/picture">
                <pic:pic>
                  <pic:nvPicPr>
                    <pic:cNvPr id="0" name="00003.png"/>
                    <pic:cNvPicPr/>
                  </pic:nvPicPr>
                  <pic:blipFill>
                    <a:blip r:embed="rId12"/>
                    <a:stretch>
                      <a:fillRect/>
                    </a:stretch>
                  </pic:blipFill>
                  <pic:spPr>
                    <a:xfrm>
                      <a:off x="0" y="0"/>
                      <a:ext cx="4343400" cy="3152775"/>
                    </a:xfrm>
                    <a:prstGeom prst="rect"/>
                  </pic:spPr>
                </pic:pic>
              </a:graphicData>
            </a:graphic>
          </wp:inline>
        </w:drawing>
      </w:r>
    </w:p>
    <w:p>
      <w:pPr>
        <w:spacing w:after="80"/>
      </w:pPr>
      <w:r>
        <w:rPr>
          <w:b w:val="0"/>
          <w:i w:val="0"/>
        </w:rPr>
        <w:t>Phần 2, “Cộng tác”, trình bày cách dẫn dắt khách hàng từ việc xác định vấn đề đến một đề xuất bán hàng khả thi, nếu đó là hướng mà bạn và người mua đồng thuận. Ý tưởng cốt lõi ở đây là lợi nhuận cuối cùng của bạn—và mức độ căng thẳng của bạn—thường được quyết định trong giai đoạn này của thương vụ. Phần này của Ba chữ C cung cấp một cách có hệ thống để đưa ra quyết định (đôi khi) khó khăn là theo đuổi một cơ hội hay để nó cho người khác. Nó cũng đưa ra lời khuyên về việc hiểu động lực của người mua, xây dựng chiến lược bán hàng chiến thắng, xử lý những bất ngờ không thể tránh khỏi nảy sinh trong quá trình bán hàng, và thiết kế đề xuất bán hàng hoàn hảo.</w:t>
      </w:r>
    </w:p>
    <w:p>
      <w:pPr>
        <w:spacing w:after="80"/>
      </w:pPr>
      <w:r>
        <w:rPr>
          <w:b w:val="0"/>
          <w:i w:val="0"/>
        </w:rPr>
        <w:t>Trong số nhiều điều khác, Phần 3, “Cam kết”, chỉ cho bạn cách kể câu chuyện về vấn đề của khách hàng theo cách khiến họ mua từ bạn. Với tính phức tạp của các dịch vụ chuyên nghiệp, nhiều người bán cũng đảm nhận vai trò người đàm phán. Nếu đó là bạn, thì bạn sẽ có thể dùng những lời khuyên về cách chốt một thương vụ sinh lời mà vẫn củng cố mối quan hệ với khách hàng.</w:t>
      </w:r>
    </w:p>
    <w:p>
      <w:pPr>
        <w:spacing w:after="80"/>
      </w:pPr>
      <w:r>
        <w:rPr>
          <w:b w:val="0"/>
          <w:i w:val="0"/>
        </w:rPr>
        <w:t>Dù bạn thắng hay thua một thương vụ, bạn nên tận dụng nguồn thông tin phong phú thu được từ trải nghiệm đó để tinh chỉnh những nỗ lực bán hàng tiếp theo. Vì mục tiêu đó, phần về Cam kết cũng bao gồm một cách để nhìn lại quá trình bán hàng với khách hàng nhằm học hỏi điều gì hiệu quả và điều gì không. Phần này của khung làm việc cũng đề cập đến cách khởi động các dự án khách hàng và nuôi dưỡng mạng lưới quan hệ khách hàng của bạn. Bạn sẽ tìm thấy những mẹo để xây dựng các mối quan hệ khách hàng bền bỉ, sẽ hỗ trợ bạn trong dự án hiện tại và cả những dự án tương lai.</w:t>
      </w:r>
    </w:p>
    <w:p>
      <w:pPr>
        <w:spacing w:after="80"/>
      </w:pPr>
      <w:r>
        <w:rPr>
          <w:b w:val="0"/>
          <w:i w:val="0"/>
        </w:rPr>
        <w:t>Khung Ba chữ C chỉ cho bạn cách trở thành nguồn lực được khách hàng tìm đến đầu tiên, và đó nên là mục tiêu của bạn. Bạn sẽ là người đầu tiên họ nghĩ đến khi cần giúp đỡ, nhờ sức mạnh ý tưởng và chiều sâu các mối quan hệ của bạn.</w:t>
      </w:r>
    </w:p>
    <w:p>
      <w:pPr>
        <w:spacing w:after="80"/>
      </w:pPr>
      <w:r>
        <w:rPr>
          <w:b w:val="0"/>
          <w:i w:val="0"/>
        </w:rPr>
        <w:t>Phần cuối của cuốn sách, “Những thách thức”, đưa ra một hướng dẫn thực tế để trở thành một người bán hàng xuất sắc. Khái niệm ở đây, mà tôi gọi là Người bán Bảy nhân Bảy, phác họa những vai trò và kỹ năng bạn phải thành thạo để liên tục giành được công việc mà bạn thực sự mong muốn.</w:t>
      </w:r>
    </w:p>
    <w:p>
      <w:pPr>
        <w:spacing w:after="80"/>
      </w:pPr>
      <w:r>
        <w:rPr>
          <w:b w:val="0"/>
          <w:i w:val="0"/>
        </w:rPr>
        <w:t>Và nếu bạn là quản lý bán hàng hay lãnh đạo, hãy tìm những lời khuyên về cách nhận diện những người bán tiềm năng với sự pha trộn tài năng và kỹ năng vừa đúng để trở thành “thần mưa” tiếp theo của bạn. Bạn cũng sẽ tìm thấy những gợi ý để tùy chỉnh các chương trình phát triển chuyên môn nhằm vun đắp những phẩm chất bạn muốn ở tất cả nhân viên bán hàng của mình.</w:t>
      </w:r>
    </w:p>
    <w:p>
      <w:pPr>
        <w:spacing w:after="80"/>
      </w:pPr>
      <w:r>
        <w:rPr>
          <w:b w:val="0"/>
          <w:i w:val="0"/>
        </w:rPr>
        <w:t>Xuyên suốt cuốn sách, hàng chục khung ghi chú bên lề đưa ra những mẹo giúp mọi phần của quá trình bán hàng trở nên tích cực hơn cho người mua và hiệu quả hơn cho bạn. Tôi cũng đã đưa vào những “Kiểm tra Tính hợp lý” (Sanity Checks) dọc theo đó để gợi ý các ý tưởng giúp giảm bớt áp lực của việc bán hàng và thách thức những giả định thông thường về cách thắng trong bán dịch vụ chuyên nghiệp.</w:t>
      </w:r>
    </w:p>
    <w:p>
      <w:pPr>
        <w:spacing w:after="80"/>
      </w:pPr>
      <w:r>
        <w:rPr>
          <w:b w:val="0"/>
          <w:i w:val="0"/>
        </w:rPr>
        <w:t>Các ví dụ và câu chuyện trong sách minh họa vì sao một số điều hiệu quả còn những điều khác thì không. Chúng dựa trên những trải nghiệm thực tế, nhưng tôi đã thay đổi tên và các chi tiết khác về những người liên quan để bảo vệ sự riêng tư của họ.</w:t>
      </w:r>
    </w:p>
    <w:p>
      <w:pPr>
        <w:spacing w:after="80"/>
      </w:pPr>
      <w:r>
        <w:rPr>
          <w:b w:val="0"/>
          <w:i w:val="0"/>
        </w:rPr>
        <w:t xml:space="preserve">Để đơn giản, tôi dùng thuật ngữ </w:t>
      </w:r>
      <w:r>
        <w:rPr>
          <w:b w:val="0"/>
          <w:i/>
        </w:rPr>
        <w:t>khách hàng</w:t>
      </w:r>
      <w:r>
        <w:rPr>
          <w:b w:val="0"/>
          <w:i w:val="0"/>
        </w:rPr>
        <w:t xml:space="preserve"> hoặc người mua xuyên suốt cuốn sách để chỉ khách hàng hay khách hàng tiềm năng hoặc hiện hữu. Tôi cũng dùng các thuật ngữ </w:t>
      </w:r>
      <w:r>
        <w:rPr>
          <w:b w:val="0"/>
          <w:i/>
        </w:rPr>
        <w:t>người bán</w:t>
      </w:r>
      <w:r>
        <w:rPr>
          <w:b w:val="0"/>
          <w:i w:val="0"/>
        </w:rPr>
        <w:t xml:space="preserve"> và </w:t>
      </w:r>
      <w:r>
        <w:rPr>
          <w:b w:val="0"/>
          <w:i/>
        </w:rPr>
        <w:t>nhân viên bán hàng</w:t>
      </w:r>
      <w:r>
        <w:rPr>
          <w:b w:val="0"/>
          <w:i w:val="0"/>
        </w:rPr>
        <w:t xml:space="preserve"> thay thế cho nhau để chỉ cá nhân (những người) đang làm việc với cơ hội bán hàng, dù họ là chuyên gia phát triển kinh doanh hay người cung cấp dịch vụ có trách nhiệm vừa bán vừa thực hiện dịch vụ của mình.</w:t>
      </w:r>
    </w:p>
    <w:p>
      <w:pPr>
        <w:spacing w:after="80"/>
      </w:pPr>
      <w:r>
        <w:rPr>
          <w:b w:val="0"/>
          <w:i w:val="0"/>
        </w:rPr>
        <w:t xml:space="preserve">Những người cung cấp dịch vụ chuyên nghiệp cho khách hàng là một nhóm đa dạng, và mỗi loại nhà cung cấp có thuật ngữ và tiếng lóng riêng. Một số bạn có thể gọi công việc với khách hàng là </w:t>
      </w:r>
      <w:r>
        <w:rPr>
          <w:b w:val="0"/>
          <w:i/>
        </w:rPr>
        <w:t>vụ việc, hợp đồng, sáng kiến</w:t>
      </w:r>
      <w:r>
        <w:rPr>
          <w:b w:val="0"/>
          <w:i w:val="0"/>
        </w:rPr>
        <w:t xml:space="preserve">, hay </w:t>
      </w:r>
      <w:r>
        <w:rPr>
          <w:b w:val="0"/>
          <w:i/>
        </w:rPr>
        <w:t>dự án</w:t>
      </w:r>
      <w:r>
        <w:rPr>
          <w:b w:val="0"/>
          <w:i w:val="0"/>
        </w:rPr>
        <w:t>, và tôi dùng những thuật ngữ này thay thế cho nhau.</w:t>
      </w:r>
    </w:p>
    <w:p>
      <w:pPr>
        <w:spacing w:after="80"/>
      </w:pPr>
      <w:r>
        <w:rPr>
          <w:b w:val="0"/>
          <w:i w:val="0"/>
        </w:rPr>
        <w:t xml:space="preserve">Để rõ ràng, đây không phải là một cuốn sách lý thuyết về bán hàng. Trong hơn hai thập kỷ, tôi đã bán và thực hiện dịch vụ chuyên nghiệp, từ những đánh giá kéo dài một tuần do một người đảm nhiệm đến những sáng kiến nhiều năm với hàng trăm người tham gia—và mọi thứ ở giữa. Hầu hết những thương vụ đó thuần túy là dịch vụ; nhưng một số là bán hàng gộp, nghĩa là bao gồm cả thành phần sản phẩm lẫn dịch vụ. Tôi không cố đưa ra lời khuyên về việc bán sản phẩm thuần túy. Hầu hết những cuốn sách cố gắng bao quát cả thế giới bán sản phẩm </w:t>
      </w:r>
      <w:r>
        <w:rPr>
          <w:b w:val="0"/>
          <w:i/>
        </w:rPr>
        <w:t>và</w:t>
      </w:r>
      <w:r>
        <w:rPr>
          <w:b w:val="0"/>
          <w:i w:val="0"/>
        </w:rPr>
        <w:t xml:space="preserve"> dịch vụ cuối cùng đều không chăm chút cho chủ đề nào đúng mức.</w:t>
      </w:r>
    </w:p>
    <w:p>
      <w:pPr>
        <w:spacing w:after="80"/>
      </w:pPr>
      <w:r>
        <w:rPr>
          <w:b w:val="0"/>
          <w:i w:val="0"/>
        </w:rPr>
        <w:t>Dù chức danh của bạn là chuyên gia phát triển kinh doanh, quản lý tài khoản, nhân viên bán hàng, cố vấn hay quản lý bán hàng, bạn sẽ tìm thấy điều gì đó giá trị trong cuốn sách này. Người bán hàng thành công, cả hiện tại lẫn tương lai, sẽ là một cố vấn, quản lý dự án, người giải quyết vấn đề, người thúc đẩy thay đổi và người bán hàng—tất cả hòa làm một. Bạn sẽ liên tục thắng trong bán dịch vụ chuyên nghiệp nếu bạn tiếp cận mỗi cơ hội với hai ý tưởng trong đầu. Thứ nhất, lợi ích của bạn và của khách hàng là không thể tách rời. Thách thức của bạn là giúp khách hàng thấy rằng bạn thực sự tin vào điều đó. Thứ hai, những người bán hàng hàng đầu liên tục giành được công việc sinh lời nhất nhờ nhận ra rằng việc thu hút khách hàng đến với mình bằng sức mạnh của ý tưởng hiệu quả hơn nhiều so với việc đuổi theo người mua bằng những chiến thuật bán hàng lỗi thời. Cuốn sách này sẽ giúp bạn làm được tất cả những điều đó và hơn thế nữa.</w:t>
      </w:r>
    </w:p>
    <w:p>
      <w:pPr>
        <w:spacing w:after="80"/>
      </w:pPr>
      <w:r>
        <w:rPr>
          <w:b w:val="0"/>
          <w:i w:val="0"/>
        </w:rPr>
        <w:t>Hãy nghĩ về nó như một con thuyền lớn hơn.</w:t>
      </w:r>
    </w:p>
    <w:p>
      <w:pPr>
        <w:pStyle w:val="Heading1"/>
      </w:pPr>
      <w:r>
        <w:rPr>
          <w:rFonts w:ascii="Calibri" w:hAnsi="Calibri"/>
          <w:b/>
          <w:i w:val="0"/>
          <w:sz w:val="40"/>
        </w:rPr>
        <w:t>PHẦN 1</w:t>
      </w:r>
    </w:p>
    <w:p>
      <w:pPr>
        <w:pStyle w:val="Heading1"/>
      </w:pPr>
      <w:r>
        <w:rPr>
          <w:rFonts w:ascii="Calibri" w:hAnsi="Calibri"/>
          <w:b/>
          <w:i w:val="0"/>
          <w:sz w:val="40"/>
        </w:rPr>
        <w:t>Kết nối</w:t>
      </w:r>
    </w:p>
    <w:p>
      <w:pPr>
        <w:jc w:val="center"/>
      </w:pPr>
      <w:r>
        <w:drawing>
          <wp:inline xmlns:a="http://schemas.openxmlformats.org/drawingml/2006/main" xmlns:pic="http://schemas.openxmlformats.org/drawingml/2006/picture">
            <wp:extent cx="4600575" cy="4000500"/>
            <wp:docPr id="5" name="Picture 5"/>
            <wp:cNvGraphicFramePr>
              <a:graphicFrameLocks noChangeAspect="1"/>
            </wp:cNvGraphicFramePr>
            <a:graphic>
              <a:graphicData uri="http://schemas.openxmlformats.org/drawingml/2006/picture">
                <pic:pic>
                  <pic:nvPicPr>
                    <pic:cNvPr id="0" name="00004.jpg"/>
                    <pic:cNvPicPr/>
                  </pic:nvPicPr>
                  <pic:blipFill>
                    <a:blip r:embed="rId13"/>
                    <a:stretch>
                      <a:fillRect/>
                    </a:stretch>
                  </pic:blipFill>
                  <pic:spPr>
                    <a:xfrm>
                      <a:off x="0" y="0"/>
                      <a:ext cx="4600575" cy="4000500"/>
                    </a:xfrm>
                    <a:prstGeom prst="rect"/>
                  </pic:spPr>
                </pic:pic>
              </a:graphicData>
            </a:graphic>
          </wp:inline>
        </w:drawing>
      </w:r>
    </w:p>
    <w:p>
      <w:pPr>
        <w:pStyle w:val="Heading1"/>
      </w:pPr>
      <w:r>
        <w:rPr>
          <w:rFonts w:ascii="Calibri" w:hAnsi="Calibri"/>
          <w:b/>
          <w:i w:val="0"/>
          <w:sz w:val="40"/>
        </w:rPr>
        <w:t>CHƯƠNG 1</w:t>
      </w:r>
    </w:p>
    <w:p>
      <w:pPr>
        <w:pStyle w:val="Heading1"/>
      </w:pPr>
      <w:r>
        <w:rPr>
          <w:rFonts w:ascii="Calibri" w:hAnsi="Calibri"/>
          <w:b/>
          <w:i w:val="0"/>
          <w:sz w:val="40"/>
        </w:rPr>
        <w:t xml:space="preserve"> Bảy thực tế của việc bán dịch vụ</w:t>
      </w:r>
    </w:p>
    <w:p>
      <w:pPr>
        <w:spacing w:after="80"/>
      </w:pPr>
      <w:r>
        <w:rPr>
          <w:b w:val="0"/>
          <w:i w:val="0"/>
        </w:rPr>
        <w:t>Nhà làm phim Woody Allen được cho là từng nói: "80 phần trăm thành công chỉ là việc có mặt." Nếu câu châm ngôn đó đúng với việc bán hàng, thì sẽ chẳng cần đến vô số sách vở, hội thảo, trang web và phần mềm được cho là thiết yếu cho thành công của người bán. Đặc biệt khi nói đến việc bán dịch vụ, bạn rất dễ thua 80 phần trăm số lần nếu chỉ đơn thuần có mặt. Hãy tưởng tượng lợi thế bạn sẽ có được nếu đối thủ của bạn tin rằng chỉ cần có thế là đủ.</w:t>
      </w:r>
    </w:p>
    <w:p>
      <w:pPr>
        <w:spacing w:after="80"/>
      </w:pPr>
      <w:r>
        <w:rPr>
          <w:b w:val="0"/>
          <w:i w:val="0"/>
        </w:rPr>
        <w:t xml:space="preserve">Nếu bạn hỏi 10 nhân viên bán hàng thành công cách họ giành được những hợp đồng sinh lời, bạn sẽ </w:t>
      </w:r>
      <w:r>
        <w:rPr>
          <w:b w:val="0"/>
          <w:i/>
        </w:rPr>
        <w:t>không</w:t>
      </w:r>
      <w:r>
        <w:rPr>
          <w:b w:val="0"/>
          <w:i w:val="0"/>
        </w:rPr>
        <w:t xml:space="preserve"> nghe thấy câu "Này, tôi chỉ đến xem chuyện gì xảy ra thôi." Câu trả lời của họ </w:t>
      </w:r>
      <w:r>
        <w:rPr>
          <w:b w:val="0"/>
          <w:i/>
        </w:rPr>
        <w:t>sẽ</w:t>
      </w:r>
      <w:r>
        <w:rPr>
          <w:b w:val="0"/>
          <w:i w:val="0"/>
        </w:rPr>
        <w:t xml:space="preserve"> bộc lộ những khuôn mẫu hành vi nhất quán góp phần vào thành công của khách hàng và qua đó là thành công của chính họ. Sẽ không chính xác nếu gọi hành vi của họ là lấy khách hàng làm trung tâm hay hướng đến khách hàng, vì điều đó ngụ ý rằng những người bán này từng có lúc không tập trung vào khách hàng, mà thực tế không phải vậy. Thay vào đó, những người bán này đã đón nhận sự chuyển mình của vai trò người bán thành cố vấn kinh doanh từ rất lâu trước khi hầu hết mọi người biết rằng một cuộc chuyển mình trong nghề bán hàng đang diễn ra.</w:t>
      </w:r>
    </w:p>
    <w:p>
      <w:pPr>
        <w:spacing w:after="80"/>
      </w:pPr>
      <w:r>
        <w:rPr>
          <w:b w:val="0"/>
          <w:i w:val="0"/>
        </w:rPr>
        <w:t xml:space="preserve">Họ cũng từ chối chấp nhận những lời khuyên bán hàng thông thường một cách máy móc. Ví dụ, có thể có những trường hợp mà mối quan hệ với khách hàng </w:t>
      </w:r>
      <w:r>
        <w:rPr>
          <w:b w:val="0"/>
          <w:i/>
        </w:rPr>
        <w:t>không</w:t>
      </w:r>
      <w:r>
        <w:rPr>
          <w:b w:val="0"/>
          <w:i w:val="0"/>
        </w:rPr>
        <w:t xml:space="preserve"> phải là yếu tố quan trọng nhất trong một thương vụ bán dịch vụ. Làm sao có thể có một danh sách những quy tắc cứng nhắc, bất di bất dịch cho việc bán dịch vụ khi mỗi tình huống bán hàng lại là một sự kết hợp độc nhất của những thách thức, vấn đề và con người? Suy cho cùng, "quy tắc" chiến thắng của hôm nay hoàn toàn có thể trở thành di vật của ngày mai.</w:t>
      </w:r>
    </w:p>
    <w:p>
      <w:pPr>
        <w:spacing w:after="80"/>
      </w:pPr>
      <w:r>
        <w:rPr>
          <w:b w:val="0"/>
          <w:i w:val="0"/>
        </w:rPr>
        <w:t>Những người bán hàng hàng đầu đều chia sẻ mục tiêu này: mang lại giá trị phi thường cho khách hàng trước, trong và sau khi bán. Để làm được điều đó, họ khám phá ra điều mà mỗi khách hàng thực sự cần, rồi dùng những chiến lược linh hoạt, thực dụng để ghi điểm thắng cho tất cả những ai liên quan. Hơn hết, họ hiểu rõ những thực tế của việc bán dịch vụ, và họ dùng kiến thức đó để giúp khách hàng lẫn chính mình.</w:t>
      </w:r>
    </w:p>
    <w:p>
      <w:pPr>
        <w:pStyle w:val="Heading2"/>
      </w:pPr>
      <w:r>
        <w:rPr>
          <w:rFonts w:ascii="Calibri" w:hAnsi="Calibri"/>
          <w:b/>
          <w:i w:val="0"/>
          <w:sz w:val="32"/>
        </w:rPr>
        <w:t xml:space="preserve"> Thực tế bán hàng #1: Bạn phải chứng minh câu trả lời cho Ba câu hỏi nóng bỏng </w:t>
      </w:r>
    </w:p>
    <w:p>
      <w:pPr>
        <w:spacing w:after="80"/>
      </w:pPr>
      <w:r>
        <w:rPr>
          <w:b w:val="0"/>
          <w:i w:val="0"/>
        </w:rPr>
        <w:t>Cách đây không lâu, người bán dịch vụ hiếm khi phải làm gì nhiều hơn ngoài việc tuyên bố sự vĩ đại của kinh nghiệm mình có và hứa sẽ mang lại kết quả để chốt được đơn hàng. Đương nhiên, ngay cả khi đó điều này cũng không phải lúc nào cũng đủ. Nhưng thường thì các tình huống cạnh tranh biến thành những cuộc chiến của những lời hứa từ người bán. Và ai đưa ra những tuyên bố tự tin nhất thì thắng.</w:t>
      </w:r>
    </w:p>
    <w:p>
      <w:pPr>
        <w:spacing w:after="80"/>
      </w:pPr>
      <w:r>
        <w:rPr>
          <w:b w:val="0"/>
          <w:i w:val="0"/>
        </w:rPr>
        <w:t>Đáng buồn thay cho một số người, những ngày đó đã qua rồi. Màn "Khẳng định và Hứa hẹn" luôn tạo nên một màn trình diễn hay. Nhưng những ai bám víu vào cách tiếp cận cổ lỗ này sẽ nhìn lợi nhuận của mình tuột dần. Phải thừa nhận rằng, bạn tất yếu phải đưa ra những khẳng định trong suốt quá trình bán hàng. Điều đã thay đổi là bạn phải chứng minh mọi khẳng định và cho thấy bạn sẽ thực hiện từng lời hứa như thế nào—một cách chi tiết. Không quan trọng công ty bạn là Global Galactic LLC hay Two Guys in a Garage, Inc. Bạn phải chống lưng cho mọi điều mình nói.</w:t>
      </w:r>
    </w:p>
    <w:p>
      <w:pPr>
        <w:spacing w:after="80"/>
      </w:pPr>
      <w:r>
        <w:rPr>
          <w:b w:val="0"/>
          <w:i w:val="0"/>
        </w:rPr>
        <w:t>Ngoài việc tìm kiếm câu trả lời cho những câu hỏi này, khách hàng còn sẽ cố đánh giá xem bạn quan tâm đến việc họ đang làm đến mức nào. Một số khách hàng sẽ cho rằng lợi ích của bạn là vụ lợi, nhưng con người ta rồi sẽ nhận ra động cơ thật sự của người khác theo thời gian. Hãy kiên nhẫn. Nếu bạn thực sự quan tâm, khách hàng sẽ sớm nhận ra điều đó. Nếu bạn không, họ cũng sẽ biết điều đó.</w:t>
      </w:r>
    </w:p>
    <w:p>
      <w:pPr>
        <w:pStyle w:val="Heading1"/>
      </w:pPr>
      <w:r>
        <w:rPr>
          <w:rFonts w:ascii="Calibri" w:hAnsi="Calibri"/>
          <w:b/>
          <w:i w:val="0"/>
          <w:sz w:val="40"/>
        </w:rPr>
        <w:t>Làm sao thoát khỏi cái bẫy hàng hóa phổ thông</w:t>
      </w:r>
    </w:p>
    <w:p>
      <w:pPr>
        <w:spacing w:after="80"/>
      </w:pPr>
      <w:r>
        <w:rPr>
          <w:b w:val="0"/>
          <w:i w:val="0"/>
        </w:rPr>
        <w:t>Một số người bán phàn nàn rằng khách hàng coi dịch vụ của họ như một món hàng hóa phổ thông, khiến họ phải đòi giá ngày càng thấp hơn. Nếu khách hàng nói hoặc ngụ ý rằng họ không thể phân biệt dịch vụ của bạn với dịch vụ của người khác, thì điều họ thực sự muốn nói là họ không thể phân biệt những ý tưởng của bạn. Và điều đó đẩy cuộc chiến cạnh tranh sang một thứ mà họ có thể phân biệt được: giá cả.</w:t>
      </w:r>
    </w:p>
    <w:p>
      <w:pPr>
        <w:spacing w:after="80"/>
      </w:pPr>
      <w:r>
        <w:rPr>
          <w:b w:val="0"/>
          <w:i w:val="0"/>
        </w:rPr>
        <w:t>Bạn có thể thoát khỏi cái bẫy hàng hóa phổ thông bằng sức mạnh của những ý tưởng mình có. Suy cho cùng, đó chính là thứ bạn đang bán. Hãy tìm ra những hiểu biết sâu sắc và cách tiếp cận đổi mới giúp bạn khác biệt với người khác. Khách hàng muốn những ý tưởng của bạn, đặc biệt là những ý tưởng mà họ không nghe thấy từ mọi người bán dịch vụ khác. Hãy truyền đạt những ý tưởng hay nhất của bạn cho khách hàng và tránh xa cái bẫy hàng hóa phổ thông.</w:t>
      </w:r>
    </w:p>
    <w:p>
      <w:pPr>
        <w:pStyle w:val="Heading2"/>
      </w:pPr>
      <w:r>
        <w:rPr>
          <w:rFonts w:ascii="Calibri" w:hAnsi="Calibri"/>
          <w:b/>
          <w:i w:val="0"/>
          <w:sz w:val="32"/>
        </w:rPr>
        <w:t>Thực tế bán hàng #2: Thông tin chi tiết và năng lực — chứ không phải quan hệ — mới là thứ chốt được hợp đồng</w:t>
      </w:r>
    </w:p>
    <w:p>
      <w:pPr>
        <w:spacing w:after="80"/>
      </w:pPr>
      <w:r>
        <w:rPr>
          <w:b w:val="0"/>
          <w:i w:val="0"/>
        </w:rPr>
        <w:t>Nói rằng mối quan hệ tốt với khách hàng rất quan trọng trong việc bán dịch vụ cũng giống như nói con người cần oxy để sống vậy. Ai cũng biết rằng mua từ người mình quen và tin tưởng thì thoải mái hơn, và thường có lợi hơn. Nhưng rất dễ đánh giá quá cao sức mạnh của những mối quan hệ đó, đặc biệt là khi bán dịch vụ. Thời kỳ khách hàng tự động giao việc cho người họ thích đã biến mất cùng với những bữa trưa ba ly martini. Ngay cả mối quan hệ khách hàng kéo dài nhiều năm cũng không cho bạn tấm vé miễn phí, và cũng không nên như vậy.</w:t>
      </w:r>
    </w:p>
    <w:p>
      <w:pPr>
        <w:spacing w:after="80"/>
      </w:pPr>
      <w:r>
        <w:rPr>
          <w:b w:val="0"/>
          <w:i w:val="0"/>
        </w:rPr>
        <w:t>Đánh giá quá cao ảnh hưởng của mối quan hệ khách hàng có thể dẫn đến sự tự mãn và thiếu đi sự nỗ lực thuần túy mà bạn từng dùng để bắt đầu mối quan hệ đó. Có thể khách hàng gọi lại cho bạn ngay lập tức và dành thời gian cho bạn bất cứ khi nào bạn muốn. Nhưng mức độ tiếp cận đó nên khuyến khích bạn làm việc chăm chỉ hơn nữa để tạo ra tác động. Một số nhà cung cấp dịch vụ ghé thăm các khách hàng hàng đầu của mình và dùng thời gian đó để trò chuyện thoải mái về những vấn đề của khách hàng. Nếu bạn chưa sẵn sàng mang đến cho khách hàng hai hoặc ba điều giá trị cho mọi thứ họ chia sẻ với bạn, thì mối quan hệ đó cuối cùng sẽ mất đà.</w:t>
      </w:r>
    </w:p>
    <w:p>
      <w:pPr>
        <w:spacing w:after="80"/>
      </w:pPr>
      <w:r>
        <w:rPr>
          <w:b w:val="0"/>
          <w:i w:val="0"/>
        </w:rPr>
        <w:t>Hãy nghĩ về ba cuộc gặp đầu tiên bạn có với khách hàng tốt nhất của mình. Rất có thể bạn đã chuẩn bị hết sức kỹ lưỡng và tìm cách mang đến những ý tưởng độc đáo mà khách hàng có thể dùng. Đó chính là hành vi đã khởi động mối quan hệ của bạn, và đó cũng là điều sẽ nuôi dưỡng nó. Hãy nhớ rằng, giá trị của mối quan hệ đối với khách hàng nằm ở khả năng của bạn trong việc kết hợp những trải nghiệm trong quá khứ và sự sáng tạo của mình để tạo ra những hướng dẫn sâu sắc. Hãy giả định rằng khách hàng đặt bạn ở tiêu chuẩn hiệu suất cao hơn một đối thủ mới, và bạn sẽ giữ cho mối quan hệ luôn sống động. Xây dựng mối quan hệ tôn trọng lẫn nhau với khách hàng mang lại cho bất kỳ nhà cung cấp dịch vụ nào một lợi thế — nếu bạn chăm sóc mối quan hệ đó. Nhưng các mối quan hệ chỉ đưa bạn đi được đến một mức nào đó. Chúng có thể mở cửa cho bạn, nhưng đừng cho rằng những mối quan hệ khách hàng trong quá khứ cũng sẽ chốt được hợp đồng.</w:t>
      </w:r>
    </w:p>
    <w:p>
      <w:pPr>
        <w:pStyle w:val="Heading1"/>
      </w:pPr>
      <w:r>
        <w:rPr>
          <w:rFonts w:ascii="Calibri" w:hAnsi="Calibri"/>
          <w:b/>
          <w:i w:val="0"/>
          <w:sz w:val="40"/>
        </w:rPr>
        <w:t>Kiểm tra tính hợp lý: Có thể khách hàng không muốn một "mối quan hệ"</w:t>
      </w:r>
    </w:p>
    <w:p>
      <w:pPr>
        <w:spacing w:after="80"/>
      </w:pPr>
      <w:r>
        <w:rPr>
          <w:b w:val="0"/>
          <w:i w:val="0"/>
        </w:rPr>
        <w:t>Quan điểm thông thường là bạn nên theo đuổi những mối quan hệ dựa trên sự tin tưởng với mọi khách hàng. Dù đó nhìn chung là lời khuyên tốt, một số khách hàng không muốn hoặc không cần một mối quan hệ với bạn. Họ hoàn toàn hài lòng với những giao dịch cùng có lợi với bạn và không hề có hứng thú đi xa hơn. Đừng cảm thấy bị xúc phạm nếu một khách hàng không muốn theo đuổi mối quan hệ lâu dài, và đừng cho rằng khách hàng đó không phù hợp với công việc kinh doanh của bạn chỉ vì lý do đó.</w:t>
      </w:r>
    </w:p>
    <w:p>
      <w:pPr>
        <w:pStyle w:val="Heading2"/>
      </w:pPr>
      <w:r>
        <w:rPr>
          <w:rFonts w:ascii="Calibri" w:hAnsi="Calibri"/>
          <w:b/>
          <w:i w:val="0"/>
          <w:sz w:val="32"/>
        </w:rPr>
        <w:t>Thực tế bán hàng #3: Trải nghiệm mua hàng của khách hàng quan trọng hơn các kỹ thuật bán hàng</w:t>
      </w:r>
    </w:p>
    <w:p>
      <w:pPr>
        <w:spacing w:after="80"/>
      </w:pPr>
      <w:r>
        <w:rPr>
          <w:b w:val="0"/>
          <w:i w:val="0"/>
        </w:rPr>
        <w:t>Hãy nghĩ về lần cuối bạn mua một sản phẩm điện tử nhỏ như máy tính bỏ túi, đồng hồ, hay thiết bị lưu trữ dữ liệu. Rất có thể sản phẩm được bọc trong lớp bao bì nhựa đúc dày, không có cách nào rõ ràng để lấy sản phẩm ra — trừ khi có cái cưa sắt. Loại bao bì đó làm cho cuộc sống của người bán dễ dàng hơn, chứ không phải của khách hàng. Những trải nghiệm như vậy ảnh hưởng đến ý kiến của người mua. Một số người thề rằng họ sẽ không bao giờ mua lại từ một công ty khiến việc sử dụng sản phẩm của họ trở nên khó khăn như vậy.</w:t>
      </w:r>
    </w:p>
    <w:p>
      <w:pPr>
        <w:spacing w:after="80"/>
      </w:pPr>
      <w:r>
        <w:rPr>
          <w:b w:val="0"/>
          <w:i w:val="0"/>
        </w:rPr>
        <w:t xml:space="preserve">Theo nghĩa đó, việc bán một dịch vụ cũng không khác gì. Trải nghiệm của khách hàng khi làm việc với bạn có ảnh hưởng to lớn đến quyết định mua hàng. Bạn muốn trải nghiệm đó phải </w:t>
      </w:r>
      <w:r>
        <w:rPr>
          <w:b w:val="0"/>
          <w:i/>
        </w:rPr>
        <w:t>ngược lại</w:t>
      </w:r>
      <w:r>
        <w:rPr>
          <w:b w:val="0"/>
          <w:i w:val="0"/>
        </w:rPr>
        <w:t xml:space="preserve"> với việc cố cạy mở lớp vỏ nhựa cứng đó. Công việc của bạn là tạo ra một quy trình mua hàng phù hợp với khách hàng, chứ không chỉ cho bạn.</w:t>
      </w:r>
    </w:p>
    <w:p>
      <w:pPr>
        <w:spacing w:after="80"/>
      </w:pPr>
      <w:r>
        <w:rPr>
          <w:b w:val="0"/>
          <w:i w:val="0"/>
        </w:rPr>
        <w:t>Khái niệm này không hẳn là quá cấp tiến: Bạn và khách hàng cùng nhau thiết kế một quy trình mua hàng, cho phép khách hàng tìm hiểu, phân tích, và quyết định cách thức và thời điểm mua. Thay vì tập trung vào cách bán cho khách hàng, bạn làm việc để xác định và tạo ra những điều kiện mà khách hàng cảm thấy thoải mái khi mua. Làm thế nào để bạn thiết kế một trải nghiệm mua hàng cho khách hàng? Hãy đặt câu hỏi.</w:t>
      </w:r>
    </w:p>
    <w:p>
      <w:pPr>
        <w:spacing w:after="80"/>
      </w:pPr>
      <w:r>
        <w:rPr>
          <w:b w:val="0"/>
          <w:i w:val="0"/>
        </w:rPr>
        <w:t>Ví dụ, đừng cho rằng khách hàng muốn xem một bài thuyết trình, gọi điện tham khảo, rồi đọc một đề xuất. Hãy đưa ra các lựa chọn thay thế để khách hàng tìm hiểu về bạn. Có thể khách hàng của bạn muốn một loạt buổi giới thiệu nhóm nhỏ, một cuộc phỏng vấn với đội ngũ cung cấp dịch vụ, và một cuộc gọi ủng hộ từ sếp của bạn. Các khả năng là vô tận, nhưng bạn sẽ không biết khách hàng muốn mua như thế nào trừ khi bạn hỏi. Và bạn sẽ được khen ngợi vì đã đề cập đến chủ đề này.</w:t>
      </w:r>
    </w:p>
    <w:p>
      <w:pPr>
        <w:spacing w:after="80"/>
      </w:pPr>
      <w:r>
        <w:rPr>
          <w:b w:val="0"/>
          <w:i w:val="0"/>
        </w:rPr>
        <w:t>Một số người bán đưa khái niệm mua hàng cùng thiết kế này xa hơn bằng cách đề nghị giúp khách hàng giải quyết một khía cạnh nào đó của vấn đề hiện tại như một phần của quy trình bán hàng. Có thể khách hàng có thắc mắc về việc quản lý sự thay đổi sắp tới hoặc về cách quyết định chọn người bán nào. Việc người bán chia sẻ chuyên môn của mình trong những vấn đề này để làm cho cuộc sống của khách hàng đơn giản hơn và tạo ra một trải nghiệm mua hàng tích cực đang trở nên phổ biến hơn.</w:t>
      </w:r>
    </w:p>
    <w:p>
      <w:pPr>
        <w:spacing w:after="80"/>
      </w:pPr>
      <w:r>
        <w:rPr>
          <w:b w:val="0"/>
          <w:i w:val="0"/>
        </w:rPr>
        <w:t>Dù khách hàng của bạn muốn mua theo cách nào, bạn vẫn sẽ thực hiện các hoạt động bán hàng truyền thống như xác định người ra quyết định, định vị dịch vụ của bạn theo hướng thuận lợi, và truyền đạt lý do bạn là lựa chọn tốt nhất. Tuy nhiên, bạn sẽ theo đuổi những hoạt động chính xác đó với sự hợp tác của khách hàng, chứ không phải theo một quy trình bán hàng định sẵn nào đó.</w:t>
      </w:r>
    </w:p>
    <w:p>
      <w:pPr>
        <w:pStyle w:val="Heading2"/>
      </w:pPr>
      <w:r>
        <w:rPr>
          <w:rFonts w:ascii="Calibri" w:hAnsi="Calibri"/>
          <w:b/>
          <w:i w:val="0"/>
          <w:sz w:val="32"/>
        </w:rPr>
        <w:t>Thực tế bán hàng #4: Sự dễ mến bị đánh giá quá cao</w:t>
      </w:r>
    </w:p>
    <w:p>
      <w:pPr>
        <w:spacing w:after="80"/>
      </w:pPr>
      <w:r>
        <w:rPr>
          <w:b w:val="0"/>
          <w:i w:val="0"/>
        </w:rPr>
        <w:t>Trong mọi chương trình đào tạo bán hàng, quy tắc đầu tiên là bạn phải khiến người mua thích bạn. Tôi nghĩ điều đó sai. Quy tắc đầu tiên của việc bán hàng là bạn phải đến để thích người mua.</w:t>
      </w:r>
    </w:p>
    <w:p>
      <w:pPr>
        <w:spacing w:after="80"/>
      </w:pPr>
      <w:r>
        <w:rPr>
          <w:b w:val="0"/>
          <w:i w:val="0"/>
        </w:rPr>
        <w:t>Khi bạn cảm thấy sự đồng cảm và quan tâm chân thành với ai đó, người đó thường cảm nhận được những cảm xúc đó, và mọi rào cản sẽ hạ xuống. Đó là vì bạn có nhiều khả năng bảo vệ lợi ích của người đó hơn, và vì vậy cả hai bên đều thắng. Hơn nữa, bạn không thể kiểm soát được người ngồi đối diện cảm thấy gì về bạn, nhưng bạn có thể kiểm soát được cảm xúc của mình đối với người đó.</w:t>
      </w:r>
    </w:p>
    <w:p>
      <w:pPr>
        <w:spacing w:after="80"/>
      </w:pPr>
      <w:r>
        <w:rPr>
          <w:b w:val="0"/>
          <w:i w:val="0"/>
        </w:rPr>
        <w:t>Nếu bạn còn hoài nghi, cứ hỏi bất kỳ chính trị gia nào xem điều này có hiệu quả không, bạn sẽ nhận được những cái gật đầu đầy háo hức. Họ biết rằng họ phải thuyết phục cử tri rằng họ đang quan tâm đến lợi ích của cử tri, nếu không họ sẽ thua trong kỳ bầu cử tới. Thực tế là khách hàng có thể thích bạn, thậm chí còn thấy vui khi mời bạn đến ăn tối, nhưng trừ khi bạn thích khách hàng của mình và hành xử theo cách thể hiện điều đó, bạn có thể sẽ không đạt được mức độ tin tưởng đủ để khiến người đó mua hàng từ bạn.</w:t>
      </w:r>
    </w:p>
    <w:p>
      <w:pPr>
        <w:pStyle w:val="Heading1"/>
      </w:pPr>
      <w:r>
        <w:rPr>
          <w:rFonts w:ascii="Calibri" w:hAnsi="Calibri"/>
          <w:b/>
          <w:i w:val="0"/>
          <w:sz w:val="40"/>
        </w:rPr>
        <w:t xml:space="preserve"> Kiểm tra tính hợp lý: Loại bỏ “Phát triển kinh doanh” khỏi danh thiếp của bạn </w:t>
      </w:r>
    </w:p>
    <w:p>
      <w:pPr>
        <w:spacing w:after="80"/>
      </w:pPr>
      <w:r>
        <w:rPr>
          <w:b w:val="0"/>
          <w:i w:val="0"/>
        </w:rPr>
        <w:t>Khi bạn bắt đầu một cuộc họp bán hàng bằng nghi thức trao đổi danh thiếp, chức danh trên danh thiếp của bạn gửi đi thông điệp gì? Nhiều người bán dùng chức danh “Giám đốc Phát triển kinh doanh”, “Đại diện khách hàng”, hay đại loại như vậy. Hãy nghĩ xem khách hàng nhìn nhận chức danh tưởng chừng vô hại đó như thế nào. Nó nói rằng bạn ở đó để phát triển công việc kinh doanh của bạn. Hãy tìm một chức danh hướng đến khách hàng hơn, hoặc bỏ hẳn chức danh khỏi danh thiếp. Khách hàng của bạn biết bạn ở đó để bán hàng. Không cần phải nói rõ hơn hay tạo ra rào cản ngay cả trước khi bạn nghe được lời đầu tiên của khách hàng.</w:t>
      </w:r>
    </w:p>
    <w:p>
      <w:pPr>
        <w:pStyle w:val="Heading2"/>
      </w:pPr>
      <w:r>
        <w:rPr>
          <w:rFonts w:ascii="Calibri" w:hAnsi="Calibri"/>
          <w:b/>
          <w:i w:val="0"/>
          <w:sz w:val="32"/>
        </w:rPr>
        <w:t xml:space="preserve"> Thực tế bán hàng #5: Người của bạn không phải là ưu tiên số một đối với người mua </w:t>
      </w:r>
    </w:p>
    <w:p>
      <w:pPr>
        <w:spacing w:after="80"/>
      </w:pPr>
      <w:r>
        <w:rPr>
          <w:b w:val="0"/>
          <w:i w:val="0"/>
        </w:rPr>
        <w:t>Những người bán dịch vụ thường khẳng định rằng chìa khóa để thắng thầu là những con người mà họ đề xuất thực hiện công việc. Một số còn đi xa đến mức nói rằng những con người tài năng của công ty họ là yếu tố khác biệt tối thượng. Không có gì phải nghi ngờ rằng các cá nhân có thể tác động đến một thương vụ, nhưng để cho rằng đó là điểm quyết định chính thì đã phớt lờ một thực tế đơn giản của quá trình bán hàng: Khách hàng quan tâm trước tiên đến tác động của dịch vụ bạn cung cấp đối với họ; sau đó họ mới nghĩ đến con người của bạn.</w:t>
      </w:r>
    </w:p>
    <w:p>
      <w:pPr>
        <w:spacing w:after="80"/>
      </w:pPr>
      <w:r>
        <w:rPr>
          <w:b w:val="0"/>
          <w:i w:val="0"/>
        </w:rPr>
        <w:t>Đội ngũ của bạn đúng là phải tạo ấn tượng tốt, và năng lực được cảm nhận là yếu tố trung tâm trong việc bán dịch vụ. Nhưng những người trong đội của bạn có lẽ không phải là mối quan tâm hàng đầu của người mua. Hãy xem xét, ví dụ, vị kiến trúc sư thản nhiên mô tả quá trình phá dỡ và xây dựng lại văn phòng của khách hàng, hay vị luật sư đề xuất rằng kiện tụng là phương án tốt nhất để giải quyết một tranh chấp. Các dự án xây dựng lại hay những vụ kiện tụng kéo dài có thể chỉ là chuyện thường ngày ở văn phòng đối với kiến trúc sư hay luật sư. Nhưng cả hai đều có thể là một viễn cảnh đáng lo ngại đối với khách hàng, những người mà bánh xe suy nghĩ trong đầu chắc chắn đang quay cuồng về tác động của những hoạt động đó lên công việc kinh doanh của họ.</w:t>
      </w:r>
    </w:p>
    <w:p>
      <w:pPr>
        <w:spacing w:after="80"/>
      </w:pPr>
      <w:r>
        <w:rPr>
          <w:b w:val="0"/>
          <w:i w:val="0"/>
        </w:rPr>
        <w:t>Thách thức của bạn là nhìn nhận vấn đề như thể đây là lần đầu tiên bạn đối mặt với nó và với những giải pháp khả thi. Sau đó, hãy thảo luận vấn đề từ góc nhìn đó. Chỉ vì bạn biết rằng một bức tường phải bị dỡ bỏ, đừng cho rằng ai cũng đồng ý với bạn. Hãy dẫn dắt khách hàng đi qua tiến trình suy nghĩ và cùng nhau đi đến kết luận. Cuộc trò chuyện có thể mất thêm chút thời gian, nhưng bạn sẽ tạo ra sự khác biệt cho dịch vụ và cho chính bản thân bạn. Một khi khách hàng nhận thấy điều đó, thì những con người mà bạn đề xuất thực hiện dịch vụ có thể tạo nên sự khác biệt giữa thắng và thua.</w:t>
      </w:r>
    </w:p>
    <w:p>
      <w:pPr>
        <w:pStyle w:val="Heading2"/>
      </w:pPr>
      <w:r>
        <w:rPr>
          <w:rFonts w:ascii="Calibri" w:hAnsi="Calibri"/>
          <w:b/>
          <w:i w:val="0"/>
          <w:sz w:val="32"/>
        </w:rPr>
        <w:t xml:space="preserve"> Thực tế bán hàng #6: Giá trị nằm trong mắt người nhìn </w:t>
      </w:r>
    </w:p>
    <w:p>
      <w:pPr>
        <w:spacing w:after="80"/>
      </w:pPr>
      <w:r>
        <w:rPr>
          <w:b w:val="0"/>
          <w:i w:val="0"/>
        </w:rPr>
        <w:t>Dù bạn tin gì về giá trị của dịch vụ mình cung cấp, chính khách hàng mới là người cuối cùng quyết định các nguồn giá trị. Một số người bán quá chắc chắn về nhận thức của bản thân đến mức bỏ lỡ điều thực sự quan trọng đối với khách hàng.</w:t>
      </w:r>
    </w:p>
    <w:p>
      <w:pPr>
        <w:spacing w:after="80"/>
      </w:pPr>
      <w:r>
        <w:rPr>
          <w:b w:val="0"/>
          <w:i w:val="0"/>
        </w:rPr>
        <w:t>Đó là những gì đã xảy ra với Chris. Công ty của anh giúp khách hàng tăng cường bảo mật cho các hệ thống thông tin của họ. Thông điệp của anh, rằng khách hàng có thể đạt được các hệ thống thông tin bảo mật cao với chi phí hợp lý, đã giúp anh tạo ra đà bán hàng đáng ghen tị. Chris đang thắng thế trên thị trường nhờ thông điệp của mình. Nhưng khi anh đề xuất dịch vụ của mình cho một khách hàng lâu năm, anh đã thua thương vụ trước một đối thủ ít tên tuổi hơn nhưng giá cao hơn.</w:t>
      </w:r>
    </w:p>
    <w:p>
      <w:pPr>
        <w:spacing w:after="80"/>
      </w:pPr>
      <w:r>
        <w:rPr>
          <w:b w:val="0"/>
          <w:i w:val="0"/>
        </w:rPr>
        <w:t>Thất bại này thật khó hiểu. Đề xuất bán hàng của Chris không có gì chê trách, bao gồm đánh giá chi tiết về mối đe dọa mà khách hàng của anh phải đối mặt, một chiến lược sáng tạo để giảm thiểu mối đe dọa đó, và ước tính giá trị sáu con số mà chương trình sẽ mang lại. Anh đã xem lại đề xuất do mình tự tay trao cho người bảo trợ phía khách hàng và nó được đón nhận nồng nhiệt. Chris nghĩ mọi thứ đã vào guồng—một đề xuất giá trị cao, một người bảo trợ đáng tin cậy phía khách hàng, và thành tích đủ để biến tất cả thành hiện thực.</w:t>
      </w:r>
    </w:p>
    <w:p>
      <w:pPr>
        <w:spacing w:after="80"/>
      </w:pPr>
      <w:r>
        <w:rPr>
          <w:b w:val="0"/>
          <w:i w:val="0"/>
        </w:rPr>
        <w:t>Vậy tại sao anh lại thua trong canh bạc tưởng như chắc thắng này? Chris đã bị đánh bại ở phần phân tích giá trị. Anh đã đưa ra một lập luận thuyết phục về giá trị tài chính tổng thể, nhưng anh đã bỏ lỡ tầm quan trọng của một chi tiết mang tính quyết định. Khách hàng rất muốn đào tạo nhân viên của chính mình về việc thực hiện các đánh giá bảo mật thông tin, nhưng đề xuất của Chris chỉ nhắc đến ưu tiên đó một cách qua loa. Đối thủ của anh đã lấy quan điểm của khách hàng về điểm này làm tâm điểm của đề xuất và giành được thương vụ.</w:t>
      </w:r>
    </w:p>
    <w:p>
      <w:pPr>
        <w:spacing w:after="80"/>
      </w:pPr>
      <w:r>
        <w:rPr>
          <w:b w:val="0"/>
          <w:i w:val="0"/>
        </w:rPr>
        <w:t>Bạn có thể nghĩ rằng Chris đã không lắng nghe khách hàng và đó là lý do anh thua. Nhưng Chris đã chứng tỏ rằng anh có nghe khách hàng khi nhắc đến việc giúp đội ngũ của khách hàng trở nên tự chủ. Đáng tiếc là anh đã không nhấn mạnh điều đó đủ; anh nhấn mạnh vào điều anh cho là giá trị hơn, chứ không phải điều thực sự quan trọng với khách hàng.</w:t>
      </w:r>
    </w:p>
    <w:p>
      <w:pPr>
        <w:spacing w:after="80"/>
      </w:pPr>
      <w:r>
        <w:rPr>
          <w:b w:val="0"/>
          <w:i w:val="0"/>
        </w:rPr>
        <w:t>Bạn có thể hiểu việc thể hiện giá trị một cách đáng tin cậy quan trọng đến mức nào để thắng thương vụ dịch vụ, nhưng hãy nhớ rằng khách hàng là trọng tài cuối cùng của giá trị. Đừng ngạc nhiên nếu bạn nhìn nhận giá trị theo một cách hoàn toàn khác so với khách hàng của mình. Khi bạn cố gắng đưa ra một cách thể hiện giá trị, hãy dựa vào những dữ kiện bạn thu thập được trong các cuộc phỏng vấn, và đừng để những định kiến sẵn có làm mờ phán đoán của bạn. Như trường hợp của Chris cho thấy, một sự hiểu biết và thể hiện giá trị vượt trội có thể lấn át một đối thủ đáng gờm với mối quan hệ khách hàng lâu đời.</w:t>
      </w:r>
    </w:p>
    <w:p>
      <w:pPr>
        <w:pStyle w:val="Heading2"/>
      </w:pPr>
      <w:r>
        <w:rPr>
          <w:rFonts w:ascii="Calibri" w:hAnsi="Calibri"/>
          <w:b/>
          <w:i w:val="0"/>
          <w:sz w:val="32"/>
        </w:rPr>
        <w:t xml:space="preserve"> Thực tế bán hàng #7: Không phải mọi kỹ thuật bán hàng đều xấu </w:t>
      </w:r>
    </w:p>
    <w:p>
      <w:pPr>
        <w:spacing w:after="80"/>
      </w:pPr>
      <w:r>
        <w:rPr>
          <w:b w:val="0"/>
          <w:i w:val="0"/>
        </w:rPr>
        <w:t>Các chuyên gia luôn thổi phồng đủ loại kỹ thuật bán hàng như cách đảm bảo để thắng. Họ đã thúc giục chúng ta dùng kịch bản bán hàng, xây dựng mối quan hệ “tức thì” với người mua, hỏi những câu ngớ ngẩn về những cơn ác mộng tồi tệ nhất của họ, tìm ra “nỗi đau” của họ, hoàn thiện một bài chào hàng ngắn gọn, đọc ngôn ngữ cơ thể, đề nghị chốt đơn, và luôn luôn chốt. Trào lưu mới nhất là khuyên nhân viên bán hàng từ bỏ các kỹ thuật bán hàng của mình để chốt được nhiều đơn hơn. Người ta cho rằng khách hàng ngày nay đã thấy hết mọi kỹ thuật bán hàng và miễn nhiễm với chúng.</w:t>
      </w:r>
    </w:p>
    <w:p>
      <w:pPr>
        <w:spacing w:after="80"/>
      </w:pPr>
      <w:r>
        <w:rPr>
          <w:b w:val="0"/>
          <w:i w:val="0"/>
        </w:rPr>
        <w:t>Rõ ràng là một số kỹ thuật, như chiêu gây áp lực cao (high-pressure close), không có chỗ đứng trong việc bán dịch vụ. Và đúng là khách hàng luôn cảnh giác với những chiêu trò trơn tru ngay khi bất kỳ nhân viên bán hàng nào liên hệ với họ. Vậy nên, việc quay lại dựa dẫm vào những kỹ thuật gây khó chịu, dù có lẽ được thiết kế để hỗ trợ, lại có thể gây bất lợi cho cơ hội giành được thương vụ bán dịch vụ của bạn. Nhưng hãy chọn lọc kỹ thuật nào bạn giữ lại và kỹ thuật nào bạn vứt bỏ. Vứt bỏ hết mọi kỹ thuật bán hàng của bạn cũng phản tác dụng chẳng khác nào cố ăn kiêng ở một bữa tiệc buffet thỏa thích.</w:t>
      </w:r>
    </w:p>
    <w:p>
      <w:pPr>
        <w:spacing w:after="80"/>
      </w:pPr>
      <w:r>
        <w:rPr>
          <w:b w:val="0"/>
          <w:i w:val="0"/>
        </w:rPr>
        <w:t>Dù bạn đối mặt với tình huống khách hàng nào đi nữa, bạn vẫn cần biết cách tiến hành một cuộc họp bán hàng. Nghĩa là bạn phải có khả năng mở đầu một cuộc đối thoại, dẫn dắt thảo luận về các vấn đề, và kết thúc cuộc họp cho phù hợp. Và bạn vẫn phải thuyết phục mọi người làm ăn với bạn, nên hãy chắc chắn rằng bạn biết cách đàm phán và chốt thương vụ. Thay vì dán nhãn mọi kỹ thuật bán hàng là xấu, hãy suy nghĩ lại cách bạn giao tiếp với khách hàng trong suốt quá trình bán hàng.</w:t>
      </w:r>
    </w:p>
    <w:p>
      <w:pPr>
        <w:spacing w:after="80"/>
      </w:pPr>
      <w:r>
        <w:rPr>
          <w:b w:val="0"/>
          <w:i w:val="0"/>
        </w:rPr>
        <w:t>Đừng lãng phí thời gian của khách hàng vào những lời khen ngợi vô cớ, mà hãy tập trung vào thực chất của các vấn đề. Bỏ đi những kỹ thuật chốt sale đầy giả định và tập trung vào việc đạt được một giải pháp mà đôi bên cùng đồng thuận. Quên đi việc tạo dựng mối quan hệ hời hợt bề ngoài và thay vào đó hãy xây dựng mối quan hệ dựa trên năng lực của bạn để giải quyết vấn đề. Thay vì dựa dẫm vào các kỹ thuật để đẩy tới việc chốt sale, hãy dùng những hiểu biết sâu sắc và giá trị của bạn—những kỹ thuật bán hàng tối thượng—để kéo khách hàng về phía một giải pháp mà họ muốn mua.</w:t>
      </w:r>
    </w:p>
    <w:p>
      <w:pPr>
        <w:pStyle w:val="Heading2"/>
      </w:pPr>
      <w:r>
        <w:rPr>
          <w:rFonts w:ascii="Calibri" w:hAnsi="Calibri"/>
          <w:b/>
          <w:i w:val="0"/>
          <w:sz w:val="32"/>
        </w:rPr>
        <w:t xml:space="preserve"> Bán hàng dựa trên thực tế (Reality-Based Selling) </w:t>
      </w:r>
    </w:p>
    <w:p>
      <w:pPr>
        <w:spacing w:after="80"/>
      </w:pPr>
      <w:r>
        <w:rPr>
          <w:b w:val="0"/>
          <w:i w:val="0"/>
        </w:rPr>
        <w:t>Nếu những thực tế của việc bán dịch vụ nói với bạn điều gì, thì đó là người mua muốn nhiều hơn từ những người bán dịch vụ. Họ đòi hỏi sự hiểu biết sâu sắc, chứ không phải kỹ thuật bán hàng, và những người giải quyết vấn đề, chứ không phải những kẻ bán hàng. Một số người có thể gợi ý rằng việc đáp lại những thực tế này là một vấn đề đào tạo bán hàng. Nhưng nó còn hơn thế nữa. Sự dịch chuyển của thị trường này có nghĩa là phải định nghĩa lại và mở rộng vai trò truyền thống của người bán. Và điều đó đòi hỏi người bán phải thay đổi cách tiếp cận bán hàng của mình, bắt đầu từ cách họ chuẩn bị cho cuộc gọi hay cuộc gặp bán hàng đầu tiên với khách hàng.</w:t>
      </w:r>
    </w:p>
    <w:p>
      <w:pPr>
        <w:pStyle w:val="Heading1"/>
      </w:pPr>
      <w:r>
        <w:rPr>
          <w:rFonts w:ascii="Calibri" w:hAnsi="Calibri"/>
          <w:b/>
          <w:i w:val="0"/>
          <w:sz w:val="40"/>
        </w:rPr>
        <w:t>CHƯƠNG 2</w:t>
      </w:r>
    </w:p>
    <w:p>
      <w:pPr>
        <w:pStyle w:val="Heading1"/>
      </w:pPr>
      <w:r>
        <w:rPr>
          <w:rFonts w:ascii="Calibri" w:hAnsi="Calibri"/>
          <w:b/>
          <w:i w:val="0"/>
          <w:sz w:val="40"/>
        </w:rPr>
        <w:t xml:space="preserve"> Trước Khi Bạn Gọi (hay Gặp) Bất Kỳ Khách Hàng Nào </w:t>
      </w:r>
    </w:p>
    <w:p>
      <w:pPr>
        <w:spacing w:after="80"/>
      </w:pPr>
      <w:r>
        <w:rPr>
          <w:b w:val="0"/>
          <w:i w:val="0"/>
        </w:rPr>
        <w:t>Stan hầu như không khớp với hình mẫu của một người mang lại mưa (rainmaker). Thường thì đầu tóc bù xù và không mấy mượt mà, anh ta chỉ vừa đủ kỹ năng xã hội để sống sót qua bữa tiệc ngày lễ của công ty. Bạn sẽ không nghĩ anh ta có thể bán được thứ gì. Vậy mà Stan đạt được điều mà hầu hết những người bán hàng khác chỉ dám mơ ước. Anh ta biến những cơ hội bán hàng khó tin nhất thành những khách hàng tiềm năng đủ tiêu chuẩn (qualified leads) và thắng một tỷ lệ cao trong số những thương vụ đó. Ấn tượng hơn nữa, Stan còn có tài phát hiện ra những cơ hội bán hàng mới, mà anh ta quản lý và chốt đều đặn như đồng hồ.</w:t>
      </w:r>
    </w:p>
    <w:p>
      <w:pPr>
        <w:spacing w:after="80"/>
      </w:pPr>
      <w:r>
        <w:rPr>
          <w:b w:val="0"/>
          <w:i w:val="0"/>
        </w:rPr>
        <w:t>Một số người quy thành quả xuất sắc của Stan cho khả năng chinh phục khách hàng trong các cuộc họp bán hàng, nhưng thành công của Stan cũng nằm ở những gì anh ta làm trước các cuộc họp chẳng kém gì bất cứ điều gì khác.</w:t>
      </w:r>
    </w:p>
    <w:p>
      <w:pPr>
        <w:pStyle w:val="Heading2"/>
      </w:pPr>
      <w:r>
        <w:rPr>
          <w:rFonts w:ascii="Calibri" w:hAnsi="Calibri"/>
          <w:b/>
          <w:i w:val="0"/>
          <w:sz w:val="32"/>
        </w:rPr>
        <w:t xml:space="preserve"> Hãy Nghĩ Tới Ấn Tượng Thứ Hai Trước Tiên </w:t>
      </w:r>
    </w:p>
    <w:p>
      <w:pPr>
        <w:spacing w:after="80"/>
      </w:pPr>
      <w:r>
        <w:rPr>
          <w:b w:val="0"/>
          <w:i w:val="0"/>
        </w:rPr>
        <w:t>Sự khôn ngoan bán hàng thông thường cho rằng ấn tượng ban đầu của người mua về diện mạo, phong thái và ngôn ngữ cơ thể của người bán tạo nên một ấn tượng khó phai sẽ làm nên hoặc phá hỏng thương vụ. Nếu đúng như vậy thì Stan đã đang bơm xăng kiếm sống, chứ không phải bán dịch vụ chuyên nghiệp.</w:t>
      </w:r>
    </w:p>
    <w:p>
      <w:pPr>
        <w:spacing w:after="80"/>
      </w:pPr>
      <w:r>
        <w:rPr>
          <w:b w:val="0"/>
          <w:i w:val="0"/>
        </w:rPr>
        <w:t>Ấn tượng ban đầu có quan trọng, nhưng hầu hết người mua đủ sắc sảo để nhìn xuyên qua một bộ vest thời thượng và đôi giày bóng loáng để tìm thấy điều họ thực sự đang tìm kiếm: chuyên môn và năng lực không thể chối cãi. Họ có thể liếc nhìn cây bút đắt tiền và chiếc cặp da của bạn, nhưng điều họ quan tâm nhất là bạn biết gì và kiến thức đó có thể giúp gì cho họ. Nhiều người mua sẽ hình thành ấn tượng dựa trên những quan sát bề ngoài, nhưng hầu hết sẽ không quyết định cho tới khi bạn mở miệng và cho họ thấy bạn có thể làm được gì. Đó là lúc họ hình thành ấn tượng thứ hai, dựa trên nhận thức của họ về năng lực của bạn. Và ấn tượng đó chắc chắn có thể quyết định số phận của thương vụ, bởi vì trong hầu hết các trường hợp, ấn tượng thứ hai của khách hàng lấn át ấn tượng thứ nhất.</w:t>
      </w:r>
    </w:p>
    <w:p>
      <w:pPr>
        <w:spacing w:after="80"/>
      </w:pPr>
      <w:r>
        <w:rPr>
          <w:b w:val="0"/>
          <w:i w:val="0"/>
        </w:rPr>
        <w:t>Vậy nên, hãy khẳng định rằng bạn thực sự nắm rõ chuyên môn của mình, và làm điều đó càng sớm càng tốt. Hầu hết khách hàng đang tìm kiếm một nhà cung cấp dịch vụ đều muốn thấy ngay hai năng lực. Thứ nhất, rằng bạn có chuyên môn về lĩnh vực liên quan, và sau đó là bạn, hay công ty của bạn, có khả năng xử lý vấn đề của họ. Nếu người mua không hoàn toàn tin tưởng vào năng lực của bạn, họ vẫn có thể yêu cầu bạn nộp một đề xuất bán hàng; nhưng đừng mong thắng được công việc đó.</w:t>
      </w:r>
    </w:p>
    <w:p>
      <w:pPr>
        <w:spacing w:after="80"/>
      </w:pPr>
      <w:r>
        <w:rPr>
          <w:b w:val="0"/>
          <w:i w:val="0"/>
        </w:rPr>
        <w:t>Thành công của Stan chứng minh cho luận điểm này: Anh ta biết mọi thứ cần biết về việc làm ăn ở Ấn Độ. Giữa các cuộc họp, anh ta làm việc chăm chỉ để luôn nắm bắt chủ đề khó nhằn đó để khách hàng của anh ta không phải làm vậy. Và khách hàng chỉ cần nói chuyện với anh ta 10 phút là nhận ra chiều sâu chuyên môn của anh ta, cả về lý thuyết lẫn thực hành. Mọi cân nhắc bề ngoài về ngoại hình của Stan đều bị gạt sang một bên.</w:t>
      </w:r>
    </w:p>
    <w:p>
      <w:pPr>
        <w:spacing w:after="80"/>
      </w:pPr>
      <w:r>
        <w:rPr>
          <w:b w:val="0"/>
          <w:i w:val="0"/>
        </w:rPr>
        <w:t>Không phải là bạn nên phớt lờ ngoại hình khi đi dự bất kỳ cuộc họp kinh doanh nào. Nhưng đừng trông cậy vào vẻ ngoài ưa nhìn và những phụ kiện hào nhoáng để đưa bạn đi xa trong việc bán dịch vụ. Nếu bạn đang ôn luyện bất cứ điều gì trước cuộc gặp khách hàng tiếp theo đó, hãy ôn luyện chủ đề của bạn, kiến thức của bạn về khách hàng, và năng lực của đề xuất bạn đưa ra, chứ không phải tủ quần áo của bạn.</w:t>
      </w:r>
    </w:p>
    <w:p>
      <w:pPr>
        <w:pStyle w:val="Heading2"/>
      </w:pPr>
      <w:r>
        <w:rPr>
          <w:rFonts w:ascii="Calibri" w:hAnsi="Calibri"/>
          <w:b/>
          <w:i w:val="0"/>
          <w:sz w:val="32"/>
        </w:rPr>
        <w:t xml:space="preserve"> Vứt Bỏ Bài Nói Thang Máy (Elevator Speech) </w:t>
      </w:r>
    </w:p>
    <w:p>
      <w:pPr>
        <w:spacing w:after="80"/>
      </w:pPr>
      <w:r>
        <w:rPr>
          <w:b w:val="0"/>
          <w:i w:val="0"/>
        </w:rPr>
        <w:t>Bạn chắc hẳn đã từng dự những cuộc họp mà người điều hành yêu cầu mọi người tự giới thiệu và nói cho cả nhóm biết họ làm gì. Nếu vậy, bạn đã từng nghe cái "bài diễn thuyết trong thang máy" đáng sợ đó rồi. Đến một lúc nào đó trong phần giới thiệu ấy, những bài nói này hòa lẫn vào nhau và bắt đầu nghe giống hệt nhau. Gần như không thể rút ra được chút ý nghĩa nào từ những mô tả nhạt nhẽo về công việc của mỗi người. Khi bạn tham dự một sự kiện kết nối hay một hội nghị, bạn phải trang bị cho mình một câu chuyện ngắn về công việc kinh doanh của mình; nhưng cái bài diễn văn đó thường sẽ chống lại bạn nếu bạn dùng nó trong một cuộc họp bán hàng.</w:t>
      </w:r>
    </w:p>
    <w:p>
      <w:pPr>
        <w:spacing w:after="80"/>
      </w:pPr>
      <w:r>
        <w:rPr>
          <w:b w:val="0"/>
          <w:i w:val="0"/>
        </w:rPr>
        <w:t>Rất có thể nếu người mua nghe rằng công ty bạn "Giúp bạn làm được nhiều hơn với ít hơn!" hay rằng bạn "Giúp các nhà quản lý trở thành những nhà lãnh đạo giỏi hơn, từng nhân viên một", thì bạn có thể chắc chắn câu hỏi đang xoay vòng trong đầu họ là: "Cuộc họp này định kết thúc lúc mấy giờ?" Không chỉ vậy, một khi bạn đã "câu" được ai đó bằng bài diễn thuyết trong thang máy (như các chuyên gia khuyên bạn làm), việc tiếp tục theo hướng đó sẽ làm chệch hướng sự chú ý khỏi nơi nó nên hướng tới—vấn đề hay khó khăn của khách hàng.</w:t>
      </w:r>
    </w:p>
    <w:p>
      <w:pPr>
        <w:spacing w:after="80"/>
      </w:pPr>
      <w:r>
        <w:rPr>
          <w:b w:val="0"/>
          <w:i w:val="0"/>
        </w:rPr>
        <w:t>Dù một bài diễn thuyết trong thang máy ngắn gọn có vẻ vô hại, nó thường khiến cuộc trò chuyện với khách hàng chậm đi vào trọng tâm. Vậy nên, nếu bạn thực sự giúp các tổ chức phát triển đội ngũ lãnh đạo của họ, hãy nói cụ thể khi người mua hỏi về dịch vụ đó. Chẳng hạn, bạn có thể dùng 20 giây đầu tiên của phần giới thiệu để truyền đạt cách bạn hỗ trợ các tổ chức phát triển năng lực lãnh đạo của họ bằng các chương trình phát triển chuyên môn, tuyển dụng và chiến lược giữ chân nhân sự. Rồi ngay lập tức chuyển cuộc trò chuyện sang phía khách hàng bằng cách hỏi bạn có thể làm gì cho tổ chức của họ.</w:t>
      </w:r>
    </w:p>
    <w:p>
      <w:pPr>
        <w:spacing w:after="80"/>
      </w:pPr>
      <w:r>
        <w:rPr>
          <w:b w:val="0"/>
          <w:i w:val="0"/>
        </w:rPr>
        <w:t>Khi giới thiệu bản thân với người mua, hãy dựa vào những gì bạn biết về tổ chức của họ và những vấn đề của họ. Nếu bạn biết rằng một người mua đang lo lắng về việc giữ chân nhân viên, bạn nên nhấn mạnh chủ đề đó trong phần giới thiệu của mình thay vì cố gây ấn tượng bằng một bài diễn thuyết trong thang máy dí dỏm.</w:t>
      </w:r>
    </w:p>
    <w:p>
      <w:pPr>
        <w:spacing w:after="80"/>
      </w:pPr>
      <w:r>
        <w:rPr>
          <w:b w:val="0"/>
          <w:i w:val="0"/>
        </w:rPr>
        <w:t>Bài chào hàng ngắn gọn, sắc bén có thể hiệu quả với một số ngành—chẳng hạn như bán lẻ. Một người bán hoa với câu "Làm cho thế giới xanh hơn, từng chậu cây một" có thể thu hút khách hàng bằng câu đó. Nhưng bài diễn thuyết trong thang máy đóng hộp lại không hiệu quả như quảng cáo đối với người mua dịch vụ, nên hãy dành thời gian chuẩn bị một phần giới thiệu riêng cho từng cuộc họp.</w:t>
      </w:r>
    </w:p>
    <w:p>
      <w:pPr>
        <w:pStyle w:val="Heading2"/>
      </w:pPr>
      <w:r>
        <w:rPr>
          <w:rFonts w:ascii="Calibri" w:hAnsi="Calibri"/>
          <w:b/>
          <w:i w:val="0"/>
          <w:sz w:val="32"/>
        </w:rPr>
        <w:t xml:space="preserve"> Tìm hiểu các lựa chọn mua hàng của khách hàng </w:t>
      </w:r>
    </w:p>
    <w:p>
      <w:pPr>
        <w:spacing w:after="80"/>
      </w:pPr>
      <w:r>
        <w:rPr>
          <w:b w:val="0"/>
          <w:i w:val="0"/>
        </w:rPr>
        <w:t>Trước bất kỳ cuộc họp bán hàng nào, bạn có thể bị cám dỗ vạch ra cách tiếp cận để bán chính mình và dịch vụ của mình. Trước khi làm vậy, bạn phải hiểu trước khách hàng muốn mua như thế nào. Một sai lầm phổ biến trong quy trình bán hàng là người bán thúc đẩy việc bán quá sớm và gặp phải sự phản kháng dễ đoán từ khách hàng, người chưa sẵn sàng mua.</w:t>
      </w:r>
    </w:p>
    <w:p>
      <w:pPr>
        <w:spacing w:after="80"/>
      </w:pPr>
      <w:r>
        <w:rPr>
          <w:b w:val="0"/>
          <w:i w:val="0"/>
        </w:rPr>
        <w:t xml:space="preserve">Để mở đường cho một quy trình bán hàng hiệu quả, hãy tìm hiểu càng nhiều càng tốt về cách khách hàng muốn mua </w:t>
      </w:r>
      <w:r>
        <w:rPr>
          <w:b w:val="0"/>
          <w:i/>
        </w:rPr>
        <w:t>trước khi</w:t>
      </w:r>
      <w:r>
        <w:rPr>
          <w:b w:val="0"/>
          <w:i w:val="0"/>
        </w:rPr>
        <w:t xml:space="preserve"> bạn bắt đầu bán. Bằng cách đó, bạn có thể thiết kế, cùng với khách hàng của mình, một quy trình mua hàng phù hợp với cách những người ra quyết định phía khách hàng muốn tìm hiểu về bạn và các dịch vụ của bạn. Không có bước này, bạn dễ nhận ra rằng một quy trình bán hàng tiêu chuẩn sẽ không khớp với nhu cầu của khách hàng, và bạn sẽ phải làm thêm các bài thuyết trình, sắp xếp những cuộc kiểm tra tham chiếu ngoài kế hoạch, hay viết lại các đề xuất. Thay vào đó, hãy làm việc với người mua để thiết kế một quy trình bán hàng và tìm hiểu phù hợp nhất với họ.</w:t>
      </w:r>
    </w:p>
    <w:p>
      <w:pPr>
        <w:spacing w:after="80"/>
      </w:pPr>
      <w:r>
        <w:rPr>
          <w:b w:val="0"/>
          <w:i w:val="0"/>
        </w:rPr>
        <w:t>Một số người mua khuyến khích người bán đưa ra các bài thuyết trình chính thức về năng lực; những người khác lại muốn những buổi gặp gỡ thân mật để tìm hiểu về những gì bạn có thể làm. Sau khi phác thảo các mục tiêu của họ cho bạn, một số người ra quyết định phía khách hàng lại chuyển giao quy trình bán hàng cho các giám đốc mua sắm. Trong một số trường hợp, người mua có thể muốn đến thăm cơ sở của những khách hàng trước đây của bạn, trong khi với người khác thì một cuộc gọi tham chiếu là đủ.</w:t>
      </w:r>
    </w:p>
    <w:p>
      <w:pPr>
        <w:spacing w:after="80"/>
      </w:pPr>
      <w:r>
        <w:rPr>
          <w:b w:val="0"/>
          <w:i w:val="0"/>
        </w:rPr>
        <w:t>Bạn sẽ không tìm thấy những quy tắc cứng nhắc, bất di bất dịch về cách khách hàng mua. Tuy nhiên, bạn có thể chắc chắn rằng khi độ phức tạp, chi phí và giá trị kỳ vọng của thương vụ tiềm năng tăng lên, thì độ dài của chu kỳ bán hàng và yêu cầu thông tin của người mua cũng tăng theo.</w:t>
      </w:r>
    </w:p>
    <w:p>
      <w:pPr>
        <w:spacing w:after="80"/>
      </w:pPr>
      <w:r>
        <w:rPr>
          <w:b w:val="0"/>
          <w:i w:val="0"/>
        </w:rPr>
        <w:t>Khi chuẩn bị cho những cuộc gặp đầu tiên với người mua, hãy động não về các phương án cho cách khách hàng có thể muốn tiến hành. Nếu bạn tin rằng khách hàng sẽ coi đề nghị cuối cùng của bạn là phức tạp và có tầm ảnh hưởng rộng, hãy nảy ra ý tưởng để đưa càng nhiều người ra quyết định và người có ảnh hưởng càng tốt vào quy trình bán hàng của bạn. Có lẽ bạn tổ chức một buổi hội thảo trực tuyến cho các nhóm khách hàng được chọn về cách bạn sẽ quản lý một sáng kiến phức tạp cho họ. Hoặc đề xuất một buổi nói về cách những người ra quyết định có thể tạo ảnh hưởng thay đổi trong môi trường dự án. Nếu người mua có nhiều khả năng coi giải pháp của bạn là khiêm tốn về phạm vi nhưng thiết yếu với tổ chức, thì có lẽ bạn nên dùng những cuộc gặp nhỏ, trực tiếp.</w:t>
      </w:r>
    </w:p>
    <w:p>
      <w:pPr>
        <w:spacing w:after="80"/>
      </w:pPr>
      <w:r>
        <w:rPr>
          <w:b w:val="0"/>
          <w:i w:val="0"/>
        </w:rPr>
        <w:t>Bạn không thể chắc chắn mình sẽ học được gì khi gặp khách hàng, nhưng hãy suy nghĩ kỹ về những phương án khả thi cho cách họ có thể muốn tìm hiểu về các dịch vụ của bạn. Với những ý tưởng đó, bạn có thể làm việc với khách hàng để vạch ra một quy trình mua hàng tùy chỉnh phù hợp với tình huống. Cách khách hàng muốn mua nên là nền tảng cho chiến lược bán hàng cuối cùng của bạn, vì vậy hãy biến chủ đề này thành ưu tiên cho những cuộc gặp đầu tiên của bạn.</w:t>
      </w:r>
    </w:p>
    <w:p>
      <w:pPr>
        <w:pStyle w:val="Heading2"/>
      </w:pPr>
      <w:r>
        <w:rPr>
          <w:rFonts w:ascii="Calibri" w:hAnsi="Calibri"/>
          <w:b/>
          <w:i w:val="0"/>
          <w:sz w:val="32"/>
        </w:rPr>
        <w:t xml:space="preserve"> Chuẩn bị kỹ lưỡng nhưng nhanh chóng </w:t>
      </w:r>
    </w:p>
    <w:p>
      <w:pPr>
        <w:spacing w:after="80"/>
      </w:pPr>
      <w:r>
        <w:rPr>
          <w:b w:val="0"/>
          <w:i w:val="0"/>
        </w:rPr>
        <w:t>Nhà hóa học người Pháp, Louis Pasteur, đã nói: "Vận may ưu ái những tâm trí đã chuẩn bị sẵn sàng." Ông có thể đang nói về những người bán dịch vụ. Sự chuẩn bị tinh tường là điều bắt buộc cho mọi cuộc họp bán hàng. Khách hàng mong đợi bạn nỗ lực như vậy, và đó là một cách tốt để thể hiện sự tôn trọng của bạn với thời gian họ đồng ý dành cho bạn. Nếu bạn đến một cuộc họp bán hàng mà không chuẩn bị đầy đủ, điều mà một số người bán vẫn làm, bạn đang phát đi thông điệp này: "Tôi không quan tâm đến bạn đủ để dành thời gian tìm hiểu bất cứ điều gì về tổ chức hay vấn đề của bạn."</w:t>
      </w:r>
    </w:p>
    <w:p>
      <w:pPr>
        <w:spacing w:after="80"/>
      </w:pPr>
      <w:r>
        <w:rPr>
          <w:b w:val="0"/>
          <w:i w:val="0"/>
        </w:rPr>
        <w:t>Hãy nhớ rằng, người mua muốn những cuộc thảo luận hiệu quả, nhịp độ nhanh về thông tin nền tảng liên quan, để mọi người có thể chuyển sang những lý do của cuộc họp. Khách hàng càng phải lãng phí nhiều thời gian để giải thích những điều cơ bản, thì bạn càng ít cơ hội đi vào những vấn đề cấp bách của họ. Hơn nữa, nếu bạn không nghiên cứu những điều cơ bản trước cuộc họp, hãy mong đợi khách hàng của bạn sẽ bực bội một cách chính đáng. Bạn bận rộn đến đâu không quan trọng. Chuẩn bị tốt cho mọi cuộc gặp khách hàng phải vươn lên đầu danh sách của bạn—kể cả khi điều đó có nghĩa là bạn phải bỏ bớt việc khác. Hãy nhớ rằng chất lượng của sự chuẩn bị trước cuộc họp sẽ ảnh hưởng đến chất lượng của tất cả những tương tác tiếp theo với khách hàng của bạn.</w:t>
      </w:r>
    </w:p>
    <w:p>
      <w:pPr>
        <w:spacing w:after="80"/>
      </w:pPr>
      <w:r>
        <w:rPr>
          <w:b w:val="0"/>
          <w:i w:val="0"/>
        </w:rPr>
        <w:t>Mặt khác, dù có thể là thiết yếu, việc chuẩn bị cho cuộc họp cũng có thể đạt đến điểm lợi ích giảm dần. Một số chương trình đào tạo bán hàng nhấn mạnh rằng việc chuẩn bị trước cuộc họp phải thật cặn kẽ. Bạn được yêu cầu dành hàng giờ lùng sục trên Internet và các nguồn khác để tìm từng mẩu thông tin về các kế hoạch chiến lược của khách hàng. Tất nhiên bạn muốn kỹ lưỡng, nhưng đừng đi quá đà. Mục tiêu của bạn không phải là trở thành chuyên gia về tổ chức đó; hơn nữa, dù sao bạn cũng không thể đạt được điều đó chỉ bằng nghiên cứu thứ cấp. Điều bạn nên nhắm tới là một khối thông tin cốt lõi vững chắc về tổ chức để bạn có thể dễ dàng tiếp thu và phản ứng với những gì người mua bổ sung vào.</w:t>
      </w:r>
    </w:p>
    <w:p>
      <w:pPr>
        <w:pStyle w:val="Heading1"/>
      </w:pPr>
      <w:r>
        <w:rPr>
          <w:rFonts w:ascii="Calibri" w:hAnsi="Calibri"/>
          <w:b/>
          <w:i w:val="0"/>
          <w:sz w:val="40"/>
        </w:rPr>
        <w:t xml:space="preserve"> Sự thật có thể trơn trượt khó nắm </w:t>
      </w:r>
    </w:p>
    <w:p>
      <w:pPr>
        <w:spacing w:after="80"/>
      </w:pPr>
      <w:r>
        <w:rPr>
          <w:b w:val="0"/>
          <w:i w:val="0"/>
        </w:rPr>
        <w:t>Sau khi cuộc họp bán hàng diễn ra được vài phút, người bán hàng đẩy một bản báo cáo qua bàn hội nghị và nói: "Phân tích của chúng tôi cho thấy doanh thu trên mỗi nhân viên của quý vị đang giảm, trong khi con số này lại tăng ở các đối thủ chính của quý vị. Chúng tôi có các đề xuất để giải quyết vấn đề này." Khách hàng, nhận ra nguồn dữ liệu, chỉ ra rằng những sai sót trong số liệu nhân viên và doanh thu được báo cáo đã làm mất hiệu lực cơ sở cho đề xuất mà người bán hàng đã dự định đưa ra. Người bán hàng co rúm người lại trong ghế, và cuộc trò chuyện kết thúc ngay sau đó. Bạn sẽ không bao giờ trở thành chuyên gia về công việc kinh doanh của khách hàng nếu chỉ dựa vào các nguồn dữ liệu thứ cấp. Hãy tìm kiếm sự thật, nhưng đừng đặt cược nỗ lực bán hàng của bạn vào những dữ liệu như vậy.</w:t>
      </w:r>
    </w:p>
    <w:p>
      <w:pPr>
        <w:spacing w:after="80"/>
      </w:pPr>
      <w:r>
        <w:rPr>
          <w:b w:val="0"/>
          <w:i w:val="0"/>
        </w:rPr>
        <w:t>Đối với một cuộc gọi hoặc cuộc họp bán hàng ban đầu, hãy nhắm hoàn thành việc nghiên cứu của bạn trong một hoặc hai giờ. Với những sáng kiến phức tạp, bạn có thể dành nhiều thời gian hơn thế, nhưng hãy cố gắng tập hợp nền tảng kiến thức của mình một cách nhanh chóng. Thông tin bạn thu thập được bây giờ về người mua sẽ hỗ trợ cho các cuộc họp ban đầu của bạn, và nó cũng sẽ quan trọng cho nỗ lực bán hàng liên tục của bạn. Nền tảng này sẽ định hướng cho các cuộc phỏng vấn khách hàng tiếp theo và việc thiết kế chiến lược bán hàng tổng thể của bạn.</w:t>
      </w:r>
    </w:p>
    <w:p>
      <w:pPr>
        <w:spacing w:after="80"/>
      </w:pPr>
      <w:r>
        <w:rPr>
          <w:b w:val="0"/>
          <w:i w:val="0"/>
        </w:rPr>
        <w:t>Bạn có thể bắt đầu việc chuẩn bị bằng cách tạo ra sáu mỏ neo, hay một tập hợp các sự thật thiết yếu, về tổ chức của người mua: cơ cấu tổ chức cơ bản, sản phẩm và dịch vụ, hiệu quả tài chính, khách hàng chính, đối thủ cạnh tranh chính, và những thách thức của ngành. Hầu hết thông tin này đều có sẵn trên trang web của khách hàng hoặc thông qua các công cụ tìm kiếm, đặc biệt nếu đó là một công ty đại chúng.</w:t>
      </w:r>
    </w:p>
    <w:p>
      <w:pPr>
        <w:pStyle w:val="Heading1"/>
      </w:pPr>
      <w:r>
        <w:rPr>
          <w:rFonts w:ascii="Calibri" w:hAnsi="Calibri"/>
          <w:b/>
          <w:i w:val="0"/>
          <w:sz w:val="40"/>
        </w:rPr>
        <w:t>HÃY CHỤP NHANH MỘT BỨC ẢNH VỀ KHÁCH HÀNG</w:t>
      </w:r>
    </w:p>
    <w:p>
      <w:pPr>
        <w:spacing w:after="80"/>
      </w:pPr>
      <w:r>
        <w:rPr>
          <w:b w:val="0"/>
          <w:i w:val="0"/>
        </w:rPr>
        <w:t>Khi đã có những điều cơ bản, hãy tập trung sự chú ý vào phần công việc kinh doanh mà bạn hy vọng được hợp tác. Bạn có mối quan hệ với bất kỳ giám đốc điều hành nào trong tổ chức không? Bạn có biết thành viên nào của hội đồng quản trị không? Bạn đã từng làm việc cho công ty của thành viên hội đồng quản trị nào chưa? Ngoài ra, hãy kiểm tra xem có khách hàng, nhà cung cấp, hay nhà cung cấp dịch vụ chung nào không. Bạn đang thu thập thông tin này như một cách để hiểu vị thế tiềm năng của mình trong tổ chức. Trong một cuộc họp bán hàng, bạn có thể có lý do để nhắc đến một người quen chung, nên hãy chắc chắn rằng bạn biết các mối quan hệ của mình nằm ở đâu.</w:t>
      </w:r>
    </w:p>
    <w:p>
      <w:pPr>
        <w:spacing w:after="80"/>
      </w:pPr>
      <w:r>
        <w:rPr>
          <w:b w:val="0"/>
          <w:i w:val="0"/>
        </w:rPr>
        <w:t>Tiếp theo, hãy xem lại những gì bạn đã học được để tạo ra càng nhiều câu hỏi phỏng vấn tiềm năng càng tốt. Mục đích của bạn là phát triển các hướng điều tra tiềm năng cho cuộc thảo luận. Hãy tìm kiếm các xu hướng trong thông tin bạn đã thu thập và động lực đằng sau chúng. Nếu tổ chức đang phát triển, tại sao điều đó lại xảy ra? Tình hình cạnh tranh của công ty đã phát triển như thế nào? Có những sản phẩm mới của công ty đang được triển khai không? Khách hàng của công ty có đang thay đổi không?</w:t>
      </w:r>
    </w:p>
    <w:p>
      <w:pPr>
        <w:spacing w:after="80"/>
      </w:pPr>
      <w:r>
        <w:rPr>
          <w:b w:val="0"/>
          <w:i w:val="0"/>
        </w:rPr>
        <w:t>Những câu hỏi như thế này mang tính chẩn đoán; chúng làm rõ điều khách hàng cần và làm nổi bật những yếu tố bạn phải cân nhắc khi bạn khám phá ra vấn đề—và sau này cho đề xuất bán hàng của bạn. Câu trả lời của khách hàng mang lại cái nhìn ban đầu về phạm vi của vấn đề, tác động của nó lên tổ chức, và nhu cầu giải quyết nó.</w:t>
      </w:r>
    </w:p>
    <w:p>
      <w:pPr>
        <w:spacing w:after="80"/>
      </w:pPr>
      <w:r>
        <w:rPr>
          <w:b w:val="0"/>
          <w:i w:val="0"/>
        </w:rPr>
        <w:t>Chất lượng các câu hỏi của bạn là một cách để bạn thể hiện năng lực của mình. Trong các cuộc họp, hãy tò mò về các chi tiết, khám phá những hàm ý của vấn đề đang bàn, và sử dụng những hiểu biết sâu sắc của bạn để định hình câu hỏi. Đừng quay lại với những câu bán hàng sáo rỗng nhàm chán như: "Nếu bạn có một cây gậy thần và có thể làm mọi thứ trở nên đúng đắn, bạn sẽ làm gì?" Hãy chuẩn bị những câu hỏi thể hiện khả năng của bạn trong việc đứng vững trong một cuộc thảo luận có giá trị cao về vấn đề của người mua.</w:t>
      </w:r>
    </w:p>
    <w:p>
      <w:pPr>
        <w:spacing w:after="80"/>
      </w:pPr>
      <w:r>
        <w:rPr>
          <w:b w:val="0"/>
          <w:i w:val="0"/>
        </w:rPr>
        <w:t>Những câu hỏi được xây dựng tốt gần như luôn làm bật ra điều gì đó thú vị. Bạn đi sâu vào những lĩnh vực mà khách hàng có thể chưa từng cân nhắc, và đó chính là lúc bạn khám phá ra những cơ hội mới. Jeffrey Fox, tác giả sách bán chạy nhất và là cố vấn bán hàng, đã nói về các câu hỏi bán hàng rằng: "... trở thành chuyên gia là điều tốt, và bạn thể hiện sự chuyên môn đó qua các câu hỏi của mình. Bạn đặt những câu hỏi chứng minh cho khách hàng thấy rằng bạn biết mình đang hỏi về điều gì. Người tạo mưa (Rainmaker) luôn đặt những câu hỏi mà từ đó cả hai người đều học được—khách hàng học được qua việc trình bày câu trả lời, và người bán hàng học được qua việc lắng nghe và ghi chép."</w:t>
      </w:r>
    </w:p>
    <w:p>
      <w:pPr>
        <w:spacing w:after="80"/>
      </w:pPr>
      <w:r>
        <w:rPr>
          <w:b w:val="0"/>
          <w:i w:val="0"/>
        </w:rPr>
        <w:t>Bằng cách đặt những câu hỏi đúng, bạn tìm ra những cách mới để mang lại giá trị cho khách hàng. Tất nhiên, khi đặt câu hỏi, bạn nên xen vào những khía cạnh liên quan trong kinh nghiệm của mình. Ví dụ, bạn có thể biết cách người khác đã xử lý cùng vấn đề đó, hoặc tại sao vấn đề lại nảy sinh trong những tình huống khác. Nhưng hãy giữ sự tập trung vào khách hàng, không phải vào bạn. Nếu bạn thấy mình nói nhiều hơn khoảng 30 phần trăm thời gian, hãy dừng lại và lắng nghe một lúc.</w:t>
      </w:r>
    </w:p>
    <w:p>
      <w:pPr>
        <w:spacing w:after="80"/>
      </w:pPr>
      <w:r>
        <w:rPr>
          <w:b w:val="0"/>
          <w:i w:val="0"/>
        </w:rPr>
        <w:t>Cuối cùng, trước khi bước vào một cuộc họp, hãy luôn chắc chắn rằng bạn đã cập nhật mọi phát triển mới trong lĩnh vực chuyên môn của mình. Lướt qua các tài liệu gần đây trước khi gặp khách hàng là điều tối thiểu bạn nên làm. Và nếu công ty bạn có những khách hàng mới trong các lĩnh vực liên quan đến cuộc họp sắp tới, hãy chắc chắn rằng bạn đã sẵn sàng nói về họ một cách thông minh. Hầu hết người mua có rất nhiều câu hỏi về các vấn đề của họ khi lần đầu gặp bạn. Hãy mong đợi họ sẽ hỏi về những cách mới nhất mà người khác đang giải quyết vấn đề, những nghiên cứu gần đây về chủ đề này, và những cách sáng tạo để giải quyết vấn đề.</w:t>
      </w:r>
    </w:p>
    <w:p>
      <w:pPr>
        <w:pStyle w:val="Heading2"/>
      </w:pPr>
      <w:r>
        <w:rPr>
          <w:rFonts w:ascii="Calibri" w:hAnsi="Calibri"/>
          <w:b/>
          <w:i w:val="0"/>
          <w:sz w:val="32"/>
        </w:rPr>
        <w:t xml:space="preserve"> Những gì Stan biết </w:t>
      </w:r>
    </w:p>
    <w:p>
      <w:pPr>
        <w:spacing w:after="80"/>
      </w:pPr>
      <w:r>
        <w:rPr>
          <w:b w:val="0"/>
          <w:i w:val="0"/>
        </w:rPr>
        <w:t>Một số đồng nghiệp của Stan kinh ngạc trước khả năng thu hút sự chú ý của người mua và tạo ra giá trị thường chuyển hóa thành một thương vụ bán hàng của anh ấy. Nhưng những người đã dành thời gian với anh ấy thì hiểu được điều đó. Ngay cả khi bạn không khao khát sự vĩ đại, bạn vẫn có thể học được rất nhiều từ Stan. Chẳng hạn, anh ấy biết rằng những ý tưởng của mình là nền tảng của mọi thứ anh ấy bán. Hãy mang những ý tưởng đúng đắn đến cho người mua vào đúng thời điểm, và họ sẽ lắng nghe.</w:t>
      </w:r>
    </w:p>
    <w:p>
      <w:pPr>
        <w:spacing w:after="80"/>
      </w:pPr>
      <w:r>
        <w:rPr>
          <w:b w:val="0"/>
          <w:i w:val="0"/>
        </w:rPr>
        <w:t>Hãy làm việc không mệt mỏi để xây dựng nền tảng kiến thức của bạn. Hầu hết khách hàng quá bận rộn điều hành công việc kinh doanh của họ đến mức không thể lục lọi qua núi thông tin ngoài kia, nên hãy làm điều đó thay họ. Nhưng đừng bao giờ cho rằng bạn có thể làm choáng ngợp một khách hàng chỉ bằng kiến thức. Trước khi đặt chân vào văn phòng khách hàng, hãy sẵn sàng với các sự thật, câu hỏi, và lựa chọn. Khi cuộc họp bắt đầu, hãy học mọi thứ bạn có thể về nguồn gốc vấn đề của khách hàng và cách họ đã cân nhắc giải quyết chúng. Khách hàng không bao giờ nên nghĩ rằng bạn đang đẩy một giải pháp đã định sẵn về phía họ. Và đừng quên tìm hiểu xem họ muốn mua như thế nào.</w:t>
      </w:r>
    </w:p>
    <w:p>
      <w:pPr>
        <w:pStyle w:val="Heading2"/>
      </w:pPr>
      <w:r>
        <w:rPr>
          <w:rFonts w:ascii="Calibri" w:hAnsi="Calibri"/>
          <w:b/>
          <w:i w:val="0"/>
          <w:sz w:val="32"/>
        </w:rPr>
        <w:t xml:space="preserve"> Hãy tạo một kết nối </w:t>
      </w:r>
    </w:p>
    <w:p>
      <w:pPr>
        <w:spacing w:after="80"/>
      </w:pPr>
      <w:r>
        <w:rPr>
          <w:b w:val="0"/>
          <w:i w:val="0"/>
        </w:rPr>
        <w:t>Bí quyết để liên tục tạo ra công việc mới nằm ở niềm tin của người mua vào năng lực của bạn và khả năng mang lại giá trị của bạn. Bạn cũng phải biết cách quản lý một quy trình bán hàng, nhưng bạn sẽ chẳng bao giờ có cơ hội đó nếu không thể kết nối với khách hàng về giá trị của những gì bạn biết và có thể làm cho họ. Trong những lần tương tác ban đầu với người mua, ý tưởng của bạn và cách bạn trình bày chúng sẽ bán hàng thay cho bạn. Nhưng nếu bạn thúc ép việc bán hàng trước khi chứng minh được năng lực của mình, hãy chuẩn bị tinh thần gặp sự phản kháng. Người mua sẽ cho bạn biết khi nào bạn đã vượt qua bài kiểm tra năng lực.</w:t>
      </w:r>
    </w:p>
    <w:p>
      <w:pPr>
        <w:spacing w:after="80"/>
      </w:pPr>
      <w:r>
        <w:rPr>
          <w:b w:val="0"/>
          <w:i w:val="0"/>
        </w:rPr>
        <w:t>Tạo ấn tượng đầu tiên tích cực với khách hàng cũng chẳng hại gì, nên hãy ăn mặc chỉnh tề, mang theo một chiếc cặp đẹp, và dành chút thời gian để phá băng. Chỉ cần nhớ rằng ngoại hình chỉ đưa bạn đi được đến một mức độ nhất định. Vào một thời điểm nào đó, ngay đầu buổi gặp, khách hàng sẽ hình thành ấn tượng thứ hai vô cùng quan trọng về việc liệu bạn có biết điều gì hữu ích hay không. Và ấn tượng thứ hai đó sẽ quyết định liệu bạn có tiếp tục tiến trình bán hàng hay không.</w:t>
      </w:r>
    </w:p>
    <w:p>
      <w:pPr>
        <w:pStyle w:val="Heading1"/>
      </w:pPr>
      <w:r>
        <w:rPr>
          <w:rFonts w:ascii="Calibri" w:hAnsi="Calibri"/>
          <w:b/>
          <w:i w:val="0"/>
          <w:sz w:val="40"/>
        </w:rPr>
        <w:t>CHƯƠNG 3</w:t>
      </w:r>
    </w:p>
    <w:p>
      <w:pPr>
        <w:pStyle w:val="Heading1"/>
      </w:pPr>
      <w:r>
        <w:rPr>
          <w:rFonts w:ascii="Calibri" w:hAnsi="Calibri"/>
          <w:b/>
          <w:i w:val="0"/>
          <w:sz w:val="40"/>
        </w:rPr>
        <w:t>Làm chủ buổi phỏng vấn khách hàng</w:t>
      </w:r>
    </w:p>
    <w:p>
      <w:pPr>
        <w:spacing w:after="80"/>
      </w:pPr>
      <w:r>
        <w:rPr>
          <w:b w:val="0"/>
          <w:i/>
        </w:rPr>
        <w:t>—Socrates</w:t>
      </w:r>
    </w:p>
    <w:p>
      <w:pPr>
        <w:spacing w:after="80"/>
      </w:pPr>
      <w:r>
        <w:rPr>
          <w:b/>
          <w:i w:val="0"/>
        </w:rPr>
        <w:t>N</w:t>
      </w:r>
      <w:r>
        <w:rPr>
          <w:b w:val="0"/>
          <w:i w:val="0"/>
        </w:rPr>
        <w:t xml:space="preserve">hững chuyên gia hàng đầu đều có điểm chung này: Họ rất giỏi ở nhiều thứ, nhưng họ </w:t>
      </w:r>
      <w:r>
        <w:rPr>
          <w:b w:val="0"/>
          <w:i/>
        </w:rPr>
        <w:t>làm chủ</w:t>
      </w:r>
      <w:r>
        <w:rPr>
          <w:b w:val="0"/>
          <w:i w:val="0"/>
        </w:rPr>
        <w:t xml:space="preserve"> một số ít kỹ năng thiết yếu. Các nhà thiết kế thời trang phải chọn đúng loại vải phù hợp với thiết kế; những đầu bếp hàng đầu phải lo tìm nguyên liệu hoàn hảo cho từng món ăn; và các luật sư tranh tụng phải là những nhà hùng biện có sức thuyết phục.</w:t>
      </w:r>
    </w:p>
    <w:p>
      <w:pPr>
        <w:spacing w:after="80"/>
      </w:pPr>
      <w:r>
        <w:rPr>
          <w:b w:val="0"/>
          <w:i w:val="0"/>
        </w:rPr>
        <w:t>Những người bán dịch vụ cũng vậy, phải làm chủ một số ít kỹ năng có tác động lớn để xuất sắc. Một số chuyên gia cho rằng kỹ năng hàng đầu là chốt được thương vụ. Những người khác tin rằng đó là khả năng trình bày một bài thuyết trình bán hàng ấn tượng hay viết được một đề xuất đỉnh cao. Không nghi ngờ gì, đó đều là những kỹ năng thiết yếu. Nhưng khả năng trình bày bài thuyết trình đó, hay đề xuất đỉnh cao đó, hay chốt được thương vụ đó phụ thuộc vào chất lượng thông tin mà bạn có để làm việc. Và để có được thông tin đó, bạn phải là một người phỏng vấn chuyên nghiệp.</w:t>
      </w:r>
    </w:p>
    <w:p>
      <w:pPr>
        <w:spacing w:after="80"/>
      </w:pPr>
      <w:r>
        <w:rPr>
          <w:b w:val="0"/>
          <w:i w:val="0"/>
        </w:rPr>
        <w:t xml:space="preserve">Có thể bạn gọi các buổi phỏng vấn là </w:t>
      </w:r>
      <w:r>
        <w:rPr>
          <w:b w:val="0"/>
          <w:i/>
        </w:rPr>
        <w:t>buổi gặp khách hàng</w:t>
      </w:r>
      <w:r>
        <w:rPr>
          <w:b w:val="0"/>
          <w:i w:val="0"/>
        </w:rPr>
        <w:t xml:space="preserve"> hay </w:t>
      </w:r>
      <w:r>
        <w:rPr>
          <w:b w:val="0"/>
          <w:i/>
        </w:rPr>
        <w:t>cuộc gọi bán hàng</w:t>
      </w:r>
      <w:r>
        <w:rPr>
          <w:b w:val="0"/>
          <w:i w:val="0"/>
        </w:rPr>
        <w:t>, nhưng dù bạn gọi chúng là gì, chính trong những tương tác này bạn học được phần lớn những gì cần biết để tạo nên một đề nghị dịch vụ thắng lợi. Thêm vào đó, từ cách bạn tiến hành phỏng vấn và những câu hỏi bạn đặt ra, người mua học được rất nhiều về chuyên môn của bạn và liệu bạn cùng công ty bạn có đủ sức đảm đương nhiệm vụ hay không.</w:t>
      </w:r>
    </w:p>
    <w:p>
      <w:pPr>
        <w:spacing w:after="80"/>
      </w:pPr>
      <w:r>
        <w:rPr>
          <w:b w:val="0"/>
          <w:i w:val="0"/>
        </w:rPr>
        <w:t>Một trong những lý do chính khiến một số thương vụ kéo dài lê thê là chất lượng, độ sâu và độ chính xác kém của thông tin mà đội bán hàng thu thập được trong các buổi phỏng vấn. Nếu những gì bạn học được không đầy đủ, phần còn lại của quy trình bán hàng biến thành một trò chơi đuổi bắt không hồi kết. Khi bạn cố gắng tiến tới một giải pháp, bạn sẽ thấy mình cứ làm phiền khách hàng bằng những câu hỏi tiếp theo mà lẽ ra bạn nên hỏi từ sớm. Một số người bán quên mất các câu hỏi tiếp theo và đưa ra giả định về những gì họ tin là đúng, hy vọng khách hàng đồng ý rồi làm rõ chi tiết sau.</w:t>
      </w:r>
    </w:p>
    <w:p>
      <w:pPr>
        <w:spacing w:after="80"/>
      </w:pPr>
      <w:r>
        <w:rPr>
          <w:b w:val="0"/>
          <w:i w:val="0"/>
        </w:rPr>
        <w:t>Ví dụ, nếu bạn đang đề xuất một chương trình đào tạo cho một bộ phận trong công ty, sẽ thật ngốc nghếch nếu đưa ra dự toán thời gian và chi phí khi bạn không chắc chắn về số người chính xác sẽ tham gia khóa đào tạo. Bằng cách đưa ra giả định ngay cả về những sự thật cơ bản nhất, đề xuất cuối cùng của bạn mất đi sự rõ ràng (và chính xác) và khiến khách hàng tự hỏi liệu bạn có thực sự hiểu điều mình đang đề xuất đảm nhận hay không.</w:t>
      </w:r>
    </w:p>
    <w:p>
      <w:pPr>
        <w:spacing w:after="80"/>
      </w:pPr>
      <w:r>
        <w:rPr>
          <w:b w:val="0"/>
          <w:i w:val="0"/>
        </w:rPr>
        <w:t>Nếu bạn thu thập thông tin sai hoặc không đầy đủ trong các buổi phỏng vấn, những lỗ hổng cuối cùng sẽ lộ ra trong chiến lược bán hàng, giải pháp đề xuất, đề xuất của bạn, và các bài thuyết trình bán hàng. Bắt đầu với một nền móng lung lay thì mọi thứ bạn chồng lên trên đều sẽ đổ sập.</w:t>
      </w:r>
    </w:p>
    <w:p>
      <w:pPr>
        <w:spacing w:after="80"/>
      </w:pPr>
      <w:r>
        <w:rPr>
          <w:b w:val="0"/>
          <w:i w:val="0"/>
        </w:rPr>
        <w:t>Bạn cần làm chủ nhiều kỹ năng để trở thành một người bán hàng tuyệt vời, nhưng mọi thứ bạn làm trong quy trình bán hàng sẽ có giá trị hơn với người mua, và sẽ mang lại kết quả tốt hơn cho bạn, nếu bạn làm chủ được buổi phỏng vấn khách hàng. Trở thành một người phỏng vấn tuyệt vời và bạn có thể trở thành một người bán hàng tuyệt vời.</w:t>
      </w:r>
    </w:p>
    <w:p>
      <w:pPr>
        <w:pStyle w:val="Heading2"/>
      </w:pPr>
      <w:r>
        <w:rPr>
          <w:rFonts w:ascii="Calibri" w:hAnsi="Calibri"/>
          <w:b/>
          <w:i w:val="0"/>
          <w:sz w:val="32"/>
        </w:rPr>
        <w:t xml:space="preserve"> Sáu bước để có một buổi phỏng vấn khách hàng bậc thầy </w:t>
      </w:r>
    </w:p>
    <w:p>
      <w:pPr>
        <w:spacing w:after="80"/>
      </w:pPr>
      <w:r>
        <w:rPr>
          <w:b w:val="0"/>
          <w:i w:val="0"/>
        </w:rPr>
        <w:t>Hãy nghĩ về một lần khi một chuyên gia, chẳng hạn bác sĩ, cố vấn, hay kế toán, gây ấn tượng với bạn. Người đó đã làm gì để tạo nên một kết nối tích cực? Có lẽ bạn cảm nhận được năng lực chuyên môn cao, sự quan tâm chân thành đến hoàn cảnh của bạn, và một sự hòa hợp dễ chịu. Theo thời gian, bạn dần tin tưởng người đó và cảm thấy thoải mái chia sẻ thông tin. Để đạt được mức độ tin tưởng đó, chuyên gia ấy phải biết cách tiến hành một buổi phỏng vấn khách hàng.</w:t>
      </w:r>
    </w:p>
    <w:p>
      <w:pPr>
        <w:spacing w:after="80"/>
      </w:pPr>
      <w:r>
        <w:rPr>
          <w:b w:val="0"/>
          <w:i w:val="0"/>
        </w:rPr>
        <w:t>Một số người dường như có khiếu khiến người khác cởi mở. Nhưng thực tế là cần kỹ năng và rất nhiều luyện tập để việc phỏng vấn trông tự nhiên như bản năng. Để tìm ra phong cách phỏng vấn của riêng bạn và làm chủ kỹ năng thiết yếu này, hãy làm theo sáu bước sau.</w:t>
      </w:r>
    </w:p>
    <w:p>
      <w:pPr>
        <w:pStyle w:val="Heading3"/>
      </w:pPr>
      <w:r>
        <w:rPr>
          <w:rFonts w:ascii="Calibri" w:hAnsi="Calibri"/>
          <w:b/>
          <w:i w:val="0"/>
          <w:sz w:val="26"/>
        </w:rPr>
        <w:t>Học hỏi từ những người chuyên nghiệp</w:t>
      </w:r>
    </w:p>
    <w:p>
      <w:pPr>
        <w:spacing w:after="80"/>
      </w:pPr>
      <w:r>
        <w:rPr>
          <w:b w:val="0"/>
          <w:i w:val="0"/>
        </w:rPr>
        <w:t>Những người phỏng vấn giỏi nhất mài giũa kỹ năng của họ bằng cách quan sát các chuyên gia làm việc. Bạn có thể học được nhiều điều từ vài giờ quan sát kỹ lưỡng hơn là từ nhiều ngày tự mình thực hiện phỏng vấn. Một nơi để bắt đầu là xem cách những người trong giới truyền thông tiến hành phỏng vấn. Bạn có thể quan sát cả những người phỏng vấn giỏi nhất lẫn tệ nhất mà không cần rời khỏi chiếc ghế sofa êm ái của mình.</w:t>
      </w:r>
    </w:p>
    <w:p>
      <w:pPr>
        <w:spacing w:after="80"/>
      </w:pPr>
      <w:r>
        <w:rPr>
          <w:b w:val="0"/>
          <w:i w:val="0"/>
        </w:rPr>
        <w:t>Năm 1977, nhà báo người Anh David Frost đã dùng kỹ năng phỏng vấn đáng nể của mình để dụ Richard Nixon tiết lộ những sự thật về sự nghiệp tan vỡ của ông mà không ai nghĩ là có thể. Người dẫn chương trình trò chuyện kiêm nhà báo Barbara Walters thường xuyên khiến người được phỏng vấn rơi nước mắt trên truyền hình quốc gia. Nhưng bà làm điều đó theo cách khiến các khách mời xếp hàng để được trò chuyện với bà.</w:t>
      </w:r>
    </w:p>
    <w:p>
      <w:pPr>
        <w:spacing w:after="80"/>
      </w:pPr>
      <w:r>
        <w:rPr>
          <w:b w:val="0"/>
          <w:i w:val="0"/>
        </w:rPr>
        <w:t>Bạn không cần (cũng không muốn) người được phỏng vấn tiết lộ những bí mật đen tối nhất hay suy sụp, nhưng bạn có thể học được điều gì hiệu quả và điều gì không bằng cách quan sát các chuyên gia. Hãy để ý cách họ khai thác từ nhiều góc độ để làm nổi bật những vấn đề cốt lõi. Thường thì họ sẽ hỏi về cơ bản cùng một câu hỏi với cách diễn đạt khác nhau để chốt lại một điểm.</w:t>
      </w:r>
    </w:p>
    <w:p>
      <w:pPr>
        <w:spacing w:after="80"/>
      </w:pPr>
      <w:r>
        <w:rPr>
          <w:b w:val="0"/>
          <w:i w:val="0"/>
        </w:rPr>
        <w:t>Ngoài ra, hãy quan sát cách họ xử lý những người được phỏng vấn miễn cưỡng. Chẳng hạn, các chính trị gia và người phát ngôn của họ nổi tiếng là nói bất cứ điều gì họ muốn, bất kể câu hỏi là gì. Hãy để ý những phương pháp khác nhau mà người phỏng vấn dùng để gợi ra câu trả lời họ muốn. Đôi khi họ đặt câu hỏi trực tiếp. Lúc khác, họ có thể đọc một câu trích dẫn từ chuyên gia khác hoặc một đoạn trong báo cáo để có được câu trả lời không theo kịch bản và đầy tiết lộ.</w:t>
      </w:r>
    </w:p>
    <w:p>
      <w:pPr>
        <w:spacing w:after="80"/>
      </w:pPr>
      <w:r>
        <w:rPr>
          <w:b w:val="0"/>
          <w:i w:val="0"/>
        </w:rPr>
        <w:t>Hãy quan sát người khác để tìm manh mối về điều gì sẽ hiệu quả—hoặc không—với bạn. Tuy nhiên, hãy cẩn thận với người bạn noi theo. Giới truyền thông đầy rẫy những người phỏng vấn kiểu "ném bóng nhẹ" (softball), sẵn sàng chuyển sang chuyện khác ngay khi họ cảm nhận được chút do dự từ khách mời về hướng hỏi của mình.</w:t>
      </w:r>
    </w:p>
    <w:p>
      <w:pPr>
        <w:spacing w:after="80"/>
      </w:pPr>
      <w:r>
        <w:rPr>
          <w:b w:val="0"/>
          <w:i w:val="0"/>
        </w:rPr>
        <w:t>Khi bạn phát triển phong cách riêng của mình, hãy ghi nhớ ba điều. Thứ nhất, một phong cách phỏng vấn duy nhất sẽ không hiệu quả mọi lúc. Bạn cần đánh giá từng tình huống và từng cá nhân trước khi bắt đầu đặt câu hỏi. Vì vậy, việc tìm hiểu càng nhiều càng tốt về người được phỏng vấn trước cuộc gặp là điều hợp lý. Tối thiểu, bạn nên xác định xem người đó sẽ thân thiện hay không hợp tác. Nếu không, bạn có thể bị bất ngờ và ra về mà không có thông tin mình cần.</w:t>
      </w:r>
    </w:p>
    <w:p>
      <w:pPr>
        <w:spacing w:after="80"/>
      </w:pPr>
      <w:r>
        <w:rPr>
          <w:b w:val="0"/>
          <w:i w:val="0"/>
        </w:rPr>
        <w:t>Thứ hai, hãy thân thiện nhưng đừng xu nịnh người đó. Điều đó không có nghĩa là giả dối hay làm ngơ khi bạn không nhận được câu trả lời. Và nó có nghĩa là đừng kiêu ngạo. Rõ ràng, bạn cần những câu trả lời đáp ứng được yêu cầu, và càng sớm càng tốt. Nhưng điều đó không có nghĩa là bạn thúc ép người ta gác lại mọi thứ để gặp bạn ngay lập tức. Hãy nhớ rằng nhu cầu làm công việc của khách hàng lớn hơn nhu cầu thông tin của bạn để hỗ trợ một thương vụ.</w:t>
      </w:r>
    </w:p>
    <w:p>
      <w:pPr>
        <w:spacing w:after="80"/>
      </w:pPr>
      <w:r>
        <w:rPr>
          <w:b w:val="0"/>
          <w:i w:val="0"/>
        </w:rPr>
        <w:t>Quan trọng nhất, đừng chỉ bắt chước người khác. Hãy tìm những kỹ thuật bạn có thể dùng, nhưng tích hợp chúng vào phong cách riêng của bạn. Ý thức mạnh mẽ về bản thân là lý do nhiều người phỏng vấn vĩ đại thành công. Hãy dựa vào những gì phù hợp với tính cách và cách tiếp cận của bạn. Khi rõ ràng rằng bạn thoải mái với phong cách phỏng vấn của mình, khách hàng cũng sẽ thoải mái.</w:t>
      </w:r>
    </w:p>
    <w:p>
      <w:pPr>
        <w:pStyle w:val="Heading1"/>
      </w:pPr>
      <w:r>
        <w:rPr>
          <w:rFonts w:ascii="Calibri" w:hAnsi="Calibri"/>
          <w:b/>
          <w:i w:val="0"/>
          <w:sz w:val="40"/>
        </w:rPr>
        <w:t>Phá băng thật nhanh</w:t>
      </w:r>
    </w:p>
    <w:p>
      <w:pPr>
        <w:spacing w:after="80"/>
      </w:pPr>
      <w:r>
        <w:rPr>
          <w:b w:val="0"/>
          <w:i w:val="0"/>
        </w:rPr>
        <w:t>Mỗi khi bạn gặp một người mua lần đầu, cả hai bên đều có chút bối rối. Sau khi đã trao đổi vài câu xã giao, hãy nhanh chóng cho biết mục đích của bạn. Nêu rõ bất kỳ nguyên tắc cơ bản nào bạn muốn tuân theo, đặc biệt là cách bạn sẽ ghi nguồn thông tin mình thu thập và liệu người được phỏng vấn có cơ hội xem kết quả của bạn trước người khác hay không. Hãy chắc chắn cho người kia cơ hội thay đổi các nguyên tắc. Bằng việc thực hiện bước nhỏ này sớm trong cuộc phỏng vấn, bạn thiết lập tông giọng cho một cuộc thảo luận thẳng thắn.</w:t>
      </w:r>
    </w:p>
    <w:p>
      <w:pPr>
        <w:pStyle w:val="Heading3"/>
      </w:pPr>
      <w:r>
        <w:rPr>
          <w:rFonts w:ascii="Calibri" w:hAnsi="Calibri"/>
          <w:b/>
          <w:i w:val="0"/>
          <w:sz w:val="26"/>
        </w:rPr>
        <w:t xml:space="preserve"> Biết điều bạn chưa biết</w:t>
      </w:r>
    </w:p>
    <w:p>
      <w:pPr>
        <w:spacing w:after="80"/>
      </w:pPr>
      <w:r>
        <w:rPr>
          <w:b w:val="0"/>
          <w:i w:val="0"/>
        </w:rPr>
        <w:t>Trước khi bước vào bất kỳ cuộc phỏng vấn nào, bạn cần một phương pháp chắc chắn để sàng lọc những gì người mua sẽ tuôn ra nhằm đảm bảo bạn có được điều mình cần. Ghi chép giỏi sẽ giúp ích, nhưng chưa đủ để tận dụng tốt nhất thời gian của người đó. Một kỹ thuật đơn giản là suy nghĩ trước về một số giả thuyết có thể giải thích vấn đề của khách hàng. Từ những phán đoán sơ bộ đó, hãy tập hợp các câu hỏi để dẫn dắt cuộc phỏng vấn của bạn. Bạn không giải quyết vấn đề—chỉ đang sắp xếp để tận dụng tối đa cơ hội tìm hiểu chuyện gì đang diễn ra.</w:t>
      </w:r>
    </w:p>
    <w:p>
      <w:pPr>
        <w:spacing w:after="80"/>
      </w:pPr>
      <w:r>
        <w:rPr>
          <w:b w:val="0"/>
          <w:i w:val="0"/>
        </w:rPr>
        <w:t>Việc tạo câu hỏi với các giả thuyết trong đầu cho bạn một cách có hệ thống để phát triển suy nghĩ về hàng loạt nguyên nhân khả dĩ gây ra sự chậm trễ đơn hàng. Trong các cuộc phỏng vấn, hãy kiểm chứng giả thuyết, thu thập sự thật, và bắt đầu thu hẹp lý do gây ra rắc rối.</w:t>
      </w:r>
    </w:p>
    <w:p>
      <w:pPr>
        <w:spacing w:after="80"/>
      </w:pPr>
      <w:r>
        <w:rPr>
          <w:b w:val="0"/>
          <w:i w:val="0"/>
        </w:rPr>
        <w:t>Đừng mong kiểm chứng mọi giả thuyết, và đừng lo nếu bạn có nhiều câu hỏi hơn mức có thể hỏi trong thời gian cho phép. Bạn có thể sẽ tìm ra gốc rễ vấn đề từ lâu trước khi đi hết danh sách này hay danh sách kia. Mục tiêu của bạn nên là mở rộng tâm trí với mọi khả năng trước khi bắt đầu đặt câu hỏi.</w:t>
      </w:r>
    </w:p>
    <w:p>
      <w:pPr>
        <w:spacing w:after="80"/>
      </w:pPr>
      <w:r>
        <w:rPr>
          <w:b w:val="0"/>
          <w:i w:val="0"/>
        </w:rPr>
        <w:t>Ngay cả khi bạn bước vào cuộc phỏng vấn với hàng trang câu hỏi, bạn vẫn sẽ có vài câu bắt buộc phải hỏi trong chồng đó. Có thể bạn cần hiểu việc tái cơ cấu sắp tới sẽ ảnh hưởng thế nào đến công ty, hoặc công ty có kế hoạch gì để phát triển một dòng sản phẩm. Hãy tách những câu hỏi đó ra khỏi những câu khác, và đừng để bị cuốn theo cuộc thảo luận mà quên hỏi chúng.</w:t>
      </w:r>
    </w:p>
    <w:p>
      <w:pPr>
        <w:pStyle w:val="Heading3"/>
      </w:pPr>
      <w:r>
        <w:rPr>
          <w:rFonts w:ascii="Calibri" w:hAnsi="Calibri"/>
          <w:b/>
          <w:i w:val="0"/>
          <w:sz w:val="26"/>
        </w:rPr>
        <w:t>Tiếp cận gần vấn đề</w:t>
      </w:r>
    </w:p>
    <w:p>
      <w:pPr>
        <w:spacing w:after="80"/>
      </w:pPr>
      <w:r>
        <w:rPr>
          <w:b w:val="0"/>
          <w:i w:val="0"/>
        </w:rPr>
        <w:t>Khi bạn lên kế hoạch cho các cuộc phỏng vấn, hãy nhớ rằng những người gần gũi nhất với vấn đề thường có cái nhìn tốt nhất về nó, và họ có thể không phải là những người đang tuyển dụng bạn. Hãy mở rộng tầm nhìn bằng cách tiếp cận vấn đề càng gần càng tốt. Các giám đốc điều hành trên tầng ba mươi tám biết rằng có một vấn đề. Nó xuất hiện thường xuyên trên các báo cáo của họ. Nhưng họ chỉ có cái nhìn từ trên cao. Hãy nói chuyện với những người làm việc trong kho, trên bến bốc hàng, hoặc trên sàn nhà máy để tìm hiểu điều gì thực sự đang diễn ra. Hãy hỏi xin lời khuyên, ý kiến và sự thật. Bạn muốn có sự kết hợp của nhiều ý kiến, từ khắp tổ chức, trước khi bạn đi đến câu trả lời. Đừng bỏ qua bất kỳ ai có thể giúp bạn.</w:t>
      </w:r>
    </w:p>
    <w:p>
      <w:pPr>
        <w:spacing w:after="80"/>
      </w:pPr>
      <w:r>
        <w:rPr>
          <w:b w:val="0"/>
          <w:i w:val="0"/>
        </w:rPr>
        <w:t>Khi bạn quyết định sẽ nói chuyện với ai, hãy thử cách tiếp cận từ dưới lên. Ví dụ, bắt đầu với những người trên sàn sản xuất, rồi từ từ đi lên. Bạn sẽ thu thập được rất nhiều chi tiết theo cách này, nên khi bạn gặp các giám đốc điều hành, bạn sẽ sẵn sàng với những câu hỏi sâu sắc. Cũng đừng cố gắng thúc ép quá trình này. Một số người bán hàng muốn phỏng vấn thật nhanh nhất có thể. Tốc độ rất quan trọng, nhưng sự thấu hiểu phải đặt lên hàng đầu. Nếu bạn thấy mình thực hiện hơn bốn cuộc phỏng vấn một giờ mỗi ngày, thì như vậy là quá nhiều.</w:t>
      </w:r>
    </w:p>
    <w:p>
      <w:pPr>
        <w:pStyle w:val="Heading1"/>
      </w:pPr>
      <w:r>
        <w:rPr>
          <w:rFonts w:ascii="Calibri" w:hAnsi="Calibri"/>
          <w:b/>
          <w:i w:val="0"/>
          <w:sz w:val="40"/>
        </w:rPr>
        <w:t>Chúng ta nên gặp nhau ở đâu?</w:t>
      </w:r>
    </w:p>
    <w:p>
      <w:pPr>
        <w:spacing w:after="80"/>
      </w:pPr>
      <w:r>
        <w:rPr>
          <w:b w:val="0"/>
          <w:i w:val="0"/>
        </w:rPr>
        <w:t>Bạn có thể không phải lúc nào cũng có sự lựa chọn, nhưng nếu có, hãy cố tìm một địa điểm gặp gỡ khác ngoài văn phòng hay không gian làm việc của người được phỏng vấn. Việc xem nơi người đó làm việc rất quan trọng, nhưng có thể không thể có được sự chú ý trọn vẹn của người đó khi ở trong văn phòng. Hãy đề xuất một phòng họp, quán cà phê, hoặc một địa điểm nào đó mà cả hai đều có thể thư giãn và tập trung vào cuộc gặp, không bị gián đoạn.</w:t>
      </w:r>
    </w:p>
    <w:p>
      <w:pPr>
        <w:pStyle w:val="Heading3"/>
      </w:pPr>
      <w:r>
        <w:rPr>
          <w:rFonts w:ascii="Calibri" w:hAnsi="Calibri"/>
          <w:b/>
          <w:i w:val="0"/>
          <w:sz w:val="26"/>
        </w:rPr>
        <w:t>Tránh sai lầm này</w:t>
      </w:r>
    </w:p>
    <w:p>
      <w:pPr>
        <w:spacing w:after="80"/>
      </w:pPr>
      <w:r>
        <w:rPr>
          <w:b w:val="0"/>
          <w:i w:val="0"/>
        </w:rPr>
        <w:t>Lật giở những ghi chú phỏng vấn của mình, Eric nhìn chằm chằm vào những dòng kẻ, mũi tên và từ khóa chi chít trên các trang giấy. Nhưng anh cảm thấy mình đang bỏ lỡ một điều gì đó quan trọng. Trong cuộc phỏng vấn, anh chắc chắn đã học được rất nhiều, nhưng anh không có đủ chi tiết. Từ thông tin mình có, anh không thể dựng nên một bức tranh hoàn chỉnh về lĩnh vực trách nhiệm của người được phỏng vấn, điều mà anh biết mình cần phải có.</w:t>
      </w:r>
    </w:p>
    <w:p>
      <w:pPr>
        <w:spacing w:after="80"/>
      </w:pPr>
      <w:r>
        <w:rPr>
          <w:b w:val="0"/>
          <w:i w:val="0"/>
        </w:rPr>
        <w:t>Tình huống khó xử của Eric là chuyện thường gặp. Bạn cảm thấy hài lòng khi kết thúc một cuộc phỏng vấn, nhưng sau đó lại phát hiện những lỗ hổng trong thông tin mình cần. Nhiều người được phỏng vấn giữ cuộc trò chuyện ở mức độ khái quát vì sợ làm bạn ngập trong chi tiết hoặc phải dành cả buổi chiều để giải thích từng sắc thái nhỏ nhất cho bạn. Trách nhiệm của bạn là tìm ra điểm cân bằng giữa những điều chung chung và những chi tiết vụn vặt. Đôi khi bạn cần những chi tiết nhỏ nhất để hiểu những vấn đề lớn nhất, nếu không bạn sẽ phải quay lại hỏi những câu hỏi tiếp theo quá hiển nhiên.</w:t>
      </w:r>
    </w:p>
    <w:p>
      <w:pPr>
        <w:spacing w:after="80"/>
      </w:pPr>
      <w:r>
        <w:rPr>
          <w:b w:val="0"/>
          <w:i w:val="0"/>
        </w:rPr>
        <w:t>Hãy là một người lắng nghe chủ động trong suốt các cuộc phỏng vấn của bạn. Đặt câu hỏi, lắng nghe câu trả lời, rồi hỏi tiếp. Khi bạn đặt một câu hỏi, hãy lặng lẽ chờ đợi câu trả lời; đừng cảm thấy phải xen vào để lấp đầy khoảng im lặng. Hãy hỏi xin dữ liệu, câu chuyện và ví dụ để hỗ trợ cho những luận điểm mà người được phỏng vấn đang đưa ra. Khi bạn nghi ngờ về các sự thật hay khẳng định, hãy tìm cách làm rõ. Kiểm tra xem có những người khác mà bạn có thể nói chuyện để hiểu rõ hơn những gì bạn đang nghe hay không.</w:t>
      </w:r>
    </w:p>
    <w:p>
      <w:pPr>
        <w:spacing w:after="80"/>
      </w:pPr>
      <w:r>
        <w:rPr>
          <w:b w:val="0"/>
          <w:i w:val="0"/>
        </w:rPr>
        <w:t>Những sự thật chưa được xác minh có thể biến một đề xuất bán hàng đầy hứa hẹn thành một cơn ác mộng, đặc biệt nếu những sự thật đó hóa ra là sai. Hãy nhớ câu nói cũ: "Khi còn nghi ngờ, hãy bỏ nó ra." Không chỉ một đội bán hàng đã học được bài học này theo cách đau đớn. Điều cuối cùng bạn muốn là người mua phớt lờ đề xuất của bạn và bắt bạn phải chịu trách nhiệm về những sự thật gây tranh cãi. Nếu người mua thách thức và bác bỏ dù chỉ một sự thật, tất cả công sức của bạn có thể sụp đổ trong tích tắc. Giải pháp: Xác minh mọi thứ bằng hai nguồn. Bạn nên hoan nghênh những cuộc thảo luận sôi nổi với khách hàng về các giải pháp, nhưng những tranh cãi về sự thật sẽ khiến mọi người xao nhãng khỏi mục tiêu. Hãy đảm bảo mọi khẳng định đều có thể chịu được sự soi xét của người mua, nếu không hãy bỏ nó ra khỏi đề xuất của bạn.</w:t>
      </w:r>
    </w:p>
    <w:p>
      <w:pPr>
        <w:spacing w:after="80"/>
      </w:pPr>
      <w:r>
        <w:rPr>
          <w:b w:val="0"/>
          <w:i w:val="0"/>
        </w:rPr>
        <w:t>Trước khi bạn coi bất kỳ cuộc phỏng vấn nào là hoàn tất, hãy kiểm tra ghi chú của mình và đảm bảo bạn đã có những câu trả lời thiết yếu đó. Và, ngay cả khi bạn không còn chút nghi ngờ nào về điều đó, hãy xin phép được gọi điện với những câu hỏi tiếp theo. Hầu hết mọi người sẽ đồng ý, nên nếu bạn cần gọi thì sẽ không có gì bất ngờ.</w:t>
      </w:r>
    </w:p>
    <w:p>
      <w:pPr>
        <w:pStyle w:val="Heading1"/>
      </w:pPr>
      <w:r>
        <w:rPr>
          <w:rFonts w:ascii="Calibri" w:hAnsi="Calibri"/>
          <w:b/>
          <w:i w:val="0"/>
          <w:sz w:val="40"/>
        </w:rPr>
        <w:t>Mất hút trong dịch thuật</w:t>
      </w:r>
    </w:p>
    <w:p>
      <w:pPr>
        <w:spacing w:after="80"/>
      </w:pPr>
      <w:r>
        <w:rPr>
          <w:b w:val="0"/>
          <w:i w:val="0"/>
        </w:rPr>
        <w:t>Khi bạn bước vào thế giới của khách hàng, hãy chuẩn bị tinh thần rằng tiếng lóng sẽ bay tứ tung. Mỗi tổ chức đều dùng cách nói tắt riêng của mình, và hầu hết mọi người không hoàn toàn ý thức về điều đó. Đừng coi bất cứ điều gì là hiển nhiên. Nếu một thuật ngữ hay từ viết tắt nào đó không quen thuộc, hãy hỏi xin phần dịch nghĩa. Và hãy cẩn thận với việc bạn dùng tiếng lóng của chính mình. Khi cả người mua lẫn người bán đều dùng tiếng lóng riêng của mình, những hiểu lầm chắc chắn sẽ xảy ra.</w:t>
      </w:r>
    </w:p>
    <w:p>
      <w:pPr>
        <w:pStyle w:val="Heading3"/>
      </w:pPr>
      <w:r>
        <w:rPr>
          <w:rFonts w:ascii="Calibri" w:hAnsi="Calibri"/>
          <w:b/>
          <w:i w:val="0"/>
          <w:sz w:val="26"/>
        </w:rPr>
        <w:t>Đừng vội chào hàng</w:t>
      </w:r>
    </w:p>
    <w:p>
      <w:pPr>
        <w:spacing w:after="80"/>
      </w:pPr>
      <w:r>
        <w:rPr>
          <w:b w:val="0"/>
          <w:i w:val="0"/>
        </w:rPr>
        <w:t>Khi bạn ngồi đối diện với một người mua tiềm năng, chủ đề về bạn và các dịch vụ của bạn sẽ được nhắc đến. Phần lớn thời gian, người mua hỏi về những gì bạn có thể làm trước khi bạn bắt đầu một cuộc phỏng vấn. Tất nhiên bạn phải trả lời, nhưng hãy giữ phần "quảng cáo" của mình ngắn gọn; những gì bạn nói và cách bạn nói có thể làm nên hoặc phá hỏng sự thành công của cuộc phỏng vấn.</w:t>
      </w:r>
    </w:p>
    <w:p>
      <w:pPr>
        <w:spacing w:after="80"/>
      </w:pPr>
      <w:r>
        <w:rPr>
          <w:b w:val="0"/>
          <w:i w:val="0"/>
        </w:rPr>
        <w:t>Một huấn luyện viên bán hàng có thể nói với bạn rằng những câu hỏi và phản đối của khách hàng là tín hiệu mua hàng, mà bạn nên nắm bắt ngay lập tức. Nhưng đôi khi, những câu hỏi và lo ngại chỉ đơn thuần là như vậy, không phải là đèn xanh để bạn tung ra đòn tấn công toàn lực. Những phản đối cho thấy khách hàng đang lo lắng về điều gì; chúng có thể là ngược lại với tín hiệu mua hàng và chỉ ra những trở ngại nghiêm trọng cho việc bán hàng.</w:t>
      </w:r>
    </w:p>
    <w:p>
      <w:pPr>
        <w:spacing w:after="80"/>
      </w:pPr>
      <w:r>
        <w:rPr>
          <w:b w:val="0"/>
          <w:i w:val="0"/>
        </w:rPr>
        <w:t>Những người phỏng vấn giỏi nhất luôn tập trung vào nhiệm vụ và kìm chế ham muốn bán hàng. Thay vào đó, hãy bắt đầu hợp tác với khách hàng ngay từ đầu mỗi cuộc phỏng vấn. Hãy lái cuộc trò chuyện ra khỏi bản thân bạn, các dịch vụ của bạn và công ty của bạn để giải quyết các chi tiết về vấn đề của khách hàng. Bạn có thể nghĩ về các cuộc phỏng vấn khách hàng như một vùng phi quân sự của việc bán hàng—không được phép chào hàng trực tiếp. Bằng cách đó, người mua sẽ có thể đánh giá cách bạn làm việc. Chất lượng của những câu hỏi và hiểu biết sâu sắc của bạn sẽ làm tăng nhận thức của khách hàng về năng lực của bạn và củng cố mối quan hệ.</w:t>
      </w:r>
    </w:p>
    <w:p>
      <w:pPr>
        <w:spacing w:after="80"/>
      </w:pPr>
      <w:r>
        <w:rPr>
          <w:b w:val="0"/>
          <w:i w:val="0"/>
        </w:rPr>
        <w:t xml:space="preserve">Dù mục tiêu của bạn là trao đổi ngang hàng, hãy để khách hàng nói phần lớn thời gian. Vậy bạn nên làm gì? Hãy lên kế hoạch chứng minh bản thân qua mức độ liên quan của những nhận xét, chứ không phải bằng việc giành quyền phát biểu. Và hãy lắng nghe một cách chủ động để bạn </w:t>
      </w:r>
      <w:r>
        <w:rPr>
          <w:b w:val="0"/>
          <w:i/>
        </w:rPr>
        <w:t>nghe</w:t>
      </w:r>
      <w:r>
        <w:rPr>
          <w:b w:val="0"/>
          <w:i w:val="0"/>
        </w:rPr>
        <w:t xml:space="preserve"> được điều khách hàng đang nói. Theo báo cáo gần đây của RainToday.com, </w:t>
      </w:r>
      <w:r>
        <w:rPr>
          <w:b w:val="0"/>
          <w:i/>
        </w:rPr>
        <w:t>How Clients Buy</w:t>
      </w:r>
      <w:r>
        <w:rPr>
          <w:b w:val="0"/>
          <w:i w:val="0"/>
        </w:rPr>
        <w:t>, người mua cho rằng người bán dịch vụ lắng nghe không giỏi lắm: Trong số người được khảo sát, 38 phần trăm nêu “Nhà cung cấp dịch vụ không lắng nghe tôi” là một vấn đề lớn với người bán. Và 55 phần trăm người mua nói họ sẽ “có khả năng cao hơn nhiều” cân nhắc thuê nhà cung cấp nếu người đó lắng nghe tốt hơn.</w:t>
      </w:r>
    </w:p>
    <w:p>
      <w:pPr>
        <w:spacing w:after="80"/>
      </w:pPr>
      <w:r>
        <w:rPr>
          <w:b w:val="0"/>
          <w:i w:val="0"/>
        </w:rPr>
        <w:t>Bạn không nhất thiết chỉ dựa vào việc gật đầu và phát ra những âm thanh phù hợp để cho người mua biết bạn đang lắng nghe. Hãy làm rõ và tóm tắt những gì bạn nghe được. Ghi chú những điểm quan trọng. Đảm bảo bạn có một cách đáng tin cậy để nắm bắt những chi tiết có thể quan trọng về sau. Đặt những câu hỏi khiến người đối diện suy nghĩ về vấn đề theo những cách mới. Bám sát các vấn đề, đừng vội thuyết trình giải pháp của bạn, và hãy lắng nghe. Những hành động đó sẽ giúp xây một cây cầu tin cậy giữa bạn và người mua, thúc đẩy thương vụ tiến lên.</w:t>
      </w:r>
    </w:p>
    <w:p>
      <w:pPr>
        <w:pStyle w:val="Heading3"/>
      </w:pPr>
      <w:r>
        <w:rPr>
          <w:rFonts w:ascii="Calibri" w:hAnsi="Calibri"/>
          <w:b/>
          <w:i w:val="0"/>
          <w:sz w:val="26"/>
        </w:rPr>
        <w:t>Bắt đầu với 10 câu hỏi tốt nhất của bạn</w:t>
      </w:r>
    </w:p>
    <w:p>
      <w:pPr>
        <w:spacing w:after="80"/>
      </w:pPr>
      <w:r>
        <w:rPr>
          <w:b w:val="0"/>
          <w:i w:val="0"/>
        </w:rPr>
        <w:t>Khi bạn đối mặt với một buổi phỏng vấn khách hàng về một vấn đề kinh doanh phức tạp, cách tốt nhất để khơi ra thông tin bạn cần nhằm hiểu thấu thách thức đó là gì? Nếu bạn đã chuẩn bị kỹ, có lẽ bạn có một danh sách dài những câu hỏi khả dĩ. Nhưng hãy bước vào với 10 câu hỏi (hoặc ít hơn) được thiết kế trước mà bạn tin rằng sẽ gợi ra thông tin bạn cần và gợi mở thêm những câu hỏi bổ sung.</w:t>
      </w:r>
    </w:p>
    <w:p>
      <w:pPr>
        <w:spacing w:after="80"/>
      </w:pPr>
      <w:r>
        <w:rPr>
          <w:b w:val="0"/>
          <w:i w:val="0"/>
        </w:rPr>
        <w:t>Mười câu hỏi không phải là một giới hạn nghiêm ngặt, mà là một nguyên tắc định hướng để thu hẹp suy nghĩ của bạn khi buổi phỏng vấn bắt đầu. Sau vài phút trò chuyện với một người, bạn thường có thể cảm nhận được người đó có thể và không thể trả lời những câu hỏi nào. Vì vậy, chọn đúng 10 câu hỏi nghĩa là nhắm những câu hỏi của bạn vào các lĩnh vực mà bạn tin rằng người đó hiểu rõ nhất. Và sau đó, đừng làm câu hỏi của bạn phức tạp đến mức buổi phỏng vấn biến thành một cuộc dạo chơi lan man.</w:t>
      </w:r>
    </w:p>
    <w:p>
      <w:pPr>
        <w:spacing w:after="80"/>
      </w:pPr>
      <w:r>
        <w:rPr>
          <w:b w:val="0"/>
          <w:i w:val="0"/>
        </w:rPr>
        <w:t>Thay vào đó, hãy bắt đầu bằng các sự kiện. Phần lớn, những câu hỏi dựa trên sự kiện (ví dụ: “Có bao nhiêu người làm việc cho bạn?” “Có bao nhiêu sản phẩm trong bộ phận châu Âu?”) giúp buổi phỏng vấn khởi động theo cách không gây đe dọa. Bạn bắt đầu thiết lập mối quan hệ và định nhịp cho buổi phỏng vấn bằng cách mở đầu với những câu hỏi mang tính sự kiện, dễ trả lời. Hãy coi phần thông tin nền này như nền móng cho câu chuyện bạn đang xây dựng về sau.</w:t>
      </w:r>
    </w:p>
    <w:p>
      <w:pPr>
        <w:pStyle w:val="Heading1"/>
      </w:pPr>
      <w:r>
        <w:rPr>
          <w:rFonts w:ascii="Calibri" w:hAnsi="Calibri"/>
          <w:b/>
          <w:i w:val="0"/>
          <w:sz w:val="40"/>
        </w:rPr>
        <w:t>Kiểm tra tính hợp lý: Có thật là có câu hỏi ngớ ngẩn</w:t>
      </w:r>
    </w:p>
    <w:p>
      <w:pPr>
        <w:spacing w:after="80"/>
      </w:pPr>
      <w:r>
        <w:rPr>
          <w:b w:val="0"/>
          <w:i w:val="0"/>
        </w:rPr>
        <w:t>Lẽ thường mách bảo chúng ta rằng không có cái gọi là câu hỏi ngớ ngẩn. Người ta cho rằng câu hỏi ngớ ngẩn duy nhất là câu bạn có nhưng không hỏi. Trong các buổi phỏng vấn khách hàng, bạn có thể thoát được khi hỏi những câu ngớ ngẩn—đến một mức nào đó. Nhưng tốt hơn bạn nên học nhanh, nếu không bạn sẽ bị loại khỏi cuộc đua. Khách hàng kỳ vọng bạn học nhanh, và họ sẽ đánh giá bạn trên cơ sở đó. Nếu độ sâu trong các câu hỏi của bạn không tăng lên theo từng câu, đừng mong khách hàng trao thương vụ cho bạn. Hãy học cách đặt những câu hỏi sơ đẳng một cách thông minh, và giới hạn chúng ở mức ít nhất có thể.</w:t>
      </w:r>
    </w:p>
    <w:p>
      <w:pPr>
        <w:spacing w:after="80"/>
      </w:pPr>
      <w:r>
        <w:rPr>
          <w:b w:val="0"/>
          <w:i w:val="0"/>
        </w:rPr>
        <w:t>Tất nhiên, bạn cần nhiều hơn hẳn phần thông tin nền để thiết kế một giải pháp và chuẩn bị một đề xuất bán hàng hấp dẫn. Khi đã nắm được những điều cơ bản, hãy chuyển sang chế độ giải thích để làm rõ thách thức mà khách hàng đang đối mặt. Giả sử, ví dụ, khách hàng của bạn muốn đảo ngược đà sụt giảm trong việc giữ chân nhân viên tài năng cao. Những câu hỏi ban đầu của bạn có thể tương tự như sau: “Tỷ lệ giữ chân hiện tại đối với người tài năng cao là bao nhiêu?” “Xu hướng đó đã thay đổi như thế nào theo thời gian?” “Chiến lược của bạn để giữ những nhân viên giỏi nhất là gì?”</w:t>
      </w:r>
    </w:p>
    <w:p>
      <w:pPr>
        <w:spacing w:after="80"/>
      </w:pPr>
      <w:r>
        <w:rPr>
          <w:b w:val="0"/>
          <w:i w:val="0"/>
        </w:rPr>
        <w:t>Từ đó, hãy khám phá vì sao các vấn đề giữ chân nhân viên tồn tại. Mức lương cho những người có thành tích hàng đầu so với những người khác trong ngành như thế nào? Điểm số hài lòng của nhân viên có giảm không? Xu hướng phân bổ tiền thưởng ra sao? Có lựa chọn lộ trình sự nghiệp mới nào cho nhân viên không? Những giả thuyết bạn tạo ra trước cuộc gặp nên định hướng cho các câu hỏi giải thích của bạn. Những câu trả lời bạn nhận được có thể loại bỏ hoặc xác nhận các giả thuyết của bạn, hoặc có thể thêm những giả thuyết mới.</w:t>
      </w:r>
    </w:p>
    <w:p>
      <w:pPr>
        <w:spacing w:after="80"/>
      </w:pPr>
      <w:r>
        <w:rPr>
          <w:b w:val="0"/>
          <w:i w:val="0"/>
        </w:rPr>
        <w:t>Ngoài việc gợi ra những câu trả lời mang tính sự kiện, bạn cũng nên khai thác trải nghiệm của người được phỏng vấn để xây dựng một câu chuyện tốt hơn và tận dụng tối đa mọi kiến thức mà người đó có. Khi bạn đã đi qua những nhận thức của người đó về các sự kiện, hãy chuyển sang những câu hỏi đánh giá và hình dung.</w:t>
      </w:r>
    </w:p>
    <w:p>
      <w:pPr>
        <w:spacing w:after="80"/>
      </w:pPr>
      <w:r>
        <w:rPr>
          <w:b w:val="0"/>
          <w:i w:val="0"/>
        </w:rPr>
        <w:t>Những câu hỏi đánh giá cho phép bạn tìm hiểu ý kiến và sự đánh giá của mọi người về các sự kiện. Bạn có thể tiếp cận những ý kiến này theo hai cách chính: trực tiếp hoặc bằng một tiền đề ở ngôi thứ ba. Những câu hỏi đánh giá trực tiếp hỏi quan điểm cá nhân của khách hàng. Bạn có thể hỏi: “Vì sao bạn tin rằng một số người tài năng cao đã rời công ty?” Hoặc, “Vì sao bạn nghĩ những người bạn biết lại chọn ở lại?” Hãy giữ những câu hỏi đánh giá trực tiếp của bạn ở dạng mở, nhưng cụ thể. Tránh hỏi quá nhiều thứ cùng một lúc (ví dụ: “Bạn có thể kể ra bảy lý do vì sao những người giỏi nhất rời đi không?”). Nhiều người được phỏng vấn sẽ mất mạch suy nghĩ của chính mình khi cố trả lời những câu hỏi có phạm vi quá rộng.</w:t>
      </w:r>
    </w:p>
    <w:p>
      <w:pPr>
        <w:spacing w:after="80"/>
      </w:pPr>
      <w:r>
        <w:rPr>
          <w:b w:val="0"/>
          <w:i w:val="0"/>
        </w:rPr>
        <w:t>Thường thì bạn thu được nhiều hơn nữa khi đặt những câu hỏi đánh giá yêu cầu mọi người bước ra khỏi vai trò của họ và nhìn vấn đề từ góc nhìn của người khác. Bạn có thể hỏi: “Nếu bạn là một trong những cá nhân tài năng cao đang cân nhắc rời công ty, vì sao bạn sẽ chọn ở lại hoặc ra đi?” Đôi khi, mọi người thẳng thắn hơn khi thảo luận vấn đề từ góc nhìn ngôi thứ ba, nên hãy sẵn sàng với một vài câu hỏi kiểu đó. Tuy nhiên, trước khi dùng chúng, hãy đánh giá xem người được phỏng vấn có cởi mở với hướng hỏi này không. Không ít người bán đã hỏi một câu như vậy và nhận được câu trả lời: “Tôi biết thế nào được? Hãy tự đi hỏi người đó đi.”</w:t>
      </w:r>
    </w:p>
    <w:p>
      <w:pPr>
        <w:spacing w:after="80"/>
      </w:pPr>
      <w:r>
        <w:rPr>
          <w:b w:val="0"/>
          <w:i w:val="0"/>
        </w:rPr>
        <w:t>Một lựa chọn khác cho các câu hỏi đánh giá là kiểu so sánh và đối chiếu, yêu cầu người đó đánh giá một khía cạnh nào đó của vấn đề bằng cách so sánh tình trạng hiện tại với kết quả trong quá khứ. Hãy dùng cách tiếp cận này để cảm nhận xem người mua nghĩ vấn đề cấp bách đến mức nào. Bạn có thể hỏi: “Nếu bạn nhìn vào kết quả giữ chân nhân tài hàng đầu của công ty mình hôm nay, bạn sẽ so sánh và đối chiếu nó với kết quả của mình ở chỉ số này ba năm trước như thế nào?”</w:t>
      </w:r>
    </w:p>
    <w:p>
      <w:pPr>
        <w:spacing w:after="80"/>
      </w:pPr>
      <w:r>
        <w:rPr>
          <w:b w:val="0"/>
          <w:i w:val="0"/>
        </w:rPr>
        <w:t>Khi bạn đã thu thập được những ý tưởng về lý do vấn đề tồn tại, hãy đưa câu hỏi của bạn lên cấp độ tiếp theo—hình dung. Hãy yêu cầu người được phỏng vấn suy ngẫm về vấn đề, đưa ra ý kiến về những giải pháp tiềm năng, và suy đoán về những khả năng trong tương lai. Hãy kích thích suy nghĩ về tương lai bằng những câu hỏi như: “Nếu hai năm nữa chúng ta ngồi đây thảo luận về sáng kiến này, chúng ta sẽ nói rằng đâu là quyết định tốt nhất của mình?”</w:t>
      </w:r>
    </w:p>
    <w:p>
      <w:pPr>
        <w:pStyle w:val="Heading1"/>
      </w:pPr>
      <w:r>
        <w:rPr>
          <w:rFonts w:ascii="Calibri" w:hAnsi="Calibri"/>
          <w:b/>
          <w:i w:val="0"/>
          <w:sz w:val="40"/>
        </w:rPr>
        <w:t>Những câu hỏi hình dung</w:t>
      </w:r>
    </w:p>
    <w:p>
      <w:pPr>
        <w:spacing w:after="80"/>
      </w:pPr>
      <w:r>
        <w:rPr>
          <w:b w:val="0"/>
          <w:i w:val="0"/>
        </w:rPr>
        <w:t>Những câu hỏi hình dung hay sẽ yêu cầu người bạn phỏng vấn tưởng tượng mình đang nhìn lại dự án từ tương lai. Ví dụ:</w:t>
      </w:r>
    </w:p>
    <w:p>
      <w:pPr>
        <w:spacing w:after="80"/>
      </w:pPr>
      <w:r>
        <w:rPr>
          <w:b w:val="0"/>
          <w:i w:val="0"/>
        </w:rPr>
        <w:t>Nếu sau hai năm bạn nhìn lại, bạn sẽ nói điều gì . . .</w:t>
      </w:r>
    </w:p>
    <w:p>
      <w:pPr>
        <w:jc w:val="center"/>
      </w:pPr>
      <w:r>
        <w:drawing>
          <wp:inline xmlns:a="http://schemas.openxmlformats.org/drawingml/2006/main" xmlns:pic="http://schemas.openxmlformats.org/drawingml/2006/picture">
            <wp:extent cx="3943350" cy="1095375"/>
            <wp:docPr id="6" name="Picture 6"/>
            <wp:cNvGraphicFramePr>
              <a:graphicFrameLocks noChangeAspect="1"/>
            </wp:cNvGraphicFramePr>
            <a:graphic>
              <a:graphicData uri="http://schemas.openxmlformats.org/drawingml/2006/picture">
                <pic:pic>
                  <pic:nvPicPr>
                    <pic:cNvPr id="0" name="00005.png"/>
                    <pic:cNvPicPr/>
                  </pic:nvPicPr>
                  <pic:blipFill>
                    <a:blip r:embed="rId14"/>
                    <a:stretch>
                      <a:fillRect/>
                    </a:stretch>
                  </pic:blipFill>
                  <pic:spPr>
                    <a:xfrm>
                      <a:off x="0" y="0"/>
                      <a:ext cx="3943350" cy="1095375"/>
                    </a:xfrm>
                    <a:prstGeom prst="rect"/>
                  </pic:spPr>
                </pic:pic>
              </a:graphicData>
            </a:graphic>
          </wp:inline>
        </w:drawing>
      </w:r>
    </w:p>
    <w:p>
      <w:pPr>
        <w:spacing w:after="80"/>
      </w:pPr>
      <w:r>
        <w:rPr>
          <w:b w:val="0"/>
          <w:i w:val="0"/>
        </w:rPr>
        <w:t>Việc phóng chiếu vào tương lai mang lại một cái nhìn thoáng qua về kỳ vọng của người mua đối với giá trị từ dịch vụ mà bạn đang thảo luận. Ví dụ, bạn có thể hỏi: "Nếu hai năm nữa chúng ta thảo luận về dự án này, chúng ta sẽ nói rằng lợi ích lớn nhất mà bạn đạt được là gì?" Hãy dùng trí tưởng tượng của bạn để nghĩ ra những câu hỏi sâu sắc, dựa trên tương lai, thách thức khách hàng của bạn suy nghĩ về vấn đề và giải pháp của nó. Đừng nhầm lẫn những câu hỏi này với những câu hỏi bán hàng chung chung như "Điều gì khiến bạn mất ngủ mỗi đêm?" Thay vào đó, hãy nghiên cứu những giả thuyết ban đầu của bạn về vấn đề của khách hàng để tạo ra những câu hỏi hữu ích, dựa trên tương lai.</w:t>
      </w:r>
    </w:p>
    <w:p>
      <w:pPr>
        <w:spacing w:after="80"/>
      </w:pPr>
      <w:r>
        <w:rPr>
          <w:b w:val="0"/>
          <w:i w:val="0"/>
        </w:rPr>
        <w:t>Để kết thúc một cuộc phỏng vấn, hãy cân nhắc một câu hỏi hình dung cuối cùng nhằm đặt quan điểm của khách hàng vào đúng bối cảnh và có thể khơi gợi những hiểu biết mới. Hãy đặt một câu hỏi "một điều duy nhất", mà bạn có thể hỏi theo bất kỳ cách nào. Ví dụ, nếu bạn đang dự đoán một giai đoạn chuyển đổi khó khăn, bạn có thể hỏi: "Nếu bạn có thể cho tôi một lời khuyên về việc quản lý sự thay đổi trong tổ chức của bạn, thì đó sẽ là gì?" Hoặc có thể mục tiêu của bạn là giảm chi phí trong khi vẫn duy trì tinh thần làm việc nhóm. Trong trường hợp đó, bạn có thể hỏi: "Nếu bạn có một lời khuyên để cân bằng giữa nhu cầu cắt giảm chi phí và ưu tiên duy trì năng suất cao, thì đó sẽ là gì?"</w:t>
      </w:r>
    </w:p>
    <w:p>
      <w:pPr>
        <w:spacing w:after="80"/>
      </w:pPr>
      <w:r>
        <w:rPr>
          <w:b w:val="0"/>
          <w:i w:val="0"/>
        </w:rPr>
        <w:t>Khi bạn đặt một câu hỏi "một điều duy nhất", có lẽ bạn sẽ nhận được nhiều hơn một câu trả lời—ít nhất là từ hầu hết mọi người. Nhưng hãy để người đó nói. Kết thúc cuộc phỏng vấn theo cách này khiến người đó tập trung vào chủ đề. Hãy để bút chì sẵn trong tay, vì bạn sẽ nhận được một số câu trả lời tiết lộ với những câu hỏi này.</w:t>
      </w:r>
    </w:p>
    <w:p>
      <w:pPr>
        <w:spacing w:after="80"/>
      </w:pPr>
      <w:r>
        <w:rPr>
          <w:b w:val="0"/>
          <w:i w:val="0"/>
        </w:rPr>
        <w:t>Có hàng tá biến thể của các câu hỏi phỏng vấn khách hàng, vì vậy hãy mở vòi sáng tạo của bạn và để nó chảy. Hãy nhớ rằng, nếu bạn chỉ khám phá ra một sắc thái nhỏ về nhiệm vụ được đề xuất, dù là về vấn đề cụ thể hay những rào cản tiềm ẩn để hoàn thành dự án, bạn đã có cơ sở để tạo ra một đề xuất khác biệt và thắng lợi. Và điều đó khiến công việc khó khăn là chuẩn bị cho một cuộc phỏng vấn trở nên xứng đáng với mọi nỗ lực của bạn.</w:t>
      </w:r>
    </w:p>
    <w:p>
      <w:pPr>
        <w:spacing w:after="80"/>
      </w:pPr>
      <w:r>
        <w:rPr>
          <w:b w:val="0"/>
          <w:i w:val="0"/>
        </w:rPr>
        <w:t>Có lẽ thách thức lớn nhất mà bạn phải đối mặt trong các cuộc phỏng vấn khách hàng là chắc chắn rằng bạn đã thực sự tìm ra nguyên nhân của vấn đề và rằng bạn có thể xử lý nó, hoặc quan trọng hơn, rằng vấn đề mà người mua muốn bạn giải quyết thực sự chính là rắc rối thật sự.</w:t>
      </w:r>
    </w:p>
    <w:p>
      <w:pPr>
        <w:pStyle w:val="Heading1"/>
      </w:pPr>
      <w:r>
        <w:rPr>
          <w:rFonts w:ascii="Calibri" w:hAnsi="Calibri"/>
          <w:b/>
          <w:i w:val="0"/>
          <w:sz w:val="40"/>
        </w:rPr>
        <w:t>CHƯƠNG 4</w:t>
      </w:r>
    </w:p>
    <w:p>
      <w:pPr>
        <w:pStyle w:val="Heading1"/>
      </w:pPr>
      <w:r>
        <w:rPr>
          <w:rFonts w:ascii="Calibri" w:hAnsi="Calibri"/>
          <w:b/>
          <w:i w:val="0"/>
          <w:sz w:val="40"/>
        </w:rPr>
        <w:t xml:space="preserve"> Khám phá vấn đề thật sự</w:t>
      </w:r>
    </w:p>
    <w:p>
      <w:pPr>
        <w:spacing w:after="80"/>
      </w:pPr>
      <w:r>
        <w:rPr>
          <w:b w:val="0"/>
          <w:i/>
        </w:rPr>
        <w:t>—Bertrand Russell</w:t>
      </w:r>
    </w:p>
    <w:p>
      <w:pPr>
        <w:spacing w:after="80"/>
      </w:pPr>
      <w:r>
        <w:rPr>
          <w:b w:val="0"/>
          <w:i w:val="0"/>
        </w:rPr>
        <w:t>Các công ty dịch vụ chuyên nghiệp bán khả năng của họ để giúp phát triển hoạt động kinh doanh của khách hàng, dù điều đó có nghĩa là giải quyết một vấn đề hay hỗ trợ một sáng kiến để nâng cao hiệu suất. Nhưng sự tăng trưởng có lợi nhuận của chính họ phụ thuộc vào việc giải quyết những vấn đề thật sự, chứ không chỉ những vấn đề được nhận thức. Nhiều khách hàng giỏi trong việc chẩn đoán vấn đề của chính họ và thực hiện phân tích sâu rộng trước khi tìm kiếm sự giúp đỡ từ bên ngoài. Nhưng thường thì họ nhầm lẫn và vô tình dẫn dắt người bán, và chính họ, vào một ngõ cụt.</w:t>
      </w:r>
    </w:p>
    <w:p>
      <w:pPr>
        <w:spacing w:after="80"/>
      </w:pPr>
      <w:r>
        <w:rPr>
          <w:b w:val="0"/>
          <w:i w:val="0"/>
        </w:rPr>
        <w:t>Lấy ví dụ về các giám đốc điều hành của một công ty dịch vụ tài chính, những người đổ lỗi cho điểm hài lòng khách hàng kém là do thiếu thông tin chính xác về tài khoản của khách hàng. Sau khi nghiên cứu vấn đề, các giám đốc điều hành kết luận rằng một cuộc đại tu hệ thống thông tin phức tạp của họ sẽ giải quyết vấn đề và đưa thông tin họ cần lên màn hình máy tính của họ. Thêm vào đó, việc đầu tư vào công nghệ mới sẽ cho phép công ty giảm chi tiêu cho nhân viên đắt đỏ đã hỗ trợ các hệ thống thông tin cũ hơn.</w:t>
      </w:r>
    </w:p>
    <w:p>
      <w:pPr>
        <w:spacing w:after="80"/>
      </w:pPr>
      <w:r>
        <w:rPr>
          <w:b w:val="0"/>
          <w:i w:val="0"/>
        </w:rPr>
        <w:t>Giải pháp có vẻ rất đơn giản. Và một số nhà cung cấp dịch vụ đã đứng ra đề nghị dịch vụ của họ để biến giải pháp được đề xuất thành hiện thực. Tuy nhiên, một người bán và nhóm của cô ấy đã nhìn nhận vấn đề một cách khách quan hơn thông qua một loạt cuộc phỏng vấn với các quản lý chủ chốt của khách hàng. Họ tìm thấy nhiều bằng chứng ủng hộ kết luận của các giám đốc điều hành rằng hiện đại hóa hệ thống là hướng đi đúng. Nhưng họ cũng nghe được từ một số chuyên gia nội bộ có ý kiến bất đồng, những người thường lảng vảng trong hầu hết các tổ chức.</w:t>
      </w:r>
    </w:p>
    <w:p>
      <w:pPr>
        <w:spacing w:after="80"/>
      </w:pPr>
      <w:r>
        <w:rPr>
          <w:b w:val="0"/>
          <w:i w:val="0"/>
        </w:rPr>
        <w:t>Sau khi cân nhắc tính xác đáng của những ý kiến khác biệt và hoàn thành đánh giá của riêng mình, những người bán đã đề xuất một giải pháp thu gọn. Đề xuất của họ định nghĩa vấn đề khác với các đối thủ cạnh tranh, và họ cho thấy khách hàng có thể đạt được mục tiêu của mình nhanh hơn, với chi phí thấp hơn, và với xác suất thành công cao hơn so với kế hoạch đại tu hệ thống ban đầu. Khách hàng chấp nhận logic của đề xuất thu gọn của những người bán và thuê họ làm công việc đó. Nỗ lực của nhóm thắng cuộc để hiểu và xác minh vấn đề thật sự đã dẫn thẳng đến một thương vụ có biên lợi nhuận cao.</w:t>
      </w:r>
    </w:p>
    <w:p>
      <w:pPr>
        <w:spacing w:after="80"/>
      </w:pPr>
      <w:r>
        <w:rPr>
          <w:b w:val="0"/>
          <w:i w:val="0"/>
        </w:rPr>
        <w:t>Dù khách hàng muốn một chương trình phát triển chuyên môn, cần tích hợp hoạt động của một đối tác sáp nhập mới, hay tìm cách tăng cường an ninh công ty, việc bán dịch vụ là một phản hồi cho một loại thách thức nào đó. Người mua thường nói với bạn những gì họ muốn làm và sau đó hỏi: "Bạn có thể giúp không?" Đáp lại, nhiều người bán kiên nhẫn lắng nghe cho đến khi nghe thấy câu hỏi đó, rồi lao vào một bài thuyết trình bán hàng.</w:t>
      </w:r>
    </w:p>
    <w:p>
      <w:pPr>
        <w:spacing w:after="80"/>
      </w:pPr>
      <w:r>
        <w:rPr>
          <w:b w:val="0"/>
          <w:i w:val="0"/>
        </w:rPr>
        <w:t>Việc vội vàng nói về dịch vụ của bạn buộc bạn phải quảng bá cách bạn có thể giúp đỡ trước khi bạn hiểu rõ tại sao khách hàng cần sự giúp đỡ đó. Ngay khi cuộc trò chuyện chuyển sang "như thế nào", người bán rơi ngay vào vùng thoải mái của họ—nói về dịch vụ của họ. Nếu bạn thấy mình đang thảo luận cách giải quyết một vấn đề trước khi bạn chắc chắn về nguyên nhân của nó, hãy hít một hơi thật sâu và bắt đầu lại.</w:t>
      </w:r>
    </w:p>
    <w:p>
      <w:pPr>
        <w:spacing w:after="80"/>
      </w:pPr>
      <w:r>
        <w:rPr>
          <w:b w:val="0"/>
          <w:i w:val="0"/>
        </w:rPr>
        <w:t>Chuyển sang chế độ bán hàng trước khi bạn hiểu rõ nguồn gốc của vấn đề sẽ dẫn đến rắc rối về sau. Đầu tiên, bạn có thể phạm phải tội lỗi không thể tha thứ của nghề bán dịch vụ: đưa ra một giải pháp không đầy đủ hoặc tệ hơn là sai lầm. Ví dụ, nếu người mua nói: "Chúng tôi cần một loạt chương trình đào tạo để nâng cao mức độ hài lòng của khách hàng đang giảm mạnh", một số người bán sẽ sẵn sàng lao vào thiết kế chương trình đó. Nhưng nếu vấn đề thực sự nằm ở việc giao tiếp nội bộ kém hiệu quả hoặc hệ thống thông tin hỗ trợ yếu kém, chứ không phải thiếu đào tạo thì sao? Nếu thủ phạm thực sự lộ diện sau khi bạn đề xuất một giải pháp không phù hợp, bạn sẽ mất uy tín và làm tổn hại mối quan hệ với khách hàng. Và việc khách hàng đồng ý với đánh giá ban đầu đầy sai lầm của bạn sẽ chẳng có ý nghĩa gì cả. Bạn vẫn sẽ phải giải thích rất nhiều.</w:t>
      </w:r>
    </w:p>
    <w:p>
      <w:pPr>
        <w:pStyle w:val="Heading1"/>
      </w:pPr>
      <w:r>
        <w:rPr>
          <w:rFonts w:ascii="Calibri" w:hAnsi="Calibri"/>
          <w:b/>
          <w:i w:val="0"/>
          <w:sz w:val="40"/>
        </w:rPr>
        <w:t>Kiểm tra tính hợp lý: Vấn đề của khách hàng hiếm khi đơn giản</w:t>
      </w:r>
    </w:p>
    <w:p>
      <w:pPr>
        <w:spacing w:after="80"/>
      </w:pPr>
      <w:r>
        <w:rPr>
          <w:b w:val="0"/>
          <w:i w:val="0"/>
        </w:rPr>
        <w:t>Dù người mua có nói gì với bạn, các vấn đề kinh doanh hiếm khi đơn giản hay vô hại như vẻ ngoài của chúng. Khái niệm "trái ngọt dễ hái" (tức là những vấn đề bạn có thể giải quyết mà không cần tốn chút mồ hôi) là ảo tưởng. Khách hàng có thể nói với bạn rằng việc giải quyết sẽ dễ như trở bàn tay, nhưng vấn đề vẫn có thể phức tạp ngang với Dự án Manhattan đối với những người chịu trách nhiệm giải quyết nó. Hãy ghi nhớ những gì bạn nghe được về việc bất kỳ sáng kiến nào sẽ dễ dàng đến mức nào. Điều đó có lẽ không chính xác đâu.</w:t>
      </w:r>
    </w:p>
    <w:p>
      <w:pPr>
        <w:spacing w:after="80"/>
      </w:pPr>
      <w:r>
        <w:rPr>
          <w:b w:val="0"/>
          <w:i w:val="0"/>
        </w:rPr>
        <w:t>Không muốn nhắc mãi một chuyện, nhưng bạn cũng sẽ gặp khó khăn trong việc xây dựng một đề xuất bán hàng hấp dẫn nếu bạn chưa xác định được vấn đề thực sự. Đề xuất của bạn sẽ chỉ là một bản trình bày nhạt nhòa về năng lực của bạn, và mọi phần của nó, từ mô tả giá trị đến tiến độ, mức độ nỗ lực và chi phí, đều chỉ phản ánh những giả định chung chung và cách khách hàng trình bày vấn đề.</w:t>
      </w:r>
    </w:p>
    <w:p>
      <w:pPr>
        <w:spacing w:after="80"/>
      </w:pPr>
      <w:r>
        <w:rPr>
          <w:b w:val="0"/>
          <w:i w:val="0"/>
        </w:rPr>
        <w:t>Cuối cùng, sự chắc chắn về vấn đề cho phép bạn (cuối cùng) nghĩ ra một giải pháp khả thi và quyết định liệu việc theo đuổi vấn đề đó — và cơ hội bán hàng đó — có hợp lý với bạn hay không.</w:t>
      </w:r>
    </w:p>
    <w:p>
      <w:pPr>
        <w:pStyle w:val="Heading2"/>
      </w:pPr>
      <w:r>
        <w:rPr>
          <w:rFonts w:ascii="Calibri" w:hAnsi="Calibri"/>
          <w:b/>
          <w:i w:val="0"/>
          <w:sz w:val="32"/>
        </w:rPr>
        <w:t xml:space="preserve"> Hãy quên đi những gì bạn biết </w:t>
      </w:r>
    </w:p>
    <w:p>
      <w:pPr>
        <w:spacing w:after="80"/>
      </w:pPr>
      <w:r>
        <w:rPr>
          <w:b w:val="0"/>
          <w:i w:val="0"/>
        </w:rPr>
        <w:t>Những người bán dịch vụ giỏi, về bản chất, là những người giải quyết vấn đề. Nhưng họ cũng biết từ kinh nghiệm rằng ấn tượng đầu tiên có thể sai lệch. Bản năng nghe về một vấn đề và ngay lập tức hình dung ra giải pháp là một phần cách bộ não hoạt động. Những ý tưởng định sẵn là kết quả tất yếu của kinh nghiệm, và tất cả chúng ta đều dễ mắc phải chúng. Ví dụ, bản năng đầu tiên của bạn có thể là dập một đám lửa nhỏ bằng nước. Nhưng tùy thuộc vào nguyên nhân gây ra đám cháy, nước có thể làm nó tồi tệ hơn.</w:t>
      </w:r>
    </w:p>
    <w:p>
      <w:pPr>
        <w:spacing w:after="80"/>
      </w:pPr>
      <w:r>
        <w:rPr>
          <w:b w:val="0"/>
          <w:i w:val="0"/>
        </w:rPr>
        <w:t xml:space="preserve">Có thể bạn nghĩ mình đã gặp một vấn đề cả chục lần rồi và biết chính xác cách giải quyết nó. Ừ thì, có thể bạn đúng. Khách hàng ngưỡng mộ những người có thể đánh giá vấn đề nhanh chóng, và đó là một kỹ năng cần trau dồi. Nhưng nếu bạn có thể tạm thời quên đi những gì bạn nghĩ mình biết và tách vấn đề ra khỏi giải pháp, bạn sẽ có cơ hội tốt hơn nhiều để tìm ra câu trả lời tốt nhất. Một khi bạn gạt bỏ định kiến của mình sang một bên, đừng ngạc nhiên nếu nguồn gốc của rắc rối hóa ra lại khác với những gì bạn nghĩ ban đầu. Bạn không cần phải kìm nén phản xạ nghĩ về những </w:t>
      </w:r>
      <w:r>
        <w:rPr>
          <w:b w:val="0"/>
          <w:i/>
        </w:rPr>
        <w:t>giải pháp khả thi</w:t>
      </w:r>
      <w:r>
        <w:rPr>
          <w:b w:val="0"/>
          <w:i w:val="0"/>
        </w:rPr>
        <w:t>; chỉ cần giữ những suy nghĩ đó lại cho đến khi bạn chắc chắn.</w:t>
      </w:r>
    </w:p>
    <w:p>
      <w:pPr>
        <w:spacing w:after="80"/>
      </w:pPr>
      <w:r>
        <w:rPr>
          <w:b w:val="0"/>
          <w:i w:val="0"/>
        </w:rPr>
        <w:t>Người bán chắc chắn không phải là những người duy nhất vội vàng đưa ra phán đoán. Khách hàng cũng có những động lực mạnh mẽ để bắt tay vào giải pháp. Một khi vấn đề đã lên đến mức khách hàng phải tìm kiếm sự hỗ trợ từ bên ngoài, họ muốn hành động ngay. Và người bán, luôn chịu áp lực phải chốt được thương vụ, sẵn sàng đồng ý tăng tốc. Mọi người đều muốn đi đến giải pháp thật nhanh, ngay cả khi một số chi tiết vẫn còn mơ hồ. Tuy nhiên, trong sự vội vàng đi tìm câu trả lời, lại ẩn chứa những mầm mống của thất bại. Khi thiếu phân tích khách quan, bạn chỉ có những niềm tin định sẵn dựa trên một cách trình bày vấn đề có thể đã sai lệch. Một khi bạn bắt đầu đi theo con đường đó, bạn là tù nhân của chính lối suy nghĩ đã khiến người ta tin rằng tàu Titanic không thể chìm.</w:t>
      </w:r>
    </w:p>
    <w:p>
      <w:pPr>
        <w:pStyle w:val="Heading2"/>
      </w:pPr>
      <w:r>
        <w:rPr>
          <w:rFonts w:ascii="Calibri" w:hAnsi="Calibri"/>
          <w:b/>
          <w:i w:val="0"/>
          <w:sz w:val="32"/>
        </w:rPr>
        <w:t xml:space="preserve"> Bước đi thêm </w:t>
      </w:r>
    </w:p>
    <w:p>
      <w:pPr>
        <w:spacing w:after="80"/>
      </w:pPr>
      <w:r>
        <w:rPr>
          <w:b w:val="0"/>
          <w:i w:val="0"/>
        </w:rPr>
        <w:t xml:space="preserve">Hết lần này đến lần khác, người bán chỉ dựa vào câu trả lời của người mua cho hai câu hỏi: Vấn đề là gì? Và chúng ta có thể hoặc nên làm gì để giải quyết nó? Cuộc thảo luận đó dẫn đến một cách tiếp cận được đề xuất để giải quyết vấn đề, vì vậy người bán chuẩn bị một đề xuất bán hàng và sau đó thúc đẩy để nó được chấp nhận. Bạn có thể tạo sự khác biệt cho bản thân và quy trình bán hàng của mình bằng cách đặt câu hỏi quan trọng nhất: Đâu là những </w:t>
      </w:r>
      <w:r>
        <w:rPr>
          <w:b w:val="0"/>
          <w:i/>
        </w:rPr>
        <w:t>nguyên nhân</w:t>
      </w:r>
      <w:r>
        <w:rPr>
          <w:b w:val="0"/>
          <w:i w:val="0"/>
        </w:rPr>
        <w:t xml:space="preserve"> thực sự, chứ không chỉ là triệu chứng, của vấn đề?</w:t>
      </w:r>
    </w:p>
    <w:p>
      <w:pPr>
        <w:spacing w:after="80"/>
      </w:pPr>
      <w:r>
        <w:rPr>
          <w:b w:val="0"/>
          <w:i w:val="0"/>
        </w:rPr>
        <w:t>Ngay từ đầu, bạn cần hiểu nhận thức của khách hàng về vấn đề và những gì họ muốn thấy thay đổi. Ví dụ, giả sử khách hàng của bạn, Acme Global Manufacturing, đang gặp tình trạng thu tiền chậm, khiến việc thanh toán cho nhà cung cấp ngày càng khó khăn. Các nhà cung cấp của công ty đang đe dọa cắt nguồn hàng tồn kho thiết yếu. Những sự kiện này cho bạn hai yếu tố cốt truyện quan trọng: vấn đề, đó là việc thu tiền chậm chạp, và những hệ quả — khả năng gián đoạn nguồn cung.</w:t>
      </w:r>
    </w:p>
    <w:p>
      <w:pPr>
        <w:spacing w:after="80"/>
      </w:pPr>
      <w:r>
        <w:rPr>
          <w:b w:val="0"/>
          <w:i w:val="0"/>
        </w:rPr>
        <w:t>Để hoàn thiện cốt truyện, bạn sẽ tìm ra mức độ cải thiện mà khách hàng cần cho quy trình thu tiền. Có thể bạn và khách hàng xác định rằng mục tiêu của Acme nên là đạt được thời gian thu tiền trung bình 45 ngày cho mỗi khách hàng. Với điều đó, bạn đã có một bản phác thảo về vấn đề, bao gồm thách thức, hệ quả và mục tiêu. Bây giờ bạn có thể chuyển sang nguồn gốc của vấn đề.</w:t>
      </w:r>
    </w:p>
    <w:p>
      <w:pPr>
        <w:pStyle w:val="Heading2"/>
      </w:pPr>
      <w:r>
        <w:rPr>
          <w:rFonts w:ascii="Calibri" w:hAnsi="Calibri"/>
          <w:b/>
          <w:i w:val="0"/>
          <w:sz w:val="32"/>
        </w:rPr>
        <w:t xml:space="preserve"> Đi đến tận gốc </w:t>
      </w:r>
    </w:p>
    <w:p>
      <w:pPr>
        <w:spacing w:after="80"/>
      </w:pPr>
      <w:r>
        <w:rPr>
          <w:b w:val="0"/>
          <w:i w:val="0"/>
        </w:rPr>
        <w:t>Tìm ra nguồn gốc của một vấn đề không nhất thiết phải phức tạp hay tốn thời gian. Nhưng quá trình này là một bước quan trọng trong nỗ lực bán hàng của bạn. Kiến thức bạn thu được sẽ hỗ trợ mọi yếu tố trong quy trình bán hàng của bạn, bao gồm đánh giá của bạn về cơ hội, các giải pháp bạn đề xuất, và cách bạn định vị dịch vụ của mình trong các cuộc thảo luận tiếp theo với người mua.</w:t>
      </w:r>
    </w:p>
    <w:p>
      <w:pPr>
        <w:spacing w:after="80"/>
      </w:pPr>
      <w:r>
        <w:rPr>
          <w:b w:val="0"/>
          <w:i w:val="0"/>
        </w:rPr>
        <w:t>Trong khi tiến hành phân tích, bạn cũng đang xây dựng mối quan hệ với khách hàng. Thông qua các cuộc phỏng vấn tìm hiểu thực tế và các cuộc họp khác, bạn có cái nhìn rõ hơn về tổ chức, con người và cách họ làm việc. Và họ cũng sẽ hiểu bạn hơn. Sự tiếp xúc đó là vô giá khi bạn vạch ra chiến lược bán hàng cuối cùng của mình.</w:t>
      </w:r>
    </w:p>
    <w:p>
      <w:pPr>
        <w:spacing w:after="80"/>
      </w:pPr>
      <w:r>
        <w:rPr>
          <w:b w:val="0"/>
          <w:i w:val="0"/>
        </w:rPr>
        <w:t>Nhảy vào guồng máy của tổ chức người mua để truy tìm nguyên nhân chẳng hề an toàn chút nào, và nó thường có nghĩa là phải chọc vào những chủ đề nhạy cảm, như năng lực và nhiệm vụ công việc của người ta. Nếu bạn xử lý quá trình này một cách khéo léo và hiệu quả, hãy kỳ vọng sẽ thúc đẩy được thương vụ của mình. Mà để tuột mất ở khúc này, thì cứ chờ người mua tiễn bạn ra cửa. Hãy nhớ, đây không phải lúc để thúc ép một giải pháp cụ thể, mà là để lắng nghe và quan sát.</w:t>
      </w:r>
    </w:p>
    <w:p>
      <w:pPr>
        <w:spacing w:after="80"/>
      </w:pPr>
      <w:r>
        <w:rPr>
          <w:b w:val="0"/>
          <w:i w:val="0"/>
        </w:rPr>
        <w:t>Quay lại ví dụ Acme, con đường phía trước là mổ xẻ quy trình đã làm nảy sinh vấn đề ngay từ đầu. Điều đó sẽ cho bạn ý tưởng về cái thực sự gây ra vấn đề. Giả sử quy trình thu hồi nợ của khách hàng có ba thành phần chính: rà soát các khoản phải thu, liên hệ với khách hàng quá hạn, và thu hồi các khoản nợ quá hạn. Hãy soi kỹ từng bước trong quy trình, tìm những điểm yếu hoặc điểm có thể thất bại. Có thể việc rà soát hằng ngày của nhân viên không nhất quán, hoặc kịch bản liên hệ khách hàng không hiệu quả, hoặc quy trình thu tiền không theo kịp. Một khi bạn thu hẹp được nguồn cơn, và khách hàng đồng ý rằng bạn đang đi đúng hướng, bạn có thể thoải mái khám phá những câu trả lời tiềm năng cho câu hỏi: "Chúng ta có thể hoặc nên làm gì để giải quyết vấn đề này?"</w:t>
      </w:r>
    </w:p>
    <w:p>
      <w:pPr>
        <w:spacing w:after="80"/>
      </w:pPr>
      <w:r>
        <w:rPr>
          <w:b w:val="0"/>
          <w:i w:val="0"/>
        </w:rPr>
        <w:t>Giống như câu chuyện ba người mù cố nhận diện một con voi chỉ bằng cách sờ, bạn sẽ nhận được đủ loại ý kiến khác nhau về lý do tại sao một vấn đề nào đó đang xảy ra. Bạn cần nghe những ý kiến đó và đánh giá chúng, nhưng cuối cùng bạn cần sự thật. Mỗi lần nghe một lời khẳng định, hãy yêu cầu dữ liệu hỗ trợ. Nếu ai đó cho rằng việc theo dõi khách hàng kém đang gây ra sự chậm trễ trong thu tiền, hãy yêu cầu bằng chứng. Bằng chứng đó có thể là một báo cáo, thông tin từ bên ngoài như một nghiên cứu, hoặc do chính bạn xác nhận những gì mình học được. Như đã đề cập ở chương trước, hãy chắc chắn rằng bạn không dựa chẩn đoán, hay giải pháp đề xuất của mình, trên những sự thật chưa chắc chắn.</w:t>
      </w:r>
    </w:p>
    <w:p>
      <w:pPr>
        <w:spacing w:after="80"/>
      </w:pPr>
      <w:r>
        <w:rPr>
          <w:b w:val="0"/>
          <w:i w:val="0"/>
        </w:rPr>
        <w:t>Một cách hiệu quả để dò tìm nguyên nhân là làm theo lời khuyên của Taiichi Ohno, người tiên phong của Hệ thống Sản xuất Toyota (Toyota Production System). Ohno tin rằng mọi vấn đề đều là một cơ hội được ngụy trang, và không có vấn đề nào mới là vấn đề lớn nhất. Mỗi khi một vấn đề nảy sinh, ông khuyến khích các kỹ sư của mình hỏi câu "tại sao" năm lần liên tiếp. Bằng cách kiên trì hỏi tại sao, Ohno tin chắc rằng bất kỳ ai cũng có thể đi tới tận gốc rễ của một vấn đề—và nhìn ra giải pháp.</w:t>
      </w:r>
    </w:p>
    <w:p>
      <w:pPr>
        <w:pStyle w:val="Heading1"/>
      </w:pPr>
      <w:r>
        <w:rPr>
          <w:rFonts w:ascii="Calibri" w:hAnsi="Calibri"/>
          <w:b/>
          <w:i w:val="0"/>
          <w:sz w:val="40"/>
        </w:rPr>
        <w:t>HỎI</w:t>
      </w:r>
      <w:r>
        <w:rPr>
          <w:rFonts w:ascii="Calibri" w:hAnsi="Calibri"/>
          <w:b/>
          <w:i w:val="0"/>
          <w:sz w:val="40"/>
        </w:rPr>
        <w:t xml:space="preserve"> </w:t>
      </w:r>
      <w:r>
        <w:rPr>
          <w:rFonts w:ascii="Calibri" w:hAnsi="Calibri"/>
          <w:b/>
          <w:i w:val="0"/>
          <w:sz w:val="40"/>
        </w:rPr>
        <w:t>"TẠI SAO"</w:t>
      </w:r>
      <w:r>
        <w:rPr>
          <w:rFonts w:ascii="Calibri" w:hAnsi="Calibri"/>
          <w:b/>
          <w:i w:val="0"/>
          <w:sz w:val="40"/>
        </w:rPr>
        <w:t xml:space="preserve"> </w:t>
      </w:r>
      <w:r>
        <w:rPr>
          <w:rFonts w:ascii="Calibri" w:hAnsi="Calibri"/>
          <w:b/>
          <w:i w:val="0"/>
          <w:sz w:val="40"/>
        </w:rPr>
        <w:t>NĂM LẦN</w:t>
      </w:r>
    </w:p>
    <w:p>
      <w:pPr>
        <w:spacing w:after="80"/>
      </w:pPr>
      <w:r>
        <w:rPr>
          <w:b w:val="0"/>
          <w:i w:val="0"/>
        </w:rPr>
        <w:t>Đi tới gốc rễ của một vấn đề bằng cách hỏi năm câu hỏi "tại sao", mỗi câu dựa trên câu trước. Đây là một ví dụ về cách nó có thể diễn ra:</w:t>
      </w:r>
    </w:p>
    <w:p>
      <w:pPr>
        <w:spacing w:after="80"/>
      </w:pPr>
      <w:r>
        <w:rPr>
          <w:b/>
          <w:i w:val="0"/>
        </w:rPr>
        <w:t>KHÁCH HÀNG</w:t>
      </w:r>
      <w:r>
        <w:rPr>
          <w:b w:val="0"/>
          <w:i w:val="0"/>
        </w:rPr>
        <w:t>: Chúng tôi cần cải thiện năng suất của nhân viên kho. Điểm đánh giá dịch vụ khách hàng của chúng tôi đã lao dốc và các phàn nàn của khách hàng đang chồng chất.</w:t>
      </w:r>
    </w:p>
    <w:p>
      <w:pPr>
        <w:spacing w:after="80"/>
      </w:pPr>
      <w:r>
        <w:rPr>
          <w:b/>
          <w:i w:val="0"/>
        </w:rPr>
        <w:t>NGƯỜI BÁN</w:t>
      </w:r>
      <w:r>
        <w:rPr>
          <w:b w:val="0"/>
          <w:i w:val="0"/>
        </w:rPr>
        <w:t>: Tại sao khách hàng lại phàn nàn?</w:t>
      </w:r>
    </w:p>
    <w:p>
      <w:pPr>
        <w:spacing w:after="80"/>
      </w:pPr>
      <w:r>
        <w:rPr>
          <w:b/>
          <w:i w:val="0"/>
        </w:rPr>
        <w:t>KHÁCH HÀNG</w:t>
      </w:r>
      <w:r>
        <w:rPr>
          <w:b w:val="0"/>
          <w:i w:val="0"/>
        </w:rPr>
        <w:t>: Vì nhân viên kho của chúng tôi không thể lấp đơn hàng một cách chính xác.</w:t>
      </w:r>
    </w:p>
    <w:p>
      <w:pPr>
        <w:spacing w:after="80"/>
      </w:pPr>
      <w:r>
        <w:rPr>
          <w:b/>
          <w:i w:val="0"/>
        </w:rPr>
        <w:t>NGƯỜI BÁN</w:t>
      </w:r>
      <w:r>
        <w:rPr>
          <w:b w:val="0"/>
          <w:i w:val="0"/>
        </w:rPr>
        <w:t>: Tại sao nhân viên kho của anh không thể làm đơn hàng cho đúng?</w:t>
      </w:r>
    </w:p>
    <w:p>
      <w:pPr>
        <w:spacing w:after="80"/>
      </w:pPr>
      <w:r>
        <w:rPr>
          <w:b/>
          <w:i w:val="0"/>
        </w:rPr>
        <w:t>TỔ TRƯỞNG KHO</w:t>
      </w:r>
      <w:r>
        <w:rPr>
          <w:b w:val="0"/>
          <w:i w:val="0"/>
        </w:rPr>
        <w:t>: Vì những mặt hàng chúng tôi cần không phải lúc nào cũng có trong kho.</w:t>
      </w:r>
    </w:p>
    <w:p>
      <w:pPr>
        <w:spacing w:after="80"/>
      </w:pPr>
      <w:r>
        <w:rPr>
          <w:b/>
          <w:i w:val="0"/>
        </w:rPr>
        <w:t>NGƯỜI BÁN</w:t>
      </w:r>
      <w:r>
        <w:rPr>
          <w:b w:val="0"/>
          <w:i w:val="0"/>
        </w:rPr>
        <w:t>: Tại sao anh không có đúng hàng tồn kho?</w:t>
      </w:r>
    </w:p>
    <w:p>
      <w:pPr>
        <w:spacing w:after="80"/>
      </w:pPr>
      <w:r>
        <w:rPr>
          <w:b/>
          <w:i w:val="0"/>
        </w:rPr>
        <w:t>TỔ TRƯỞNG KHO</w:t>
      </w:r>
      <w:r>
        <w:rPr>
          <w:b w:val="0"/>
          <w:i w:val="0"/>
        </w:rPr>
        <w:t>: Vì nhà máy sản xuất không gửi cho chúng tôi đúng chủng loại sản phẩm.</w:t>
      </w:r>
    </w:p>
    <w:p>
      <w:pPr>
        <w:spacing w:after="80"/>
      </w:pPr>
      <w:r>
        <w:rPr>
          <w:b/>
          <w:i w:val="0"/>
        </w:rPr>
        <w:t>NGƯỜI BÁN</w:t>
      </w:r>
      <w:r>
        <w:rPr>
          <w:b w:val="0"/>
          <w:i w:val="0"/>
        </w:rPr>
        <w:t>: Tại sao nhà sản xuất không gửi đúng sản phẩm tới kho?</w:t>
      </w:r>
    </w:p>
    <w:p>
      <w:pPr>
        <w:spacing w:after="80"/>
      </w:pPr>
      <w:r>
        <w:rPr>
          <w:b/>
          <w:i w:val="0"/>
        </w:rPr>
        <w:t>GIÁM ĐỐC VẬN HÀNH</w:t>
      </w:r>
      <w:r>
        <w:rPr>
          <w:b w:val="0"/>
          <w:i w:val="0"/>
        </w:rPr>
        <w:t>: Vì hệ thống dự báo bán hàng chưa bao giờ hoạt động đúng cả. Chúng tôi đã hết phàn nàn về nó rồi.</w:t>
      </w:r>
    </w:p>
    <w:p>
      <w:pPr>
        <w:spacing w:after="80"/>
      </w:pPr>
      <w:r>
        <w:rPr>
          <w:b/>
          <w:i w:val="0"/>
        </w:rPr>
        <w:t>NGƯỜI BÁN</w:t>
      </w:r>
      <w:r>
        <w:rPr>
          <w:b w:val="0"/>
          <w:i w:val="0"/>
        </w:rPr>
        <w:t>: Tại sao hệ thống dự báo bán hàng không hoạt động đúng?</w:t>
      </w:r>
    </w:p>
    <w:p>
      <w:pPr>
        <w:spacing w:after="80"/>
      </w:pPr>
      <w:r>
        <w:rPr>
          <w:b/>
          <w:i w:val="0"/>
        </w:rPr>
        <w:t>TRƯỞNG PHÒNG KINH DOANH</w:t>
      </w:r>
      <w:r>
        <w:rPr>
          <w:b w:val="0"/>
          <w:i w:val="0"/>
        </w:rPr>
        <w:t>: Bởi vì đội dự báo bán hàng không đưa các thay đổi dự báo vào hệ thống đủ nhanh để đảm bảo lịch sản xuất phù hợp.</w:t>
      </w:r>
    </w:p>
    <w:p>
      <w:pPr>
        <w:spacing w:after="80"/>
      </w:pPr>
      <w:r>
        <w:rPr>
          <w:b/>
          <w:i w:val="0"/>
        </w:rPr>
        <w:t>NHÂN VIÊN BÁN HÀNG</w:t>
      </w:r>
      <w:r>
        <w:rPr>
          <w:b w:val="0"/>
          <w:i w:val="0"/>
        </w:rPr>
        <w:t>: Vậy vấn đề thật ra không nằm ở năng suất của nhân viên kho?</w:t>
      </w:r>
    </w:p>
    <w:p>
      <w:pPr>
        <w:pStyle w:val="Heading2"/>
      </w:pPr>
      <w:r>
        <w:rPr>
          <w:rFonts w:ascii="Calibri" w:hAnsi="Calibri"/>
          <w:b/>
          <w:i w:val="0"/>
          <w:sz w:val="32"/>
        </w:rPr>
        <w:t xml:space="preserve"> Kiểm Tra Mọi Góc Độ </w:t>
      </w:r>
    </w:p>
    <w:p>
      <w:pPr>
        <w:pStyle w:val="Heading1"/>
      </w:pPr>
      <w:r>
        <w:rPr>
          <w:rFonts w:ascii="Calibri" w:hAnsi="Calibri"/>
          <w:b/>
          <w:i w:val="0"/>
          <w:sz w:val="40"/>
        </w:rPr>
        <w:t>Hiểu Rõ Phạm Vi và Tác Động của Vấn Đề</w:t>
      </w:r>
    </w:p>
    <w:p>
      <w:pPr>
        <w:pStyle w:val="Heading2"/>
      </w:pPr>
      <w:r>
        <w:rPr>
          <w:rFonts w:ascii="Calibri" w:hAnsi="Calibri"/>
          <w:b/>
          <w:i w:val="0"/>
          <w:sz w:val="32"/>
        </w:rPr>
        <w:t xml:space="preserve"> Tìm Ra Giải Pháp </w:t>
      </w:r>
    </w:p>
    <w:p>
      <w:pPr>
        <w:spacing w:after="80"/>
      </w:pPr>
      <w:r>
        <w:rPr>
          <w:b w:val="0"/>
          <w:i w:val="0"/>
        </w:rPr>
        <w:t xml:space="preserve">Khi bạn đối mặt với một vấn đề, có vẻ như chỉ cần biết nguồn gốc là tự động dẫn bạn đến giải pháp đúng. Nhưng giải pháp đầu tiên hoặc thứ hai bạn nghĩ ra có thể chưa thật sự chuẩn. Hãy tiếp tục, tìm thêm những câu trả lời khác, hoặc các biến thể của ý tưởng ban đầu. Một số khách hàng sẽ phản đối việc động não thêm, nhưng hãy kiên quyết đẩy tới. Tìm câu trả lời thứ ba và thứ tư, vì đó thường là những ý tưởng có tác động mạnh nhất. Thay vì chỉ dựa vào những khuôn mẫu quen thuộc, hãy dùng kinh nghiệm làm kim chỉ nam để nhìn ra điều </w:t>
      </w:r>
      <w:r>
        <w:rPr>
          <w:b w:val="0"/>
          <w:i/>
        </w:rPr>
        <w:t>độc đáo</w:t>
      </w:r>
      <w:r>
        <w:rPr>
          <w:b w:val="0"/>
          <w:i w:val="0"/>
        </w:rPr>
        <w:t xml:space="preserve"> của vấn đề hiện tại, rồi áp dụng sự sáng tạo của bạn.</w:t>
      </w:r>
    </w:p>
    <w:p>
      <w:pPr>
        <w:spacing w:after="80"/>
      </w:pPr>
      <w:r>
        <w:rPr>
          <w:b w:val="0"/>
          <w:i w:val="0"/>
        </w:rPr>
        <w:t>Khi bạn xử lý các phương án, hãy nhớ rằng bất kỳ giải pháp nào bạn nghĩ ra cũng có khả năng sẽ thay đổi trước khi bạn hoàn tất việc cung cấp dịch vụ, thậm chí có thể trước khi bạn chốt được thương vụ. Chỉ cần đặt câu hỏi cũng có thể làm thay đổi tình hình, nên giải pháp của bạn có thể phải thay đổi theo. Có thể khách hàng gặp biến động nhân sự làm thay đổi cách công việc vận hành ở khu vực có vấn đề. Hoặc có thể nhân viên đã triển khai một giải pháp tạm thời trước khi bạn hoàn thành đề xuất. Hãy lường trước những thay đổi trong môi trường của khách hàng và trong bản chất của vấn đề bạn đang giải quyết.</w:t>
      </w:r>
    </w:p>
    <w:p>
      <w:pPr>
        <w:spacing w:after="80"/>
      </w:pPr>
      <w:r>
        <w:rPr>
          <w:b w:val="0"/>
          <w:i w:val="0"/>
        </w:rPr>
        <w:t>Dù cuối cùng bạn đề xuất giải pháp nào, nó cũng có khả năng tạo ra những vấn đề ngoài dự kiến mà bạn cũng cần quan tâm. Khi một nhà cung cấp dịch vụ đơn giản hóa quy trình làm việc cho một khách hàng, những phương pháp làm việc đã sửa đổi đó lại trở thành đối tượng phải đàm phán với công đoàn lao động bị ảnh hưởng khi hợp đồng lao động đến kỳ gia hạn. Bạn sẽ không thể lường trước mọi trục trặc nảy sinh khi bạn thay đổi điều gì đó trong tổ chức của khách hàng, nhưng bạn nên xác định được những vấn đề tiềm ẩn đó có thể là gì.</w:t>
      </w:r>
    </w:p>
    <w:p>
      <w:pPr>
        <w:spacing w:after="80"/>
      </w:pPr>
      <w:r>
        <w:rPr>
          <w:b w:val="0"/>
          <w:i w:val="0"/>
        </w:rPr>
        <w:t>Cuối cùng, các động lực tổ chức đóng một vai trò trong việc thiết kế giải pháp và sự thành công cuối cùng của bất kỳ chương trình nào. Nếu khách hàng yêu cầu bạn thách thức hiện trạng, bạn cũng sẽ có khả năng đang thách thức hành động hoặc chương trình nghị sự trước đó của ai đó. Biết chính xác cách giải quyết vấn đề là chưa bao giờ đủ. Để cung cấp dịch vụ thành công, bạn còn phải nắm vững các động lực chính trị nội bộ. Bỏ qua chúng là tự chuốc họa vào thân.</w:t>
      </w:r>
    </w:p>
    <w:p>
      <w:pPr>
        <w:pStyle w:val="Heading2"/>
      </w:pPr>
      <w:r>
        <w:rPr>
          <w:rFonts w:ascii="Calibri" w:hAnsi="Calibri"/>
          <w:b/>
          <w:i w:val="0"/>
          <w:sz w:val="32"/>
        </w:rPr>
        <w:t xml:space="preserve"> Ồ, Thì Ra </w:t>
      </w:r>
      <w:r>
        <w:rPr>
          <w:rFonts w:ascii="Calibri" w:hAnsi="Calibri"/>
          <w:b/>
          <w:i/>
          <w:sz w:val="32"/>
        </w:rPr>
        <w:t>Là Vậy</w:t>
      </w:r>
      <w:r>
        <w:rPr>
          <w:rFonts w:ascii="Calibri" w:hAnsi="Calibri"/>
          <w:b/>
          <w:i w:val="0"/>
          <w:sz w:val="32"/>
        </w:rPr>
        <w:t xml:space="preserve"> </w:t>
      </w:r>
    </w:p>
    <w:p>
      <w:pPr>
        <w:spacing w:after="80"/>
      </w:pPr>
      <w:r>
        <w:rPr>
          <w:b w:val="0"/>
          <w:i w:val="0"/>
        </w:rPr>
        <w:t>Khi bạn đã xác định chắc chắn nguồn gốc của vấn đề, hãy tóm tắt những phát hiện thiết yếu của mình thành một tuyên bố vấn đề ngắn gọn. Nhân đây cũng nói luôn, đây cũng chính là nền tảng cho đề xuất bán hàng của bạn. Đây là một ví dụ:</w:t>
      </w:r>
    </w:p>
    <w:p>
      <w:pPr>
        <w:spacing w:after="80"/>
      </w:pPr>
      <w:r>
        <w:rPr>
          <w:b w:val="0"/>
          <w:i w:val="0"/>
        </w:rPr>
        <w:t>Acme Global Manufacturing đối mặt với nguy cơ ba nhà cung cấp chiến lược sẽ cắt đứt việc giao hàng vì thanh toán cho hàng tồn kho bị chậm trễ. Công ty đã kết luận rằng việc cải thiện thu tiền mặt sẽ dẫn đến vị thế tiền mặt mạnh hơn và nâng cao khả năng thanh toán cho các nhà cung cấp đúng như đã thỏa thuận.</w:t>
      </w:r>
    </w:p>
    <w:p>
      <w:pPr>
        <w:spacing w:after="80"/>
      </w:pPr>
      <w:r>
        <w:rPr>
          <w:b w:val="0"/>
          <w:i w:val="0"/>
        </w:rPr>
        <w:t>Để giải quyết thách thức này, Acme phải cải thiện tỷ lệ thu tiền mặt thêm 35 phần trăm để lấy lại mức hiệu suất trước đây. Đạt được mức hiệu suất đó trong vòng sáu tháng sẽ giải quyết được các vấn đề thanh toán của công ty. Để đạt mục tiêu này, các lãnh đạo Acme sẽ thực hiện một dự án cải thiện dòng tiền bằng cách cải tổ giao tiếp với khách hàng, tinh gọn việc quản lý tài khoản khách hàng, và cung cấp hỗ trợ thông tin kịp thời hơn cho các quyết định tín dụng khách hàng.</w:t>
      </w:r>
    </w:p>
    <w:p>
      <w:pPr>
        <w:spacing w:after="80"/>
      </w:pPr>
      <w:r>
        <w:rPr>
          <w:b w:val="0"/>
          <w:i w:val="0"/>
        </w:rPr>
        <w:t>Rõ ràng ví dụ này đã được đơn giản hóa, nhưng bạn hiểu ý rồi đấy. Việc soạn thảo một tuyên bố vấn đề định hướng suy nghĩ về những gì khách hàng cần làm và tạo thành cốt lõi cho đề xuất bán hàng của bạn. Tuyên bố vấn đề hiệu quả nhất là cụ thể, có thể đo lường, hướng đến hành động, và tập trung vào khách hàng. Nó trình bày rõ vấn đề, hàm ý của nó, và giải pháp.</w:t>
      </w:r>
    </w:p>
    <w:p>
      <w:pPr>
        <w:spacing w:after="80"/>
      </w:pPr>
      <w:r>
        <w:rPr>
          <w:b w:val="0"/>
          <w:i w:val="0"/>
        </w:rPr>
        <w:t xml:space="preserve">Để giải quyết vấn đề thật sự và nghĩ ra giải pháp đúng, những người bán hàng thông minh nhìn xa hơn điều mà người mua </w:t>
      </w:r>
      <w:r>
        <w:rPr>
          <w:b w:val="0"/>
          <w:i/>
        </w:rPr>
        <w:t>nghĩ</w:t>
      </w:r>
      <w:r>
        <w:rPr>
          <w:b w:val="0"/>
          <w:i w:val="0"/>
        </w:rPr>
        <w:t xml:space="preserve"> là họ cần. Khi bạn cố giải quyết sai vấn đề, tất cả đều thua thiệt, với chi phí cao hơn cho bạn, giá trị thấp hơn cho khách hàng, và mối quan hệ bị căng thẳng. Hầu hết khách hàng hoan nghênh việc hỏi han kỹ lưỡng và thêm tự tin khi bạn giúp họ làm rõ suy nghĩ về một vấn đề. Tất nhiên, bạn không thể biết hết mọi thứ về một vấn đề cho đến khi bạn thử giải quyết nó. Mục tiêu của bạn là tiến càng gần đến sự chắc chắn càng tốt.</w:t>
      </w:r>
    </w:p>
    <w:p>
      <w:pPr>
        <w:pStyle w:val="Heading1"/>
      </w:pPr>
      <w:r>
        <w:rPr>
          <w:rFonts w:ascii="Calibri" w:hAnsi="Calibri"/>
          <w:b/>
          <w:i w:val="0"/>
          <w:sz w:val="40"/>
        </w:rPr>
        <w:t>PHẦN 2</w:t>
      </w:r>
    </w:p>
    <w:p>
      <w:pPr>
        <w:pStyle w:val="Heading1"/>
      </w:pPr>
      <w:r>
        <w:rPr>
          <w:rFonts w:ascii="Calibri" w:hAnsi="Calibri"/>
          <w:b/>
          <w:i w:val="0"/>
          <w:sz w:val="40"/>
        </w:rPr>
        <w:t>Hợp tác</w:t>
      </w:r>
    </w:p>
    <w:p>
      <w:pPr>
        <w:jc w:val="center"/>
      </w:pPr>
      <w:r>
        <w:drawing>
          <wp:inline xmlns:a="http://schemas.openxmlformats.org/drawingml/2006/main" xmlns:pic="http://schemas.openxmlformats.org/drawingml/2006/picture">
            <wp:extent cx="4190999" cy="4200524"/>
            <wp:docPr id="7" name="Picture 7"/>
            <wp:cNvGraphicFramePr>
              <a:graphicFrameLocks noChangeAspect="1"/>
            </wp:cNvGraphicFramePr>
            <a:graphic>
              <a:graphicData uri="http://schemas.openxmlformats.org/drawingml/2006/picture">
                <pic:pic>
                  <pic:nvPicPr>
                    <pic:cNvPr id="0" name="00006.jpg"/>
                    <pic:cNvPicPr/>
                  </pic:nvPicPr>
                  <pic:blipFill>
                    <a:blip r:embed="rId15"/>
                    <a:stretch>
                      <a:fillRect/>
                    </a:stretch>
                  </pic:blipFill>
                  <pic:spPr>
                    <a:xfrm>
                      <a:off x="0" y="0"/>
                      <a:ext cx="4190999" cy="4200524"/>
                    </a:xfrm>
                    <a:prstGeom prst="rect"/>
                  </pic:spPr>
                </pic:pic>
              </a:graphicData>
            </a:graphic>
          </wp:inline>
        </w:drawing>
      </w:r>
    </w:p>
    <w:p>
      <w:pPr>
        <w:pStyle w:val="Heading1"/>
      </w:pPr>
      <w:r>
        <w:rPr>
          <w:rFonts w:ascii="Calibri" w:hAnsi="Calibri"/>
          <w:b/>
          <w:i w:val="0"/>
          <w:sz w:val="40"/>
        </w:rPr>
        <w:t>CHƯƠNG 5</w:t>
      </w:r>
    </w:p>
    <w:p>
      <w:pPr>
        <w:pStyle w:val="Heading1"/>
      </w:pPr>
      <w:r>
        <w:rPr>
          <w:rFonts w:ascii="Calibri" w:hAnsi="Calibri"/>
          <w:b/>
          <w:i w:val="0"/>
          <w:sz w:val="40"/>
        </w:rPr>
        <w:t>Khi nào nên dứt khoát rút lui</w:t>
      </w:r>
    </w:p>
    <w:p>
      <w:pPr>
        <w:spacing w:after="80"/>
      </w:pPr>
      <w:r>
        <w:rPr>
          <w:b w:val="0"/>
          <w:i w:val="0"/>
        </w:rPr>
        <w:t>Đúng 2 giờ 30 chiều mỗi ngày, Alan - tổng giám đốc bộ phận - lại đóng cửa phòng. Ai trong văn phòng ông cũng thuộc lòng cái nếp này. Alan chuẩn bị chợp mắt một chút, và làm phiền giấc ngủ của ông có thể là một nước đi nguy hiểm cho sự nghiệp. Hầu hết các ngày, Alan chỉ cần chưa đầy một tiếng là tỉnh dậy và đi lại bình thường. Những lần khác, đặc biệt là khi ông ăn trưa lâu, ông sẽ "vắng mặt" gần hết buổi chiều.</w:t>
      </w:r>
    </w:p>
    <w:p>
      <w:pPr>
        <w:spacing w:after="80"/>
      </w:pPr>
      <w:r>
        <w:rPr>
          <w:b w:val="0"/>
          <w:i w:val="0"/>
        </w:rPr>
        <w:t>Khi đã gần đến tuổi nghỉ hưu, thói quen chợp mắt của Alan nói lên rất nhiều điều về cách ông điều hành bộ phận. Ngoài việc làm nhân viên mất tinh thần, phong cách quản lý của Alan còn gây rối loạn cho các nhà cung cấp dịch vụ bên ngoài mà ông thuê để hỗ trợ các sáng kiến của công ty. Alan giao cho các quản lý nội bộ trách nhiệm triển khai những chương trình đó, nhưng họ không có tiếng nói gì trong quyết định thuê ngoài.</w:t>
      </w:r>
    </w:p>
    <w:p>
      <w:pPr>
        <w:spacing w:after="80"/>
      </w:pPr>
      <w:r>
        <w:rPr>
          <w:b w:val="0"/>
          <w:i w:val="0"/>
        </w:rPr>
        <w:t>Một nhóm nhà cung cấp đến để bắt đầu công việc mà không ai trong đội ngũ của Alan biết họ đến khi nào hay chính xác họ đến đó để làm gì. Các nhà cung cấp dịch vụ đã phỏng vấn người trong bộ phận và trao đổi với họ về việc xây dựng đề xuất. Nhưng sau đó Alan quyết định thay đổi mục tiêu dự án và quên không báo cho nhân viên về sự thay đổi kế hoạch. Chẳng bao lâu, các nhà cung cấp nhận ra rằng đây không phải là chuyện cá biệt trong lãnh địa của Alan và họ đã bán được một thương vụ thực sự tồi tệ. Ngay cả khi bỏ qua thời gian họ đã lãng phí để khởi động chương trình, ai lại muốn làm việc trong môi trường như vậy? Mối quan hệ với khách hàng đã coi như tiêu tan ngay từ đầu, và bạn không thể trông cậy vào Alan để được hỗ trợ hay hướng dẫn, bởi nếu ông không họp thì đúng nghĩa là đang ngủ gật sau tay lái.</w:t>
      </w:r>
    </w:p>
    <w:p>
      <w:pPr>
        <w:spacing w:after="80"/>
      </w:pPr>
      <w:r>
        <w:rPr>
          <w:b w:val="0"/>
          <w:i w:val="0"/>
        </w:rPr>
        <w:t xml:space="preserve">Một thương vụ bán cho một tổ chức kiểu như của Alan có thể trông đầy hứa hẹn, nhưng thật sự không đáng để bỏ công. Ngay cả quy trình khám phá kỹ lưỡng nhất cũng không thể phơi bày hết mọi bí mật của một tổ chức. Bí quyết để tránh một thương vụ tồi là đưa ra quyết định </w:t>
      </w:r>
      <w:r>
        <w:rPr>
          <w:b w:val="0"/>
          <w:i/>
        </w:rPr>
        <w:t>có ý thức</w:t>
      </w:r>
      <w:r>
        <w:rPr>
          <w:b w:val="0"/>
          <w:i w:val="0"/>
        </w:rPr>
        <w:t xml:space="preserve"> và đầy đủ thông tin về việc có nên làm việc với một khách hàng hay không, và sẵn sàng - khi cần thiết - dứt khoát rút lui mà không hối tiếc. Nhận những công việc tồi tệ chỉ làm tăng thêm căng thẳng cho một cuộc sống vốn đã căng thẳng; nó gây nguy hiểm cho sức khỏe của bạn và cho cả công việc kinh doanh của bạn. Để giữ được sự tỉnh táo và xây dựng một doanh nghiệp dịch vụ giá trị cao, hãy kén chọn khách hàng mà bạn làm việc cùng cũng như chính họ kén chọn bạn.</w:t>
      </w:r>
    </w:p>
    <w:p>
      <w:pPr>
        <w:pStyle w:val="Heading1"/>
      </w:pPr>
      <w:r>
        <w:rPr>
          <w:rFonts w:ascii="Calibri" w:hAnsi="Calibri"/>
          <w:b/>
          <w:i w:val="0"/>
          <w:sz w:val="40"/>
        </w:rPr>
        <w:t>Kiểm tra sự tỉnh táo: Lý do nên tránh những thương vụ tồi</w:t>
      </w:r>
    </w:p>
    <w:p>
      <w:pPr>
        <w:spacing w:after="80"/>
      </w:pPr>
      <w:r>
        <w:rPr>
          <w:b w:val="0"/>
          <w:i w:val="0"/>
        </w:rPr>
        <w:t>Hạn chế chính của một thương vụ tồi bắt nguồn từ chi phí cơ hội mà bạn đánh mất. Ngay khi bạn bị cuốn vào một thương vụ tồi, thế nào cũng có một cơ hội tốt hơn nhiều xuất hiện, khiến bạn phải tự trách mình vì đã đuổi theo một kẻ thua cuộc như vậy.</w:t>
      </w:r>
    </w:p>
    <w:p>
      <w:pPr>
        <w:spacing w:after="80"/>
      </w:pPr>
      <w:r>
        <w:rPr>
          <w:b w:val="0"/>
          <w:i w:val="0"/>
        </w:rPr>
        <w:t>Những thương vụ thiếu khôn ngoan còn có những đặc điểm chung khác: Thường thì bạn mất nhiều thời gian hơn dự kiến để chốt được thương vụ, và đến lúc đó biên lợi nhuận của bạn đã tuột dốc không phanh. Bạn cũng mất nhiều thời gian hơn kế hoạch để hoàn thành công việc. Những thương vụ tồi ngốn nhiều nguồn lực của bạn hơn mức cần thiết, và khách hàng hiếm khi hài lòng với kết quả cuối cùng. Bạn có nguy cơ làm xói mòn tinh thần của đội ngũ bán hàng và triển khai mà chẳng được lợi ích lâu dài gì.</w:t>
      </w:r>
    </w:p>
    <w:p>
      <w:pPr>
        <w:pStyle w:val="Heading2"/>
      </w:pPr>
      <w:r>
        <w:rPr>
          <w:rFonts w:ascii="Calibri" w:hAnsi="Calibri"/>
          <w:b/>
          <w:i w:val="0"/>
          <w:sz w:val="32"/>
        </w:rPr>
        <w:t>Chọn đúng khách hàng</w:t>
      </w:r>
    </w:p>
    <w:p>
      <w:pPr>
        <w:spacing w:after="80"/>
      </w:pPr>
      <w:r>
        <w:rPr>
          <w:b w:val="0"/>
          <w:i w:val="0"/>
        </w:rPr>
        <w:t>Làm sao bạn quyết định được khách hàng nào phù hợp với mình? Với một số người, chỉ riêng viễn cảnh có doanh thu cũng đủ là động lực để nhận gần như mọi thương vụ. Trước áp lực phải đạt chỉ tiêu của người bán hàng, vài thương vụ dở hơi có lẽ cũng sẽ lọt vào sổ của họ. Và với một số người mua, bạn sẽ không biết mình đã bán được một thương vụ tồi cho đến khi công việc bắt đầu và những bất ngờ cứ thế ập đến.</w:t>
      </w:r>
    </w:p>
    <w:p>
      <w:pPr>
        <w:spacing w:after="80"/>
      </w:pPr>
      <w:r>
        <w:rPr>
          <w:b w:val="0"/>
          <w:i w:val="0"/>
        </w:rPr>
        <w:t>Tuy vậy, việc chịu khó tránh những "gánh nặng" và chọn ra những khách hàng tốt nhất cho công việc của bạn sẽ thúc đẩy sự phát triển và định hình tương lai của bạn. Công việc kinh doanh của bạn là tấm gương phản chiếu khách hàng của bạn, và chất lượng được cảm nhận của danh sách khách hàng ảnh hưởng đến khả năng thu hút khách hàng mới của bạn. Lướt qua danh sách khách hàng của bất kỳ doanh nghiệp dịch vụ nào, bạn sẽ biết được công ty đó đã thành công đến đâu và đang hướng về đâu.</w:t>
      </w:r>
    </w:p>
    <w:p>
      <w:pPr>
        <w:spacing w:after="80"/>
      </w:pPr>
      <w:r>
        <w:rPr>
          <w:b w:val="0"/>
          <w:i w:val="0"/>
        </w:rPr>
        <w:t>Việc có được và giữ chân những người giỏi nhất cùng việc tạo dựng một văn hóa phát triển đều phụ thuộc vào chất lượng công việc mà bạn bán. Đôi khi bạn phải dứt khoát rút lui khỏi những cơ hội đầy hứa hẹn trong ngắn hạn để xây dựng công việc kinh doanh cho dài hạn. Cách tốt nhất để cải thiện tỷ lệ chốt bán hàng của bạn trong tương lai là đặc biệt kén chọn những thương vụ mà bạn quyết định theo đuổi.</w:t>
      </w:r>
    </w:p>
    <w:p>
      <w:pPr>
        <w:spacing w:after="80"/>
      </w:pPr>
      <w:r>
        <w:rPr>
          <w:b w:val="0"/>
          <w:i w:val="0"/>
        </w:rPr>
        <w:t>Trước khi bạn đồng ý viết một đề xuất bán hàng hay tham dự thêm một cuộc họp bán hàng nào nữa, hãy tạm gỡ chiếc mũ "lấy khách hàng làm trung tâm" ra vài phút và nghĩ về chính công việc kinh doanh của bạn. Thương vụ mà bạn đang theo đuổi có phải là cách sử dụng thời gian tốt nhất của bạn không, và đâu là những nguồn giá trị tiềm năng cho bạn từ nó?</w:t>
      </w:r>
    </w:p>
    <w:p>
      <w:pPr>
        <w:spacing w:after="80"/>
      </w:pPr>
      <w:r>
        <w:rPr>
          <w:b w:val="0"/>
          <w:i w:val="0"/>
        </w:rPr>
        <w:t>Hãy bắt đầu bằng việc nhìn thẳng vào dự báo lợi nhuận của bạn. Bạn hiếm khi tìm thấy một công ty dịch vụ chất lượng cao mà lại không thành công về mặt tài chính. Hãy chắc chắn rằng bạn hiểu rõ tác động lợi nhuận của mọi cơ hội trước khi cam kết nguồn lực vượt ra ngoài những cuộc thảo luận mang tính thăm dò.</w:t>
      </w:r>
    </w:p>
    <w:p>
      <w:pPr>
        <w:spacing w:after="80"/>
      </w:pPr>
      <w:r>
        <w:rPr>
          <w:b w:val="0"/>
          <w:i w:val="0"/>
        </w:rPr>
        <w:t>Hãy dùng nhiều giả định khác nhau để đánh giá biên lợi nhuận của bạn. Đến mức nào thì thương vụ đó trông giống như một thỏa thuận tồi? Điều gì phải xảy ra để đạt đến tình trạng đó? Ví dụ, nếu biên lợi nhuận của bạn giảm 20 hay 30 phần trăm, liệu bạn có còn muốn giành được công việc đó không? Đồng thời, hãy cân nhắc khả năng có thêm công việc sinh lời từ khách hàng. Liệu những hợp đồng tương lai đó có mang lại nguồn lợi nhuận đáng tin cậy không? Bạn chắc chắn đến mức nào rằng mình có thể đạt được biên lợi nhuận mong muốn?</w:t>
      </w:r>
    </w:p>
    <w:p>
      <w:pPr>
        <w:spacing w:after="80"/>
      </w:pPr>
      <w:r>
        <w:rPr>
          <w:b w:val="0"/>
          <w:i w:val="0"/>
        </w:rPr>
        <w:t>Mặc dù lợi nhuận không nên là động cơ duy nhất của bạn, hãy chắc chắn tránh xa những nhiệm vụ "mồi" (loss-leader)—những công việc giới thiệu giá rẻ hoặc miễn phí mà bạn hy vọng cuối cùng sẽ dẫn khách hàng đến chỗ mua các dịch vụ đầy đủ giá của bạn. Bạn không có gì đảm bảo rằng những mồi nhử đó sẽ thành công; chúng chỉ dành cho kẻ thua cuộc. Nếu người mua không thể thấy giá trị đóng góp của bạn ngoại trừ qua các dự án miễn phí, có thể họ sẽ không bao giờ hiểu được. Đừng liều lĩnh.</w:t>
      </w:r>
    </w:p>
    <w:p>
      <w:pPr>
        <w:spacing w:after="80"/>
      </w:pPr>
      <w:r>
        <w:rPr>
          <w:b w:val="0"/>
          <w:i w:val="0"/>
        </w:rPr>
        <w:t>Hãy tìm ít nhất ba lý do khiến bạn có thể chọn làm việc với một khách hàng, và một trong số đó không thể là, "Tôi chẳng có kế hoạch gì khác, nên tội gì không làm?" Cơ hội đó có thể thay đổi bạn hoặc doanh nghiệp của bạn theo hướng tốt hơn như thế nào? Hãy xem xét "Những Nguồn Giá Trị Của Người Bán" (Seller Sources of Value) tiềm năng để đánh giá điều gì quan trọng nhất với bạn trong thương vụ này.</w:t>
      </w:r>
    </w:p>
    <w:p>
      <w:pPr>
        <w:pStyle w:val="Heading1"/>
      </w:pPr>
      <w:r>
        <w:rPr>
          <w:rFonts w:ascii="Calibri" w:hAnsi="Calibri"/>
          <w:b/>
          <w:i w:val="0"/>
          <w:sz w:val="40"/>
        </w:rPr>
        <w:t>NHỮNG NGUỒN GIÁ TRỊ CỦA NGƯỜI BÁN</w:t>
      </w:r>
    </w:p>
    <w:p>
      <w:pPr>
        <w:spacing w:after="80"/>
      </w:pPr>
      <w:r>
        <w:rPr>
          <w:b w:val="0"/>
          <w:i w:val="0"/>
        </w:rPr>
        <w:t>Một thương vụ cụ thể có thể mang đến cho bạn cơ hội để . . .</w:t>
      </w:r>
    </w:p>
    <w:p>
      <w:pPr>
        <w:spacing w:after="80"/>
      </w:pPr>
      <w:r>
        <w:rPr>
          <w:b w:val="0"/>
          <w:i w:val="0"/>
        </w:rPr>
        <w:t>Có thể khách hàng là một người dẫn đầu trong ngành mà bạn hằng ao ước được làm việc cùng, và bạn đặc biệt đủ năng lực cho nhiệm vụ đó. Nếu bạn có thể tạo ra tác động giá trị cao lên công ty hoặc ngành của khách hàng, đó có thể là lý do đủ để theo đuổi thương vụ. Có thể bạn có thể xây dựng một mạng lưới quan hệ vững chắc hơn, hoặc bạn có thể bổ sung vào năng lực của mình theo những cách sẽ trở nên không thể thiếu cho những mục tiêu khác. Dù ba lý do bạn xác định là gì, hãy khắc sâu chúng vào tâm trí và lên kế hoạch để đạt được từng lý do nếu bạn giành được công việc. Nếu bạn không thể tìm ra ba lý do chính đáng ngoài dòng tiền trước mắt để theo đuổi một cơ hội bán hàng, hãy cân nhắc bỏ đi.</w:t>
      </w:r>
    </w:p>
    <w:p>
      <w:pPr>
        <w:pStyle w:val="Heading2"/>
      </w:pPr>
      <w:r>
        <w:rPr>
          <w:rFonts w:ascii="Calibri" w:hAnsi="Calibri"/>
          <w:b/>
          <w:i w:val="0"/>
          <w:sz w:val="32"/>
        </w:rPr>
        <w:t xml:space="preserve"> Tìm Ra Cơ Hội Thực Sự Của Bạn </w:t>
      </w:r>
    </w:p>
    <w:p>
      <w:pPr>
        <w:spacing w:after="80"/>
      </w:pPr>
      <w:r>
        <w:rPr>
          <w:b w:val="0"/>
          <w:i w:val="0"/>
        </w:rPr>
        <w:t>Một khi bạn tin rằng khách hàng phù hợp với mình và bạn biết vì sao, hãy đánh giá cơ hội giành được công việc của bạn. Khả năng khách hàng thực sự thuê một nhà cung cấp dịch vụ là bao nhiêu? Với bất kỳ thương vụ nào, bạn luôn phải đối mặt với hai đối thủ khó nhằn, vô hình. Thứ nhất là chính nhân viên của khách hàng, những người có thể muốn tự làm công việc thay vì thuê ngoài. Thứ hai là bất kỳ sự kiện không lường trước nào, chẳng hạn như thay đổi nhân sự cấp cao ngoài kế hoạch hoặc kết quả kinh doanh quý kém, có thể khiến khách hàng rút lui và không làm công việc đó nữa.</w:t>
      </w:r>
    </w:p>
    <w:p>
      <w:pPr>
        <w:spacing w:after="80"/>
      </w:pPr>
      <w:r>
        <w:rPr>
          <w:b w:val="0"/>
          <w:i w:val="0"/>
        </w:rPr>
        <w:t>Donna, một nhà tư vấn chiến lược, đã học được bài học về những đối thủ vô hình theo cách đau đớn. Donna và nhóm nhỏ của cô đến cuộc họp với khách hàng đúng giờ, và một trợ lý bận rộn vội vã đưa họ vào phòng hội nghị. Họ được biết vị lãnh đạo khách hàng đến muộn, nhưng sẽ có mặt sớm thôi. Khi Donna và các đồng nghiệp kéo ghế vào bàn hội nghị, một thành viên trong nhóm chỉ vào một chồng tài liệu đóng gáy ở giữa bàn. Donna nghiêng người qua bàn và ngay lập tức thấy rằng tài liệu trên cùng là đề xuất của một đối thủ cho cùng công việc mà nhóm của Donna đến để bàn. Tò mò, Donna lật qua phần còn lại của chồng tài liệu, đếm được tổng cộng bốn đề xuất. Khách hàng đang nói chuyện với ít nhất năm nhà cung cấp dịch vụ cho sáng kiến này.</w:t>
      </w:r>
    </w:p>
    <w:p>
      <w:pPr>
        <w:spacing w:after="80"/>
      </w:pPr>
      <w:r>
        <w:rPr>
          <w:b w:val="0"/>
          <w:i w:val="0"/>
        </w:rPr>
        <w:t>Khách hàng và nhóm của ông đến cuộc họp đúng lúc Donna vừa sắp xếp xong chồng đề xuất. Sau đó Donna và nhóm của cô dành cả buổi chiều mổ xẻ từng chi tiết trong đề xuất của họ với khách hàng, đặc biệt nhấn mạnh vào kế hoạch công việc. Khách hàng cực kỳ quan tâm đến chính xác cách nhóm của Donna định thực hiện công việc, đặc biệt là cách quản lý nỗ lực xuyên múi giờ, điều mà nhóm của Donna biết khá rõ. Cuộc họp kết thúc trong không khí tích cực, nhưng Donna biết cuộc cạnh tranh lần này sẽ vô cùng khốc liệt.</w:t>
      </w:r>
    </w:p>
    <w:p>
      <w:pPr>
        <w:spacing w:after="80"/>
      </w:pPr>
      <w:r>
        <w:rPr>
          <w:b w:val="0"/>
          <w:i w:val="0"/>
        </w:rPr>
        <w:t>Sau một tuần trôi qua không có tin tức gì, Donna gọi cho khách hàng để xem có thông tin gì về đề xuất không. Khách hàng không liên lạc được. Cô thử lại ba ngày sau nhưng không gặp may. Khi khách hàng cuối cùng gọi lại, Donna biết tin này sẽ không tốt đẹp gì. Cô chuẩn bị tinh thần, nhưng vẫn sững sờ khi biết rằng khách hàng quyết định tự thực hiện công việc mà không cần bất kỳ sự trợ giúp bên ngoài nào. Đối thủ chiến thắng—chính nhóm của khách hàng—đã thực chất thuê ngoài phần công việc phân tích và lập kế hoạch cho các nhà tư vấn, miễn phí. Sử dụng những ý tưởng và phương pháp họ thu thập được từ nhiều cuộc họp, khách hàng tự tạo ra cách tiếp cận dự án của riêng mình và để các nhà tư vấn ôm cục nợ.</w:t>
      </w:r>
    </w:p>
    <w:p>
      <w:pPr>
        <w:spacing w:after="80"/>
      </w:pPr>
      <w:r>
        <w:rPr>
          <w:b w:val="0"/>
          <w:i w:val="0"/>
        </w:rPr>
        <w:t>Bạn có thể hiểu năm nhóm đó thất vọng đến mức nào sau khi họ đầu tư thời gian và công sức đáng kể để chắp ghép nên những đề xuất chu đáo, chỉ để biết rằng cơ hội đó không có thật. Khi khách hàng không chơi đẹp, bất kỳ ai cũng có thể rơi vào cái bẫy này.</w:t>
      </w:r>
    </w:p>
    <w:p>
      <w:pPr>
        <w:spacing w:after="80"/>
      </w:pPr>
      <w:r>
        <w:rPr>
          <w:b w:val="0"/>
          <w:i w:val="0"/>
        </w:rPr>
        <w:t>Đối thủ vô hình thứ hai có thể tệ như đối thủ thứ nhất. Đôi khi, khách hàng hủy bỏ kế hoạch ngay giữa quá trình bán hàng. Có thể xảy ra khủng hoảng ngân sách, hoặc sếp quyết định sắp xếp lại các ưu tiên của công ty. Trong những trường hợp như vậy, bạn đang cạnh tranh với những thế lực vô hình. Khách hàng có thể, vào bất kỳ lúc nào, quyết định rằng toàn bộ ý tưởng sẽ không khả thi và dừng nỗ lực lại. Vì khả năng một thương vụ có thể không bao giờ thành hiện thực, hãy luôn lắng nghe những dấu hiệu từ khách hàng. Đánh giá cam kết của khách hàng trong việc sử dụng một nhà cung cấp dịch vụ bên ngoài ở từng bước của quá trình bán hàng. Bạn đưa ra quyết định đầu tư mỗi khi bạn chọn theo đuổi một cơ hội bán hàng, vậy hãy sử dụng mọi nguồn thông tin sẵn có để đảm bảo bạn đầu tư một cách khôn ngoan.</w:t>
      </w:r>
    </w:p>
    <w:p>
      <w:pPr>
        <w:pStyle w:val="Heading1"/>
      </w:pPr>
      <w:r>
        <w:rPr>
          <w:rFonts w:ascii="Calibri" w:hAnsi="Calibri"/>
          <w:b/>
          <w:i w:val="0"/>
          <w:sz w:val="40"/>
        </w:rPr>
        <w:t xml:space="preserve">Kiểm Tra Tính Hợp Lý: Bảy Lời Nói Của Người Mua Mà Bạn </w:t>
      </w:r>
      <w:r>
        <w:rPr>
          <w:rFonts w:ascii="Calibri" w:hAnsi="Calibri"/>
          <w:b/>
          <w:i/>
          <w:sz w:val="40"/>
        </w:rPr>
        <w:t>Không</w:t>
      </w:r>
      <w:r>
        <w:rPr>
          <w:rFonts w:ascii="Calibri" w:hAnsi="Calibri"/>
          <w:b/>
          <w:i w:val="0"/>
          <w:sz w:val="40"/>
        </w:rPr>
        <w:t xml:space="preserve"> </w:t>
      </w:r>
      <w:r>
        <w:rPr>
          <w:rFonts w:ascii="Calibri" w:hAnsi="Calibri"/>
          <w:b/>
          <w:i w:val="0"/>
          <w:sz w:val="40"/>
        </w:rPr>
        <w:t>Muốn Nghe</w:t>
      </w:r>
    </w:p>
    <w:p>
      <w:pPr>
        <w:spacing w:after="80"/>
      </w:pPr>
      <w:r>
        <w:rPr>
          <w:b w:val="0"/>
          <w:i w:val="0"/>
        </w:rPr>
        <w:t>Khi bạn nghe những biến thể của bất kỳ chủ đề nào sau đây, có thể bạn nên để thương vụ đó cho người khác.</w:t>
      </w:r>
    </w:p>
    <w:p>
      <w:pPr>
        <w:spacing w:after="80"/>
      </w:pPr>
      <w:r>
        <w:rPr>
          <w:b w:val="0"/>
          <w:i w:val="0"/>
        </w:rPr>
        <w:t>Bốn câu hỏi thiết yếu được thảo luận tiếp theo có thể định hướng suy nghĩ của bạn về tính khả thi của một cơ hội.</w:t>
      </w:r>
    </w:p>
    <w:p>
      <w:pPr>
        <w:pStyle w:val="Heading3"/>
      </w:pPr>
      <w:r>
        <w:rPr>
          <w:rFonts w:ascii="Calibri" w:hAnsi="Calibri"/>
          <w:b/>
          <w:i w:val="0"/>
          <w:sz w:val="26"/>
        </w:rPr>
        <w:t>Dự án có nguồn tài trợ không?</w:t>
      </w:r>
    </w:p>
    <w:p>
      <w:pPr>
        <w:spacing w:after="80"/>
      </w:pPr>
      <w:r>
        <w:rPr>
          <w:b w:val="0"/>
          <w:i w:val="0"/>
        </w:rPr>
        <w:t>Ở nhiều công ty, những người khác ngoài nhà tài trợ của bạn phải phê duyệt các khoản chi tiêu. Nếu rơi vào tình huống đó, bạn muốn có đèn xanh từ những người nắm hầu bao để báo hiệu ý định tiếp tục tiến hành. Đây là một bài học đắt giá cho nhiều người bán hàng.</w:t>
      </w:r>
    </w:p>
    <w:p>
      <w:pPr>
        <w:spacing w:after="80"/>
      </w:pPr>
      <w:r>
        <w:rPr>
          <w:b w:val="0"/>
          <w:i w:val="0"/>
        </w:rPr>
        <w:t>Chẳng hạn, sau năm tháng gian nan, một đội bán hàng đã thắng một thương vụ cạnh tranh gay gắt trước ba đối thủ mạnh. Các thành viên của đội thắng cuộc đã thực hiện vô số buổi thuyết trình bán hàng ở nhiều thành phố; họ dành hẳn một nhóm đề xuất toàn thời gian cho nỗ lực này; và họ chỉnh sửa đề xuất của mình nhiều lần đến mức không còn nhớ nổi. May mắn thay, hoặc họ tưởng vậy vào lúc đó, họ đã thắng thầu. Về sau họ mới biết rằng những người bảo trợ cho sáng kiến này chưa bao giờ đảm bảo được nguồn tài trợ. Khi những người bảo trợ bắt đầu quy trình xin vốn, ban lãnh đạo công ty đưa ra hai thông báo. Thứ nhất, chủ tịch công ty sẽ từ chức, và thứ hai, mọi khoản chi tiêu vốn sẽ bị đóng băng cho đến khi ban điều hành mới có thể đưa ra quyết định chi tiêu của riêng họ. Đội bán hàng "thắng cuộc" vẫn đang chờ quyết định đó.</w:t>
      </w:r>
    </w:p>
    <w:p>
      <w:pPr>
        <w:spacing w:after="80"/>
      </w:pPr>
      <w:r>
        <w:rPr>
          <w:b w:val="0"/>
          <w:i w:val="0"/>
        </w:rPr>
        <w:t>Hỏi về nguồn tài trợ có thể là chuyện tế nhị, nhưng bạn cần phải biết. Đừng hỏi ngay sau khi vừa ngồi xuống nói chuyện, nhưng cũng đừng rời cuộc gặp mà chưa có câu trả lời. Hãy dùng phán đoán tốt của mình để đặt câu hỏi cho khéo. Bạn có thể hỏi về việc được chấp thuận tiến hành mà không cần hỏi thẳng liệu ngân sách đã được bật đèn xanh hay chưa. Hoặc bạn có thể hỏi liệu có lý do nào khiến ngày khởi động bị trì hoãn không—giả sử khách hàng chấp thuận đề xuất của bạn trong khung thời gian đã định. Bạn có thể tin chắc rằng ngân sách sẽ không thành vấn đề, nhưng hãy cố thu thập chút bằng chứng. Tình trạng tài trợ có thể không phải là lý do để bạn bỏ thương vụ, nhưng nó mang lại hiểu biết thiết yếu về các ưu tiên của khách hàng.</w:t>
      </w:r>
    </w:p>
    <w:p>
      <w:pPr>
        <w:pStyle w:val="Heading3"/>
      </w:pPr>
      <w:r>
        <w:rPr>
          <w:rFonts w:ascii="Calibri" w:hAnsi="Calibri"/>
          <w:b/>
          <w:i w:val="0"/>
          <w:sz w:val="26"/>
        </w:rPr>
        <w:t>Họ đã sẵn sàng bắt đầu chưa?</w:t>
      </w:r>
    </w:p>
    <w:p>
      <w:pPr>
        <w:spacing w:after="80"/>
      </w:pPr>
      <w:r>
        <w:rPr>
          <w:b w:val="0"/>
          <w:i w:val="0"/>
        </w:rPr>
        <w:t>Một số người mua chỉ đang thăm dò thông tin—giống như những người thu thập năm đề xuất mà không hề có ý định thuê ai. Bạn có thể đánh giá mức độ cam kết bằng cách hỏi cụ thể về ngày khởi động. Cuộc trò chuyện đó nên diễn ra tự nhiên, vì rõ ràng bạn cần biết ngày đó để tổ chức nỗ lực bán hàng. Bạn đang tìm dấu hiệu cho thấy khách hàng đã suy nghĩ sâu sắc đến mức nào về cách chương trình sẽ diễn ra.</w:t>
      </w:r>
    </w:p>
    <w:p>
      <w:pPr>
        <w:spacing w:after="80"/>
      </w:pPr>
      <w:r>
        <w:rPr>
          <w:b w:val="0"/>
          <w:i w:val="0"/>
        </w:rPr>
        <w:t>Đừng mong có câu trả lời dứt khoát chỉ từ một hai câu hỏi. Bạn có thể hỏi những câu như: Nhân viên của khách hàng có hiểu vai trò sắp tới của họ không? Họ đã phát đi thông báo nào về nỗ lực này chưa? Họ đã nghĩ đến nhân sự hỗ trợ hay những nguồn lực khác mà bạn sẽ cần chưa? Họ đã nghĩ về tiến độ, tác động tổ chức, và những ảnh hưởng đến các chức năng kinh doanh của họ chưa? Tất cả những chủ đề này đều cho thấy mức độ sẵn sàng và liệu cơ hội này có thật hay không. Nếu bạn nhận được câu trả lời chính xác và một cuộc trao đổi qua lại, có lẽ bạn đang ở thế tốt. Nếu khách hàng trả lời chung chung mơ hồ, nhiều khả năng bạn vẫn đang ở giai đoạn rất sớm của chu kỳ bán hàng.</w:t>
      </w:r>
    </w:p>
    <w:p>
      <w:pPr>
        <w:pStyle w:val="Heading3"/>
      </w:pPr>
      <w:r>
        <w:rPr>
          <w:rFonts w:ascii="Calibri" w:hAnsi="Calibri"/>
          <w:b/>
          <w:i w:val="0"/>
          <w:sz w:val="26"/>
        </w:rPr>
        <w:t>Lý lẽ kinh doanh của khách hàng có hợp lý không?</w:t>
      </w:r>
    </w:p>
    <w:p>
      <w:pPr>
        <w:spacing w:after="80"/>
      </w:pPr>
      <w:r>
        <w:rPr>
          <w:b w:val="0"/>
          <w:i w:val="0"/>
        </w:rPr>
        <w:t>Một lý lẽ kinh doanh yếu ớt hoặc không tồn tại có thể làm chệch hướng một chương trình đang hình thành nhanh hơn cả câu "Khi nào chúng ta nên bắt đầu?" Bạn không cần xem một bản phân tích chi phí - lợi ích dài 30 trang, nhưng bạn muốn biết hai điều: Tại sao khách hàng muốn theo đuổi việc này, và tại sao lại là bây giờ?</w:t>
      </w:r>
    </w:p>
    <w:p>
      <w:pPr>
        <w:spacing w:after="80"/>
      </w:pPr>
      <w:r>
        <w:rPr>
          <w:b w:val="0"/>
          <w:i w:val="0"/>
        </w:rPr>
        <w:t>Với hầu hết các thương vụ bán dịch vụ, người bảo trợ phía khách hàng phải là người ủng hộ cho giá trị của công việc. Kể cả khi các lãnh đạo khách hàng đều đồng thuận rộng rãi về nhu cầu của chương trình, người bảo trợ thường vẫn cần trấn an những người ủng hộ và thuyết phục những người hoài nghi. Bạn không thể biết chắc liệu một lý lẽ kinh doanh có lay chuyển được mọi người trong tổ chức hay không, hay lay chuyển như thế nào, kể cả khi nó phác họa giá trị kỳ vọng một cách thuyết phục. Nhưng bạn sẽ biết liệu chính mình có tin nó hay không, và thế có thể là đủ. Dù khách hàng trình bày lý do đằng sau một chương trình bằng tiền bạc cụ thể hay bằng cách nào khác, bạn có nghĩ những lý do đó đủ sức thúc đẩy hành động không? Nếu bạn thấy lý lẽ kinh doanh yếu ớt hoặc không tồn tại, hãy đề xuất cách củng cố hoặc tạo ra một lý lẽ hợp lý. Trước khi đi quá sâu vào chu kỳ bán hàng, hãy chắc chắn rằng lý lẽ kinh doanh của khách hàng ủng hộ hành động được đề xuất.</w:t>
      </w:r>
    </w:p>
    <w:p>
      <w:pPr>
        <w:pStyle w:val="Heading1"/>
      </w:pPr>
      <w:r>
        <w:rPr>
          <w:rFonts w:ascii="Calibri" w:hAnsi="Calibri"/>
          <w:b/>
          <w:i w:val="0"/>
          <w:sz w:val="40"/>
        </w:rPr>
        <w:t>Chín nguyên nhân của một thương vụ tồi</w:t>
      </w:r>
    </w:p>
    <w:p>
      <w:pPr>
        <w:spacing w:after="80"/>
      </w:pPr>
      <w:r>
        <w:rPr>
          <w:b w:val="0"/>
          <w:i w:val="0"/>
        </w:rPr>
        <w:t>Nếu bạn gặp ba vấn đề này trở lên trong một cơ hội bán hàng, hãy coi chừng.</w:t>
      </w:r>
    </w:p>
    <w:p>
      <w:pPr>
        <w:pStyle w:val="Heading3"/>
      </w:pPr>
      <w:r>
        <w:rPr>
          <w:rFonts w:ascii="Calibri" w:hAnsi="Calibri"/>
          <w:b/>
          <w:i w:val="0"/>
          <w:sz w:val="26"/>
        </w:rPr>
        <w:t>Người mua có quy trình ra quyết định hợp lý không?</w:t>
      </w:r>
    </w:p>
    <w:p>
      <w:pPr>
        <w:spacing w:after="80"/>
      </w:pPr>
      <w:r>
        <w:rPr>
          <w:b w:val="0"/>
          <w:i w:val="0"/>
        </w:rPr>
        <w:t>Thường thì quy trình quyết định mua dịch vụ diễn ra tùy hứng. Vì hầu hết các thương vụ mua dịch vụ chỉ xảy ra lẻ tẻ, nhiều tổ chức không có quy trình thường lệ để mua dịch vụ. Trong một số tình huống, một nhóm lãnh đạo quan tâm ngồi lại với nhau để tự quyết định cách họ sẽ mua. Trong những trường hợp khác, các lãnh đạo quyết định ngay tại chỗ ai sẽ thắng thầu. Dù tình huống nào đi nữa, hãy tìm hiểu xem có tồn tại một quy trình ra quyết định không và, nếu có, hãy hỏi nó vận hành thế nào. Đừng ngạc nhiên nếu khách hàng không có quy trình nào, và đừng bỏ cuộc nếu họ không thể giải thích cho bạn.</w:t>
      </w:r>
    </w:p>
    <w:p>
      <w:pPr>
        <w:spacing w:after="80"/>
      </w:pPr>
      <w:r>
        <w:rPr>
          <w:b w:val="0"/>
          <w:i w:val="0"/>
        </w:rPr>
        <w:t>Để đánh giá tính xác thực của một cơ hội, bạn muốn có chút bằng chứng rằng người mua đã nghĩ đến việc đưa quyết định mua đến hồi kết. Mức độ trang trọng của quy trình đó không quan trọng. Nếu chưa có quy trình ra quyết định, bạn nên có thể đề xuất vài phương án thay thế dựa trên kinh nghiệm trước đây của mình. Chỉ cần nhớ rằng bạn có thể có sự đồng thuận rộng rãi về nhu cầu hành động, và một đề xuất bán hàng hấp dẫn, mà vẫn bị sa lầy hàng tuần hay hàng tháng trời vì quy trình ra quyết định kém cỏi của khách hàng.</w:t>
      </w:r>
    </w:p>
    <w:p>
      <w:pPr>
        <w:pStyle w:val="Heading2"/>
      </w:pPr>
      <w:r>
        <w:rPr>
          <w:rFonts w:ascii="Calibri" w:hAnsi="Calibri"/>
          <w:b/>
          <w:i w:val="0"/>
          <w:sz w:val="32"/>
        </w:rPr>
        <w:t xml:space="preserve"> Hãy làm điều đúng đắn </w:t>
      </w:r>
    </w:p>
    <w:p>
      <w:pPr>
        <w:spacing w:after="80"/>
      </w:pPr>
      <w:r>
        <w:rPr>
          <w:b w:val="0"/>
          <w:i w:val="0"/>
        </w:rPr>
        <w:t>Quyết định từ bỏ một thương vụ tất nhiên không chỉ liên quan đến bạn. Điều tốt nhất cho khách hàng cũng quan trọng không kém. Craig đối mặt với một nhóm khách hàng cấp cao muốn thuê công ty anh, không cần cạnh tranh, cho một dự án ngắn nhưng quan trọng. Sau khi nghiên cứu mục tiêu và phạm vi của chương trình được đề xuất, Craig thông báo cho nhóm khách hàng về những lo ngại nghiêm túc của mình về tính khả thi của dự án. Anh đặc biệt lo rằng dự án sẽ giải quyết một vấn đề lớn chỉ bằng một giải pháp tạm thời—theo anh thì đó chỉ là một miếng băng dán vết thương.</w:t>
      </w:r>
    </w:p>
    <w:p>
      <w:pPr>
        <w:spacing w:after="80"/>
      </w:pPr>
      <w:r>
        <w:rPr>
          <w:b w:val="0"/>
          <w:i w:val="0"/>
        </w:rPr>
        <w:t>Khách hàng kiên quyết giữ cách tiếp cận mà họ đề xuất, dù về lâu dài nó có thể tốn kém hơn. Craig khiến khách hàng sửng sốt khi từ chối nhận công việc, vì anh tin rằng tiến hành theo cách họ dự định sẽ không có lợi cho họ.</w:t>
      </w:r>
    </w:p>
    <w:p>
      <w:pPr>
        <w:spacing w:after="80"/>
      </w:pPr>
      <w:r>
        <w:rPr>
          <w:b w:val="0"/>
          <w:i w:val="0"/>
        </w:rPr>
        <w:t>Quyết định giữ vững nguyên tắc của Craig khiến anh mất một thương vụ ngắn hạn, nhưng cuối cùng lại mang về cho anh một mối quan hệ khách hàng dài hạn, dẫn đến một chuỗi dự án lợi nhuận cao. Các giám đốc điều hành của khách hàng biết họ có thể tin tưởng Craig sẽ bảo vệ lợi ích của họ, và họ thuê công ty anh hết lần này đến lần khác nhờ vào quyết định làm điều đúng đắn của anh.</w:t>
      </w:r>
    </w:p>
    <w:p>
      <w:pPr>
        <w:pStyle w:val="Heading2"/>
      </w:pPr>
      <w:r>
        <w:rPr>
          <w:rFonts w:ascii="Calibri" w:hAnsi="Calibri"/>
          <w:b/>
          <w:i w:val="0"/>
          <w:sz w:val="32"/>
        </w:rPr>
        <w:t xml:space="preserve"> Hãy theo đuổi công việc mà bạn </w:t>
      </w:r>
      <w:r>
        <w:rPr>
          <w:rFonts w:ascii="Calibri" w:hAnsi="Calibri"/>
          <w:b/>
          <w:i/>
          <w:sz w:val="32"/>
        </w:rPr>
        <w:t>biết</w:t>
      </w:r>
      <w:r>
        <w:rPr>
          <w:rFonts w:ascii="Calibri" w:hAnsi="Calibri"/>
          <w:b/>
          <w:i w:val="0"/>
          <w:sz w:val="32"/>
        </w:rPr>
        <w:t xml:space="preserve"> mình có thể làm xuất sắc </w:t>
      </w:r>
    </w:p>
    <w:p>
      <w:pPr>
        <w:spacing w:after="80"/>
      </w:pPr>
      <w:r>
        <w:rPr>
          <w:b w:val="0"/>
          <w:i w:val="0"/>
        </w:rPr>
        <w:t xml:space="preserve">Trong quá trình đánh giá cơ hội, hãy chắc chắn trong đầu rằng bạn </w:t>
      </w:r>
      <w:r>
        <w:rPr>
          <w:b w:val="0"/>
          <w:i/>
        </w:rPr>
        <w:t>thực sự</w:t>
      </w:r>
      <w:r>
        <w:rPr>
          <w:b w:val="0"/>
          <w:i w:val="0"/>
        </w:rPr>
        <w:t xml:space="preserve"> có thể làm công việc theo cách khách hàng muốn và cần. Đặc biệt chú ý đến kỳ vọng của khách hàng về giá trị, mục tiêu, thời gian, cách tiếp cận và đội ngũ. Tất nhiên bạn sẽ làm việc với khách hàng để hoàn thiện những chi tiết này, nhưng hãy lường trước rằng ý kiến ban đầu của khách hàng sẽ có trọng lượng lớn. Hãy lắng nghe khách hàng nói gì về những vấn đề quan trọng này. Có những kỳ vọng hợp lý về thời gian hoàn thành dự án và giá trị dự kiến của nó không? Khách hàng có nắm bắt thực tế về mức độ công sức cần thiết không?</w:t>
      </w:r>
    </w:p>
    <w:p>
      <w:pPr>
        <w:spacing w:after="80"/>
      </w:pPr>
      <w:r>
        <w:rPr>
          <w:b w:val="0"/>
          <w:i w:val="0"/>
        </w:rPr>
        <w:t>Điều bạn nên rút ra từ những cuộc thảo luận này là liệu bạn có thể làm việc trong các ràng buộc của khách hàng hay không. Bạn cũng sẽ cảm nhận được khách hàng sẽ linh hoạt đến mức nào trong việc điều chỉnh kỳ vọng nếu hoàn cảnh thay đổi trong quá trình thực hiện. Nếu hóa ra bạn và khách hàng không đồng thuận về cách hoàn thành công việc, liệu hai bên có thể hợp tác để đi đến một giải pháp thỏa đáng không?</w:t>
      </w:r>
    </w:p>
    <w:p>
      <w:pPr>
        <w:pStyle w:val="Heading3"/>
      </w:pPr>
      <w:r>
        <w:rPr>
          <w:rFonts w:ascii="Calibri" w:hAnsi="Calibri"/>
          <w:b/>
          <w:i w:val="0"/>
          <w:sz w:val="26"/>
        </w:rPr>
        <w:t xml:space="preserve"> Mức độ hỗ trợ từ ban điều hành ra sao?</w:t>
      </w:r>
    </w:p>
    <w:p>
      <w:pPr>
        <w:spacing w:after="80"/>
      </w:pPr>
      <w:r>
        <w:rPr>
          <w:b w:val="0"/>
          <w:i w:val="0"/>
        </w:rPr>
        <w:t>Không có sự hỗ trợ vững chắc từ ban điều hành trong toàn tổ chức, một thương vụ và việc cung cấp dịch vụ sau đó khó có thể diễn ra tốt đẹp. Sự thay đổi thường cắt ngang các ranh giới tổ chức, ảnh hưởng đến công việc của nhiều người. Ví dụ, ngay cả một quy trình và hệ thống mới để cập nhật lịch nghỉ phép cũng ảnh hưởng đến gần như mọi người trong công ty. Không có cam kết và hợp tác ở mọi cấp độ của tổ chức, một dự án tưởng chừng đơn giản có thể thất bại thảm hại. Với một dự án lớn, tác động sẽ tăng lên theo cấp số nhân.</w:t>
      </w:r>
    </w:p>
    <w:p>
      <w:pPr>
        <w:spacing w:after="80"/>
      </w:pPr>
      <w:r>
        <w:rPr>
          <w:b w:val="0"/>
          <w:i w:val="0"/>
        </w:rPr>
        <w:t>Hãy chấp nhận rằng sự ủng hộ đồng lòng là điều khó đạt được. Dù sự thay đổi có vô hại đến đâu, bạn cũng không thể làm hài lòng tất cả mọi người. Nhưng những nhà tài trợ chính, cùng những người có thể gây ảnh hưởng đến kết quả, phải đồng lòng với chương trình. Bạn có thể có một kế hoạch hoàn hảo, đội ngũ giỏi nhất hành tinh, và một hồ sơ kinh doanh tuyệt vời, nhưng không có sự hỗ trợ đúng đắn, bạn sẽ kết thúc trong hố sâu. Bạn vẫn có thể đạt được nhiều thứ ngay cả khi đối mặt với sự phản kháng gay gắt. Nhưng nó mất nhiều thời gian hơn, trở nên khó khăn hơn và tốn kém hơn trong việc cung cấp. Hãy chắc chắn bạn hiểu ai đứng về phía mình trước khi đồng ý tiến hành.</w:t>
      </w:r>
    </w:p>
    <w:p>
      <w:pPr>
        <w:pStyle w:val="Heading3"/>
      </w:pPr>
      <w:r>
        <w:rPr>
          <w:rFonts w:ascii="Calibri" w:hAnsi="Calibri"/>
          <w:b/>
          <w:i w:val="0"/>
          <w:sz w:val="26"/>
        </w:rPr>
        <w:t xml:space="preserve"> Bạn có giải mã được những tín hiệu từ khách hàng không?</w:t>
      </w:r>
    </w:p>
    <w:p>
      <w:pPr>
        <w:spacing w:after="80"/>
      </w:pPr>
      <w:r>
        <w:rPr>
          <w:b w:val="0"/>
          <w:i w:val="0"/>
        </w:rPr>
        <w:t>Khi quá trình bán hàng tiến triển, hãy để ý cả những tín hiệu bằng lời và không lời về quan điểm của khách hàng đối với sáng kiến được đề xuất. Cố gắng nhận diện mọi dấu hiệu cảnh báo đỏ. Các cuộc trò chuyện của bạn nên bao quát mọi khía cạnh, bao gồm ý kiến của khách hàng về tiến độ, cách bạn sẽ mang lại giá trị, và vai trò của nhân viên khách hàng trong công việc. Hãy chú ý, và bạn có thể hiểu về cơ hội, khả năng thắng thầu của mình, và cách khách hàng hình dung dự án sẽ diễn ra.</w:t>
      </w:r>
    </w:p>
    <w:p>
      <w:pPr>
        <w:pStyle w:val="Heading3"/>
      </w:pPr>
      <w:r>
        <w:rPr>
          <w:rFonts w:ascii="Calibri" w:hAnsi="Calibri"/>
          <w:b/>
          <w:i w:val="0"/>
          <w:sz w:val="26"/>
        </w:rPr>
        <w:t>Bạn chưa biết điều gì?</w:t>
      </w:r>
    </w:p>
    <w:p>
      <w:pPr>
        <w:spacing w:after="80"/>
      </w:pPr>
      <w:r>
        <w:rPr>
          <w:b w:val="0"/>
          <w:i w:val="0"/>
        </w:rPr>
        <w:t>Sau khi đã thu thập những thông tin tình báo này trong quá trình bán hàng, hãy tự hỏi: "Mình đang thiếu điều gì có thể thay đổi quan điểm về thương vụ này?" Hãy xem xét tất cả các yếu tố liên quan. Ví dụ, bạn có thể triển khai dự án đúng như đặc tả không? Với những ràng buộc đối với bạn và khách hàng, tiến độ có thực tế không? Khách hàng thực sự sẽ hưởng lợi như thế nào từ sáng kiến này? Bạn có thể không lấp đầy hết mọi lỗ hổng kiến thức, nhưng bạn có thể quyết định những dữ kiện nào bạn nhất định phải có và những dữ kiện nào bạn có thể sống thiếu. Hãy dùng danh sách "Mười điều bạn có thể chưa biết . . . nhưng nên biết" để gợi nhớ thêm dữ liệu bạn có thể muốn thu thập.</w:t>
      </w:r>
    </w:p>
    <w:p>
      <w:pPr>
        <w:pStyle w:val="Heading1"/>
      </w:pPr>
      <w:r>
        <w:rPr>
          <w:rFonts w:ascii="Calibri" w:hAnsi="Calibri"/>
          <w:b/>
          <w:i w:val="0"/>
          <w:sz w:val="40"/>
        </w:rPr>
        <w:t>MƯỜI ĐIỀU BẠN CÓ THỂ CHƯA BIẾT . . . NHƯNG NÊN BIẾT</w:t>
      </w:r>
    </w:p>
    <w:p>
      <w:pPr>
        <w:pStyle w:val="Heading2"/>
      </w:pPr>
      <w:r>
        <w:rPr>
          <w:rFonts w:ascii="Calibri" w:hAnsi="Calibri"/>
          <w:b/>
          <w:i w:val="0"/>
          <w:sz w:val="32"/>
        </w:rPr>
        <w:t xml:space="preserve"> Khi nào nên rút lui </w:t>
      </w:r>
    </w:p>
    <w:p>
      <w:pPr>
        <w:spacing w:after="80"/>
      </w:pPr>
      <w:r>
        <w:rPr>
          <w:b w:val="0"/>
          <w:i w:val="0"/>
        </w:rPr>
        <w:t>Ngoài sự miễn cưỡng hiển nhiên khi từ chối một khách hàng đang trả tiền, điều khó khăn nhất khi rút lui khỏi một thương vụ là bạn sẽ không bao giờ có thể chứng minh mình đã đúng. Khi bạn rút lui, bạn đang đưa ra một phán đoán dựa trên hiểu biết. Sau khi đã xem xét kỹ mọi dữ kiện, hãy lắng nghe trực giác của mình. Nếu có điều gì đó cứ day dứt bạn về tình huống này, hãy xem lại những gì bạn biết thêm một lần nữa, hoặc gọi điện cho những người liên hệ với khách hàng và đồng nghiệp để cố gắng giải tỏa những nghi ngờ. Nếu cảm giác lo lắng đó vẫn còn, hãy rút lui và đừng ngoái nhìn lại.</w:t>
      </w:r>
    </w:p>
    <w:p>
      <w:pPr>
        <w:pStyle w:val="Heading1"/>
      </w:pPr>
      <w:r>
        <w:rPr>
          <w:rFonts w:ascii="Calibri" w:hAnsi="Calibri"/>
          <w:b/>
          <w:i w:val="0"/>
          <w:sz w:val="40"/>
        </w:rPr>
        <w:t>CHƯƠNG 6</w:t>
      </w:r>
    </w:p>
    <w:p>
      <w:pPr>
        <w:pStyle w:val="Heading1"/>
      </w:pPr>
      <w:r>
        <w:rPr>
          <w:rFonts w:ascii="Calibri" w:hAnsi="Calibri"/>
          <w:b/>
          <w:i w:val="0"/>
          <w:sz w:val="40"/>
        </w:rPr>
        <w:t>Năm yếu tố của một chiến lược bán hàng thành công</w:t>
      </w:r>
    </w:p>
    <w:p>
      <w:pPr>
        <w:spacing w:after="80"/>
      </w:pPr>
      <w:r>
        <w:rPr>
          <w:b w:val="0"/>
          <w:i w:val="0"/>
        </w:rPr>
        <w:t>Khi Denny thu dọn ghi chú thuyết trình của mình khỏi bục phát biểu, anh không thể tưởng tượng mọi thứ có thể diễn ra tốt đẹp hơn thế nào nữa. Từng người một, các thành viên trong hội đồng tuyển chọn của bên mua đứng dậy, tạo nên một tràng pháo tay tự phát khiến bất kỳ người bán hàng nào cũng phải mỉm cười. Khi đã ra khỏi tầm tai của khách hàng, năm người trong đội bán hàng thậm chí không buồn che giấu sự phấn khích của mình. Thương vụ này chắc chắn nằm trong túi rồi.</w:t>
      </w:r>
    </w:p>
    <w:p>
      <w:pPr>
        <w:spacing w:after="80"/>
      </w:pPr>
      <w:r>
        <w:rPr>
          <w:b w:val="0"/>
          <w:i w:val="0"/>
        </w:rPr>
        <w:t>Mọi thứ diễn ra đúng như đã tập dượt. Hai thành viên kỳ cựu của đội, Michele và Denny, là những người nói chính. Michele mở đầu bằng bản tóm tắt lý do vì sao đội của cô là lựa chọn lý tưởng cho nhiệm vụ này, tiếp đó điểm lại gọn gàng chuyên môn sâu rộng của công ty cô về vấn đề đang bàn, và kết thúc bằng cam kết dồn mọi nguồn lực để triển khai suôn sẻ. Sau đó cô giới thiệu Denny, quản lý dự án của cô, người đã trình bày từng điểm với sự thuyết phục và rõ ràng. Các dữ kiện và con số, được minh họa bằng một loạt biểu đồ, đã củng cố các giả định, giải pháp, cách tiếp cận và tiến độ của đội. Denny tăng cường lập luận của mình bằng ba nghiên cứu tình huống về các nhiệm vụ trước đây, những lời chứng thực đầy hào quang, và kết quả từ một cuộc khảo sát cho thấy sáng kiến của khách hàng sẽ đưa họ lên vị trí dẫn đầu ngành. Anh kết thúc bằng lời nhắc đầy tự tin về lý do vì sao đội của anh là lựa chọn tốt nhất mà khách hàng có thể đưa ra. Cả đội vui vẻ quay về văn phòng để chờ quyết định.</w:t>
      </w:r>
    </w:p>
    <w:p>
      <w:pPr>
        <w:spacing w:after="80"/>
      </w:pPr>
      <w:r>
        <w:rPr>
          <w:b w:val="0"/>
          <w:i w:val="0"/>
        </w:rPr>
        <w:t>Khi khách hàng gọi điện, tin tức đã phá hỏng cuối tuần của cả đội. Thương vụ về tay một đối thủ cạnh tranh với trình độ "nhỉnh hơn một chút", hoặc ít nhất khách hàng nói vậy. Trong các cuộc phỏng vấn tiếp theo, Denny hiểu thêm về thất bại này. Bất chấp việc bên mua đã thể hiện sự ngưỡng mộ rõ ràng dành cho bài thuyết trình của họ, anh và đội của mình đã bỏ lỡ một trong những yếu tố thiết yếu của một chiến lược bán hàng thành công: Họ đã không khơi dậy được trí tưởng tượng của khách hàng về tương lai của chính họ. Bài thuyết trình hoàn hảo về mặt kỹ thuật, đề xuất bán hàng không có sai sót, và khách hàng biết rằng đội sẽ làm một công việc tử tế. Nhưng thế vẫn chưa đủ.</w:t>
      </w:r>
    </w:p>
    <w:p>
      <w:pPr>
        <w:spacing w:after="80"/>
      </w:pPr>
      <w:r>
        <w:rPr>
          <w:b w:val="0"/>
          <w:i w:val="0"/>
        </w:rPr>
        <w:t>Những người bán hàng thắng cuộc cũng đưa ra lập luận mạnh mẽ không kém về trình độ của họ, nhưng họ còn tạo ra sự phấn khích thực sự nơi khách hàng bằng câu chuyện về tương lai của khách hàng, điều mà họ nhấn mạnh trong suốt bài thuyết trình và toàn bộ quá trình bán hàng. Đội đó cũng có một cách diễn đạt giá trị đầy thuyết phục cho dự án, bao gồm lý do vì sao nó phải được thực hiện ngay bây giờ, chứ không phải để sau. Và họ đã đề cập rõ ràng đến những rủi ro tiềm ẩn cùng cách họ dự định xử lý từng rủi ro. Nhưng trên hết, khách hàng tin tưởng đội đó, và đó chính là yếu tố quyết định cuối cùng.</w:t>
      </w:r>
    </w:p>
    <w:p>
      <w:pPr>
        <w:spacing w:after="80"/>
      </w:pPr>
      <w:r>
        <w:rPr>
          <w:b w:val="0"/>
          <w:i w:val="0"/>
        </w:rPr>
        <w:t>Đội thắng cuộc biết rằng một chiến lược bán hàng truyền thống chủ yếu nhấn mạnh vào trình độ có thể gây ấn tượng nhưng vẫn không thể thúc đẩy người mua hành động. Thay vì dựa vào cách tiếp cận đó, những người thắng cuộc đã thổi sức sống vào từng phần trong bài thuyết trình và quá trình bán hàng của họ bằng cách đưa vào chiến lược năm yếu tố riêng biệt cho mọi giao tiếp với khách hàng.</w:t>
      </w:r>
    </w:p>
    <w:p>
      <w:pPr>
        <w:pStyle w:val="Heading1"/>
      </w:pPr>
      <w:r>
        <w:rPr>
          <w:rFonts w:ascii="Calibri" w:hAnsi="Calibri"/>
          <w:b/>
          <w:i w:val="0"/>
          <w:sz w:val="40"/>
        </w:rPr>
        <w:t>NĂM YẾU TỐ CỦA MỘT CHIẾN LƯỢC BÁN HÀNG THÀNH CÔNG</w:t>
      </w:r>
    </w:p>
    <w:p>
      <w:pPr>
        <w:pStyle w:val="Heading2"/>
      </w:pPr>
      <w:r>
        <w:rPr>
          <w:rFonts w:ascii="Calibri" w:hAnsi="Calibri"/>
          <w:b/>
          <w:i w:val="0"/>
          <w:sz w:val="32"/>
        </w:rPr>
        <w:t xml:space="preserve"> Yếu tố 1: Một câu chuyện hấp dẫn </w:t>
      </w:r>
    </w:p>
    <w:p>
      <w:pPr>
        <w:spacing w:after="80"/>
      </w:pPr>
      <w:r>
        <w:rPr>
          <w:b w:val="0"/>
          <w:i w:val="0"/>
        </w:rPr>
        <w:t>Từ thuở xa xưa mà ai cũng nhớ, con người đã kể chuyện để dạy bảo, học hỏi, lưu giữ lịch sử và để giải trí. Con người là những sinh vật kể chuyện. Một câu chuyện hay sẽ làm người ta hạ bớt phòng bị và chạm vào cảm xúc của họ. Những hàng rào phòng vệ tự nhiên thường tan chảy khi bạn nghe ai đó nói: "Để tôi kể cho bạn nghe một câu chuyện."</w:t>
      </w:r>
    </w:p>
    <w:p>
      <w:pPr>
        <w:spacing w:after="80"/>
      </w:pPr>
      <w:r>
        <w:rPr>
          <w:b w:val="0"/>
          <w:i w:val="0"/>
        </w:rPr>
        <w:t>Hiệu quả của những câu chuyện không hẳn là một tin tức gây sốc. Vậy mà, ngay khi hầu hết mọi người bước vào phòng họp hay phòng hội đồng quản trị, chẳng hạn cho một cuộc họp bán hàng, họ lại bỏ câu chuyện của mình ở ngoài cửa. Thay vào đó, họ dựa vào đồ họa hào nhoáng, những hàng số liệu và hết biểu đồ này đến biểu đồ khác để truyền đạt. Dữ liệu có thể có sức thuyết phục, nhưng một cuộc trò chuyện bán hàng hấp dẫn phải vươn xa hơn khả năng phân tích và chạm đến vùng tưởng tượng trong não người mua để họ có thể "nhìn thấy" tương lai mà bạn đang đề xuất. Câu chuyện là con đường đến với trí tưởng tượng nhanh hơn nhiều so với chỉ dữ liệu đơn thuần; kết hợp lại, chúng tạo nên sức mạnh thực sự.</w:t>
      </w:r>
    </w:p>
    <w:p>
      <w:pPr>
        <w:spacing w:after="80"/>
      </w:pPr>
      <w:r>
        <w:rPr>
          <w:b w:val="0"/>
          <w:i w:val="0"/>
        </w:rPr>
        <w:t>Ed là một người bán hàng biết cách kể chuyện. Vài năm trước, một số bang ở Mỹ đã khởi động các dự án quy mô lớn nhằm nâng cao khả năng phục vụ nhu cầu của trẻ em. Để cung cấp đúng dịch vụ cho trẻ em đủ điều kiện vào đúng thời điểm và quản lý các chương trình phúc lợi trẻ em, các quan chức chính phủ cần những hệ thống thông tin hiệu quả, cập nhật. Các nhà cung cấp dịch vụ, đặc biệt là các chuyên gia công nghệ, đã đấu thầu các dự án để giúp thiết kế và triển khai những hệ thống theo dõi phức tạp này.</w:t>
      </w:r>
    </w:p>
    <w:p>
      <w:pPr>
        <w:spacing w:after="80"/>
      </w:pPr>
      <w:r>
        <w:rPr>
          <w:b w:val="0"/>
          <w:i w:val="0"/>
        </w:rPr>
        <w:t>Sự cạnh tranh cho những dự án này rất gay gắt. Hầu hết các đội đều theo cách tiếp cận điển hình: Họ định hình vấn đề như một thách thức công nghệ và rải đầy vào đề xuất lẫn bài thuyết trình những lời khoe khoang về chuyên môn thiết kế hệ thống thông tin, mạng lưới, quản lý cơ sở dữ liệu và vô số kỹ năng kỹ thuật khác. Các đối thủ cạnh tranh nhau để giành vị trí lựa chọn chất lượng cao nhất, chi phí thấp nhất.</w:t>
      </w:r>
    </w:p>
    <w:p>
      <w:pPr>
        <w:spacing w:after="80"/>
      </w:pPr>
      <w:r>
        <w:rPr>
          <w:b w:val="0"/>
          <w:i w:val="0"/>
        </w:rPr>
        <w:t>Ed và đội của anh chọn một cách tiếp cận khác. Họ bắt đầu bằng niềm đam mê giúp đỡ trẻ em. Ed nói về việc vấn đề phúc lợi trẻ em quan trọng với cá nhân anh như thế nào—rằng việc chứng kiến số phận của những đứa trẻ bị bỏ rơi và bị ngược đãi đã thôi thúc anh cố gắng làm cho thế giới trở thành một nơi an toàn hơn cho chúng, đến mức anh quyết định cống hiến cả sự nghiệp của mình cho mục tiêu này. Anh kể cho khách hàng nghe cách anh đã tập hợp một đội gồm những người cùng chí hướng và cùng nhau họ đặt mục tiêu tạo nên sự khác biệt. Ed là một người mang sứ mệnh trước tiên, một người bán hàng sau đó. Và anh đã truyền đạt được điều đó qua những câu chuyện.</w:t>
      </w:r>
    </w:p>
    <w:p>
      <w:pPr>
        <w:spacing w:after="80"/>
      </w:pPr>
      <w:r>
        <w:rPr>
          <w:b w:val="0"/>
          <w:i w:val="0"/>
        </w:rPr>
        <w:t xml:space="preserve">Tất nhiên, đội của anh cũng đi sâu vào những chi tiết cặn kẽ về hệ thống, mạng lưới và phần mềm. Suy cho cùng, đó là điều khách hàng cần. Nhưng Ed và đội của anh chưa bao giờ đánh mất tầm nhìn về tương lai mà họ hy vọng tạo ra. Hãy nhớ rằng đây là những dự án khu vực công có tính cạnh tranh cao, đòi hỏi những phản hồi đồ sộ cho các RFP, yêu cầu tuân thủ nghiêm ngặt những quy tắc bán hàng cứng nhắc, và thiên vị nhà thầu có giá thấp nhất. Tuy nhiên, theo thời gian, Ed và đội của anh đã thắng rất nhiều dự án trong số này nhờ vào sức mạnh của trình độ </w:t>
      </w:r>
      <w:r>
        <w:rPr>
          <w:b w:val="0"/>
          <w:i/>
        </w:rPr>
        <w:t>và</w:t>
      </w:r>
      <w:r>
        <w:rPr>
          <w:b w:val="0"/>
          <w:i w:val="0"/>
        </w:rPr>
        <w:t xml:space="preserve"> câu chuyện của họ.</w:t>
      </w:r>
    </w:p>
    <w:p>
      <w:pPr>
        <w:spacing w:after="80"/>
      </w:pPr>
      <w:r>
        <w:rPr>
          <w:b w:val="0"/>
          <w:i w:val="0"/>
        </w:rPr>
        <w:t>Nếu bạn muốn khách hàng nghe thông điệp của mình, hãy nghĩ xem bạn có thể dùng những câu chuyện như thế nào. Dữ kiện và con số là cần thiết, nhưng chưa đủ. Bạn không cần phải là Mark Twain mới có thể dệt các dữ kiện thành một giai thoại lôi cuốn. Và câu chuyện của bạn không cần phải dài dòng, hoành tráng hay đau lòng. Ví dụ, đừng chỉ nói về việc giải pháp bạn đề xuất sẽ cho phép khách hàng mua nguyên vật liệu hiệu quả hơn như thế nào. Hãy mô tả cuộc sống (và tinh thần) của một công nhân kho hàng được cải thiện ra sao khi số lời phàn nàn về việc thiếu hàng tồn kho giảm đi một nửa. Hãy kể cho khách hàng nghe sự thay đổi được đề xuất có ý nghĩa gì đối với những người liên quan. Cuộc sống công việc của họ sẽ khác đi hay tốt hơn như thế nào? Chắc chắn rồi, người mua muốn nghe về việc đề xuất của bạn sẽ tác động đến các dữ kiện và con số của doanh nghiệp ra sao. Nhưng có nhiều hơn một cách để diễn đạt điều đó.</w:t>
      </w:r>
    </w:p>
    <w:p>
      <w:pPr>
        <w:spacing w:after="80"/>
      </w:pPr>
      <w:r>
        <w:rPr>
          <w:b w:val="0"/>
          <w:i w:val="0"/>
        </w:rPr>
        <w:t>Mọi người thường hào hứng hẳn lên khi nghe kể chuyện. Đó là phản ứng tự nhiên. Đừng ngại dùng chuyện kể trong các cuộc trao đổi bán hàng của bạn.</w:t>
      </w:r>
    </w:p>
    <w:p>
      <w:pPr>
        <w:pStyle w:val="Heading2"/>
      </w:pPr>
      <w:r>
        <w:rPr>
          <w:rFonts w:ascii="Calibri" w:hAnsi="Calibri"/>
          <w:b/>
          <w:i w:val="0"/>
          <w:sz w:val="32"/>
        </w:rPr>
        <w:t>Yếu tố 2: Một lập luận thuyết phục cho sự thay đổi</w:t>
      </w:r>
    </w:p>
    <w:p>
      <w:pPr>
        <w:spacing w:after="80"/>
      </w:pPr>
      <w:r>
        <w:rPr>
          <w:b w:val="0"/>
          <w:i w:val="0"/>
        </w:rPr>
        <w:t>Thay đổi hiếm khi đến dễ dàng với bất kỳ tổ chức nào, kể cả khi mọi người đều đồng ý rằng nó là cần thiết. Chỉ có mong muốn thôi thì không đủ để phá vỡ sức cản thay đổi vốn tồn tại trong hầu hết các công ty. Lấy ví dụ về công ty mang tính biểu tượng Kodak, công ty đã thống trị thị trường của mình suốt nhiều thập kỷ. Khi công nghệ số đảo lộn thế giới nhiếp ảnh dựa trên phim, Kodak đối mặt với nguy cơ mất thị trường khổng lồ.</w:t>
      </w:r>
    </w:p>
    <w:p>
      <w:pPr>
        <w:spacing w:after="80"/>
      </w:pPr>
      <w:r>
        <w:rPr>
          <w:b w:val="0"/>
          <w:i w:val="0"/>
        </w:rPr>
        <w:t>Bộ não của Kodak cứ chần chừ, do dự mãi không biết làm sao để phát triển trong kỷ nguyên mới, cho đến khi gần như quá muộn. Ngay cả sau khi thị trường đã thực hiện bước nhảy vọt không thể tránh khỏi sang kỹ thuật số, công ty vẫn đứng ngoài cuộc, tung ra một chiếc máy ảnh số mà vẫn dùng phim. Và cuộc cách mạng kỹ thuật số đâu phải là điều bất ngờ. Nhân viên của Kodak đã phát triển cảm biến hoạt động đầu tiên cho công nghệ máy ảnh số vào năm 1986. Ngay cả khi có lợi thế về kiến thức, công ty vẫn vấp ngã thảm hại.</w:t>
      </w:r>
    </w:p>
    <w:p>
      <w:pPr>
        <w:spacing w:after="80"/>
      </w:pPr>
      <w:r>
        <w:rPr>
          <w:b w:val="0"/>
          <w:i w:val="0"/>
        </w:rPr>
        <w:t>Cuộc vật lộn của Kodak chứng minh rằng một số người và tổ chức sẽ thường xuyên chống lại sự thay đổi, ngay cả khi lập trường của họ không thể biện minh được. Khi bạn thực hiện quy trình bán hàng của mình, hãy lường trước sức cản thay đổi từ ít nhất bảy nguồn có thể có, như thể hiện trong bảng "Making the Case for Change".</w:t>
      </w:r>
    </w:p>
    <w:p>
      <w:pPr>
        <w:spacing w:after="80"/>
      </w:pPr>
      <w:r>
        <w:rPr>
          <w:b w:val="0"/>
          <w:i w:val="0"/>
        </w:rPr>
        <w:t>Một thực tế phũ phàng của việc bán dịch vụ là khách hàng có nhiều lý do để nói không với những thay đổi được đề xuất hơn là để nói có. Cách duy nhất để phá bỏ những rào cản đối với thay đổi—sự ỳ trệ, sự thờ ơ, sự hoài nghi, và những thứ tương tự—là áp đảo những khuynh hướng đó bằng những lý do cấp thiết để thực hiện thay đổi. Đây là cơ hội để bạn dùng sức mạnh của kể chuyện. Kết hợp chuyện kể và dữ liệu, hãy vẽ nên một bức tranh về tình trạng hiện tại của khách hàng. Chứng minh vì sao khách hàng phải thay đổi và phải làm ngay bây giờ.</w:t>
      </w:r>
    </w:p>
    <w:p>
      <w:pPr>
        <w:spacing w:after="80"/>
      </w:pPr>
      <w:r>
        <w:rPr>
          <w:b/>
          <w:i w:val="0"/>
        </w:rPr>
        <w:t>Making the Case for Change</w:t>
      </w:r>
    </w:p>
    <w:p>
      <w:pPr>
        <w:jc w:val="center"/>
      </w:pPr>
      <w:r>
        <w:drawing>
          <wp:inline xmlns:a="http://schemas.openxmlformats.org/drawingml/2006/main" xmlns:pic="http://schemas.openxmlformats.org/drawingml/2006/picture">
            <wp:extent cx="4267200" cy="5676900"/>
            <wp:docPr id="8" name="Picture 8"/>
            <wp:cNvGraphicFramePr>
              <a:graphicFrameLocks noChangeAspect="1"/>
            </wp:cNvGraphicFramePr>
            <a:graphic>
              <a:graphicData uri="http://schemas.openxmlformats.org/drawingml/2006/picture">
                <pic:pic>
                  <pic:nvPicPr>
                    <pic:cNvPr id="0" name="00007.png"/>
                    <pic:cNvPicPr/>
                  </pic:nvPicPr>
                  <pic:blipFill>
                    <a:blip r:embed="rId16"/>
                    <a:stretch>
                      <a:fillRect/>
                    </a:stretch>
                  </pic:blipFill>
                  <pic:spPr>
                    <a:xfrm>
                      <a:off x="0" y="0"/>
                      <a:ext cx="4267200" cy="5676900"/>
                    </a:xfrm>
                    <a:prstGeom prst="rect"/>
                  </pic:spPr>
                </pic:pic>
              </a:graphicData>
            </a:graphic>
          </wp:inline>
        </w:drawing>
      </w:r>
    </w:p>
    <w:p>
      <w:pPr>
        <w:spacing w:after="80"/>
      </w:pPr>
      <w:r>
        <w:rPr>
          <w:b w:val="0"/>
          <w:i w:val="0"/>
        </w:rPr>
        <w:t>Ví dụ, một số khách hàng đã yêu cầu một nhà cung cấp dịch vụ giúp thiết kế các cải tiến vận hành cho mạng lưới phân phối sản phẩm của họ. Theo ước tính của khách hàng, chi phí cho nhân công, vận chuyển và hàng trả về đều cao ngất ngưởng và ngày càng tệ hơn. Chỉ việc đưa đúng sản phẩm đến tay khách hàng thôi cũng đã trở thành một thách thức vì số lượng sản phẩm mới mà công ty đang cung cấp ngày càng tăng. Tuy vậy, một số lãnh đạo của khách hàng lại cho rằng những vấn đề khác mới là ưu tiên cao hơn. Phần lớn trong số họ có thể sẽ lắng nghe các ý tưởng về một hệ thống phân phối tốt hơn, nhưng họ sẽ là một khán giả khó tính. Sau một cuộc thảo luận gay gắt, các lãnh đạo của khách hàng đã cho phép thực hiện một dự án khảo sát ngắn để đánh giá quy mô của vấn đề.</w:t>
      </w:r>
    </w:p>
    <w:p>
      <w:pPr>
        <w:spacing w:after="80"/>
      </w:pPr>
      <w:r>
        <w:rPr>
          <w:b w:val="0"/>
          <w:i w:val="0"/>
        </w:rPr>
        <w:t>Một nhóm chung gồm khách hàng và nhà cung cấp dịch vụ bắt đầu thu thập mọi dữ liệu về hiệu suất sẵn có liên quan đến mạng lưới phân phối của công ty. Các thành viên trong nhóm lục tung hệ thống thông tin của công ty; họ tiến hành phỏng vấn nhân viên, khách hàng và nhà cung cấp của công ty. Trong vòng bốn tuần, họ đã sẵn sàng báo cáo những phát hiện của mình cho các lãnh đạo của khách hàng.</w:t>
      </w:r>
    </w:p>
    <w:p>
      <w:pPr>
        <w:spacing w:after="80"/>
      </w:pPr>
      <w:r>
        <w:rPr>
          <w:b w:val="0"/>
          <w:i w:val="0"/>
        </w:rPr>
        <w:t>Nhóm dự án mở đầu cuộc họp bằng một câu chuyện về một trong những khách hàng lớn nhất của khách hàng, người gần đây đã chuyển phần lớn việc mua hàng sang một đối thủ cạnh tranh. Nhóm để cho vị lãnh đạo của khách hàng đó tự nói lên tiếng nói của mình bằng cách chiếu một video phỏng vấn, trong đó ông kể lại lý do vì sao ông chuyển việc làm ăn của công ty sang nơi khác. Ông nói về việc gần 30 phần trăm số lần nhận được đơn hàng sai, điều này lại gây rối loạn cho khách hàng của ông.</w:t>
      </w:r>
    </w:p>
    <w:p>
      <w:pPr>
        <w:spacing w:after="80"/>
      </w:pPr>
      <w:r>
        <w:rPr>
          <w:b w:val="0"/>
          <w:i w:val="0"/>
        </w:rPr>
        <w:t>Sau đó, nhóm chia sẻ những phát hiện từ một cuộc phỏng vấn nhóm nhân viên, khám phá cách hoạt động kém hiệu quả dẫn đến vô số sai sót, khách hàng bất mãn, và một đống hàng trả về đang chất đống trong các kho của công ty. Sử dụng chính các báo cáo tài chính của công ty, nhóm cho thấy dòng tiền bị siết chặt vì tất cả những vấn đề sản phẩm và chi phí làm thêm giờ ở kho đang leo thang.</w:t>
      </w:r>
    </w:p>
    <w:p>
      <w:pPr>
        <w:spacing w:after="80"/>
      </w:pPr>
      <w:r>
        <w:rPr>
          <w:b w:val="0"/>
          <w:i w:val="0"/>
        </w:rPr>
        <w:t>Cuối cùng, nhóm hướng sự chú ý đến các đối thủ cạnh tranh của công ty. Sử dụng hồ sơ công khai và các nguồn khác, họ biết được rằng đối thủ chính của công ty dự định thuê một lượng lớn năng lực toa xe lửa mới trong vài tháng tới để vận chuyển sản phẩm vào khu vực mạnh nhất của khách hàng. Cảm nhận được điểm yếu, đối thủ đang sẵn sàng giành thị phần. Một mối đe dọa đáng kể đang lơ lửng—ngay tại khu vực quan trọng nhất của khách hàng. Đột nhiên, mối đe dọa trở nên sống động đối với các lãnh đạo của khách hàng. Việc khách hàng rời bỏ, chi phí tăng vọt, và sự xâm nhập của đối thủ cạnh tranh đã làm nổi bật lập luận cho sự thay đổi. Tập thể họ biết mình phải hành động. Và họ đã hành động.</w:t>
      </w:r>
    </w:p>
    <w:p>
      <w:pPr>
        <w:pStyle w:val="Heading1"/>
      </w:pPr>
      <w:r>
        <w:rPr>
          <w:rFonts w:ascii="Calibri" w:hAnsi="Calibri"/>
          <w:b/>
          <w:i w:val="0"/>
          <w:sz w:val="40"/>
        </w:rPr>
        <w:t>Kiểm tra tính hợp lý: Truyền đạt nhu cầu thay đổi</w:t>
      </w:r>
    </w:p>
    <w:p>
      <w:pPr>
        <w:spacing w:after="80"/>
      </w:pPr>
      <w:r>
        <w:rPr>
          <w:b w:val="0"/>
          <w:i w:val="0"/>
        </w:rPr>
        <w:t>Bạn thường sẽ thấy một sự lệch pha trong cách những người ở đỉnh và ở đáy của một tổ chức nhìn nhận mức độ nghiêm trọng của bất kỳ vấn đề nào. Điều có thể là một mệnh lệnh rõ ràng cho sự thay đổi cuối cùng lại có thể bị những người ra quyết định coi nhẹ như chuyện nhỏ. Đừng đập đầu vào tường khi cố trở thành người ủng hộ chính cho sự thay đổi. Hãy lôi kéo những người khác trong tổ chức tham gia. Hãy để tiếng nói và ý kiến của họ được lắng nghe qua các đoạn video, trích dẫn, và bất kỳ phương tiện nào khác giúp tăng sức mạnh cho những lập luận ủng hộ sự thay đổi.</w:t>
      </w:r>
    </w:p>
    <w:p>
      <w:pPr>
        <w:spacing w:after="80"/>
      </w:pPr>
      <w:r>
        <w:rPr>
          <w:b w:val="0"/>
          <w:i w:val="0"/>
        </w:rPr>
        <w:t>Nhóm khảo sát biết ngay từ đầu rằng hành động của ban lãnh đạo không phải là điều đương nhiên trong tình huống này. Công ty, giống như mọi công ty khác, đối mặt với vô số thách thức, tất cả đều đang cạnh tranh để giành sự chú ý và nguồn lực. Những câu chuyện của nhóm, vốn làm cho mọi khía cạnh của vấn đề trở nên chân thực, đã thúc đẩy hành động. Các dữ kiện là một phần quan trọng của lập luận, nhưng phần trình bày của nhóm thì hoàn toàn không phải là một màn đọc tụng khô khan. Thay vào đó, đó là một sự thuật lại sống động về mức độ nghiêm trọng của mối đe dọa.</w:t>
      </w:r>
    </w:p>
    <w:p>
      <w:pPr>
        <w:spacing w:after="80"/>
      </w:pPr>
      <w:r>
        <w:rPr>
          <w:b w:val="0"/>
          <w:i w:val="0"/>
        </w:rPr>
        <w:t xml:space="preserve">Khi nhóm kết thúc, không còn nghi ngờ gì nữa rằng các lãnh đạo phải làm </w:t>
      </w:r>
      <w:r>
        <w:rPr>
          <w:b w:val="0"/>
          <w:i/>
        </w:rPr>
        <w:t>điều gì đó</w:t>
      </w:r>
      <w:r>
        <w:rPr>
          <w:b w:val="0"/>
          <w:i w:val="0"/>
        </w:rPr>
        <w:t>. Và điểm đó đã khơi lên một cuộc tranh luận dài, đó là bước đầu tiên của khách hàng này hướng tới sự thay đổi.</w:t>
      </w:r>
    </w:p>
    <w:p>
      <w:pPr>
        <w:pStyle w:val="Heading2"/>
      </w:pPr>
      <w:r>
        <w:rPr>
          <w:rFonts w:ascii="Calibri" w:hAnsi="Calibri"/>
          <w:b/>
          <w:i w:val="0"/>
          <w:sz w:val="32"/>
        </w:rPr>
        <w:t>Yếu tố 3: Một góc nhìn toàn diện về giá trị</w:t>
      </w:r>
    </w:p>
    <w:p>
      <w:pPr>
        <w:spacing w:after="80"/>
      </w:pPr>
      <w:r>
        <w:rPr>
          <w:b w:val="0"/>
          <w:i w:val="0"/>
        </w:rPr>
        <w:t>Người bán dịch vụ nào cũng nói về giá trị. Trong thế giới thuật ngữ bán hàng, giá trị dành cho khách hàng đã trở thành chén thánh. Và hầu hết người bán đều khá giỏi trong việc chỉ ra những cách hiển nhiên mà dịch vụ của họ sẽ mang lại giá trị cho người mua.</w:t>
      </w:r>
    </w:p>
    <w:p>
      <w:pPr>
        <w:spacing w:after="80"/>
      </w:pPr>
      <w:r>
        <w:rPr>
          <w:b w:val="0"/>
          <w:i w:val="0"/>
        </w:rPr>
        <w:t>Ví dụ, nếu bạn đang đề xuất giúp một bệnh viện giảm lượng tồn kho vật tư y tế hoặc giúp một nhà bán lẻ triển khai hệ thống báo cáo tài chính mới, thì những nguồn giá trị chính đã quá rõ ràng: Giảm vốn đầu tư vào tồn kho của bệnh viện sẽ làm tăng lượng tiền mặt sẵn có cho các mục đích khác; hệ thống báo cáo tài chính mới của nhà bán lẻ, hy vọng là, sẽ dẫn đến việc quản lý nguồn vốn tốt hơn, từ đó có thể mang lại lợi nhuận cao hơn cho số tiền nhàn rỗi của công ty.</w:t>
      </w:r>
    </w:p>
    <w:p>
      <w:pPr>
        <w:spacing w:after="80"/>
      </w:pPr>
      <w:r>
        <w:rPr>
          <w:b w:val="0"/>
          <w:i w:val="0"/>
        </w:rPr>
        <w:t>Dù những lợi ích này có thể ấn tượng đến đâu, khách hàng thường dâng tận tay những kỳ vọng về giá trị này cho người bán như đặt lên đĩa bạc. Đối thủ cạnh tranh sẽ lấy những kỳ vọng giá trị đã biết này, thêm dữ liệu từ kết quả các dự án trước đây của họ, rồi nhại lại cho người mua, trong các đề xuất và bài thuyết trình, giá trị mà họ sẽ nhận được. Vậy đâu là sự thấu hiểu trong đó?</w:t>
      </w:r>
    </w:p>
    <w:p>
      <w:pPr>
        <w:spacing w:after="80"/>
      </w:pPr>
      <w:r>
        <w:rPr>
          <w:b w:val="0"/>
          <w:i w:val="0"/>
        </w:rPr>
        <w:t>Đó không có nghĩa là bạn nên bỏ qua những điểm giá trị tiềm năng hiển nhiên. Ngược lại, bạn phải dùng toàn bộ kỹ năng phân tích của mình để định lượng và định tính những gì người mua sẽ được hưởng lợi. Nhưng hãy đẩy đánh giá của bạn về giá trị dành cho khách hàng vượt xa những gì người khác làm, và bạn có thể sẽ ngạc nhiên với kết quả của mình. Hãy tìm kiếm những lợi ích phụ trợ mà khách hàng hoặc người khác có thể không nhận ra. Nếu bạn thực hiện các cuộc phỏng vấn khách hàng kỹ lưỡng, bạn sẽ khám phá ra nhiều lĩnh vực khả thi để mở rộng giá trị cho đề xuất của mình.</w:t>
      </w:r>
    </w:p>
    <w:p>
      <w:pPr>
        <w:spacing w:after="80"/>
      </w:pPr>
      <w:r>
        <w:rPr>
          <w:b w:val="0"/>
          <w:i w:val="0"/>
        </w:rPr>
        <w:t>Giả sử bạn là một nhà cung cấp dịch vụ thuê ngoài hệ thống thông tin. Những nguồn giá trị hiển nhiên cho dịch vụ của bạn bao gồm việc giảm chi phí cho khách hàng trong quản lý hệ thống, bảo trì và nhân sự. Thuê ngoài cũng có thể giảm chi phí tuyển dụng và giữ chân nhân viên, cũng như các chương trình phát triển chuyên môn cho một số người trong số họ. Tính toán giá trị của những khoản tiết kiệm này, dù tốn thời gian, vẫn nên là một bài tập tiêu chuẩn đối với bạn. Vậy nên hãy kỳ vọng đối thủ cạnh tranh của bạn cũng đưa ra những ước tính giá trị tương tự. Hãy tiến thêm một bước: Dùng thông tin bạn thu thập được để tìm ra những phần mở rộng của giá trị đó. Hãy nhìn tổ chức qua con mắt của khách hàng, và tìm kiếm những nguồn giá trị ít hiển nhiên hơn nhưng quan trọng, để củng cố đề xuất của bạn.</w:t>
      </w:r>
    </w:p>
    <w:p>
      <w:pPr>
        <w:spacing w:after="80"/>
      </w:pPr>
      <w:r>
        <w:rPr>
          <w:b w:val="0"/>
          <w:i w:val="0"/>
        </w:rPr>
        <w:t>Ví dụ, có thể qua các cuộc phỏng vấn khách hàng, bạn biết được rằng tổ chức đang chật vật tìm nguồn tài trợ và nhân sự cho một số sáng kiến khác. Thay vì đề xuất, như các nhà cung cấp dịch vụ thuê ngoài thường làm, rằng bạn sẽ tuyển các quản lý của khách hàng vào công ty mình, có lẽ một số người có thể ở lại để hỗ trợ các sáng kiến mới. Bạn có thể đề nghị đào tạo cho những quản lý đó như một cách để phát triển họ thành những quản lý có năng lực hơn, những người có thể đóng góp xuất sắc cho các dự án mới.</w:t>
      </w:r>
    </w:p>
    <w:p>
      <w:pPr>
        <w:spacing w:after="80"/>
      </w:pPr>
      <w:r>
        <w:rPr>
          <w:b w:val="0"/>
          <w:i w:val="0"/>
        </w:rPr>
        <w:t>Bằng cách khám phá những nguồn giá trị mới, bạn củng cố đề xuất dịch vụ của mình theo những cách mà đối thủ cạnh tranh không thể sánh bằng. Bạn sẽ có thể tìm ra cơ hội cho những giá trị bất ngờ bằng cách suy nghĩ thấu đáo về những phần mở rộng logic của dịch vụ mình. Đừng chấp nhận định nghĩa hẹp mà người mua đưa cho bạn. Hãy tìm mọi nguồn giá trị khả thi và đưa chúng vào giao tiếp của bạn với khách hàng. Nỗ lực đó sẽ đáng giá.</w:t>
      </w:r>
    </w:p>
    <w:p>
      <w:pPr>
        <w:pStyle w:val="Heading2"/>
      </w:pPr>
      <w:r>
        <w:rPr>
          <w:rFonts w:ascii="Calibri" w:hAnsi="Calibri"/>
          <w:b/>
          <w:i w:val="0"/>
          <w:sz w:val="32"/>
        </w:rPr>
        <w:t>Yếu tố 4: Giảm thiểu rủi ro</w:t>
      </w:r>
    </w:p>
    <w:p>
      <w:pPr>
        <w:spacing w:after="80"/>
      </w:pPr>
      <w:r>
        <w:rPr>
          <w:b w:val="0"/>
          <w:i w:val="0"/>
        </w:rPr>
        <w:t>Ngay khi khách hàng thực sự nghiêm túc về việc thay đổi, hãy kỳ vọng sự tập trung sẽ chuyển sang các chi tiết về việc làm gì và làm như thế nào. Khi sự chuyển dịch đó xảy ra, chủ đề rủi ro trở thành mối quan tâm hàng đầu. Và nhận thức về rủi ro đó có thể là rào cản lớn nhất của bạn để chốt được thương vụ. Chỉ đưa ra lý lẽ cho sự thay đổi là chưa đủ; bạn còn phải cho thấy rằng bạn đã tính đến đầy đủ rủi ro của việc thực hiện bất kỳ sáng kiến nào và đã giảm thiểu rủi ro đó ở mức tối đa có thể.</w:t>
      </w:r>
    </w:p>
    <w:p>
      <w:pPr>
        <w:spacing w:after="80"/>
      </w:pPr>
      <w:r>
        <w:rPr>
          <w:b w:val="0"/>
          <w:i w:val="0"/>
        </w:rPr>
        <w:t>Bạn thường sẽ thấy khách hàng quan tâm nhất đến năm lĩnh vực rủi ro rộng lớn: rủi ro về nhân tài, thực thi, tài chính, vận hành và sự nghiệp. Bạn phải làm nhiều hơn là chỉ thừa nhận những mối lo đó. Hãy sẵn sàng thảo luận các kế hoạch dự phòng để chứng minh cách bạn dự định quản lý những rủi ro cụ thể của công việc được đề xuất. Bất kỳ rủi ro nào trong số này cũng có thể làm chìm một thương vụ, nên hãy chắc chắn rằng bạn tính đến tất cả chúng.</w:t>
      </w:r>
    </w:p>
    <w:p>
      <w:pPr>
        <w:pStyle w:val="Heading1"/>
      </w:pPr>
      <w:r>
        <w:rPr>
          <w:rFonts w:ascii="Calibri" w:hAnsi="Calibri"/>
          <w:b/>
          <w:i w:val="0"/>
          <w:sz w:val="40"/>
        </w:rPr>
        <w:t>NGUỒN GỐC CỦA RỦI RO DỊCH VỤ</w:t>
      </w:r>
    </w:p>
    <w:p>
      <w:pPr>
        <w:pStyle w:val="Heading3"/>
      </w:pPr>
      <w:r>
        <w:rPr>
          <w:rFonts w:ascii="Calibri" w:hAnsi="Calibri"/>
          <w:b/>
          <w:i w:val="0"/>
          <w:sz w:val="26"/>
        </w:rPr>
        <w:t>Rủi ro về nhân tài</w:t>
      </w:r>
    </w:p>
    <w:p>
      <w:pPr>
        <w:spacing w:after="80"/>
      </w:pPr>
      <w:r>
        <w:rPr>
          <w:b w:val="0"/>
          <w:i w:val="0"/>
        </w:rPr>
        <w:t>Vì bán dịch vụ thường đòi hỏi nhiều nhân lực, nhiều người mua muốn được đảm bảo, ngoài sơ yếu lý lịch tiêu chuẩn, rằng những người được phân công có thể hoàn thành công việc. Để xác định điều đó, khách hàng thường phỏng vấn các thành viên trong nhóm được đề xuất. Cũng giống như trong một cuộc phỏng vấn xin việc, khách hàng kiểm tra mức độ kỹ năng, tính khí và sự phù hợp của từng người với văn hóa công ty của khách hàng.</w:t>
      </w:r>
    </w:p>
    <w:p>
      <w:pPr>
        <w:spacing w:after="80"/>
      </w:pPr>
      <w:r>
        <w:rPr>
          <w:b w:val="0"/>
          <w:i w:val="0"/>
        </w:rPr>
        <w:t>Trong những trường hợp khác, một số người bán cho phép khách hàng chạy các mô phỏng để kiểm tra những người sẽ làm việc với họ. Ví dụ, một người mua muốn thuê một nhà cung cấp dịch vụ để điều hành một loạt các buổi lập kế hoạch chiến lược đã yêu cầu người bán sắp xếp một cuộc họp rút gọn để cho thấy người phụ trách chính sẽ quản lý quá trình điều hành như thế nào và để chứng minh hiệu quả của nhóm trong một bối cảnh tập thể. Khách hàng có cơ hội thấy nhóm hành động trong phạm vi giới hạn trước khi đưa ra cam kết. Kiểu đề nghị này có thể đặc biệt hữu ích cho những người bán mới với một tài khoản khách hàng. Bằng cách loại bỏ những nghi ngờ về rủi ro nhân tài, trải nghiệm này cho khách hàng thêm một lý do nữa để không nói không. Trên thực tế, chỉ việc đưa ra điều này như một lựa chọn cũng đã nói lên sự tự tin của người bán vào nhân tài được đề xuất, từ đó giảm nhận thức của khách hàng về rủi ro trong lĩnh vực này.</w:t>
      </w:r>
    </w:p>
    <w:p>
      <w:pPr>
        <w:spacing w:after="80"/>
      </w:pPr>
      <w:r>
        <w:rPr>
          <w:b w:val="0"/>
          <w:i w:val="0"/>
        </w:rPr>
        <w:t>Một cách đơn giản khác để giảm rủi ro nhân tài là đề nghị phỏng vấn trực tiếp với các khách hàng trước đây—tất nhiên là với sự cho phép của họ. Kiểm tra người tham chiếu trực tiếp luôn là một cách mạnh mẽ để giảm nhận thức của người mua về rủi ro. Sử dụng kết hợp phỏng vấn trực tiếp, gọi điện tham chiếu và các buổi làm việc mẫu thường sẽ loại bỏ hầu hết, nếu không muốn nói là tất cả, rủi ro nhân tài khỏi phương trình mua hàng.</w:t>
      </w:r>
    </w:p>
    <w:p>
      <w:pPr>
        <w:pStyle w:val="Heading3"/>
      </w:pPr>
      <w:r>
        <w:rPr>
          <w:rFonts w:ascii="Calibri" w:hAnsi="Calibri"/>
          <w:b/>
          <w:i w:val="0"/>
          <w:sz w:val="26"/>
        </w:rPr>
        <w:t>Rủi ro thực thi</w:t>
      </w:r>
    </w:p>
    <w:p>
      <w:pPr>
        <w:spacing w:after="80"/>
      </w:pPr>
      <w:r>
        <w:rPr>
          <w:b w:val="0"/>
          <w:i w:val="0"/>
        </w:rPr>
        <w:t>Ngay cả khi người mua nghĩ rằng đội ngũ của bạn rất tuyệt vời, họ vẫn có thể đặt câu hỏi về tính khả thi của chính công việc. Việc họ băn khoăn liệu phạm vi đề xuất có quá rộng hay mục tiêu có quá tham vọng, khiến toàn bộ dự án trở nên chông chênh, là điều hết sức tự nhiên. Thường thì cảm nhận về rủi ro này là dấu hiệu cho thấy khách hàng đang không thoải mái khi giao một nhiệm vụ quan trọng (và trách nhiệm về kết quả của nó) cho người ngoài. Với những vấn đề phức tạp, hãy lên kế hoạch sử dụng các cột mốc thường xuyên với kết quả cụ thể, đặc biệt là ở giai đoạn đầu của sáng kiến, để khách hàng có thể thấy tiến độ đo lường được và nhận cảnh báo sớm về bất kỳ trục trặc nào.</w:t>
      </w:r>
    </w:p>
    <w:p>
      <w:pPr>
        <w:spacing w:after="80"/>
      </w:pPr>
      <w:r>
        <w:rPr>
          <w:b w:val="0"/>
          <w:i w:val="0"/>
        </w:rPr>
        <w:t>Bạn cũng có thể giảm bớt cảm nhận về rủi ro này của khách hàng bằng cách đề nghị họ đến thăm nơi làm việc và gọi điện tham khảo ý kiến từ các công ty mà đội ngũ của bạn từng làm việc. Rủi ro thực thi có lẽ là loại rủi ro phổ biến nhất mà người mua viện dẫn khi phản đối một thương vụ. Hãy chắc chắn giải quyết mối lo này bằng các ví dụ từ những công việc tương tự bạn từng làm trong quá khứ, đặc biệt là kết quả đạt được. Nếu bạn đã nhận diện được những rủi ro mà người mua chưa thấy, đừng né tránh vấn đề; hãy thẳng thắn chia sẻ những lo ngại đó và cách bạn dự định đối phó.</w:t>
      </w:r>
    </w:p>
    <w:p>
      <w:pPr>
        <w:spacing w:after="80"/>
      </w:pPr>
      <w:r>
        <w:rPr>
          <w:b w:val="0"/>
          <w:i w:val="0"/>
        </w:rPr>
        <w:t>Ví dụ, kế hoạch của bạn có thể bao gồm việc triển khai một phiên bản quy mô nhỏ của dịch vụ như một cách chứng minh khái niệm trước khi khách hàng cam kết với toàn bộ chương trình. Tuy nhiên, điều quan trọng nhất là có một cuộc đối thoại trung thực với khách hàng về chủ đề này để bạn chắc chắn rằng mình đã giảm thiểu rủi ro thực thi. Một khi bạn đã thuyết phục được chính mình, bạn sẽ không gặp khó khăn gì khi cho khách hàng thấy tính logic trong cách tiếp cận của bạn và giành được sự chấp thuận của họ.</w:t>
      </w:r>
    </w:p>
    <w:p>
      <w:pPr>
        <w:pStyle w:val="Heading3"/>
      </w:pPr>
      <w:r>
        <w:rPr>
          <w:rFonts w:ascii="Calibri" w:hAnsi="Calibri"/>
          <w:b/>
          <w:i w:val="0"/>
          <w:sz w:val="26"/>
        </w:rPr>
        <w:t>Rủi ro tài chính</w:t>
      </w:r>
    </w:p>
    <w:p>
      <w:pPr>
        <w:spacing w:after="80"/>
      </w:pPr>
      <w:r>
        <w:rPr>
          <w:b w:val="0"/>
          <w:i w:val="0"/>
        </w:rPr>
        <w:t>Bất kỳ ai từng làm trong ngành dịch vụ dù chỉ một thời gian ngắn cũng đều nghe nói về dự án vượt tầm kiểm soát — một cơn ác mộng đến muộn, nếu có đến, và kết thúc với ngân sách vượt xa dự kiến. Với một vết nhơ như vậy, người ta thấy sự nghiệp của mình bị chệch hướng, kết quả không đạt được, và mối quan hệ với khách hàng bị đe dọa. Bất kỳ sáng kiến nào cũng có thể chậm tiến độ, nhưng khách hàng lo lắng nhất về những dự án tự tạo ra vòng xoáy riêng, đặc biệt nếu điều này từng xảy ra với họ trước đây.</w:t>
      </w:r>
    </w:p>
    <w:p>
      <w:pPr>
        <w:spacing w:after="80"/>
      </w:pPr>
      <w:r>
        <w:rPr>
          <w:b w:val="0"/>
          <w:i w:val="0"/>
        </w:rPr>
        <w:t>Như với bất kỳ rủi ro được cảm nhận nào, bạn sẽ không thể giảm bớt lo lắng về tài chính chỉ bằng một chiến thuật duy nhất. Thứ nhất, hãy làm việc với khách hàng để xây dựng một mô hình phí và chi phí cho phép họ có được tầm nhìn chính xác như họ cần. Rất thường xuyên, bên bán không làm việc đủ chặt chẽ với bên mua về vấn đề này cho đến khi quá muộn. Một khi khách hàng đã có lo ngại về thanh toán, dòng tiền từ tài khoản đó của bạn có khả năng sẽ bị ảnh hưởng cho đến khi bạn giải quyết được những lo ngại đó.</w:t>
      </w:r>
    </w:p>
    <w:p>
      <w:pPr>
        <w:spacing w:after="80"/>
      </w:pPr>
      <w:r>
        <w:rPr>
          <w:b w:val="0"/>
          <w:i w:val="0"/>
        </w:rPr>
        <w:t>Bạn cũng có thể giảm thiểu rủi ro bằng cách gắn lịch thanh toán với việc hoàn thành các cột mốc. Bằng cách đó, khách hàng có thể dễ dàng theo dõi tiến độ và đồng thời kiểm soát ngân sách. Tuy nhiên, hãy cẩn thận giải quyết cảm nhận của khách hàng về rủi ro tài chính mà không gây thiệt hại cho chính doanh nghiệp của bạn. Hãy chắc chắn rằng dù bạn chọn cách tiếp cận nào cho các khoản thanh toán theo tiến độ, bạn cũng không tự đẩy mình vào thế mạo hiểm bằng cách chuyển toàn bộ rủi ro tài chính về phía mình.</w:t>
      </w:r>
    </w:p>
    <w:p>
      <w:pPr>
        <w:spacing w:after="80"/>
      </w:pPr>
      <w:r>
        <w:rPr>
          <w:b w:val="0"/>
          <w:i w:val="0"/>
        </w:rPr>
        <w:t>Cách đơn giản nhất để loại bỏ rủi ro tài chính là đề xuất một mức phí cố định cho công việc. Dù mất bao lâu hay bạn phải làm gì để hoàn thành, rủi ro của khách hàng vẫn là một con số đã biết. Điều này mang lại sự dự đoán hoàn toàn cho người mua. Hãy chắc chắn bảo vệ chính mình bằng cách kiên quyết yêu cầu một phương pháp đáng tin cậy để theo dõi và giải quyết các thay đổi phạm vi có thể ảnh hưởng đến tổng khối lượng công việc của bạn. Một lần nữa, hãy chia sẻ rủi ro với khách hàng; đừng tự gánh hết mọi thứ.</w:t>
      </w:r>
    </w:p>
    <w:p>
      <w:pPr>
        <w:pStyle w:val="Heading3"/>
      </w:pPr>
      <w:r>
        <w:rPr>
          <w:rFonts w:ascii="Calibri" w:hAnsi="Calibri"/>
          <w:b/>
          <w:i w:val="0"/>
          <w:sz w:val="26"/>
        </w:rPr>
        <w:t>Rủi ro vận hành</w:t>
      </w:r>
    </w:p>
    <w:p>
      <w:pPr>
        <w:spacing w:after="80"/>
      </w:pPr>
      <w:r>
        <w:rPr>
          <w:b w:val="0"/>
          <w:i w:val="0"/>
        </w:rPr>
        <w:t>Với nhiều thương vụ bán dịch vụ, những thay đổi về tổ chức sau đó có thể rất lớn, dẫn đến lo ngại của khách hàng về sự gián đoạn trong hoạt động kinh doanh. Nguồn lo ngại có thể là những gián đoạn tiềm tàng đối với dòng chảy công việc, có thể ảnh hưởng đến dịch vụ khách hàng, việc giao hàng của nhà cung cấp, hoặc năng suất của nhân viên. Bất cứ khi nào một tổ chức rơi vào trạng thái chuyển đổi, hãy chuẩn bị đón nhận những lo ngại về vấn đề vận hành.</w:t>
      </w:r>
    </w:p>
    <w:p>
      <w:pPr>
        <w:spacing w:after="80"/>
      </w:pPr>
      <w:r>
        <w:rPr>
          <w:b w:val="0"/>
          <w:i w:val="0"/>
        </w:rPr>
        <w:t>Thường thì những trục trặc vận hành xuất phát từ giao tiếp kém, đào tạo không đầy đủ, thiếu kế hoạch dự phòng hiệu quả, hoặc sự kết hợp của những yếu tố này. Khi trao đổi với khách hàng về chiến lược triển khai dịch vụ của bạn, hãy chắc chắn rằng bạn có thể minh họa ba điểm quan trọng.</w:t>
      </w:r>
    </w:p>
    <w:p>
      <w:pPr>
        <w:spacing w:after="80"/>
      </w:pPr>
      <w:r>
        <w:rPr>
          <w:b w:val="0"/>
          <w:i w:val="0"/>
        </w:rPr>
        <w:t>Thứ nhất, trình bày cách bạn dự định thực hiện một kế hoạch truyền thông toàn diện để những cá nhân liên quan hiểu được điều gì sẽ thay đổi, khi nào nó diễn ra, và họ có thể mong đợi điều gì. Chỉ với một bước đó, bạn sẽ ngăn chặn được hàng loạt thảm họa. Thứ hai, thảo luận về cách bạn sẽ đào tạo nhân viên của khách hàng để làm việc hiệu quả một khi thay đổi được đề xuất đi vào hoạt động. Nếu mọi người biết mình cần làm gì, hầu hết sẽ làm mọi cách để công việc suôn sẻ. Vì vậy, hãy chắc chắn cho thấy bạn sẽ chuẩn bị cho những người liên quan như thế nào để đối phó với những thay đổi bạn đang đề xuất.</w:t>
      </w:r>
    </w:p>
    <w:p>
      <w:pPr>
        <w:spacing w:after="80"/>
      </w:pPr>
      <w:r>
        <w:rPr>
          <w:b w:val="0"/>
          <w:i w:val="0"/>
        </w:rPr>
        <w:t>Cuối cùng, luôn có một kế hoạch dự phòng. Hãy nghĩ về tình huống xấu nhất và lên kế hoạch cho khả năng nó xảy ra. Nếu bạn đề xuất triển khai một hệ thống thông tin mới, bạn sẽ làm gì nếu hệ thống đó gặp sự cố vào ngày thứ tư hoạt động? Hãy xây dựng một kế hoạch an toàn dự phòng. Bạn có thể sẽ không cần đến nó, nhưng bạn sẽ làm khách hàng yên tâm hơn (và giúp mình ngủ ngon hơn) nếu đã suy nghĩ thấu đáo về nó.</w:t>
      </w:r>
    </w:p>
    <w:p>
      <w:pPr>
        <w:spacing w:after="80"/>
      </w:pPr>
      <w:r>
        <w:rPr>
          <w:b w:val="0"/>
          <w:i w:val="0"/>
        </w:rPr>
        <w:t>Một số gián đoạn trong hoạt động của khách hàng là điều có thể xảy ra trong quá trình triển khai hầu hết các dịch vụ. Nhưng bạn có thể giảm thiểu hoặc loại bỏ rủi ro vận hành bằng giao tiếp hiệu quả, chú trọng đào tạo, và một kế hoạch dự phòng khả thi.</w:t>
      </w:r>
    </w:p>
    <w:p>
      <w:pPr>
        <w:pStyle w:val="Heading3"/>
      </w:pPr>
      <w:r>
        <w:rPr>
          <w:rFonts w:ascii="Calibri" w:hAnsi="Calibri"/>
          <w:b/>
          <w:i w:val="0"/>
          <w:sz w:val="26"/>
        </w:rPr>
        <w:t>Rủi ro sự nghiệp</w:t>
      </w:r>
    </w:p>
    <w:p>
      <w:pPr>
        <w:spacing w:after="80"/>
      </w:pPr>
      <w:r>
        <w:rPr>
          <w:b w:val="0"/>
          <w:i w:val="0"/>
        </w:rPr>
        <w:t>Khi bạn đang nói chuyện với khách hàng về tác động của một dịch vụ mới lên tổ chức của họ, thường có một suy nghĩ thầm kín cứ quẩn quanh trong đầu khách hàng: "Nếu dự án này không hoạt động như quảng cáo, thì nó sẽ ảnh hưởng gì đến tôi?" Một số khách hàng sẽ nói thẳng nỗi lo này. Nhưng phần lớn thời gian, bạn sẽ không chắc nó quan trọng đến mức nào. Cách tốt nhất là cứ giả định rằng nó ít nhiều quan trọng và lên kế hoạch cho các cuộc trao đổi của bạn cho phù hợp.</w:t>
      </w:r>
    </w:p>
    <w:p>
      <w:pPr>
        <w:spacing w:after="80"/>
      </w:pPr>
      <w:r>
        <w:rPr>
          <w:b w:val="0"/>
          <w:i w:val="0"/>
        </w:rPr>
        <w:t>Nguồn gốc của nỗi lo về sự nghiệp có thể là do khách hàng chưa hiểu rõ bạn dự định giảm thiểu rủi ro tổng thể cho chương trình như thế nào. Điều đó đòi hỏi một cuộc trao đổi cởi mở về tất cả các lĩnh vực rủi ro, đánh giá của bạn về xác suất xảy ra từng loại, và điểm nào của sáng kiến dễ bị tổn thương nhất. Bạn cũng có thể giải thích những bước khách hàng có thể thực hiện để hỗ trợ đội ngũ dịch vụ quản lý rủi ro tổng thể.</w:t>
      </w:r>
    </w:p>
    <w:p>
      <w:pPr>
        <w:spacing w:after="80"/>
      </w:pPr>
      <w:r>
        <w:rPr>
          <w:b w:val="0"/>
          <w:i w:val="0"/>
        </w:rPr>
        <w:t>Việc giải quyết các rủi ro của khách hàng đương nhiên giả định rằng trước tiên bạn có thể nhận diện được chúng. Khách hàng thường sẽ nói cho bạn biết họ lo lắng điều gì, nhưng hãy để ý những dấu hiệu khác trong suốt quá trình bán hàng. Có thể khách hàng lo về rủi ro nhân sự vì một trải nghiệm tồi tệ trước đây. Hoặc có thể khách hàng biết về những dự án quá tham vọng. Khi bạn phỏng vấn và gặp gỡ khách hàng, hãy đặc biệt chú ý đến những trải nghiệm trong quá khứ, nhất là những trải nghiệm tồi tệ. Như vậy, bạn sẽ biết chính xác đâu là những điểm nóng, và bạn có thể lên kế hoạch cho phù hợp.</w:t>
      </w:r>
    </w:p>
    <w:p>
      <w:pPr>
        <w:pStyle w:val="Heading2"/>
      </w:pPr>
      <w:r>
        <w:rPr>
          <w:rFonts w:ascii="Calibri" w:hAnsi="Calibri"/>
          <w:b/>
          <w:i w:val="0"/>
          <w:sz w:val="32"/>
        </w:rPr>
        <w:t xml:space="preserve"> Yếu tố 5: Đáng tin cậy </w:t>
      </w:r>
      <w:r>
        <w:rPr>
          <w:rFonts w:ascii="Calibri" w:hAnsi="Calibri"/>
          <w:b/>
          <w:i/>
          <w:sz w:val="32"/>
        </w:rPr>
        <w:t>và</w:t>
      </w:r>
      <w:r>
        <w:rPr>
          <w:rFonts w:ascii="Calibri" w:hAnsi="Calibri"/>
          <w:b/>
          <w:i w:val="0"/>
          <w:sz w:val="32"/>
        </w:rPr>
        <w:t xml:space="preserve"> Sự tin tưởng </w:t>
      </w:r>
    </w:p>
    <w:p>
      <w:pPr>
        <w:spacing w:after="80"/>
      </w:pPr>
      <w:r>
        <w:rPr>
          <w:b w:val="0"/>
          <w:i w:val="0"/>
        </w:rPr>
        <w:t>Tom ngồi đối diện với Pat, cố vấn kinh doanh lâu năm của anh và là nguồn hỗ trợ tuyệt vời cho nhiều dự án của Tom suốt bao năm qua. Họ đang nói về nhu cầu của Tom đối với một hệ thống quản lý hiệu suất mới. Đây sẽ là một công việc lớn, có thể dễ dàng kéo dài hàng tháng và mang lại món hời lớn cho người thắng cuộc. Vấn đề là Tom chắc chắn rằng đội của Pat không phù hợp với công việc này, dù anh không biết ai mới nên nhận việc.</w:t>
      </w:r>
    </w:p>
    <w:p>
      <w:pPr>
        <w:spacing w:after="80"/>
      </w:pPr>
      <w:r>
        <w:rPr>
          <w:b w:val="0"/>
          <w:i w:val="0"/>
        </w:rPr>
        <w:t>Pat thẳng thắn thừa nhận đội của cô thiếu chuyên môn cụ thể trong lĩnh vực này. Nhưng như dự đoán, cô vẫn xin được nộp đề xuất, dù biết mình khó có khả năng thắng. Tom đồng ý cho nộp đề xuất. Rồi cuộc trò chuyện rẽ sang một hướng thú vị. Pat thò tay vào một tập hồ sơ và đặt lên bàn một danh sách gồm thông tin liên hệ của sáu nhà cung cấp dịch vụ mà cô cho là rất đủ năng lực để hỗ trợ dự án của Tom. Các nguồn tin của Pat trong tổ chức đã bật mí cho cô về dự án này, nên cô chuẩn bị cho cuộc gặp với Tom theo cách duy nhất cô biết: Cô suy ngẫm về nhu cầu của khách hàng và quyết định rằng cô có thể mang lại giá trị nhiều nhất bằng cách giúp Tom tìm được nhà cung cấp dịch vụ tốt nhất có thể.</w:t>
      </w:r>
    </w:p>
    <w:p>
      <w:pPr>
        <w:spacing w:after="80"/>
      </w:pPr>
      <w:r>
        <w:rPr>
          <w:b w:val="0"/>
          <w:i w:val="0"/>
        </w:rPr>
        <w:t>Vài tuần sau, Pat nộp đề xuất cho dự án hệ thống quản lý hiệu suất. Cuộc cạnh tranh có sự tham gia của hai công ty dịch vụ nằm trong danh sách mà Pat đề xuất. Từ góc nhìn của Tom, quyết định rất rõ ràng. Anh tin tưởng Pat và đội của cô, nhưng anh phải chọn một đối thủ cạnh tranh. Pat báo về văn phòng rằng họ đã thua thương vụ này, nhưng không nhắc rằng chính cô là người (gián tiếp) đề xuất đối thủ cạnh tranh đã thắng. Với Pat, đây là một phần không thể tách rời trong vai trò cố vấn của Tom.</w:t>
      </w:r>
    </w:p>
    <w:p>
      <w:pPr>
        <w:spacing w:after="80"/>
      </w:pPr>
      <w:r>
        <w:rPr>
          <w:b w:val="0"/>
          <w:i w:val="0"/>
        </w:rPr>
        <w:t>Câu chuyện của Pat là lời nhắc nhở hay về cách xây dựng lòng tin trong môi trường mua bán. Con người đương nhiên thấy thoải mái hơn khi mua từ những người họ tin tưởng, nhất là với những giao dịch quan trọng. Ví dụ, khi bạn nghĩ đến việc thuê một kế toán hay một kiến trúc sư, bạn cân nhắc mọi điều mình từng nghe. Nhưng trước khi quyết định mua, bạn tự hỏi: "Mình có tin người này [hay đội này] không?" Nếu câu trả lời là không, bạn khó lòng đồng ý với lời đề nghị.</w:t>
      </w:r>
    </w:p>
    <w:p>
      <w:pPr>
        <w:spacing w:after="80"/>
      </w:pPr>
      <w:r>
        <w:rPr>
          <w:b w:val="0"/>
          <w:i w:val="0"/>
        </w:rPr>
        <w:t>Lòng tin của người mua đưa mối quan hệ kinh doanh của bạn lên tầm cao mới. Giao tiếp cởi mở và thẳng thắn hơn, và mọi người bớt đề phòng đôi chút. Người mua có xu hướng chia sẻ thông tin nhạy cảm dễ dàng hơn với một người bán đáng tin. Và những hiểu lầm thường dễ giải quyết hơn. Nhưng bạn phải giành được mức độ tin tưởng đó.</w:t>
      </w:r>
    </w:p>
    <w:p>
      <w:pPr>
        <w:spacing w:after="80"/>
      </w:pPr>
      <w:r>
        <w:rPr>
          <w:b w:val="0"/>
          <w:i w:val="0"/>
        </w:rPr>
        <w:t>Bạn có thể hình dung việc giành được lòng tin của người mua qua hai giai đoạn, dù thực tế chúng có thể diễn ra đồng thời. Thứ nhất, người mua quyết định liệu bạn có đáng tin cậy hay không. Điều đó nghĩa là đánh giá chuyên môn đã được chứng minh của bạn trong lĩnh vực vấn đề của khách hàng, uy tín nghề nghiệp và cá nhân của bạn, và mức độ tương thích của bạn với con người và văn hóa của khách hàng. Bạn cũng phải chứng tỏ rằng bạn sẽ chủ động hành động vì lợi ích của người mua, như Pat đã làm. Tất nhiên, khách hàng hiểu rằng bạn đang kinh doanh và cũng phải cân nhắc lợi ích của chính mình. Nhưng dù có thể là vô thức, họ vẫn sẽ tìm những dấu hiệu cho thấy bạn sẽ nghiêng cán cân về phía họ nếu phải chọn giữa lợi ích của họ và lợi ích của bạn.</w:t>
      </w:r>
    </w:p>
    <w:p>
      <w:pPr>
        <w:spacing w:after="80"/>
      </w:pPr>
      <w:r>
        <w:rPr>
          <w:b w:val="0"/>
          <w:i w:val="0"/>
        </w:rPr>
        <w:t xml:space="preserve">Tuy nhiên, người mua có thể đánh giá bạn là đáng tin cậy nhưng vẫn chưa sẵn sàng chuyển sang giai đoạn thứ hai, đó là tin tưởng bạn. Trong một cuộc phỏng vấn trên </w:t>
      </w:r>
      <w:r>
        <w:rPr>
          <w:b w:val="0"/>
          <w:i/>
        </w:rPr>
        <w:t>Management Consulting News</w:t>
      </w:r>
      <w:r>
        <w:rPr>
          <w:b w:val="0"/>
          <w:i w:val="0"/>
        </w:rPr>
        <w:t>, Giáo sư Andy Wood của Đại học West Virginia đã giải thích như thế này:</w:t>
      </w:r>
    </w:p>
    <w:p>
      <w:pPr>
        <w:spacing w:after="80"/>
      </w:pPr>
      <w:r>
        <w:rPr>
          <w:b w:val="0"/>
          <w:i w:val="0"/>
        </w:rPr>
        <w:t>Đáng tin cậy là một phán đoán mang tính đánh giá về một người, một sản phẩm/dịch vụ, hay một công ty—hoặc cả ba. Chúng ta đánh giá các yếu tố quyết định liệu ai đó (hay một thực thể nào đó) có xứng đáng được tin tưởng hay không, và quyết định xem người đó có đạt tiêu chuẩn đáng tin cậy của chúng ta hay không.</w:t>
      </w:r>
    </w:p>
    <w:p>
      <w:pPr>
        <w:spacing w:after="80"/>
      </w:pPr>
      <w:r>
        <w:rPr>
          <w:b w:val="0"/>
          <w:i w:val="0"/>
        </w:rPr>
        <w:t>Ngược lại, tin tưởng là hành động dựa trên phán đoán hay đánh giá đó. Khi bạn giao một nguồn lực quý giá cho người khác kiểm soát, đó là tin tưởng. Cho đến khi bạn thực hiện hành động đó, bạn có thể đánh giá ai đó là đáng tin cậy mà vẫn chưa tin tưởng giao cho người đó một trách nhiệm cụ thể.</w:t>
      </w:r>
    </w:p>
    <w:p>
      <w:pPr>
        <w:spacing w:after="80"/>
      </w:pPr>
      <w:r>
        <w:rPr>
          <w:b w:val="0"/>
          <w:i w:val="0"/>
        </w:rPr>
        <w:t xml:space="preserve">Hãy nhắm đến việc vừa đáng tin cậy </w:t>
      </w:r>
      <w:r>
        <w:rPr>
          <w:b w:val="0"/>
          <w:i/>
        </w:rPr>
        <w:t>và</w:t>
      </w:r>
      <w:r>
        <w:rPr>
          <w:b w:val="0"/>
          <w:i w:val="0"/>
        </w:rPr>
        <w:t xml:space="preserve"> vừa được tin tưởng. Để giành được lòng tin của người mua, hãy vun đắp những phẩm chất tạo nên "Những nền tảng của lòng tin nơi người mua."</w:t>
      </w:r>
    </w:p>
    <w:p>
      <w:pPr>
        <w:pStyle w:val="Heading1"/>
      </w:pPr>
      <w:r>
        <w:rPr>
          <w:rFonts w:ascii="Calibri" w:hAnsi="Calibri"/>
          <w:b/>
          <w:i w:val="0"/>
          <w:sz w:val="40"/>
        </w:rPr>
        <w:t>NHỮNG NỀN TẢNG CỦA LÒNG TIN NƠI NGƯỜI MUA</w:t>
      </w:r>
    </w:p>
    <w:p>
      <w:pPr>
        <w:spacing w:after="80"/>
      </w:pPr>
      <w:r>
        <w:rPr>
          <w:b w:val="0"/>
          <w:i/>
        </w:rPr>
        <w:t>Chuyên môn</w:t>
      </w:r>
      <w:r>
        <w:rPr>
          <w:b w:val="0"/>
          <w:i w:val="0"/>
        </w:rPr>
        <w:t>: Người bán có phải là chuyên gia thực sự không? Người đó có đủ năng lực và trình độ không? Người bán có hiểu biết đầy đủ về sản phẩm hay dịch vụ được chào bán không?</w:t>
      </w:r>
    </w:p>
    <w:p>
      <w:pPr>
        <w:spacing w:after="80"/>
      </w:pPr>
      <w:r>
        <w:rPr>
          <w:b w:val="0"/>
          <w:i/>
        </w:rPr>
        <w:t>Độ tin cậy</w:t>
      </w:r>
      <w:r>
        <w:rPr>
          <w:b w:val="0"/>
          <w:i w:val="0"/>
        </w:rPr>
        <w:t>: Người này có trung thực và đáng tin không? Liệu chúng ta có thể tin vào những lời hứa của nhân viên bán hàng không?</w:t>
      </w:r>
    </w:p>
    <w:p>
      <w:pPr>
        <w:spacing w:after="80"/>
      </w:pPr>
      <w:r>
        <w:rPr>
          <w:b w:val="0"/>
          <w:i/>
        </w:rPr>
        <w:t>Sự tương thích:</w:t>
      </w:r>
      <w:r>
        <w:rPr>
          <w:b w:val="0"/>
          <w:i w:val="0"/>
        </w:rPr>
        <w:t xml:space="preserve"> Người bán có dễ gần, dễ mến, có danh tiếng tốt và đáng kính trọng không? Người này có cùng giá trị sống, và suy nghĩ, hành động giống như chúng ta không?</w:t>
      </w:r>
    </w:p>
    <w:p>
      <w:pPr>
        <w:spacing w:after="80"/>
      </w:pPr>
      <w:r>
        <w:rPr>
          <w:b w:val="0"/>
          <w:i/>
        </w:rPr>
        <w:t>Sự nhất quán về lợi ích</w:t>
      </w:r>
      <w:r>
        <w:rPr>
          <w:b w:val="0"/>
          <w:i w:val="0"/>
        </w:rPr>
        <w:t>: Lợi ích của người bán có bao gồm lợi ích của chúng ta một cách có chủ đích không? Chúng ta có thể tin rằng người này sẽ hành động vì lợi ích tốt nhất của chúng ta không?</w:t>
      </w:r>
    </w:p>
    <w:p>
      <w:pPr>
        <w:spacing w:after="80"/>
      </w:pPr>
      <w:r>
        <w:rPr>
          <w:b w:val="0"/>
          <w:i w:val="0"/>
        </w:rPr>
        <w:t>Dựa trên “Buyers’ Trust of the Salesperson” (Niềm tin của người mua dành cho nhân viên bán hàng) của John Andy Wood và cộng sự.</w:t>
      </w:r>
    </w:p>
    <w:p>
      <w:pPr>
        <w:spacing w:after="80"/>
      </w:pPr>
      <w:r>
        <w:rPr>
          <w:b w:val="0"/>
          <w:i w:val="0"/>
        </w:rPr>
        <w:t>Bạn có thể thắc mắc làm sao để xây dựng được mức độ tin cậy đó với người mua, đặc biệt là khi chưa từng có mối quan hệ trước đó. Nghe có vẻ khó, nhưng bạn hoàn toàn có thể đặt nền móng cho một mối quan hệ tin cậy ngay trong quá trình bán hàng. Để bắt đầu, bằng chứng từ một nghiên cứu của Giáo sư Wood cho thấy chuyên môn của người bán có ảnh hưởng cực lớn không chỉ đến việc tạo dựng sự đáng tin cậy, mà còn đến chính niềm tin. Scruffy Stan—người bạn đã gặp ở Chương 2—là hiện thân cho sức thuyết phục của chuyên môn thực sự. Với suy nghĩ đó, bạn nên tạo ra những cơ hội để thể hiện chuyên môn của mình theo cách bổ trợ cho quá trình bán hàng.</w:t>
      </w:r>
    </w:p>
    <w:p>
      <w:pPr>
        <w:spacing w:after="80"/>
      </w:pPr>
      <w:r>
        <w:rPr>
          <w:b w:val="0"/>
          <w:i w:val="0"/>
        </w:rPr>
        <w:t>Một cách để làm điều đó là giải quyết một khía cạnh nào đó trong vấn đề của khách hàng trước khi quá trình bán hàng kết thúc. Một số nhà cung cấp dịch vụ tổ chức các buổi họp giao ban dành riêng cho ban lãnh đạo khách hàng nhằm làm nổi bật những vấn đề mà khách hàng quan tâm và thể hiện chiều sâu chuyên môn của người bán. Những người khác tổ chức các buổi hội thảo chung giữa khách hàng và người bán để cùng nhau hợp tác tìm ra nhiều giải pháp cho thách thức của khách hàng. Lại có những người tùy chỉnh các buổi trình diễn để đưa ra các lựa chọn giải quyết vấn đề.</w:t>
      </w:r>
    </w:p>
    <w:p>
      <w:pPr>
        <w:spacing w:after="80"/>
      </w:pPr>
      <w:r>
        <w:rPr>
          <w:b w:val="0"/>
          <w:i w:val="0"/>
        </w:rPr>
        <w:t>Thông qua quá trình chứng minh chuyên môn—điều giúp xây dựng niềm tin—bạn cũng để khách hàng thấy được cách bạn tiếp cận mối quan hệ. Họ từ đó có thể tự rút ra kết luận về ý định (tốt đẹp) của bạn. Nhiệm vụ của bạn là tạo ra những cơ hội để khách hàng đánh giá. Người mua có thể thấy bạn đáng tin cậy, nhưng cho đến khi bạn chứng minh rằng mình đang hành động vì lợi ích tốt nhất của họ, họ sẽ không nhất thiết tin bạn—hay mua hàng từ bạn.</w:t>
      </w:r>
    </w:p>
    <w:p>
      <w:pPr>
        <w:spacing w:after="80"/>
      </w:pPr>
      <w:r>
        <w:rPr>
          <w:b w:val="0"/>
          <w:i w:val="0"/>
        </w:rPr>
        <w:t>Khi xây dựng chiến lược để chốt bất kỳ thương vụ dịch vụ nào, hãy nghĩ như một người mua, chứ không phải như một người bán. Người mua không quan tâm đến việc chốt đơn với bạn. Họ quan tâm đến việc doanh nghiệp của họ sẽ ra sao sau khi bạn hoàn thành công việc và rời đi. Khách hàng của bạn sẽ đạt được giá trị cụ thể, bền vững nào? Họ sẽ không chấp nhận ngay cả những khẳng định tự tin nhất rằng bạn đã “từng trải, từng làm rồi.” Họ sẽ muốn thấy một kế hoạch cụ thể, phù hợp để hạn chế rủi ro. Và trên hết, họ sẽ hỏi câu hỏi quan trọng nhất: “Tôi có tin người này không?” Hãy chắc chắn rằng bạn đã làm mọi thứ trong khả năng của mình để chứng minh sự đáng tin cậy và sự tận tâm với lợi ích của họ. Cuối cùng, nếu bạn đã xây dựng được một lập luận chặt chẽ cho sự thay đổi, bạn có khả năng khiến người mua hành động, và nếu may mắn, chọn bạn để giúp họ.</w:t>
      </w:r>
    </w:p>
    <w:p>
      <w:pPr>
        <w:pStyle w:val="Heading1"/>
      </w:pPr>
      <w:r>
        <w:rPr>
          <w:rFonts w:ascii="Calibri" w:hAnsi="Calibri"/>
          <w:b/>
          <w:i w:val="0"/>
          <w:sz w:val="40"/>
        </w:rPr>
        <w:t>CHƯƠNG 7</w:t>
      </w:r>
    </w:p>
    <w:p>
      <w:pPr>
        <w:pStyle w:val="Heading1"/>
      </w:pPr>
      <w:r>
        <w:rPr>
          <w:rFonts w:ascii="Calibri" w:hAnsi="Calibri"/>
          <w:b/>
          <w:i w:val="0"/>
          <w:sz w:val="40"/>
        </w:rPr>
        <w:t>Ai quan tâm đến thương vụ này . . . và tại sao?</w:t>
      </w:r>
    </w:p>
    <w:p>
      <w:pPr>
        <w:spacing w:after="80"/>
      </w:pPr>
      <w:r>
        <w:rPr>
          <w:b w:val="0"/>
          <w:i w:val="0"/>
        </w:rPr>
        <w:t>Ở phía đông bắc của đảo Hawaii sừng sững ngọn núi cao nhất thế giới, Mauna Kea. Ngọn núi lửa đang ngủ yên này vươn cao gần 14,000 feet so với mực nước biển, và những đỉnh núi phủ tuyết trắng của nó dường như chạm tới những tầng mây. Nhưng du khách đến với các sườn núi Mauna Kea chỉ trải nghiệm được chưa đến một nửa ngọn núi, vì 16,000 feet còn lại trong tổng độ cao của nó nằm dưới mực nước biển.</w:t>
      </w:r>
    </w:p>
    <w:p>
      <w:pPr>
        <w:spacing w:after="80"/>
      </w:pPr>
      <w:r>
        <w:rPr>
          <w:b w:val="0"/>
          <w:i w:val="0"/>
        </w:rPr>
        <w:t>Đối với người bán, phần lớn những gì diễn ra trong các tổ chức khách hàng cũng gợn sóng ngầm bên dưới bề mặt. Bạn chắc chắn không thể mong khách hàng thông báo cho bạn mọi cuộc bàn bạc nội bộ về doanh nghiệp của họ (hay về bạn và các đối thủ của bạn). Bạn phải chấp nhận rằng có thể bạn sẽ không bao giờ biết mọi khách hàng cảm nhận thế nào về bạn, về đội của bạn, hay về đề xuất của bạn. Nhưng nếu bạn không biết những người có thể tác động đến quyết định thuê bạn, hay lý do họ thích nhà cung cấp dịch vụ này hơn nhà cung cấp khác, thì có lẽ bạn nên bắt đầu chuẩn bị bài phát biểu “Cảm ơn vì cơ hội tuyệt vời” của mình đi.</w:t>
      </w:r>
    </w:p>
    <w:p>
      <w:pPr>
        <w:spacing w:after="80"/>
      </w:pPr>
      <w:r>
        <w:rPr>
          <w:b w:val="0"/>
          <w:i w:val="0"/>
        </w:rPr>
        <w:t xml:space="preserve">Để có xác suất thắng cao nhất, bạn sẽ muốn lấp đầy càng nhiều lỗ hổng kiến thức đó càng tốt. Có thể bạn đã làm hết bài tập về vấn đề mà một tổ chức muốn giải quyết, nhưng bạn chỉ đang huýt sáo trong gió nếu bạn không đồng thời hiểu ai thực sự quan tâm đến vấn đề đó, và </w:t>
      </w:r>
      <w:r>
        <w:rPr>
          <w:b w:val="0"/>
          <w:i/>
        </w:rPr>
        <w:t>tại sao</w:t>
      </w:r>
      <w:r>
        <w:rPr>
          <w:b w:val="0"/>
          <w:i w:val="0"/>
        </w:rPr>
        <w:t xml:space="preserve"> họ quan tâm.</w:t>
      </w:r>
    </w:p>
    <w:p>
      <w:pPr>
        <w:pStyle w:val="Heading2"/>
      </w:pPr>
      <w:r>
        <w:rPr>
          <w:rFonts w:ascii="Calibri" w:hAnsi="Calibri"/>
          <w:b/>
          <w:i w:val="0"/>
          <w:sz w:val="32"/>
        </w:rPr>
        <w:t xml:space="preserve"> Tại sao khách hàng mua </w:t>
      </w:r>
    </w:p>
    <w:p>
      <w:pPr>
        <w:spacing w:after="80"/>
      </w:pPr>
      <w:r>
        <w:rPr>
          <w:b w:val="0"/>
          <w:i w:val="0"/>
        </w:rPr>
        <w:t>Những câu hỏi về ai quan tâm và tại sao đưa bạn trở lại ngay với nhận thức của người mua về giá trị—điều vốn là trọng tâm trong chiến lược bán hàng của bạn. Khi bạn nghĩ về giá trị mà dịch vụ của mình mang lại cho khách hàng, những lợi ích kinh doanh thiết thực thường hiện lên đầu tiên. Nhưng nhận thức về giá trị thì phức tạp hơn nhiều và rất khác nhau, ngay cả giữa những cá nhân có cùng mục tiêu trong cùng một tổ chức.</w:t>
      </w:r>
    </w:p>
    <w:p>
      <w:pPr>
        <w:spacing w:after="80"/>
      </w:pPr>
      <w:r>
        <w:rPr>
          <w:b w:val="0"/>
          <w:i w:val="0"/>
        </w:rPr>
        <w:t xml:space="preserve">Khi khách hàng quyết định mua dịch vụ, có những lý do—và rồi có những </w:t>
      </w:r>
      <w:r>
        <w:rPr>
          <w:b w:val="0"/>
          <w:i/>
        </w:rPr>
        <w:t>lý do</w:t>
      </w:r>
      <w:r>
        <w:rPr>
          <w:b w:val="0"/>
          <w:i w:val="0"/>
        </w:rPr>
        <w:t xml:space="preserve"> đằng sau những quyết định đó. Có thể bạn đã từng nghe ai đó phân loại động cơ của người mua thành một phần lý trí và hai phần cảm xúc, hoặc ngược lại. Những người khác lại dán nhãn động cơ mua hàng là nghề nghiệp và cá nhân. Dù gọi tên thế nào, người mua dịch vụ có nhiều hơn một nhóm động cơ cho lựa chọn của họ. Và không phải lúc nào cũng rõ điều gì quan trọng nhất với mỗi người. Bạn có thể trình bày giải pháp sáng tạo nhất và mang đến đội ngũ giỏi nhất, nhưng vẫn thua thương vụ vì bạn đã bỏ sót một chi tiết mang tính quyết định nào đó đối với người này hay người kia trong số những người ra quyết định.</w:t>
      </w:r>
    </w:p>
    <w:p>
      <w:pPr>
        <w:spacing w:after="80"/>
      </w:pPr>
      <w:r>
        <w:rPr>
          <w:b/>
          <w:i w:val="0"/>
        </w:rPr>
        <w:t>Động lực mua hàng của họ là gì?</w:t>
      </w:r>
    </w:p>
    <w:p>
      <w:pPr>
        <w:jc w:val="center"/>
      </w:pPr>
      <w:r>
        <w:drawing>
          <wp:inline xmlns:a="http://schemas.openxmlformats.org/drawingml/2006/main" xmlns:pic="http://schemas.openxmlformats.org/drawingml/2006/picture">
            <wp:extent cx="4295775" cy="1847850"/>
            <wp:docPr id="9" name="Picture 9"/>
            <wp:cNvGraphicFramePr>
              <a:graphicFrameLocks noChangeAspect="1"/>
            </wp:cNvGraphicFramePr>
            <a:graphic>
              <a:graphicData uri="http://schemas.openxmlformats.org/drawingml/2006/picture">
                <pic:pic>
                  <pic:nvPicPr>
                    <pic:cNvPr id="0" name="00008.png"/>
                    <pic:cNvPicPr/>
                  </pic:nvPicPr>
                  <pic:blipFill>
                    <a:blip r:embed="rId17"/>
                    <a:stretch>
                      <a:fillRect/>
                    </a:stretch>
                  </pic:blipFill>
                  <pic:spPr>
                    <a:xfrm>
                      <a:off x="0" y="0"/>
                      <a:ext cx="4295775" cy="1847850"/>
                    </a:xfrm>
                    <a:prstGeom prst="rect"/>
                  </pic:spPr>
                </pic:pic>
              </a:graphicData>
            </a:graphic>
          </wp:inline>
        </w:drawing>
      </w:r>
    </w:p>
    <w:p>
      <w:pPr>
        <w:spacing w:after="80"/>
      </w:pPr>
      <w:r>
        <w:rPr>
          <w:b w:val="0"/>
          <w:i w:val="0"/>
        </w:rPr>
        <w:t>Một số tiêu chí quyết định—như thành tích đã qua của bạn, cách thức cung cấp dịch vụ, và chất lượng đội ngũ của bạn—thì rõ ràng như ban ngày. Nếu bạn để ý, người mua sẽ nói cho bạn biết những tiêu chí đó là gì. Khó nhận ra hơn là những trạng thái tinh thần về điều gì thực sự có giá trị nhất ngoài những yêu cầu đó. Cho đến khi bạn hiểu được cảm nhận đầy đủ của người mua về giá trị, bạn có thể xác định sai động lực mua hàng. Và điều đó gần như luôn dẫn đến một chiến lược bán hàng trao cơ hội cho đối thủ cạnh tranh.</w:t>
      </w:r>
    </w:p>
    <w:p>
      <w:pPr>
        <w:spacing w:after="80"/>
      </w:pPr>
      <w:r>
        <w:rPr>
          <w:b w:val="0"/>
          <w:i w:val="0"/>
        </w:rPr>
        <w:t>Giả sử bạn đang đề nghị hỗ trợ một khách hàng tinh gọn tổ chức bán hàng. Khi bạn thực hiện các cuộc phỏng vấn khách hàng, bạn biết được rằng chuyên môn đã được chứng minh với vấn đề của khách hàng, giá cố định, và tiến độ hoàn thành trong tám tuần đứng đầu danh sách các yêu cầu. Một số nhân viên bán hàng sẽ lao vào viết đề xuất với những yếu tố quyết định rõ ràng này làm điểm nhấn chính.</w:t>
      </w:r>
    </w:p>
    <w:p>
      <w:pPr>
        <w:spacing w:after="80"/>
      </w:pPr>
      <w:r>
        <w:rPr>
          <w:b w:val="0"/>
          <w:i w:val="0"/>
        </w:rPr>
        <w:t>Nhưng bạn sẽ thay đổi đề xuất của mình như thế nào nếu bạn biết rằng người quản lý khách hàng của dự án đang được chuẩn bị cho một sự thăng tiến lớn và dự án có thể là bàn đạp cho công việc mới đó? Hoặc nếu bạn biết rằng một trong những người có ảnh hưởng đến quyết định đang muốn xây dựng sự hiện diện trong hiệp hội ngành của công ty thì sao? Đương nhiên, bạn vẫn sẽ tập trung vào các lĩnh vực mạnh của mình trong các cuộc thảo luận và trong đề xuất bán hàng. Nhưng bạn cũng có thể giải quyết những cân nhắc khác của người mua.</w:t>
      </w:r>
    </w:p>
    <w:p>
      <w:pPr>
        <w:spacing w:after="80"/>
      </w:pPr>
      <w:r>
        <w:rPr>
          <w:b w:val="0"/>
          <w:i w:val="0"/>
        </w:rPr>
        <w:t>Để nói lên những lo lắng của người quản lý đang hy vọng được thăng chức, bạn có thể nhấn mạnh cách kinh nghiệm và phương pháp của bạn sẽ giữ cho sáng kiến đi đúng hướng. Hoặc có thể bạn sẽ đề xuất những cách để dự án nâng cao tầm nhìn trong ngành, chẳng hạn như phát triển một nghiên cứu tình huống về giải pháp sáng tạo mà bạn cùng nhau thực hiện. Bạn cũng có thể đề nghị kết nối những người cụ thể của khách hàng với những người khác có thể sẵn sàng công bố một nghiên cứu tình huống hoặc bài viết, hoặc giúp sắp xếp một suất phát biểu cho khách hàng tại một cuộc họp ngành sắp tới.</w:t>
      </w:r>
    </w:p>
    <w:p>
      <w:pPr>
        <w:pStyle w:val="Heading1"/>
      </w:pPr>
      <w:r>
        <w:rPr>
          <w:rFonts w:ascii="Calibri" w:hAnsi="Calibri"/>
          <w:b/>
          <w:i w:val="0"/>
          <w:sz w:val="40"/>
        </w:rPr>
        <w:t>Kiểm tra tính hợp lý: Đừng ngần ngại hỏi</w:t>
      </w:r>
    </w:p>
    <w:p>
      <w:pPr>
        <w:spacing w:after="80"/>
      </w:pPr>
      <w:r>
        <w:rPr>
          <w:b w:val="0"/>
          <w:i w:val="0"/>
        </w:rPr>
        <w:t>Một số người bán hoàn toàn hài lòng với việc ghi chú lại các tiêu chí quyết định lý trí của người mua và nhắc lại chúng. Hãy nhớ rằng: Bán hàng là chuyện cá nhân, vì vậy đừng cố đoán mò động lực của người mua. Rất có thể bạn sẽ đoán sai và tự trách mình sau này. Hãy thu hút người mua của bạn về toàn bộ các động lực. Đừng né tránh những câu hỏi sẽ dẫn đến một đề xuất đáp ứng đúng nhu cầu. Nếu người mua không sẵn lòng nói cho bạn tất cả những lý do thúc đẩy một thương vụ—hoặc không thể diễn đạt chúng—bạn sẽ sớm biết thôi. Chỉ cần hỏi và lắng nghe.</w:t>
      </w:r>
    </w:p>
    <w:p>
      <w:pPr>
        <w:spacing w:after="80"/>
      </w:pPr>
      <w:r>
        <w:rPr>
          <w:b w:val="0"/>
          <w:i w:val="0"/>
        </w:rPr>
        <w:t>Để thắng thương vụ dịch vụ, bạn phải đánh giá đúng giá trị công việc của mình từ góc nhìn của người mua. Hãy mở rộng suy nghĩ của bạn để nắm bắt càng nhiều bức tranh càng tốt. Một khi người mua hài lòng rằng bạn đáp ứng các yêu cầu cơ bản của họ, bạn nên mong đợi họ xem xét cách đề nghị của bạn ăn khớp với những lý do tinh tế hơn, khác của họ để chọn người họ ưa thích. Và đánh giá đó có thể làm nghiêng cán cân.</w:t>
      </w:r>
    </w:p>
    <w:p>
      <w:pPr>
        <w:pStyle w:val="Heading2"/>
      </w:pPr>
      <w:r>
        <w:rPr>
          <w:rFonts w:ascii="Calibri" w:hAnsi="Calibri"/>
          <w:b/>
          <w:i w:val="0"/>
          <w:sz w:val="32"/>
        </w:rPr>
        <w:t>Xây dựng Hồ sơ Giá trị Khách hàng</w:t>
      </w:r>
    </w:p>
    <w:p>
      <w:pPr>
        <w:spacing w:after="80"/>
      </w:pPr>
      <w:r>
        <w:rPr>
          <w:b w:val="0"/>
          <w:i w:val="0"/>
        </w:rPr>
        <w:t>Đối với bán hàng dịch vụ, rất nhiều người có thể có phần trong quyết định, đặc biệt là với các sáng kiến phức tạp. Từ nhóm mua hàng đến giám đốc tài chính, bạn đối mặt với một loạt các lợi ích và ảnh hưởng, một số có thể xung đột với nhau. Dù thương vụ lớn hay nhỏ, bạn cần tìm hiểu càng nhiều càng tốt về động lực của khách hàng và điều họ coi trọng trong thương vụ.</w:t>
      </w:r>
    </w:p>
    <w:p>
      <w:pPr>
        <w:pStyle w:val="Heading3"/>
      </w:pPr>
      <w:r>
        <w:rPr>
          <w:rFonts w:ascii="Calibri" w:hAnsi="Calibri"/>
          <w:b/>
          <w:i w:val="0"/>
          <w:sz w:val="26"/>
        </w:rPr>
        <w:t>Hồ sơ Giá trị Khách hàng là gì?</w:t>
      </w:r>
    </w:p>
    <w:p>
      <w:pPr>
        <w:spacing w:after="80"/>
      </w:pPr>
      <w:r>
        <w:rPr>
          <w:b w:val="0"/>
          <w:i w:val="0"/>
        </w:rPr>
        <w:t>Hồ sơ giá trị khách hàng nhìn một cách khách quan vào toàn bộ bức tranh các mối quan hệ của bạn trong tổ chức của người mua để bạn có thể tạo ra một chiến lược dựa trên giá trị nhằm củng cố những mối quan hệ đó và thắng thương vụ. Sử dụng một công cụ như thế này đặc biệt quan trọng vì một thương vụ phức tạp điển hình đòi hỏi bạn phải thuyết phục bốn đến năm người; với một số thương vụ, bạn sẽ phải gây ảnh hưởng đến nhiều người hơn nữa, và nghiên cứu cho thấy con số đó đang tăng lên.</w:t>
      </w:r>
    </w:p>
    <w:p>
      <w:pPr>
        <w:spacing w:after="80"/>
      </w:pPr>
      <w:r>
        <w:rPr>
          <w:b w:val="0"/>
          <w:i w:val="0"/>
        </w:rPr>
        <w:t>Hồ sơ của mỗi khách hàng nên đơn giản, có mục tiêu rõ ràng, và dựa trên việc mang lại giá trị chuyên môn lẫn cá nhân cho khách hàng trong suốt quá trình bán hàng. Với mỗi khách hàng bạn lập hồ sơ, hãy xác định các bước hành động cụ thể, rồi theo dõi các hoạt động của bạn. Hồ sơ mẫu này là cho một giám đốc điều hành đang làm việc trong một chương trình thiết kế lại cách tiếp cận mua nguyên liệu thô của công ty cô ấy:</w:t>
      </w:r>
    </w:p>
    <w:p>
      <w:pPr>
        <w:spacing w:after="80"/>
      </w:pPr>
      <w:r>
        <w:rPr>
          <w:b w:val="0"/>
          <w:i w:val="0"/>
        </w:rPr>
        <w:t>Liên hệ khách hàng: Lani R., Phó Chủ tịch Điều hành, Vận hành</w:t>
      </w:r>
    </w:p>
    <w:p>
      <w:pPr>
        <w:spacing w:after="80"/>
      </w:pPr>
      <w:r>
        <w:rPr>
          <w:b w:val="0"/>
          <w:i w:val="0"/>
        </w:rPr>
        <w:t>Việc trình bày tất cả những điều này cho phép bạn thấy rõ hơn động lực của từng cá nhân, xác định cách mang lại nhiều giá trị hơn, quyết định cách phân bổ nguồn lực cho nỗ lực bán hàng, và cải thiện mối quan hệ với khách hàng. Bạn cũng sẽ thấy đây là một cách hữu ích để phân tích các động lực và chính trị của tổ chức có thể ảnh hưởng đến bất kỳ nỗ lực bán hàng nào. Hãy dùng nó để làm nổi bật điểm mạnh và điểm yếu trong các mối quan hệ của bạn và để trao đổi với nhóm của bạn về cách mỗi mối quan hệ đang phát triển.</w:t>
      </w:r>
    </w:p>
    <w:p>
      <w:pPr>
        <w:spacing w:after="80"/>
      </w:pPr>
      <w:r>
        <w:rPr>
          <w:b w:val="0"/>
          <w:i w:val="0"/>
        </w:rPr>
        <w:t>Khi thương vụ kết thúc, hãy dùng kết quả của bạn để tiếp tục xây dựng mối quan hệ với khách hàng. Bạn có thể dùng công cụ này để theo dõi các mối quan hệ khách hàng của mình, nhắm đến những cơ hội mới, và phát triển những mối quan hệ mới.</w:t>
      </w:r>
    </w:p>
    <w:p>
      <w:pPr>
        <w:pStyle w:val="Heading3"/>
      </w:pPr>
      <w:r>
        <w:rPr>
          <w:rFonts w:ascii="Calibri" w:hAnsi="Calibri"/>
          <w:b/>
          <w:i w:val="0"/>
          <w:sz w:val="26"/>
        </w:rPr>
        <w:t>Bạn biết những ai?</w:t>
      </w:r>
    </w:p>
    <w:p>
      <w:pPr>
        <w:spacing w:after="80"/>
      </w:pPr>
      <w:r>
        <w:rPr>
          <w:b w:val="0"/>
          <w:i w:val="0"/>
        </w:rPr>
        <w:t>Bắt đầu hồ sơ giá trị khách hàng của bạn bằng một danh sách tất cả những người mà bạn tin rằng sẽ có bất kỳ vai trò nào trong quyết định mua hàng. Với những thương vụ nhỏ, danh sách này sẽ ngắn. Nhưng với những thương vụ lớn hơn, bạn có thể sẽ tìm thấy những người ra quyết định và những người có ảnh hưởng khắp tổ chức. Trước tiên hãy nhìn vào thành phần của đội tuyển chọn phía khách hàng. Để nhận diện những người khác, hãy xem sơ đồ tổ chức mà bạn đã thu thập (hoặc tạo ra) trong quá trình phỏng vấn. Ở giai đoạn này, bạn có thể chưa biết người mua sẽ đưa ra quyết định như thế nào, nhưng không sao cả. Câu hỏi đặt ra là: "Ai quan tâm đến thương vụ này?"</w:t>
      </w:r>
    </w:p>
    <w:p>
      <w:pPr>
        <w:spacing w:after="80"/>
      </w:pPr>
      <w:r>
        <w:rPr>
          <w:b w:val="0"/>
          <w:i w:val="0"/>
        </w:rPr>
        <w:t>Bạn cần biết vai trò của tất cả những người trong danh sách, cả trong tổ chức lẫn với thương vụ được đề xuất. Ví dụ, nếu giám đốc marketing có vẻ là một nhân tố trong vấn đề này, hãy tìm hiểu càng nhiều càng tốt về vai trò dự kiến của người đó trong chương trình được đề xuất. Người đó có thể trực tiếp quản lý sáng kiến này hoặc có thể là cố vấn cho đội. Dù thế nào đi nữa, hãy tìm hiểu mỗi người sẽ đảm nhận chức năng gì. Nếu bạn cũng có thể biết được thâm niên của mỗi người với tổ chức, lịch sử thăng chức trong quá khứ, và bất kỳ thách thức nào họ đang đối mặt, bạn đã có một khởi đầu tuyệt vời.</w:t>
      </w:r>
    </w:p>
    <w:p>
      <w:pPr>
        <w:spacing w:after="80"/>
      </w:pPr>
      <w:r>
        <w:rPr>
          <w:b w:val="0"/>
          <w:i w:val="0"/>
        </w:rPr>
        <w:t>Tiếp theo, hãy cố gắng xác định rõ mỗi cá nhân sẽ đóng vai trò gì trong quyết định trao thương vụ: người ra quyết định, người có ảnh hưởng, không có vai trò, hay chưa rõ. Việc xếp người vào từng ô có thể khó khăn, vì các vai trò thường chồng chéo lên nhau. Bạn nên phân loại bất kỳ ai có thẩm quyền trao công việc, hoặc ngồi trong một ủy ban hay tổ công tác có thể đưa ra quyết định, là người ra quyết định. Các tổ công tác phía khách hàng hiếm khi là những đội bình đẳng. Nhưng để đơn giản, hãy giả định rằng bất kỳ thành viên nào của tổ công tác đều là người ra quyết định.</w:t>
      </w:r>
    </w:p>
    <w:p>
      <w:pPr>
        <w:spacing w:after="80"/>
      </w:pPr>
      <w:r>
        <w:rPr>
          <w:b w:val="0"/>
          <w:i w:val="0"/>
        </w:rPr>
        <w:t>Ngược lại, những người có ảnh hưởng là những người có thể lái quyết định theo hướng này hay hướng khác. Thường thì những người có ảnh hưởng là các chuyên gia đánh giá kỹ thuật, các quản lý khách hàng có thể tham gia vào công việc sau khi thương vụ hoàn tất, các giám đốc tài chính hoặc pháp lý xem xét hợp đồng và ngân sách, cùng những người khác mà sáng kiến này sẽ tác động đến.</w:t>
      </w:r>
    </w:p>
    <w:p>
      <w:pPr>
        <w:spacing w:after="80"/>
      </w:pPr>
      <w:r>
        <w:rPr>
          <w:b w:val="0"/>
          <w:i w:val="0"/>
        </w:rPr>
        <w:t>Một số người phía khách hàng mà bạn gặp có thể không có tiếng nói trong quyết định nhưng vẫn có quyền lợi liên quan đến kết quả. Ví dụ, bạn có thể đã thảo luận về quản lý hàng tồn kho cho phòng cấp cứu bệnh viện với các y tá bị ảnh hưởng. Các y tá có thể không có vai trò gì trong việc thuê bạn, nhưng họ sẽ đóng góp vào nỗ lực này một khi nó bắt đầu chạy. Vậy nên họ thuộc nhóm "không có vai trò" trong quyết định. Nhưng bạn sẽ không thể hoàn thành công việc nếu thiếu họ. Và họ có thể trở thành một nguồn thông tin quý giá khi bạn phát triển đề xuất của mình, nên đừng bỏ qua họ. Nếu bạn không chắc mọi người nằm ở đâu trong quá trình ra quyết định, hãy gán nhãn họ là chưa rõ, ít nhất cho đến khi bạn biết thêm.</w:t>
      </w:r>
    </w:p>
    <w:p>
      <w:pPr>
        <w:pStyle w:val="Heading1"/>
      </w:pPr>
      <w:r>
        <w:rPr>
          <w:rFonts w:ascii="Calibri" w:hAnsi="Calibri"/>
          <w:b/>
          <w:i w:val="0"/>
          <w:sz w:val="40"/>
        </w:rPr>
        <w:t>Kiểm tra tính hợp lý: Chức danh công việc không nói lên tất cả</w:t>
      </w:r>
    </w:p>
    <w:p>
      <w:pPr>
        <w:spacing w:after="80"/>
      </w:pPr>
      <w:r>
        <w:rPr>
          <w:b w:val="0"/>
          <w:i w:val="0"/>
        </w:rPr>
        <w:t>Chức danh công việc có thể gây hiểu lầm và thường không cho bạn biết nhiều về việc ảnh hưởng nằm ở đâu. Hoàn toàn có thể xảy ra việc một người đã gắn bó 20 năm với công ty lại có ít ảnh hưởng đến quyết định mua hàng hơn một người mới đến đang trên đà thăng tiến nhanh. Hãy cố gắng hết sức để đánh giá mức độ ảnh hưởng, và lên kế hoạch cho phù hợp. Nhớ đừng dồn quá nhiều sức lực để bán hàng cho một người có thể có chức danh ấn tượng nhưng lại ít ảnh hưởng.</w:t>
      </w:r>
    </w:p>
    <w:p>
      <w:pPr>
        <w:spacing w:after="80"/>
      </w:pPr>
      <w:r>
        <w:rPr>
          <w:b w:val="0"/>
          <w:i w:val="0"/>
        </w:rPr>
        <w:t>Mục đích của bạn khi phân loại mọi người không phải là để phán xét họ mà là để giúp bạn quyết định nên tập trung thời gian và công sức vào đâu khi quá trình bán hàng tiến triển. Việc dành nhiều thời gian làm việc với những người ra quyết định và những người có ảnh hưởng hơn là với những người khác là hợp lý, nhưng hãy ý thức được rằng vai trò của một người có thể thay đổi dễ dàng đến mức nào trong suốt thương vụ. Theo thời gian, một người có ảnh hưởng có thể trở thành người ra quyết định then chốt, và ngược lại. Những người ra quyết định và những người có ảnh hưởng mới cũng có thể xuất hiện bất cứ lúc nào, làm đảo lộn mọi kế hoạch của bạn. Bạn có thể tìm hiểu thêm về những nhân tố thay đổi cuộc chơi này trong chương tiếp theo.</w:t>
      </w:r>
    </w:p>
    <w:p>
      <w:pPr>
        <w:spacing w:after="80"/>
      </w:pPr>
      <w:r>
        <w:rPr>
          <w:b w:val="0"/>
          <w:i w:val="0"/>
        </w:rPr>
        <w:t>Ở giai đoạn này, thông tin của bạn về những người trong quá trình ra quyết định sẽ chưa hoàn hảo. Điều đó đặc biệt đúng nếu bạn đang làm việc với một khách hàng mới hoặc nếu bạn chưa được tiếp xúc với nhiều người ngoài đầu mối liên hệ chính của mình. Danh sách tên của bạn (hoặc việc thiếu tên) cho bạn biết bạn đã biết gì và còn cần tìm hiểu thêm điều gì.</w:t>
      </w:r>
    </w:p>
    <w:p>
      <w:pPr>
        <w:pStyle w:val="Heading3"/>
      </w:pPr>
      <w:r>
        <w:rPr>
          <w:rFonts w:ascii="Calibri" w:hAnsi="Calibri"/>
          <w:b/>
          <w:i w:val="0"/>
          <w:sz w:val="26"/>
        </w:rPr>
        <w:t>Họ nghĩ gì về bạn?</w:t>
      </w:r>
    </w:p>
    <w:p>
      <w:pPr>
        <w:spacing w:after="80"/>
      </w:pPr>
      <w:r>
        <w:rPr>
          <w:b w:val="0"/>
          <w:i w:val="0"/>
        </w:rPr>
        <w:t>Với những chi tiết bạn có, hãy đưa ra một đánh giá chủ quan về việc bạn tin mỗi người nhìn nhận đề xuất của bạn, công ty bạn, và con người bạn như thế nào. Hãy nhớ rằng đánh giá này có thể sẽ thay đổi khi bạn biết thêm về môi trường của tổ chức. Tập trung vào những người ra quyết định trước, rồi đến những người có ảnh hưởng, rồi đến những người chưa rõ. Nếu bạn có ít (hoặc không có) mối quan hệ trong tổ chức của khách hàng, đừng lo lắng. Hãy đánh giá thử thách mà bạn đang đối mặt cho cơ hội cụ thể này: Với những người trong danh sách, hãy xếp mỗi người vào một trong năm nhóm sau: người ủng hộ, nghiêng về, trung lập, nghiêng chống, hoặc người phản đối. Quét qua danh sách đã hoàn thành của bạn để nắm được vị thế hiện tại của mình, và tiếp tục suy nghĩ về cách quản lý cơ hội bán hàng này.</w:t>
      </w:r>
    </w:p>
    <w:p>
      <w:pPr>
        <w:pStyle w:val="Heading1"/>
      </w:pPr>
      <w:r>
        <w:rPr>
          <w:rFonts w:ascii="Calibri" w:hAnsi="Calibri"/>
          <w:b/>
          <w:i w:val="0"/>
          <w:sz w:val="40"/>
        </w:rPr>
        <w:t>HỌ ĐỨNG Ở ĐÂU?</w:t>
      </w:r>
    </w:p>
    <w:p>
      <w:pPr>
        <w:spacing w:after="80"/>
      </w:pPr>
      <w:r>
        <w:rPr>
          <w:b w:val="0"/>
          <w:i/>
        </w:rPr>
        <w:t>Người ủng hộ</w:t>
      </w:r>
      <w:r>
        <w:rPr>
          <w:b w:val="0"/>
          <w:i w:val="0"/>
        </w:rPr>
        <w:t>: Chủ động ủng hộ việc chọn bạn.</w:t>
      </w:r>
    </w:p>
    <w:p>
      <w:pPr>
        <w:spacing w:after="80"/>
      </w:pPr>
      <w:r>
        <w:rPr>
          <w:b w:val="0"/>
          <w:i/>
        </w:rPr>
        <w:t>Nghiêng về:</w:t>
      </w:r>
      <w:r>
        <w:rPr>
          <w:b w:val="0"/>
          <w:i w:val="0"/>
        </w:rPr>
        <w:t xml:space="preserve"> Thể hiện sự ưu tiên cho đề xuất của bạn, nhưng có thể cần thêm bằng chứng.</w:t>
      </w:r>
    </w:p>
    <w:p>
      <w:pPr>
        <w:spacing w:after="80"/>
      </w:pPr>
      <w:r>
        <w:rPr>
          <w:b w:val="0"/>
          <w:i/>
        </w:rPr>
        <w:t>Trung lập:</w:t>
      </w:r>
      <w:r>
        <w:rPr>
          <w:b w:val="0"/>
          <w:i w:val="0"/>
        </w:rPr>
        <w:t xml:space="preserve"> Không thể hiện sự ưu tiên cho bất kỳ lựa chọn nào.</w:t>
      </w:r>
    </w:p>
    <w:p>
      <w:pPr>
        <w:spacing w:after="80"/>
      </w:pPr>
      <w:r>
        <w:rPr>
          <w:b w:val="0"/>
          <w:i/>
        </w:rPr>
        <w:t>Nghiêng về phía ủng hộ:</w:t>
      </w:r>
      <w:r>
        <w:rPr>
          <w:b w:val="0"/>
          <w:i w:val="0"/>
        </w:rPr>
        <w:t xml:space="preserve"> Có vẻ như đang nghiêng về một đối thủ cạnh tranh, nhưng vẫn cởi mở để tìm hiểu thêm.</w:t>
      </w:r>
    </w:p>
    <w:p>
      <w:pPr>
        <w:spacing w:after="80"/>
      </w:pPr>
      <w:r>
        <w:rPr>
          <w:b w:val="0"/>
          <w:i/>
        </w:rPr>
        <w:t>Người phản đối:</w:t>
      </w:r>
      <w:r>
        <w:rPr>
          <w:b w:val="0"/>
          <w:i w:val="0"/>
        </w:rPr>
        <w:t xml:space="preserve"> Rõ ràng đang ủng hộ một đối thủ cạnh tranh hoặc hoàn toàn không muốn thuê người ngoài.</w:t>
      </w:r>
    </w:p>
    <w:p>
      <w:pPr>
        <w:spacing w:after="80"/>
      </w:pPr>
      <w:r>
        <w:rPr>
          <w:b w:val="0"/>
          <w:i/>
        </w:rPr>
        <w:t>Chưa rõ:</w:t>
      </w:r>
      <w:r>
        <w:rPr>
          <w:b w:val="0"/>
          <w:i w:val="0"/>
        </w:rPr>
        <w:t xml:space="preserve"> Không chắc chắn về sở thích của cá nhân này.</w:t>
      </w:r>
    </w:p>
    <w:p>
      <w:pPr>
        <w:spacing w:after="80"/>
      </w:pPr>
      <w:r>
        <w:rPr>
          <w:b w:val="0"/>
          <w:i w:val="0"/>
        </w:rPr>
        <w:t>Với một danh sách dài các mối quan hệ trung lập, bạn có thể dành nhiều thời gian hơn để đảm bảo rằng những khách hàng đó biết bạn là ai và bạn (cùng đội ngũ của bạn) có thể làm được gì. Mục tiêu của bạn là đánh giá các mối quan hệ của mình để sắp xếp quy trình bán hàng. Ví dụ, nếu trong danh sách của bạn có một người phản đối có sức ảnh hưởng, hãy quyết định xem nên cố gắng cứu vãn mối quan hệ đó hay thử một chiến lược khác. Tuy nhiên, trên hết, đừng trở nên tự mãn nếu danh sách của bạn có nhiều người ủng hộ. Chỉ cần một chút là một số người đã cảm thấy bị bỏ rơi, nên hãy cẩn thận đừng vô tình xem nhẹ một người ủng hộ.</w:t>
      </w:r>
    </w:p>
    <w:p>
      <w:pPr>
        <w:spacing w:after="80"/>
      </w:pPr>
      <w:r>
        <w:rPr>
          <w:b w:val="0"/>
          <w:i w:val="0"/>
        </w:rPr>
        <w:t>Với danh sách khách hàng đã hoàn thành, cùng vai trò và sở thích của họ, hãy xác định điều bạn cho là nguồn giá trị quan trọng nhất đối với mỗi người. Điều đó bao gồm những lợi ích của thương vụ được đề xuất, nhưng cũng có thể mở rộng ra ngoài phạm vi đó. Ví dụ, nếu bạn đang đề xuất tạo ra một cách tiếp cận mới cho việc dự báo bán hàng, thì phó chủ tịch phụ trách sản xuất của khách hàng có thể kỳ vọng giá trị đáng kể từ nỗ lực đó. Nhưng hãy cân nhắc xem bạn có thể tìm ra những nguồn giá trị liên quan nào khác cho người đó. Những thách thức cụ thể mà vị lãnh đạo này đang đối mặt là gì? Bạn có thể giúp giải quyết những vấn đề nào khác? Chẳng hạn, có thể vị lãnh đạo này đang lo ngại về việc dịch vụ bạn đề xuất sẽ ảnh hưởng thế nào đến các nhà cung cấp. Hãy tìm kiếm cả những trở ngại nhỏ nhất và đưa ra giải pháp. Việc tìm ra những nguồn giá trị nhỏ nhưng thiết yếu khiến khách hàng đánh giá cao khả năng của bạn trong việc phát hiện những nguồn giá trị sáng tạo cho dịch vụ bạn đang đề xuất. Và ấn tượng đó có thể đủ để giành được công việc.</w:t>
      </w:r>
    </w:p>
    <w:p>
      <w:pPr>
        <w:spacing w:after="80"/>
      </w:pPr>
      <w:r>
        <w:rPr>
          <w:b w:val="0"/>
          <w:i w:val="0"/>
        </w:rPr>
        <w:t>Trong một trường hợp, một nhà cung cấp dịch vụ đang theo đuổi một cơ hội bán hàng đã biết được rằng một người ra quyết định quan trọng đang lo lắng rằng nhân viên của bà chưa nhận thức được hết những thách thức kinh doanh phía trước của công ty. Dù không liên quan trực tiếp đến chủ đề của thương vụ, người bán đã đề xuất một cuộc họp nhóm và bài thuyết trình để thảo luận về các xu hướng ngành và những vấn đề cạnh tranh mà tổ chức đang đối mặt, và vị lãnh đạo khách hàng đã đồng ý đứng ra tổ chức.</w:t>
      </w:r>
    </w:p>
    <w:p>
      <w:pPr>
        <w:spacing w:after="80"/>
      </w:pPr>
      <w:r>
        <w:rPr>
          <w:b w:val="0"/>
          <w:i w:val="0"/>
        </w:rPr>
        <w:t>Họ cùng nhau trình bày bài thuyết trình đó cho 25 người trong một buổi kéo dài một giờ. Nhờ sự phổ biến của nó, người bán đã lặp lại buổi này thêm ba lần nữa. Trong lúc đó, đề xuất của người bán vẫn đang từ từ đi qua quy trình ra quyết định của khách hàng. Người bán đã giành được công việc, khẳng định được uy tín như một chuyên gia trong ngành, và tạo dựng được một số mối quan hệ mới trên chặng đường đó. Tất cả những gì cần làm chỉ là đáp lại một mối lo của khách hàng bằng một giải pháp hữu ích.</w:t>
      </w:r>
    </w:p>
    <w:p>
      <w:pPr>
        <w:pStyle w:val="Heading2"/>
      </w:pPr>
      <w:r>
        <w:rPr>
          <w:rFonts w:ascii="Calibri" w:hAnsi="Calibri"/>
          <w:b/>
          <w:i w:val="0"/>
          <w:sz w:val="32"/>
        </w:rPr>
        <w:t xml:space="preserve"> Xây dựng kế hoạch hành động của bạn </w:t>
      </w:r>
    </w:p>
    <w:p>
      <w:pPr>
        <w:spacing w:after="80"/>
      </w:pPr>
      <w:r>
        <w:rPr>
          <w:b w:val="0"/>
          <w:i w:val="0"/>
        </w:rPr>
        <w:t>Không phải lúc nào cũng dễ biết được người mua coi trọng điều gì, nhưng rất đáng để cố gắng tìm hiểu. Tuy nhiên, trước khi đi quá xa, hãy xác định những người nào trong tổ chức của khách hàng mà bạn nên dồn sức vào. Bạn có thể quyết định rằng những người bạn đã phân loại là phản đối sẽ không thay đổi ý kiến, nên bạn có thể không cố gắng thuyết phục họ. Hoặc bạn có thể tin rằng hai trong số những người bạn cho là trung lập có thể tạo nên sự khác biệt trong quyết định. Hãy lên kế hoạch dành nhiều thời gian hơn để xác định cách bạn có thể gia tăng giá trị cho quy trình bán hàng của mình đối với họ.</w:t>
      </w:r>
    </w:p>
    <w:p>
      <w:pPr>
        <w:spacing w:after="80"/>
      </w:pPr>
      <w:r>
        <w:rPr>
          <w:b w:val="0"/>
          <w:i w:val="0"/>
        </w:rPr>
        <w:t>Hãy nhìn xa hơn những người bạn đã phân loại là ủng hộ. Hãy chống lại xu hướng tự nhiên là bị hút về phía những người thích bạn và ủng hộ nỗ lực của bạn. Hãy quyết định cách bạn có thể giúp những người bạn cho là trung lập, chưa rõ, và cả những người phản đối. Mục tiêu của bạn là giữ những người ủng hộ hiện tại ở lại phía bạn, nhưng đồng thời tạo ra những người ủng hộ mới.</w:t>
      </w:r>
    </w:p>
    <w:p>
      <w:pPr>
        <w:spacing w:after="80"/>
      </w:pPr>
      <w:r>
        <w:rPr>
          <w:b w:val="0"/>
          <w:i w:val="0"/>
        </w:rPr>
        <w:t>Ví dụ, bạn có thể nhờ một người ủng hộ nói chuyện với những người đang nghiêng về phía ủng hộ hoặc trung lập về giá trị dịch vụ của bạn. Mặt khác, nếu thiên hướng của một người ủng hộ quá lộ liễu trong tổ chức của người mua, có thể tốt hơn là bạn nên làm việc trực tiếp với một người vẫn còn đang lưỡng lự. Và hãy chắc chắn rằng bạn chưa phân loại sai bất kỳ ai trước khi thực hiện bất kỳ hành động nào. Việc cho rằng một người thực ra là người phản đối lại là trung lập có thể dẫn đến những hậu quả tai hại.</w:t>
      </w:r>
    </w:p>
    <w:p>
      <w:pPr>
        <w:spacing w:after="80"/>
      </w:pPr>
      <w:r>
        <w:rPr>
          <w:b w:val="0"/>
          <w:i w:val="0"/>
        </w:rPr>
        <w:t>Để hoàn thiện hồ sơ giá trị khách hàng, hãy lên kế hoạch cho những bước cụ thể cần thực hiện với từng cá nhân để đưa nỗ lực bán hàng của bạn tiến lên. Hãy xây dựng các hành động, trách nhiệm, kết quả mong đợi, và thời hạn cho những bước bạn xác định. Nếu bạn biết rằng một trong những lãnh đạo khách hàng của bạn muốn biết cách các công ty khác xử lý một loại tài khoản khách hàng cụ thể, hãy giao cho ai đó thu thập và truyền đạt thông tin đó cho khách hàng. Nếu trong danh sách của bạn có những khách hàng bạn muốn làm việc cùng, nhưng không biết họ coi trọng điều gì, thì nhiệm vụ đầu tiên của bạn là hỏi họ. Bạn có thể sắp xếp một cuộc họp ngắn để thảo luận về dự án và thăm dò những điểm quan tâm chính của khách hàng. Hãy đề nghị hỗ trợ, nếu bạn thấy điều đó hợp lý và giúp thúc đẩy thương vụ tiến lên.</w:t>
      </w:r>
    </w:p>
    <w:p>
      <w:pPr>
        <w:spacing w:after="80"/>
      </w:pPr>
      <w:r>
        <w:rPr>
          <w:b w:val="0"/>
          <w:i w:val="0"/>
        </w:rPr>
        <w:t>Là một phần của bước cuối cùng này, bạn sẽ hiểu thêm về lý do mỗi người quan tâm đến thương vụ, và thông tin đó sẽ vô cùng quý giá cho nỗ lực bán hàng đang diễn ra của bạn. Khi bạn đã khám phá ra tất cả các nguồn giá trị của khách hàng, hãy đảm bảo rằng những phát hiện đó được đưa vào các bài thuyết trình và đề xuất bán hàng của bạn; nếu không, bạn có nguy cơ bị khách hàng gán cho cái mác là một trong những nhà cung cấp dịch vụ không biết lắng nghe.</w:t>
      </w:r>
    </w:p>
    <w:p>
      <w:pPr>
        <w:spacing w:after="80"/>
      </w:pPr>
      <w:r>
        <w:rPr>
          <w:b w:val="0"/>
          <w:i w:val="0"/>
        </w:rPr>
        <w:t>Như đã thảo luận trong Chương 6, mọi thương vụ dịch vụ đều có năm thành phần: một câu chuyện hấp dẫn, một lý lẽ cho sự thay đổi, một cách diễn đạt rõ ràng về giá trị, một kế hoạch giảm thiểu rủi ro, và sự tin tưởng lẫn nhau. Khi theo đuổi một thương vụ, việc xây dựng một cái nhìn toàn diện về giá trị là một trong những thách thức lớn nhất của bạn. Hiểu được ai thực sự quan tâm đến thương vụ, và vì sao, là điều thiết yếu để vượt qua thách thức đó. Sự hiểu biết của bạn về động lực của người mua sẽ giúp bạn thích ứng với những thay đổi luôn xảy ra trong chu kỳ bán hàng.</w:t>
      </w:r>
    </w:p>
    <w:p>
      <w:pPr>
        <w:pStyle w:val="Heading1"/>
      </w:pPr>
      <w:r>
        <w:rPr>
          <w:rFonts w:ascii="Calibri" w:hAnsi="Calibri"/>
          <w:b/>
          <w:i w:val="0"/>
          <w:sz w:val="40"/>
        </w:rPr>
        <w:t>CHƯƠNG 8</w:t>
      </w:r>
    </w:p>
    <w:p>
      <w:pPr>
        <w:pStyle w:val="Heading1"/>
      </w:pPr>
      <w:r>
        <w:rPr>
          <w:rFonts w:ascii="Calibri" w:hAnsi="Calibri"/>
          <w:b/>
          <w:i w:val="0"/>
          <w:sz w:val="40"/>
        </w:rPr>
        <w:t>Thay đổi luôn xảy ra: Dự đoán những bất ngờ</w:t>
      </w:r>
    </w:p>
    <w:p>
      <w:pPr>
        <w:spacing w:after="80"/>
      </w:pPr>
      <w:r>
        <w:rPr>
          <w:b w:val="0"/>
          <w:i/>
        </w:rPr>
        <w:t>—Kenneth Boulding</w:t>
      </w:r>
    </w:p>
    <w:p>
      <w:pPr>
        <w:spacing w:after="80"/>
      </w:pPr>
      <w:r>
        <w:rPr>
          <w:b/>
          <w:i w:val="0"/>
        </w:rPr>
        <w:t>K</w:t>
      </w:r>
      <w:r>
        <w:rPr>
          <w:b w:val="0"/>
          <w:i w:val="0"/>
        </w:rPr>
        <w:t>hi còn là một cậu bé, Mordecai “Three Finger” Brown đã mất hai ngón tay trên bàn tay ném bóng của mình, vậy mà vẫn trở thành một trong những tay ném bóng chày lừng danh nhất mọi thời đại. Ông đã ném 55 trận thắng không để đối phương ghi điểm trong sự nghiệp và giúp Chicago Cubs giành bốn chức vô địch giải đấu và hai danh hiệu World Series từ năm 1906 đến 1910. Vũ khí bí mật của Brown là cú ném xoáy (curveball) chết người, khiến các tay đập bóng hoàn toàn bối rối. Các nghiên cứu vật lý cho thấy một cú ném xoáy như của Brown chỉ lệch 3.4 inch so với đường thẳng vẽ từ tay người ném đến găng của người bắt bóng. Nhưng từ góc nhìn của tay đập bóng, quả bóng dường như “bẻ” hơn 14 inch so với đường thẳng đó.</w:t>
      </w:r>
    </w:p>
    <w:p>
      <w:pPr>
        <w:spacing w:after="80"/>
      </w:pPr>
      <w:r>
        <w:rPr>
          <w:b w:val="0"/>
          <w:i w:val="0"/>
        </w:rPr>
        <w:t>Như cú ném xoáy đã chứng minh, nhận thức có tác động cực lớn đến hiệu suất. Tuy nhiên, những tay đập bóng giỏi nói rằng bạn có thể thay đổi tất cả nếu bạn biết trước một cú ném xoáy đang đến. Những tay đập bóng đó rèn luyện kỹ năng để nhận ra cú ném xoáy, đoán trước đường bay của nó và nâng cao khả năng kết nối với nó.</w:t>
      </w:r>
    </w:p>
    <w:p>
      <w:pPr>
        <w:pStyle w:val="Heading2"/>
      </w:pPr>
      <w:r>
        <w:rPr>
          <w:rFonts w:ascii="Calibri" w:hAnsi="Calibri"/>
          <w:b/>
          <w:i w:val="0"/>
          <w:sz w:val="32"/>
        </w:rPr>
        <w:t xml:space="preserve"> Năm bất ngờ có thể đoán trước </w:t>
      </w:r>
    </w:p>
    <w:p>
      <w:pPr>
        <w:spacing w:after="80"/>
      </w:pPr>
      <w:r>
        <w:rPr>
          <w:b w:val="0"/>
          <w:i w:val="0"/>
        </w:rPr>
        <w:t>Nếu bạn bán dịch vụ, bạn biết rằng những cú ném xoáy là chuyện thường ngày. Quá trình bán hàng có thể đầy rắc rối, phức tạp với đủ thứ cá tính và chính trị. Bạn có thể không bao giờ chắc chắn mình đang cạnh tranh với ai—hoặc liệu mình có đang trong cuộc đua hay không. Nếu bạn hỏi người bán tại sao họ thua, bạn thường nghe rằng khách hàng đã rút thảm dưới chân họ vào gần cuối quá trình bán hàng. Có thể bất ngờ đó là sự thay đổi phạm vi công việc hoặc khách hàng chùn bước vì giá. Dù cú ném xoáy là gì, kiểu gì cũng có thứ gì đó phá hỏng kế hoạch của bạn trước khi thương vụ kết thúc.</w:t>
      </w:r>
    </w:p>
    <w:p>
      <w:pPr>
        <w:spacing w:after="80"/>
      </w:pPr>
      <w:r>
        <w:rPr>
          <w:b w:val="0"/>
          <w:i w:val="0"/>
        </w:rPr>
        <w:t>Một số bất ngờ thật sự đến từ hư không, chẳng hạn người mua hủy thương vụ vào phút chót. Nhưng nhiều cái gọi là bất ngờ khác lại có thể đoán trước—ví dụ như sự thay đổi hướng đi giữa chừng thương vụ. Hầu hết các bất ngờ không nên khiến bạn bối rối lâu, nhất là khi bạn giữ liên lạc chặt chẽ với người mua. Thay vì phản ứng với bất ngờ bằng sự hoảng hốt (hay lo sợ), hãy xem đó là tín hiệu để thay đổi cách bạn đang bán hàng. Điều đó thường có nghĩa là thay đổi cách bạn thể hiện giá trị của đề xuất với người mua.</w:t>
      </w:r>
    </w:p>
    <w:p>
      <w:pPr>
        <w:spacing w:after="80"/>
      </w:pPr>
      <w:r>
        <w:rPr>
          <w:b w:val="0"/>
          <w:i w:val="0"/>
        </w:rPr>
        <w:t xml:space="preserve">Những thay đổi trong quy trình mua hàng của khách hàng, đặc biệt là giữa chừng thương vụ, thường phản ánh hiểu biết đang phát triển của họ về bạn, về đề xuất dịch vụ của bạn và về cách bạn dự định triển khai dịch vụ. Khi khách hàng hiểu thêm về các chi tiết trong đề xuất của bạn, điều đó làm tăng chuyên môn của </w:t>
      </w:r>
      <w:r>
        <w:rPr>
          <w:b w:val="0"/>
          <w:i/>
        </w:rPr>
        <w:t>họ</w:t>
      </w:r>
      <w:r>
        <w:rPr>
          <w:b w:val="0"/>
          <w:i w:val="0"/>
        </w:rPr>
        <w:t xml:space="preserve"> về vấn đề này, từ đó thay đổi cách họ đánh giá dịch vụ của bạn. Và khi khách hàng đi sâu vào các chi tiết đó, việc họ lôi kéo thêm người khác vào quá trình lập kế hoạch và vào quá trình bán hàng là điều tự nhiên. Việc khách hàng tìm kiếm các phương án thay thế nếu họ nhận thấy lỗ hổng trong đề xuất của bạn cũng là chuyện thường. Kết quả của sự đánh giá đó thường có nghĩa là bạn sẽ thấy thêm một đối thủ xuất hiện.</w:t>
      </w:r>
    </w:p>
    <w:p>
      <w:pPr>
        <w:spacing w:after="80"/>
      </w:pPr>
      <w:r>
        <w:rPr>
          <w:b w:val="0"/>
          <w:i w:val="0"/>
        </w:rPr>
        <w:t>Suy nghĩ như một người mua nghĩa là bạn liên tục tự hỏi mình sẽ làm những bước gì để đưa ra quyết định mua hàng đúng đắn; nếu bạn làm vậy, bạn sẽ thấy rằng hầu hết các bất ngờ đều có thể đoán trước. Bạn có thể lường trước và sẵn sàng xử lý hệ quả của các bất ngờ—trước khi chúng xảy ra. Tất nhiên, bạn chỉ có thể đoán trước cú ném xoáy tiếp theo nếu bạn nắm bắt được khách hàng đang làm gì và đang nghĩ gì về thương vụ. Vậy nên, nguyên tắc số một để xử lý bất ngờ là luôn giữ đường liên lạc cởi mở với những người ra quyết định. Và bất cứ khi nào có thể, hãy bình tĩnh đón nhận từng bất ngờ và tránh cuống cuồng trả lời mọi câu hỏi mới mà người mua đưa ra.</w:t>
      </w:r>
    </w:p>
    <w:p>
      <w:pPr>
        <w:pStyle w:val="Heading1"/>
      </w:pPr>
      <w:r>
        <w:rPr>
          <w:rFonts w:ascii="Calibri" w:hAnsi="Calibri"/>
          <w:b/>
          <w:i w:val="0"/>
          <w:sz w:val="40"/>
        </w:rPr>
        <w:t>Kiểm tra tỉnh táo: Một số bất ngờ có lợi cho bạn</w:t>
      </w:r>
    </w:p>
    <w:p>
      <w:pPr>
        <w:spacing w:after="80"/>
      </w:pPr>
      <w:r>
        <w:rPr>
          <w:b w:val="0"/>
          <w:i w:val="0"/>
        </w:rPr>
        <w:t>Khi một sự kiện bất ngờ xảy ra trong thương vụ—đặc biệt là sự xuất hiện của một đối thủ mới—bạn có thể sợ điều tồi tệ nhất. Phản ứng thường thấy với tin như vậy là cho rằng đề xuất của mình đang chìm, nên người mua đang tìm nơi khác. Điều đó có thể đúng, nhưng cũng có những cách diễn giải tích cực khác cho hành động của họ. Có thể họ đã chọn bạn, nhưng họ muốn có một báo giá so sánh. Có lẽ một người trong số họ đang giúp đỡ đồng nghiệp bằng cách xem xét một đề xuất khác. Đừng vội kết luận khi khách hàng làm bạn bất ngờ. Hoàn toàn có thể cách hiểu ban đầu của bạn về vấn đề là sai. Thay vào đó, hãy giữ góc nhìn của mình, đặt câu hỏi, rồi quyết định cách phản hồi.</w:t>
      </w:r>
    </w:p>
    <w:p>
      <w:pPr>
        <w:pStyle w:val="Heading2"/>
      </w:pPr>
      <w:r>
        <w:rPr>
          <w:rFonts w:ascii="Calibri" w:hAnsi="Calibri"/>
          <w:b/>
          <w:i w:val="0"/>
          <w:sz w:val="32"/>
        </w:rPr>
        <w:t xml:space="preserve"> Giao tiếp chậm chạp </w:t>
      </w:r>
    </w:p>
    <w:p>
      <w:pPr>
        <w:spacing w:after="80"/>
      </w:pPr>
      <w:r>
        <w:rPr>
          <w:b w:val="0"/>
          <w:i w:val="0"/>
        </w:rPr>
        <w:t>Bất ngờ đầu tiên có thể xuất hiện chỉ sau một cuộc gọi bán hàng. Bạn vừa kết thúc một cuộc gặp tuyệt vời, và khách hàng có vẻ hào hứng muốn hợp tác. Bạn đã lắng nghe vấn đề rất tốt, bắt đầu xây dựng niềm tin và tham gia vào một cuộc đối thoại dựa trên hiểu biết sâu sắc. Khách hàng đón nhận ý tưởng của bạn, và mối quan hệ tốt đến mức bạn đồng ý viết đề xuất chỉ sau một cuộc gặp.</w:t>
      </w:r>
    </w:p>
    <w:p>
      <w:pPr>
        <w:spacing w:after="80"/>
      </w:pPr>
      <w:r>
        <w:rPr>
          <w:b w:val="0"/>
          <w:i w:val="0"/>
        </w:rPr>
        <w:t>Bạn thông báo cho mọi người ở văn phòng về cơ hội này rồi bận rộn nghiên cứu cho đề xuất của mình. Nhưng khi bạn gửi email cho khách hàng để làm rõ một điểm, phải mấy ngày sau mới nhận được hồi âm. Cuối cùng bạn nhận được một phản hồi khó hiểu gợi ý về một cuộc gặp trong khoảng 10 ngày tới. Bạn vừa bất ngờ vừa nản lòng.</w:t>
      </w:r>
    </w:p>
    <w:p>
      <w:pPr>
        <w:spacing w:after="80"/>
      </w:pPr>
      <w:r>
        <w:rPr>
          <w:b w:val="0"/>
          <w:i w:val="0"/>
        </w:rPr>
        <w:t>Dù cuộc gặp đầu tiên của bạn có suôn sẻ đến đâu, đừng đưa ra giả định nào về khách hàng tiềm năng của mình. Có thể bạn thật sự đã nắm chắc thương vụ; bạn có thể tìm thấy vô số trường hợp điều đó xảy ra. Nhưng những cuộc gặp đầu tiên là nhiệm vụ tìm hiểu thông tin của người mua, nên đừng mong được đối xử như thượng khách mỗi lần bạn gọi. Khách hàng có thể chân thành muốn hợp tác với bạn, nhưng họ cũng có thể đang nói chuyện với người khác. Thường thì những cuộc gặp ban đầu đều tích cực, vì ai cũng cư xử đúng mực nhất, nên đó có thể không phải là tín hiệu theo hướng nào cả.</w:t>
      </w:r>
    </w:p>
    <w:p>
      <w:pPr>
        <w:spacing w:after="80"/>
      </w:pPr>
      <w:r>
        <w:rPr>
          <w:b w:val="0"/>
          <w:i w:val="0"/>
        </w:rPr>
        <w:t>Hãy tập trung vào việc bạn có muốn làm việc với khách hàng này hay không. Hoàn thành quy trình đánh giá khách hàng tiềm năng của bạn một cách kỹ lưỡng để khi khách hàng gọi, bạn sẵn sàng bắt tay vào việc. Việc thiếu liên lạc lúc ban đầu không nên làm bạn bất ngờ, và bạn cũng không nên suy diễn gì hơn mức cần thiết.</w:t>
      </w:r>
    </w:p>
    <w:p>
      <w:pPr>
        <w:pStyle w:val="Heading2"/>
      </w:pPr>
      <w:r>
        <w:rPr>
          <w:rFonts w:ascii="Calibri" w:hAnsi="Calibri"/>
          <w:b/>
          <w:i w:val="0"/>
          <w:sz w:val="32"/>
        </w:rPr>
        <w:t xml:space="preserve"> Thay đổi hướng đi của dự án </w:t>
      </w:r>
    </w:p>
    <w:p>
      <w:pPr>
        <w:spacing w:after="80"/>
      </w:pPr>
      <w:r>
        <w:rPr>
          <w:b w:val="0"/>
          <w:i w:val="0"/>
        </w:rPr>
        <w:t>Khi bạn cùng khách hàng đồng sáng tạo dịch vụ của mình, quá trình này mang tính tiến hóa. Khi họ khám phá thêm về những gì họ thực sự cần và những gì bạn có thể làm, sẽ có những thay đổi trong thiết kế tổng thể của dịch vụ. Những thay đổi về hướng đi có thể ảnh hưởng đến một hoặc nhiều khía cạnh trong dịch vụ của bạn, nhưng việc khách hàng thay đổi cách tiếp cận đề xuất, phạm vi công việc, hoặc cả hai, là chuyện thường gặp. Vì những yếu tố này liên quan chặt chẽ với nhau đến vậy, nên thay đổi một yếu tố thường kéo theo ảnh hưởng đến yếu tố kia. Ví dụ, nếu khách hàng của bạn muốn tăng phạm vi chương trình đề xuất từ một khu vực lên hai khu vực, thì cách tiếp cận công việc của bạn cũng sẽ thay đổi. Nếu khách hàng muốn giảm giá, bạn có thể đề xuất thu hẹp phạm vi hoặc điều chỉnh cách tiếp cận công việc.</w:t>
      </w:r>
    </w:p>
    <w:p>
      <w:pPr>
        <w:spacing w:after="80"/>
      </w:pPr>
      <w:r>
        <w:rPr>
          <w:b w:val="0"/>
          <w:i w:val="0"/>
        </w:rPr>
        <w:t xml:space="preserve">Những thay đổi về hướng đi thường xuất hiện khi khách hàng nghiêm túc muốn tiến tới cam kết. Khi một thương vụ tiến gần đến quyết định, hãy để ý đến sự tham gia ngày càng tăng của những người có ảnh hưởng quyết định mới trong quá trình này. Trong khi bạn đang quảng bá dịch vụ của mình, những người liên hệ chính của bạn cũng đang bán dịch vụ đó—cho những người khác trong tổ chức </w:t>
      </w:r>
      <w:r>
        <w:rPr>
          <w:b w:val="0"/>
          <w:i/>
        </w:rPr>
        <w:t>của họ</w:t>
      </w:r>
      <w:r>
        <w:rPr>
          <w:b w:val="0"/>
          <w:i w:val="0"/>
        </w:rPr>
        <w:t>. Khi đề xuất dịch vụ dần thành hình, hãy mong đợi khách hàng sẽ mở rộng nhóm người tham gia vào quá trình này. Những người mới này có thể bao gồm những người mà các nhà ra quyết định tìm đến để xin hướng dẫn và những người phải đồng ý hoặc phê duyệt thương vụ. Khi khách hàng của bạn tìm kiếm ý kiến và sự chấp thuận của người khác, hãy mong đợi những thay đổi trong hướng suy nghĩ của khách hàng—và trong đề xuất của bạn.</w:t>
      </w:r>
    </w:p>
    <w:p>
      <w:pPr>
        <w:spacing w:after="80"/>
      </w:pPr>
      <w:r>
        <w:rPr>
          <w:b w:val="0"/>
          <w:i w:val="0"/>
        </w:rPr>
        <w:t>Các đối thủ cạnh tranh của bạn cũng là những nhân tố thúc đẩy thay đổi hướng đi của khách hàng. Họ sẽ đưa ra ý kiến riêng về cách quản lý phạm vi, cách tiếp cận và chi phí để đảm bảo lợi ích tối đa từ công việc. Nếu khách hàng tiếp nhận những ý kiến đó, cuối cùng chúng sẽ thay đổi cách khách hàng muốn tiến hành. Việc xác định nguồn gốc không quan trọng bằng việc hiểu rõ bản chất của sự thay đổi và điều chỉnh chiến lược bán hàng của bạn khi cần thiết.</w:t>
      </w:r>
    </w:p>
    <w:p>
      <w:pPr>
        <w:pStyle w:val="Heading3"/>
      </w:pPr>
      <w:r>
        <w:rPr>
          <w:rFonts w:ascii="Calibri" w:hAnsi="Calibri"/>
          <w:b/>
          <w:i w:val="0"/>
          <w:sz w:val="26"/>
        </w:rPr>
        <w:t>Điều chỉnh cách tiếp cận dự án</w:t>
      </w:r>
    </w:p>
    <w:p>
      <w:pPr>
        <w:spacing w:after="80"/>
      </w:pPr>
      <w:r>
        <w:rPr>
          <w:b w:val="0"/>
          <w:i w:val="0"/>
        </w:rPr>
        <w:t>Những thay đổi về hướng đi thường có nghĩa là bạn phải xem lại cách tiếp cận đề xuất cho nhiệm vụ của mình. Khách hàng của bạn có thể yêu cầu ngày hoàn thành sớm hơn so với kế hoạch ban đầu, hoặc có thể họ muốn bạn tổ chức công việc theo cách khác với dự định của bạn.</w:t>
      </w:r>
    </w:p>
    <w:p>
      <w:pPr>
        <w:spacing w:after="80"/>
      </w:pPr>
      <w:r>
        <w:rPr>
          <w:b w:val="0"/>
          <w:i w:val="0"/>
        </w:rPr>
        <w:t>Khi bạn đối mặt với sự thay đổi về cách tiếp cận, hãy thực hiện ngay hai hành động. Thứ nhất là xác thực các giả định đằng sau đề xuất của bạn. Ví dụ, nếu khách hàng muốn bạn cung cấp dịch vụ sớm hơn, hãy xem xét điều đó ảnh hưởng thế nào đến quy mô nhóm của bạn và mức phí của bạn. Nếu bạn tính sai điều này, dù chỉ một chút, lợi nhuận của bạn có thể bốc hơi.</w:t>
      </w:r>
    </w:p>
    <w:p>
      <w:pPr>
        <w:spacing w:after="80"/>
      </w:pPr>
      <w:r>
        <w:rPr>
          <w:b w:val="0"/>
          <w:i w:val="0"/>
        </w:rPr>
        <w:t>Thứ hai, xem lại toàn bộ tiến độ đề xuất của bạn để đảm bảo rằng bạn có thể đạt được lịch trình mới của khách hàng. Xem xét việc lịch trình bị nén lại ảnh hưởng thế nào đến khả năng có được đúng nguồn lực (đặc biệt là con người) khi bạn cần. Và hãy chắc chắn rằng khách hàng có thể hoàn thành các cam kết của họ với lịch trình chặt chẽ hơn. Bạn có thể tin rằng mình có thể hoàn thành công việc trong khung thời gian đã điều chỉnh, nhưng khách hàng cũng phải làm phần việc của họ thì bạn mới hoàn thành đúng hạn được.</w:t>
      </w:r>
    </w:p>
    <w:p>
      <w:pPr>
        <w:spacing w:after="80"/>
      </w:pPr>
      <w:r>
        <w:rPr>
          <w:b w:val="0"/>
          <w:i w:val="0"/>
        </w:rPr>
        <w:t>Đừng bao giờ đồng ý với những thay đổi về cách tiếp cận, đặc biệt là về lịch trình, trước khi bạn làm bài tập về nhà của mình. Bạn có thể tin rằng mình biết đủ về thương vụ để đưa ra phán đoán hợp lý mà không cần sa đà vào phân tích chi tiết. Điều đó có thể đúng, nhưng bạn cũng có thể mắc phải sai lầm phổ biến là hứa quá nhiều, rồi giao hàng không đủ. Nếu điều đó xảy ra, bạn có thể gây tổn hại không thể khắc phục cho mối quan hệ với khách hàng. Khi khách hàng yêu cầu bạn thay đổi lịch trình, đặc biệt với một thương vụ phức tạp, đừng ngần ngại xin thời gian để nghiên cứu các hệ quả trước khi phản hồi. Bằng cách đó, bạn sẽ bảo vệ lợi ích của chính mình, và khách hàng sẽ đánh giá cao việc bạn xử lý kỹ lưỡng khía cạnh quan trọng này.</w:t>
      </w:r>
    </w:p>
    <w:p>
      <w:pPr>
        <w:pStyle w:val="Heading3"/>
      </w:pPr>
      <w:r>
        <w:rPr>
          <w:rFonts w:ascii="Calibri" w:hAnsi="Calibri"/>
          <w:b/>
          <w:i w:val="0"/>
          <w:sz w:val="26"/>
        </w:rPr>
        <w:t>Quản lý phạm vi trơn tuột</w:t>
      </w:r>
    </w:p>
    <w:p>
      <w:pPr>
        <w:spacing w:after="80"/>
      </w:pPr>
      <w:r>
        <w:rPr>
          <w:b w:val="0"/>
          <w:i w:val="0"/>
        </w:rPr>
        <w:t>Khi Jeanne bước ra khỏi cuộc họp với người bảo trợ khách hàng của cô, Ryan, cô tự trách mình. Nhóm của cô đã viết một đề xuất bán hàng toàn diện, và giờ Ryan nói với cô rằng họ cần "thu hẹp chương trình lại một chút." Không chỉ Ryan gặp phải sự phản đối về việc tiến hành sáng kiến này, mà các đồng nghiệp của anh còn phàn nàn rằng mức phí đề xuất có vẻ không tương xứng với giá trị kỳ vọng. Jeanne rất bực bội, vì cô đã biết rằng tình huống này có thể xảy ra nhưng lại gạt mối lo sang một bên; lẽ ra cô nên thảo luận điều đó với khách hàng trước khi cô và nhóm của mình hoàn thành và gửi đề xuất.</w:t>
      </w:r>
    </w:p>
    <w:p>
      <w:pPr>
        <w:spacing w:after="80"/>
      </w:pPr>
      <w:r>
        <w:rPr>
          <w:b w:val="0"/>
          <w:i w:val="0"/>
        </w:rPr>
        <w:t>Ryan đề nghị họ cùng động não về cách giảm phạm vi công việc và mức phí mà vẫn giữ được nhiều giá trị nhất có thể. Jeanne bắt tay vào làm việc với khách hàng, biết rằng một bản viết lại lớn cho đề xuất của cô đang chờ cô và nhóm bán hàng.</w:t>
      </w:r>
    </w:p>
    <w:p>
      <w:pPr>
        <w:spacing w:after="80"/>
      </w:pPr>
      <w:r>
        <w:rPr>
          <w:b w:val="0"/>
          <w:i w:val="0"/>
        </w:rPr>
        <w:t>Những thay đổi về phạm vi không phải là điều không thể tránh khỏi, nhưng chúng rất phổ biến. Hãy cố gắng lường trước chúng càng sớm càng tốt trong quá trình bán hàng. Trong những cuộc trò chuyện bán hàng ban đầu, hãy giới thiệu chủ đề về phạm vi. Chẳng hạn, hãy cố thu hẹp lại chính xác những bộ phận của tổ chức mà bạn sẽ làm việc cùng và những người sẽ tham gia. Nói chuyện với khách hàng về các lựa chọn, thử nghiệm các kịch bản khác nhau, và chốt lại tuyên bố về phạm vi của bạn. Điều này có thể khó thực hiện, nhưng bạn càng đạt được sự rõ ràng bao nhiêu, việc quản lý những thay đổi sau này sẽ càng dễ dàng bấy nhiêu.</w:t>
      </w:r>
    </w:p>
    <w:p>
      <w:pPr>
        <w:spacing w:after="80"/>
      </w:pPr>
      <w:r>
        <w:rPr>
          <w:b w:val="0"/>
          <w:i w:val="0"/>
        </w:rPr>
        <w:t xml:space="preserve">Sau đó, hãy duy trì đối thoại liên tục với khách hàng về giới hạn những gì bạn dự định làm, đặc biệt là những gì bạn </w:t>
      </w:r>
      <w:r>
        <w:rPr>
          <w:b w:val="0"/>
          <w:i/>
        </w:rPr>
        <w:t>không</w:t>
      </w:r>
      <w:r>
        <w:rPr>
          <w:b w:val="0"/>
          <w:i w:val="0"/>
        </w:rPr>
        <w:t xml:space="preserve"> bao gồm. Hãy thường xuyên quay lại với ước tính của bạn về lịch trình, mức phí và cách tiếp cận. Đảm bảo khách hàng cảm thấy thoải mái với mọi hệ quả của định nghĩa phạm vi ban đầu. Cuối cùng, hãy sẵn sàng với những kịch bản mới phản ánh cách bạn sẽ thực hiện công việc với những ranh giới thay thế. Không cần phải tạo ra những ước tính bằng văn bản để bạn có thể đưa ra ngay tại chỗ, nhưng hãy chuẩn bị trước những khả năng đó để bạn có thể tự tin phản hồi nếu khách hàng hỏi: "Sẽ thế nào nếu chúng tôi làm điều này ở cả ba trung tâm cuộc gọi thay vì chỉ một?"</w:t>
      </w:r>
    </w:p>
    <w:p>
      <w:pPr>
        <w:spacing w:after="80"/>
      </w:pPr>
      <w:r>
        <w:rPr>
          <w:b w:val="0"/>
          <w:i w:val="0"/>
        </w:rPr>
        <w:t>Cách bạn định nghĩa và quản lý phạm vi đề xuất trong quá trình bán hàng có thể giảm bớt cú sốc nếu khách hàng muốn cải tổ. Hơn nữa, nếu bạn chính xác về phạm vi trong quá trình bán hàng, nỗ lực triển khai của bạn sẽ diễn ra suôn sẻ hơn. Quá nhiều dự án và mối quan hệ bị chệch hướng bởi những hiểu lầm có thể phòng ngừa được về việc khách hàng nghĩ người bán đã hứa làm gì. Vì vậy, hãy nỗ lực liên tục để có được và duy trì một định nghĩa phạm vi khả thi, dù linh hoạt.</w:t>
      </w:r>
    </w:p>
    <w:p>
      <w:pPr>
        <w:spacing w:after="80"/>
      </w:pPr>
      <w:r>
        <w:rPr>
          <w:b w:val="0"/>
          <w:i w:val="0"/>
        </w:rPr>
        <w:t>Hãy nắm bắt những dấu hiệu bạn nhận được từ khách hàng rằng một thay đổi về phạm vi sắp xảy ra. Đặt những câu hỏi kiểm tra mức độ thoải mái của khách hàng với phạm vi và cách tiếp cận trước khi bạn dồn hết mọi thứ vào một đề xuất. Sự chú ý đó sẽ giảm bớt nhu cầu thay đổi lớn sau này, và nó sẽ giúp giữ phần còn lại trong quy trình bán hàng của bạn đi đúng hướng.</w:t>
      </w:r>
    </w:p>
    <w:p>
      <w:pPr>
        <w:pStyle w:val="Heading1"/>
      </w:pPr>
      <w:r>
        <w:rPr>
          <w:rFonts w:ascii="Calibri" w:hAnsi="Calibri"/>
          <w:b/>
          <w:i w:val="0"/>
          <w:sz w:val="40"/>
        </w:rPr>
        <w:t>Hãy là người thúc đẩy thay đổi</w:t>
      </w:r>
    </w:p>
    <w:p>
      <w:pPr>
        <w:spacing w:after="80"/>
      </w:pPr>
      <w:r>
        <w:rPr>
          <w:b w:val="0"/>
          <w:i w:val="0"/>
        </w:rPr>
        <w:t>Cách tốt nhất để xử lý nhiều bất ngờ không thể tránh khỏi trong quá trình bán hàng là chính bạn trở thành nguồn tạo ra những thay đổi. Suy cho cùng, bạn là người dẫn dắt việc định nghĩa dịch vụ của mình, phạm vi, cách tiếp cận và triển khai. Khi thương vụ tiến triển, bạn ở vị thế độc nhất để tìm ra những cách nhìn mới về vấn đề và cung cấp dịch vụ nhanh hơn, dễ dàng hơn, hoặc ít gián đoạn hơn. Khi bạn tinh chỉnh suy nghĩ của mình, hãy kéo khách hàng đồng hành cùng những cải tiến trong đề xuất của bạn. Một số thay đổi trong quá trình bán hàng nên đến từ bạn, chứ không phải từ khách hàng hay đối thủ cạnh tranh.</w:t>
      </w:r>
    </w:p>
    <w:p>
      <w:pPr>
        <w:pStyle w:val="Heading2"/>
      </w:pPr>
      <w:r>
        <w:rPr>
          <w:rFonts w:ascii="Calibri" w:hAnsi="Calibri"/>
          <w:b/>
          <w:i w:val="0"/>
          <w:sz w:val="32"/>
        </w:rPr>
        <w:t xml:space="preserve"> Chú trọng hơn vào Giá </w:t>
      </w:r>
    </w:p>
    <w:p>
      <w:pPr>
        <w:spacing w:after="80"/>
      </w:pPr>
      <w:r>
        <w:rPr>
          <w:b w:val="0"/>
          <w:i w:val="0"/>
        </w:rPr>
        <w:t>Trong những cuộc gặp ban đầu với người mua, bạn thường nghe rằng giá không phải là mối quan tâm hàng đầu của họ. Họ nói rằng tìm được nhà cung cấp dịch vụ phù hợp để làm công việc tốt nhất có thể quan trọng hơn giá. Lúc đầu, quan điểm này nghe hợp lý. Nhưng khi thương vụ đi đến hồi kết, giá sẽ bắt đầu chi phối cuộc thảo luận. Tất nhiên, người mua vẫn luôn để tâm đến giá ở một mức độ nào đó. Với một số người, như khách hàng khu vực công, giá buộc phải là tiêu chí lựa chọn chính. Nhưng bạn có thể yên tâm giả định rằng hầu hết người mua đều muốn tìm đúng người cho công việc trước khi bàn đến vấn đề giá cả.</w:t>
      </w:r>
    </w:p>
    <w:p>
      <w:pPr>
        <w:spacing w:after="80"/>
      </w:pPr>
      <w:r>
        <w:rPr>
          <w:b w:val="0"/>
          <w:i w:val="0"/>
        </w:rPr>
        <w:t>Một khi người mua đã tin rằng họ tìm được đúng chuyên gia, ưu tiên của họ thường chuyển sang việc đánh giá giá cả. Họ tập trung vào điều khoản thanh toán, các điều kiện, chi phí, và ngôn từ của hợp đồng hoặc thư cam kết được đề xuất. Việc chú trọng hơn vào giá này không có gì đáng ngạc nhiên. Bạn thường có thể xem sự quan tâm trở lại với giá này như một dấu hiệu cho thấy khách hàng của bạn, cho đến nay, đã hài lòng.</w:t>
      </w:r>
    </w:p>
    <w:p>
      <w:pPr>
        <w:spacing w:after="80"/>
      </w:pPr>
      <w:r>
        <w:rPr>
          <w:b w:val="0"/>
          <w:i w:val="0"/>
        </w:rPr>
        <w:t>Vào thời điểm đó trong quá trình bán hàng, một số người mua sẽ yêu cầu nhượng bộ, chẳng hạn như giảm phí hoặc không trả trước. Đương nhiên, người mua hy vọng đạt được thỏa thuận tốt nhất có thể. Giả sử bạn định giá dịch vụ của mình tương xứng với giá trị mà bạn đề xuất mang lại, cuộc trò chuyện này sẽ diễn ra thẳng thắn. Chương 11 đề cập chi tiết hơn về việc đàm phán cho nhiều chiến lược định giá khác nhau, nhưng điểm mấu chốt luôn là kết nối giá trị cảm nhận của giải pháp bạn đưa ra với mức phí đề xuất. Và cho thấy mối liên hệ giữa phạm vi dự án, giá trị kỳ vọng, và mức phí đề xuất. Một khi bạn thiết lập được những mối liên hệ đó, bạn có thể minh họa các cách mà bạn có thể thay đổi mức phí.</w:t>
      </w:r>
    </w:p>
    <w:p>
      <w:pPr>
        <w:spacing w:after="80"/>
      </w:pPr>
      <w:r>
        <w:rPr>
          <w:b w:val="0"/>
          <w:i w:val="0"/>
        </w:rPr>
        <w:t>Nếu bạn đang gặp người mua để bàn về mức phí của mình, hãy hướng cuộc trò chuyện sang các phương án thay thế. Thay vì đưa ra một mức giá duy nhất, hãy đưa ra nhiều lựa chọn. Trình bày nhiều hơn một kịch bản cho phạm vi và mức phí. Thay đổi các giả định về nhân sự, tiến độ, và ai sẽ đảm nhận những nhiệm vụ cụ thể. Với mỗi phương án, hãy trình bày lý do cho mức phí và ước tính giá trị kỳ vọng. Việc đưa ra các lựa chọn có lẽ sẽ không ngăn được một số khách hàng đòi mức phí thấp hơn hay điều khoản hào phóng hơn, nhưng nó thể hiện sự linh hoạt và sẵn sàng thỏa hiệp của bạn.</w:t>
      </w:r>
    </w:p>
    <w:p>
      <w:pPr>
        <w:spacing w:after="80"/>
      </w:pPr>
      <w:r>
        <w:rPr>
          <w:b w:val="0"/>
          <w:i w:val="0"/>
        </w:rPr>
        <w:t>Một số người bán lo rằng bất kỳ cuộc đàm phán giá nào cũng có thể gây tổn hại đến mối quan hệ với khách hàng. Đôi khi, việc tranh cãi về mức phí thực sự trở nên căng thẳng. Bạn phải quyết định điều gì quan trọng hơn, mối quan hệ với khách hàng hay một công việc kinh doanh có lợi nhuận. Đương nhiên, có được cả hai là điều tốt hơn và khả thi. Nhưng một khi bạn từ bỏ lợi nhuận của mình trong một cuộc đàm phán giá, bạn khó có thể lấy lại được. Và hầu hết các hợp đồng ít lợi nhuận đều không diễn ra tốt như kế hoạch. Hãy lưu tâm đến tác động của mọi nhượng bộ về giá.</w:t>
      </w:r>
    </w:p>
    <w:p>
      <w:pPr>
        <w:pStyle w:val="Heading2"/>
      </w:pPr>
      <w:r>
        <w:rPr>
          <w:rFonts w:ascii="Calibri" w:hAnsi="Calibri"/>
          <w:b/>
          <w:i w:val="0"/>
          <w:sz w:val="32"/>
        </w:rPr>
        <w:t xml:space="preserve"> Sự xuất hiện của Người ra quyết định mới </w:t>
      </w:r>
    </w:p>
    <w:p>
      <w:pPr>
        <w:spacing w:after="80"/>
      </w:pPr>
      <w:r>
        <w:rPr>
          <w:b w:val="0"/>
          <w:i w:val="0"/>
        </w:rPr>
        <w:t>Bất kỳ sự thay đổi nào trong nhóm ra quyết định của khách hàng đều có thể khiến bạn lo lắng. Nếu đột nhiên bạn phải làm việc với những người mới (và thường là không quen biết), suy nghĩ đầu tiên của bạn có thể là họ sẽ phá hỏng tất cả công sức của bạn chỉ đơn giản vì họ không biết bạn.</w:t>
      </w:r>
    </w:p>
    <w:p>
      <w:pPr>
        <w:spacing w:after="80"/>
      </w:pPr>
      <w:r>
        <w:rPr>
          <w:b w:val="0"/>
          <w:i w:val="0"/>
        </w:rPr>
        <w:t>Chris, một người bán dịch vụ quản lý dự án cho các tổ chức bán lẻ, đã gặp phải tình huống như vậy. Mọi chuyện bắt đầu bằng một email ngắn thông báo cho anh về việc đổi phòng cho một cuộc họp bán hàng sắp tới. Chris và nhóm của anh đã lên kế hoạch cho cuộc họp đến từng chi tiết, bao gồm cách họ sẽ chia phần trình bày và cách họ sẽ thu hút từng trong bảy quản lý khách hàng mà họ đã xác nhận sẽ tham dự cuộc họp. Nhóm đến cuộc họp sớm và nhìn quanh phòng hội nghị vang tiếng vọng, tự hỏi liệu họ có hiểu nhầm email không. Nhưng không—khi họ đang sắp xếp, người bảo trợ khách hàng của họ đến với tin rằng cuộc họp giờ sẽ có 14 người thay vì 7 người như dự kiến ban đầu. Người bảo trợ giải thích rằng nhiều người mới đến có vai trò phê duyệt danh sách người bán cuối cùng, nhưng chưa từng tham gia tích cực vào quá trình trước đó. Chris phải nghĩ ra phương án B cho cuộc họp ngay tại chỗ.</w:t>
      </w:r>
    </w:p>
    <w:p>
      <w:pPr>
        <w:spacing w:after="80"/>
      </w:pPr>
      <w:r>
        <w:rPr>
          <w:b w:val="0"/>
          <w:i w:val="0"/>
        </w:rPr>
        <w:t>Sự xuất hiện của những người ra quyết định mới (hoặc người có ảnh hưởng) là một trong những bất ngờ dễ đoán hơn trong việc bán dịch vụ. Không ai thích bị bất ngờ như nhóm của Chris, và bất cứ khi nào một người ra quyết định mới xuất hiện, nó có thể khiến bạn muốn bứt tóc. Thay vào đó, phản ứng của bạn nên là bình tĩnh xác định tác động đến thương vụ. Đôi khi, người ra quyết định mới mang đến thay đổi đáng hoan nghênh; lúc khác, sự tham gia của họ là trung tính. Dù thế nào, hãy đánh giá xem sự thay đổi ảnh hưởng đến bạn như thế nào và điều chỉnh chiến lược của bạn cho phù hợp.</w:t>
      </w:r>
    </w:p>
    <w:p>
      <w:pPr>
        <w:spacing w:after="80"/>
      </w:pPr>
      <w:r>
        <w:rPr>
          <w:b w:val="0"/>
          <w:i w:val="0"/>
        </w:rPr>
        <w:t>Để làm điều đó, hãy cập nhật hồ sơ giá trị khách hàng của bạn với những nhân vật mới nhất trong thương vụ. Như bạn đã làm trước đây, hãy xác định vai trò, thâm niên trong tổ chức, những thách thức chính, và các mối quan hệ trong công ty của từng người. Đánh giá các mối quan hệ của bạn với những người ra quyết định mới và vạch ra một loạt hành động tiềm năng để giúp bạn hiểu thêm về những người này. Bài tập này sẽ cho bạn cảm nhận tốt về cách thay đổi cách tiếp cận thương vụ của mình.</w:t>
      </w:r>
    </w:p>
    <w:p>
      <w:pPr>
        <w:spacing w:after="80"/>
      </w:pPr>
      <w:r>
        <w:rPr>
          <w:b w:val="0"/>
          <w:i w:val="0"/>
        </w:rPr>
        <w:t>Khi những người ra quyết định mới tham gia vào quá trình bán hàng vào phút cuối, bạn phải đảm bảo rằng họ hiểu nhóm của bạn mang lại điều gì. Đừng mong đợi rằng những người mới đến sẽ tự động tin tưởng vào uy tín của bạn, ngay cả khi những người khác trong tổ chức nghĩ bạn là thần thánh. Hãy tìm cơ hội để tóm tắt cho bất kỳ người ra quyết định mới nào về chi tiết đề xuất của bạn thay vì dựa vào người khác nói thay bạn. Bạn có thể không có cơ hội, nhưng bạn phải cố gắng. Nếu bạn thực sự gặp được một người ra quyết định mới, đặc biệt là người bạn chưa từng gặp, đừng bắt đầu cuộc thảo luận bằng việc đọc lại uy tín của mình. Hãy bắt đầu với điều quan trọng nhất: sự hiểu biết của bạn về vấn đề, giá trị kỳ vọng, và tác động đến tổ chức.</w:t>
      </w:r>
    </w:p>
    <w:p>
      <w:pPr>
        <w:spacing w:after="80"/>
      </w:pPr>
      <w:r>
        <w:rPr>
          <w:b w:val="0"/>
          <w:i w:val="0"/>
        </w:rPr>
        <w:t xml:space="preserve">Giống như nhiều bất ngờ trong quá trình bán hàng, thật khó để biết liệu sự thay đổi trong nhóm ra quyết định là tốt hay xấu cho thương vụ của bạn. Nhưng hãy cố gắng lường trước </w:t>
      </w:r>
      <w:r>
        <w:rPr>
          <w:b w:val="0"/>
          <w:i/>
        </w:rPr>
        <w:t>khi nào</w:t>
      </w:r>
      <w:r>
        <w:rPr>
          <w:b w:val="0"/>
          <w:i w:val="0"/>
        </w:rPr>
        <w:t xml:space="preserve"> điều đó có thể xảy ra, </w:t>
      </w:r>
      <w:r>
        <w:rPr>
          <w:b w:val="0"/>
          <w:i/>
        </w:rPr>
        <w:t>ai</w:t>
      </w:r>
      <w:r>
        <w:rPr>
          <w:b w:val="0"/>
          <w:i w:val="0"/>
        </w:rPr>
        <w:t xml:space="preserve"> có thể tham gia nhóm, và </w:t>
      </w:r>
      <w:r>
        <w:rPr>
          <w:b w:val="0"/>
          <w:i/>
        </w:rPr>
        <w:t>cách</w:t>
      </w:r>
      <w:r>
        <w:rPr>
          <w:b w:val="0"/>
          <w:i w:val="0"/>
        </w:rPr>
        <w:t xml:space="preserve"> ứng phó.</w:t>
      </w:r>
    </w:p>
    <w:p>
      <w:pPr>
        <w:pStyle w:val="Heading2"/>
      </w:pPr>
      <w:r>
        <w:rPr>
          <w:rFonts w:ascii="Calibri" w:hAnsi="Calibri"/>
          <w:b/>
          <w:i w:val="0"/>
          <w:sz w:val="32"/>
        </w:rPr>
        <w:t xml:space="preserve"> Sự xuất hiện của Đối thủ cạnh tranh mới </w:t>
      </w:r>
    </w:p>
    <w:p>
      <w:pPr>
        <w:spacing w:after="80"/>
      </w:pPr>
      <w:r>
        <w:rPr>
          <w:b w:val="0"/>
          <w:i w:val="0"/>
        </w:rPr>
        <w:t>Một khi quá trình bán hàng đang diễn ra, có lẽ bạn sẽ không nghĩ rằng đó là điềm lành cho cơ hội của mình nếu người mua mời một đối thủ cạnh tranh mới đến chào giá cho công việc. Sự xuất hiện của một đối thủ cạnh tranh mới thường tạo ra sự nhốn nháo điên cuồng trong số những người bán khác khi họ cố gắng tìm hiểu xem điều đó có ý nghĩa gì. Một đối thủ cạnh tranh mới có thể xuất hiện sau sự nổi lên của một hoặc nhiều người ra quyết định mới, những người có thể muốn mang đến nhà cung cấp dịch vụ ưa thích của họ. Hoặc có thể họ tin rằng ủy ban tuyển chọn đang bỏ qua một lựa chọn đủ tiêu chuẩn. Cũng có thể người mua muốn có một tập hợp ý tưởng rộng hơn. Hoặc có lẽ họ nghĩ rằng những người bán mà họ đang gặp đơn giản là không đủ sức.</w:t>
      </w:r>
    </w:p>
    <w:p>
      <w:pPr>
        <w:spacing w:after="80"/>
      </w:pPr>
      <w:r>
        <w:rPr>
          <w:b w:val="0"/>
          <w:i w:val="0"/>
        </w:rPr>
        <w:t>Có thể bạn sẽ không biết lý do, đặc biệt là lúc ban đầu. Hãy mở to mắt và lắng tai để tìm hiểu xem quá trình ra quyết định và vai trò của bạn có thể thay đổi như thế nào. Hãy nhớ rằng, đối thủ cạnh tranh thường là nguồn gốc của những thay đổi về hướng đi, nên đừng ngạc nhiên khi những thay đổi như vậy xảy ra ngay sau khi một đối thủ mới xuất hiện. Đừng tạm dừng nỗ lực của bạn; hãy tiếp tục thực hiện kế hoạch của mình. Tất nhiên, bạn muốn biết càng nhiều càng tốt. Nhưng bạn chỉ có thể kiểm soát đề xuất của chính mình và giá trị dự kiến của nó, chứ không thể kiểm soát những gì đối thủ đang làm. Một đối thủ mới không nên là nguyên nhân gây báo động nghiêm trọng, trừ khi bạn không mang lại cho người mua giá trị mà họ mong đợi. Và điều đó sẽ không phải là bí mật. Bạn sẽ biết thôi.</w:t>
      </w:r>
    </w:p>
    <w:p>
      <w:pPr>
        <w:spacing w:after="80"/>
      </w:pPr>
      <w:r>
        <w:rPr>
          <w:b w:val="0"/>
          <w:i w:val="0"/>
        </w:rPr>
        <w:t>Giống như bao thách thức khác mà bạn gặp phải trong việc bán hàng, giao tiếp là chìa khóa để dự đoán những bất ngờ. Hãy làm theo ba bước đơn giản và bạn sẽ không bị bất ngờ bởi sự thay đổi. Thứ nhất, duy trì liên lạc thường xuyên với khách hàng trong suốt quá trình bán hàng. Hãy giả định rằng mọi thứ sẽ thay đổi, và xin phép được liên hệ để giúp họ theo dõi và quản lý những thay đổi đó. Hầu hết khách hàng sẽ đồng ý ngay. Tiếp theo, luôn thực hiện các buổi đánh giá tạm thời về đề xuất bán hàng đang phát triển của bạn với người mua. Một số người bán ít giao tiếp với khách hàng trong khi soạn thảo đề xuất, thích chờ đến khi có bản nháp ưng ý mới đánh giá. Nếu bạn theo cách tiếp cận này, gần như chắc chắn sau đó bạn sẽ phát hiện ra rằng có điều gì đó đã thay đổi kể từ khi bạn bắt đầu làm đề xuất.</w:t>
      </w:r>
    </w:p>
    <w:p>
      <w:pPr>
        <w:spacing w:after="80"/>
      </w:pPr>
      <w:r>
        <w:rPr>
          <w:b w:val="0"/>
          <w:i w:val="0"/>
        </w:rPr>
        <w:t>Cuối cùng, hãy giữ tâm trí cởi mở với những cách tiếp cận mới đối với vấn đề của khách hàng và đề xuất những thay đổi đó với khách hàng. Khi bạn xử lý chi tiết của bất kỳ đề xuất nào, bạn sẽ phát hiện ra những sắc thái có thể điều chỉnh phạm vi hoặc cách tiếp cận của công việc. Bạn có thể khám phá ra một phương pháp nhanh hơn sử dụng ít nguồn lực hơn. Hãy chia sẻ những lựa chọn đó với khách hàng trước khi bạn hoàn thành đề xuất. Bạn không chỉ có cách để kiểm tra những ý tưởng mới của chính mình, mà còn luôn cập nhật mọi thay đổi mà khách hàng muốn thực hiện.</w:t>
      </w:r>
    </w:p>
    <w:p>
      <w:pPr>
        <w:spacing w:after="80"/>
      </w:pPr>
      <w:r>
        <w:rPr>
          <w:b w:val="0"/>
          <w:i w:val="0"/>
        </w:rPr>
        <w:t>Cách tốt nhất để quản lý một mối đe dọa được nhận thấy đối với thương vụ của bạn là biến nó thành lợi thế của bạn. Hãy đi trước một bước bằng cách dự đoán những thay đổi tiềm tàng và cách bạn có thể tiếp cận những thay đổi đó. Hãy kiên trì mang lại giá trị cho khách hàng trong suốt quá trình bán hàng, và bạn sẽ tìm ra cách để biến mọi bất ngờ, dù có thể dự đoán được hay không, thành cơ hội để giành chiến thắng.</w:t>
      </w:r>
    </w:p>
    <w:p>
      <w:pPr>
        <w:pStyle w:val="Heading1"/>
      </w:pPr>
      <w:r>
        <w:rPr>
          <w:rFonts w:ascii="Calibri" w:hAnsi="Calibri"/>
          <w:b/>
          <w:i w:val="0"/>
          <w:sz w:val="40"/>
        </w:rPr>
        <w:t>CHƯƠNG 9</w:t>
      </w:r>
    </w:p>
    <w:p>
      <w:pPr>
        <w:pStyle w:val="Heading1"/>
      </w:pPr>
      <w:r>
        <w:rPr>
          <w:rFonts w:ascii="Calibri" w:hAnsi="Calibri"/>
          <w:b/>
          <w:i w:val="0"/>
          <w:sz w:val="40"/>
        </w:rPr>
        <w:t>Đề xuất bán hàng hoàn hảo</w:t>
      </w:r>
    </w:p>
    <w:p>
      <w:pPr>
        <w:spacing w:after="80"/>
      </w:pPr>
      <w:r>
        <w:rPr>
          <w:b w:val="0"/>
          <w:i/>
        </w:rPr>
        <w:t>—Thomas Watson Sr., IBM</w:t>
      </w:r>
    </w:p>
    <w:p>
      <w:pPr>
        <w:spacing w:after="80"/>
      </w:pPr>
      <w:r>
        <w:rPr>
          <w:b/>
          <w:i w:val="0"/>
        </w:rPr>
        <w:t>S</w:t>
      </w:r>
      <w:r>
        <w:rPr>
          <w:b w:val="0"/>
          <w:i w:val="0"/>
        </w:rPr>
        <w:t>au khi Thomas Watson đưa ra tuyên bố đơn giản đó với nhân viên IBM cách đây hai thế hệ, nó đã biến thành một tiếng hô tập hợp tiêu chuẩn để thúc đẩy hàng đoàn người bán hàng ở khắp mọi nơi ra ngoài và bán được hàng. Điều còn thiếu trong câu châm ngôn của Watson là, ngày nay, rất ít doanh nghiệp bán được thứ gì đó, ít nhất là cho các doanh nghiệp khác, mà không cần một đề xuất bán hàng.</w:t>
      </w:r>
    </w:p>
    <w:p>
      <w:pPr>
        <w:spacing w:after="80"/>
      </w:pPr>
      <w:r>
        <w:rPr>
          <w:b w:val="0"/>
          <w:i w:val="0"/>
        </w:rPr>
        <w:t>Cứ ba tháng một lần, chỉ riêng tại Hoa Kỳ, các doanh nghiệp sử dụng một số loại đề xuất để bán hàng tạo ra hơn 250 tỷ đô la doanh số. Vì nhiều người mua yêu cầu nhiều đề xuất cho mỗi thương vụ, những người viết đề xuất và chuyên gia bán hàng có thể là những người bận rộn nhất trong giới kinh doanh. Vào bất kỳ thời điểm nào, hàng ngàn người bán đang viết hoặc trình bày đề xuất cho người mua. Vấn đề đau đầu với hầu hết trong số họ là giá trị cốt lõi trong lời chào hàng của người bán không tỏa sáng, và vì thế quá trình bán hàng biến thành cuộc mặc cả làm hao mòn lợi nhuận về giá cả.</w:t>
      </w:r>
    </w:p>
    <w:p>
      <w:pPr>
        <w:spacing w:after="80"/>
      </w:pPr>
      <w:r>
        <w:rPr>
          <w:b w:val="0"/>
          <w:i w:val="0"/>
        </w:rPr>
        <w:t>Ví dụ, hãy tưởng tượng bạn là Toni, một giám đốc khách hàng, khi cô ấy xoay người lại với chồng đề xuất bán hàng đặt trên mép bàn làm việc. Cô ấy với tay trước tiên lấy bản từ nhà cung cấp được ưu ái và lật nhanh để cảm nhận xem sẽ mất bao lâu để đọc. Cô ấy lao vào đọc. Phần tóm tắt điều hành bắt đầu: "Chúng tôi hân hạnh trình bày đề xuất này cho Stellar Industries. Chúng tôi hiểu rằng Stellar muốn thực hiện một cuộc đánh giá toàn công ty về hiệu quả của quy trình hoạch định sản xuất, và chúng tôi tin rằng mình có đủ năng lực đặc biệt để thực hiện cuộc đánh giá đó." Bản tóm tắt tiếp tục theo hướng đó, với những lời sáo rỗng và khẳng định về sự vượt trội khiến Toni lắc đầu. Cô ấy ném đề xuất sang một bên và nhấc điện thoại gọi vài cuộc cấp bách mà cô ấy nghĩ đến khi đọc đề xuất.</w:t>
      </w:r>
    </w:p>
    <w:p>
      <w:pPr>
        <w:spacing w:after="80"/>
      </w:pPr>
      <w:r>
        <w:rPr>
          <w:b w:val="0"/>
          <w:i w:val="0"/>
        </w:rPr>
        <w:t>Giá mà người bán biết được chuyện gì đã xảy ra. Đề xuất đó, lẽ ra phải thuyết phục Toni ủng hộ thương vụ, lại có tác dụng ngược lại. Trước khi cô ấy đọc xong phần tóm tắt điều hành, người bán đã đánh mất một cơ hội quý giá để gây ảnh hưởng đến quyết định của cô ấy.</w:t>
      </w:r>
    </w:p>
    <w:p>
      <w:pPr>
        <w:spacing w:after="80"/>
      </w:pPr>
      <w:r>
        <w:rPr>
          <w:b w:val="0"/>
          <w:i w:val="0"/>
        </w:rPr>
        <w:t xml:space="preserve">Đáng buồn thay, nhiều đề xuất chịu chung số phận. Điều đó thật quan trọng, bởi vì dù bạn quản lý quá trình bán hàng của mình tốt đến đâu, vẫn có 99.9 phần trăm khả năng bạn sẽ viết một loại đề xuất nào đó để chốt thương vụ. Dù người mua của bạn muốn một lá thư cam kết một trang hay một phản hồi nhiều tập cho một RFP, thách thức vẫn như nhau: Bạn phải tổng hợp một đề xuất kể một câu chuyện hấp dẫn, củng cố niềm tin của người mua vào bạn, </w:t>
      </w:r>
      <w:r>
        <w:rPr>
          <w:b w:val="0"/>
          <w:i/>
        </w:rPr>
        <w:t>và</w:t>
      </w:r>
      <w:r>
        <w:rPr>
          <w:b w:val="0"/>
          <w:i w:val="0"/>
        </w:rPr>
        <w:t xml:space="preserve"> làm cho rõ ràng rằng bạn là lựa chọn đúng đắn.</w:t>
      </w:r>
    </w:p>
    <w:p>
      <w:pPr>
        <w:spacing w:after="80"/>
      </w:pPr>
      <w:r>
        <w:rPr>
          <w:b w:val="0"/>
          <w:i w:val="0"/>
        </w:rPr>
        <w:t>Vì bạn phải tạo ra hầu hết các đề xuất bán hàng một cách nhanh chóng, việc đáp ứng thách thức đó chẳng hề đơn giản chút nào. Với ít ngoại lệ, khi hầu hết người mua sẵn sàng tìm kiếm sự giúp đỡ từ bên ngoài, họ thường muốn bắt tay vào việc từ hôm qua rồi. Cảm giác cấp bách của người mua có nghĩa là bạn phải cuống cuồng chuẩn bị lời chào hàng của mình. Quá thường xuyên, đề xuất thu được trông ấn tượng bề ngoài, với phông chữ sặc sỡ và đồ họa đậm nét, nhưng lại gây thất vọng với nội dung vô hồn, được ghép lại từ những mảnh vụn của các tài liệu khác. Tệ hơn nữa là khi việc tự quảng bá của người bán lấn át những lý do chính khiến người mua tìm kiếm sự giúp đỡ từ bên ngoài ngay từ đầu.</w:t>
      </w:r>
    </w:p>
    <w:p>
      <w:pPr>
        <w:spacing w:after="80"/>
      </w:pPr>
      <w:r>
        <w:rPr>
          <w:b w:val="0"/>
          <w:i w:val="0"/>
        </w:rPr>
        <w:t>Tốc độ là thiết yếu, và nhiều người bán tăng tốc quá trình làm đề xuất bằng cách viết về điều họ biết rõ nhất—chính họ. Khi hạn chót đến gần, thật dễ cám dỗ để nhấn mạnh, một cách chung chung, rằng bạn đủ năng lực đến mức nào để đáp ứng nhu cầu của khách hàng và dành ít thời gian hơn để thảo luận về vấn đề của khách hàng. Tuy nhiên, một khi bạn đánh đổi sự thấu hiểu để lấy tốc độ, đề xuất của bạn trông giống hệt mọi đề xuất khác mà khách hàng của bạn sẽ nhận được.</w:t>
      </w:r>
    </w:p>
    <w:p>
      <w:pPr>
        <w:spacing w:after="80"/>
      </w:pPr>
      <w:r>
        <w:rPr>
          <w:b w:val="0"/>
          <w:i w:val="0"/>
        </w:rPr>
        <w:t>Ngay cả một đề xuất hoàn hảo cũng sẽ không tự mình chốt được thương vụ. Nhưng một đề xuất chung chung, đầy rẫy ngôn từ vụ lợi (và nhàm chán) có thể nhanh chóng lật ngược một quá trình bán hàng lẽ ra hoàn hảo, và điều đó là đúng.</w:t>
      </w:r>
    </w:p>
    <w:p>
      <w:pPr>
        <w:spacing w:after="80"/>
      </w:pPr>
      <w:r>
        <w:rPr>
          <w:b w:val="0"/>
          <w:i w:val="0"/>
        </w:rPr>
        <w:t>Không khó để làm cho đề xuất của bạn nói về khách hàng nhiều hơn và về bạn ít hơn. Hãy bắt đầu bằng việc xem bạn khởi đầu câu bằng "chúng tôi" bao nhiêu lần, vì những gì theo sau có lẽ là về năng lực của bạn hoặc các nguyên tắc định hướng của công ty bạn. Ngoại trừ phần nói riêng về công ty bạn, hãy loại bỏ những lời tự khen khỏi đề xuất. Hãy nhớ rằng, người mua rất ít quan tâm đến tổ chức của bạn—ngoại trừ việc nó có thể giúp họ điều hành doanh nghiệp của họ như thế nào.</w:t>
      </w:r>
    </w:p>
    <w:p>
      <w:pPr>
        <w:spacing w:after="80"/>
      </w:pPr>
      <w:r>
        <w:rPr>
          <w:b/>
          <w:i w:val="0"/>
        </w:rPr>
        <w:t>Loại bỏ những điểm yếu này khỏi đề xuất của bạn</w:t>
      </w:r>
    </w:p>
    <w:p>
      <w:pPr>
        <w:jc w:val="center"/>
      </w:pPr>
      <w:r>
        <w:drawing>
          <wp:inline xmlns:a="http://schemas.openxmlformats.org/drawingml/2006/main" xmlns:pic="http://schemas.openxmlformats.org/drawingml/2006/picture">
            <wp:extent cx="4286250" cy="2828925"/>
            <wp:docPr id="10" name="Picture 10"/>
            <wp:cNvGraphicFramePr>
              <a:graphicFrameLocks noChangeAspect="1"/>
            </wp:cNvGraphicFramePr>
            <a:graphic>
              <a:graphicData uri="http://schemas.openxmlformats.org/drawingml/2006/picture">
                <pic:pic>
                  <pic:nvPicPr>
                    <pic:cNvPr id="0" name="00009.png"/>
                    <pic:cNvPicPr/>
                  </pic:nvPicPr>
                  <pic:blipFill>
                    <a:blip r:embed="rId18"/>
                    <a:stretch>
                      <a:fillRect/>
                    </a:stretch>
                  </pic:blipFill>
                  <pic:spPr>
                    <a:xfrm>
                      <a:off x="0" y="0"/>
                      <a:ext cx="4286250" cy="2828925"/>
                    </a:xfrm>
                    <a:prstGeom prst="rect"/>
                  </pic:spPr>
                </pic:pic>
              </a:graphicData>
            </a:graphic>
          </wp:inline>
        </w:drawing>
      </w:r>
    </w:p>
    <w:p>
      <w:pPr>
        <w:spacing w:after="80"/>
      </w:pPr>
      <w:r>
        <w:rPr>
          <w:b w:val="0"/>
          <w:i w:val="0"/>
        </w:rPr>
        <w:t>Hãy truyền đạt hiểu biết của bạn về những mối quan tâm đó, và những gì bạn mang lại, bằng cách thực hiện ba bước trong đề xuất của bạn. Thứ nhất, bám sát các vấn đề trong phần tóm tắt đề xuất. Nhấn mạnh thách thức của khách hàng, tác động của nó đến tương lai của họ, và sự cấp thiết phải tạo ra thay đổi. Bạn sẽ có sức bán hàng mạnh hơn từ việc trình bày rõ ràng sự hiểu biết của bạn về thách thức so với những tuyên bố rằng bạn có năng lực đặc biệt.</w:t>
      </w:r>
    </w:p>
    <w:p>
      <w:pPr>
        <w:spacing w:after="80"/>
      </w:pPr>
      <w:r>
        <w:rPr>
          <w:b w:val="0"/>
          <w:i w:val="0"/>
        </w:rPr>
        <w:t>Thứ hai, giữ đề xuất càng ngắn gọn càng tốt. Hãy chống lại sự thôi thúc nhồi nhét nó bằng đồ họa và hình ảnh vô nghĩa. Hãy trình bày các sự kiện và bản chất của phương pháp tiếp cận của bạn một cách súc tích, không cần loay hoay với vẻ hào nhoáng. Cuối cùng, hãy xem xét từng trang, từng đoạn, từng câu trong đề xuất của bạn. Ai là chủ thể của mỗi câu? Là bạn, hay là khách hàng của bạn? Trong mọi trường hợp có thể, hãy đảm bảo rằng bạn đang nói về họ. Hãy để dành những lời quảng cáo bán hàng cho phần trong đề xuất của bạn nơi mọi người thực sự cần thấy nó—phần năng lực của bạn.</w:t>
      </w:r>
    </w:p>
    <w:p>
      <w:pPr>
        <w:pStyle w:val="Heading2"/>
      </w:pPr>
      <w:r>
        <w:rPr>
          <w:rFonts w:ascii="Calibri" w:hAnsi="Calibri"/>
          <w:b/>
          <w:i w:val="0"/>
          <w:sz w:val="32"/>
        </w:rPr>
        <w:t xml:space="preserve">Ai sẽ đọc </w:t>
      </w:r>
      <w:r>
        <w:rPr>
          <w:rFonts w:ascii="Calibri" w:hAnsi="Calibri"/>
          <w:b/>
          <w:i/>
          <w:sz w:val="32"/>
        </w:rPr>
        <w:t>đề xuất</w:t>
      </w:r>
      <w:r>
        <w:rPr>
          <w:rFonts w:ascii="Calibri" w:hAnsi="Calibri"/>
          <w:b/>
          <w:i w:val="0"/>
          <w:sz w:val="32"/>
        </w:rPr>
        <w:t xml:space="preserve"> của bạn? </w:t>
      </w:r>
    </w:p>
    <w:p>
      <w:pPr>
        <w:spacing w:after="80"/>
      </w:pPr>
      <w:r>
        <w:rPr>
          <w:b w:val="0"/>
          <w:i w:val="0"/>
        </w:rPr>
        <w:t xml:space="preserve">Ngoài ngôn ngữ, bạn có thể tăng cường tác động của một đề xuất bán hàng bằng một cách khác: Viết đề xuất của bạn với những người cụ thể trong tâm trí. Mặc dù đó là một khái niệm tiện dụng mà tất cả chúng ta đều dùng, nhưng "khách hàng" chung chung thực sự không tồn tại. Trong cuốn sách </w:t>
      </w:r>
      <w:r>
        <w:rPr>
          <w:b w:val="0"/>
          <w:i/>
        </w:rPr>
        <w:t>On Writing</w:t>
      </w:r>
      <w:r>
        <w:rPr>
          <w:b w:val="0"/>
          <w:i w:val="0"/>
        </w:rPr>
        <w:t xml:space="preserve"> của mình, tác giả Stephen King nói với chúng ta rằng trừ khi bạn viết trực tiếp cho một ai đó (ông gọi người đó là Độc giả Thường xuyên của mình), " . . . bạn chỉ là một giọng nói kêu quạc quạc trong gió." Việc không tập trung vào một người đọc là một mối nguy thực sự đối với các đề xuất bán hàng vì có nhiều loại người đọc chúng, bao gồm các chuyên gia đánh giá kỹ thuật, giám đốc mua sắm, trưởng phòng ban, và những người khác. Việc dự đoán sự quan tâm hỗn hợp từ một nhóm người đọc đa dạng như vậy có thể khiến bạn viết cho không ai cả.</w:t>
      </w:r>
    </w:p>
    <w:p>
      <w:pPr>
        <w:spacing w:after="80"/>
      </w:pPr>
      <w:r>
        <w:rPr>
          <w:b w:val="0"/>
          <w:i w:val="0"/>
        </w:rPr>
        <w:t>Bạn nên viết đề xuất của mình cho những người đọc nào? Nếu đó là một doanh nghiệp nhỏ chỉ có một người ra quyết định, thì đối tượng của bạn là rõ ràng. Nếu không rõ ràng như vậy, trước khi bắt đầu viết, hãy hỏi khách hàng của bạn ai sẽ xem xét đề xuất và theo thứ tự nào. Sau đó, tập trung vào kỳ vọng của những người có ảnh hưởng lớn nhất đến số phận của đề xuất của bạn: người đọc đầu tiên và người đọc cuối cùng.</w:t>
      </w:r>
    </w:p>
    <w:p>
      <w:pPr>
        <w:spacing w:after="80"/>
      </w:pPr>
      <w:r>
        <w:rPr>
          <w:b w:val="0"/>
          <w:i w:val="0"/>
        </w:rPr>
        <w:t>Trong bán hàng cạnh tranh, người đọc đầu tiên thường là người đánh giá hoặc người đề xuất, không phải người ra quyết định cuối cùng. Các đánh giá ban đầu của đề xuất thường dẫn đến việc tạo ra hai chồng—"Có thể" và "Không." Nếu bạn không làm hài lòng người đọc đầu tiên, bạn không có cơ hội. Đối với người đọc đầu tiên của bạn, việc tuân thủ các yêu cầu đã nêu cho đề xuất có thể quan trọng như nội dung khác. Thường thì người đọc đầu tiên là một người kỳ cựu trong việc đọc đề xuất, biết mọi mánh khóe trong sách, và nhận được ít hoặc không có sự hài lòng từ việc lội qua một vòng đề xuất khác. Hãy làm sáng ngày của người đọc này bằng cách loại bỏ mọi nghi ngờ rằng đề xuất của bạn khớp với các yêu cầu của khách hàng. Đặc biệt đối với các đề xuất dài, bạn có thể muốn bao gồm một hướng dẫn tham khảo đơn giản minh họa cách mỗi phần trong đề xuất của bạn tương ứng với những yêu cầu đó.</w:t>
      </w:r>
    </w:p>
    <w:p>
      <w:pPr>
        <w:spacing w:after="80"/>
      </w:pPr>
      <w:r>
        <w:rPr>
          <w:b w:val="0"/>
          <w:i w:val="0"/>
        </w:rPr>
        <w:t>Vấn đề là nếu không có một cách nhanh chóng và dễ dàng để người đọc đầu tiên của bạn kiểm tra sự tuân thủ, thì bản chất của đề xuất của bạn sẽ được xem xét ít kỹ lưỡng hơn, và nó có nhiều khả năng kết thúc trong chồng "Không" đáng sợ hơn. Chắc chắn có thể là người đọc đầu tiên của bạn sẽ vừa là người đánh giá vừa là người ra quyết định. Điều đó đơn giản hóa mọi thứ phần nào, nhưng bạn vẫn cần chuyển bánh răng tinh thần để bao gồm quan điểm sau.</w:t>
      </w:r>
    </w:p>
    <w:p>
      <w:pPr>
        <w:spacing w:after="80"/>
      </w:pPr>
      <w:r>
        <w:rPr>
          <w:b w:val="0"/>
          <w:i w:val="0"/>
        </w:rPr>
        <w:t>Không đủ để tự thuyết phục rằng bạn đã bao quát hết mọi khía cạnh trong một đề xuất. Người đọc cuối cùng—người ra quyết định—phải đồng ý với bạn. Người đọc cuối cùng thường chỉ xem đề xuất từ những người vào chung kết, vì vậy năng lực của người bán hiếm khi bị nghi ngờ. Người đọc này có thể tập trung chủ yếu vào phần tóm tắt hoặc tổng quan của bạn, tìm kiếm sự chắt lọc hiểu biết vượt trội của bạn về các vấn đề của khách hàng, một phương pháp tiếp cận sâu sắc để đạt được các mục tiêu mong muốn, và những người xuất sắc để làm việc cùng.</w:t>
      </w:r>
    </w:p>
    <w:p>
      <w:pPr>
        <w:spacing w:after="80"/>
      </w:pPr>
      <w:r>
        <w:rPr>
          <w:b w:val="0"/>
          <w:i w:val="0"/>
        </w:rPr>
        <w:t>Hãy nhìn lại các đề xuất trong quá khứ của bạn và tự hỏi: Tôi có đang viết cho những người đọc cụ thể không? Vai trò và kỳ vọng tương ứng của họ là gì? Đề xuất có đáp ứng được họ không? Nhân tiện, bạn sẽ thấy rằng, nếu bạn viết mọi đề xuất cho người đọc đầu tiên và cuối cùng, bạn cũng sẽ chăm sóc được tất cả mọi người ở giữa.</w:t>
      </w:r>
    </w:p>
    <w:p>
      <w:pPr>
        <w:spacing w:after="80"/>
      </w:pPr>
      <w:r>
        <w:rPr>
          <w:b w:val="0"/>
          <w:i w:val="0"/>
        </w:rPr>
        <w:t>Các đề xuất bán hàng không cần phải là những trang sách gây lật trang liên tục, nhưng chúng cũng không nên đọc như các tài liệu cho vay thế chấp. Nếu bạn không thu hút được những người đọc chính của mình bằng nội dung, họ có thể sẽ đánh giá đề xuất của bạn chỉ dựa trên giá cả. Một khi bạn đang chiến đấu về giá, thương vong có khả năng nhất chính là lợi nhuận của bạn.</w:t>
      </w:r>
    </w:p>
    <w:p>
      <w:pPr>
        <w:pStyle w:val="Heading1"/>
      </w:pPr>
      <w:r>
        <w:rPr>
          <w:rFonts w:ascii="Calibri" w:hAnsi="Calibri"/>
          <w:b/>
          <w:i w:val="0"/>
          <w:sz w:val="40"/>
        </w:rPr>
        <w:t>Kiểm tra tính hợp lý: Trao cho họ một phần trong đề xuất</w:t>
      </w:r>
    </w:p>
    <w:p>
      <w:pPr>
        <w:spacing w:after="80"/>
      </w:pPr>
      <w:r>
        <w:rPr>
          <w:b w:val="0"/>
          <w:i w:val="0"/>
        </w:rPr>
        <w:t>Cách dễ nhất để đảm bảo rằng người mua của bạn sẽ đọc đề xuất của bạn là gì? Hãy sử dụng họ như những người phản biện cho các ý tưởng và cách diễn đạt trong đề xuất. Trao cho họ một phần trong đề xuất bằng cách xem xét các thành phần thiết yếu của đề xuất với họ trước khi bạn nộp nó. Bằng cách lôi cuốn người mua của bạn vào việc tạo ra đề xuất của bạn, bạn đơn giản hóa việc xem xét cuối cùng của họ về nó và đảm bảo rằng họ sẽ muốn kiểm tra nó một cách kỹ lưỡng.</w:t>
      </w:r>
    </w:p>
    <w:p>
      <w:pPr>
        <w:pStyle w:val="Heading2"/>
      </w:pPr>
      <w:r>
        <w:rPr>
          <w:rFonts w:ascii="Calibri" w:hAnsi="Calibri"/>
          <w:b/>
          <w:i w:val="0"/>
          <w:sz w:val="32"/>
        </w:rPr>
        <w:t xml:space="preserve"> Neo đề xuất của bạn bằng các chủ đề chiến thắng của người mua </w:t>
      </w:r>
    </w:p>
    <w:p>
      <w:pPr>
        <w:spacing w:after="80"/>
      </w:pPr>
      <w:r>
        <w:rPr>
          <w:b w:val="0"/>
          <w:i w:val="0"/>
        </w:rPr>
        <w:t>Viết với những người đọc cụ thể trong tâm trí cung cấp một bối cảnh cho nội dung đề xuất của bạn. Nhưng bạn vẫn phải tạo ra nội dung được nhắm mục tiêu để bán được. Và đó là nơi nhiều đề xuất thiếu sót. Khi các nhóm bán hàng bắt đầu động não về những gì sẽ đưa vào một đề xuất, một trong những câu hỏi đầu tiên chắc chắn sẽ là, "Chúng ta cần làm gì để thắng thương vụ này?" Câu hỏi có thể đoán trước này dẫn đến việc tạo ra cái gọi là các chủ đề chiến thắng—những lý do tại sao bạn là lựa chọn tốt nhất cho công việc.</w:t>
      </w:r>
    </w:p>
    <w:p>
      <w:pPr>
        <w:spacing w:after="80"/>
      </w:pPr>
      <w:r>
        <w:rPr>
          <w:b w:val="0"/>
          <w:i w:val="0"/>
        </w:rPr>
        <w:t>Các chủ đề thường bao gồm những điểm tiêu chuẩn như thành tích lâu dài của bạn với các nhiệm vụ tương tự, cam kết hoàn thành công việc đúng hạn và trong ngân sách, và phương pháp tiếp cận đổi mới của bạn để quản lý công việc. Ý tưởng là sau đó bạn rắc những viên ngọc quý này khắp đề xuất của mình và trong các bài thuyết trình tiếp theo cho người mua. Đây là những điểm bán hàng mạnh mẽ; nhưng vấn đề, tất nhiên, là các chủ đề về chiều sâu kinh nghiệm của bạn và các công cụ bạn sử dụng là về bạn, không phải về người mua.</w:t>
      </w:r>
    </w:p>
    <w:p>
      <w:pPr>
        <w:spacing w:after="80"/>
      </w:pPr>
      <w:r>
        <w:rPr>
          <w:b w:val="0"/>
          <w:i w:val="0"/>
        </w:rPr>
        <w:t xml:space="preserve">Tại sao người mua lại phải quan tâm bạn cần gì để giành chiến thắng? Họ không quan tâm. Thay vào đó, họ tự hỏi liệu đề xuất của bạn có giải quyết được những gì </w:t>
      </w:r>
      <w:r>
        <w:rPr>
          <w:b w:val="0"/>
          <w:i/>
        </w:rPr>
        <w:t>họ</w:t>
      </w:r>
      <w:r>
        <w:rPr>
          <w:b w:val="0"/>
          <w:i w:val="0"/>
        </w:rPr>
        <w:t xml:space="preserve"> cần để giành chiến thắng hay không. Khi tìm kiếm câu trả lời đó, người mua tìm bằng chứng về khả năng của bạn trong việc mang lại giá trị họ cần. Một khi họ tin rằng bạn có thể làm được điều đó, họ sẽ xem xét những lý do khác để thuê bạn: cách tiếp cận, công cụ và tiến độ của bạn. Nếu chủ đề chiến thắng trong đề xuất của bạn là chính bạn, thì đề nghị của bạn </w:t>
      </w:r>
      <w:r>
        <w:rPr>
          <w:b w:val="0"/>
          <w:i/>
        </w:rPr>
        <w:t>nên</w:t>
      </w:r>
      <w:r>
        <w:rPr>
          <w:b w:val="0"/>
          <w:i w:val="0"/>
        </w:rPr>
        <w:t xml:space="preserve"> nằm trong đống "Không". Đương nhiên, người mua biết rằng bài chào hàng của bạn sẽ đến. Nhưng cũng như phần còn lại trong giao tiếp với khách hàng, bài chào hàng đó không nên là điều đầu tiên hay rõ ràng nhất tranh giành sự chú ý của họ trong đề xuất của bạn.</w:t>
      </w:r>
    </w:p>
    <w:p>
      <w:pPr>
        <w:spacing w:after="80"/>
      </w:pPr>
      <w:r>
        <w:rPr>
          <w:b w:val="0"/>
          <w:i w:val="0"/>
        </w:rPr>
        <w:t>Bạn có thể biến một đề xuất tập trung vào người bán thành một đề xuất tập trung vào người mua bằng cách đảo ngược những câu hỏi bạn tự đặt ra ở đầu quá trình tạo đề xuất. Thay vì cố gắng tìm ra bạn cần gì để giành chiến thắng, hãy hỏi khách hàng cần gì để giành chiến thắng. Sự thay đổi nhỏ trong tư duy này thường hé lộ những điểm thiết yếu mà bạn có thể giải quyết để tạo ra một đề xuất khác biệt mạnh mẽ.</w:t>
      </w:r>
    </w:p>
    <w:p>
      <w:pPr>
        <w:spacing w:after="80"/>
      </w:pPr>
      <w:r>
        <w:rPr>
          <w:b w:val="0"/>
          <w:i w:val="0"/>
        </w:rPr>
        <w:t>Ví dụ, nếu bạn biết về một cuộc tái cơ cấu tổ chức đã được lên kế hoạch trong khu vực trách nhiệm của khách hàng, bạn có thể nhấn mạnh kỹ năng của đội ngũ mình trong việc quản lý các sáng kiến giữa những thay đổi nội bộ đầy gián đoạn. Bạn cũng có thể chứng minh cách đề xuất của bạn giảm thiểu rủi ro từ sự thay đổi đó. Nếu bạn biết rằng dự án của mình sẽ là một trong nhiều dự án mà nhà tài trợ phía khách hàng phải xoay xở, bạn có thể chỉ ra cách bạn giúp khách hàng vượt qua những hạn chế về nguồn lực khi mọi người có những đòi hỏi cạnh tranh về thời gian của họ.</w:t>
      </w:r>
    </w:p>
    <w:p>
      <w:pPr>
        <w:spacing w:after="80"/>
      </w:pPr>
      <w:r>
        <w:rPr>
          <w:b w:val="0"/>
          <w:i w:val="0"/>
        </w:rPr>
        <w:t>Chủ đề chiến thắng dành cho người mua không phải là về lý do bạn giỏi hơn đối thủ. Đừng thậm chí ám chỉ rằng lý do bạn nên thắng là vì người khác không nên thắng. Đặt cược thành công của mình vào thất bại hay sai lầm của người khác chưa bao giờ là ý hay. Thực tế, chủ đề chiến thắng của bạn không nên đặt bạn đối đầu với đối thủ cạnh tranh, mà đối đầu với vấn đề hay nhu cầu của khách hàng mà bạn đang cố giải quyết. Nó truyền đạt rằng bạn đã lắng nghe—và thực sự thấu hiểu—mọi điều khách hàng nói và rằng bạn đã may đo một giải pháp để đáp ứng mục tiêu của khách hàng. Chủ đề chiến thắng của bạn không phải là việc đọc lại thành tích của bạn với các khách hàng khác. Đó là một chuỗi những ý tưởng cụ thể, liên quan, dễ hiểu, hấp dẫn và khả thi về những gì cần có để khách hàng của bạn đạt được thành công vượt trội nếu họ thuê bạn.</w:t>
      </w:r>
    </w:p>
    <w:p>
      <w:pPr>
        <w:spacing w:after="80"/>
      </w:pPr>
      <w:r>
        <w:rPr>
          <w:b w:val="0"/>
          <w:i w:val="0"/>
        </w:rPr>
        <w:t>Hãy nghĩ về chủ đề chiến thắng tập trung vào người mua như phần trung tâm của câu chuyện bạn đang xây dựng để truyền đạt cách bạn sẽ giúp khách hàng. Bạn nên đã kiểm chứng suy nghĩ của mình về tính liên quan và tác động của thông điệp này với khách hàng trong suốt quá trình bán hàng. Và việc làm cho nó thật chuẩn trong đề xuất là điều tối quan trọng. Chủ đề chiến thắng dành cho người mua không phải lúc nào cũng rõ ràng. Hãy phân tích tất cả ghi chú phỏng vấn của bạn và suy nghĩ kỹ về những ấn tượng của mình để đưa ra một bộ chủ đề chiến thắng dành cho người mua giúp bạn khác biệt so với những người khác.</w:t>
      </w:r>
    </w:p>
    <w:p>
      <w:pPr>
        <w:spacing w:after="80"/>
      </w:pPr>
      <w:r>
        <w:rPr>
          <w:b w:val="0"/>
          <w:i w:val="0"/>
        </w:rPr>
        <w:t>Những gì bạn học được trong các cuộc phỏng vấn khách hàng và các cuộc họp bán hàng chính là nguyên liệu thô để tạo nên một chủ đề chiến thắng dành cho người mua. Đó là một lý do nữa khiến chất lượng của quá trình phỏng vấn lại thiết yếu đến vậy đối với thành công của bạn. Nếu bạn đã đặt đúng câu hỏi, chăm chú lắng nghe câu trả lời và tiếp thu thông tin một cách hiệu quả, bạn có thể tạo ra những chủ đề chiến thắng dành cho người mua vừa liên quan đến khách hàng vừa hỗ trợ nỗ lực chốt sale của bạn. Bản thân các chủ đề chiến thắng dành cho người mua không đủ để giành được một thương vụ, nhưng bạn sẽ dùng chúng để chuẩn bị phần quan trọng nhất trong đề xuất bán hàng của mình, đó là lập luận cho sự thay đổi.</w:t>
      </w:r>
    </w:p>
    <w:p>
      <w:pPr>
        <w:pStyle w:val="Heading2"/>
      </w:pPr>
      <w:r>
        <w:rPr>
          <w:rFonts w:ascii="Calibri" w:hAnsi="Calibri"/>
          <w:b/>
          <w:i w:val="0"/>
          <w:sz w:val="32"/>
        </w:rPr>
        <w:t xml:space="preserve"> Giải phẫu một Đề xuất Bán hàng </w:t>
      </w:r>
    </w:p>
    <w:p>
      <w:pPr>
        <w:spacing w:after="80"/>
      </w:pPr>
      <w:r>
        <w:rPr>
          <w:b w:val="0"/>
          <w:i w:val="0"/>
        </w:rPr>
        <w:t>Cốt lõi của bất kỳ đề xuất bán hàng thành công nào là một lập luận không thể chối cãi cho sự thay đổi được đề xuất và cho việc bạn chính là người giúp biến sự thay đổi đó thành hiện thực. Chương 6 đã đề cập đến điều bắt buộc này; giờ bạn cần truyền đạt nó trong đề xuất của mình bằng cách viết về nhu cầu thay đổi, giá trị kỳ vọng và tầm nhìn cho tương lai. Nếu bạn không thuyết phục được người đọc đề xuất về ba điểm này, thì dịch vụ của bạn tốt đến đâu cũng không quan trọng, vì khách hàng sẽ không mua từ bạn.</w:t>
      </w:r>
    </w:p>
    <w:p>
      <w:pPr>
        <w:spacing w:after="80"/>
      </w:pPr>
      <w:r>
        <w:rPr>
          <w:b w:val="0"/>
          <w:i w:val="0"/>
        </w:rPr>
        <w:t>Hãy chia đề xuất của bạn thành bảy mục: (1) tóm tắt, (2) nhu cầu thay đổi, (3) phạm vi và chiến lược, (4) kết quả kỳ vọng, (5) con người/đội ngũ, (6) thời gian và phí, và (7) trình độ của bạn. Bạn có thể thấy rằng đề xuất của mình xứng đáng được tách một hoặc nhiều mục đã gộp này ra. Chẳng hạn, trong một số đề xuất, bạn có thể muốn tách phạm vi khỏi chiến lược, hoặc tách thời gian khỏi phí. Hãy tổ chức đề xuất của bạn theo nhu cầu của người mua. Chỉ cần chắc chắn rằng bạn đề cập đến từng chủ đề này trong bất kỳ đề xuất bán hàng nào.</w:t>
      </w:r>
    </w:p>
    <w:p>
      <w:pPr>
        <w:spacing w:after="80"/>
      </w:pPr>
      <w:r>
        <w:rPr>
          <w:b/>
          <w:i w:val="0"/>
        </w:rPr>
        <w:t>Mọi Đề xuất Bán hàng Nên Bao gồm Những gì</w:t>
      </w:r>
    </w:p>
    <w:p>
      <w:pPr>
        <w:jc w:val="center"/>
      </w:pPr>
      <w:r>
        <w:drawing>
          <wp:inline xmlns:a="http://schemas.openxmlformats.org/drawingml/2006/main" xmlns:pic="http://schemas.openxmlformats.org/drawingml/2006/picture">
            <wp:extent cx="4314825" cy="1781175"/>
            <wp:docPr id="11" name="Picture 11"/>
            <wp:cNvGraphicFramePr>
              <a:graphicFrameLocks noChangeAspect="1"/>
            </wp:cNvGraphicFramePr>
            <a:graphic>
              <a:graphicData uri="http://schemas.openxmlformats.org/drawingml/2006/picture">
                <pic:pic>
                  <pic:nvPicPr>
                    <pic:cNvPr id="0" name="00010.png"/>
                    <pic:cNvPicPr/>
                  </pic:nvPicPr>
                  <pic:blipFill>
                    <a:blip r:embed="rId19"/>
                    <a:stretch>
                      <a:fillRect/>
                    </a:stretch>
                  </pic:blipFill>
                  <pic:spPr>
                    <a:xfrm>
                      <a:off x="0" y="0"/>
                      <a:ext cx="4314825" cy="1781175"/>
                    </a:xfrm>
                    <a:prstGeom prst="rect"/>
                  </pic:spPr>
                </pic:pic>
              </a:graphicData>
            </a:graphic>
          </wp:inline>
        </w:drawing>
      </w:r>
    </w:p>
    <w:p>
      <w:pPr>
        <w:pStyle w:val="Heading3"/>
      </w:pPr>
      <w:r>
        <w:rPr>
          <w:rFonts w:ascii="Calibri" w:hAnsi="Calibri"/>
          <w:b/>
          <w:i w:val="0"/>
          <w:sz w:val="26"/>
        </w:rPr>
        <w:t>Nhu cầu Thay đổi</w:t>
      </w:r>
    </w:p>
    <w:p>
      <w:pPr>
        <w:spacing w:after="80"/>
      </w:pPr>
      <w:r>
        <w:rPr>
          <w:b w:val="0"/>
          <w:i w:val="0"/>
        </w:rPr>
        <w:t>Hãy để phần thảo luận về tóm tắt đề xuất lại sau và trước tiên tập trung vào lập luận cho sự thay đổi, vốn luôn dựa trên vấn đề của khách hàng, những hệ quả của nó, và những gì khách hàng sẽ đạt được khi đồng ý với đề xuất của bạn. Mục tiêu của bạn là phác thảo bối cảnh và các mục tiêu của sáng kiến. Ví dụ, nếu năng suất ở trung tâm cuộc gọi của khách hàng đang sa sút, hãy thảo luận về tác động của sự sa sút đó lên doanh thu, dịch vụ khách hàng, việc giữ chân nhân viên và chi phí. Nếu bạn đã làm tốt các cuộc phỏng vấn khách hàng, bạn sẽ có đủ mọi dữ kiện cần thiết để củng cố những khẳng định của mình về các hệ quả.</w:t>
      </w:r>
    </w:p>
    <w:p>
      <w:pPr>
        <w:spacing w:after="80"/>
      </w:pPr>
      <w:r>
        <w:rPr>
          <w:b w:val="0"/>
          <w:i w:val="0"/>
        </w:rPr>
        <w:t>Hãy dùng dữ kiện để chứng minh nhu cầu thay đổi, nhưng đừng làm người đọc đề xuất choáng ngợp vì dữ liệu. Thay vào đó, hãy xây dựng lập luận của bạn với lượng thông tin định tính nhiều ngang với dữ liệu định lượng. Như đã thảo luận ở Chương 6, bạn sẽ tạo ấn tượng mạnh mẽ hơn với những người ra quyết định nếu bạn kể câu chuyện đằng sau những con số. Chỉ cần chắc chắn rằng bạn trả lời được câu hỏi: Bạn có thực sự hiểu vấn đề và lập luận cho sự thay đổi không?</w:t>
      </w:r>
    </w:p>
    <w:p>
      <w:pPr>
        <w:spacing w:after="80"/>
      </w:pPr>
      <w:r>
        <w:rPr>
          <w:b w:val="0"/>
          <w:i w:val="0"/>
        </w:rPr>
        <w:t>Từ đó, hãy mô tả những gì bạn hình dung về tương lai của khách hàng sau khi bạn hoàn thành công việc. Cụ thể, điều gì sẽ thay đổi đối với khách hàng của bạn một khi họ chấp nhận đề xuất của bạn và bạn làm đúng những gì đã hứa? Người mua cần tầm nhìn được lý giải thấu đáo đó về những gì họ có thể mong đợi trong tương lai. Bạn càng cung cấp nhiều chi tiết, họ càng dễ đánh giá đề xuất của bạn. Bạn có thể chọn diễn đạt tương lai bằng dữ liệu định lượng, như hiệu quả tài chính hay vận hành được cải thiện, hoặc bằng những lợi ích định tính, nhưng tầm nhìn của bạn phải đáng tin.</w:t>
      </w:r>
    </w:p>
    <w:p>
      <w:pPr>
        <w:spacing w:after="80"/>
      </w:pPr>
      <w:r>
        <w:rPr>
          <w:b w:val="0"/>
          <w:i w:val="0"/>
        </w:rPr>
        <w:t>Hầu hết người đọc sẽ nhìn một đề xuất bán hàng bằng con mắt hoài nghi, và họ sẽ kiểm tra xem liệu họ có thực sự tin vào quan điểm của bạn về tương lai hay không. Vượt qua được bài kiểm tra đó, bạn chắc chắn sẽ tiến bước trong quá trình bán hàng. Trượt nó, bạn có thể sẽ mất thương vụ vào tay một đối thủ mạnh hơn.</w:t>
      </w:r>
    </w:p>
    <w:p>
      <w:pPr>
        <w:pStyle w:val="Heading3"/>
      </w:pPr>
      <w:r>
        <w:rPr>
          <w:rFonts w:ascii="Calibri" w:hAnsi="Calibri"/>
          <w:b/>
          <w:i w:val="0"/>
          <w:sz w:val="26"/>
        </w:rPr>
        <w:t>Phạm vi và Chiến lược</w:t>
      </w:r>
    </w:p>
    <w:p>
      <w:pPr>
        <w:spacing w:after="80"/>
      </w:pPr>
      <w:r>
        <w:rPr>
          <w:b w:val="0"/>
          <w:i w:val="0"/>
        </w:rPr>
        <w:t>Sau khi bạn đã cho thấy rõ rằng mình hiểu được nhu cầu thay đổi và có tầm nhìn cho tương lai, hãy chuyển sang cách bạn dự định hỗ trợ khách hàng đạt được trạng thái cuối cùng. Dùng mục này để xác định ranh giới hoặc phạm vi của dự án và chiến lược nhằm đạt được các mục tiêu. Hãy nêu rõ chính xác bạn sẽ làm việc ở đâu và với ai. Ví dụ, nỗ lực của bạn có thể chỉ giới hạn ở khu vực Midwest, hoặc ở một bộ phận, phòng ban hay nhóm người cụ thể của công ty.</w:t>
      </w:r>
    </w:p>
    <w:p>
      <w:pPr>
        <w:spacing w:after="80"/>
      </w:pPr>
      <w:r>
        <w:rPr>
          <w:b w:val="0"/>
          <w:i w:val="0"/>
        </w:rPr>
        <w:t>Bạn cũng sẽ phác thảo chiến lược hoặc cách tiếp cận của mình để hoàn thành công việc. Dùng mục này để thảo luận cách bạn sẽ tổ chức thực hiện công việc, bao gồm những nhiệm vụ nào bạn và người khác sẽ đảm nhận, bạn sẽ thành lập (các) nhóm như thế nào, bạn dự định kết nối và quản lý các nhóm ra sao, và bạn sẽ dùng những công cụ gì. Một số khách hàng sẽ không quan tâm bạn dùng phương pháp nào; những người khác thì lại cực kỳ quan tâm. Đã có không ít khách hàng yêu cầu xem xét từng chi tiết trong phương pháp luận của nhà cung cấp dịch vụ. Hãy nhớ hỏi về điều này trước khi bạn viết đề xuất. Nếu họ thực sự muốn biết về các công cụ của bạn, hãy điều chỉnh phần giải thích cho phù hợp với mức độ chi tiết mà họ mong muốn. Nếu phần đó quá dài, hãy cân nhắc tóm tắt trong mục này và tạo một phụ lục riêng cho phần chi tiết.</w:t>
      </w:r>
    </w:p>
    <w:p>
      <w:pPr>
        <w:spacing w:after="80"/>
      </w:pPr>
      <w:r>
        <w:rPr>
          <w:b w:val="0"/>
          <w:i w:val="0"/>
        </w:rPr>
        <w:t>Những người đọc mục này phải có khả năng kết nối trực tiếp giữa cách tiếp cận bạn đề xuất và việc đạt được trạng thái cuối cùng. Nếu không có sự kết nối trực tiếp đó, hãy chuẩn bị tinh thần là khách hàng sẽ thẳng thừng từ chối đề xuất của bạn hoặc yêu cầu bạn viết lại. Trước khi gửi đề xuất, hãy xem xét kế hoạch của bạn từ góc nhìn của khách hàng. Bạn có thấy được cách tiếp cận mình mô tả sẽ dẫn đến trạng thái cuối cùng không? Nếu không, hãy tìm cách chỉnh sửa đề xuất sao cho mối liên hệ giữa mục tiêu và cách tiếp cận nổi bật lên.</w:t>
      </w:r>
    </w:p>
    <w:p>
      <w:pPr>
        <w:pStyle w:val="Heading3"/>
      </w:pPr>
      <w:r>
        <w:rPr>
          <w:rFonts w:ascii="Calibri" w:hAnsi="Calibri"/>
          <w:b/>
          <w:i w:val="0"/>
          <w:sz w:val="26"/>
        </w:rPr>
        <w:t>Kết quả mong đợi</w:t>
      </w:r>
    </w:p>
    <w:p>
      <w:pPr>
        <w:spacing w:after="80"/>
      </w:pPr>
      <w:r>
        <w:rPr>
          <w:b w:val="0"/>
          <w:i w:val="0"/>
        </w:rPr>
        <w:t xml:space="preserve">Bạn có thể thảo luận về kết quả mong đợi của khách hàng trong các mục tóm tắt, mục tiêu và phí dịch vụ. Dù vậy, bạn vẫn nên có một mục riêng để trả lời câu hỏi của khách hàng: "Chính xác thì chúng tôi sẽ nhận được </w:t>
      </w:r>
      <w:r>
        <w:rPr>
          <w:b w:val="0"/>
          <w:i/>
        </w:rPr>
        <w:t>cái gì</w:t>
      </w:r>
      <w:r>
        <w:rPr>
          <w:b w:val="0"/>
          <w:i w:val="0"/>
        </w:rPr>
        <w:t xml:space="preserve">?" Một số người bán gọi mục này là </w:t>
      </w:r>
      <w:r>
        <w:rPr>
          <w:b w:val="0"/>
          <w:i/>
        </w:rPr>
        <w:t>deliverables</w:t>
      </w:r>
      <w:r>
        <w:rPr>
          <w:b w:val="0"/>
          <w:i w:val="0"/>
        </w:rPr>
        <w:t xml:space="preserve"> (sản phẩm bàn giao) hoặc </w:t>
      </w:r>
      <w:r>
        <w:rPr>
          <w:b w:val="0"/>
          <w:i/>
        </w:rPr>
        <w:t>outcomes</w:t>
      </w:r>
      <w:r>
        <w:rPr>
          <w:b w:val="0"/>
          <w:i w:val="0"/>
        </w:rPr>
        <w:t xml:space="preserve"> (kết quả đầu ra) thay vì kết quả mong đợi. Phần mô tả kết quả thường bị soi xét đặc biệt vì nó nêu rõ khách hàng sẽ nhận được gì cho số tiền bỏ ra. Để đạt yêu cầu, mục kết quả phải rõ ràng, không mập mờ trong việc mô tả những gì khách hàng có thể mong đợi.</w:t>
      </w:r>
    </w:p>
    <w:p>
      <w:pPr>
        <w:spacing w:after="80"/>
      </w:pPr>
      <w:r>
        <w:rPr>
          <w:b w:val="0"/>
          <w:i w:val="0"/>
        </w:rPr>
        <w:t>Ví dụ, nếu bạn tuyên bố rằng dịch vụ của mình sẽ cải thiện khả năng của một tổ chức trong việc điều phối nhân sự đến các công việc cụ thể, bạn có thể sẽ nhận được rất nhiều câu hỏi từ khách hàng về tác động định lượng của thay đổi đó. Tuy nhiên, nếu bạn nói rằng dịch vụ của mình sẽ cải thiện việc điều phối lao động đồng thời giảm 4 phần trăm chi phí lương và 9 phần trăm chi phí làm thêm giờ, thì giá trị của kết quả là rõ ràng và do đó sẽ ít bị đặt câu hỏi hơn về những gì khách hàng được hưởng lợi.</w:t>
      </w:r>
    </w:p>
    <w:p>
      <w:pPr>
        <w:spacing w:after="80"/>
      </w:pPr>
      <w:r>
        <w:rPr>
          <w:b w:val="0"/>
          <w:i w:val="0"/>
        </w:rPr>
        <w:t>Khi đưa ra tuyên bố kết quả một cách chính xác, bạn cũng giúp ích cho những người sẽ tạo ra kết quả đó. Họ sẽ biết chính xác cần làm gì để đạt thành công. Họ sẽ có một mục tiêu rõ ràng để hướng tới. Và khách hàng sẽ có một chuẩn mực rõ ràng để đánh giá mức độ hài lòng tổng thể của họ với dịch vụ của bạn.</w:t>
      </w:r>
    </w:p>
    <w:p>
      <w:pPr>
        <w:pStyle w:val="Heading3"/>
      </w:pPr>
      <w:r>
        <w:rPr>
          <w:rFonts w:ascii="Calibri" w:hAnsi="Calibri"/>
          <w:b/>
          <w:i w:val="0"/>
          <w:sz w:val="26"/>
        </w:rPr>
        <w:t>Con người/Nhóm</w:t>
      </w:r>
    </w:p>
    <w:p>
      <w:pPr>
        <w:spacing w:after="80"/>
      </w:pPr>
      <w:r>
        <w:rPr>
          <w:b w:val="0"/>
          <w:i w:val="0"/>
        </w:rPr>
        <w:t>Chắc bạn còn nhớ trò chơi thuở nhỏ trên sân chơi khi chia đội để chơi kickball, dodgeball hay bất kỳ trò gì khác. Hai đội trưởng sẽ đứng trước một hàng trẻ con và lần lượt chọn những đứa mình muốn cho đến khi tất cả đều thuộc về một đội. Đứa nhóc gầy gò mê toán và chẳng giỏi thể thao bao giờ cũng là người bị chọn cuối cùng.</w:t>
      </w:r>
    </w:p>
    <w:p>
      <w:pPr>
        <w:spacing w:after="80"/>
      </w:pPr>
      <w:r>
        <w:rPr>
          <w:b w:val="0"/>
          <w:i w:val="0"/>
        </w:rPr>
        <w:t>Việc chọn nhóm trong môi trường kinh doanh không đến mức tàn nhẫn như vậy, nhưng ít có điều gì ảnh hưởng đến kết quả của bất kỳ nhiệm vụ nào hơn chất lượng của nhóm bạn. Hầu hết người bán đều biết cách chọn một nhóm triển khai dịch vụ, nhưng trong nhiều trường hợp, bạn cũng có thể có khách hàng trong nhóm của mình. Việc bạn chọn các thành viên nhóm phía khách hàng một cách cẩn thận là đặc biệt quan trọng (giả sử bạn được quyền chọn), vì đóng góp của họ có thể tạo nên sự khác biệt giữa một kết quả tuyệt vời và một thất bại tan tành. Sẽ rất khó đạt được kết quả như mong muốn nếu khách hàng đã chọn nhóm xong trước khi bạn có cơ hội góp ý. Bất cứ khi nào có thể, hãy nói rõ những gì bạn mong muốn. Dưới đây là vài ý tưởng nhanh để chọn được một nhóm làm việc hiệu quả.</w:t>
      </w:r>
    </w:p>
    <w:p>
      <w:pPr>
        <w:spacing w:after="80"/>
      </w:pPr>
      <w:r>
        <w:rPr>
          <w:b w:val="0"/>
          <w:i w:val="0"/>
        </w:rPr>
        <w:t>Hãy gạt bỏ những phản ứng trực giác ban đầu, và lập một bản tóm tắt yêu cầu kỹ năng cho từng vai trò trong nhóm. Sau đó dùng bản tóm tắt đó để thu hẹp danh sách ứng viên. Nhưng kỹ năng không phải là tất cả. Với sự giúp đỡ của khách hàng, hãy đánh giá khả năng của mỗi người trong việc phối hợp làm việc với người khác, đặc biệt là với người ngoài; khả năng sáng tạo trong những tình huống mơ hồ; và cam kết với kết quả đề ra, kể cả khi điều đó đôi lúc đòi hỏi đóng góp vượt ra ngoài nhiệm vụ thông thường.</w:t>
      </w:r>
    </w:p>
    <w:p>
      <w:pPr>
        <w:spacing w:after="80"/>
      </w:pPr>
      <w:r>
        <w:rPr>
          <w:b w:val="0"/>
          <w:i w:val="0"/>
        </w:rPr>
        <w:t>Bài kiểm tra cuối cùng là phẩm chất vô hình — sự ăn ý. Bạn chỉ biết được điều đó khi bạn thấy hoặc cảm nhận được nó. Hãy lắng nghe lại bản năng của mình và chú ý đến chúng. Những người giỏi nhất thường đang bận rộn với các dự án khác. Bạn có thể phải thúc đẩy để nhận diện những người xuất sắc và đưa họ vào nhóm của mình. Nếu việc thúc đẩy khiến bạn thấy không thoải mái, hãy tưởng tượng bạn sẽ cảm thấy thế nào nếu không đạt được mục tiêu vì một nhóm làm việc kém cỏi. Bạn sẽ đặt các mối quan hệ, danh tiếng và lợi nhuận của mình vào vòng nguy hiểm.</w:t>
      </w:r>
    </w:p>
    <w:p>
      <w:pPr>
        <w:spacing w:after="80"/>
      </w:pPr>
      <w:r>
        <w:rPr>
          <w:b w:val="0"/>
          <w:i w:val="0"/>
        </w:rPr>
        <w:t>Và hãy nhớ rằng, ngoại hình không quan trọng. Cậu nhóc gầy gò mê toán năm nào, người bị đội trưởng chọn cuối cùng, có thể chính là người bạn đang tìm kiếm.</w:t>
      </w:r>
    </w:p>
    <w:p>
      <w:pPr>
        <w:pStyle w:val="Heading3"/>
      </w:pPr>
      <w:r>
        <w:rPr>
          <w:rFonts w:ascii="Calibri" w:hAnsi="Calibri"/>
          <w:b/>
          <w:i w:val="0"/>
          <w:sz w:val="26"/>
        </w:rPr>
        <w:t>Thời gian và Phí</w:t>
      </w:r>
    </w:p>
    <w:p>
      <w:pPr>
        <w:spacing w:after="80"/>
      </w:pPr>
      <w:r>
        <w:rPr>
          <w:b w:val="0"/>
          <w:i w:val="0"/>
        </w:rPr>
        <w:t xml:space="preserve">Hãy nghĩ về lần gần nhất bạn đọc một đề xuất bán hàng hoặc báo giá dịch vụ. Điều đầu tiên bạn xem là gì? Nếu bạn trả lời là mục phí, thì bạn không phải là người duy nhất. Mục về giá sẽ là phần được đọc nhiều nhất trong đề xuất của bạn. </w:t>
      </w:r>
      <w:r>
        <w:rPr>
          <w:b w:val="0"/>
          <w:i/>
        </w:rPr>
        <w:t>Mọi người</w:t>
      </w:r>
      <w:r>
        <w:rPr>
          <w:b w:val="0"/>
          <w:i w:val="0"/>
        </w:rPr>
        <w:t xml:space="preserve"> đều xem giá.</w:t>
      </w:r>
    </w:p>
    <w:p>
      <w:pPr>
        <w:spacing w:after="80"/>
      </w:pPr>
      <w:r>
        <w:rPr>
          <w:b w:val="0"/>
          <w:i w:val="0"/>
        </w:rPr>
        <w:t>Có nhiều phương pháp để tính giá — phí cố định, định giá theo giá trị, định giá theo hiệu suất, hoặc mức phí theo giờ. Điều quan trọng nhất là mức phí của bạn phải biện minh được. Bất cứ khi nào có thể, hãy đặt mức phí của bạn bên cạnh giá trị dự kiến của dịch vụ. Ví dụ, nếu bạn đề xuất mang lại cho khách hàng 700.000 đô la tiết kiệm chi phí với mức phí 120.000 đô la, hãy đảm bảo khách hàng thấy rõ mối quan hệ đó.</w:t>
      </w:r>
    </w:p>
    <w:p>
      <w:pPr>
        <w:spacing w:after="80"/>
      </w:pPr>
      <w:r>
        <w:rPr>
          <w:b w:val="0"/>
          <w:i w:val="0"/>
        </w:rPr>
        <w:t>Khi bạn chọn gán một giá trị định lượng cho việc cung cấp dịch vụ của mình, hãy thận trọng. Cân nhắc diễn đạt giá trị đó dưới dạng một khoảng thay vì dùng một con số cụ thể. Khách hàng của bạn sẽ đọc phần giá cả rất kỹ lưỡng và soi xét mọi phép tính của bạn. Đã hơn một lần, người bán thua cuộc vì khách hàng cứ bám chặt vào phương pháp tính toán đó thay vì tập trung vào nội dung thực chất của đề xuất. Hãy chắc chắn rằng cách bạn diễn đạt giá trị là thận trọng, dễ hiểu và không thể bắt bẻ.</w:t>
      </w:r>
    </w:p>
    <w:p>
      <w:pPr>
        <w:spacing w:after="80"/>
      </w:pPr>
      <w:r>
        <w:rPr>
          <w:b w:val="0"/>
          <w:i w:val="0"/>
        </w:rPr>
        <w:t>Không phải lúc nào cũng có thể xác định chính xác giá trị của một thay đổi được đề xuất. Có thể thông tin bạn cần để đưa ra ước tính không có sẵn, hoặc khách hàng của bạn không thấy cần thiết phải bỏ công sức đó. Trong những trường hợp như vậy, hãy tìm một cách diễn đạt định tính về giá trị, chẳng hạn như tinh thần nhân viên được cải thiện hay một thước đo nào khác mà bạn có thể chỉ ra nếu ai đó hỏi: "Rốt cuộc chúng ta nhận được gì từ khoản đầu tư này?"</w:t>
      </w:r>
    </w:p>
    <w:p>
      <w:pPr>
        <w:spacing w:after="80"/>
      </w:pPr>
      <w:r>
        <w:rPr>
          <w:b w:val="0"/>
          <w:i w:val="0"/>
        </w:rPr>
        <w:t>Bạn có thể chọn thảo luận về tiến độ dự án trong mục này, hoặc bạn có thể muốn tạo một mục riêng. Dù theo cách nào, hãy cân nhắc ba bước liên quan đến tiến độ. Thứ nhất, truyền đạt về tiến độ bằng cách bắt đầu từ cái chung rồi đi đến cái cụ thể. Trình bày tiến độ tổng thể trên một trang duy nhất để toàn bộ chương trình có thể hiểu được trong nháy mắt. Bản tóm tắt về thời gian này sẽ bao gồm các nhiệm vụ chính và sự phụ thuộc giữa chúng, các cột mốc quan trọng, cùng ngày bắt đầu và ngày kết thúc dự kiến cho mọi hoạt động.</w:t>
      </w:r>
    </w:p>
    <w:p>
      <w:pPr>
        <w:spacing w:after="80"/>
      </w:pPr>
      <w:r>
        <w:rPr>
          <w:b w:val="0"/>
          <w:i w:val="0"/>
        </w:rPr>
        <w:t>Thứ hai, đưa ra một góc nhìn chi tiết hơn về tiến độ, đặc biệt với các dự án phức tạp, trong phần phụ lục. Trong góc nhìn này, bạn sẽ mở rộng kế hoạch tóm tắt, trình bày các nhiệm vụ cụ thể và cho thấy ai chịu trách nhiệm cho từng việc. Tùy theo mức độ chi tiết bạn chọn thể hiện, bạn cũng có thể xác định kết quả đầu ra cho mỗi nhiệm vụ. Mục tiêu của phần này là cung cấp cho quản lý dự án phía khách hàng đủ thông tin để đánh giá mức độ phù hợp của kế hoạch.</w:t>
      </w:r>
    </w:p>
    <w:p>
      <w:pPr>
        <w:spacing w:after="80"/>
      </w:pPr>
      <w:r>
        <w:rPr>
          <w:b w:val="0"/>
          <w:i w:val="0"/>
        </w:rPr>
        <w:t>Cuối cùng, hãy sẵn sàng cho những thay đổi đối với kế hoạch. Một khi khách hàng xem xét đề xuất của bạn, khả năng cao là sẽ có điều chỉnh. Hãy chuẩn bị để thảo luận về việc chương trình sẽ thay đổi thế nào nếu bạn điều chỉnh thời gian hoặc nguồn lực được phân bổ cho đội ngũ. Bạn có thể không có sẵn mọi câu trả lời, nhưng bạn có thể suy nghĩ trước về tác động tiềm tàng của những thay đổi như vậy đối với việc đạt được các mục tiêu.</w:t>
      </w:r>
    </w:p>
    <w:p>
      <w:pPr>
        <w:spacing w:after="80"/>
      </w:pPr>
      <w:r>
        <w:rPr>
          <w:b w:val="0"/>
          <w:i w:val="0"/>
        </w:rPr>
        <w:t>Hầu hết các đề xuất bán hàng đều có vài chỗ còn lỏng lẻo chưa rõ ràng. Bạn có thể chưa chắc chắn ai sẽ là đầu mối liên hệ phía khách hàng trong suốt nhiệm vụ hoặc ai sẽ nằm trong đội ngũ, nên bạn đưa ra các giả định để hoàn thiện kế hoạch của mình. Dù bạn đưa ra bao nhiêu giả định (hy vọng là ít), bạn có thể liệt kê chúng trong mục này. Một số người viết tạo một mục riêng cho các giả định, cách đó cũng khả thi. Vị trí đặt không quan trọng bằng việc nắm bắt và truyền đạt rõ ràng các giả định của bạn cho khách hàng.</w:t>
      </w:r>
    </w:p>
    <w:p>
      <w:pPr>
        <w:pStyle w:val="Heading3"/>
      </w:pPr>
      <w:r>
        <w:rPr>
          <w:rFonts w:ascii="Calibri" w:hAnsi="Calibri"/>
          <w:b/>
          <w:i w:val="0"/>
          <w:sz w:val="26"/>
        </w:rPr>
        <w:t>Năng lực và kinh nghiệm</w:t>
      </w:r>
    </w:p>
    <w:p>
      <w:pPr>
        <w:spacing w:after="80"/>
      </w:pPr>
      <w:r>
        <w:rPr>
          <w:b w:val="0"/>
          <w:i w:val="0"/>
        </w:rPr>
        <w:t>Trong phần năng lực và kinh nghiệm của đề xuất, người đọc mong đợi được biết mọi điều có thể về lý do bạn tin rằng mình có đủ phẩm chất phù hợp cho công việc. Ở mọi phần khác của đề xuất, bạn đang nói về khách hàng. Đây là lúc để nói về chính bạn, nên đừng ngại ngùng. Nhưng cũng đừng lãng phí thời gian của người đọc.</w:t>
      </w:r>
    </w:p>
    <w:p>
      <w:pPr>
        <w:spacing w:after="80"/>
      </w:pPr>
      <w:r>
        <w:rPr>
          <w:b w:val="0"/>
          <w:i w:val="0"/>
        </w:rPr>
        <w:t>Trong quá nhiều đề xuất bán hàng, phần năng lực và kinh nghiệm là một mớ thông tin không nhắm mục tiêu, chỉ đổ ra lịch sử quá khứ của công ty bán hàng. Một số người bán dường như nghĩ rằng bất kỳ bản tuyên bố năng lực nào họ viết trước đây đều ổn cho cơ hội tiếp theo—chỉ cần cập nhật chút ít. Quan niệm đó bỏ qua sức mạnh của phần năng lực và kinh nghiệm. Nếu bạn muốn tận dụng phần này của đề xuất, hãy đảm bảo nó có ba đặc điểm. Thứ nhất, viết mới cho từng cơ hội. Đương nhiên, bạn dùng tài liệu nền tảng trước đây làm điểm khởi đầu, nhưng đó là cách bạn nên đối xử với nó—như một bước khởi đầu.</w:t>
      </w:r>
    </w:p>
    <w:p>
      <w:pPr>
        <w:spacing w:after="80"/>
      </w:pPr>
      <w:r>
        <w:rPr>
          <w:b w:val="0"/>
          <w:i w:val="0"/>
        </w:rPr>
        <w:t>Ở phần cốt lõi của mục năng lực và kinh nghiệm, hãy viết về những ví dụ liên quan nhất trong công việc trước đây của bạn. Chẳng hạn, nếu bạn đang đề xuất hỗ trợ một công ty kỹ thuật định hình lại cách tiếp cận quản lý dự án của họ, hãy nhìn lại các khách hàng ngành kỹ thuật trước đây của bạn và tìm ra những khách hàng phù hợp nhất. Công việc đó liên quan thế nào đến cơ hội hiện tại? Có thể các mục tiêu không hoàn toàn giống nhau, nhưng bạn có thể tìm ra những điểm chung khác. Hãy làm nổi bật những kết quả mà bạn và khách hàng đã đạt được, đồng thời đảm bảo ghi nhận xứng đáng vai trò của khách hàng trong thành tựu đó.</w:t>
      </w:r>
    </w:p>
    <w:p>
      <w:pPr>
        <w:spacing w:after="80"/>
      </w:pPr>
      <w:r>
        <w:rPr>
          <w:b w:val="0"/>
          <w:i w:val="0"/>
        </w:rPr>
        <w:t>Thứ hai, nêu tên cụ thể các công ty bạn đã làm việc cùng. Ví dụ, nếu một trong số đó là Bank of America, hãy nói rõ điều đó; nói rằng khách hàng của bạn là một "công ty dẫn đầu toàn cầu trong ngành dịch vụ tài chính" là chưa đủ thuyết phục. Cuối cùng, hãy cung cấp tên và thông tin liên hệ của những khách hàng trước đây mà bạn định đưa vào phần năng lực và kinh nghiệm. Người mua của bạn có thể sẽ không bao giờ gọi cho những người đó, nhưng việc họ sẵn sàng bảo chứng cho bạn có thể đã là đủ.</w:t>
      </w:r>
    </w:p>
    <w:p>
      <w:pPr>
        <w:spacing w:after="80"/>
      </w:pPr>
      <w:r>
        <w:rPr>
          <w:b w:val="0"/>
          <w:i w:val="0"/>
        </w:rPr>
        <w:t>Bạn tự quyết định xem nên đưa thêm bao nhiêu thông tin vào mục này về bối cảnh công ty, phạm vi dịch vụ và bất kỳ chi tiết cụ thể nào khác mà khách hàng yêu cầu. Nhưng nếu phần năng lực và kinh nghiệm của bạn trở nên quá dài, hãy cân nhắc tạo hai mục thay vì một. Đưa một tuyên bố ngắn gọn, cực kỳ tập trung về năng lực của bạn vào phần thân của đề xuất và đặt phần còn lại vào một phụ lục riêng.</w:t>
      </w:r>
    </w:p>
    <w:p>
      <w:pPr>
        <w:spacing w:after="80"/>
      </w:pPr>
      <w:r>
        <w:rPr>
          <w:b w:val="0"/>
          <w:i w:val="0"/>
        </w:rPr>
        <w:t>Bạn không nên mắc sai lầm là coi nhẹ phần năng lực và kinh nghiệm trong đề xuất của mình. Đây là cơ hội để bạn trả lời câu hỏi của người mua về lý do họ nên chọn bạn. Hãy làm cho từng từ đều đáng giá.</w:t>
      </w:r>
    </w:p>
    <w:p>
      <w:pPr>
        <w:pStyle w:val="Heading3"/>
      </w:pPr>
      <w:r>
        <w:rPr>
          <w:rFonts w:ascii="Calibri" w:hAnsi="Calibri"/>
          <w:b/>
          <w:i w:val="0"/>
          <w:sz w:val="26"/>
        </w:rPr>
        <w:t>Phần tóm tắt đề xuất</w:t>
      </w:r>
    </w:p>
    <w:p>
      <w:pPr>
        <w:spacing w:after="80"/>
      </w:pPr>
      <w:r>
        <w:rPr>
          <w:b w:val="0"/>
          <w:i w:val="0"/>
        </w:rPr>
        <w:t xml:space="preserve">Phần cuối cùng, và theo hầu hết mọi đánh giá là phần quan trọng nhất, chính là phần tổng quan tóm tắt đề xuất của bạn. Sau khi liếc qua giá cả, bạn sẽ đọc phần nào của một đề xuất trước tiên? Hầu hết mọi người bắt đầu đọc cái được gọi là bản tóm tắt dành cho ban điều hành. Từ điển cho chúng ta biết rằng </w:t>
      </w:r>
      <w:r>
        <w:rPr>
          <w:b w:val="0"/>
          <w:i/>
        </w:rPr>
        <w:t>bản tóm tắt dành cho ban điều hành</w:t>
      </w:r>
      <w:r>
        <w:rPr>
          <w:b w:val="0"/>
          <w:i w:val="0"/>
        </w:rPr>
        <w:t xml:space="preserve"> là "bản tổng quan về những điểm chính của một kế hoạch kinh doanh hay đề xuất." Kiểu tóm tắt bạn thường thấy nhất là sự nhắc lại những gì có trong đề xuất, kèm thêm một liều năng lực và kinh nghiệm xoay quanh người bán.</w:t>
      </w:r>
    </w:p>
    <w:p>
      <w:pPr>
        <w:spacing w:after="80"/>
      </w:pPr>
      <w:r>
        <w:rPr>
          <w:b w:val="0"/>
          <w:i w:val="0"/>
        </w:rPr>
        <w:t>Vì một số người ra quyết định chỉ đọc bản tóm tắt dành cho ban điều hành, hãy dùng phần này của đề xuất để khiến họ choáng ngợp. Đừng dựa dẫm vào những tuyên bố hão huyền. Thay vào đó, hãy thể hiện tinh thần cốt lõi trong tầm nhìn của bạn về tương lai tiềm năng của khách hàng và một lập luận dựa trên sự thật cho việc thực hiện thay đổi mà bạn đang đề xuất. Bạn sẽ ngay lập tức mở rộng tư duy về phần tóm tắt của mình nếu bạn vứt bỏ hẳn cái tiêu đề "Bản tóm tắt dành cho ban điều hành". Hãy gọi nó bằng bất cứ tên gì khác—"Lý do cần thay đổi", "Con đường phía trước", "Sự cấp thiết của Dự án X", hay "Tương lai của [điền vào chỗ trống]". Bản tóm tắt của bạn không cần phải, và cũng không nên, chỉ đơn thuần là một phiên bản cô đọng của đề xuất.</w:t>
      </w:r>
    </w:p>
    <w:p>
      <w:pPr>
        <w:pStyle w:val="Heading1"/>
      </w:pPr>
      <w:r>
        <w:rPr>
          <w:rFonts w:ascii="Calibri" w:hAnsi="Calibri"/>
          <w:b/>
          <w:i w:val="0"/>
          <w:sz w:val="40"/>
        </w:rPr>
        <w:t>Kiểm tra tính hợp lý: Nghĩ lại về Phần tóm tắt dành cho ban điều hành</w:t>
      </w:r>
    </w:p>
    <w:p>
      <w:pPr>
        <w:spacing w:after="80"/>
      </w:pPr>
      <w:r>
        <w:rPr>
          <w:b w:val="0"/>
          <w:i w:val="0"/>
        </w:rPr>
        <w:t>Thông thường người ta hay mở đầu một đề xuất bằng phần tóm tắt dành cho ban điều hành (executive summary), tức là một phiên bản cô đọng của phần nội dung còn lại. Nhưng hầu hết các bản tóm tắt dành cho ban điều hành không ảnh hưởng nhiều đến quan điểm của người đọc, cũng chẳng góp phần chốt được thương vụ. Hãy gác lại những định kiến của bạn về việc phần mở đầu nên có gì. Hãy dẫn dắt bằng lý lẽ vì sao cần thay đổi, chứ không phải bằng năng lực của bạn. Hãy tóm tắt tương lai của khách hàng sẽ ra sao nếu họ chọn bạn, chứ không phải những công cụ bạn sẽ dùng để hoàn thành công việc. Và hãy nói về giá trị kỳ vọng, chứ không phải chuyên môn trong ngành của bạn.</w:t>
      </w:r>
    </w:p>
    <w:p>
      <w:pPr>
        <w:spacing w:after="80"/>
      </w:pPr>
      <w:r>
        <w:rPr>
          <w:b w:val="0"/>
          <w:i w:val="0"/>
        </w:rPr>
        <w:t>Bạn muốn mang đến cho người mua phiên bản rút gọn của câu chuyện về tương lai của họ, một con đường để đi đến đó, và lý do vì sao bạn là người đưa họ đến đó. Phần mở đầu trong đề xuất của bạn nên đưa tầm nhìn, chiến lược và giá trị của bạn vào tiêu điểm rõ nét cho người đọc — bằng càng ít chữ càng tốt. Hãy thể hiện sự thấu hiểu của bạn về vấn đề bằng những dữ kiện quan trọng nhất. Hãy xác định trạng thái tương lai mong muốn và cách tiếp cận của bạn sẽ đưa khách hàng đến trạng thái đó như thế nào. Bạn sẽ đi sâu vào tất cả những điều này ở các phần khác của đề xuất, nên hãy tìm cách diễn đạt khác để truyền tải tinh thần cốt lõi ở đây.</w:t>
      </w:r>
    </w:p>
    <w:p>
      <w:pPr>
        <w:spacing w:after="80"/>
      </w:pPr>
      <w:r>
        <w:rPr>
          <w:b w:val="0"/>
          <w:i w:val="0"/>
        </w:rPr>
        <w:t>Nhớ nhấn mạnh vào giá trị và tránh xa thuật ngữ chuyên môn rối rắm. Một số người viết muốn đặt những đoạn mô tả dài dòng về công ty mình vào phần mở đầu này. Xin đừng làm vậy. Nếu bạn không cưỡng lại được mong muốn nói mình tuyệt vời thế nào, thì chỉ cho phép mình tối đa hai câu ở cuối phần tóm tắt. Nếu phần tóm tắt của bạn kết nối được với người đọc, họ sẽ tự tìm thêm thông tin về bạn trong phần năng lực của đề xuất.</w:t>
      </w:r>
    </w:p>
    <w:p>
      <w:pPr>
        <w:pStyle w:val="Heading2"/>
      </w:pPr>
      <w:r>
        <w:rPr>
          <w:rFonts w:ascii="Calibri" w:hAnsi="Calibri"/>
          <w:b/>
          <w:i w:val="0"/>
          <w:sz w:val="32"/>
        </w:rPr>
        <w:t xml:space="preserve"> Không chỉ là một công cụ bán hàng </w:t>
      </w:r>
    </w:p>
    <w:p>
      <w:pPr>
        <w:spacing w:after="80"/>
      </w:pPr>
      <w:r>
        <w:rPr>
          <w:b w:val="0"/>
          <w:i w:val="0"/>
        </w:rPr>
        <w:t>Với người bán, một đề xuất là một tài liệu bán hàng và cuối cùng là một hợp đồng. Nó cũng là một trong những phương tiện chính để truyền tải thông điệp của bạn và kể lại câu chuyện bạn đã dựng nên về tình hình của khách hàng. Nhưng với người mua, nó còn hơn thế. Với họ, đó là một cẩm nang để thay đổi cách họ điều hành doanh nghiệp. Nếu bạn nghĩ về đề xuất của mình như một cách đưa ra giải pháp giá trị và thúc đẩy sự thay đổi, thay vì chỉ là công cụ để bán bạn và công ty bạn, bạn sẽ chạm đúng điều khách hàng muốn, và bạn sẽ thắng thường xuyên hơn.</w:t>
      </w:r>
    </w:p>
    <w:p>
      <w:pPr>
        <w:spacing w:after="80"/>
      </w:pPr>
      <w:r>
        <w:rPr>
          <w:b w:val="0"/>
          <w:i w:val="0"/>
        </w:rPr>
        <w:t>Có hai loại đề xuất bán hàng: loại giúp bạn và loại không giúp gì cho bạn. Trước khi gửi đề xuất tiếp theo, hãy tự hỏi: "Đề xuất này thuộc loại nào?"</w:t>
      </w:r>
    </w:p>
    <w:p>
      <w:pPr>
        <w:pStyle w:val="Heading1"/>
      </w:pPr>
      <w:r>
        <w:rPr>
          <w:rFonts w:ascii="Calibri" w:hAnsi="Calibri"/>
          <w:b/>
          <w:i w:val="0"/>
          <w:sz w:val="40"/>
        </w:rPr>
        <w:t>PHẦN 3</w:t>
      </w:r>
    </w:p>
    <w:p>
      <w:pPr>
        <w:pStyle w:val="Heading1"/>
      </w:pPr>
      <w:r>
        <w:rPr>
          <w:rFonts w:ascii="Calibri" w:hAnsi="Calibri"/>
          <w:b/>
          <w:i w:val="0"/>
          <w:sz w:val="40"/>
        </w:rPr>
        <w:t>Cam kết</w:t>
      </w:r>
    </w:p>
    <w:p>
      <w:pPr>
        <w:jc w:val="center"/>
      </w:pPr>
      <w:r>
        <w:drawing>
          <wp:inline xmlns:a="http://schemas.openxmlformats.org/drawingml/2006/main" xmlns:pic="http://schemas.openxmlformats.org/drawingml/2006/picture">
            <wp:extent cx="3981450" cy="3686175"/>
            <wp:docPr id="12" name="Picture 12"/>
            <wp:cNvGraphicFramePr>
              <a:graphicFrameLocks noChangeAspect="1"/>
            </wp:cNvGraphicFramePr>
            <a:graphic>
              <a:graphicData uri="http://schemas.openxmlformats.org/drawingml/2006/picture">
                <pic:pic>
                  <pic:nvPicPr>
                    <pic:cNvPr id="0" name="00011.jpg"/>
                    <pic:cNvPicPr/>
                  </pic:nvPicPr>
                  <pic:blipFill>
                    <a:blip r:embed="rId20"/>
                    <a:stretch>
                      <a:fillRect/>
                    </a:stretch>
                  </pic:blipFill>
                  <pic:spPr>
                    <a:xfrm>
                      <a:off x="0" y="0"/>
                      <a:ext cx="3981450" cy="3686175"/>
                    </a:xfrm>
                    <a:prstGeom prst="rect"/>
                  </pic:spPr>
                </pic:pic>
              </a:graphicData>
            </a:graphic>
          </wp:inline>
        </w:drawing>
      </w:r>
    </w:p>
    <w:p>
      <w:pPr>
        <w:pStyle w:val="Heading1"/>
      </w:pPr>
      <w:r>
        <w:rPr>
          <w:rFonts w:ascii="Calibri" w:hAnsi="Calibri"/>
          <w:b/>
          <w:i w:val="0"/>
          <w:sz w:val="40"/>
        </w:rPr>
        <w:t>CHƯƠNG 10</w:t>
      </w:r>
    </w:p>
    <w:p>
      <w:pPr>
        <w:pStyle w:val="Heading1"/>
      </w:pPr>
      <w:r>
        <w:rPr>
          <w:rFonts w:ascii="Calibri" w:hAnsi="Calibri"/>
          <w:b/>
          <w:i w:val="0"/>
          <w:sz w:val="40"/>
        </w:rPr>
        <w:t xml:space="preserve"> Nghệ thuật thuyết trình bán hàng</w:t>
      </w:r>
    </w:p>
    <w:p>
      <w:pPr>
        <w:spacing w:after="80"/>
      </w:pPr>
      <w:r>
        <w:rPr>
          <w:b w:val="0"/>
          <w:i/>
        </w:rPr>
        <w:t>—Albert Einstein</w:t>
      </w:r>
    </w:p>
    <w:p>
      <w:pPr>
        <w:spacing w:after="80"/>
      </w:pPr>
      <w:r>
        <w:rPr>
          <w:b/>
          <w:i w:val="0"/>
        </w:rPr>
        <w:t>Đ</w:t>
      </w:r>
      <w:r>
        <w:rPr>
          <w:b w:val="0"/>
          <w:i w:val="0"/>
        </w:rPr>
        <w:t>iều cuối cùng mà hầu hết mọi người cần trong đời là thêm thông tin. Nghịch lý của việc dữ kiện, con số và lý thuyết luôn sẵn có tức thì là càng có nhiều thì bức tường mà người ta dựng lên để chống lại việc tiếp nhận chúng càng cao. Chẳng hạn, lượng thông tin tiếp thị và bán hàng khổng lồ trên thị trường khiến hầu hết người mua (để tự vệ) chặn đứng càng nhiều tiếng ồn đó càng tốt. Vậy nên, khi bạn xuất hiện với một bài thuyết trình bán hàng, bạn phải vượt qua một rào cản cao để khiến người mua nghe được thông điệp của bạn.</w:t>
      </w:r>
    </w:p>
    <w:p>
      <w:pPr>
        <w:spacing w:after="80"/>
      </w:pPr>
      <w:r>
        <w:rPr>
          <w:b w:val="0"/>
          <w:i w:val="0"/>
        </w:rPr>
        <w:t>Vì người ta có xu hướng lọc bỏ hầu hết thông tin bán hàng, mục tiêu của một bài thuyết trình bán hàng không nên chỉ là truyền đạt thêm thông tin. Mục tiêu của bạn là tạo điều kiện cho sự thấu hiểu, giúp người mua nhìn nhận vấn đề của họ theo cách thúc đẩy hành động, đưa ra các giải pháp thay thế, và lập luận cho năng lực của bạn để thực hiện công việc. Bạn không thể đạt được những mục tiêu này chỉ bằng kỹ thuật thuyết trình, dù đó là kiểm soát giọng nói, cử chỉ đã luyện tập, hay slide lộng lẫy.</w:t>
      </w:r>
    </w:p>
    <w:p>
      <w:pPr>
        <w:spacing w:after="80"/>
      </w:pPr>
      <w:r>
        <w:rPr>
          <w:b w:val="0"/>
          <w:i w:val="0"/>
        </w:rPr>
        <w:t xml:space="preserve">Thay vào đó, khán giả sẽ chỉ nghe bạn sau khi bạn đã chứng minh rằng bạn đã lắng nghe và hiểu những gì </w:t>
      </w:r>
      <w:r>
        <w:rPr>
          <w:b w:val="0"/>
          <w:i/>
        </w:rPr>
        <w:t>họ</w:t>
      </w:r>
      <w:r>
        <w:rPr>
          <w:b w:val="0"/>
          <w:i w:val="0"/>
        </w:rPr>
        <w:t xml:space="preserve"> nói. Trước hầu hết các bài thuyết trình bán hàng, có lẽ bạn đã gặp người đỡ đầu phía khách hàng, thực hiện phỏng vấn, nghiên cứu bối cảnh công ty, và xem xét kỹ các tài liệu liên quan mà khách hàng đưa cho bạn. Khi đến lúc thuyết trình, khán giả của bạn sẽ đánh giá xem bạn sử dụng tất cả kiến thức đã thu được đó tốt đến đâu. Nếu họ thấy bạn làm tốt, bạn sẽ có một khán giả dễ tiếp thu. Nếu không, hãy chuẩn bị đối mặt với sự phản kháng. Khi bạn định hình bài nói của mình, đây là sáu mẹo cho một bài thuyết trình bán hàng hấp dẫn.</w:t>
      </w:r>
    </w:p>
    <w:p>
      <w:pPr>
        <w:pStyle w:val="Heading2"/>
      </w:pPr>
      <w:r>
        <w:rPr>
          <w:rFonts w:ascii="Calibri" w:hAnsi="Calibri"/>
          <w:b/>
          <w:i w:val="0"/>
          <w:sz w:val="32"/>
        </w:rPr>
        <w:t xml:space="preserve"> Mẹo 1: Đừng bao giờ tùy hứng mà làm </w:t>
      </w:r>
    </w:p>
    <w:p>
      <w:pPr>
        <w:spacing w:after="80"/>
      </w:pPr>
      <w:r>
        <w:rPr>
          <w:b w:val="0"/>
          <w:i w:val="0"/>
        </w:rPr>
        <w:t>Kevin, một chuyên gia tư vấn hệ thống thông tin, bước vào văn phòng của Brian để chuẩn bị phút chót cho cuộc họp bán hàng với một nhóm khách hàng tiềm năng. Còn một tiếng trước cuộc họp, Brian đưa cho Kevin một slide duy nhất chứa ba vòng tròn trống chồng lên nhau. Nhìn chằm chằm vào biểu đồ Venn trống rỗng trong hoảng hốt, Kevin hỏi Brian nó liên quan gì đến cuộc họp.</w:t>
      </w:r>
    </w:p>
    <w:p>
      <w:pPr>
        <w:spacing w:after="80"/>
      </w:pPr>
      <w:r>
        <w:rPr>
          <w:b/>
          <w:i w:val="0"/>
        </w:rPr>
        <w:t>BRIAN:</w:t>
      </w:r>
      <w:r>
        <w:rPr>
          <w:b w:val="0"/>
          <w:i w:val="0"/>
        </w:rPr>
        <w:t xml:space="preserve"> Biểu đồ Venn hữu ích trong mọi tình huống bán hàng.</w:t>
      </w:r>
    </w:p>
    <w:p>
      <w:pPr>
        <w:spacing w:after="80"/>
      </w:pPr>
      <w:r>
        <w:rPr>
          <w:b/>
          <w:i w:val="0"/>
        </w:rPr>
        <w:t>KEVIN:</w:t>
      </w:r>
      <w:r>
        <w:rPr>
          <w:b w:val="0"/>
          <w:i w:val="0"/>
        </w:rPr>
        <w:t xml:space="preserve"> Vậy sao? Bằng cách nào?</w:t>
      </w:r>
    </w:p>
    <w:p>
      <w:pPr>
        <w:spacing w:after="80"/>
      </w:pPr>
      <w:r>
        <w:rPr>
          <w:b/>
          <w:i w:val="0"/>
        </w:rPr>
        <w:t>BRIAN:</w:t>
      </w:r>
      <w:r>
        <w:rPr>
          <w:b w:val="0"/>
          <w:i w:val="0"/>
        </w:rPr>
        <w:t xml:space="preserve"> Ví dụ cái này, nó thể hiện rõ ràng tầm quan trọng của chiến lược sản xuất đối với sức khỏe tài chính của công ty.</w:t>
      </w:r>
    </w:p>
    <w:p>
      <w:pPr>
        <w:spacing w:after="80"/>
      </w:pPr>
      <w:r>
        <w:rPr>
          <w:b/>
          <w:i w:val="0"/>
        </w:rPr>
        <w:t>KEVIN:</w:t>
      </w:r>
      <w:r>
        <w:rPr>
          <w:b w:val="0"/>
          <w:i w:val="0"/>
        </w:rPr>
        <w:t xml:space="preserve"> Nó trống trơn mà, Brian! Làm sao nó có thể thể hiện được điều gì chứ?</w:t>
      </w:r>
    </w:p>
    <w:p>
      <w:pPr>
        <w:spacing w:after="80"/>
      </w:pPr>
      <w:r>
        <w:rPr>
          <w:b/>
          <w:i w:val="0"/>
        </w:rPr>
        <w:t>BRIAN:</w:t>
      </w:r>
      <w:r>
        <w:rPr>
          <w:b w:val="0"/>
          <w:i w:val="0"/>
        </w:rPr>
        <w:t xml:space="preserve"> Bởi vì vị giáo sư sẽ ở đó để giải thích nó. Chúng ta sẽ điền vào chỗ trống khi cuộc họp diễn ra.</w:t>
      </w:r>
    </w:p>
    <w:p>
      <w:pPr>
        <w:spacing w:after="80"/>
      </w:pPr>
      <w:r>
        <w:rPr>
          <w:b/>
          <w:i w:val="0"/>
        </w:rPr>
        <w:t>KEVIN:</w:t>
      </w:r>
      <w:r>
        <w:rPr>
          <w:b w:val="0"/>
          <w:i w:val="0"/>
        </w:rPr>
        <w:t xml:space="preserve"> Ồ, và tôi đoán ông chính là vị giáo sư đó?</w:t>
      </w:r>
    </w:p>
    <w:p>
      <w:pPr>
        <w:spacing w:after="80"/>
      </w:pPr>
      <w:r>
        <w:rPr>
          <w:b/>
          <w:i w:val="0"/>
        </w:rPr>
        <w:t>BRIAN:</w:t>
      </w:r>
      <w:r>
        <w:rPr>
          <w:b w:val="0"/>
          <w:i w:val="0"/>
        </w:rPr>
        <w:t xml:space="preserve"> Chính xác.</w:t>
      </w:r>
    </w:p>
    <w:p>
      <w:pPr>
        <w:spacing w:after="80"/>
      </w:pPr>
      <w:r>
        <w:rPr>
          <w:b w:val="0"/>
          <w:i w:val="0"/>
        </w:rPr>
        <w:t>Một số người cho rằng việc chuẩn bị và tập dượt là không cần thiết và cản trở sự sáng tạo tức thời trong các cuộc họp quan trọng. Thường thì ý kiến đó phản ánh sự kiêu ngạo sâu sắc hoặc sự lười biếng. Nếu bạn bước lên sân khấu mà không chuẩn bị, hãy chuẩn bị tinh thần cho một chuyến đi gập ghềnh. Bạn có thể sâu sắc, nhưng nhiều khả năng bạn sẽ trông như một mớ hỗn độn thiếu tổ chức. Với các bài thuyết trình nhóm, việc thiếu chuẩn bị là một lời mời gọi thảm họa. Những người bán hàng nghĩ rằng mình đủ nhanh nhạy để xoay xở bằng trí thông minh thường kết thúc bằng việc ngã ngửa — và mất luôn thương vụ.</w:t>
      </w:r>
    </w:p>
    <w:p>
      <w:pPr>
        <w:spacing w:after="80"/>
      </w:pPr>
      <w:r>
        <w:rPr>
          <w:b w:val="0"/>
          <w:i w:val="0"/>
        </w:rPr>
        <w:t>Với mỗi bài thuyết trình bán hàng, hãy biết chính xác bạn muốn truyền đạt điều gì và bạn sẽ giới thiệu, củng cố, và tóm tắt ý tưởng của mình như thế nào. Dù là cuộc họp một-một hay bài thuyết trình nhóm, hãy tập dượt, ít nhất vài lần, từ đầu đến cuối. Đặc biệt chú ý đến các chuyển tiếp từ chủ đề này sang chủ đề tiếp theo và những "khoảng trắng" giữa các diễn giả. Để ý nội dung trùng lặp, và làm mượt mọi sự chuyển đổi. Đảm bảo mỗi người thuyết trình biết chính xác bắt đầu từ đâu và nhấn mạnh điều gì ở những điểm then chốt.</w:t>
      </w:r>
    </w:p>
    <w:p>
      <w:pPr>
        <w:spacing w:after="80"/>
      </w:pPr>
      <w:r>
        <w:rPr>
          <w:b w:val="0"/>
          <w:i w:val="0"/>
        </w:rPr>
        <w:t xml:space="preserve">Hãy có kế hoạch cho tương tác với khán giả. Dù </w:t>
      </w:r>
      <w:r>
        <w:rPr>
          <w:b w:val="0"/>
          <w:i/>
        </w:rPr>
        <w:t>bạn</w:t>
      </w:r>
      <w:r>
        <w:rPr>
          <w:b w:val="0"/>
          <w:i w:val="0"/>
        </w:rPr>
        <w:t xml:space="preserve"> đặt câu hỏi cụ thể hay dừng lại để nhận câu hỏi từ khán giả, hãy nghĩ về cách bạn sẽ lôi cuốn mọi người. Với một số khán giả, bạn sẽ không cần khuyến khích sự tham gia. Nhưng phòng khi gặp một nhóm im lặng, hãy có cách nào đó để khiến mọi người lên tiếng, nếu không thì hãy chuẩn bị cho một cuộc họp dài và nhàm chán.</w:t>
      </w:r>
    </w:p>
    <w:p>
      <w:pPr>
        <w:spacing w:after="80"/>
      </w:pPr>
      <w:r>
        <w:rPr>
          <w:b w:val="0"/>
          <w:i w:val="0"/>
        </w:rPr>
        <w:t>Khi bạn đã làm bài tập về nhà cho một cuộc họp bán hàng hay bài thuyết trình đề xuất, điều đó thể hiện rõ. Nỗ lực của bạn báo hiệu rằng bạn quan tâm đến người mua và các vấn đề, rằng bạn muốn học hỏi, và rằng bạn tận tâm với lợi ích của khách hàng. Bằng cách thể hiện mức độ tận tâm đó, bạn sẽ có lợi thế hơn những người muốn điền vào biểu đồ Venn trống — và hơn hầu hết mọi người khác nữa.</w:t>
      </w:r>
    </w:p>
    <w:p>
      <w:pPr>
        <w:pStyle w:val="Heading2"/>
      </w:pPr>
      <w:r>
        <w:rPr>
          <w:rFonts w:ascii="Calibri" w:hAnsi="Calibri"/>
          <w:b/>
          <w:i w:val="0"/>
          <w:sz w:val="32"/>
        </w:rPr>
        <w:t xml:space="preserve"> Mẹo 2: Đi thẳng vào </w:t>
      </w:r>
      <w:r>
        <w:rPr>
          <w:rFonts w:ascii="Calibri" w:hAnsi="Calibri"/>
          <w:b/>
          <w:i/>
          <w:sz w:val="32"/>
        </w:rPr>
        <w:t>điểm</w:t>
      </w:r>
      <w:r>
        <w:rPr>
          <w:rFonts w:ascii="Calibri" w:hAnsi="Calibri"/>
          <w:b/>
          <w:i w:val="0"/>
          <w:sz w:val="32"/>
        </w:rPr>
        <w:t xml:space="preserve"> của họ </w:t>
      </w:r>
    </w:p>
    <w:p>
      <w:pPr>
        <w:spacing w:after="80"/>
      </w:pPr>
      <w:r>
        <w:rPr>
          <w:b w:val="0"/>
          <w:i w:val="0"/>
        </w:rPr>
        <w:t>Theo một số thống kê, hơn 40 triệu bài thuyết trình được thực hiện mỗi ngày. Nhiều bài bắt đầu đại loại như thế này:</w:t>
      </w:r>
    </w:p>
    <w:p>
      <w:pPr>
        <w:spacing w:after="80"/>
      </w:pPr>
      <w:r>
        <w:rPr>
          <w:b w:val="0"/>
          <w:i w:val="0"/>
        </w:rPr>
        <w:t>"Xin chào, tôi là Mary Dylan từ Consolidated Services, và tôi chỉ muốn mở đầu bằng việc nói rằng chúng tôi rất vui được ở đây và hỗ trợ quý vị trong nỗ lực quan trọng này. Phòng khi quý vị chưa biết về chúng tôi, Consolidated có năm văn phòng tại các trung tâm chiến lược khắp đất nước. Chúng tôi hoạt động từ năm 1985, và nhân viên của chúng tôi trải qua hàng trăm giờ đào tạo trong bảy lĩnh vực chuyên môn . . . "</w:t>
      </w:r>
    </w:p>
    <w:p>
      <w:pPr>
        <w:spacing w:after="80"/>
      </w:pPr>
      <w:r>
        <w:rPr>
          <w:b w:val="0"/>
          <w:i w:val="0"/>
        </w:rPr>
        <w:t>Bài thuyết trình của Mary có lẽ sẽ đi sâu hơn nữa về công ty cô ấy trước khi chuyển sang lý do thực sự khiến cô ấy ở đó — vấn đề của khách hàng. Hàng ngàn bài thuyết trình bán hàng bắt đầu giống như của Mary, và đó là do thói quen. Người bán hàng đã quen và được đào tạo để dùng kiểu mở đầu này. Ngay cả khi phần mở đầu ngắn gọn (mà thường thì không ngắn), nhiều người tham dự của bạn không thực sự chú tâm. Hãy nhớ rằng, họ không muốn nghe về bạn, dù họ có thể nói là họ muốn. Họ thực sự muốn nghe về chính họ. Họ sẽ nghe phần mở đầu của bạn, nhưng có thể họ không thực sự lắng nghe nó.</w:t>
      </w:r>
    </w:p>
    <w:p>
      <w:pPr>
        <w:spacing w:after="80"/>
      </w:pPr>
      <w:r>
        <w:rPr>
          <w:b w:val="0"/>
          <w:i w:val="0"/>
        </w:rPr>
        <w:t>Đây là một cách khác bạn có thể giới thiệu bản thân:</w:t>
      </w:r>
    </w:p>
    <w:p>
      <w:pPr>
        <w:spacing w:after="80"/>
      </w:pPr>
      <w:r>
        <w:rPr>
          <w:b w:val="0"/>
          <w:i w:val="0"/>
        </w:rPr>
        <w:t>“Xin chào, tôi là Mary Dylan đến từ Consolidated Services, và tôi cảm ơn bạn đã dành thời gian ngày hôm nay. Chúng ta sẽ bàn về ba chủ đề trong buổi chiều nay, bắt đầu với những gì chúng tôi biết về các vấn đề của bạn. Chúng ta sẽ thảo luận chủ đề đó và làm rõ hơn hiểu biết của mình. Sau đó, chúng ta sẽ xem xét các phương án để bạn có thể giải quyết vấn đề này, với trọng tâm là cách chúng ta có thể hợp tác cùng nhau. Cuối cùng, chúng ta sẽ kết thúc bằng một phần tóm tắt ngắn về Consolidated Services và lý do chúng tôi cho rằng mình rất phù hợp để hỗ trợ bạn trong sáng kiến này.”</w:t>
      </w:r>
    </w:p>
    <w:p>
      <w:pPr>
        <w:spacing w:after="80"/>
      </w:pPr>
      <w:r>
        <w:rPr>
          <w:b w:val="0"/>
          <w:i w:val="0"/>
        </w:rPr>
        <w:t xml:space="preserve">Với một sự thay đổi về trọng tâm, phần mở đầu này cho người nghe biết rằng những mối quan tâm của họ sẽ được đề cập trước tiên và họ sẽ không phải chịu đựng bài thuyết trình dài dòng của bạn cho đến khi bạn đã thuyết phục được họ rằng bạn hiểu họ đang phải đối mặt với điều gì. Một khi bạn đã làm được điều đó, đừng ngạc nhiên nếu khán giả của bạn </w:t>
      </w:r>
      <w:r>
        <w:rPr>
          <w:b w:val="0"/>
          <w:i/>
        </w:rPr>
        <w:t>muốn</w:t>
      </w:r>
      <w:r>
        <w:rPr>
          <w:b w:val="0"/>
          <w:i w:val="0"/>
        </w:rPr>
        <w:t xml:space="preserve"> nghe thêm về công ty của bạn.</w:t>
      </w:r>
    </w:p>
    <w:p>
      <w:pPr>
        <w:spacing w:after="80"/>
      </w:pPr>
      <w:r>
        <w:rPr>
          <w:b w:val="0"/>
          <w:i w:val="0"/>
        </w:rPr>
        <w:t xml:space="preserve">Đây là một nguyên tắc chung cho các bài thuyết trình của bạn: Hãy tập trung vào các vấn đề của người mua </w:t>
      </w:r>
      <w:r>
        <w:rPr>
          <w:b w:val="0"/>
          <w:i/>
        </w:rPr>
        <w:t>ít nhất</w:t>
      </w:r>
      <w:r>
        <w:rPr>
          <w:b w:val="0"/>
          <w:i w:val="0"/>
        </w:rPr>
        <w:t xml:space="preserve"> 75 phần trăm thời gian, kể cả ngay từ đầu. Với nỗ lực có ý thức từ phía bạn, một bài thuyết trình chủ yếu nói về họ vẫn có thể trả lời tất cả các câu hỏi của họ về bạn, mà không cần đến kiểu đọc thuộc lòng nhàm chán thường thấy. Nếu khán giả của bạn chưa biết những thông tin cơ bản về bạn, tức là tên và công ty của bạn, thì hãy cung cấp thông tin đó rồi tiếp tục. Tốt hơn nữa, hãy để người khác giới thiệu bạn thật ngắn gọn.</w:t>
      </w:r>
    </w:p>
    <w:p>
      <w:pPr>
        <w:pStyle w:val="Heading1"/>
      </w:pPr>
      <w:r>
        <w:rPr>
          <w:rFonts w:ascii="Calibri" w:hAnsi="Calibri"/>
          <w:b/>
          <w:i w:val="0"/>
          <w:sz w:val="40"/>
        </w:rPr>
        <w:t>Bạn Có Nên Phát Tài Liệu Trước Không?</w:t>
      </w:r>
    </w:p>
    <w:p>
      <w:pPr>
        <w:spacing w:after="80"/>
      </w:pPr>
      <w:r>
        <w:rPr>
          <w:b w:val="0"/>
          <w:i w:val="0"/>
        </w:rPr>
        <w:t>Cuộc tranh luận vẫn tiếp diễn về việc có nên phát các bản sao của bài thuyết trình trước cuộc họp hay không. Một số diễn giả thấy rằng tài liệu phát tay giúp khán giả theo dõi và củng cố các điểm trong bài thuyết trình; những người khác lại cảm thấy tài liệu phát tay khiến người nghe xao nhãng việc chú ý đến diễn giả. Bạn có thể có sở thích riêng, nhưng hãy để khách hàng của bạn quyết định. Hãy trình bày quan điểm của bạn rồi tuân theo mong muốn của họ.</w:t>
      </w:r>
    </w:p>
    <w:p>
      <w:pPr>
        <w:pStyle w:val="Heading2"/>
      </w:pPr>
      <w:r>
        <w:rPr>
          <w:rFonts w:ascii="Calibri" w:hAnsi="Calibri"/>
          <w:b/>
          <w:i w:val="0"/>
          <w:sz w:val="32"/>
        </w:rPr>
        <w:t xml:space="preserve"> Mẹo 3: Xây Dựng Đồng Thuận Từng Viên Gạch Một </w:t>
      </w:r>
    </w:p>
    <w:p>
      <w:pPr>
        <w:spacing w:after="80"/>
      </w:pPr>
      <w:r>
        <w:rPr>
          <w:b w:val="0"/>
          <w:i w:val="0"/>
        </w:rPr>
        <w:t>Dù đó là một khởi đầu tốt, việc đi thẳng vào vấn đề của khách hàng vẫn chưa đủ để giúp người nghe hiểu thông điệp của bạn. Các nhà nghiên cứu đã kiểm tra cách người mua tiếp nhận thông tin trong các bài thuyết trình bán hàng và kết luận rằng người nghe có nhiều khả năng suy ngẫm về lập luận bạn đang đưa ra và rút ra kết luận ban đầu hơn nếu “các thông điệp được chia thành từng khối—nghĩa là khi rõ ràng một thông điệp kết thúc ở đâu và thông điệp tiếp theo bắt đầu từ đâu.” Nói cách khác, khán giả của bạn cần biết một thông điệp hay ý tưởng dừng lại ở đâu và ý tiếp theo bắt đầu từ đâu. Đừng biến bài thuyết trình của bạn thành một lập luận dài dằng dặc rồi đến cuối lại yêu cầu người nghe kết luận rằng bạn đã đúng mọi thứ và họ nên thuê bạn. Thay vào đó, hãy yêu cầu họ rút ra kết luận về một loạt các điểm nhỏ hơn để xây dựng ý kiến cuối cùng về đề xuất của bạn.</w:t>
      </w:r>
    </w:p>
    <w:p>
      <w:pPr>
        <w:spacing w:after="80"/>
      </w:pPr>
      <w:r>
        <w:rPr>
          <w:b w:val="0"/>
          <w:i w:val="0"/>
        </w:rPr>
        <w:t>Đối với các bài thuyết trình bán hàng cho một nhóm, hãy nhắm đến việc phát triển năm “viên gạch” trung gian đòi hỏi người nghe phải đưa ra kết luận về những gì họ đang nghe. Năm điểm này gần như đi theo dòng chảy của đề xuất bán hàng của bạn. Bốn điểm đầu tập trung vào người mua và điểm cuối cùng vào bạn, người bán.</w:t>
      </w:r>
    </w:p>
    <w:p>
      <w:pPr>
        <w:pStyle w:val="Heading3"/>
      </w:pPr>
      <w:r>
        <w:rPr>
          <w:rFonts w:ascii="Calibri" w:hAnsi="Calibri"/>
          <w:b/>
          <w:i w:val="0"/>
          <w:sz w:val="26"/>
        </w:rPr>
        <w:t>Viên Gạch # 1: Vấn Đề Là Có Thật và Đòi Hỏi Hành Động</w:t>
      </w:r>
    </w:p>
    <w:p>
      <w:pPr>
        <w:spacing w:after="80"/>
      </w:pPr>
      <w:r>
        <w:rPr>
          <w:b w:val="0"/>
          <w:i w:val="0"/>
        </w:rPr>
        <w:t>Đây là lúc bạn trình bày vấn đề và đạt được sự đồng thuận với người nghe về bản chất và sự tồn tại của nó. Bạn sẽ muốn đưa một số hiểu biết của riêng mình vào cuộc thảo luận để thiết lập uy tín của bạn như một chuyên gia và tạo tiền đề cho lý do tại sao giải pháp bạn đề xuất là câu trả lời đúng.</w:t>
      </w:r>
    </w:p>
    <w:p>
      <w:pPr>
        <w:spacing w:after="80"/>
      </w:pPr>
      <w:r>
        <w:rPr>
          <w:b w:val="0"/>
          <w:i w:val="0"/>
        </w:rPr>
        <w:t>Ví dụ, nếu khách hàng của bạn đang đối mặt với chi phí dịch vụ bệnh nhân ngày càng tăng do sự kém hiệu quả trong phòng cấp cứu, hãy cho thấy điều đó ảnh hưởng thế nào đến chi phí trên mỗi bệnh nhân và chi phí xử lý hàng tồn kho. Bạn có thể có quyền truy cập vào các chỉ số hiệu suất của các bệnh viện khác để dùng cho mục đích so sánh, hoặc bạn có thể thảo luận về cách ngành thường xử lý vấn đề này. Sau đó, hãy vượt ra ngoài những con số để kể câu chuyện về cách những vấn đề này ảnh hưởng đến bệnh nhân, nhân viên và nhà đầu tư của bệnh viện.</w:t>
      </w:r>
    </w:p>
    <w:p>
      <w:pPr>
        <w:spacing w:after="80"/>
      </w:pPr>
      <w:r>
        <w:rPr>
          <w:b w:val="0"/>
          <w:i w:val="0"/>
        </w:rPr>
        <w:t>Khi bạn trình bày lập luận của mình, hãy tìm kiếm sự đồng thuận từ khán giả trên suốt chặng đường. Chỉ vì bạn nhìn nhận vấn đề theo một cách nhất định, đừng cho rằng mọi người đều đồng ý với bạn. Cho đến khi người nghe thừa nhận rằng bạn đã đúng ở phần này, đừng nghĩ trong một phút nào rằng họ sẽ theo dõi phần còn lại của bài thuyết trình của bạn.</w:t>
      </w:r>
    </w:p>
    <w:p>
      <w:pPr>
        <w:pStyle w:val="Heading3"/>
      </w:pPr>
      <w:r>
        <w:rPr>
          <w:rFonts w:ascii="Calibri" w:hAnsi="Calibri"/>
          <w:b/>
          <w:i w:val="0"/>
          <w:sz w:val="26"/>
        </w:rPr>
        <w:t>Viên Gạch #2: Những Hệ Quả</w:t>
      </w:r>
    </w:p>
    <w:p>
      <w:pPr>
        <w:spacing w:after="80"/>
      </w:pPr>
      <w:r>
        <w:rPr>
          <w:b w:val="0"/>
          <w:i w:val="0"/>
        </w:rPr>
        <w:t>Giả sử bạn thấy những cái gật đầu tán thành quanh phòng xác nhận rằng vấn đề tồn tại đúng như bạn nhìn nhận. Hãy chuyển sang phần còn lại của câu chuyện: những hệ quả của vấn đề. Tuy nhiên, trong một bài thuyết trình, hãy tránh xa trò đổ lỗi về lý do tại sao lại có vấn đề, vì điều đó có thể dẫn thẳng vào một vũng lầy. Hãy hướng sự chú ý đến việc tương lai của khách hàng sẽ diễn ra thế nào nếu vấn đề vẫn không được giải quyết. Một số người bán nghĩ rằng điều này có nghĩa là vẽ nên bức tranh về nỗi đau của khách hàng và cho thấy mình xuất hiện để giải cứu. Hãy quên đi lối suy nghĩ vụ lợi này, vì nó có thể khiến bạn bóp méo sự thật. Hơn nữa, đó là một kỹ thuật bán hàng lộ liễu mà hầu hết người mua sẽ phớt lờ.</w:t>
      </w:r>
    </w:p>
    <w:p>
      <w:pPr>
        <w:spacing w:after="80"/>
      </w:pPr>
      <w:r>
        <w:rPr>
          <w:b w:val="0"/>
          <w:i w:val="0"/>
        </w:rPr>
        <w:t>Thay vào đó, hãy xem xét vấn đề chưa được giải quyết sẽ ảnh hưởng thế nào đến con người, hoạt động, tài chính và sứ mệnh của khách hàng. Cái nhìn của bạn về tương lai nên đưa ra lập luận cho sự thay đổi mà bạn đã xây dựng suốt quá trình bán hàng. Bạn đang tóm tắt các cuộc trò chuyện trước đó với khách hàng khi bạn hỏi: “Tại sao lại là dự án này, và tại sao lại là bây giờ?” Hãy chắc chắn dừng lại để thảo luận với khán giả. Mục tiêu của bạn là xây dựng sự đồng thuận cho hành động, và bạn sẽ cản trở tiến trình đó nếu bạn bỏ lại mọi người phía sau. Hãy cho họ cơ hội nêu lên những thắc mắc của mình và giúp họ đi đến kết luận mà bạn tin là có lợi cho họ.</w:t>
      </w:r>
    </w:p>
    <w:p>
      <w:pPr>
        <w:pStyle w:val="Heading1"/>
      </w:pPr>
      <w:r>
        <w:rPr>
          <w:rFonts w:ascii="Calibri" w:hAnsi="Calibri"/>
          <w:b/>
          <w:i w:val="0"/>
          <w:sz w:val="40"/>
        </w:rPr>
        <w:t>Cảm xúc ở đâu?</w:t>
      </w:r>
    </w:p>
    <w:p>
      <w:pPr>
        <w:spacing w:after="80"/>
      </w:pPr>
      <w:r>
        <w:rPr>
          <w:b w:val="0"/>
          <w:i w:val="0"/>
        </w:rPr>
        <w:t xml:space="preserve">Khi bạn trình bày câu chuyện mình đã xây dựng về vấn đề và những hệ quả của nó, đừng quên tầm quan trọng của việc khơi gợi cảm xúc nơi người nghe, vì cảm xúc cũng góp phần vào việc ra quyết định, giống như lý trí và logic vậy. Trong cuốn sách </w:t>
      </w:r>
      <w:r>
        <w:rPr>
          <w:b w:val="0"/>
          <w:i/>
        </w:rPr>
        <w:t>Think Again</w:t>
      </w:r>
      <w:r>
        <w:rPr>
          <w:b w:val="0"/>
          <w:i w:val="0"/>
        </w:rPr>
        <w:t>, các tác giả chỉ ra rằng: "Cảm xúc và nhận thức dường như tác động đến hành vi của chúng ta thông qua những hệ thống và quá trình khác nhau, và theo những cách rất khác nhau. Cảm xúc mang tính nguyên sơ hơn. Chúng cung cấp những động lực thúc đẩy chúng ta."</w:t>
      </w:r>
    </w:p>
    <w:p>
      <w:pPr>
        <w:pStyle w:val="Heading3"/>
      </w:pPr>
      <w:r>
        <w:rPr>
          <w:rFonts w:ascii="Calibri" w:hAnsi="Calibri"/>
          <w:b/>
          <w:i w:val="0"/>
          <w:sz w:val="26"/>
        </w:rPr>
        <w:t>Viên gạch #3: Các lựa chọn thay thế</w:t>
      </w:r>
    </w:p>
    <w:p>
      <w:pPr>
        <w:spacing w:after="80"/>
      </w:pPr>
      <w:r>
        <w:rPr>
          <w:b w:val="0"/>
          <w:i w:val="0"/>
        </w:rPr>
        <w:t xml:space="preserve">Trước khi quyết định mua nho tươi ở cửa hàng tạp hóa gần nhà, hầu hết mọi người đều nếm thử một hai quả nho. Cho dù người quản lý quầy rau củ có hàn kín các túi nho lại đi chăng nữa, </w:t>
      </w:r>
      <w:r>
        <w:rPr>
          <w:b w:val="0"/>
          <w:i/>
        </w:rPr>
        <w:t>ai đó</w:t>
      </w:r>
      <w:r>
        <w:rPr>
          <w:b w:val="0"/>
          <w:i w:val="0"/>
        </w:rPr>
        <w:t xml:space="preserve"> vẫn sẽ mở một túi ra và nếm thử nho. Một người bán hàng sáng suốt đã từ bỏ việc cố ngăn chặn hành vi này. Cô đặt một tấm biển bên cạnh khay nho ghi rằng "Hãy thử tôi đi!" Người bán hàng đang cho mọi người biết rằng hành vi của họ hoàn toàn ổn.</w:t>
      </w:r>
    </w:p>
    <w:p>
      <w:pPr>
        <w:spacing w:after="80"/>
      </w:pPr>
      <w:r>
        <w:rPr>
          <w:b w:val="0"/>
          <w:i w:val="0"/>
        </w:rPr>
        <w:t>Người bán dịch vụ có thể học được điều gì đó từ người quản lý quầy rau củ đó: Hãy thừa nhận rằng người mua của bạn có nhiều lựa chọn, và hãy tạo điều kiện dễ dàng để thảo luận về những lựa chọn đó. Thay vì chỉ trình bày những gì bạn cung cấp, hãy nói chuyện cởi mở về các lựa chọn thay thế. Khách hàng không mong bạn bán một giải pháp nào khác ngoài giải pháp của bạn. Nhưng bạn sẽ làm cho lập luận của mình mạnh mẽ hơn nếu bạn tìm hiểu về các lựa chọn thay thế, kể cả một số lựa chọn mà bạn không cung cấp.</w:t>
      </w:r>
    </w:p>
    <w:p>
      <w:pPr>
        <w:spacing w:after="80"/>
      </w:pPr>
      <w:r>
        <w:rPr>
          <w:b w:val="0"/>
          <w:i w:val="0"/>
        </w:rPr>
        <w:t>Khi xem xét các lựa chọn thay thế, hãy bắt đầu với phương án không làm gì cả. Nghĩa là, khách hàng có thể chỉ giữ nguyên hiện trạng. Nếu bạn đã đạt được sự đồng thuận với người nghe về những hệ quả của vấn đề, thì phần thảo luận này sẽ ngắn gọn thôi. Tuy nhiên, khá phổ biến khi có một số khách hàng tin rằng không làm gì cả mới là hướng đi đúng. Vậy nên hãy đưa lựa chọn thay thế này ra và tìm hiểu xem mỗi người đứng ở đâu.</w:t>
      </w:r>
    </w:p>
    <w:p>
      <w:pPr>
        <w:spacing w:after="80"/>
      </w:pPr>
      <w:r>
        <w:rPr>
          <w:b w:val="0"/>
          <w:i w:val="0"/>
        </w:rPr>
        <w:t>Sau khi đã xem xét phương án không làm gì cả, đã đến lúc nói về những ý tưởng giải pháp của bạn. Giả sử rằng có ai đó trong phòng, tốt nhất là một hoặc nhiều lãnh đạo của khách hàng, biết chính xác bạn sắp nói gì, nên sẽ không có bất ngờ nào cả. Nhưng trừ khi bạn đã thống nhất điều gì khác, hãy chuẩn bị trình bày một vài cách tiếp cận thay thế để khách hàng có thể lựa chọn. Hầu hết người mua đều muốn có các phương án để xử lý vấn đề. Cách tiếp cận độc nhất, kiểu "thích thì lấy không thì thôi" sẽ khiến nhiều người mua quay lưng.</w:t>
      </w:r>
    </w:p>
    <w:p>
      <w:pPr>
        <w:spacing w:after="80"/>
      </w:pPr>
      <w:r>
        <w:rPr>
          <w:b w:val="0"/>
          <w:i w:val="0"/>
        </w:rPr>
        <w:t>Hãy điểm qua kế hoạch mà bạn và những người đối tác phía khách hàng tin rằng sẽ hiệu quả nhất. Nhưng đừng dừng lại ở đó. Hãy chỉ ra ít nhất một cách khác để giải quyết vấn đề, có thể với một cách tiếp cận khác. Khi bạn chỉ ra nhiều con đường khác nhau để đi đến giải pháp, bạn thể hiện cam kết của mình với lợi ích của khách hàng. Hãy nhấn mạnh ưu điểm và nhược điểm của các lựa chọn thay thế một cách thuyết phục nhưng vẫn khách quan. Khuyến khích việc xem xét từng lựa chọn thay thế nhằm xây dựng sự ủng hộ cho phương án hợp lý nhất với khách hàng. Hãy nhớ rằng, bạn muốn giúp người mua đưa ra quyết định tốt nhất có thể.</w:t>
      </w:r>
    </w:p>
    <w:p>
      <w:pPr>
        <w:spacing w:after="80"/>
      </w:pPr>
      <w:r>
        <w:rPr>
          <w:b w:val="0"/>
          <w:i w:val="0"/>
        </w:rPr>
        <w:t>Là lựa chọn thay thế cuối cùng, bạn nên đề cập rằng khách hàng của bạn có thể chọn một nhà cung cấp dịch vụ khác. Bạn sẽ không thể (và cũng không nên) bình luận chi tiết về việc người khác có thể giúp như thế nào. Tuy vậy, bạn có thể nhắc đến việc có những người khác mà họ có thể muốn cân nhắc. Điều này giống như tấm biển "Hãy thử tôi đi!" trên khay nho vậy. Rất có khả năng khách hàng của bạn cũng đang nói chuyện với những người khác, vậy tại sao không thừa nhận điều đó?</w:t>
      </w:r>
    </w:p>
    <w:p>
      <w:pPr>
        <w:spacing w:after="80"/>
      </w:pPr>
      <w:r>
        <w:rPr>
          <w:b w:val="0"/>
          <w:i w:val="0"/>
        </w:rPr>
        <w:t>Bằng cách dẫn dắt khán giả đi qua các lựa chọn, bạn cho mọi người cơ hội để lắng nghe, đánh giá và quyết định riêng về khía cạnh này của quyết định. Trong phần này của cuộc họp, bạn sẽ muốn lắng nghe ý kiến của mọi người về các lựa chọn thay thế và đi đến thống nhất rằng bạn đã xác định được một giải pháp khả thi.</w:t>
      </w:r>
    </w:p>
    <w:p>
      <w:pPr>
        <w:pStyle w:val="Heading3"/>
      </w:pPr>
      <w:r>
        <w:rPr>
          <w:rFonts w:ascii="Calibri" w:hAnsi="Calibri"/>
          <w:b/>
          <w:i w:val="0"/>
          <w:sz w:val="26"/>
        </w:rPr>
        <w:t>Viên gạch #4: Giải pháp bạn đề xuất</w:t>
      </w:r>
    </w:p>
    <w:p>
      <w:pPr>
        <w:spacing w:after="80"/>
      </w:pPr>
      <w:r>
        <w:rPr>
          <w:b w:val="0"/>
          <w:i w:val="0"/>
        </w:rPr>
        <w:t>Sau khi đã dẫn khán giả đi qua các lựa chọn thay thế, hãy quay lại với giải pháp bạn đề xuất. Đi vào chi tiết hơn, bao gồm cả những đánh đổi, theo cách bạn nhìn nhận, đi kèm với giải pháp này. Nhấn mạnh giá trị cụ thể mà người mua có thể mong đợi và những gì cần có để đạt được nó. Điểm lại cách tiếp cận bạn dự định sử dụng và cách bạn sẽ làm việc với khách hàng. Kiểm tra xem người nghe có đồng thuận với kế hoạch của bạn không.</w:t>
      </w:r>
    </w:p>
    <w:p>
      <w:pPr>
        <w:spacing w:after="80"/>
      </w:pPr>
      <w:r>
        <w:rPr>
          <w:b w:val="0"/>
          <w:i w:val="0"/>
        </w:rPr>
        <w:t>Nếu bạn đúng về những gì mình đang đề xuất, logic trong bài trình bày của bạn sẽ dẫn đến một kết luận tất yếu. Hãy giúp người mua hiểu, từng bước một, về tình huống, lý do cần thay đổi, các lựa chọn thay thế và giải pháp. Nhiều người bán vội vàng lướt qua những phần đầu của bài trình bày để đi đến phần giải pháp. Họ mặc nhiên cho rằng người mua đã biết hết mọi thứ ở giữa. Họ có thể biết là có vấn đề, nhưng công việc của bạn là làm cho nó sống động, ngay tại thời điểm đó, để họ hiểu chính xác mình cần làm gì và vì sao.</w:t>
      </w:r>
    </w:p>
    <w:p>
      <w:pPr>
        <w:pStyle w:val="Heading1"/>
      </w:pPr>
      <w:r>
        <w:rPr>
          <w:rFonts w:ascii="Calibri" w:hAnsi="Calibri"/>
          <w:b/>
          <w:i w:val="0"/>
          <w:sz w:val="40"/>
        </w:rPr>
        <w:t>Hãy quay video chính mình</w:t>
      </w:r>
    </w:p>
    <w:p>
      <w:pPr>
        <w:spacing w:after="80"/>
      </w:pPr>
      <w:r>
        <w:rPr>
          <w:b w:val="0"/>
          <w:i w:val="0"/>
        </w:rPr>
        <w:t>Những người giao tiếp hàng đầu không bao giờ ngừng cải thiện kỹ năng của mình. Họ dùng phản hồi từ video để tự đánh giá tác động của mình lên người khác. Các công cụ để ghi lại những buổi luyện tập trình bày của bạn thì luôn sẵn có. Dù xem lại video có thể không hề dễ chịu chút nào, bạn sẽ nhận được phản hồi mang tính hướng dẫn về giọng nói, điệu bộ, sự hiện diện, nội dung và phong cách trình bày của mình. Sau vài buổi, bạn sẽ tìm ra những cách cụ thể để cải thiện khả năng giao tiếp bằng lời của mình. Các huấn luyện viên nói thường dùng phản hồi từ video trong các chương trình của họ. Hãy chắc chắn rằng bất kỳ huấn luyện viên nói nào bạn thuê đều có khả năng đó.</w:t>
      </w:r>
    </w:p>
    <w:p>
      <w:pPr>
        <w:pStyle w:val="Heading3"/>
      </w:pPr>
      <w:r>
        <w:rPr>
          <w:rFonts w:ascii="Calibri" w:hAnsi="Calibri"/>
          <w:b/>
          <w:i w:val="0"/>
          <w:sz w:val="26"/>
        </w:rPr>
        <w:t>Viên gạch #5: Vì sao là bạn?</w:t>
      </w:r>
    </w:p>
    <w:p>
      <w:pPr>
        <w:spacing w:after="80"/>
      </w:pPr>
      <w:r>
        <w:rPr>
          <w:b w:val="0"/>
          <w:i w:val="0"/>
        </w:rPr>
        <w:t>Giờ là lúc bạn nói về bản thân và công ty mình. Nhưng hãy để dành những chi tiết về nền tảng công ty đến cuối bài trình bày. Tập trung vào mối liên hệ giữa vấn đề của khách hàng và chuyên môn của bạn. Dù kinh nghiệm của bạn có thể rộng hơn nhiều, hãy chỉ nói về khả năng giải quyết vấn đề cụ thể này. Bạn sẽ không thuyết phục được phần lớn người mua bằng phương pháp luận, sự hiện diện toàn cầu, hay cam kết của bạn với ngành nếu không có một mối liên hệ rõ ràng giữa vấn đề của họ và năng lực của bạn.</w:t>
      </w:r>
    </w:p>
    <w:p>
      <w:pPr>
        <w:spacing w:after="80"/>
      </w:pPr>
      <w:r>
        <w:rPr>
          <w:b w:val="0"/>
          <w:i w:val="0"/>
        </w:rPr>
        <w:t>Khi đã truyền đạt được điểm đó, bạn có thể đưa ra vài nhận xét về toàn bộ chiều sâu kinh nghiệm bạn mang đến cho dự án. Hẳn nhiên, đề xuất của bạn sẽ đề cập chủ đề này dài hơn nhiều. Vậy nên, trong một bài trình bày, hãy giới hạn ở những gì bạn cho là ba sự thật quan trọng nhất về bạn, đội ngũ của bạn và công ty bạn.</w:t>
      </w:r>
    </w:p>
    <w:p>
      <w:pPr>
        <w:spacing w:after="80"/>
      </w:pPr>
      <w:r>
        <w:rPr>
          <w:b w:val="0"/>
          <w:i w:val="0"/>
        </w:rPr>
        <w:t>Bằng cách chia nhỏ thông điệp của mình, bạn giúp người mua tiếp thu thông tin theo cách dễ hiểu nhất. Khi chuẩn bị bài trình bày, hãy phác thảo logic của tất cả kết luận của bạn. Dẫn dắt người nghe qua logic đó theo từng bước, kỹ lưỡng và có phương pháp, với một loạt sự kiện, câu chuyện và thông tin hỗ trợ.</w:t>
      </w:r>
    </w:p>
    <w:p>
      <w:pPr>
        <w:pStyle w:val="Heading2"/>
      </w:pPr>
      <w:r>
        <w:rPr>
          <w:rFonts w:ascii="Calibri" w:hAnsi="Calibri"/>
          <w:b/>
          <w:i w:val="0"/>
          <w:sz w:val="32"/>
        </w:rPr>
        <w:t xml:space="preserve"> Mẹo 4: Chuẩn bị để trả lời những người chỉ trích khó nhằn nhất </w:t>
      </w:r>
    </w:p>
    <w:p>
      <w:pPr>
        <w:spacing w:after="80"/>
      </w:pPr>
      <w:r>
        <w:rPr>
          <w:b w:val="0"/>
          <w:i w:val="0"/>
        </w:rPr>
        <w:t>Ai cũng xử lý được những câu hỏi dễ về năng lực và nội dung của một đề xuất. Để cải thiện câu trả lời cho những câu dễ và xử lý khéo léo những câu khó, hãy chắc chắn luyện tập cho những câu hỏi khó nhất mà người mua có thể ném vào bạn. Khán giả của bạn sẽ gồm cả người ủng hộ lẫn người phản đối, dù danh tính của từng người có thể không rõ ràng khi bạn bắt đầu cuộc họp. Và ít nhất một trong những người phản đối đó (chính là người hay lên tiếng) sẽ hỏi đúng câu hỏi mà bạn hy vọng mình không phải trả lời. Hãy chuẩn bị cho tình huống này bằng cách liệt kê 10 câu hỏi bạn không muốn trả lời, rồi quyết định cách xử lý từng câu.</w:t>
      </w:r>
    </w:p>
    <w:p>
      <w:pPr>
        <w:spacing w:after="80"/>
      </w:pPr>
      <w:r>
        <w:rPr>
          <w:b w:val="0"/>
          <w:i w:val="0"/>
        </w:rPr>
        <w:t>Đây là ba câu để bắt đầu mà bạn nên đưa vào danh sách của mình.</w:t>
      </w:r>
    </w:p>
    <w:p>
      <w:pPr>
        <w:pStyle w:val="Heading3"/>
      </w:pPr>
      <w:r>
        <w:rPr>
          <w:rFonts w:ascii="Calibri" w:hAnsi="Calibri"/>
          <w:b/>
          <w:i w:val="0"/>
          <w:sz w:val="26"/>
        </w:rPr>
        <w:t>Bạn lấy con số đó từ đâu?</w:t>
      </w:r>
    </w:p>
    <w:p>
      <w:pPr>
        <w:spacing w:after="80"/>
      </w:pPr>
      <w:r>
        <w:rPr>
          <w:b/>
          <w:i w:val="0"/>
        </w:rPr>
        <w:t>KHÁCH HÀNG</w:t>
      </w:r>
      <w:r>
        <w:rPr>
          <w:b w:val="0"/>
          <w:i w:val="0"/>
        </w:rPr>
        <w:t>: Bạn lấy con số làm thêm giờ đó cho nhóm vận tải từ đâu?</w:t>
      </w:r>
    </w:p>
    <w:p>
      <w:pPr>
        <w:spacing w:after="80"/>
      </w:pPr>
      <w:r>
        <w:rPr>
          <w:b/>
          <w:i w:val="0"/>
        </w:rPr>
        <w:t>NGƯỜI BÁN:</w:t>
      </w:r>
      <w:r>
        <w:rPr>
          <w:b w:val="0"/>
          <w:i w:val="0"/>
        </w:rPr>
        <w:t xml:space="preserve"> Con số đó đến từ sổ cái chung của công ty bạn.</w:t>
      </w:r>
    </w:p>
    <w:p>
      <w:pPr>
        <w:spacing w:after="80"/>
      </w:pPr>
      <w:r>
        <w:rPr>
          <w:b/>
          <w:i w:val="0"/>
        </w:rPr>
        <w:t>KHÁCH HÀNG:</w:t>
      </w:r>
      <w:r>
        <w:rPr>
          <w:b w:val="0"/>
          <w:i w:val="0"/>
        </w:rPr>
        <w:t xml:space="preserve"> Được, nhưng làm thêm giờ mang tính thời vụ. Nó tăng mỗi năm vào đúng thời điểm bạn đang thể hiện. Nó có thể dự đoán được và khó có thể quy cho nguyên nhân mà bạn đã gợi ý.</w:t>
      </w:r>
    </w:p>
    <w:p>
      <w:pPr>
        <w:spacing w:after="80"/>
      </w:pPr>
      <w:r>
        <w:rPr>
          <w:b/>
          <w:i w:val="0"/>
        </w:rPr>
        <w:t>NGƯỜI BÁN:</w:t>
      </w:r>
      <w:r>
        <w:rPr>
          <w:b w:val="0"/>
          <w:i w:val="0"/>
        </w:rPr>
        <w:t xml:space="preserve"> Bạn đúng về tính thời vụ. Để chắc chắn về cách hiểu của mình, chúng tôi đã tiến hành một phân tích và phát hiện rằng chi phí làm thêm giờ tăng lên mức cao hơn nhiều so với chuẩn mực lịch sử trong giai đoạn này. Chúng tôi đã xem xét xu hướng này với kiểm soát viên tài chính của công ty và giám đốc vận tải và nhận được sự đảm bảo về tính xác thực của nó. Nếu bạn cho rằng nó cần được điều chỉnh, chúng ta chắc chắn có thể bàn ngay bây giờ, hoặc có thể thảo luận dữ liệu sau khi kết thúc cuộc họp này.</w:t>
      </w:r>
    </w:p>
    <w:p>
      <w:pPr>
        <w:spacing w:after="80"/>
      </w:pPr>
      <w:r>
        <w:rPr>
          <w:b w:val="0"/>
          <w:i w:val="0"/>
        </w:rPr>
        <w:t>Tất nhiên, bạn sẽ đã thu thập nguồn và kiểm tra các sự kiện cho đề xuất của mình, nhưng hãy chắc chắn kiểm tra lại chúng trước buổi trình bày để tránh tự làm mình bẽ mặt trước người mua. Và luôn xác minh tính liên quan và ý nghĩa của dữ liệu với một người am hiểu trong tổ chức của người mua.</w:t>
      </w:r>
    </w:p>
    <w:p>
      <w:pPr>
        <w:spacing w:after="80"/>
      </w:pPr>
      <w:r>
        <w:rPr>
          <w:b w:val="0"/>
          <w:i w:val="0"/>
        </w:rPr>
        <w:t xml:space="preserve">Tranh luận với khách hàng về kết luận của bạn là một chuyện, và trong một số tình huống điều đó thậm chí có thể lành mạnh. Nhưng bạn </w:t>
      </w:r>
      <w:r>
        <w:rPr>
          <w:b w:val="0"/>
          <w:i/>
        </w:rPr>
        <w:t>không</w:t>
      </w:r>
      <w:r>
        <w:rPr>
          <w:b w:val="0"/>
          <w:i w:val="0"/>
        </w:rPr>
        <w:t xml:space="preserve"> muốn tranh cãi về các sự kiện, vì chúng là nền tảng cho giải pháp bạn đề xuất. Một khi các sự kiện bị tranh chấp, bạn sẽ khó đưa cuộc thảo luận nghiêm túc trở lại giải pháp đó. Hãy thử soi lỗ hổng trong các sự kiện của mình trước khi bắt đầu bài trình bày. Hãy chắc chắn mọi sự kiện đều đứng vững trước sự xem xét kỹ lưỡng và góp phần vào lập luận của bạn. Nếu không, hãy bỏ nó đi. Không có lý do gì để đánh đổi toàn bộ thương vụ chỉ vì một điểm bị tranh chấp.</w:t>
      </w:r>
    </w:p>
    <w:p>
      <w:pPr>
        <w:pStyle w:val="Heading3"/>
      </w:pPr>
      <w:r>
        <w:rPr>
          <w:rFonts w:ascii="Calibri" w:hAnsi="Calibri"/>
          <w:b/>
          <w:i w:val="0"/>
          <w:sz w:val="26"/>
        </w:rPr>
        <w:t>Bạn có thể cho chúng tôi ba lý do vì sao bạn tốt hơn các đối thủ cạnh tranh không?</w:t>
      </w:r>
    </w:p>
    <w:p>
      <w:pPr>
        <w:spacing w:after="80"/>
      </w:pPr>
      <w:r>
        <w:rPr>
          <w:b w:val="0"/>
          <w:i w:val="0"/>
        </w:rPr>
        <w:t>Đây có vẻ là một câu hỏi dễ. Nếu bạn chọn trả lời đúng như đã nêu, bạn sẽ thể hiện sự thiên vị của mình và, trong một số trường hợp, cả sự thiếu hiểu biết. Một điều là, trừ khi bạn vừa mới làm việc cho một đối thủ gần đây, bạn không biết đối thủ đang cung cấp gì, cũng không thực sự là chuyên gia về điểm mạnh và điểm yếu của đối thủ. Chắc chắn, bạn đã thấy một số thông tin tình báo cạnh tranh cho thấy công ty bạn tốt hơn phần còn lại. Nhưng đó không phải sự thật, chỉ là dữ kiện. Và bạn không biết khán giả của mình cảm nhận thế nào về các đối thủ của bạn. Có thể người hỏi có thiện cảm với một đối thủ hoặc là cựu nhân viên của công ty đó. Dù thế nào, bạn cũng không thể thắng bằng cách trả lời câu hỏi này.</w:t>
      </w:r>
    </w:p>
    <w:p>
      <w:pPr>
        <w:spacing w:after="80"/>
      </w:pPr>
      <w:r>
        <w:rPr>
          <w:b/>
          <w:i w:val="0"/>
        </w:rPr>
        <w:t>KHÁCH HÀNG:</w:t>
      </w:r>
      <w:r>
        <w:rPr>
          <w:b w:val="0"/>
          <w:i w:val="0"/>
        </w:rPr>
        <w:t xml:space="preserve"> Cho chúng tôi ba lý do vì sao công ty bạn vượt trội hơn các đối thủ cạnh tranh.</w:t>
      </w:r>
    </w:p>
    <w:p>
      <w:pPr>
        <w:spacing w:after="80"/>
      </w:pPr>
      <w:r>
        <w:rPr>
          <w:b/>
          <w:i w:val="0"/>
        </w:rPr>
        <w:t>NGƯỜI BÁN:</w:t>
      </w:r>
      <w:r>
        <w:rPr>
          <w:b w:val="0"/>
          <w:i w:val="0"/>
        </w:rPr>
        <w:t xml:space="preserve"> Tôi rất muốn làm điều đó, nhưng e rằng tôi không biết đủ để đưa ra đánh giá chính xác. Tôi biết rằng các đối thủ cạnh tranh hàng đầu của tôi đều có uy tín và có đội ngũ giỏi, nhưng tôi không thể nói họ sẽ phục vụ bạn tốt đến mức nào. Tôi biết rõ công ty mình có thể làm gì và sẵn sàng trình bày những năng lực đó, nếu bạn muốn.</w:t>
      </w:r>
    </w:p>
    <w:p>
      <w:pPr>
        <w:spacing w:after="80"/>
      </w:pPr>
      <w:r>
        <w:rPr>
          <w:b w:val="0"/>
          <w:i w:val="0"/>
        </w:rPr>
        <w:t>Bạn sẽ không ghi điểm bằng cách dìm hàng đối thủ, nên hãy kìm nén mong muốn đó lại. Không chỉ thể hiện sự chuyên nghiệp của bạn, việc kiềm chế còn tránh chỉ trích gián tiếp quyết định của người mua khi họ đánh giá—và có thể là thuê—một đối thủ cạnh tranh. Tôn trọng phán đoán của người mua, dù bạn có đồng ý hay không, có thể rất quan trọng cho mối quan hệ về sau.</w:t>
      </w:r>
    </w:p>
    <w:p>
      <w:pPr>
        <w:pStyle w:val="Heading3"/>
      </w:pPr>
      <w:r>
        <w:rPr>
          <w:rFonts w:ascii="Calibri" w:hAnsi="Calibri"/>
          <w:b/>
          <w:i w:val="0"/>
          <w:sz w:val="26"/>
        </w:rPr>
        <w:t>Tại sao</w:t>
      </w:r>
      <w:r>
        <w:rPr>
          <w:rFonts w:ascii="Calibri" w:hAnsi="Calibri"/>
          <w:b/>
          <w:i w:val="0"/>
          <w:sz w:val="26"/>
        </w:rPr>
        <w:t xml:space="preserve"> </w:t>
      </w:r>
      <w:r>
        <w:rPr>
          <w:rFonts w:ascii="Calibri" w:hAnsi="Calibri"/>
          <w:b/>
          <w:i/>
          <w:sz w:val="26"/>
        </w:rPr>
        <w:t>Chúng tôi không nên</w:t>
      </w:r>
      <w:r>
        <w:rPr>
          <w:rFonts w:ascii="Calibri" w:hAnsi="Calibri"/>
          <w:b/>
          <w:i w:val="0"/>
          <w:sz w:val="26"/>
        </w:rPr>
        <w:t xml:space="preserve"> </w:t>
      </w:r>
      <w:r>
        <w:rPr>
          <w:rFonts w:ascii="Calibri" w:hAnsi="Calibri"/>
          <w:b/>
          <w:i w:val="0"/>
          <w:sz w:val="26"/>
        </w:rPr>
        <w:t>thuê bạn?</w:t>
      </w:r>
    </w:p>
    <w:p>
      <w:pPr>
        <w:spacing w:after="80"/>
      </w:pPr>
      <w:r>
        <w:rPr>
          <w:b w:val="0"/>
          <w:i w:val="0"/>
        </w:rPr>
        <w:t>Câu hỏi này rõ ràng đang câu dẫn bạn thừa nhận những điểm yếu của mình trong công việc. Đừng để bụng, và cũng đừng cảm thấy buộc phải phơi bày những chuyện xấu hổ của mình. Hãy định hình câu trả lời bằng một cuộc thảo luận trung thực về những đánh đổi trong đề xuất bán hàng của bạn. Nhưng hãy bắt đầu bằng một khẳng định đầy tự tin rằng bạn tin không có lý do gì để khách hàng không thuê bạn. Sau đó đặt một hai câu hỏi của riêng bạn để xem liệu có mối lo cụ thể nào đang dẫn dắt mạch câu hỏi này hay chỉ là phần thường lệ.</w:t>
      </w:r>
    </w:p>
    <w:p>
      <w:pPr>
        <w:spacing w:after="80"/>
      </w:pPr>
      <w:r>
        <w:rPr>
          <w:b w:val="0"/>
          <w:i w:val="0"/>
        </w:rPr>
        <w:t>Người đặt câu hỏi nghĩ điều gì có thể sai? Nếu lo lắng của người đó là, ví dụ, khả năng mất khách hàng do sáng kiến này, hãy nói về cách chiến lược của bạn giải quyết vấn đề đó. Hãy cụ thể về việc bạn đã cân nhắc từng lĩnh vực lo ngại và xây dựng kế hoạch để xử lý nó như thế nào. Xem lại các giả định của bạn và tìm sự đồng thuận rằng những bước bạn đề xuất sẽ giải quyết được mối lo đó.</w:t>
      </w:r>
    </w:p>
    <w:p>
      <w:pPr>
        <w:spacing w:after="80"/>
      </w:pPr>
      <w:r>
        <w:rPr>
          <w:b w:val="0"/>
          <w:i w:val="0"/>
        </w:rPr>
        <w:t>Hy vọng rằng bạn đã xây dựng đề xuất của mình cùng với những người khác trong tổ chức khách hàng. Đừng ngần ngại nhờ một trong số họ lên tiếng ủng hộ quan điểm của bạn. Những người liên hệ với khách hàng thường là người ủng hộ tốt nhất của bạn, nên hãy dùng họ như một nguồn lực khi bạn rơi vào tình huống khó khăn.</w:t>
      </w:r>
    </w:p>
    <w:p>
      <w:pPr>
        <w:spacing w:after="80"/>
      </w:pPr>
      <w:r>
        <w:rPr>
          <w:b w:val="0"/>
          <w:i w:val="0"/>
        </w:rPr>
        <w:t>Một lần nữa, đừng né tránh việc thách thức hàm ý của câu hỏi rằng có lý do để không thuê bạn. Tất nhiên, nếu có những vấn đề công khai có thể gây rắc rối, như một vụ sáp nhập đang chờ xử lý hay vấn đề tài chính, hãy cố đưa những vấn đề đó ra bàn. Khách hàng có lẽ đã biết về những chuyện như vậy và có ý kiến riêng. Bạn có thể thêm góc nhìn của mình, và điều đó có thể thay đổi suy nghĩ của người nghe về tác động tiềm tàng của những diễn biến đó.</w:t>
      </w:r>
    </w:p>
    <w:p>
      <w:pPr>
        <w:spacing w:after="80"/>
      </w:pPr>
      <w:r>
        <w:rPr>
          <w:b w:val="0"/>
          <w:i w:val="0"/>
        </w:rPr>
        <w:t xml:space="preserve">Hầu hết người bán đều có thể lập luận mạnh mẽ khi các câu hỏi không gây tranh cãi, chẳng hạn như về hiểu biết của bạn về tình huống, giá trị đề xuất của bạn, và năng lực của bạn. Bạn sẽ làm </w:t>
      </w:r>
      <w:r>
        <w:rPr>
          <w:b w:val="0"/>
          <w:i/>
        </w:rPr>
        <w:t>tất cả</w:t>
      </w:r>
      <w:r>
        <w:rPr>
          <w:b w:val="0"/>
          <w:i w:val="0"/>
        </w:rPr>
        <w:t xml:space="preserve"> câu trả lời của mình sắc bén hơn bằng cách xử lý 10 câu hỏi mà bạn không bao giờ muốn trả lời. Hãy soạn và luyện tập những câu trả lời trung thực, không tô vẽ, và có thể bảo vệ được. Nếu ai đó trong khán giả hỏi bạn về một thất bại trong quá khứ, hãy thừa nhận. Bạn càng né tránh câu hỏi khó, chúng sẽ càng khó hơn. Có thể bạn sẽ không bao giờ nghe bất kỳ câu nào trong 10 câu hỏi bạn chuẩn bị, nhưng bài tập này sẽ làm cho phần trình bày của bạn tự tin và thuyết phục hơn.</w:t>
      </w:r>
    </w:p>
    <w:p>
      <w:pPr>
        <w:pStyle w:val="Heading1"/>
      </w:pPr>
      <w:r>
        <w:rPr>
          <w:rFonts w:ascii="Calibri" w:hAnsi="Calibri"/>
          <w:b/>
          <w:i w:val="0"/>
          <w:sz w:val="40"/>
        </w:rPr>
        <w:t>Gợi ý cho các cuộc gọi hội nghị và thuyết trình qua web</w:t>
      </w:r>
    </w:p>
    <w:p>
      <w:pPr>
        <w:spacing w:after="80"/>
      </w:pPr>
      <w:r>
        <w:rPr>
          <w:b w:val="0"/>
          <w:i w:val="0"/>
        </w:rPr>
        <w:t>Nhiều người bán cung cấp webcast (hoặc webinar) và hội nghị qua điện thoại để khẳng định uy tín của mình, phỏng vấn khách hàng, và thảo luận đề xuất của họ. Trừ khi bạn có công nghệ video trực tiếp đa chiều, những cuộc họp này đặc biệt khó khăn vì bạn không thể đánh giá mình đang truyền đạt như thế nào. Tệ hơn nữa, người tham gia có thể đang làm nhiều việc cùng lúc, nên họ chỉ nghe bạn bằng một tai.</w:t>
      </w:r>
    </w:p>
    <w:p>
      <w:pPr>
        <w:spacing w:after="80"/>
      </w:pPr>
      <w:r>
        <w:rPr>
          <w:b w:val="0"/>
          <w:i w:val="0"/>
        </w:rPr>
        <w:t>Việc thiếu phản hồi từ khán giả đòi hỏi bạn phải luyện tập nhiều hơn bạn tưởng. Bạn không muốn dừng lại ở các khái niệm sau khi khán giả đã hiểu rồi. Đồng thời, bạn cần giải thích các slide phức tạp cẩn thận hơn so với khi có khán giả ngồi trước mặt. Đừng ngại sử dụng sự im lặng. Ngừng nói một lát sau những ý chính để chúng thấm vào. Nhưng đừng lạm dụng. Luyện tập sẽ giúp bạn xác định mức độ giải thích và im lặng là đủ.</w:t>
      </w:r>
    </w:p>
    <w:p>
      <w:pPr>
        <w:spacing w:after="80"/>
      </w:pPr>
      <w:r>
        <w:rPr>
          <w:b w:val="0"/>
          <w:i w:val="0"/>
        </w:rPr>
        <w:t>Để chống lại cảm giác như đang nói vào khoảng không, hãy tạo hình ảnh trong đầu về một vài người nghe và nói trực tiếp với họ. Dành nhiều thời gian trong (và sau) phần trình bày của bạn cho câu hỏi và làm rõ.</w:t>
      </w:r>
    </w:p>
    <w:p>
      <w:pPr>
        <w:pStyle w:val="Heading2"/>
      </w:pPr>
      <w:r>
        <w:rPr>
          <w:rFonts w:ascii="Calibri" w:hAnsi="Calibri"/>
          <w:b/>
          <w:i w:val="0"/>
          <w:sz w:val="32"/>
        </w:rPr>
        <w:t xml:space="preserve"> Mẹo 5: Hợp tác trong mọi buổi thuyết trình </w:t>
      </w:r>
    </w:p>
    <w:p>
      <w:pPr>
        <w:spacing w:after="80"/>
      </w:pPr>
      <w:r>
        <w:rPr>
          <w:b w:val="0"/>
          <w:i w:val="0"/>
        </w:rPr>
        <w:t>Mọi buổi thuyết trình bán hàng đều có mặt trái. Bạn sẽ không bao giờ ở trong một căn phòng mà không có người phản đối, và bạn có thể không biết hết những người xuất hiện trong buổi thuyết trình của mình. Bạn sẽ gặp trục trặc kỹ thuật; người ta sẽ ra vào; và bạn sẽ đối mặt với những câu hỏi hóc búa. Bạn có một nhiệm vụ: Truyền đạt quan điểm của mình, tìm sự đồng thuận, và định vị bản thân để giành chiến thắng. Bạn không thể đạt được những mục tiêu đó nếu không có sự giúp đỡ, tốt nhất là từ phía khách hàng.</w:t>
      </w:r>
    </w:p>
    <w:p>
      <w:pPr>
        <w:spacing w:after="80"/>
      </w:pPr>
      <w:r>
        <w:rPr>
          <w:b w:val="0"/>
          <w:i w:val="0"/>
        </w:rPr>
        <w:t>Hợp tác với khách hàng về giải pháp bạn đề xuất nên là một phần không thể thiếu trong quá trình bán hàng, và điều đó bao gồm việc trình bày giải pháp của bạn cho người khác. Không phải lúc nào cũng khả thi, nhưng bạn nên cố gắng lôi kéo người mua vào việc chuẩn bị và trình bày mọi buổi thuyết trình. Hãy tranh thủ ý kiến đóng góp của họ khi xây dựng nội dung, và hỏi ý kiến. Thu thập phản hồi từ càng nhiều nguồn càng tốt. Mục tiêu của bạn là hạn chế những bất ngờ bạn có thể gặp—hoặc có thể tạo ra—trong buổi thuyết trình. Tìm hiểu ai sẽ tham dự buổi thuyết trình của bạn và xác định những điểm gây tranh cãi cần bạn cân nhắc. Nếu bạn không thể tránh việc bước vào hang cọp, thì tốt hơn là biết trước.</w:t>
      </w:r>
    </w:p>
    <w:p>
      <w:pPr>
        <w:spacing w:after="80"/>
      </w:pPr>
      <w:r>
        <w:rPr>
          <w:b w:val="0"/>
          <w:i w:val="0"/>
        </w:rPr>
        <w:t>Việc thay đổi xảy ra vào đêm trước buổi thuyết trình là chuyện hoàn toàn bình thường, nên hãy giữ mọi kênh liên lạc với người mua luôn mở. Đôi khi, chương trình họp của họ thay đổi khi họ nghe những người thuyết trình khác, hoặc họ có thể thay đổi danh sách người tham dự. Có thể đối thủ của bạn thất bại và khách hàng muốn bạn biết nên nhấn mạnh điều gì và nên tránh xa điều gì. Dù thế nào, bạn cần sự hợp tác đó để luôn cập nhật mọi vấn đề có thể ảnh hưởng đến buổi thuyết trình của bạn.</w:t>
      </w:r>
    </w:p>
    <w:p>
      <w:pPr>
        <w:spacing w:after="80"/>
      </w:pPr>
      <w:r>
        <w:rPr>
          <w:b w:val="0"/>
          <w:i w:val="0"/>
        </w:rPr>
        <w:t>Một số khách hàng sẽ không hứng thú (hoặc không có thời gian) để đóng góp thực chất cho bài thuyết trình của bạn. Cứ hỏi họ. Bạn sẽ thể hiện cam kết của mình trong việc tìm ra câu trả lời đúng nhất cho khách hàng, và bạn sẽ tiếp tục xây dựng mối quan hệ.</w:t>
      </w:r>
    </w:p>
    <w:p>
      <w:pPr>
        <w:pStyle w:val="Heading1"/>
      </w:pPr>
      <w:r>
        <w:rPr>
          <w:rFonts w:ascii="Calibri" w:hAnsi="Calibri"/>
          <w:b/>
          <w:i w:val="0"/>
          <w:sz w:val="40"/>
        </w:rPr>
        <w:t>Hỏi để Chốt Đơn</w:t>
      </w:r>
    </w:p>
    <w:p>
      <w:pPr>
        <w:spacing w:after="80"/>
      </w:pPr>
      <w:r>
        <w:rPr>
          <w:b w:val="0"/>
          <w:i w:val="0"/>
        </w:rPr>
        <w:t>Khi bạn kết thúc bài thuyết trình, hãy nói rõ ràng và hỏi để chốt đơn. Một số người bán có nhắc đến mong muốn "được làm việc cùng bạn trong sáng kiến quan trọng này", nhưng không bao giờ hỏi mua. Khách hàng không thể đồng ý nếu bạn không bao giờ đặt câu hỏi.</w:t>
      </w:r>
    </w:p>
    <w:p>
      <w:pPr>
        <w:pStyle w:val="Heading2"/>
      </w:pPr>
      <w:r>
        <w:rPr>
          <w:rFonts w:ascii="Calibri" w:hAnsi="Calibri"/>
          <w:b/>
          <w:i w:val="0"/>
          <w:sz w:val="32"/>
        </w:rPr>
        <w:t xml:space="preserve"> Mẹo 6: Đừng Bao Giờ Thuyết Trình Thứ Hai </w:t>
      </w:r>
    </w:p>
    <w:p>
      <w:pPr>
        <w:spacing w:after="80"/>
      </w:pPr>
      <w:r>
        <w:rPr>
          <w:b w:val="0"/>
          <w:i w:val="0"/>
        </w:rPr>
        <w:t xml:space="preserve">Nếu người mua sẽ nghe nhiều hơn một bài thuyết trình bán hàng, hãy cố chọn </w:t>
      </w:r>
      <w:r>
        <w:rPr>
          <w:b w:val="0"/>
          <w:i/>
        </w:rPr>
        <w:t>thời điểm</w:t>
      </w:r>
      <w:r>
        <w:rPr>
          <w:b w:val="0"/>
          <w:i w:val="0"/>
        </w:rPr>
        <w:t xml:space="preserve"> bạn nói. Thứ tự thuyết trình thực sự tạo ra sự khác biệt trong phản hồi của khán giả. Các nhà nghiên cứu đã nghiên cứu điều này và kết luận rằng, khi người mua nghe bài thuyết trình bán hàng từ nhiều người bán, việc thuyết trình cuối cùng, đặc biệt nếu gần thời điểm người mua ra quyết định, mang lại lợi thế mạnh mẽ. Ý tưởng của bạn có thêm sức ảnh hưởng nhờ "hiệu ứng gần đây" (recency effect), nghĩa là thông tin mọi người nghe sau cùng tạo ấn tượng lớn nhất. Nghiên cứu cũng phát hiện rằng những người bán thuyết trình ở giữa người đầu tiên và người cuối cùng là những người </w:t>
      </w:r>
      <w:r>
        <w:rPr>
          <w:b w:val="0"/>
          <w:i/>
        </w:rPr>
        <w:t>ít</w:t>
      </w:r>
      <w:r>
        <w:rPr>
          <w:b w:val="0"/>
          <w:i w:val="0"/>
        </w:rPr>
        <w:t xml:space="preserve"> có khả năng có lợi thế hơn những người khác nhất. Bất cứ khi nào có thể, hãy tránh trở thành người thuyết trình ở vị trí giữa không đáng nhớ.</w:t>
      </w:r>
    </w:p>
    <w:p>
      <w:pPr>
        <w:spacing w:after="80"/>
      </w:pPr>
      <w:r>
        <w:rPr>
          <w:b w:val="0"/>
          <w:i w:val="0"/>
        </w:rPr>
        <w:t xml:space="preserve">Trong một số tình huống cạnh tranh, bạn có thể xác định được một người dẫn đầu thị trường rõ ràng và một người bán "bắt chước" (me-too), tức là một người có sản phẩm tương tự nhưng ít thị phần hơn. Nếu đúng như vậy, phản ứng của người nghe với thứ tự thuyết trình có thể thay đổi. Người dẫn đầu thị trường vẫn được lợi khi thuyết trình cuối cùng, nhưng cũng được hưởng lợi tương đương khi chiếm vị trí đầu tiên. Khi người dẫn đầu thị trường thuyết trình đầu tiên, họ tận dụng nguyên tắc </w:t>
      </w:r>
      <w:r>
        <w:rPr>
          <w:b w:val="0"/>
          <w:i/>
        </w:rPr>
        <w:t>ưu tiên ban đầu</w:t>
      </w:r>
      <w:r>
        <w:rPr>
          <w:b w:val="0"/>
          <w:i w:val="0"/>
        </w:rPr>
        <w:t xml:space="preserve"> (primacy), vốn dành nhiều sự tin cậy hơn cho thông tin mọi người nghe đầu tiên từ những người bán mà họ </w:t>
      </w:r>
      <w:r>
        <w:rPr>
          <w:b w:val="0"/>
          <w:i/>
        </w:rPr>
        <w:t>đã</w:t>
      </w:r>
      <w:r>
        <w:rPr>
          <w:b w:val="0"/>
          <w:i w:val="0"/>
        </w:rPr>
        <w:t xml:space="preserve"> coi là tốt nhất. Một đối thủ ít tên tuổi hơn không đạt được lợi ích tương tự khi nói đầu tiên.</w:t>
      </w:r>
    </w:p>
    <w:p>
      <w:pPr>
        <w:spacing w:after="80"/>
      </w:pPr>
      <w:r>
        <w:rPr>
          <w:b w:val="0"/>
          <w:i w:val="0"/>
        </w:rPr>
        <w:t>Rõ ràng, nếu bạn chắc chắn mình đại diện cho người dẫn đầu thị trường trong một thương vụ, bạn nên cố thuyết trình cuối cùng hoặc, nếu không được, thì đầu tiên. Dù bạn có phải là người dẫn đầu thị trường hay không, bạn cũng không muốn thuyết trình ở giữa nhóm.</w:t>
      </w:r>
    </w:p>
    <w:p>
      <w:pPr>
        <w:pStyle w:val="Heading2"/>
      </w:pPr>
      <w:r>
        <w:rPr>
          <w:rFonts w:ascii="Calibri" w:hAnsi="Calibri"/>
          <w:b/>
          <w:i w:val="0"/>
          <w:sz w:val="32"/>
        </w:rPr>
        <w:t xml:space="preserve"> Thuyết Trình Là Những Cuộc Trò Chuyện Bán Hàng </w:t>
      </w:r>
    </w:p>
    <w:p>
      <w:pPr>
        <w:spacing w:after="80"/>
      </w:pPr>
      <w:r>
        <w:rPr>
          <w:b w:val="0"/>
          <w:i w:val="0"/>
        </w:rPr>
        <w:t>Mọi người đều bán hàng vào một thời điểm nào đó trong đời. Có thể là bán chính mình trong một buổi phỏng vấn xin việc, hoặc cố thuyết phục vợ/chồng đi nghỉ ở nơi bạn muốn. Nhưng những người bán hàng chuyên nghiệp thì bán hàng và thuyết trình suốt ngày. Mỗi tương tác với người mua đều là một cuộc trò chuyện bán hàng, dù đó là cuộc gặp một-một, một cuộc gọi điện thoại, hay một bài thuyết trình lớn.</w:t>
      </w:r>
    </w:p>
    <w:p>
      <w:pPr>
        <w:spacing w:after="80"/>
      </w:pPr>
      <w:r>
        <w:rPr>
          <w:b w:val="0"/>
          <w:i w:val="0"/>
        </w:rPr>
        <w:t>Bạn có thể là một chuyên gia được công nhận trong lĩnh vực của mình và là người am hiểu về các dịch vụ công ty bạn cung cấp, nhưng tất cả những điều đó sẽ không có ý nghĩa gì nếu bạn không thể làm chủ những cuộc trò chuyện bán hàng diễn ra mỗi ngày. Hãy tận tâm cải thiện khả năng giao tiếp với người mua của bạn—trong mọi bối cảnh. Hãy nhớ rằng, những người khiến kỹ năng này trông dễ dàng nhất thường là những người luyện tập chăm chỉ nhất.</w:t>
      </w:r>
    </w:p>
    <w:p>
      <w:pPr>
        <w:pStyle w:val="Heading1"/>
      </w:pPr>
      <w:r>
        <w:rPr>
          <w:rFonts w:ascii="Calibri" w:hAnsi="Calibri"/>
          <w:b/>
          <w:i w:val="0"/>
          <w:sz w:val="40"/>
        </w:rPr>
        <w:t>CHƯƠNG 11</w:t>
      </w:r>
    </w:p>
    <w:p>
      <w:pPr>
        <w:pStyle w:val="Heading1"/>
      </w:pPr>
      <w:r>
        <w:rPr>
          <w:rFonts w:ascii="Calibri" w:hAnsi="Calibri"/>
          <w:b/>
          <w:i w:val="0"/>
          <w:sz w:val="40"/>
        </w:rPr>
        <w:t xml:space="preserve"> Chốt Thương Vụ: Đàm Phán Để Kết Thúc Bán Hàng</w:t>
      </w:r>
    </w:p>
    <w:p>
      <w:pPr>
        <w:spacing w:after="80"/>
      </w:pPr>
      <w:r>
        <w:rPr>
          <w:b w:val="0"/>
          <w:i w:val="0"/>
        </w:rPr>
        <w:t>Có lẽ bạn đã từng thấy hoặc đọc cảnh này: Hai người ngồi trong một văn phòng chật hẹp, mặc cả để chốt một thương vụ. Với nụ cười tinh quái, người bán đẩy một mẩu giấy gấp lại qua bàn với lời đề nghị "tốt nhất". Người mua đáp lại bằng cách viết một con số mới và chuyển mẩu giấy lại cho người bán. Sau vài vòng căng thẳng, hai người đạt được thỏa thuận và thương vụ được chốt.</w:t>
      </w:r>
    </w:p>
    <w:p>
      <w:pPr>
        <w:spacing w:after="80"/>
      </w:pPr>
      <w:r>
        <w:rPr>
          <w:b w:val="0"/>
          <w:i w:val="0"/>
        </w:rPr>
        <w:t xml:space="preserve">Hầu hết những người bán dịch vụ sẽ không bao giờ mơ đến việc thử chiêu trò sến súa này, nhưng họ lại dùng đến những mánh chốt đơn khác cũng ngớ ngẩn không kém. Danh sách dường như vô tận và bao gồm chiêu chốt giả định (assumptive close), chiêu chốt khách hàng thân thiết (valued-customer close), và tất cả các kỹ thuật chốt đơn dựa trên hạn chót. Điều sai lầm với những chiêu trò này trong việc bán dịch vụ là việc cố gắng thao túng người mua một cách lộ liễu để đạt được thỏa thuận sẽ gây nguy hiểm cho thứ bạn cần nhất khi quá trình bán hàng sắp kết thúc: </w:t>
      </w:r>
      <w:r>
        <w:rPr>
          <w:b w:val="0"/>
          <w:i/>
        </w:rPr>
        <w:t>sự tin tưởng</w:t>
      </w:r>
      <w:r>
        <w:rPr>
          <w:b w:val="0"/>
          <w:i w:val="0"/>
        </w:rPr>
        <w:t>. Thật ngây thơ nếu nghĩ rằng người mua không nhận ra những kỹ thuật này đúng như bản chất của chúng và chúng phục vụ lợi ích của ai—người bán.</w:t>
      </w:r>
    </w:p>
    <w:p>
      <w:pPr>
        <w:pStyle w:val="Heading1"/>
      </w:pPr>
      <w:r>
        <w:rPr>
          <w:rFonts w:ascii="Calibri" w:hAnsi="Calibri"/>
          <w:b/>
          <w:i w:val="0"/>
          <w:sz w:val="40"/>
        </w:rPr>
        <w:t>NHỮNG CHIÊU CHỐT ĐƠN BÁN HÀNG ĐIỂN HÌNH</w:t>
      </w:r>
    </w:p>
    <w:p>
      <w:pPr>
        <w:spacing w:after="80"/>
      </w:pPr>
      <w:r>
        <w:rPr>
          <w:b w:val="0"/>
          <w:i/>
        </w:rPr>
        <w:t>Chiêu chốt giả định:</w:t>
      </w:r>
      <w:r>
        <w:rPr>
          <w:b w:val="0"/>
          <w:i w:val="0"/>
        </w:rPr>
        <w:t xml:space="preserve"> Người bán hành xử như thể khách hàng đã quyết định mua rồi bằng cách hỏi những câu như: "Chúng ta nên bay đến và bắt đầu công việc vào thứ Năm, hay thứ Ba tuần sau?"</w:t>
      </w:r>
    </w:p>
    <w:p>
      <w:pPr>
        <w:spacing w:after="80"/>
      </w:pPr>
      <w:r>
        <w:rPr>
          <w:b w:val="0"/>
          <w:i/>
        </w:rPr>
        <w:t>Chốt sale kiểu khách hàng quý giá:</w:t>
      </w:r>
      <w:r>
        <w:rPr>
          <w:b w:val="0"/>
          <w:i w:val="0"/>
        </w:rPr>
        <w:t xml:space="preserve"> Người bán khẳng định tầm quan trọng của người mua đối với công ty và đưa ra một ưu đãi đặc biệt dành cho khách hàng quý giá. Lời đề nghị có thể nghe như thế này: "Vì anh/chị là một khách hàng vô cùng quý giá, và với mối quan hệ lâu dài của chúng ta, chúng tôi sẽ dành cho anh/chị mức giá ưu đãi nhất, điều mà chúng tôi không dành cho người khác."</w:t>
      </w:r>
    </w:p>
    <w:p>
      <w:pPr>
        <w:spacing w:after="80"/>
      </w:pPr>
      <w:r>
        <w:rPr>
          <w:b w:val="0"/>
          <w:i/>
        </w:rPr>
        <w:t>Chốt sale kiểu thúc ép thời hạn:</w:t>
      </w:r>
      <w:r>
        <w:rPr>
          <w:b w:val="0"/>
          <w:i w:val="0"/>
        </w:rPr>
        <w:t xml:space="preserve"> Người bán đưa ra một ưu đãi (thường là mức phí thấp hơn) nếu người mua đồng ý giao dịch trong một khung thời gian nhất định. Người bán có thể gợi ý: "Cả hai chúng ta đều biết đề nghị này hoàn toàn hợp lý về mặt kinh doanh, nhưng chúng tôi có thể làm cho nó còn tốt hơn về mặt tài chính. Nếu anh/chị có thể đồng ý giao dịch trước cuối tuần này, tôi có thể giảm phí hợp đồng đi 10 phần trăm."</w:t>
      </w:r>
    </w:p>
    <w:p>
      <w:pPr>
        <w:spacing w:after="80"/>
      </w:pPr>
      <w:r>
        <w:rPr>
          <w:b w:val="0"/>
          <w:i w:val="0"/>
        </w:rPr>
        <w:t>Đó không phải là nói rằng bạn có thể làm mà không cần khả năng chốt giao dịch. Bạn không thể. Suy cho cùng, nếu bạn không thể chốt sale, bạn sẽ không trụ được lâu trong nghề. Hãy nghĩ về phần này của quá trình bán hàng như vừa là điểm kết thúc, vừa là điểm khởi đầu. Bạn đang nỗ lực để hoàn tất thương vụ hiện tại, nhưng đồng thời (hy vọng là vậy) bạn cũng đang bước vào một giai đoạn mới trong mối quan hệ với khách hàng. Bạn phải cân bằng giữa nhu cầu đạt được một thỏa thuận công bằng với mong muốn giữ cho mối quan hệ khách hàng luôn ổn định. Để làm được điều đó, thay vì thúc ép chốt sale, hãy nghĩ đến sự hợp tác và cam kết chung với khách hàng. Mục tiêu của bạn nên là một sự trao đổi giá trị đôi bên cùng có lợi với người mua. Đạt được điểm đó, người mua sẽ tự chốt sale cho bạn.</w:t>
      </w:r>
    </w:p>
    <w:p>
      <w:pPr>
        <w:pStyle w:val="Heading2"/>
      </w:pPr>
      <w:r>
        <w:rPr>
          <w:rFonts w:ascii="Calibri" w:hAnsi="Calibri"/>
          <w:b/>
          <w:i w:val="0"/>
          <w:sz w:val="32"/>
        </w:rPr>
        <w:t xml:space="preserve"> Năm nguyên tắc của một chiến lược cam kết hiệu quả </w:t>
      </w:r>
    </w:p>
    <w:p>
      <w:pPr>
        <w:spacing w:after="80"/>
      </w:pPr>
      <w:r>
        <w:rPr>
          <w:b w:val="0"/>
          <w:i w:val="0"/>
        </w:rPr>
        <w:t>Khi bạn và người mua ký vào hợp đồng, cả hai đều đang đánh cược. Chữ ký của người mua đại diện cho sự xác nhận cuối cùng đối với những lời hứa của bạn; chữ ký của bạn thể hiện niềm tin vào cam kết của người mua trong việc giúp mọi thứ diễn ra như kế hoạch. Để định hướng giai đoạn cam kết của thương vụ, có năm nguyên tắc dẫn đường cho bạn.</w:t>
      </w:r>
    </w:p>
    <w:p>
      <w:pPr>
        <w:pStyle w:val="Heading3"/>
      </w:pPr>
      <w:r>
        <w:rPr>
          <w:rFonts w:ascii="Calibri" w:hAnsi="Calibri"/>
          <w:b/>
          <w:i w:val="0"/>
          <w:sz w:val="26"/>
        </w:rPr>
        <w:t>1. Tìm kiếm cam kết từng bước một</w:t>
      </w:r>
    </w:p>
    <w:p>
      <w:pPr>
        <w:spacing w:after="80"/>
      </w:pPr>
      <w:r>
        <w:rPr>
          <w:b w:val="0"/>
          <w:i w:val="0"/>
        </w:rPr>
        <w:t>Cách bạn quản lý phần đầu của quá trình bán hàng sẽ phần lớn quyết định phần kết diễn ra như thế nào. Thông thường, các cuộc thảo luận về cam kết với người mua xoay quanh phí, chi phí, quyền sở hữu trí tuệ và các điều khoản hợp đồng khác. Và những cuộc trò chuyện đó có thể là một thách thức, bất kể mối quan hệ khách hàng có bền chặt đến đâu. Mục tiêu của bạn phải là để lại càng ít câu hỏi chưa được giải đáp càng tốt cho những cuộc thảo luận cuối cùng này.</w:t>
      </w:r>
    </w:p>
    <w:p>
      <w:pPr>
        <w:spacing w:after="80"/>
      </w:pPr>
      <w:r>
        <w:rPr>
          <w:b w:val="0"/>
          <w:i w:val="0"/>
        </w:rPr>
        <w:t>Khi bạn thực hiện quá trình bán hàng, hãy hợp tác với khách hàng để đưa ra những cam kết chung về cách bạn sẽ cung cấp dịch vụ và vai trò của khách hàng trong việc cung cấp đó. Càng sớm càng tốt, hãy giải quyết mọi thắc mắc về vai trò của khách hàng, quy trình ra quyết định và quyền tiếp cận của bạn với các lãnh đạo cấp cao. Một số chuyên gia đàm phán sẽ khuyên bạn nên đồng ý về những phần dễ dàng của cuộc đàm phán trước. Sẽ hợp lý hơn nếu giải quyết những vấn đề dễ nhất trước cả khi bạn tiến đến giai đoạn mặc cả cuối cùng.</w:t>
      </w:r>
    </w:p>
    <w:p>
      <w:pPr>
        <w:spacing w:after="80"/>
      </w:pPr>
      <w:r>
        <w:rPr>
          <w:b w:val="0"/>
          <w:i w:val="0"/>
        </w:rPr>
        <w:t>Hãy lên tiếng về cách bạn muốn làm ăn. Quá trình bán hàng của bạn nên là một trải nghiệm học hỏi cho cả người mua lẫn người bán. Nếu công ty bạn có những điều khoản không thể thương lượng, hãy nêu ra sớm, trước khi bạn tiến đến bàn đàm phán. Đồng thời, hãy tìm hiểu cách người mua của bạn thích làm việc với các đối tác bên ngoài, những trải nghiệm họ đã có, và cách họ thường quản lý quá trình cung cấp dịch vụ. Để loại bỏ những bất ngờ có thể phát sinh trong các cuộc đàm phán cuối cùng, hãy khám phá mọi khía cạnh của mối quan hệ kinh doanh mà bạn đang đề xuất. Ít bất ngờ hơn sẽ mở đường cho những cuộc thảo luận hiệu quả hơn về các vấn đề còn lại.</w:t>
      </w:r>
    </w:p>
    <w:p>
      <w:pPr>
        <w:pStyle w:val="Heading3"/>
      </w:pPr>
      <w:r>
        <w:rPr>
          <w:rFonts w:ascii="Calibri" w:hAnsi="Calibri"/>
          <w:b/>
          <w:i w:val="0"/>
          <w:sz w:val="26"/>
        </w:rPr>
        <w:t>2. Trình bày rõ một định nghĩa chung về giá trị</w:t>
      </w:r>
    </w:p>
    <w:p>
      <w:pPr>
        <w:spacing w:after="80"/>
      </w:pPr>
      <w:r>
        <w:rPr>
          <w:b w:val="0"/>
          <w:i w:val="0"/>
        </w:rPr>
        <w:t>Bằng cách này hay cách khác, giá trị là trung tâm của mọi cuộc đàm phán. Ví dụ, nếu bạn đang mua một chiếc xe hơi, một ngôi nhà hay một gói kỳ nghỉ, thì mức độ bạn coi trọng những thứ đó sẽ ảnh hưởng đến quan điểm của bạn về giá cả, điều khoản tài chính và các dịch vụ đi kèm. Để các cuộc đàm phán hợp lý diễn ra trong việc bán dịch vụ, bạn phải neo đề nghị của mình vào giá trị hữu hình, có thể đo lường và có thể đạt được.</w:t>
      </w:r>
    </w:p>
    <w:p>
      <w:pPr>
        <w:spacing w:after="80"/>
      </w:pPr>
      <w:r>
        <w:rPr>
          <w:b w:val="0"/>
          <w:i w:val="0"/>
        </w:rPr>
        <w:t>Và đó phải là một định nghĩa chung về giá trị với người mua trước khi bạn bắt đầu thảo luận về các điều khoản hợp đồng. Bằng cách đó, cả hai bên đều có cơ sở để đánh giá sự trao đổi giá trị tiềm năng. Nếu không rõ ràng về giá trị đề xuất của đề nghị bạn đưa ra, các cuộc đàm phán có xu hướng kéo dài mãi. Bạn bị sa lầy vào việc định nghĩa giá trị của đề xuất mình—đến mức bỏ qua các điều khoản và điều kiện. Sự hiểu biết chung về giá trị đóng vai trò là trọng tài thiết yếu nếu có vấn đề phát sinh trong quá trình thực hiện công việc. Nếu có sự hiểu lầm về những gì bạn sẽ cung cấp, định nghĩa giá trị ban đầu đó sẽ chỉ ra con đường giải quyết. Nếu định nghĩa đó mơ hồ, nó có khả năng làm vấn đề thêm trầm trọng chứ không giúp giải quyết.</w:t>
      </w:r>
    </w:p>
    <w:p>
      <w:pPr>
        <w:spacing w:after="80"/>
      </w:pPr>
      <w:r>
        <w:rPr>
          <w:b w:val="0"/>
          <w:i w:val="0"/>
        </w:rPr>
        <w:t>Một số người bán phàn nàn rằng việc định lượng giá trị là quá khó (hoặc bất khả thi), nên họ bằng lòng với việc ca ngợi các lợi ích, như xử lý tiền mặt tốt hơn hay tuyển dụng ứng viên nhanh hơn, để thay thế cho giá trị. Một khi bạn dựa vào những lợi ích mơ hồ thay vì giá trị có thể đo lường, đề nghị của bạn trông giống như một món hàng phổ thông, và bạn có nguy cơ bị mắc kẹt trong việc cạnh tranh về giá. Hãy làm thêm phân tích để tạo ra một ước tính thực tế về những gì người mua có thể thu được, và các cuộc đàm phán của bạn sẽ nhanh chóng hơn, hợp lý hơn và ít căng thẳng hơn cho tất cả mọi người.</w:t>
      </w:r>
    </w:p>
    <w:p>
      <w:pPr>
        <w:pStyle w:val="Heading3"/>
      </w:pPr>
      <w:r>
        <w:rPr>
          <w:rFonts w:ascii="Calibri" w:hAnsi="Calibri"/>
          <w:b/>
          <w:i w:val="0"/>
          <w:sz w:val="26"/>
        </w:rPr>
        <w:t>3. Đừng bằng lòng với một thắng lợi ngắn hạn</w:t>
      </w:r>
    </w:p>
    <w:p>
      <w:pPr>
        <w:spacing w:after="80"/>
      </w:pPr>
      <w:r>
        <w:rPr>
          <w:b w:val="0"/>
          <w:i w:val="0"/>
        </w:rPr>
        <w:t>Khi ở trong chế độ đàm phán, một số người bán—và cả người mua nữa—bị cuốn vào tư duy thắng/thua: theo lý lẽ đó, với mỗi điểm trong cuộc đàm phán, luôn có một người thắng và một người thua. Tư duy này dẫn đến một cuộc kéo co phản tác dụng giữa người mua và người bán, những người lẽ ra nên tìm kiếm điểm chung thay vì chống đối nhau từng bước một.</w:t>
      </w:r>
    </w:p>
    <w:p>
      <w:pPr>
        <w:spacing w:after="80"/>
      </w:pPr>
      <w:r>
        <w:rPr>
          <w:b w:val="0"/>
          <w:i w:val="0"/>
        </w:rPr>
        <w:t>Những người bán thông minh không tranh cãi về những vấn đề nhỏ nhặt, vì họ biết rằng cách nhanh nhất để phát triển một doanh nghiệp dịch vụ là bán thêm các dịch vụ giá trị cao cho những khách hàng hiện có. Vì vậy, họ dự liệu một giá trị được cho là của mối quan hệ lâu dài—và tiềm năng bán thêm—rồi hợp tác với người mua để tìm ra sự cân bằng công bằng. Đúng là không phải người mua nào cũng sẵn lòng đàm phán theo cách này, nhưng bạn nên xác định rõ trong đầu mình rằng bạn coi trọng mối quan hệ này đến mức nào, thay vì cố chấp vào những vấn đề hợp đồng tầm thường.</w:t>
      </w:r>
    </w:p>
    <w:p>
      <w:pPr>
        <w:spacing w:after="80"/>
      </w:pPr>
      <w:r>
        <w:rPr>
          <w:b w:val="0"/>
          <w:i w:val="0"/>
        </w:rPr>
        <w:t>Một người bán dịch vụ, chẳng hạn, đã đẩy một thương vụ lớn đến bờ vực sụp đổ chỉ vì bất đồng về cách người bán sẽ xuất hóa đơn cho các chi phí tự bỏ ra—vốn chiếm chưa đến 10 phần trăm giá trị hợp đồng. Sự cố chấp của người bán đã dẫn đến vài hậu quả ngoài ý muốn. Thứ nhất, nó làm chậm việc phê duyệt thỏa thuận và khiến khách hàng phải xem lại từng điều khoản khác của hợp đồng đề xuất. Và nó khiến khách hàng tự hỏi liệu người bán này sẽ hành xử thế nào khi có điều gì đó thực sự quan trọng bị đặt lên bàn cân. Người ta có thể bị ám ảnh bởi những điểm không đúng trong lúc căng thẳng của các cuộc đàm phán hợp đồng. Hãy định kỳ dừng lại để phân tích mọi khía cạnh của giá trị, bao gồm cả giá trị của mối quan hệ, và quyết định xem tư thế đàm phán của bạn đang giúp hay hại bạn.</w:t>
      </w:r>
    </w:p>
    <w:p>
      <w:pPr>
        <w:pStyle w:val="Heading3"/>
      </w:pPr>
      <w:r>
        <w:rPr>
          <w:rFonts w:ascii="Calibri" w:hAnsi="Calibri"/>
          <w:b/>
          <w:i w:val="0"/>
          <w:sz w:val="26"/>
        </w:rPr>
        <w:t>4. Đàm phán như một người ngang hàng</w:t>
      </w:r>
    </w:p>
    <w:p>
      <w:pPr>
        <w:spacing w:after="80"/>
      </w:pPr>
      <w:r>
        <w:rPr>
          <w:b w:val="0"/>
          <w:i w:val="0"/>
        </w:rPr>
        <w:t>Bạn luôn muốn dán mắt vào mục tiêu, nhưng đừng nhượng bộ chỉ để hợp đồng được ký. Một số người bán quá sẵn sàng để người mua gặm nhấm phần của họ trong thỏa thuận, với hy vọng thương vụ vẫn còn đáng giá về sau. Điều này thường xảy ra khi địa vị hoặc lợi thế của người mua trong mối quan hệ khiến bạn e dè. Bất kể chức danh, vị trí hay quyền thương lượng được cho là của người mua, bạn sẽ đạt được một thỏa thuận dài hạn tốt hơn nếu gạt bỏ mọi định kiến về sự mất cân bằng quyền lực trong mối quan hệ đàm phán.</w:t>
      </w:r>
    </w:p>
    <w:p>
      <w:pPr>
        <w:spacing w:after="80"/>
      </w:pPr>
      <w:r>
        <w:rPr>
          <w:b w:val="0"/>
          <w:i w:val="0"/>
        </w:rPr>
        <w:t xml:space="preserve">Bạn không đàm phán về con người hay vị trí tương đối, mà về </w:t>
      </w:r>
      <w:r>
        <w:rPr>
          <w:b w:val="0"/>
          <w:i/>
        </w:rPr>
        <w:t>giá trị</w:t>
      </w:r>
      <w:r>
        <w:rPr>
          <w:b w:val="0"/>
          <w:i w:val="0"/>
        </w:rPr>
        <w:t>. Dù ai ngồi vào bàn đàm phán, điều quan trọng là sự trao đổi giá trị. Thường thì người bán đưa ra những nhượng bộ không cần thiết vì họ lầm tưởng rằng từ bỏ một điểm cuối cùng sẽ chốt được thương vụ, và việc giảm giá trị đi kèm đối với họ sẽ không thành vấn đề về lâu dài. Họ lý luận rằng nếu không có nhượng bộ đó, người mua sẽ mở đàm phán với một đối thủ cạnh tranh và họ sẽ ra về tay trắng.</w:t>
      </w:r>
    </w:p>
    <w:p>
      <w:pPr>
        <w:spacing w:after="80"/>
      </w:pPr>
      <w:r>
        <w:rPr>
          <w:b w:val="0"/>
          <w:i w:val="0"/>
        </w:rPr>
        <w:t xml:space="preserve">Tư thế đàm phán đó thường bắt nguồn từ việc thiếu tự tin về giá trị của đề nghị, chứ không phải áp lực phải chốt thương vụ. Ít người bán nào, ít nhất là những người bán giỏi, sẵn lòng nhượng bộ giá trị mà không tìm cách nào đó để tái cân bằng thỏa thuận giữa hai bên. Hãy đàm phán từ sức mạnh của giá trị mà bạn mang đến cho sự trao đổi. Khách hàng của bạn </w:t>
      </w:r>
      <w:r>
        <w:rPr>
          <w:b w:val="0"/>
          <w:i/>
        </w:rPr>
        <w:t>muốn</w:t>
      </w:r>
      <w:r>
        <w:rPr>
          <w:b w:val="0"/>
          <w:i w:val="0"/>
        </w:rPr>
        <w:t xml:space="preserve"> tìm cách làm việc với bạn, nên đừng đánh giá thấp sức mạnh của mục tiêu đó, ngay cả khi có vẻ như khách hàng sắp bỏ đi.</w:t>
      </w:r>
    </w:p>
    <w:p>
      <w:pPr>
        <w:pStyle w:val="Heading1"/>
      </w:pPr>
      <w:r>
        <w:rPr>
          <w:rFonts w:ascii="Calibri" w:hAnsi="Calibri"/>
          <w:b/>
          <w:i w:val="0"/>
          <w:sz w:val="40"/>
        </w:rPr>
        <w:t>Kiểm tra tính hợp lý: Đừng cho rằng bạn biết họ muốn gì</w:t>
      </w:r>
    </w:p>
    <w:p>
      <w:pPr>
        <w:spacing w:after="80"/>
      </w:pPr>
      <w:r>
        <w:rPr>
          <w:b w:val="0"/>
          <w:i w:val="0"/>
        </w:rPr>
        <w:t>Sau khi làm việc với khách hàng trong suốt quá trình bán hàng, bạn có thể nghĩ rằng mình biết họ muốn gì từ các cuộc đàm phán. Một số người bán xây dựng chiến lược đàm phán của mình dựa trên những giả định đó, để rồi nhận ra mình đã nhầm. Nếu bạn cho rằng mình biết khách hàng muốn gì, bạn có khả năng sẽ đàm phán với chính mình thay vì với khách hàng. Có thể bạn tin rằng giá cả là mối quan tâm hàng đầu, nên bạn định giá hợp đồng thấp hơn dự định để tránh đối đầu. Bạn không thể chắc chắn khách hàng thực sự coi trọng điều gì cho đến khi bạn bắt đầu nói về các chi tiết. Vậy hãy giữ phán đoán lại và gạt bỏ những giả định của mình sang một bên.</w:t>
      </w:r>
    </w:p>
    <w:p>
      <w:pPr>
        <w:pStyle w:val="Heading3"/>
      </w:pPr>
      <w:r>
        <w:rPr>
          <w:rFonts w:ascii="Calibri" w:hAnsi="Calibri"/>
          <w:b/>
          <w:i w:val="0"/>
          <w:sz w:val="26"/>
        </w:rPr>
        <w:t>5. Sẵn sàng bỏ đi</w:t>
      </w:r>
    </w:p>
    <w:p>
      <w:pPr>
        <w:spacing w:after="80"/>
      </w:pPr>
      <w:r>
        <w:rPr>
          <w:b w:val="0"/>
          <w:i w:val="0"/>
        </w:rPr>
        <w:t>Bạn sẽ chỉ đề phòng việc cho đi quá nhiều nếu bạn chắc chắn về những điều kiện mà bạn sẽ bỏ đi. Phải thừa nhận rằng, lựa chọn này luôn trông đẹp hơn trên lý thuyết so với thực tế. Nhưng trừ khi bạn sẵn sàng bỏ đi, bạn không đàm phán; bạn đang đặt quyết định vào tay người khác và hy vọng mình thoát ra nguyên vẹn. Có những lực lượng to lớn chống lại việc bỏ đi, vì bạn có thể thích một thỏa thuận chưa tối ưu hơn là không có thỏa thuận nào. Tuy nhiên, hãy giữ một tâm trí cởi mở về lựa chọn này và biết khi nào nên cân nhắc nó.</w:t>
      </w:r>
    </w:p>
    <w:p>
      <w:pPr>
        <w:spacing w:after="80"/>
      </w:pPr>
      <w:r>
        <w:rPr>
          <w:b w:val="0"/>
          <w:i w:val="0"/>
        </w:rPr>
        <w:t>Tuy nhiên, nếu bạn tiến hành một quy trình bán hàng kỹ lưỡng, bạn không nên cần phải bỏ đi ở giai đoạn này. Bạn hẳn đã thấy điềm báo từ lâu trước cuộc đàm phán cuối cùng. Nhưng điều đó không phải lúc nào cũng khả thi. Ví dụ, bạn có thể đối mặt với tình huống khách hàng giao các cuộc đàm phán cuối cùng cho một giám đốc thu mua, người muốn ép một món hời vô lý. Bạn có thể không lường trước được điều đó.</w:t>
      </w:r>
    </w:p>
    <w:p>
      <w:pPr>
        <w:spacing w:after="80"/>
      </w:pPr>
      <w:r>
        <w:rPr>
          <w:b w:val="0"/>
          <w:i w:val="0"/>
        </w:rPr>
        <w:t>Bạn không thể đưa ra quyết định về việc buông xuôi mà không có bức tranh rõ ràng nhất có thể về giá trị mà bạn mong đợi từ thỏa thuận. Đương nhiên, các lợi ích tài chính, như dòng tiền và lợi nhuận, đứng đầu danh sách. Nhưng, như đã chỉ ra trước đó, bạn có thể có những lý do ngoài tiền bạc để chọn làm việc với một khách hàng. Khi bạn nghĩ về việc đàm phán một cam kết với khách hàng, bạn có thể muốn xem lại "Các nguồn giá trị của người bán" trong Chương 5. Giờ đây khi bạn đã biết nhiều hơn về người mua, vấn đề và tình huống, bạn ở vị thế tốt hơn để biết mình coi trọng và không coi trọng điều gì trong hợp đồng.</w:t>
      </w:r>
    </w:p>
    <w:p>
      <w:pPr>
        <w:spacing w:after="80"/>
      </w:pPr>
      <w:r>
        <w:rPr>
          <w:b w:val="0"/>
          <w:i w:val="0"/>
        </w:rPr>
        <w:t>Trước khi đàm phán các điều khoản cuối cùng, hãy chắc chắn rằng bạn hiểu, theo thứ tự ưu tiên, điều bạn coi trọng nhất (và ít nhất) trong hợp đồng. Tìm ra cách bạn có thể sắp xếp lại các ưu tiên của mình nếu khách hàng yêu cầu những thay đổi ảnh hưởng đến giá trị đối với bạn. Có thể bạn đã trông cậy vào sự thúc đẩy từ một chiến dịch tiếp thị chung với khách hàng, nhưng điều đó rõ ràng sẽ không xảy ra. Thay vào đó bạn muốn gì hơn?</w:t>
      </w:r>
    </w:p>
    <w:p>
      <w:pPr>
        <w:spacing w:after="80"/>
      </w:pPr>
      <w:r>
        <w:rPr>
          <w:b w:val="0"/>
          <w:i w:val="0"/>
        </w:rPr>
        <w:t>Hãy thử vài kịch bản mô phỏng những thay đổi trong điều bạn muốn nhận được từ hợp đồng. Những thay đổi đó sẽ ảnh hưởng thế nào đến quan điểm của bạn về mức độ hấp dẫn của hợp đồng? Mục tiêu của bạn không phải là quyết định một lập trường cứng nhắc, mà là nghĩ về cách bạn có thể điều chỉnh những lợi ích tiềm năng của mình cho phù hợp với lợi ích của khách hàng. Danh sách giá trị được sắp xếp theo ưu tiên của bạn sẽ giúp bạn quản lý kỳ vọng của chính mình. Khi cuộc thảo luận tiến triển, bạn sẽ có thể đánh giá điều gì đang xảy ra với giá trị dành cho bạn và quyết định cách phản ứng. Giả sử bạn muốn có khả năng tiếp thị tài sản trí tuệ mà bạn phát triển trong một dự án, nhưng người mua của bạn có vẻ không muốn đồng ý với lựa chọn đó. Bạn có thể đề xuất một điều chỉnh ở một phần khác của hợp đồng để giải quyết tác động của sự phát triển đó không?</w:t>
      </w:r>
    </w:p>
    <w:p>
      <w:pPr>
        <w:spacing w:after="80"/>
      </w:pPr>
      <w:r>
        <w:rPr>
          <w:b w:val="0"/>
          <w:i w:val="0"/>
        </w:rPr>
        <w:t>Theresa, một chuyên gia phát triển kinh doanh cho một công ty phần mềm, đang đàm phán một hợp đồng với Marianne, một khách hàng lâu năm. Như một phần của thỏa thuận, Marianne yêu cầu một giấy phép nhiều năm, chi phí thấp cho phương pháp quản lý dự án độc quyền của công ty phần mềm. Theresa đề xuất một sự trao đổi giá trị: Khách hàng sẽ nhận được các điều khoản giấy phép thuận lợi nếu họ đồng ý cùng tài trợ cho nỗ lực phát triển phiên bản tiếp theo của phần mềm, mà công ty của Theresa sẽ giữ quyền bán sau này. Marianne đồng ý, và mọi người đều cảm thấy họ đã tìm được thỏa thuận đúng đắn.</w:t>
      </w:r>
    </w:p>
    <w:p>
      <w:pPr>
        <w:spacing w:after="80"/>
      </w:pPr>
      <w:r>
        <w:rPr>
          <w:b w:val="0"/>
          <w:i w:val="0"/>
        </w:rPr>
        <w:t>Tuy nhiên, đôi khi bạn có cảm giác bất an rằng số lượng nhượng bộ mà người mua muốn bạn thực hiện đang vượt ra ngoài vùng thoải mái của bạn. Vào lúc đó, chi phí tìm một khách hàng khác có thể bắt đầu trông hấp dẫn hơn hợp đồng trước mắt. Đó là lúc nên lùi lại và cân nhắc các lựa chọn của bạn. Có thể bạn sẽ không bao giờ bỏ đi khỏi một thỏa thuận trong sự nghiệp của mình. Nhưng biết điều gì sẽ khiến bạn làm điều đó sẽ giúp ích cho bạn trong các cuộc đàm phán. Chỉ cần chắc chắn rằng bạn thực sự nghiêm túc khi nói điều đó.</w:t>
      </w:r>
    </w:p>
    <w:p>
      <w:pPr>
        <w:pStyle w:val="Heading2"/>
      </w:pPr>
      <w:r>
        <w:rPr>
          <w:rFonts w:ascii="Calibri" w:hAnsi="Calibri"/>
          <w:b/>
          <w:i w:val="0"/>
          <w:sz w:val="32"/>
        </w:rPr>
        <w:t xml:space="preserve"> Hãy chú ý ánh đèn xanh </w:t>
      </w:r>
    </w:p>
    <w:p>
      <w:pPr>
        <w:spacing w:after="80"/>
      </w:pPr>
      <w:r>
        <w:rPr>
          <w:b/>
          <w:i w:val="0"/>
        </w:rPr>
        <w:t>KHÁCH HÀNG:</w:t>
      </w:r>
      <w:r>
        <w:rPr>
          <w:b w:val="0"/>
          <w:i w:val="0"/>
        </w:rPr>
        <w:t xml:space="preserve"> Chúng tôi muốn bắt đầu vào ngày 9 tháng 7. Tuần này chúng tôi dự định sẽ kiểm tra thông tin tham khảo về bên bạn. Nếu các cuộc gọi đó suôn sẻ, liệu ngày khởi động đó có khả thi không?</w:t>
      </w:r>
    </w:p>
    <w:p>
      <w:pPr>
        <w:spacing w:after="80"/>
      </w:pPr>
      <w:r>
        <w:rPr>
          <w:b/>
          <w:i w:val="0"/>
        </w:rPr>
        <w:t>NGƯỜI BÁN:</w:t>
      </w:r>
      <w:r>
        <w:rPr>
          <w:b w:val="0"/>
          <w:i w:val="0"/>
        </w:rPr>
        <w:t xml:space="preserve"> Được chứ, và tôi sẽ sắp xếp để đội ngũ của chúng tôi dọn dẹp lịch làm việc, gạt bỏ các cam kết công việc khác và sẵn sàng cho ngày khởi động đó.</w:t>
      </w:r>
    </w:p>
    <w:p>
      <w:pPr>
        <w:spacing w:after="80"/>
      </w:pPr>
      <w:r>
        <w:rPr>
          <w:b w:val="0"/>
          <w:i w:val="0"/>
        </w:rPr>
        <w:t>Nếu bạn gặp sự phản kháng với hành động đó—việc sắp xếp những người cụ thể—bạn sẽ hiểu rõ hơn khách hàng đang nhìn nhận thương vụ này như thế nào vào thời điểm đó. Khi bạn cảm thấy không có chút do dự nào, bạn nên đề xuất đẩy các cuộc thảo luận chi tiết lên trước. Nhưng hãy kiểm tra mức độ cam kết của người mua trước khi đề xuất lao vào đàm phán giá cả. Bán hàng là chuyện thời điểm. Hãy tìm đúng thời điểm để đề xuất bước tiếp theo mà không tỏ ra thúc ép—hoặc chờ đợi quá lâu và bỏ lỡ cơ hội.</w:t>
      </w:r>
    </w:p>
    <w:p>
      <w:pPr>
        <w:pStyle w:val="Heading1"/>
      </w:pPr>
      <w:r>
        <w:rPr>
          <w:rFonts w:ascii="Calibri" w:hAnsi="Calibri"/>
          <w:b/>
          <w:i w:val="0"/>
          <w:sz w:val="40"/>
        </w:rPr>
        <w:t>Giải quyết những vấn đề khó nhằn trước tiên</w:t>
      </w:r>
    </w:p>
    <w:p>
      <w:pPr>
        <w:spacing w:after="80"/>
      </w:pPr>
      <w:r>
        <w:rPr>
          <w:b w:val="0"/>
          <w:i w:val="0"/>
        </w:rPr>
        <w:t>Trong bất kỳ cuộc đàm phán nào, một số vấn đề sẽ gai góc hơn, đòi hỏi nhiều thời gian và công sức hơn để giải quyết. Hãy cưỡng lại sự cám dỗ (và cả lời khuyên mà một số chuyên gia đưa ra) là giải quyết những vấn đề đơn giản trước. Hãy bắt tay ngay vào những vấn đề khó nhất. Một khi cả hai bên quyết định đi sâu vào chi tiết của hợp đồng, cả hai phía sẽ có đà để tiến về phía trước. Hãy tận dụng đà đó để biến những vấn đề khó thành ưu tiên đầu tiên của bạn.</w:t>
      </w:r>
    </w:p>
    <w:p>
      <w:pPr>
        <w:pStyle w:val="Heading2"/>
      </w:pPr>
      <w:r>
        <w:rPr>
          <w:rFonts w:ascii="Calibri" w:hAnsi="Calibri"/>
          <w:b/>
          <w:i w:val="0"/>
          <w:sz w:val="32"/>
        </w:rPr>
        <w:t xml:space="preserve"> Xây dựng các điều khoản và điều kiện </w:t>
      </w:r>
    </w:p>
    <w:p>
      <w:pPr>
        <w:spacing w:after="80"/>
      </w:pPr>
      <w:r>
        <w:rPr>
          <w:b w:val="0"/>
          <w:i w:val="0"/>
        </w:rPr>
        <w:t>Khi bạn trao đổi với khách hàng về các điều khoản và điều kiện của hợp đồng, hãy ghi nhớ vài điều. Hầu hết khách hàng không phải là người vô lý, nhưng chính người bán đã dạy cho một số người trong số họ trở nên như vậy khi đàm phán. Trong nhiều thập kỷ, người bán đã chốt các thỏa thuận, đưa ra chiết khấu và dùng đủ mọi chiêu trò bán hàng để khiến khách hàng gật đầu. Đến giờ, khách hàng đã kỳ vọng sẽ có một thỏa thuận nào đó. Kinh nghiệm với nhân viên bán hàng đã tạo cho họ thói quen hành xử như vậy. Họ dễ dàng tin rằng mức giá đầu tiên bạn đưa ra là giả tạo và chỉ là điểm khởi đầu mà thôi.</w:t>
      </w:r>
    </w:p>
    <w:p>
      <w:pPr>
        <w:spacing w:after="80"/>
      </w:pPr>
      <w:r>
        <w:rPr>
          <w:b w:val="0"/>
          <w:i w:val="0"/>
        </w:rPr>
        <w:t>Tại sao khách hàng lại không đòi giá tốt hơn chứ? Trước đây họ đã từng nhận được nhiều hơn với ít tiền hơn theo cách đó. Hơn nữa, nếu họ có hỏi và bạn nói không, thì thiệt hại cho họ là gì? Tất nhiên, một số người mua muốn làm việc với bạn nhưng thực sự bị ràng buộc về ngân sách. Bạn sẽ nhận ra những người đó vì họ sẽ chăm chỉ tìm cách đưa ra một thỏa thuận phù hợp cho tất cả mọi người. Và rồi bạn sẽ gặp những người khác, những người không nhận thức được (hoặc không tin vào) giá trị của những gì bạn có thể mang lại. Bạn sẽ cần thêm các cuộc thảo luận về những gì bạn đề xuất làm—hoặc về lý do tại sao họ không thể làm tốt như vậy nếu không có bạn—trước khi họ thay đổi quan điểm. Nếu bạn thấy mình bực bội vì những người đàm phán cứng rắn, hãy nhớ họ đã trở nên như vậy bằng cách nào.</w:t>
      </w:r>
    </w:p>
    <w:p>
      <w:pPr>
        <w:spacing w:after="80"/>
      </w:pPr>
      <w:r>
        <w:rPr>
          <w:b w:val="0"/>
          <w:i w:val="0"/>
        </w:rPr>
        <w:t>Không phải bạn cần lời nhắc này, nhưng những điểm tranh chấp phổ biến nhất trong đàm phán hợp đồng thường xoay quanh các thỏa thuận tài chính: giá cả, chi phí hỗ trợ, các khoản phí tổn, và những thứ tương tự. Thường thì bạn sẽ nghe thấy ba kiểu phản đối của người mua đối với những thỏa thuận này:</w:t>
      </w:r>
    </w:p>
    <w:p>
      <w:pPr>
        <w:pStyle w:val="Heading3"/>
      </w:pPr>
      <w:r>
        <w:rPr>
          <w:rFonts w:ascii="Calibri" w:hAnsi="Calibri"/>
          <w:b/>
          <w:i w:val="0"/>
          <w:sz w:val="26"/>
        </w:rPr>
        <w:t>Giá cả: “Chi phí quá cao”</w:t>
      </w:r>
    </w:p>
    <w:p>
      <w:pPr>
        <w:spacing w:after="80"/>
      </w:pPr>
      <w:r>
        <w:rPr>
          <w:b/>
          <w:i w:val="0"/>
        </w:rPr>
        <w:t>KHÁCH HÀNG:</w:t>
      </w:r>
      <w:r>
        <w:rPr>
          <w:b w:val="0"/>
          <w:i w:val="0"/>
        </w:rPr>
        <w:t xml:space="preserve"> Nếu bạn có thể giảm giá 15 phần trăm, chúng ta chốt luôn.</w:t>
      </w:r>
    </w:p>
    <w:p>
      <w:pPr>
        <w:spacing w:after="80"/>
      </w:pPr>
      <w:r>
        <w:rPr>
          <w:b/>
          <w:i w:val="0"/>
        </w:rPr>
        <w:t>NGƯỜI BÁN:</w:t>
      </w:r>
      <w:r>
        <w:rPr>
          <w:b w:val="0"/>
          <w:i w:val="0"/>
        </w:rPr>
        <w:t xml:space="preserve"> Tôi hiểu mong muốn của bạn là giữ chi phí thấp. Tôi sẵn lòng giảm giá 10 phần trăm. Nếu điều đó phù hợp với bạn, chúng ta có thể bắt đầu ngay khi bạn muốn.</w:t>
      </w:r>
    </w:p>
    <w:p>
      <w:pPr>
        <w:spacing w:after="80"/>
      </w:pPr>
      <w:r>
        <w:rPr>
          <w:b/>
          <w:i w:val="0"/>
        </w:rPr>
        <w:t>KHÁCH HÀNG:</w:t>
      </w:r>
      <w:r>
        <w:rPr>
          <w:b w:val="0"/>
          <w:i w:val="0"/>
        </w:rPr>
        <w:t xml:space="preserve"> Được, thế này nhé. Chúng ta chia đôi khoảng chênh lệch và giảm phí đi 12.5 phần trăm.</w:t>
      </w:r>
    </w:p>
    <w:p>
      <w:pPr>
        <w:spacing w:after="80"/>
      </w:pPr>
      <w:r>
        <w:rPr>
          <w:b/>
          <w:i w:val="0"/>
        </w:rPr>
        <w:t>NGƯỜI BÁN:</w:t>
      </w:r>
      <w:r>
        <w:rPr>
          <w:b w:val="0"/>
          <w:i w:val="0"/>
        </w:rPr>
        <w:t xml:space="preserve"> Tuyệt vời. Chúng tôi mong được bắt đầu.</w:t>
      </w:r>
    </w:p>
    <w:p>
      <w:pPr>
        <w:spacing w:after="80"/>
      </w:pPr>
      <w:r>
        <w:rPr>
          <w:b w:val="0"/>
          <w:i w:val="0"/>
        </w:rPr>
        <w:t>Phản hồi này, chia đôi khoảng chênh lệch, có vẻ như là một cách hợp lý để giải quyết một tình huống khó xử, và nó xuất hiện trong đủ mọi kiểu đàm phán. Nhưng đối với việc bán dịch vụ, đó lại là một trong những chiến lược tồi tệ nhất mà bạn có thể dùng. Đầu tiên, nó tạo ra tiền lệ đàm phán dựa trên giá cả, chứ không phải giá trị. Bạn có thể dễ dàng cho đi quá nhiều khi đồng ý giảm phí một cách tùy tiện.</w:t>
      </w:r>
    </w:p>
    <w:p>
      <w:pPr>
        <w:spacing w:after="80"/>
      </w:pPr>
      <w:r>
        <w:rPr>
          <w:b w:val="0"/>
          <w:i w:val="0"/>
        </w:rPr>
        <w:t>Bạn cũng có thể chắc chắn rằng người mua sẽ dựa mọi cuộc đàm phán tiếp theo của bạn trên giá cả. Tệ hơn nữa, bạn tạo ra một môi trường thiếu tin tưởng, vì người mua sẽ tự hỏi họ đã bỏ lỡ điều gì khi bạn đồng ý với thỏa hiệp đó. Họ sẽ tự hỏi bạn đã thẳng thắn đến mức nào về mức giá ban đầu của mình và lẽ ra bạn có thể xuống thấp đến đâu. Những nghi ngờ như vậy có thể khiến người mua đòi hỏi chiết khấu sâu hơn trong tương lai. Và, để chắc chắn rằng họ đang nhận được mức giá tốt nhất có thể từ bạn, bạn có thể sẽ thấy nhiều đối thủ cạnh tranh hơn nữa cho hợp đồng tiếp theo. Khách hàng sẽ muốn được đảm bảo rằng họ đang nhận được một mức giá công bằng, và họ sẽ “giữ cho bạn trung thực” bằng cách mời những người khác chào giá.</w:t>
      </w:r>
    </w:p>
    <w:p>
      <w:pPr>
        <w:spacing w:after="80"/>
      </w:pPr>
      <w:r>
        <w:rPr>
          <w:b w:val="0"/>
          <w:i w:val="0"/>
        </w:rPr>
        <w:t>Khi đối mặt với câu hỏi về việc giảm giá, hãy đặt ra những câu hỏi của riêng bạn. Tại sao khách hàng cho rằng mức phí cần được điều chỉnh? Đó là vấn đề ngân sách hay là hiểu lầm về giá trị? Một khi bạn hiểu được lý do đằng sau yêu cầu đó và khiến khách hàng cũng thừa nhận chúng, thì bạn có thể quyết định cách tiến hành.</w:t>
      </w:r>
    </w:p>
    <w:p>
      <w:pPr>
        <w:spacing w:after="80"/>
      </w:pPr>
      <w:r>
        <w:rPr>
          <w:b w:val="0"/>
          <w:i w:val="0"/>
        </w:rPr>
        <w:t>Khi đối mặt với yêu cầu giảm phí không chỉ là sự phô trương tùy tiện, bạn có ít nhất ba lựa chọn để cân nhắc. Thứ nhất, bạn có thể xem xét phạm vi công việc và tìm những phần có thể cắt bớt, từ đó cân bằng việc giảm giá trị cho cả người mua lẫn người bán. Thay vì triển khai chương trình của bạn ở tất cả văn phòng của khách hàng trong năm nay, có thể bạn nên hoãn một số lại đến năm tài chính sau, khi có ngân sách mới. Thứ hai, bạn có thể thay đổi cách tiếp cận để chuyển một phần chi phí từ bạn sang khách hàng. Có lẽ bạn có thể điều chỉnh mô hình nhân sự để khách hàng đảm nhận nhiều nhiệm vụ hơn so với kế hoạch ban đầu. Hoặc bạn có thể có các lựa chọn thay đổi tiến độ theo cách cho phép giảm chi phí.</w:t>
      </w:r>
    </w:p>
    <w:p>
      <w:pPr>
        <w:spacing w:after="80"/>
      </w:pPr>
      <w:r>
        <w:rPr>
          <w:b w:val="0"/>
          <w:i w:val="0"/>
        </w:rPr>
        <w:t>Thứ ba, bạn có thể tìm những cách mới để làm cho dự án hấp dẫn hơn với cả người mua hoặc người bán. Nếu bạn đã làm tốt trong công việc trước đó, bạn hẳn đã biết các nguồn giá trị cho đề xuất của mình. Hãy sáng tạo và cố gắng tìm (hoặc tạo ra) những nguồn khác mà trước đây bạn chưa nghĩ tới. Bạn phải luôn nghĩ về nhiều nguồn giá trị hơn cho khách hàng, nên đừng ngừng đặt câu hỏi về cách gia tăng giá trị đó.</w:t>
      </w:r>
    </w:p>
    <w:p>
      <w:pPr>
        <w:spacing w:after="80"/>
      </w:pPr>
      <w:r>
        <w:rPr>
          <w:b w:val="0"/>
          <w:i w:val="0"/>
        </w:rPr>
        <w:t>Đôi khi, những điều nhỏ nhặt lại tạo nên tất cả sự khác biệt. Trong một cuộc đàm phán bị đình trệ vì giá, người bán đang dò tìm thêm tiềm năng giá trị, và người mua chợt nảy ra một ý tưởng: Sẽ có thể xoay chuyển tình thế theo hướng có lợi cho thương vụ nếu CEO của người bán đồng ý đến thăm văn phòng khách hàng. Vị CEO đó nổi tiếng trong ngành của khách hàng, và chuyến thăm sẽ tạo ra tiếng vang đáng kể và mang đến cho các giám đốc điều hành của khách hàng cơ hội gặp gỡ và thảo luận chiến lược kinh doanh với một nhà lãnh đạo trong ngành. Ý tưởng về một chuyến thăm duy nhất đó đã gạt yêu cầu giảm giá ra khỏi bàn đàm phán, và người bán đã giành được công việc.</w:t>
      </w:r>
    </w:p>
    <w:p>
      <w:pPr>
        <w:pStyle w:val="Heading3"/>
      </w:pPr>
      <w:r>
        <w:rPr>
          <w:rFonts w:ascii="Calibri" w:hAnsi="Calibri"/>
          <w:b/>
          <w:i w:val="0"/>
          <w:sz w:val="26"/>
        </w:rPr>
        <w:t>Thực thi: “Chúng tôi không chắc các bạn làm được điều này”</w:t>
      </w:r>
    </w:p>
    <w:p>
      <w:pPr>
        <w:spacing w:after="80"/>
      </w:pPr>
      <w:r>
        <w:rPr>
          <w:b w:val="0"/>
          <w:i w:val="0"/>
        </w:rPr>
        <w:t>Mặc dù người mua thường quan tâm nhất đến giá, một số có thể không chắc chắn liệu bạn có thể đạt được kết quả đã định hay không. Như một biện pháp phòng ngừa rủi ro, họ có thể yêu cầu mức phí dựa trên các chuẩn mực hiệu suất cụ thể, chẳng hạn như các cột mốc của chương trình. Bằng cách đó, họ trì hoãn việc thanh toán cho dịch vụ của bạn cho đến khi họ có đủ bằng chứng về năng lực của bạn. Những khách hàng khác muốn trì hoãn thanh toán cho đến khi công việc đang được tiến hành để hợp đồng thân thiện hơn với dòng tiền của họ. Những người bán giỏi nhất không bị bất ngờ bởi yêu cầu này, vì họ đã thảo luận về nó với người mua ngay từ đầu trong quá trình bán hàng.</w:t>
      </w:r>
    </w:p>
    <w:p>
      <w:pPr>
        <w:spacing w:after="80"/>
      </w:pPr>
      <w:r>
        <w:rPr>
          <w:b w:val="0"/>
          <w:i w:val="0"/>
        </w:rPr>
        <w:t>Trước khi bạn phản hồi yêu cầu này, một lần nữa, bạn cần đặt câu hỏi về lý do đằng sau nó. Người mua có những lo ngại chính đáng về khả năng thực hiện của bạn không, hay họ chỉ nhằm làm cho thời điểm thanh toán dễ chịu hơn với kế toán của họ? Nếu là trường hợp sau, bạn hẳn có thể loại bỏ yêu cầu đó bằng một lập luận hợp lý. Sự không chắc chắn về khả năng thực hiện của bạn là mối lo nghiêm trọng hơn, có thể do thiếu hiểu biết về chiến lược giảm thiểu rủi ro của bạn. Hãy đề nghị xem xét lại kế hoạch chương trình, thảo luận cách bạn sẽ đo lường tiến độ so với kế hoạch, thảo luận về đội ngũ và trình độ của họ, và đề nghị để khách hàng gọi thêm người tham chiếu.</w:t>
      </w:r>
    </w:p>
    <w:p>
      <w:pPr>
        <w:pStyle w:val="Heading3"/>
      </w:pPr>
      <w:r>
        <w:rPr>
          <w:rFonts w:ascii="Calibri" w:hAnsi="Calibri"/>
          <w:b/>
          <w:i w:val="0"/>
          <w:sz w:val="26"/>
        </w:rPr>
        <w:t>Tư lợi: “Chúng tôi muốn tất cả”</w:t>
      </w:r>
    </w:p>
    <w:p>
      <w:pPr>
        <w:spacing w:after="80"/>
      </w:pPr>
      <w:r>
        <w:rPr>
          <w:b w:val="0"/>
          <w:i w:val="0"/>
        </w:rPr>
        <w:t>Sẽ có lúc bạn gặp những nhà đàm phán muốn tất cả: phí thấp hơn, giao hàng nhanh hơn, thanh toán dựa trên hiệu suất hoặc cột mốc, giới hạn chi phí, và điều khoản thanh toán hào phóng. Họ sẽ đe dọa bạn bằng một đối thủ háo hức mà họ tuyên bố sẽ đáp ứng mọi yêu cầu. Nếu cuối cùng bạn đối mặt với kiểu nhà đàm phán này và đó là điều bất ngờ, có thể bạn đã xử lý sai những phần trước đó trong quá trình bán hàng của mình. Khi bạn tiến triển qua quá trình này, hãy bổ sung hiểu biết về môi trường của khách hàng để bạn có thể hình dung được kịch bản có khả năng xảy ra ở phần cuối.</w:t>
      </w:r>
    </w:p>
    <w:p>
      <w:pPr>
        <w:spacing w:after="80"/>
      </w:pPr>
      <w:r>
        <w:rPr>
          <w:b w:val="0"/>
          <w:i w:val="0"/>
        </w:rPr>
        <w:t>Hầu hết người bán không gặp vấn đề với những nhà đàm phán cứng rắn miễn là họ đưa ra những lo ngại trung thực. Nhưng một số nhà đàm phán thì không. Họ ném mọi thứ, kể cả cái chậu rửa bát, vào bạn để khiến bạn mất thăng bằng. Bằng cách cố gắng giành được sự nhượng bộ với một danh sách yêu cầu dài dằng dặc, mục tiêu của họ là làm cho hai bên trông có vẻ cách xa nhau đến mức chỉ có những nhượng bộ lớn từ bạn mới thu hẹp được khoảng cách. Bạn có thể thử đặt câu hỏi về nguồn gốc của từng yêu cầu và thảo luận các phương án giải quyết. Đáng tiếc, điều đó có lẽ sẽ không hiệu quả. Bạn không thể thắng nếu bạn đang chơi cờ đam còn người mua đang chơi poker kiểu kẻ thắng lấy hết.</w:t>
      </w:r>
    </w:p>
    <w:p>
      <w:pPr>
        <w:spacing w:after="80"/>
      </w:pPr>
      <w:r>
        <w:rPr>
          <w:b w:val="0"/>
          <w:i w:val="0"/>
        </w:rPr>
        <w:t>Hạn chế lớn nhất của kịch bản đàm phán này là thiệt hại mà nó có thể gây ra cho mối quan hệ với khách hàng. Nếu bạn đáp trả tương tự với một nhà đàm phán cứng đầu, bạn sẽ không trông đẹp mặt lắm trong mắt khách hàng khi mọi chuyện kết thúc. Hãy nhớ, tên của trò chơi này là lo cho chính mình, và kiểu nhà đàm phán này sẽ làm bất cứ điều gì để biến điều đó thành hiện thực.</w:t>
      </w:r>
    </w:p>
    <w:p>
      <w:pPr>
        <w:spacing w:after="80"/>
      </w:pPr>
      <w:r>
        <w:rPr>
          <w:b w:val="0"/>
          <w:i w:val="0"/>
        </w:rPr>
        <w:t>Bạn có ba lựa chọn để xử lý kiểu đàm phán này. Thứ nhất là kiên trì chịu đựng, nhận lấy những khó khăn, và cố gắng đạt được thỏa thuận. Trong một số trường hợp, sự hung hăng ban đầu của những nhà đàm phán cứng rắn sẽ lắng xuống một khi bạn thiết lập được sự đồng cảm với họ về các vấn đề. Thứ hai, bạn có thể dùng một nhà đàm phán bên thứ ba. Một số người bán thuê các chuyên gia để đàm phán các điều khoản và điều kiện, và những đại diện ủy quyền như vậy thường khuyên những nhân viên bán hàng chính nên tránh xa. Điều đó cho phép bạn giữ gìn mối quan hệ hợp tác với khách hàng ngay cả khi các cuộc đàm phán hợp đồng trở nên gay gắt.</w:t>
      </w:r>
    </w:p>
    <w:p>
      <w:pPr>
        <w:spacing w:after="80"/>
      </w:pPr>
      <w:r>
        <w:rPr>
          <w:b w:val="0"/>
          <w:i w:val="0"/>
        </w:rPr>
        <w:t>Cuối cùng, bạn quay lại điều này: Bạn có thể rút lui. Nếu bạn không thể tìm được những điểm chung mà cả hai bên đều đồng ý để hợp tác, thì bạn cũng nên dừng lại và đi tiếp.</w:t>
      </w:r>
    </w:p>
    <w:p>
      <w:pPr>
        <w:pStyle w:val="Heading2"/>
      </w:pPr>
      <w:r>
        <w:rPr>
          <w:rFonts w:ascii="Calibri" w:hAnsi="Calibri"/>
          <w:b/>
          <w:i w:val="0"/>
          <w:sz w:val="32"/>
        </w:rPr>
        <w:t xml:space="preserve"> Giành được cam kết </w:t>
      </w:r>
    </w:p>
    <w:p>
      <w:pPr>
        <w:spacing w:after="80"/>
      </w:pPr>
      <w:r>
        <w:rPr>
          <w:b w:val="0"/>
          <w:i w:val="0"/>
        </w:rPr>
        <w:t xml:space="preserve">Biến một khách hàng tiềm năng thành một khách hàng trả tiền đòi hỏi bạn phải là một người bán </w:t>
      </w:r>
      <w:r>
        <w:rPr>
          <w:b w:val="0"/>
          <w:i/>
        </w:rPr>
        <w:t>và</w:t>
      </w:r>
      <w:r>
        <w:rPr>
          <w:b w:val="0"/>
          <w:i w:val="0"/>
        </w:rPr>
        <w:t xml:space="preserve"> nhà đàm phán có năng lực cao. Nhưng không có công thức thần kỳ nào để trở thành một trong hai. Mỗi tình huống bạn đối mặt đều có những sắc thái riêng. Điều không thay đổi là nhu cầu nắm bắt những sắc thái đó để bạn có thể chốt được thương vụ. Và điều đó có nghĩa là đặt câu hỏi—thật nhiều câu hỏi—để hiểu động cơ của người mua. Kiến thức đó sẽ giúp bạn tạo ra giá trị đúng cho bạn và cho người mua của bạn, ở mức giá phù hợp. Chỉ cần nhớ, bạn không chỉ thắng được thương vụ, mà còn xây dựng mối quan hệ, và xây dựng công việc kinh doanh của mình, cho tương lai.</w:t>
      </w:r>
    </w:p>
    <w:p>
      <w:pPr>
        <w:pStyle w:val="Heading1"/>
      </w:pPr>
      <w:r>
        <w:rPr>
          <w:rFonts w:ascii="Calibri" w:hAnsi="Calibri"/>
          <w:b/>
          <w:i w:val="0"/>
          <w:sz w:val="40"/>
        </w:rPr>
        <w:t>CHƯƠNG 12</w:t>
      </w:r>
    </w:p>
    <w:p>
      <w:pPr>
        <w:pStyle w:val="Heading1"/>
      </w:pPr>
      <w:r>
        <w:rPr>
          <w:rFonts w:ascii="Calibri" w:hAnsi="Calibri"/>
          <w:b/>
          <w:i w:val="0"/>
          <w:sz w:val="40"/>
        </w:rPr>
        <w:t>Làm gì khi bạn thắng . . . và khi bạn không thắng</w:t>
      </w:r>
    </w:p>
    <w:p>
      <w:pPr>
        <w:spacing w:after="80"/>
      </w:pPr>
      <w:r>
        <w:rPr>
          <w:b/>
          <w:i w:val="0"/>
        </w:rPr>
        <w:t>“C</w:t>
      </w:r>
      <w:r>
        <w:rPr>
          <w:b w:val="0"/>
          <w:i w:val="0"/>
        </w:rPr>
        <w:t xml:space="preserve">húng tôi thích đề xuất của bạn, nhưng ...” Khi người mua bắt đầu cuộc trò chuyện theo cách đó, chắc bạn thà chịu đựng mấy tiếng đồng hồ chờ ở sân bay còn hơn nghe phần còn lại. Một khi nghe câu “Chúng tôi sẽ chọn một công ty khác”, phản ứng đầu tiên của bạn có thể là cố gắng xoay chuyển thất bại rõ rành rành kia thành chiến thắng. Qua các câu hỏi và làm rõ, một số người bán từng thuyết phục được người mua xem xét lại quyết định. Nếu không làm được gì khác, hãy cố giữ cánh cửa mở cho tương lai bằng cách hỏi xem có được phép giữ liên lạc không. Hiếm khi khách hàng từ chối </w:t>
      </w:r>
      <w:r>
        <w:rPr>
          <w:b w:val="0"/>
          <w:i/>
        </w:rPr>
        <w:t>lời đề nghị đó</w:t>
      </w:r>
      <w:r>
        <w:rPr>
          <w:b w:val="0"/>
          <w:i w:val="0"/>
        </w:rPr>
        <w:t>, và đó cũng là một thắng lợi nhỏ.</w:t>
      </w:r>
    </w:p>
    <w:p>
      <w:pPr>
        <w:spacing w:after="80"/>
      </w:pPr>
      <w:r>
        <w:rPr>
          <w:b w:val="0"/>
          <w:i w:val="0"/>
        </w:rPr>
        <w:t>Kể cả khi quyết định chọn người bán khác đã là chung cuộc, vẫn có vô vàn thông tin thị trường quý giá chôn giấu trong quyết định đó, và nó quá giá trị để bỏ mặc không khai thác. Vậy mà trong một nghiên cứu sâu rộng về thực hành bán hàng, chỉ 26 phần trăm chuyên gia bán hàng tham gia khảo sát đồng ý với nhận định: “Dù thắng hay thua, chúng tôi đều nhận được phản hồi chính xác từ khách hàng về mọi đề xuất.” Vì sao rất ít người bán dịch vụ nhận được phản hồi này? Với một số người, lý do có thể là áp lực phải mau chóng chuyển sang cơ hội tiếp theo. Những người khác có thể thấy không thoải mái khi yêu cầu khách hàng giải thích một quyết định, nhất là khi đó là sự từ chối. Để tăng cơ hội thắng trong tương lai, bạn phải đối diện với những lý do đằng sau quyết định mua của khách hàng.</w:t>
      </w:r>
    </w:p>
    <w:p>
      <w:pPr>
        <w:pStyle w:val="Heading2"/>
      </w:pPr>
      <w:r>
        <w:rPr>
          <w:rFonts w:ascii="Calibri" w:hAnsi="Calibri"/>
          <w:b/>
          <w:i w:val="0"/>
          <w:sz w:val="32"/>
        </w:rPr>
        <w:t xml:space="preserve"> Bạn không thể thắng tất cả </w:t>
      </w:r>
    </w:p>
    <w:p>
      <w:pPr>
        <w:spacing w:after="80"/>
      </w:pPr>
      <w:r>
        <w:rPr>
          <w:b w:val="0"/>
          <w:i w:val="0"/>
        </w:rPr>
        <w:t>Phản ứng đầu tiên của bạn trước một thất bại có thể là mặc định rằng mình biết vì sao hợp đồng về tay người khác. Nhưng có thể bạn thua vì khách hàng thuê cháu của sếp, chứ không phải vì đề xuất của bạn kém hơn. Hoặc có thể khách hàng quyết định tự làm. Bạn không thể chắc chắn rằng mình biết chuyện gì thực sự đã xảy ra. Vậy nên, khi khách hàng gọi đến với tin xấu, hãy hỏi xem bạn có thể sắp xếp một cuộc gặp tiếp theo, trực tiếp hoặc qua điện thoại, để tìm hiểu cách cải thiện phương pháp của mình không. Hầu hết khách hàng đều nhận ra—và trân trọng—những nguồn lực bạn đã bỏ vào quy trình bán hàng của mình, và sẵn lòng hợp tác. Hãy cho mình chút thời gian để tiêu hóa tin đó, rồi soạn các câu hỏi phỏng vấn giúp bạn hiểu điều gì hiệu quả và điều gì không.</w:t>
      </w:r>
    </w:p>
    <w:p>
      <w:pPr>
        <w:spacing w:after="80"/>
      </w:pPr>
      <w:r>
        <w:rPr>
          <w:b w:val="0"/>
          <w:i w:val="0"/>
        </w:rPr>
        <w:t xml:space="preserve">Bạn có thể bắt đầu bằng một dạng của “Khảo sát Nhận thức Khách hàng” (The Client Perception Survey) trình bày ở đây. Hãy để ý rằng nó nhấn mạnh những thành phần quen thuộc của quy trình bán hàng, gồm giá trị bạn đề xuất, đội ngũ của bạn, cách tiếp cận, phí và năng lực. Mục tiêu của bạn nên là phát hiện một hai điểm mạnh và một vài điểm cần cải thiện. Với mỗi yếu tố trong khảo sát, hãy yêu cầu khách hàng xếp hạng cả tầm quan trọng của nó đối với quyết định mua lẫn mức độ đội ngũ của bạn thể hiện ở yếu tố đó. Bạn </w:t>
      </w:r>
      <w:r>
        <w:rPr>
          <w:b w:val="0"/>
          <w:i/>
        </w:rPr>
        <w:t>có thể</w:t>
      </w:r>
      <w:r>
        <w:rPr>
          <w:b w:val="0"/>
          <w:i w:val="0"/>
        </w:rPr>
        <w:t xml:space="preserve"> tạo và in một mẫu khảo sát rồi yêu cầu khách hàng điền vào; nhưng bạn thường sẽ nhận được phản hồi tốt hơn nếu trò chuyện qua những câu hỏi này.</w:t>
      </w:r>
    </w:p>
    <w:p>
      <w:pPr>
        <w:pStyle w:val="Heading1"/>
      </w:pPr>
      <w:r>
        <w:rPr>
          <w:rFonts w:ascii="Calibri" w:hAnsi="Calibri"/>
          <w:b/>
          <w:i w:val="0"/>
          <w:sz w:val="40"/>
        </w:rPr>
        <w:t>VÌ SAO BẠN THẮNG HAY THUA: KHẢO SÁT NHẬN THỨC KHÁCH HÀNG</w:t>
      </w:r>
    </w:p>
    <w:p>
      <w:pPr>
        <w:spacing w:after="80"/>
      </w:pPr>
      <w:r>
        <w:rPr>
          <w:b w:val="0"/>
          <w:i w:val="0"/>
        </w:rPr>
        <w:t>Dù bạn thắng hay thua, hãy thu thập phản hồi của khách hàng ở những lĩnh vực sau. Hãy tùy chỉnh câu hỏi cho những chủ đề bạn thấy liên quan nhất đến thương vụ. Dùng bất kỳ thang đo nào phù hợp với bạn, hãy yêu cầu khách hàng xếp hạng mỗi yếu tố theo hai cách: (1) tầm quan trọng của nó đối với quyết định và (2) mức độ bạn và đội ngũ của bạn thể hiện ở yếu tố đó.</w:t>
      </w:r>
    </w:p>
    <w:p>
      <w:pPr>
        <w:spacing w:after="80"/>
      </w:pPr>
      <w:r>
        <w:rPr>
          <w:b/>
          <w:i w:val="0"/>
        </w:rPr>
        <w:t>CÁC YẾU TỐ THỂ HIỆN</w:t>
      </w:r>
    </w:p>
    <w:p>
      <w:pPr>
        <w:spacing w:after="80"/>
      </w:pPr>
      <w:r>
        <w:rPr>
          <w:b/>
          <w:i w:val="0"/>
        </w:rPr>
        <w:t>Chuyên môn</w:t>
      </w:r>
    </w:p>
    <w:p>
      <w:pPr>
        <w:spacing w:after="80"/>
      </w:pPr>
      <w:r>
        <w:rPr>
          <w:b/>
          <w:i w:val="0"/>
        </w:rPr>
        <w:t>Giải pháp</w:t>
      </w:r>
    </w:p>
    <w:p>
      <w:pPr>
        <w:spacing w:after="80"/>
      </w:pPr>
      <w:r>
        <w:rPr>
          <w:b/>
          <w:i w:val="0"/>
        </w:rPr>
        <w:t>Điều khoản và Điều kiện</w:t>
      </w:r>
    </w:p>
    <w:p>
      <w:pPr>
        <w:spacing w:after="80"/>
      </w:pPr>
      <w:r>
        <w:rPr>
          <w:b/>
          <w:i w:val="0"/>
        </w:rPr>
        <w:t>Năng lực Công ty</w:t>
      </w:r>
    </w:p>
    <w:p>
      <w:pPr>
        <w:spacing w:after="80"/>
      </w:pPr>
      <w:r>
        <w:rPr>
          <w:b/>
          <w:i w:val="0"/>
        </w:rPr>
        <w:t>Quy trình Bán hàng</w:t>
      </w:r>
    </w:p>
    <w:p>
      <w:pPr>
        <w:spacing w:after="80"/>
      </w:pPr>
      <w:r>
        <w:rPr>
          <w:b w:val="0"/>
          <w:i w:val="0"/>
        </w:rPr>
        <w:t>Và một câu hỏi cuối cùng: Bạn gợi ý chúng tôi nên làm gì khác đi trong tương lai?</w:t>
      </w:r>
    </w:p>
    <w:p>
      <w:pPr>
        <w:spacing w:after="80"/>
      </w:pPr>
      <w:r>
        <w:rPr>
          <w:b w:val="0"/>
          <w:i w:val="0"/>
        </w:rPr>
        <w:t>Hãy đặc biệt chú ý đến những yếu tố mà khách hàng nói là quan trọng hoặc rất quan trọng trong quyết định nhưng đội ngũ của bạn không đạt kỳ vọng. Đó sẽ là những lĩnh vực then chốt cần cải thiện. Câu hỏi cuối cùng hỏi bạn có thể làm tốt hơn trong tương lai như thế nào. Câu trả lời thường sẽ tiết lộ sự thật đằng sau những phản hồi khác. Khách hàng có thể đánh giá đội ngũ của bạn vượt kỳ vọng nói chung, mà vẫn nghĩ rằng các thành viên trong đội chưa biết đủ về cách vận hành trong tổ chức của họ. Những nhận xét như vậy là hữu ích nhất; chúng giúp bạn và nhân viên của bạn trưởng thành từ trải nghiệm đó. Ngoài ra, phản hồi như thế còn gợi ý cho bạn biết khách hàng sẽ đánh giá bạn như thế nào trong tương lai.</w:t>
      </w:r>
    </w:p>
    <w:p>
      <w:pPr>
        <w:pStyle w:val="Heading2"/>
      </w:pPr>
      <w:r>
        <w:rPr>
          <w:rFonts w:ascii="Calibri" w:hAnsi="Calibri"/>
          <w:b/>
          <w:i w:val="0"/>
          <w:sz w:val="32"/>
        </w:rPr>
        <w:t xml:space="preserve"> Tìm ra khoảng cách </w:t>
      </w:r>
    </w:p>
    <w:p>
      <w:pPr>
        <w:spacing w:after="80"/>
      </w:pPr>
      <w:r>
        <w:rPr>
          <w:b w:val="0"/>
          <w:i w:val="0"/>
        </w:rPr>
        <w:t>Có thể bạn thua vì công ty thắng cuộc có lợi thế sẵn có hiển nhiên, chẳng hạn như được người mua ưu ái. Hoặc thất bại có thể do sự kết hợp không ăn ý giữa bạn và một hoặc nhiều người ra quyết định—nhân tiện, đây là chuyện thường gặp. Nếu hai lý do đó không giải thích được thất bại, bạn thường có thể quy gọn nó về một khoảng cách mà người mua cảm nhận được giữa nhu cầu của họ và năng lực của bạn. Bạn cần hiểu nguyên nhân của khoảng cách đó và thu hẹp nó trong lần tới.</w:t>
      </w:r>
    </w:p>
    <w:p>
      <w:pPr>
        <w:spacing w:after="80"/>
      </w:pPr>
      <w:r>
        <w:rPr>
          <w:b w:val="0"/>
          <w:i w:val="0"/>
        </w:rPr>
        <w:t>Trong quá trình bán hàng, cảm nhận của người mua về khả năng đáp ứng nhu cầu trước mắt của bạn định hình giá trị của đề xuất bạn đưa ra. Cảm nhận đó phản ánh hai điều cơ bản: sự hiểu biết của bạn về tình huống và cách tiếp cận bạn đề xuất để tạo ra giá trị. Chỉ cần hiểu sai dù chỉ một chút về một khía cạnh nào đó trong môi trường của khách hàng cũng có thể khiến bạn có một cách tiếp cận sai lệch—và thất bại. Tất nhiên, hầu hết người bán đều xác nhận sự hiểu biết của mình về vấn đề trước khi vạch ra cách tiếp cận. Nhưng rất dễ trở thành nạn nhân của chính những giả định của mình.</w:t>
      </w:r>
    </w:p>
    <w:p>
      <w:pPr>
        <w:spacing w:after="80"/>
      </w:pPr>
      <w:r>
        <w:rPr>
          <w:b w:val="0"/>
          <w:i w:val="0"/>
        </w:rPr>
        <w:t>Cũng có thể bạn đã thể hiện hoàn hảo nhưng khách hàng lại thích ý tưởng của đối thủ hơn. Vì lý do đó, hãy đảm bảo buổi phỏng vấn khách hàng sau đó của bạn bao gồm những câu hỏi mở như: "Ông/bà có thể tóm tắt ba lý do vì sao ông/bà không chọn đề xuất của chúng tôi không?" Trong hầu hết trường hợp, khách hàng sẽ có sẵn câu trả lời cho điều này, nhưng đừng nản lòng nếu nó không mang lại những hiểu biết sâu sắc đến chói lòa. Là một người phỏng vấn khéo léo, bạn nên có khả năng đọc được ẩn ý giữa các dòng và sắp đặt những câu hỏi tiếp theo để gợi ra những phản hồi hữu ích hơn. Ví dụ, nếu người mua nói rằng đội ngũ bạn đề xuất chưa đủ trình độ, hãy hỏi thành viên nào đạt tiêu chuẩn và thành viên nào không. Nếu bạn nghe rằng mức giá của bạn không cạnh tranh, hãy hỏi về những phương án giá mà người mua có thể cân nhắc trong tương lai.</w:t>
      </w:r>
    </w:p>
    <w:p>
      <w:pPr>
        <w:spacing w:after="80"/>
      </w:pPr>
      <w:r>
        <w:rPr>
          <w:b w:val="0"/>
          <w:i w:val="0"/>
        </w:rPr>
        <w:t>Chuỗi câu hỏi này sẽ cho phép bạn kiểm tra hầu hết các giả định của mình. Hãy chắc chắn đề cập đến quan điểm của khách hàng về cách tiếp cận của bạn, nếu điều đó không tự xuất hiện. Có thể bạn hiểu rõ mục tiêu nhưng lại trật mục tiêu trong cách tiếp cận. Hãy hỏi quan điểm của khách hàng về con người, kế hoạch công việc, tiến độ và công cụ của bạn. Có lẽ một thành viên trong đội không phù hợp; có thể cách bạn dự định tổ chức công việc chưa lý tưởng với khách hàng. Cũng có thể những giả định của bạn về mức độ tham gia mong muốn của khách hàng đã dẫn đến một tiến độ không thực tế. Bằng cách lôi cuốn khách hàng vào cuộc thảo luận về những gì bạn có thể đã bỏ sót, bạn có thể tìm ra những cách mới để cung cấp dịch vụ của mình về sau.</w:t>
      </w:r>
    </w:p>
    <w:p>
      <w:pPr>
        <w:pStyle w:val="Heading2"/>
      </w:pPr>
      <w:r>
        <w:rPr>
          <w:rFonts w:ascii="Calibri" w:hAnsi="Calibri"/>
          <w:b/>
          <w:i w:val="0"/>
          <w:sz w:val="32"/>
        </w:rPr>
        <w:t xml:space="preserve"> Còn về giá thì sao? </w:t>
      </w:r>
    </w:p>
    <w:p>
      <w:pPr>
        <w:spacing w:after="80"/>
      </w:pPr>
      <w:r>
        <w:rPr>
          <w:b w:val="0"/>
          <w:i w:val="0"/>
        </w:rPr>
        <w:t>Với một số khách hàng, chọn nhà cung cấp dịch vụ chỉ đơn thuần là chuyện giá cả. Trong một số trường hợp, người trả giá thấp nhất thắng, kể cả khi có một lựa chọn tốt hơn. Mặt khác, một số khách hàng chọn người bán dựa trên giá vì họ không phân biệt được bất kỳ khác biệt nào giữa các đối thủ. Đó là một hiểu lầm mà bạn có thể chỉnh sửa.</w:t>
      </w:r>
    </w:p>
    <w:p>
      <w:pPr>
        <w:spacing w:after="80"/>
      </w:pPr>
      <w:r>
        <w:rPr>
          <w:b w:val="0"/>
          <w:i w:val="0"/>
        </w:rPr>
        <w:t>Khi người mua nói: "Mức phí của anh quá cao so với ngân sách của chúng tôi", thì có thể thật ra không phải là vấn đề hạn chế ngân sách. Thay vào đó, có thể họ không thấy tỷ lệ giá trị trên phí đủ hấp dẫn để tìm cách nâng ngân sách. Giá là một yếu tố cân nhắc quan trọng trong mọi quy trình lựa chọn. Nhưng một đối thủ có giá cao hơn vẫn có thể thắng nếu cảm nhận của khách hàng về giá trị biện minh cho mức phí đó. Một lần nữa, cảm nhận đó phụ thuộc vào cả sự hiểu biết bạn đã thể hiện về sáng kiến được đề xuất lẫn những ý tưởng và năng lực của bạn để hoàn thành công việc.</w:t>
      </w:r>
    </w:p>
    <w:p>
      <w:pPr>
        <w:spacing w:after="80"/>
      </w:pPr>
      <w:r>
        <w:rPr>
          <w:b w:val="0"/>
          <w:i w:val="0"/>
        </w:rPr>
        <w:t>Liệu bạn có nhận được câu trả lời thẳng thắn trong một buổi đánh giá thất bại không? Có thể. Việc ngồi qua những cuộc thảo luận như vậy có thể đau đớn với cả người mua lẫn người bán. Một số khách hàng sẽ né tránh câu hỏi của bạn để kết thúc cuộc họp càng sớm càng tốt, trong khi những người khác sẽ bộc bạch hết lòng mình. Dù thế nào đi nữa, bạn chỉ đang tìm vài lĩnh vực để cải thiện, nên việc đầu tư thời gian là đáng giá, kể cả khi một số người ngần ngại nói chuyện.</w:t>
      </w:r>
    </w:p>
    <w:p>
      <w:pPr>
        <w:spacing w:after="80"/>
      </w:pPr>
      <w:r>
        <w:rPr>
          <w:b w:val="0"/>
          <w:i w:val="0"/>
        </w:rPr>
        <w:t>Khi bạn nghe: "Chúng tôi đã chọn một công ty khác", bạn sẽ cảm thấy hụt hẫng. Suy cho cùng, hầu hết người bán đều theo đuổi những thương vụ mà họ tin là có thể thắng. Nếu bạn bỏ ra thời gian và công sức để nộp một đề xuất, điều cuối cùng bạn muốn là một đối thủ cuỗm mất mối làm ăn. Nhưng bạn có thể biến thất bại hôm nay thành chiến thắng ngày mai bằng cách loại bỏ phỏng đoán và lấy câu chuyện chính xác từ người mua, chứ không phải từ trí tưởng tượng của bạn. Những gì bạn tưởng tượng có lẽ còn tệ hơn nhiều so với sự thật.</w:t>
      </w:r>
    </w:p>
    <w:p>
      <w:pPr>
        <w:spacing w:after="80"/>
      </w:pPr>
      <w:r>
        <w:rPr>
          <w:b w:val="0"/>
          <w:i w:val="0"/>
        </w:rPr>
        <w:t>Không ai thích thua. Hãy cố giữ phản ứng của mình trong tầm nhìn đúng mực và xác định xem bạn có thể làm gì với nó. Bạn có thể nhận ra rằng mình thu được nhiều hiểu biết giá trị từ một thất bại hơn là từ một chiến thắng, dù rõ ràng nghe về lý do mình thắng thì vẫn dễ chịu hơn.</w:t>
      </w:r>
    </w:p>
    <w:p>
      <w:pPr>
        <w:pStyle w:val="Heading2"/>
      </w:pPr>
      <w:r>
        <w:rPr>
          <w:rFonts w:ascii="Calibri" w:hAnsi="Calibri"/>
          <w:b/>
          <w:i w:val="0"/>
          <w:sz w:val="32"/>
        </w:rPr>
        <w:t xml:space="preserve"> Việc đầu tiên cần làm khi bạn thắng </w:t>
      </w:r>
    </w:p>
    <w:p>
      <w:pPr>
        <w:spacing w:after="80"/>
      </w:pPr>
      <w:r>
        <w:rPr>
          <w:b w:val="0"/>
          <w:i w:val="0"/>
        </w:rPr>
        <w:t>Khi bạn thắng một hợp đồng mà mình đã vất vả giành được, bạn có thể vừa thấy phấn khởi vừa thấy thử thách cùng lúc. Bạn phấn khởi vì công sức xây dựng quan hệ với khách hàng và thể hiện giá trị đề xuất của mình đã được đền đáp. Nhưng cảm giác lo lắng có thể chẳng mấy chốc ập đến. Giờ đây bạn phải biến những kỳ vọng bạn đã đặt ra trong quá trình bán hàng thành hiện thực.</w:t>
      </w:r>
    </w:p>
    <w:p>
      <w:pPr>
        <w:spacing w:after="80"/>
      </w:pPr>
      <w:r>
        <w:rPr>
          <w:b w:val="0"/>
          <w:i w:val="0"/>
        </w:rPr>
        <w:t>Giai đoạn chuyển tiếp giữa lúc hoàn tất một thương vụ và lúc bắt đầu một dự án đánh dấu thách thức lớn nhất đối với thành công của sáng kiến—và đối với tương lai của mối quan hệ với khách hàng. Tại ngã rẽ này, những hành động bạn thực hiện sẽ định hình dự án thành một dự án rõ ràng và có đà tiến, hay thành một dự án vấp ngã ngay từ vạch xuất phát. Và dù một dự án khởi đầu chậm chạp có thể lấy lại đà khi tiến triển, nó gần như luôn kết thúc trễ tiến độ và vượt ngân sách.</w:t>
      </w:r>
    </w:p>
    <w:p>
      <w:pPr>
        <w:spacing w:after="80"/>
      </w:pPr>
      <w:r>
        <w:rPr>
          <w:b w:val="0"/>
          <w:i w:val="0"/>
        </w:rPr>
        <w:t>Khi bạn nhận được cái gật đầu cuối cùng từ khách hàng, suy nghĩ của bạn nên hướng về việc mình có thể làm gì để tránh một khởi đầu chậm chạp. Tuy nhiên, trước khi lao vào con đường đó, hãy dành thời gian để biết chính xác vì sao bạn thắng. Cũng như với một thất bại, rất có thể bạn nghĩ mình đã biết lý do. Nhưng cho đến khi nghe chính khách hàng nói ra, tất cả chỉ là phỏng đoán. Nếu bạn định bán thêm công việc cho những người mua này, hãy tận dụng cơ hội để tìm hiểu bằng cách nào và vì sao họ chọn thuê bạn. Những câu trả lời đó có thể cho bạn lợi thế trong các cơ hội tương lai và giúp bạn tinh chỉnh cách tiếp cận của mình khi bán cho những khách hàng khác.</w:t>
      </w:r>
    </w:p>
    <w:p>
      <w:pPr>
        <w:spacing w:after="80"/>
      </w:pPr>
      <w:r>
        <w:rPr>
          <w:b w:val="0"/>
          <w:i w:val="0"/>
        </w:rPr>
        <w:t>Bạn có thể dùng khảo sát cảm nhận của khách hàng để hiểu điều gì quan trọng trong quy trình mua hàng của khách hàng và đội ngũ của bạn đã thể hiện ra sao. Hãy tìm đến (những) người bảo trợ phía khách hàng của bạn để giúp bạn thu thập phản hồi này. Nhiều người mua có quan điểm mạnh mẽ về việc quá trình bán hàng đã diễn ra thế nào và háo hức chia sẻ quan điểm của họ, miễn là bạn tiếp cận họ sớm sau khi bạn thắng được công việc.</w:t>
      </w:r>
    </w:p>
    <w:p>
      <w:pPr>
        <w:spacing w:after="80"/>
      </w:pPr>
      <w:r>
        <w:rPr>
          <w:b w:val="0"/>
          <w:i w:val="0"/>
        </w:rPr>
        <w:t>Phản hồi từ khảo sát sẽ cho bạn cái nhìn rõ ràng về việc quy trình của bạn đã thành công ở đâu và còn thiếu sót ở chỗ nào. Để có điểm tham chiếu, hãy thử tưởng tượng bạn chính là khách hàng và tự mình làm khảo sát. Bạn có thể sẽ thấy nó mang lại một góc nhìn thú vị. Bạn sẽ bị cám dỗ nghĩ rằng mình biết hết câu trả lời vì sao mình thắng, nhưng đừng chỉ dựa vào ý kiến của riêng bạn. Một người bán hàng từng tin chắc rằng chìa khóa dẫn đến chiến thắng là chất lượng của bản đề xuất đồ sộ mà đội ngũ bán hàng đã dành vô số giờ để soạn. Thật bất ngờ khi phát hiện ra rằng ba trong số những người ra quyết định chủ chốt lại không nghĩ bản đề xuất đó hay đến vậy. Những ý kiến đó suýt nữa đã khiến đội ngũ mất hợp đồng. Và họ chỉ biết điều đó sau khi sự việc đã rồi.</w:t>
      </w:r>
    </w:p>
    <w:p>
      <w:pPr>
        <w:pStyle w:val="Heading2"/>
      </w:pPr>
      <w:r>
        <w:rPr>
          <w:rFonts w:ascii="Calibri" w:hAnsi="Calibri"/>
          <w:b/>
          <w:i w:val="0"/>
          <w:sz w:val="32"/>
        </w:rPr>
        <w:t xml:space="preserve"> Định hình Trải nghiệm Khách hàng </w:t>
      </w:r>
    </w:p>
    <w:p>
      <w:pPr>
        <w:spacing w:after="80"/>
      </w:pPr>
      <w:r>
        <w:rPr>
          <w:b w:val="0"/>
          <w:i w:val="0"/>
        </w:rPr>
        <w:t>Khi bạn chuyển từ bán hàng sang cung cấp dịch vụ, cả bạn lẫn người mua chắc chắn đều đang tự hỏi: "Giờ thì làm sao chúng ta hoàn thành công việc này đây?" Dù bạn đã đặt nền móng tốt đến đâu trong quá trình bán hàng, hãy chuẩn bị tinh thần đón nhận một loạt câu hỏi và lo lắng. Trong lúc mọi thứ còn đang rối bời, hãy khởi đầu thật suôn sẻ bằng cách cùng khách hàng xác định chính xác cách hai bên sẽ phối hợp để đạt được kết quả mong muốn.</w:t>
      </w:r>
    </w:p>
    <w:p>
      <w:pPr>
        <w:spacing w:after="80"/>
      </w:pPr>
      <w:r>
        <w:rPr>
          <w:b w:val="0"/>
          <w:i w:val="0"/>
        </w:rPr>
        <w:t>Bạn sẽ tổ chức công việc như thế nào để tạo đà và mang lại trải nghiệm tuyệt vời cho khách hàng? Khách hàng sẽ trông cậy vào bạn để dẫn dắt cách tiến hành, nên đừng ngồi chờ họ đặt câu hỏi. Hãy bắt tay ngay vào việc lập kế hoạch tổ chức để cung cấp mọi thứ bạn đã hứa. Nhớ xem lại hồ sơ giá trị khách hàng mà bạn đã tạo trước đó. Bạn có thể chắc chắn rằng khách hàng sẽ nhớ mọi cam kết bạn đã đưa ra trong quá trình bán hàng, nên hãy đảm bảo kế hoạch của bạn đáp ứng được những cam kết đó.</w:t>
      </w:r>
    </w:p>
    <w:p>
      <w:pPr>
        <w:spacing w:after="80"/>
      </w:pPr>
      <w:r>
        <w:rPr>
          <w:b w:val="0"/>
          <w:i w:val="0"/>
        </w:rPr>
        <w:t>Bạn có thể có cách riêng để cung cấp dịch vụ, và hầu hết khách hàng sẽ chấp nhận điều đó. Tuy nhiên, ngay cả với một cách tiếp cận chuẩn mực, bạn vẫn cần điều chỉnh quy trình cung cấp dịch vụ và nhịp độ công việc sao cho khách hàng có thể bắt nhịp cùng bạn. Ví dụ, nếu công việc của bạn diễn ra nhanh hơn—hoặc chậm hơn—khả năng ra quyết định của khách hàng, điều đó sẽ cản trở tiến độ chung. Hứa hẹn kết quả nhanh chóng mà không quan tâm đến nhịp độ làm việc của khách hàng có thể dẫn đến những rắc rối thực sự. Một người bán hàng đang điều phối một loạt chuyến thăm của khách hàng đến nhiều cơ sở khác nhau đã bị kẹt vì khách hàng chậm trễ trong việc giúp sắp xếp các chuyến thăm. Những cuộc gặp then chốt này, đáng lẽ chỉ là công việc một tuần, lại mất hơn một tháng mới hoàn thành, dẫn đến sự chậm trễ ba tuần ngay từ giai đoạn đầu.</w:t>
      </w:r>
    </w:p>
    <w:p>
      <w:pPr>
        <w:spacing w:after="80"/>
      </w:pPr>
      <w:r>
        <w:rPr>
          <w:b w:val="0"/>
          <w:i w:val="0"/>
        </w:rPr>
        <w:t>Bạn có thể tin rằng lịch trình đề xuất của mình là thực tế, nhưng hãy tiết chế ý kiến đó bằng những quan sát của bạn về cách quá trình bán hàng đã diễn ra. Khách hàng có đưa ra quyết định và cam kết nhanh chóng, đúng hạn không? Mọi việc có diễn ra như bạn mong đợi không? Trong quá trình bán hàng, khách hàng cho bạn những manh mối về hành vi tương lai của họ. Hãy dùng những manh mối đó để kế hoạch cung cấp dịch vụ của bạn tương thích với thực tế tình hình của khách hàng.</w:t>
      </w:r>
    </w:p>
    <w:p>
      <w:pPr>
        <w:spacing w:after="80"/>
      </w:pPr>
      <w:r>
        <w:rPr>
          <w:b w:val="0"/>
          <w:i w:val="0"/>
        </w:rPr>
        <w:t>Không có gì lạ khi khách hàng hứa một cách đầy thuyết phục rằng họ sẽ dốc toàn lực vì bạn. Họ có thể nói rằng họ sẽ thúc đẩy mọi quyết định và sẵn sàng nguồn lực đúng lúc bạn cần. Và biết đâu họ sẽ làm được. Nhưng hãy chờ xem họ có thực sự theo đuổi đến cùng không trước khi bạn tin tưởng hoàn toàn. Khách hàng vẫn còn phải điều hành công việc kinh doanh của họ, và điều đó sẽ—và nên—được ưu tiên hơn bất cứ việc gì bạn cần làm.</w:t>
      </w:r>
    </w:p>
    <w:p>
      <w:pPr>
        <w:spacing w:after="80"/>
      </w:pPr>
      <w:r>
        <w:rPr>
          <w:b w:val="0"/>
          <w:i w:val="0"/>
        </w:rPr>
        <w:t>Hãy làm việc chặt chẽ với khách hàng để xác nhận những đóng góp mà mỗi bên sẽ thực hiện cho nỗ lực chung. Nhấn mạnh việc duy trì đồng thuận liên tục về các yếu tố thiết yếu của thành công: giao tiếp, quản lý con người, ra quyết định và kết quả mong đợi. Hướng dẫn sau đây, "Định hình Trải nghiệm Khách hàng," phác thảo các điểm thảo luận để khởi động nhiệm vụ của bạn một cách thành công. Bằng cách bao quát những điểm này với khách hàng, bạn không để lại điều gì cho sự may rủi.</w:t>
      </w:r>
    </w:p>
    <w:p>
      <w:pPr>
        <w:pStyle w:val="Heading1"/>
      </w:pPr>
      <w:r>
        <w:rPr>
          <w:rFonts w:ascii="Calibri" w:hAnsi="Calibri"/>
          <w:b/>
          <w:i w:val="0"/>
          <w:sz w:val="40"/>
        </w:rPr>
        <w:t>ĐỊNH HÌNH TRẢI NGHIỆM KHÁCH HÀNG</w:t>
      </w:r>
    </w:p>
    <w:p>
      <w:pPr>
        <w:spacing w:after="80"/>
      </w:pPr>
      <w:r>
        <w:rPr>
          <w:b w:val="0"/>
          <w:i w:val="0"/>
        </w:rPr>
        <w:t>Trước khi bạn và khách hàng lao ngay vào công việc cần làm, hãy dành thời gian đi qua những câu hỏi này. Bạn sẽ làm thế nào để . . .</w:t>
      </w:r>
    </w:p>
    <w:p>
      <w:pPr>
        <w:spacing w:after="80"/>
      </w:pPr>
      <w:r>
        <w:rPr>
          <w:b w:val="0"/>
          <w:i w:val="0"/>
        </w:rPr>
        <w:t>Trong lịch sử cung cấp dịch vụ, bạn có thể tìm thấy vô số câu chuyện về những sai sót đáng xấu hổ (ví dụ, các thành viên trong nhóm không biết về cuộc họp khởi động, những nhà tài trợ cấp cao lại đi nghỉ mát vào những thời điểm then chốt, và nhà cung cấp dịch vụ đến làm việc mà không có chỗ ngồi). Những bước đi sai lầm ban đầu có thể làm chệch hướng một hợp đồng và gây căng thẳng cho mối quan hệ với khách hàng. Nhưng bạn có thể ngăn chặn hầu hết các vấn đề bằng những cuộc thảo luận sâu sắc làm rõ mục đích, nhiệm vụ, giao tiếp và kết quả. Có thể các quản lý của khách hàng cần tạm thời miễn cho một số người khỏi nhiệm vụ thường ngày để hỗ trợ sáng kiến này. Hoặc có thể họ tìm cách sắp xếp lại các nhiệm vụ hiệu quả hơn.</w:t>
      </w:r>
    </w:p>
    <w:p>
      <w:pPr>
        <w:spacing w:after="80"/>
      </w:pPr>
      <w:r>
        <w:rPr>
          <w:b w:val="0"/>
          <w:i w:val="0"/>
        </w:rPr>
        <w:t>Những nỗ lực ban đầu này cũng giúp bạn giải quyết một thách thức khác. Là người ngoài, bạn cam kết tạo ra giá trị cho khách hàng, nên bạn có trách nhiệm; nhưng trong hệ thống thứ bậc của tổ chức khách hàng, bạn có rất ít (hoặc không có) quyền hạn. Thành công của bạn phần lớn phụ thuộc vào người khác và vào khả năng gây ảnh hưởng đến hành động của những người có thể không chịu trách nhiệm gì với bạn. Điều này đòi hỏi kỹ năng lãnh đạo, và những người bán hàng giỏi nhất sẽ vươn lên đáp ứng thử thách. Bạn nên có khả năng truyền động lực cho mọi người bằng câu chuyện về lý do họ cần giải quyết vấn đề và mọi thứ sẽ ra sao sau khi họ xử lý xong. Hãy dùng câu chuyện đó như một cách để giữ mọi người, đặc biệt là nhân viên của khách hàng, tập trung vào mục tiêu.</w:t>
      </w:r>
    </w:p>
    <w:p>
      <w:pPr>
        <w:spacing w:after="80"/>
      </w:pPr>
      <w:r>
        <w:rPr>
          <w:b w:val="0"/>
          <w:i w:val="0"/>
        </w:rPr>
        <w:t>Công cụ gây ảnh hưởng mạnh mẽ nhất của bạn trong bối cảnh khách hàng, tất nhiên, chính là hành vi của bạn. Hãy làm gương bằng cách tự chịu trách nhiệm. Làm việc với người khác để đảm bảo họ có thể thành công, và vào cuộc gánh vác phần việc còn thiếu khi vấn đề phát sinh. Nếu bạn dẫn dắt bằng tấm gương, hầu hết mọi người sẽ noi theo. Nếu bạn thể hiện sự tận tụy đầy tự tin với kết quả, người khác cũng sẽ như vậy.</w:t>
      </w:r>
    </w:p>
    <w:p>
      <w:pPr>
        <w:pStyle w:val="Heading1"/>
      </w:pPr>
      <w:r>
        <w:rPr>
          <w:rFonts w:ascii="Calibri" w:hAnsi="Calibri"/>
          <w:b/>
          <w:i w:val="0"/>
          <w:sz w:val="40"/>
        </w:rPr>
        <w:t>Kiểm tra Tính hợp lý: Hãy Phản hồi Thái quá</w:t>
      </w:r>
    </w:p>
    <w:p>
      <w:pPr>
        <w:spacing w:after="80"/>
      </w:pPr>
      <w:r>
        <w:rPr>
          <w:b w:val="0"/>
          <w:i w:val="0"/>
        </w:rPr>
        <w:t>Khách hàng có thể cực kỳ nhạy cảm với những vấn đề nảy sinh sớm trong một nhiệm vụ, ngay cả khi với bạn chúng có vẻ là chuyện nhỏ nhặt. Quá trình cung cấp dịch vụ có thể lộn xộn, với vài lần trục trặc rồi lại chạy, nhưng hầu hết khách hàng đã sẵn sàng cho điều đó. Tuy nhiên, họ sẽ không chấp nhận dù chỉ một chút hỗn loạn trong cách bạn quản lý công việc. Trong hầu hết trường hợp, nhận thức đó xuất phát từ việc thiếu giao tiếp, chứ không phải bất kỳ sự rối loạn nghiêm trọng nào. Dù vậy, hãy phản hồi thái quá ngay từ đầu. Giữ những kênh giao tiếp luôn rộng mở và duy trì sự hiện diện, dễ tiếp cận. Và đừng cho rằng khách hàng sẽ nhớ hết mọi điều bạn đã nói với họ hoặc họ biết phải làm gì. Suy cho cùng, họ còn bao nhiêu ưu tiên khác đang đè nặng. Việc chú ý nhiều hơn ngay từ đầu có thể sẽ giúp bạn giữ được sự tỉnh táo về sau.</w:t>
      </w:r>
    </w:p>
    <w:p>
      <w:pPr>
        <w:pStyle w:val="Heading2"/>
      </w:pPr>
      <w:r>
        <w:rPr>
          <w:rFonts w:ascii="Calibri" w:hAnsi="Calibri"/>
          <w:b/>
          <w:i w:val="0"/>
          <w:sz w:val="32"/>
        </w:rPr>
        <w:t xml:space="preserve"> Đặt ra các Cột mốc </w:t>
      </w:r>
    </w:p>
    <w:p>
      <w:pPr>
        <w:spacing w:after="80"/>
      </w:pPr>
      <w:r>
        <w:rPr>
          <w:b w:val="0"/>
          <w:i w:val="0"/>
        </w:rPr>
        <w:t>Bạn có thể tăng tốc khởi đầu, huy động mọi người và tạo đà bằng cách đặt ra các cột mốc ngắn hạn và dài hạn. Bạn hiếm khi khiến mọi người ngồi vào bàn và bắt tay vào công việc cho đến khi bạn đặt ra hạn chót đầu tiên. Để củng cố cảm giác về mục đích và sự cam kết của mọi người, bạn cần tạo ra một văn hóa hoàn thành công việc. Hãy thiết lập một cột mốc sớm, cụ thể, và bạn sẽ có cách để nuôi dưỡng văn hóa đó.</w:t>
      </w:r>
    </w:p>
    <w:p>
      <w:pPr>
        <w:spacing w:after="80"/>
      </w:pPr>
      <w:r>
        <w:rPr>
          <w:b w:val="0"/>
          <w:i w:val="0"/>
        </w:rPr>
        <w:t>Một cột mốc sớm giúp mọi người học cách làm việc cùng nhau và giải quyết những thắc mắc dai dẳng về các chi tiết. Mọi người đều thấy được cách nhóm vận hành dưới áp lực, điều này có thể giúp các nhà quản lý điều chỉnh kế hoạch của họ nếu cần. Bí quyết là biến nó thành một cột mốc sớm. Hãy cân nhắc dùng khoảng một tuần cho hạn chót đầu tiên. Một hạn chót ngắn giúp giải quyết những trục trặc, cho phép nhóm thiết lập các khuôn mẫu giao tiếp và tạo sự mong đợi.</w:t>
      </w:r>
    </w:p>
    <w:p>
      <w:pPr>
        <w:spacing w:after="80"/>
      </w:pPr>
      <w:r>
        <w:rPr>
          <w:b w:val="0"/>
          <w:i w:val="0"/>
        </w:rPr>
        <w:t>Dù cột mốc đầu tiên có ích lợi đến đâu, thì cột mốc cuối cùng còn quan trọng hơn nữa. Trước khi bạn khởi động bất kỳ sáng kiến nào, bạn và khách hàng phải định nghĩa thế nào là hoàn thành: Làm sao để tất cả những người liên quan biết rằng bạn đã đạt được một kết quả thành công? Tất nhiên, định nghĩa này có thể thay đổi theo thời gian. Nhưng việc thiết lập một cột mốc kết thúc rõ ràng sẽ xóa tan điều bí ẩn của câu hỏi "Chúng ta xong chưa nhỉ?" Ít có điều gì truyền cảm hứng tự tin hơn việc đặt ra một mục tiêu rõ ràng cho đích đến. Mục tiêu càng rõ ràng, bạn càng dễ tập hợp nhóm của mình xung quanh những thành tựu của nó.</w:t>
      </w:r>
    </w:p>
    <w:p>
      <w:pPr>
        <w:pStyle w:val="Heading2"/>
      </w:pPr>
      <w:r>
        <w:rPr>
          <w:rFonts w:ascii="Calibri" w:hAnsi="Calibri"/>
          <w:b/>
          <w:i w:val="0"/>
          <w:sz w:val="32"/>
        </w:rPr>
        <w:t xml:space="preserve"> Biết Bạn Muốn Đạt Được Điều Gì </w:t>
      </w:r>
    </w:p>
    <w:p>
      <w:pPr>
        <w:spacing w:after="80"/>
      </w:pPr>
      <w:r>
        <w:rPr>
          <w:b w:val="0"/>
          <w:i w:val="0"/>
        </w:rPr>
        <w:t>Trong suốt quá trình bán hàng, bạn tập trung vào nhu cầu của khách hàng. Nhưng công việc của bạn không chỉ vì họ—mà còn vì bạn nữa. Vì vậy, đừng đánh mất mục tiêu của chính bạn cho bất kỳ công việc nào. Kết quả hoàn hảo cho doanh nghiệp của bạn từ nhiệm vụ này sẽ là gì? Khách hàng hài lòng và giành thêm được việc làm không phải là câu trả lời chấp nhận được. Những câu trả lời đó là điều đương nhiên.</w:t>
      </w:r>
    </w:p>
    <w:p>
      <w:pPr>
        <w:spacing w:after="80"/>
      </w:pPr>
      <w:r>
        <w:rPr>
          <w:b w:val="0"/>
          <w:i w:val="0"/>
        </w:rPr>
        <w:t>Hãy suy ngẫm lại về các mục tiêu phát triển nghề nghiệp và mục tiêu kinh doanh của bạn. Nhắc nhở bản thân về những kỹ năng mới bạn muốn phát triển hoặc những người mới bạn muốn gặp. Có thể bạn thấy một nghiên cứu tình huống, bài viết hay bài phát biểu tuyệt vời đang nảy nở từ công việc của mình. Bạn nên xem lại bản tóm tắt các nguồn giá trị mà bạn đã chuẩn bị trong quá trình đàm phán. Hãy hình dung việc đạt được những mục tiêu đó, và bạn sẽ còn hào hứng hơn nữa với cơ hội của mình.</w:t>
      </w:r>
    </w:p>
    <w:p>
      <w:pPr>
        <w:spacing w:after="80"/>
      </w:pPr>
      <w:r>
        <w:rPr>
          <w:b w:val="0"/>
          <w:i w:val="0"/>
        </w:rPr>
        <w:t xml:space="preserve">Khi khách hàng đã đồng ý, công việc trước mắt của bạn là chứng minh rằng họ đã quyết định đúng—bởi vì họ </w:t>
      </w:r>
      <w:r>
        <w:rPr>
          <w:b w:val="0"/>
          <w:i/>
        </w:rPr>
        <w:t>đang</w:t>
      </w:r>
      <w:r>
        <w:rPr>
          <w:b w:val="0"/>
          <w:i w:val="0"/>
        </w:rPr>
        <w:t xml:space="preserve"> tự hỏi điều đó. Có khả năng bạn đã tích lũy được một kho thiện chí với khách hàng, nên hãy chắc chắn không đánh mất tài sản quý giá đó bằng một sai lầm sớm. Nếu bạn thiết kế một trải nghiệm tích cực cho khách hàng, thiết lập một nhịp độ làm việc tương thích với khách hàng, và tìm ra những cách hiệu quả để tác động đến hành động của người khác, bạn sẽ tiến gần đến chiến thắng thực sự: một mối quan hệ gần gũi hơn với khách hàng và cơ hội cho thương vụ tiếp theo của họ và xa hơn nữa.</w:t>
      </w:r>
    </w:p>
    <w:p>
      <w:pPr>
        <w:pStyle w:val="Heading1"/>
      </w:pPr>
      <w:r>
        <w:rPr>
          <w:rFonts w:ascii="Calibri" w:hAnsi="Calibri"/>
          <w:b/>
          <w:i w:val="0"/>
          <w:sz w:val="40"/>
        </w:rPr>
        <w:t>CHƯƠNG 13</w:t>
      </w:r>
    </w:p>
    <w:p>
      <w:pPr>
        <w:pStyle w:val="Heading1"/>
      </w:pPr>
      <w:r>
        <w:rPr>
          <w:rFonts w:ascii="Calibri" w:hAnsi="Calibri"/>
          <w:b/>
          <w:i w:val="0"/>
          <w:sz w:val="40"/>
        </w:rPr>
        <w:t xml:space="preserve"> Thực Hiện Thương Vụ Thứ Hai và Xa Hơn </w:t>
      </w:r>
    </w:p>
    <w:p>
      <w:pPr>
        <w:spacing w:after="80"/>
      </w:pPr>
      <w:r>
        <w:rPr>
          <w:b w:val="0"/>
          <w:i w:val="0"/>
        </w:rPr>
        <w:t>Khi bạn đã có công việc cho một khách hàng đang chạy trơn tru, bạn có một quyết định khác cần đưa ra: có muốn và làm thế nào để làm việc với khách hàng này lần nữa. Với một khách hàng hiện hữu, bạn có thể khám phá ra nhu cầu mới đối với dịch vụ của mình, có khả năng với ít cạnh tranh hơn và chi phí bán hàng thấp hơn. Cho đến khi bạn đã thử, bán hàng cho khách hàng hiện hữu nghe có vẻ dễ dàng. Không hề dễ. Tuy nhiên, với những người bán chọn thử, phần thưởng có thể rất đáng kể.</w:t>
      </w:r>
    </w:p>
    <w:p>
      <w:pPr>
        <w:spacing w:after="80"/>
      </w:pPr>
      <w:r>
        <w:rPr>
          <w:b w:val="0"/>
          <w:i w:val="0"/>
        </w:rPr>
        <w:t>Một số người bán nói rằng họ nỗ lực hết mình để bán công việc mới cho khách hàng hiện tại và trong quá khứ—với kết quả không ổn định. Họ chỉ vào các kế hoạch quản lý khách hàng của mình và khẳng định họ luôn nằm trong tầm ngắm của khách hàng, nhưng điều đó chỉ mang lại những đầu mối mà họ sẽ nghe được dù có làm gì đi nữa. Và những đầu mối đó cũng cạnh tranh gay gắt như bất kỳ đầu mối nào khác mà họ theo đuổi. Vậy tại sao lại đầu tư thêm vào việc quản lý khách hàng?</w:t>
      </w:r>
    </w:p>
    <w:p>
      <w:pPr>
        <w:spacing w:after="80"/>
      </w:pPr>
      <w:r>
        <w:rPr>
          <w:b w:val="0"/>
          <w:i w:val="0"/>
        </w:rPr>
        <w:t>Bạn không thể phản bác những kết quả kém cỏi như vậy, và thật không may, hầu hết các chương trình quản lý khách hàng sẽ chẳng mang lại gì đáng giá hơn. Tại sao? Một lý do là hầu hết các chương trình đều tập trung vào giao dịch. Người bán thực sự nỗ lực một cách có hệ thống để giữ liên lạc với khách hàng, nhưng chỉ với thương vụ tiếp theo trong đầu. Hầu hết khách hàng đều nhìn thấu điều đó. Bạn có thể mời khách hàng đến các sự kiện, đưa họ vào danh sách gửi thư, hoặc gọi điện mỗi tháng một lần. Nhưng nếu trong suy nghĩ của họ, tất cả chỉ là một lời chào hàng bán hàng khác, thì đừng trông đợi kết quả phi thường—dù bạn nghĩ mình có mối quan hệ khách hàng tuyệt vời đến đâu.</w:t>
      </w:r>
    </w:p>
    <w:p>
      <w:pPr>
        <w:spacing w:after="80"/>
      </w:pPr>
      <w:r>
        <w:rPr>
          <w:b w:val="0"/>
          <w:i w:val="0"/>
        </w:rPr>
        <w:t>Điều sai lầm ở hầu hết các chương trình quản lý khách hàng là chúng đúng với tên gọi của mình: Chúng quản lý tài khoản, chứ không phải các mối quan hệ. Các chương trình này lấy người bán làm trung tâm và bao gồm những mục tiêu như giành được phần lớn nhất trong chi tiêu dịch vụ của khách hàng và đẩy một bộ giải pháp cụ thể. Bạn sẽ nghe một số người bán mô tả chiến lược quản lý khách hàng của họ là "thâm nhập vào tài khoản", "giành thêm thị phần ví tiền", hoặc tệ nhất là "ăn những gì mình săn được". Nếu bạn nghĩ khách hàng không thể cảm nhận được thái độ đánh thuê đằng sau những chiến lược đó, thì bạn sai hoàn toàn. Những cách tiếp cận như vậy có một hệ quả trớ trêu: Chúng cắt đứt bạn khỏi chính dòng thông tin và khả năng tiếp cận ban điều hành có thể hỗ trợ một chiến lược quản lý mối quan hệ.</w:t>
      </w:r>
    </w:p>
    <w:p>
      <w:pPr>
        <w:spacing w:after="80"/>
      </w:pPr>
      <w:r>
        <w:rPr>
          <w:b w:val="0"/>
          <w:i w:val="0"/>
        </w:rPr>
        <w:t>Khi bạn đã giành được một thương vụ, việc cố lấy thêm và thêm nữa là phản tác dụng. Đúng, bạn muốn xây dựng doanh nghiệp của mình, và làm việc với khách hàng hiện tại là nguồn kinh doanh mới tốt nhất. Khách hàng của bạn hiểu cả hai thực tế này. Nhưng với khách hàng hiện hữu, bạn phải cho đi để nhận lại. Nhiều người bán hiểu điều này trên lý thuyết, nhưng họ khăng khăng cho khách hàng những gì họ muốn cho, chứ không nhất thiết là những gì khách hàng cần. Bạn có thể làm ngập ngụa mọi người trong những sách trắng hấp dẫn, nghiên cứu tình huống và lời mời đến những hội nghị sang trọng. Nhưng nếu những thứ đó không đúng chính xác những gì khách hàng cần vào thời điểm đó, thì giá trị cho họ nằm ở đâu? Thật lãng phí nếu tất cả nỗ lực đó cuối cùng chỉ vào sọt rác.</w:t>
      </w:r>
    </w:p>
    <w:p>
      <w:pPr>
        <w:pStyle w:val="Heading2"/>
      </w:pPr>
      <w:r>
        <w:rPr>
          <w:rFonts w:ascii="Calibri" w:hAnsi="Calibri"/>
          <w:b/>
          <w:i w:val="0"/>
          <w:sz w:val="32"/>
        </w:rPr>
        <w:t xml:space="preserve"> Quản Lý Mối Quan Hệ Khách Hàng Là Gì? </w:t>
      </w:r>
    </w:p>
    <w:p>
      <w:pPr>
        <w:spacing w:after="80"/>
      </w:pPr>
      <w:r>
        <w:rPr>
          <w:b w:val="0"/>
          <w:i w:val="0"/>
        </w:rPr>
        <w:t>Để thực hiện thương vụ thứ hai, thứ ba và thứ tư, bạn cần nghĩ về việc quản lý các mối quan hệ với con người, chứ không phải tài khoản. Như đã chỉ ra trước đó, mục tiêu của bạn phải là sự thành công lâu dài trong kinh doanh của khách hàng, chứ không phải thương vụ tiếp theo. Trong nhiệm vụ đầu tiên hoặc thứ hai cho một khách hàng, bạn sẽ, hy vọng là, đặt nền móng cho sự tin tưởng và năng lực và thể hiện cam kết của mình. Khách hàng sau đó sẽ cởi mở hơn với ý tưởng của bạn và có thể yêu cầu bạn đấu thầu các hợp đồng mới mà không cần quy trình đề xuất cạnh tranh.</w:t>
      </w:r>
    </w:p>
    <w:p>
      <w:pPr>
        <w:spacing w:after="80"/>
      </w:pPr>
      <w:r>
        <w:rPr>
          <w:b/>
          <w:i w:val="0"/>
        </w:rPr>
        <w:t>Quản lý tài khoản so với Quản lý quan hệ khách hàng</w:t>
      </w:r>
    </w:p>
    <w:p>
      <w:pPr>
        <w:jc w:val="center"/>
      </w:pPr>
      <w:r>
        <w:drawing>
          <wp:inline xmlns:a="http://schemas.openxmlformats.org/drawingml/2006/main" xmlns:pic="http://schemas.openxmlformats.org/drawingml/2006/picture">
            <wp:extent cx="4333875" cy="1076325"/>
            <wp:docPr id="13" name="Picture 13"/>
            <wp:cNvGraphicFramePr>
              <a:graphicFrameLocks noChangeAspect="1"/>
            </wp:cNvGraphicFramePr>
            <a:graphic>
              <a:graphicData uri="http://schemas.openxmlformats.org/drawingml/2006/picture">
                <pic:pic>
                  <pic:nvPicPr>
                    <pic:cNvPr id="0" name="00012.png"/>
                    <pic:cNvPicPr/>
                  </pic:nvPicPr>
                  <pic:blipFill>
                    <a:blip r:embed="rId21"/>
                    <a:stretch>
                      <a:fillRect/>
                    </a:stretch>
                  </pic:blipFill>
                  <pic:spPr>
                    <a:xfrm>
                      <a:off x="0" y="0"/>
                      <a:ext cx="4333875" cy="1076325"/>
                    </a:xfrm>
                    <a:prstGeom prst="rect"/>
                  </pic:spPr>
                </pic:pic>
              </a:graphicData>
            </a:graphic>
          </wp:inline>
        </w:drawing>
      </w:r>
    </w:p>
    <w:p>
      <w:pPr>
        <w:spacing w:after="80"/>
      </w:pPr>
      <w:r>
        <w:rPr>
          <w:b w:val="0"/>
          <w:i w:val="0"/>
        </w:rPr>
        <w:t>Mục tiêu của kế hoạch quan hệ khách hàng là tìm ra những cách mới để giúp khách hàng của bạn quản lý công việc kinh doanh của họ. Điều đó có nghĩa là sử dụng hiểu biết của bạn về các ưu tiên của khách hàng và nguồn lực của công ty bạn để đưa ra các ý tưởng, chiến lược và phương pháp giải quyết những thách thức lớn nhất của khách hàng, ngay cả khi những đề xuất đó không dẫn đến một thương vụ cụ thể nào cho bạn. Nếu những đóng góp của bạn thực sự có ý nghĩa, công việc rồi sẽ tự tìm đến bạn.</w:t>
      </w:r>
    </w:p>
    <w:p>
      <w:pPr>
        <w:spacing w:after="80"/>
      </w:pPr>
      <w:r>
        <w:rPr>
          <w:b w:val="0"/>
          <w:i w:val="0"/>
        </w:rPr>
        <w:t>Đương nhiên, khách hàng mong đợi bạn đưa ra những ý tưởng cho các sáng kiến mới mà bạn có thể hỗ trợ bằng dịch vụ của mình. Ví dụ, một chuyên viên tư vấn thuế, trong quá trình chuẩn bị tờ khai thuế cho khách hàng, có thể phát hiện ra cơ hội giảm thiểu thuế trong tương lai và đề xuất thực hiện một nghiên cứu để khám phá khả năng đó. Tương tự, một kế toán viên có thể nhận ra điểm yếu trong hệ thống báo cáo quản trị của khách hàng và đề xuất cải tiến. Một khi bạn đã thiết lập được mối quan hệ tin cậy với khách hàng, bạn sẽ có thể đưa ra những ý tưởng thực sự hữu ích. Và khách hàng sẽ cần chuyên môn của bạn để hiện thực hóa một số ý tưởng đó.</w:t>
      </w:r>
    </w:p>
    <w:p>
      <w:pPr>
        <w:spacing w:after="80"/>
      </w:pPr>
      <w:r>
        <w:rPr>
          <w:b w:val="0"/>
          <w:i w:val="0"/>
        </w:rPr>
        <w:t>Tuy nhiên, phép thử thực sự cho cam kết của bạn đối với lợi ích của khách hàng là liệu bạn có nêu ra những vấn đề và ý tưởng về các dịch vụ mà công ty bạn không thể cung cấp hay không. Những nhà quản lý quan hệ khách hàng giỏi nhất không ngần ngại đề xuất một nguồn lực khác nếu điều đó phục vụ lợi ích của khách hàng. Thực tế, họ còn giúp khách hàng tìm ra nhà cung cấp dịch vụ phù hợp.</w:t>
      </w:r>
    </w:p>
    <w:p>
      <w:pPr>
        <w:pStyle w:val="Heading1"/>
      </w:pPr>
      <w:r>
        <w:rPr>
          <w:rFonts w:ascii="Calibri" w:hAnsi="Calibri"/>
          <w:b/>
          <w:i w:val="0"/>
          <w:sz w:val="40"/>
        </w:rPr>
        <w:t>Định nghĩa Quản lý quan hệ khách hàng</w:t>
      </w:r>
    </w:p>
    <w:p>
      <w:pPr>
        <w:spacing w:after="80"/>
      </w:pPr>
      <w:r>
        <w:rPr>
          <w:b w:val="0"/>
          <w:i/>
        </w:rPr>
        <w:t>Quản lý quan hệ khách hàng</w:t>
      </w:r>
      <w:r>
        <w:rPr>
          <w:b w:val="0"/>
          <w:i w:val="0"/>
        </w:rPr>
        <w:t xml:space="preserve"> là một phương pháp tiếp cận có hệ thống để xây dựng mối quan hệ tư vấn mang lại lợi ích đôi bên với một nhóm khách hàng được chọn lọc.</w:t>
      </w:r>
    </w:p>
    <w:p>
      <w:pPr>
        <w:pStyle w:val="Heading2"/>
      </w:pPr>
      <w:r>
        <w:rPr>
          <w:rFonts w:ascii="Calibri" w:hAnsi="Calibri"/>
          <w:b/>
          <w:i w:val="0"/>
          <w:sz w:val="32"/>
        </w:rPr>
        <w:t xml:space="preserve"> Nuôi dưỡng các mối quan hệ chiến lược </w:t>
      </w:r>
    </w:p>
    <w:p>
      <w:pPr>
        <w:spacing w:after="80"/>
      </w:pPr>
      <w:r>
        <w:rPr>
          <w:b w:val="0"/>
          <w:i w:val="0"/>
        </w:rPr>
        <w:t>Nghe có vẻ như việc phát triển một mối quan hệ khách hàng lâu dài đòi hỏi rất nhiều công sức? Đúng vậy, đúng là như thế. Để làm tốt, bạn phải đầu tư thời gian và nỗ lực không chỉ để nuôi dưỡng các mối quan hệ, mà còn để tìm kiếm những nguồn giá trị cho khách hàng vượt ra ngoài bất kỳ sáng kiến hay thương vụ trước mắt nào. Hầu hết người bán hàng không đủ khả năng dành nhiều sự quan tâm như vậy cho mọi khách hàng, ít nhất là nếu họ muốn duy trì hoạt động kinh doanh. Bạn phải xác định những mối quan hệ nào sẽ được chỉ định là chiến lược. Sau đó quyết định cách thúc đẩy những mối quan hệ đó.</w:t>
      </w:r>
    </w:p>
    <w:p>
      <w:pPr>
        <w:spacing w:after="80"/>
      </w:pPr>
      <w:r>
        <w:rPr>
          <w:b w:val="0"/>
          <w:i w:val="0"/>
        </w:rPr>
        <w:t>Hãy nghĩ về cách các hãng hàng không phân tầng khách hàng của họ và bạn sẽ nắm được ý tưởng cơ bản. Các hãng hàng không chọn ra những khách hàng thường xuyên nhất (cũng là những người mang lại lợi nhuận cao nhất) để có chế độ đối xử đặc biệt. Họ được quyền nâng hạng ghế, làm thủ tục nhanh và những đặc quyền khác để giảm bớt phiền hà khi đi máy bay. Và các hãng hàng không còn phân khúc nhóm khách hàng thường xuyên đó xa hơn nữa, điều này quyết định mức độ phục vụ. Những người bán dịch vụ cũng phải đưa ra những lựa chọn tương tự về quan hệ khách hàng. Đầu tư nguồn lực lâu dài cho một số mối quan hệ là hoàn toàn xứng đáng; với những mối quan hệ khác thì điều đó không hợp lý chút nào.</w:t>
      </w:r>
    </w:p>
    <w:p>
      <w:pPr>
        <w:spacing w:after="80"/>
      </w:pPr>
      <w:r>
        <w:rPr>
          <w:b w:val="0"/>
          <w:i w:val="0"/>
        </w:rPr>
        <w:t>Với mỗi khách hàng, hãy so sánh và đối chiếu câu trả lời của bạn cho những câu hỏi này. Nếu bạn có nhiều khách hàng cần đánh giá, hãy cân nhắc việc cho trọng số từng câu hỏi và tạo một phương pháp tính điểm sơ bộ. Điều đó sẽ thu hẹp danh sách của bạn bằng cách loại bỏ một số ứng viên. Sau khi làm vậy, hãy xem lại những khách hàng còn lại trong danh sách để quyết định ai có cơ hội tốt nhất để khớp nhu cầu của họ với năng lực của bạn.</w:t>
      </w:r>
    </w:p>
    <w:p>
      <w:pPr>
        <w:pStyle w:val="Heading1"/>
      </w:pPr>
      <w:r>
        <w:rPr>
          <w:rFonts w:ascii="Calibri" w:hAnsi="Calibri"/>
          <w:b/>
          <w:i w:val="0"/>
          <w:sz w:val="40"/>
        </w:rPr>
        <w:t>Kiểm tra tính hợp lý: Một hợp đồng lớn không đồng nghĩa với một khách hàng chiến lược</w:t>
      </w:r>
    </w:p>
    <w:p>
      <w:pPr>
        <w:spacing w:after="80"/>
      </w:pPr>
      <w:r>
        <w:rPr>
          <w:b w:val="0"/>
          <w:i w:val="0"/>
        </w:rPr>
        <w:t>Một số người bán hàng dùng doanh thu bán hàng mà một khách hàng mang lại làm tiêu chí quyết định chính cho việc đầu tư vào các mối quan hệ chiến lược. Việc một khách hàng trao cho bạn một thương vụ giá trị cao không có nghĩa là khách hàng đó nên nằm trong chương trình quan hệ chiến lược. Hãy chắc chắn rằng khách hàng đáp ứng các tiêu chí đầu tư đã định trước của bạn trước khi đưa ra quyết định đó. Bằng cách ấy, bạn sẽ không phí công đầu tư vào những mối quan hệ không mang lại kết quả cho bạn hay cho khách hàng.</w:t>
      </w:r>
    </w:p>
    <w:p>
      <w:pPr>
        <w:pStyle w:val="Heading2"/>
      </w:pPr>
      <w:r>
        <w:rPr>
          <w:rFonts w:ascii="Calibri" w:hAnsi="Calibri"/>
          <w:b/>
          <w:i w:val="0"/>
          <w:sz w:val="32"/>
        </w:rPr>
        <w:t xml:space="preserve"> Những chìa khóa cho quan hệ khách hàng thành công </w:t>
      </w:r>
    </w:p>
    <w:p>
      <w:pPr>
        <w:spacing w:after="80"/>
      </w:pPr>
      <w:r>
        <w:rPr>
          <w:b w:val="0"/>
          <w:i w:val="0"/>
        </w:rPr>
        <w:t>Với Randall, mối quan hệ khách hàng bắt đầu trong một dự án ngắn cho bộ phận nhỏ nhất của một tổ chức chăm sóc sức khỏe. Nhóm của Randall, cùng với hai quản lý khách hàng, đã làm việc trong nhiệm vụ kéo dài bốn tuần, thu thập dữ liệu, tiến hành phân tích và tìm kiếm những kết luận hợp lý. Báo cáo thu được đề xuất ba hành động mà khách hàng có thể thực hiện ngay lập tức để giải quyết những tình huống khó xử hiện tại. Randall và nhóm của anh đã mang đến những hiểu biết sâu sắc, giá trị và các giải pháp thực tế. Họ dễ dàng vượt qua kỳ vọng của khách hàng về chất lượng và mức độ kỹ lưỡng trong công việc. Nhưng khách hàng đã không yêu cầu Randall và nhóm của anh triển khai những khuyến nghị mà họ đã dày công tạo ra.</w:t>
      </w:r>
    </w:p>
    <w:p>
      <w:pPr>
        <w:spacing w:after="80"/>
      </w:pPr>
      <w:r>
        <w:rPr>
          <w:b w:val="0"/>
          <w:i w:val="0"/>
        </w:rPr>
        <w:t>Dù vậy, Randall vẫn giữ liên lạc với khách hàng này. Anh thường xuyên nghiên cứu những chủ đề mới nhất trong quản lý chăm sóc sức khỏe và gửi cho khách hàng bản tóm tắt những phát hiện liên quan nhất của mình. Anh đề nghị thực hiện một đánh giá đảm bảo chất lượng cho phần triển khai mà khách hàng đã không mời anh tham gia. Và anh giới thiệu khách hàng của mình với những người trong ngành đã hoàn thành thành công các dự án tương tự. Randall tin chắc rằng anh và khách hàng này là một cặp phù hợp. Anh có một kế hoạch cụ thể cho mối quan hệ này, và anh kiên trì theo đuổi nó.</w:t>
      </w:r>
    </w:p>
    <w:p>
      <w:pPr>
        <w:spacing w:after="80"/>
      </w:pPr>
      <w:r>
        <w:rPr>
          <w:b w:val="0"/>
          <w:i w:val="0"/>
        </w:rPr>
        <w:t>Rồi hơn một năm sau, khách hàng yêu cầu Randall nộp một đề xuất cho chương trình tái cấu trúc tổ chức kéo dài nhiều năm, mà cuối cùng nhóm của anh đã giành được. Từ thời điểm đó trở đi, và trong suốt nhiều năm, nhóm của Randall có quyền từ chối trước tiên đối với gần như mọi sáng kiến mà khách hàng tìm kiếm sự hỗ trợ từ bên ngoài. Thành công lâu dài của Randall không phải là sự tình cờ, mà là kết quả của kế hoạch nhất quán của anh nhằm phục vụ đúng khách hàng—ngay cả khi chưa có cơ hội nào rõ ràng ở phía trước.</w:t>
      </w:r>
    </w:p>
    <w:p>
      <w:pPr>
        <w:spacing w:after="80"/>
      </w:pPr>
      <w:r>
        <w:rPr>
          <w:b w:val="0"/>
          <w:i w:val="0"/>
        </w:rPr>
        <w:t>Như với bất kỳ dự án kinh doanh nào, bạn không nên dấn thân vào nỗ lực xây dựng quan hệ khách hàng chiến lược mà không có kế hoạch. Kế hoạch có thể cầu kỳ hoặc đơn giản. Chỉ cần đảm bảo kế hoạch của bạn thể hiện được khách hàng sẽ nhận được gì từ bạn, bạn muốn đạt được điều gì, và khoản đầu tư bạn cần bỏ ra. Nếu thiếu những điều cơ bản đó làm kim chỉ nam, bạn có nguy cơ bỏ cuộc trước khi đạt được mục tiêu của mình.</w:t>
      </w:r>
    </w:p>
    <w:p>
      <w:pPr>
        <w:spacing w:after="80"/>
      </w:pPr>
      <w:r>
        <w:rPr>
          <w:b w:val="0"/>
          <w:i w:val="0"/>
        </w:rPr>
        <w:t>Luôn bắt đầu bằng việc khách hàng được lợi gì. Nâng cao hiểu biết của bạn về các xu hướng vĩ mô đang tác động đến ngành và công ty của khách hàng. Xem lại thông tin đó từ công việc trước đây của bạn với khách hàng, và hãy coi việc cập nhật thế giới của khách hàng là chuyện của mình. Giống như khi bạn chuẩn bị cho cơ hội bán hàng, hãy xây dựng nền tảng kiến thức của bạn xoay quanh các bên liên quan chính của khách hàng (khách hàng, nhân viên, nhà cung cấp, cổ đông và cơ quan quản lý). Bạn sẽ muốn để mắt đến tình hình tài chính, chiến lược và cơ cấu quản lý của công ty. Với dữ liệu đó, bạn sẽ có ý niệm rõ về những lĩnh vực tiềm năng mà bạn có thể giúp ích.</w:t>
      </w:r>
    </w:p>
    <w:p>
      <w:pPr>
        <w:spacing w:after="80"/>
      </w:pPr>
      <w:r>
        <w:rPr>
          <w:b w:val="0"/>
          <w:i w:val="0"/>
        </w:rPr>
        <w:t>Tiếp theo, kiểm kê các mối quan hệ khách hàng của bạn. Nếu bạn đã hoàn thành hồ sơ giá trị khách hàng (xem Chương 7) trong quá trình bán hàng, bạn hẳn đã có sẵn những gì mình cần. Nếu chưa, hãy lập danh sách những người trong đội ngũ quản lý của khách hàng mà bạn muốn làm quen. Với mỗi người, hãy đánh giá mức độ bạn hiểu rõ cá nhân đó, quan điểm của bạn về tình trạng mối quan hệ, và điều bạn tin rằng mỗi người cần.</w:t>
      </w:r>
    </w:p>
    <w:p>
      <w:pPr>
        <w:spacing w:after="80"/>
      </w:pPr>
      <w:r>
        <w:rPr>
          <w:b w:val="0"/>
          <w:i w:val="0"/>
        </w:rPr>
        <w:t>Cuối cùng, chuẩn bị một lịch trình hoạt động mà bạn tin sẽ mang lại giá trị vô cùng quan trọng đó cho khách hàng. Hãy dùng tầm nhìn lập kế hoạch từ chín tháng đến một năm khi bạn nghĩ về các cách tương tác với khách hàng. Điều đó có thể bao gồm việc tham dự — với tư cách diễn giả hoặc người tham gia — các sự kiện trong ngành, các buổi thông tin hoặc cuộc họp định kỳ về những chủ đề đáng quan tâm, hoặc đề nghị hỗ trợ cho các hoạt động khác mà khách hàng đã lên kế hoạch. Và đừng quên cập nhật cho khách hàng về những thay đổi trong công ty bạn nữa.</w:t>
      </w:r>
    </w:p>
    <w:p>
      <w:pPr>
        <w:pStyle w:val="Heading1"/>
      </w:pPr>
      <w:r>
        <w:rPr>
          <w:rFonts w:ascii="Calibri" w:hAnsi="Calibri"/>
          <w:b/>
          <w:i w:val="0"/>
          <w:sz w:val="40"/>
        </w:rPr>
        <w:t>Mở rộng tầm với của bạn</w:t>
      </w:r>
    </w:p>
    <w:p>
      <w:pPr>
        <w:spacing w:after="80"/>
      </w:pPr>
      <w:r>
        <w:rPr>
          <w:b w:val="0"/>
          <w:i w:val="0"/>
        </w:rPr>
        <w:t>Để thiết lập uy tín của bạn trong việc hỗ trợ khách hàng với những cơ hội khác, hãy xây dựng mạng lưới quan hệ của bạn trong tổ chức của khách hàng. Tìm cách mở rộng tầm với và hiểu biết của bạn về khách hàng bằng việc gặp gỡ các quản lý và lãnh đạo mà bạn chưa biết. Đừng giới hạn bản thân trong phòng ban hay bộ phận bạn đang làm việc; hãy nghĩ xem bạn cũng có thể gặp gỡ những người ở các bộ phận khác của công ty như thế nào.</w:t>
      </w:r>
    </w:p>
    <w:p>
      <w:pPr>
        <w:spacing w:after="80"/>
      </w:pPr>
      <w:r>
        <w:rPr>
          <w:b w:val="0"/>
          <w:i w:val="0"/>
        </w:rPr>
        <w:t>Một số người bán sẽ nói với bạn rằng họ đã làm tất cả những điều này rồi. Họ có thể gọi đó là "thời gian gặp mặt khách hàng," "xuất hiện để vẫy cờ," hay đại loại thế. Nhưng những tương tác này lại xoay quanh người bán, người ghé thăm khách hàng để xem mọi việc thế nào và có lẽ để mời khách hàng đi ăn trưa. Cuộc trò chuyện hiếm khi lệch khỏi sản phẩm mới nhất của người bán hoặc vài câu chuyện phiếm. Khi cuộc gặp kết thúc, khách hàng chẳng nghĩ đến người bán đó cho đến khi điện thoại lại reo vào quý sau.</w:t>
      </w:r>
    </w:p>
    <w:p>
      <w:pPr>
        <w:spacing w:after="80"/>
      </w:pPr>
      <w:r>
        <w:rPr>
          <w:b w:val="0"/>
          <w:i w:val="0"/>
        </w:rPr>
        <w:t>Ngược lại, hãy xem câu chuyện của Dana. Anh có ba khách hàng chiến lược mà anh luôn để mắt chăm chú. Anh có một kế hoạch quan hệ cho mỗi tổ chức, bao gồm đánh giá của anh về nhu cầu và kế hoạch về cách anh muốn phát triển các mối quan hệ của mình. Anh giữ liên lạc và đề nghị gặp nhau ăn trưa hoặc dịp nào đó, và thỉnh thoảng khách hàng của anh nhận lời. Nhưng anh cũng đề nghị khách hàng của mình một buổi thông tin định kỳ về những diễn biến mới nhất trong ngành của họ, đặc biệt là những thay đổi trong quy định của chính phủ.</w:t>
      </w:r>
    </w:p>
    <w:p>
      <w:pPr>
        <w:spacing w:after="80"/>
      </w:pPr>
      <w:r>
        <w:rPr>
          <w:b w:val="0"/>
          <w:i w:val="0"/>
        </w:rPr>
        <w:t>Các buổi thông tin của Dana không trang trọng nhưng súc tích, và anh luôn theo sau bằng một bản tóm tắt bằng văn bản. Anh đưa ra những gợi ý cụ thể về cách mỗi khách hàng của anh có thể xử lý những thay đổi sắp tới. Những cuộc đối thoại nảy sinh giúp Dana hiểu thêm nhiều hơn về khách hàng và ngành của họ. Khách hàng của Dana chưa bao giờ bỏ qua các buổi thông tin của anh, vì họ biết anh sẽ không đề nghị gặp trừ khi anh có điều gì đó giá trị để nói. Chất lượng và chiều sâu của thông tin mà Dana chia sẻ với khách hàng là điều phân biệt hành động của anh với hầu hết những người bán khác. Và Dana thường rời những buổi thông tin đó với một cơ hội bán hàng mới.</w:t>
      </w:r>
    </w:p>
    <w:p>
      <w:pPr>
        <w:spacing w:after="80"/>
      </w:pPr>
      <w:r>
        <w:rPr>
          <w:b w:val="0"/>
          <w:i w:val="0"/>
        </w:rPr>
        <w:t>Với Dana, chìa khóa thành công là kiên nhẫn và bền bỉ. Anh đầu tư nguồn lực của mình một cách khôn ngoan theo thời gian để biến những nhiệm vụ riêng lẻ thành những mối quan hệ lâu dài, đem lại nhiều năm bán hàng không gián đoạn. Được trang bị một kế hoạch nhấn mạnh giá trị hơn là việc bán hàng, bạn có thể đánh bại hội chứng "lúc no lúc đói" đáng sợ. Bạn có thể làm phẳng những đỉnh và đáy trong doanh số mà nhiều người bán dịch vụ phải chịu đựng.</w:t>
      </w:r>
    </w:p>
    <w:p>
      <w:pPr>
        <w:pStyle w:val="Heading1"/>
      </w:pPr>
      <w:r>
        <w:rPr>
          <w:rFonts w:ascii="Calibri" w:hAnsi="Calibri"/>
          <w:b/>
          <w:i w:val="0"/>
          <w:sz w:val="40"/>
        </w:rPr>
        <w:t>CÁCH KẾT THÚC MỘT MỐI QUAN HỆ KHÁCH HÀNG</w:t>
      </w:r>
    </w:p>
    <w:p>
      <w:pPr>
        <w:spacing w:after="80"/>
      </w:pPr>
      <w:r>
        <w:rPr>
          <w:b w:val="0"/>
          <w:i w:val="0"/>
        </w:rPr>
        <w:t>Không cần phải nói rằng bạn phải thực hiện công việc được giao với sự xuất sắc vô song để trụ lại trong cuộc chơi. Nhưng các mối quan hệ thường cũng xoay quanh những điều nhỏ nhặt. Mắc phải bất kỳ sai lầm nào sau đây, và đừng mong khách hàng mời bạn quay lại.</w:t>
      </w:r>
    </w:p>
    <w:p>
      <w:pPr>
        <w:pStyle w:val="Heading2"/>
      </w:pPr>
      <w:r>
        <w:rPr>
          <w:rFonts w:ascii="Calibri" w:hAnsi="Calibri"/>
          <w:b/>
          <w:i w:val="0"/>
          <w:sz w:val="32"/>
        </w:rPr>
        <w:t xml:space="preserve"> Những trở ngại bạn sẽ gặp phải </w:t>
      </w:r>
    </w:p>
    <w:p>
      <w:pPr>
        <w:spacing w:after="80"/>
      </w:pPr>
      <w:r>
        <w:rPr>
          <w:b w:val="0"/>
          <w:i w:val="0"/>
        </w:rPr>
        <w:t>Một lý do để do dự là câu hỏi tự nhiên: Tôi có lý do gì để gọi cho người này? Đó là mối bận tâm lớn khi người ta bắt đầu hoạt động này. Nó gần như biến mất khi họ đã làm việc đó được một năm.</w:t>
      </w:r>
    </w:p>
    <w:p>
      <w:pPr>
        <w:spacing w:after="80"/>
      </w:pPr>
      <w:r>
        <w:rPr>
          <w:b w:val="0"/>
          <w:i w:val="0"/>
        </w:rPr>
        <w:t>Một phần lớn của việc "tạo mưa" (rainmaking) là sự bền bỉ. Vài lần một tuần, một cái tên lại hiện lên trong hệ thống nhắc nhở của tôi — người nào đó chưa phản hồi những cuộc gọi trước. Và dù đã bao nhiêu năm, giọng nói nhỏ bé trong tôi vẫn bảo hãy bỏ đi, rằng chẳng đáng công, rằng người ta không thích tôi và không muốn nói chuyện với tôi. Chính nhờ học cách gạt bỏ giọng nói đó mà tôi đã thành công.</w:t>
      </w:r>
    </w:p>
    <w:p>
      <w:pPr>
        <w:spacing w:after="80"/>
      </w:pPr>
      <w:r>
        <w:rPr>
          <w:b w:val="0"/>
          <w:i w:val="0"/>
        </w:rPr>
        <w:t>Có thể đúng khi nói rằng bán cho một khách hàng chiến lược, hay bất kỳ khách hàng hiện hữu nào, dẫn đến chi phí bán hàng thấp hơn so với bán cho khách hàng mới. Nhưng khách hàng hiện tại của bạn chắc chắn sẽ đặt mức chuẩn hiệu suất cao hơn cho bạn. Thường thấy là khách hàng đòi hỏi kiến thức và hiểu biết sâu sắc hơn nhiều từ những nhà cung cấp dịch vụ ưa thích của họ so với một người bán mà họ không quen. Bạn sẽ cần tích hợp kiến thức đó vào đề xuất bán hàng của mình và tạo ra nhiều giá trị hơn đối thủ. Ngoài ra, đừng ngạc nhiên nếu khách hàng của bạn tin rằng bạn có thể làm việc nhanh hơn một người mới. Suy cho cùng, hiểu biết của bạn về con người, quy trình và hệ thống của công ty phải mang lại cho bạn lợi thế.</w:t>
      </w:r>
    </w:p>
    <w:p>
      <w:pPr>
        <w:spacing w:after="80"/>
      </w:pPr>
      <w:r>
        <w:rPr>
          <w:b w:val="0"/>
          <w:i w:val="0"/>
        </w:rPr>
        <w:t>Kỳ vọng về chất lượng cao hơn đó sẽ tăng lên khi mối quan hệ với khách hàng ngày càng sâu sắc, và nó mở rộng đến mọi việc bạn làm cho khách hàng. Bạn có thể được bỏ qua một hai lỗi, nhưng bạn sẽ đánh mất thiện chí nếu không xuất sắc trong mọi thứ mình cung cấp. Nếu bạn gặp trục trặc trong bất kỳ nhiệm vụ nào, hãy chuẩn bị tinh thần rằng sẽ có nhiều đối thủ cạnh tranh hơn xuất hiện cho cơ hội tiếp theo. Đừng bao giờ quên rằng mối quan hệ với khách hàng chỉ vững chắc bằng năng lực của bạn trong việc thực hiện những gì mình hứa. Nếu một nhiệm vụ đi chệch hướng, bạn sẽ thấy mối quan hệ với khách hàng mong manh đến nhường nào.</w:t>
      </w:r>
    </w:p>
    <w:p>
      <w:pPr>
        <w:spacing w:after="80"/>
      </w:pPr>
      <w:r>
        <w:rPr>
          <w:b w:val="0"/>
          <w:i w:val="0"/>
        </w:rPr>
        <w:t>Bạn sẽ thấy dễ dàng vượt qua những trở ngại này hơn nếu công ty của bạn hoàn toàn ủng hộ quy trình quan hệ chiến lược. Các quản lý bán hàng thường thúc ép nhân viên bán hàng "đạt chỉ tiêu" trong ngắn hạn, nhưng đầu tư vào một khách hàng có thể mang lại cổ tức vượt trội trong dài hạn. Điều đó có nghĩa là tìm cách thưởng cho những người bán hàng giỏi nhất (hoặc ít nhất là tránh phạt họ) vì đã đầu tư vào các mối quan hệ chiến lược giúp phát triển kinh doanh.</w:t>
      </w:r>
    </w:p>
    <w:p>
      <w:pPr>
        <w:pStyle w:val="Heading1"/>
      </w:pPr>
      <w:r>
        <w:rPr>
          <w:rFonts w:ascii="Calibri" w:hAnsi="Calibri"/>
          <w:b/>
          <w:i w:val="0"/>
          <w:sz w:val="40"/>
        </w:rPr>
        <w:t>Kiểm tra tính hợp lý: Các quản lý quan hệ khách hàng không thể thay thế cho nhau</w:t>
      </w:r>
    </w:p>
    <w:p>
      <w:pPr>
        <w:spacing w:after="80"/>
      </w:pPr>
      <w:r>
        <w:rPr>
          <w:b w:val="0"/>
          <w:i w:val="0"/>
        </w:rPr>
        <w:t>Đối với khách hàng chiến lược, tốt nhất là sắp xếp một đầu mối liên hệ duy nhất cho khách hàng và giữ nguyên người đó. Một số tổ chức bán hàng quá nhanh chóng thay đổi quản lý quan hệ khách hàng của họ. Thường thì họ làm vậy vì tin rằng có cách sử dụng tốt hơn cho một cá nhân nào đó—ví dụ như một cơ hội bán hàng mới. Nhưng việc thay người có thể gây nhầm lẫn và căng thẳng cho tất cả mọi người. Tệ hơn, nó có thể khiến khách hàng thờ ơ với người mà bạn đang phân công làm việc với họ.</w:t>
      </w:r>
    </w:p>
    <w:p>
      <w:pPr>
        <w:spacing w:after="80"/>
      </w:pPr>
      <w:r>
        <w:rPr>
          <w:b w:val="0"/>
          <w:i w:val="0"/>
        </w:rPr>
        <w:t>Giống như một danh mục đầu tư chứng khoán, không phải mọi mối quan hệ khách hàng chiến lược đều sẽ diễn ra như kế hoạch. Một số mối quan hệ sẽ vượt kỳ vọng, trong khi những mối khác sẽ gây thất vọng. Nhưng nếu bạn cân bằng danh mục khách hàng của mình, và các quản lý quan hệ khách hàng của bạn có năng lực, bạn sẽ thúc đẩy doanh số với biên lợi nhuận tốt hơn so với khi làm với khách hàng mới.</w:t>
      </w:r>
    </w:p>
    <w:p>
      <w:pPr>
        <w:spacing w:after="80"/>
      </w:pPr>
      <w:r>
        <w:rPr>
          <w:b w:val="0"/>
          <w:i w:val="0"/>
        </w:rPr>
        <w:t>Hầu hết các doanh nghiệp dịch vụ đều có thể hưởng lợi từ việc xác định và vun đắp các mối quan hệ chiến lược. Với xu hướng giảm số lượng nhà cung cấp mà khách hàng chọn làm việc cùng, việc tập trung vào lợi ích của những khách hàng mà bạn có thể làm được nhiều nhất gần như là một điều tất yếu. Để các mối quan hệ chiến lược mang lại hiệu quả, bạn phải học cách phát hiện nhu cầu mới về các dịch vụ mà khách hàng thực sự cần thay vì chờ họ tìm đến bạn.</w:t>
      </w:r>
    </w:p>
    <w:p>
      <w:pPr>
        <w:spacing w:after="80"/>
      </w:pPr>
      <w:r>
        <w:rPr>
          <w:b w:val="0"/>
          <w:i w:val="0"/>
        </w:rPr>
        <w:t>Nếu bạn có thể thực hiện sự thay đổi trong tư duy cần thiết để quản lý một mối quan hệ chiến lược, bạn sẽ đi trước hầu hết những người bán hàng khác. Quản lý các mối quan hệ chiến lược thay vì chỉ bán hàng sẽ dẫn đến nhu cầu ổn định, sinh lời cho các dịch vụ của bạn, và với ít sự cạnh tranh hơn. Đó là công việc tuyệt vời khi bạn có thể đạt được nó.</w:t>
      </w:r>
    </w:p>
    <w:p>
      <w:pPr>
        <w:pStyle w:val="Heading1"/>
      </w:pPr>
      <w:r>
        <w:rPr>
          <w:rFonts w:ascii="Calibri" w:hAnsi="Calibri"/>
          <w:b/>
          <w:i w:val="0"/>
          <w:sz w:val="40"/>
        </w:rPr>
        <w:t>PHẦN 4</w:t>
      </w:r>
    </w:p>
    <w:p>
      <w:pPr>
        <w:pStyle w:val="Heading1"/>
      </w:pPr>
      <w:r>
        <w:rPr>
          <w:rFonts w:ascii="Calibri" w:hAnsi="Calibri"/>
          <w:b/>
          <w:i w:val="0"/>
          <w:sz w:val="40"/>
        </w:rPr>
        <w:t>Những thách thức</w:t>
      </w:r>
    </w:p>
    <w:p>
      <w:pPr>
        <w:jc w:val="center"/>
      </w:pPr>
      <w:r>
        <w:drawing>
          <wp:inline xmlns:a="http://schemas.openxmlformats.org/drawingml/2006/main" xmlns:pic="http://schemas.openxmlformats.org/drawingml/2006/picture">
            <wp:extent cx="4333875" cy="4210050"/>
            <wp:docPr id="14" name="Picture 14"/>
            <wp:cNvGraphicFramePr>
              <a:graphicFrameLocks noChangeAspect="1"/>
            </wp:cNvGraphicFramePr>
            <a:graphic>
              <a:graphicData uri="http://schemas.openxmlformats.org/drawingml/2006/picture">
                <pic:pic>
                  <pic:nvPicPr>
                    <pic:cNvPr id="0" name="00013.jpg"/>
                    <pic:cNvPicPr/>
                  </pic:nvPicPr>
                  <pic:blipFill>
                    <a:blip r:embed="rId22"/>
                    <a:stretch>
                      <a:fillRect/>
                    </a:stretch>
                  </pic:blipFill>
                  <pic:spPr>
                    <a:xfrm>
                      <a:off x="0" y="0"/>
                      <a:ext cx="4333875" cy="4210050"/>
                    </a:xfrm>
                    <a:prstGeom prst="rect"/>
                  </pic:spPr>
                </pic:pic>
              </a:graphicData>
            </a:graphic>
          </wp:inline>
        </w:drawing>
      </w:r>
    </w:p>
    <w:p>
      <w:pPr>
        <w:pStyle w:val="Heading1"/>
      </w:pPr>
      <w:r>
        <w:rPr>
          <w:rFonts w:ascii="Calibri" w:hAnsi="Calibri"/>
          <w:b/>
          <w:i w:val="0"/>
          <w:sz w:val="40"/>
        </w:rPr>
        <w:t>CHƯƠNG 14</w:t>
      </w:r>
    </w:p>
    <w:p>
      <w:pPr>
        <w:pStyle w:val="Heading1"/>
      </w:pPr>
      <w:r>
        <w:rPr>
          <w:rFonts w:ascii="Calibri" w:hAnsi="Calibri"/>
          <w:b/>
          <w:i w:val="0"/>
          <w:sz w:val="40"/>
        </w:rPr>
        <w:t>Người bán hàng Bảy nhân Bảy</w:t>
      </w:r>
    </w:p>
    <w:p>
      <w:pPr>
        <w:spacing w:after="80"/>
      </w:pPr>
      <w:r>
        <w:rPr>
          <w:b w:val="0"/>
          <w:i w:val="0"/>
        </w:rPr>
        <w:t>Max là một người tạo mưa (rainmaker) theo bất kỳ định nghĩa nào. Anh ấy khám phá và bán đủ công việc sinh lời để giữ cho một đội ngũ cung cấp dịch vụ lớn luôn có việc làm đầy đủ, năm này qua năm khác. Nguồn khách hàng tiềm năng của anh luôn đầy ắp những cơ hội đủ tiêu chuẩn trong cả thời kỳ tốt lẫn xấu. Max dường như có những lợi thế tự nhiên so với người khác. Mọi người tin tưởng anh ngay lập tức; anh nắm bắt các vấn đề cốt lõi mà người mua đang đối mặt gần như tức thì; và khả năng tổng hợp mọi thứ anh học được rồi đưa ra câu trả lời đúng đắn khiến anh luôn được săn đón. Max không hề bán hàng một cách lộ liễu. Nhưng khách hàng vẫn mua từ anh.</w:t>
      </w:r>
    </w:p>
    <w:p>
      <w:pPr>
        <w:spacing w:after="80"/>
      </w:pPr>
      <w:r>
        <w:rPr>
          <w:b w:val="0"/>
          <w:i w:val="0"/>
        </w:rPr>
        <w:t xml:space="preserve">Một số người nghĩ thành công của Max là kết quả của một "gen bán hàng" mà ít người phàm nào có được. Đúng là anh ăn nói lưu loát và thể hiện mức độ đồng cảm cao với người khác, nhưng kỹ năng và sự hiện diện trên thị trường của anh đã tiến hóa theo thời gian. Anh ấy </w:t>
      </w:r>
      <w:r>
        <w:rPr>
          <w:b w:val="0"/>
          <w:i/>
        </w:rPr>
        <w:t>đã trở thành</w:t>
      </w:r>
      <w:r>
        <w:rPr>
          <w:b w:val="0"/>
          <w:i w:val="0"/>
        </w:rPr>
        <w:t xml:space="preserve"> một người tạo mưa.</w:t>
      </w:r>
    </w:p>
    <w:p>
      <w:pPr>
        <w:pStyle w:val="Heading2"/>
      </w:pPr>
      <w:r>
        <w:rPr>
          <w:rFonts w:ascii="Calibri" w:hAnsi="Calibri"/>
          <w:b/>
          <w:i w:val="0"/>
          <w:sz w:val="32"/>
        </w:rPr>
        <w:t xml:space="preserve"> Con đường của những người bán dịch vụ </w:t>
      </w:r>
    </w:p>
    <w:p>
      <w:pPr>
        <w:spacing w:after="80"/>
      </w:pPr>
      <w:r>
        <w:rPr>
          <w:b w:val="0"/>
          <w:i w:val="0"/>
        </w:rPr>
        <w:t>Một trong những huyền thoại bền vững về bán hàng là những người bán hàng thành công nhất sinh ra đã hợp với nghề. Cứ như thể họ đáp xuống hành tinh này với khả năng bán hàng bẩm sinh. Có lẽ bạn đã từng thấy những người bán hàng tài năng trong hành động, và có thể bạn đã mua thứ gì đó từ một trong số họ. Nhưng những người bán hàng giỏi nhất, giống như những nhà lãnh đạo hay nhà hùng biện vĩ đại, không phải sinh ra đã như vậy. Ví dụ, nếu bạn tua ngược thời gian trong sự nghiệp của Max, bạn sẽ thấy anh ấy khởi đầu với một danh sách liên hệ ngắn ngủi và hiểu biết sơ khai về những gì công ty mình cung cấp. Anh ấy có tài năng thô, nhưng ít kỹ năng bán hàng.</w:t>
      </w:r>
    </w:p>
    <w:p>
      <w:pPr>
        <w:spacing w:after="80"/>
      </w:pPr>
      <w:r>
        <w:rPr>
          <w:b w:val="0"/>
          <w:i w:val="0"/>
        </w:rPr>
        <w:t>Ngày nay, những người bán dịch vụ phải phát triển năng lực của mình vào thời điểm mà mối quan hệ giữa người mua và người bán đang trải qua sự chuyển đổi triệt để. Người mua đang đòi hỏi những người bán hàng hiểu biết hơn bao giờ hết, thông thạo giải pháp và phản hồi tức thời. Họ muốn những nhân viên bán hàng là chuyên gia trong lĩnh vực và hiểu rõ về những hệ quả của việc triển khai giải pháp cũng như hiểu về bán hàng.</w:t>
      </w:r>
    </w:p>
    <w:p>
      <w:pPr>
        <w:spacing w:after="80"/>
      </w:pPr>
      <w:r>
        <w:rPr>
          <w:b w:val="0"/>
          <w:i w:val="0"/>
        </w:rPr>
        <w:t>Đối với người bán hàng, những phát triển này đòi hỏi một sự chuyển đổi tương ứng trong vai trò của họ trong quy trình bán hàng và trong các kỹ năng họ cần. Để phát triển mạnh mẽ, những người bán dịch vụ ngày nay phải đảm nhận các vai trò như cố vấn kinh doanh, người buôn ý tưởng, nhà chiến lược và trưởng dự án, cùng nhiều vai trò khác. Và để xuất sắc trong những vai trò đó, họ phải thành thạo bộ kỹ năng rộng lớn được trình bày trong cuốn sách này, bao gồm phỏng vấn khách hàng, chẩn đoán vấn đề, phát triển giải pháp và giao tiếp giữa các cá nhân. Tổng hợp lại, có bảy vai trò và bảy kỹ năng định hình nên "Người bán Bảy nhân Bảy" (Seven by Seven Seller) mới.</w:t>
      </w:r>
    </w:p>
    <w:p>
      <w:pPr>
        <w:spacing w:after="80"/>
      </w:pPr>
      <w:r>
        <w:rPr>
          <w:b/>
          <w:i w:val="0"/>
        </w:rPr>
        <w:t>Các Vai trò và Kỹ năng của Người bán Bảy nhân Bảy</w:t>
      </w:r>
    </w:p>
    <w:p>
      <w:pPr>
        <w:jc w:val="center"/>
      </w:pPr>
      <w:r>
        <w:drawing>
          <wp:inline xmlns:a="http://schemas.openxmlformats.org/drawingml/2006/main" xmlns:pic="http://schemas.openxmlformats.org/drawingml/2006/picture">
            <wp:extent cx="4267200" cy="1476375"/>
            <wp:docPr id="15" name="Picture 15"/>
            <wp:cNvGraphicFramePr>
              <a:graphicFrameLocks noChangeAspect="1"/>
            </wp:cNvGraphicFramePr>
            <a:graphic>
              <a:graphicData uri="http://schemas.openxmlformats.org/drawingml/2006/picture">
                <pic:pic>
                  <pic:nvPicPr>
                    <pic:cNvPr id="0" name="00014.png"/>
                    <pic:cNvPicPr/>
                  </pic:nvPicPr>
                  <pic:blipFill>
                    <a:blip r:embed="rId23"/>
                    <a:stretch>
                      <a:fillRect/>
                    </a:stretch>
                  </pic:blipFill>
                  <pic:spPr>
                    <a:xfrm>
                      <a:off x="0" y="0"/>
                      <a:ext cx="4267200" cy="1476375"/>
                    </a:xfrm>
                    <a:prstGeom prst="rect"/>
                  </pic:spPr>
                </pic:pic>
              </a:graphicData>
            </a:graphic>
          </wp:inline>
        </w:drawing>
      </w:r>
    </w:p>
    <w:p>
      <w:pPr>
        <w:spacing w:after="80"/>
      </w:pPr>
      <w:r>
        <w:rPr>
          <w:b w:val="0"/>
          <w:i w:val="0"/>
        </w:rPr>
        <w:t>Để trở thành một người bán hàng hàng đầu trong môi trường hiện tại, tư duy của bạn phải vượt lên trên mục tiêu duy nhất là chốt được đơn hàng. Thay vào đó, mục tiêu của bạn phải luôn là sự cải thiện và phát triển lâu dài cho hoạt động kinh doanh của khách hàng. Và điều đó có nghĩa là phải đón nhận bảy vai trò của người bán dịch vụ mới và tiếp thu (cũng như không ngừng trau dồi) bảy kỹ năng mà bạn cần để tỏa sáng trong những vai trò đó. Bảy kỹ năng này không tương ứng một-một với bảy vai trò; thay vào đó, bảy kỹ năng này hỗ trợ bạn ở nhiều khía cạnh khác nhau trong các vai trò bạn đảm nhận khi bán dịch vụ. Trước tiên, hãy cùng xem qua bảy vai trò.</w:t>
      </w:r>
    </w:p>
    <w:p>
      <w:pPr>
        <w:pStyle w:val="Heading2"/>
      </w:pPr>
      <w:r>
        <w:rPr>
          <w:rFonts w:ascii="Calibri" w:hAnsi="Calibri"/>
          <w:b/>
          <w:i w:val="0"/>
          <w:sz w:val="32"/>
        </w:rPr>
        <w:t xml:space="preserve"> Cố vấn Kinh doanh </w:t>
      </w:r>
    </w:p>
    <w:p>
      <w:pPr>
        <w:spacing w:after="80"/>
      </w:pPr>
      <w:r>
        <w:rPr>
          <w:b w:val="0"/>
          <w:i w:val="0"/>
        </w:rPr>
        <w:t>Các doanh nghiệp ngày nay phức tạp đến mức rất ít (nếu có) dịch vụ chuyên nghiệp nào hoạt động một cách độc lập. Ví dụ, nếu bạn cung cấp dịch vụ quảng cáo, bạn sẽ làm việc với các nhà quản lý khách hàng từ bộ phận bán hàng, tiếp thị, truyền thông và các bộ phận khác của tổ chức. Thành công cuối cùng của bạn phụ thuộc một phần vào khả năng nắm bắt chi tiết của doanh nghiệp và đưa ra một giải pháp quảng cáo đáp ứng nhu cầu và mục tiêu của khách hàng. Để làm được điều đó, bạn nghiên cứu hoạt động kinh doanh, chiến lược và mục tiêu của khách hàng trước khi thiết kế một chương trình. Bạn tự hỏi giải pháp này có thể phù hợp như thế nào với hoạt động hiện tại của doanh nghiệp và với tương lai của nó. Nói cách khác, bạn gác lại vai trò người bán hàng của mình để hoạt động như một cố vấn kinh doanh.</w:t>
      </w:r>
    </w:p>
    <w:p>
      <w:pPr>
        <w:spacing w:after="80"/>
      </w:pPr>
      <w:r>
        <w:rPr>
          <w:b w:val="0"/>
          <w:i w:val="0"/>
        </w:rPr>
        <w:t xml:space="preserve">Thay vì đưa ra giả định về nhu cầu của người mua, bạn chẩn đoán nhu cầu của khách hàng một cách khách quan. Và, với sự cộng tác chặt chẽ cùng người mua, bạn đưa ra một loạt giải pháp khả thi, có thể bao gồm các dịch vụ do những người bán hàng khác cung cấp. Nếu dịch vụ của bạn không phù hợp với khách hàng, nhiệm vụ của bạn với tư cách cố vấn kinh doanh là phải nói rõ điều đó—mà không cảm thấy như thể bạn đang làm điều sai trái đối với hoạt động kinh doanh của </w:t>
      </w:r>
      <w:r>
        <w:rPr>
          <w:b w:val="0"/>
          <w:i/>
        </w:rPr>
        <w:t>chính mình</w:t>
      </w:r>
      <w:r>
        <w:rPr>
          <w:b w:val="0"/>
          <w:i w:val="0"/>
        </w:rPr>
        <w:t>.</w:t>
      </w:r>
    </w:p>
    <w:p>
      <w:pPr>
        <w:spacing w:after="80"/>
      </w:pPr>
      <w:r>
        <w:rPr>
          <w:b w:val="0"/>
          <w:i w:val="0"/>
        </w:rPr>
        <w:t>Hành động vị tha là giới thiệu một phần công việc kinh doanh cho một công ty khác—hoặc gợi ý rằng khách hàng không cần thực hiện dự án đó chút nào—sẽ nâng cao vị thế của bạn trong mắt khách hàng. Bạn không còn xuất hiện như một người ngoài chỉ biết vì lợi ích bản thân, mà là một nhà cung cấp dịch vụ đang tìm kiếm giải pháp tốt nhất cho khách hàng. Việc chứng minh rằng lợi ích của bạn đồng nhất với lợi ích của khách hàng là điều bắt buộc để xây dựng niềm tin, và niềm tin chính là cây cầu dẫn đến những đơn hàng tiếp theo.</w:t>
      </w:r>
    </w:p>
    <w:p>
      <w:pPr>
        <w:pStyle w:val="Heading2"/>
      </w:pPr>
      <w:r>
        <w:rPr>
          <w:rFonts w:ascii="Calibri" w:hAnsi="Calibri"/>
          <w:b/>
          <w:i w:val="0"/>
          <w:sz w:val="32"/>
        </w:rPr>
        <w:t xml:space="preserve"> Người buôn Ý tưởng </w:t>
      </w:r>
    </w:p>
    <w:p>
      <w:pPr>
        <w:spacing w:after="80"/>
      </w:pPr>
      <w:r>
        <w:rPr>
          <w:b w:val="0"/>
          <w:i w:val="0"/>
        </w:rPr>
        <w:t>Bán dịch vụ chuyên nghiệp luôn bắt đầu bằng một ý tưởng. Thông thường nhất, ý tưởng đó là một cách (hoặc nhiều cách) để giải quyết vấn đề của khách hàng hoặc cải thiện hoạt động kinh doanh của họ. Khách hàng ngày nay tò mò về thế giới bên ngoài tổ chức của họ và khao khát những ý tưởng có thể giúp doanh nghiệp của họ ngày càng hiệu quả hơn. Bạn có thể là kênh dẫn truyền những ý tưởng đó, từ đó trở thành nguồn lực mà khách hàng luôn tìm đến. Nghĩa là, bạn là người đầu tiên khách hàng nghĩ đến để gọi khi chủ đề của bạn được nhắc tới. Để đảm nhận vai trò đó, bạn phải sẵn sàng không ngừng xây dựng chuyên môn về chủ đề của mình bên trên chuyên môn về dịch vụ của mình.</w:t>
      </w:r>
    </w:p>
    <w:p>
      <w:pPr>
        <w:spacing w:after="80"/>
      </w:pPr>
      <w:r>
        <w:rPr>
          <w:b w:val="0"/>
          <w:i w:val="0"/>
        </w:rPr>
        <w:t>Ví dụ, nếu bạn cung cấp dịch vụ cải thiện việc quản lý khách hàng tiềm năng bán hàng, đương nhiên bạn cần biết tường tận về giải pháp của mình. Nhưng bạn cũng phải thể hiện mức độ chuyên môn cao đối với những mối quan tâm kinh doanh rộng lớn hơn của những người quản lý lực lượng bán hàng. Điều đó bao gồm việc hiểu các xu hướng mới nổi đối với các tổ chức bán hàng, cách người khác xử lý những vấn đề tương tự, và cách nghiên cứu mới nhất tác động đến khách hàng của bạn.</w:t>
      </w:r>
    </w:p>
    <w:p>
      <w:pPr>
        <w:spacing w:after="80"/>
      </w:pPr>
      <w:r>
        <w:rPr>
          <w:b w:val="0"/>
          <w:i w:val="0"/>
        </w:rPr>
        <w:t>Mức độ chuyên môn đó không dễ duy trì; nó đòi hỏi sự siêng năng và niềm đam mê thực sự với chủ đề. Nhưng một khi khách hàng công nhận bạn là chuyên gia về chủ đề, họ sẽ tìm đến ý tưởng của bạn—và tìm đến dịch vụ của bạn. Hãy tạo sự khác biệt cho công ty và các dịch vụ của bạn bằng những ý tưởng sáng tạo.</w:t>
      </w:r>
    </w:p>
    <w:p>
      <w:pPr>
        <w:pStyle w:val="Heading2"/>
      </w:pPr>
      <w:r>
        <w:rPr>
          <w:rFonts w:ascii="Calibri" w:hAnsi="Calibri"/>
          <w:b/>
          <w:i w:val="0"/>
          <w:sz w:val="32"/>
        </w:rPr>
        <w:t xml:space="preserve"> Nhà Chiến lược </w:t>
      </w:r>
    </w:p>
    <w:p>
      <w:pPr>
        <w:spacing w:after="80"/>
      </w:pPr>
      <w:r>
        <w:rPr>
          <w:b w:val="0"/>
          <w:i w:val="0"/>
        </w:rPr>
        <w:t>Một nhà chiến lược giỏi nhìn thấy toàn bộ bức tranh. Bắt đầu từ việc định hình lý do cho một dự án của khách hàng, bạn hình dung cách triển khai giải pháp và giá trị nào sẽ đến với khách hàng nhờ đó. Với sự cộng tác cùng khách hàng, nhà chiến lược giải quyết những vấn đề tổ chức phức tạp thường xuất hiện trong quá trình bán hàng, bao gồm những mối quan tâm như làm thế nào để tích hợp dịch vụ một cách hiệu quả nhất với các sáng kiến khác và ai là người phù hợp để dẫn dắt chương trình.</w:t>
      </w:r>
    </w:p>
    <w:p>
      <w:pPr>
        <w:spacing w:after="80"/>
      </w:pPr>
      <w:r>
        <w:rPr>
          <w:b w:val="0"/>
          <w:i w:val="0"/>
        </w:rPr>
        <w:t>Ví dụ, nếu một khách hàng muốn giảm số lượng nhà cung cấp của công ty, bạn phải cân nhắc những mối quan tâm về quản trị tổng thể, chẳng hạn như tác động đến quy trình làm việc của khách hàng và các chiến lược đàm phán với nhà cung cấp. Bằng cách đưa ra góc nhìn rộng hơn về những hàm ý của dịch vụ mình cung cấp, bạn mang đến điều mà khách hàng thực sự cần và sẵn sàng trả tiền—lời khuyên khả thi để quản lý hoạt động kinh doanh của họ.</w:t>
      </w:r>
    </w:p>
    <w:p>
      <w:pPr>
        <w:spacing w:after="80"/>
      </w:pPr>
      <w:r>
        <w:rPr>
          <w:b w:val="0"/>
          <w:i w:val="0"/>
        </w:rPr>
        <w:t>Vai trò nhà chiến lược của người bán hàng cũng mở rộng đến việc lập kế hoạch cho từng bước của chính quy trình bán hàng. Như với bất kỳ dự án kinh doanh nào, một thương vụ dịch vụ phức tạp hiếm khi thành công nếu không có một chiến lược khả thi, và nhiệm vụ của đội bán hàng là xây dựng chiến lược đó. Một khách hàng tiềm năng điển hình bắt đầu bằng một ý tưởng, dù nó đến từ bạn hay từ người mua, với một mục tiêu nhưng ít chi tiết. Thường thì có một khái niệm về giá trị, nhưng chỉ là cảm nhận sơ lược về cách theo đuổi giá trị đó hoặc những hàm ý có thể là gì.</w:t>
      </w:r>
    </w:p>
    <w:p>
      <w:pPr>
        <w:spacing w:after="80"/>
      </w:pPr>
      <w:r>
        <w:rPr>
          <w:b w:val="0"/>
          <w:i w:val="0"/>
        </w:rPr>
        <w:t xml:space="preserve">Đáp lại, bạn đánh giá môi trường mua hàng và vấn đề của khách hàng để đưa ra một quyết định chiến lược quan trọng về việc có nên đầu tư nguồn lực vào thương vụ tiềm năng hay không. Nếu bạn quyết định tiến hành, bạn thiết kế một chiến lược để giành được một thương vụ </w:t>
      </w:r>
      <w:r>
        <w:rPr>
          <w:b w:val="0"/>
          <w:i/>
        </w:rPr>
        <w:t>có lợi nhuận</w:t>
      </w:r>
      <w:r>
        <w:rPr>
          <w:b w:val="0"/>
          <w:i w:val="0"/>
        </w:rPr>
        <w:t>. Điều đó có nghĩa là xác định bạn đang bán cái gì, cho ai, và những nguồn lực nào (bao gồm những người nào) từ công ty bạn sẽ tham gia.</w:t>
      </w:r>
    </w:p>
    <w:p>
      <w:pPr>
        <w:pStyle w:val="Heading2"/>
      </w:pPr>
      <w:r>
        <w:rPr>
          <w:rFonts w:ascii="Calibri" w:hAnsi="Calibri"/>
          <w:b/>
          <w:i w:val="0"/>
          <w:sz w:val="32"/>
        </w:rPr>
        <w:t xml:space="preserve"> Người dẫn dắt dự án </w:t>
      </w:r>
    </w:p>
    <w:p>
      <w:pPr>
        <w:spacing w:after="80"/>
      </w:pPr>
      <w:r>
        <w:rPr>
          <w:b w:val="0"/>
          <w:i w:val="0"/>
        </w:rPr>
        <w:t>Khi bạn đã có một chiến lược bán hàng khả thi, kỹ năng của bạn với vai trò người dẫn dắt dự án sẽ được thử thách. Đó là bởi vì việc bán các dịch vụ phức tạp không chỉ là một nỗ lực bán hàng; nó tự thân đã là một dự án. Và, giống như một dự án, mỗi thương vụ đều có mục tiêu, phạm vi, thời gian, nhân sự và ngân sách riêng. Người mua nhìn nhận quy trình bán hàng như một buổi tổng duyệt cho cách bạn và đội ngũ của bạn sẽ vận hành nếu bạn thắng thầu. Như mọi nhà quản lý dự án giỏi đều làm, bạn vận hành với một tầm nhìn, truyền đạt rộng khắp và quản lý các nhiệm vụ để đạt được những mục tiêu cụ thể.</w:t>
      </w:r>
    </w:p>
    <w:p>
      <w:pPr>
        <w:spacing w:after="80"/>
      </w:pPr>
      <w:r>
        <w:rPr>
          <w:b w:val="0"/>
          <w:i w:val="0"/>
        </w:rPr>
        <w:t>Trong vai trò người dẫn dắt dự án, bạn cũng phải tận dụng tối đa các nguồn lực của mình, bao gồm những người viết đề xuất, các chuyên gia trong ngành và lãnh đạo công ty. Bạn có thể thấy rằng việc quản lý các động lực nội bộ trong chính tổ chức của mình là nhiệm vụ quản lý khó khăn nhất mà bạn phải đối mặt. Vì vậy, hãy để mọi người ở văn phòng của bạn luôn biết về tình trạng của thương vụ, những thách thức mà đội ngũ của bạn đang đối mặt và chiến lược giành chiến thắng của bạn. Vai trò người dẫn dắt dự án là một màn tung hứng cân bằng, dung hòa nhu cầu của khách hàng với nhu cầu của doanh nghiệp bạn.</w:t>
      </w:r>
    </w:p>
    <w:p>
      <w:pPr>
        <w:pStyle w:val="Heading2"/>
      </w:pPr>
      <w:r>
        <w:rPr>
          <w:rFonts w:ascii="Calibri" w:hAnsi="Calibri"/>
          <w:b/>
          <w:i w:val="0"/>
          <w:sz w:val="32"/>
        </w:rPr>
        <w:t xml:space="preserve"> Người dẫn dắt sự thay đổi </w:t>
      </w:r>
    </w:p>
    <w:p>
      <w:pPr>
        <w:spacing w:after="80"/>
      </w:pPr>
      <w:r>
        <w:rPr>
          <w:b w:val="0"/>
          <w:i w:val="0"/>
        </w:rPr>
        <w:t>Bạn đã biết rằng một nỗ lực bán hàng thành công mang lại sự thay đổi đáng kể trong cách khách hàng vận hành công việc kinh doanh. Vì thế, khả năng dẫn dắt khách hàng vượt qua sự thay đổi cũng quan trọng đối với thương vụ như chất lượng của đề xuất dịch vụ bạn đưa ra. Và bạn có thể thấy rõ lý do: Trước đây, quá nhiều khách hàng đã chứng kiến giá trị được hứa hẹn bị bào mòn khi cách triển khai của người bán dẫn đến sự chậm trễ hoặc, tệ hơn, là thất bại của dự án.</w:t>
      </w:r>
    </w:p>
    <w:p>
      <w:pPr>
        <w:spacing w:after="80"/>
      </w:pPr>
      <w:r>
        <w:rPr>
          <w:b w:val="0"/>
          <w:i w:val="0"/>
        </w:rPr>
        <w:t xml:space="preserve">Khách hàng đã học được bài học này rất kỹ. Giờ đây, họ không chỉ đặt câu hỏi về những gì sẽ thay đổi, mà còn muốn biết bạn sẽ làm gì để giảm thiểu sự xáo trộn. Người bán ngày nay phải tác động không chỉ đến </w:t>
      </w:r>
      <w:r>
        <w:rPr>
          <w:b w:val="0"/>
          <w:i/>
        </w:rPr>
        <w:t>điều gì</w:t>
      </w:r>
      <w:r>
        <w:rPr>
          <w:b w:val="0"/>
          <w:i w:val="0"/>
        </w:rPr>
        <w:t xml:space="preserve"> cần thay đổi, mà còn đến cách sự thay đổi đó sẽ diễn ra. Đó là lý do vì sao đề xuất dịch vụ của bạn phải bao gồm một cách tiếp cận được tổ chức bài bản đối với sự thay đổi, bao gồm các chương trình truyền thông, các sáng kiến đào tạo, tái thiết kế công việc và các phương pháp đo lường hiệu suất sau triển khai.</w:t>
      </w:r>
    </w:p>
    <w:p>
      <w:pPr>
        <w:spacing w:after="80"/>
      </w:pPr>
      <w:r>
        <w:rPr>
          <w:b w:val="0"/>
          <w:i w:val="0"/>
        </w:rPr>
        <w:t>Một số người bán khẳng định rằng "cách tiếp cận sự thay đổi" là đặc điểm nhận diện trong đề xuất dịch vụ của họ, nhưng lịch sử lại kể một câu chuyện khác. Giai thoại kinh doanh đầy rẫy những sáng kiến thất bại trong việc đạt mục tiêu vì vấn đề quan trọng là dẫn dắt sự thay đổi đã không được xử lý với sự chăm chút thích đáng. Trở thành người dẫn dắt sự thay đổi nghĩa là bạn làm việc với khách hàng một cách cởi mở và trung thực để đánh giá mọi khía cạnh của sự thay đổi và đưa ra những cách tiếp cận thiết thực để dẫn dắt khách hàng vượt qua sự thay đổi đó.</w:t>
      </w:r>
    </w:p>
    <w:p>
      <w:pPr>
        <w:spacing w:after="80"/>
      </w:pPr>
      <w:r>
        <w:rPr>
          <w:b w:val="0"/>
          <w:i w:val="0"/>
        </w:rPr>
        <w:t>Phần thưởng cho hành vi này còn giá trị hơn nhiều so với một thương vụ trước mắt. Bạn giành được thiện chí và niềm tin, những điều sẽ dẫn đến việc thắng thương vụ thứ hai—và nhiều thương vụ khác nữa.</w:t>
      </w:r>
    </w:p>
    <w:p>
      <w:pPr>
        <w:pStyle w:val="Heading2"/>
      </w:pPr>
      <w:r>
        <w:rPr>
          <w:rFonts w:ascii="Calibri" w:hAnsi="Calibri"/>
          <w:b/>
          <w:i w:val="0"/>
          <w:sz w:val="32"/>
        </w:rPr>
        <w:t xml:space="preserve"> Người quản lý mối quan hệ </w:t>
      </w:r>
    </w:p>
    <w:p>
      <w:pPr>
        <w:spacing w:after="80"/>
      </w:pPr>
      <w:r>
        <w:rPr>
          <w:b w:val="0"/>
          <w:i w:val="0"/>
        </w:rPr>
        <w:t>Không vai trò nào của người bán quan trọng hơn các vai trò khác, nhưng nếu không có khả năng xuất sắc trong việc xây dựng mối quan hệ với khách hàng, bạn sẽ chật vật để trụ lại trong cuộc chơi. Những vai trò khác mà bạn đảm nhận—cố vấn kinh doanh, chuyên gia, nhà chiến lược, quản lý dự án và người dẫn dắt sự thay đổi—tạo nền tảng cần thiết để kết nối với khách hàng. Không phải ngẫu nhiên mà những người tinh thông các vai trò này thường cũng là những người quản lý mối quan hệ giỏi nhất.</w:t>
      </w:r>
    </w:p>
    <w:p>
      <w:pPr>
        <w:spacing w:after="80"/>
      </w:pPr>
      <w:r>
        <w:rPr>
          <w:b w:val="0"/>
          <w:i w:val="0"/>
        </w:rPr>
        <w:t>Xây dựng mối quan hệ trong suốt quá trình bán hàng là điều thiết yếu, nhưng những nỗ lực đó sẽ tăng tốc một khi bạn chốt được thương vụ. Sau khi bạn và người mua đồng ý về các điều khoản của thương vụ, hãy hướng đến việc tạo thêm giá trị cho khách hàng và tìm kiếm những tương tác hiệu quả với khách hàng. Đầu tiên, hãy gặp lại những người bạn đã gặp trong quá trình bán hàng để cập nhật cho họ về tiến độ, giải đáp thắc mắc và theo dõi mọi vấn đề. Chủ yếu là bạn muốn chắc chắn rằng khách hàng đang bước vào công việc với cái nhìn tích cực về đội ngũ, nhưng bạn cũng muốn đề nghị hỗ trợ khi cần thiết.</w:t>
      </w:r>
    </w:p>
    <w:p>
      <w:pPr>
        <w:spacing w:after="80"/>
      </w:pPr>
      <w:r>
        <w:rPr>
          <w:b w:val="0"/>
          <w:i w:val="0"/>
        </w:rPr>
        <w:t>Thứ hai, hãy lên kế hoạch cho những mối quan hệ mới mà bạn muốn khởi tạo. Dùng hiểu biết của bạn về cách bạn sẽ triển khai dịch vụ để gặp gỡ những người sẽ bị ảnh hưởng nhiều nhất bởi sự thay đổi. Sắp xếp các cuộc gặp để giới thiệu trước kế hoạch sắp tới và đưa ra những hiểu biết sâu sắc về cách mọi thứ sẽ thay đổi. Mục tiêu chính là làm suôn sẻ con đường cho việc triển khai dịch vụ của bạn, nhưng bạn cũng có thể dùng những cuộc gặp này để giới thiệu bản thân và công ty của bạn với những người có thể chưa biết bạn.</w:t>
      </w:r>
    </w:p>
    <w:p>
      <w:pPr>
        <w:spacing w:after="80"/>
      </w:pPr>
      <w:r>
        <w:rPr>
          <w:b w:val="0"/>
          <w:i w:val="0"/>
        </w:rPr>
        <w:t>Cuối cùng, những người quản lý mối quan hệ giỏi nhất mở rộng mạng lưới của họ sang các bộ phận khác trong tổ chức của khách hàng. Ngay cả những người không bị ảnh hưởng trực tiếp bởi một sáng kiến của công ty cũng có thể rất quan tâm đến những gì đang diễn ra. Thực tế đó cho bạn lý do để gặp gỡ những người khác và trao cho họ điều gì đó họ muốn.</w:t>
      </w:r>
    </w:p>
    <w:p>
      <w:pPr>
        <w:spacing w:after="80"/>
      </w:pPr>
      <w:r>
        <w:rPr>
          <w:b w:val="0"/>
          <w:i w:val="0"/>
        </w:rPr>
        <w:t>Bạn có thể tự hỏi liệu khách hàng có nhìn những hoạt động kết nối này như những lời chào hàng trá hình không. Điều đó chắc chắn là một khả năng, và khách hàng đã được rèn cho thói quen nghi ngờ động cơ của bạn. Nhưng những người bán hàng hàng đầu luôn đặt lý do gặp gỡ dựa trên lợi ích của khách hàng. Nếu bạn là một chuyên gia về lĩnh vực nào đó mà tình cờ cũng bán hàng, thay vì một người bán hàng có chút chuyên môn, bạn sẽ tìm thấy những người mua sẵn lòng lắng nghe.</w:t>
      </w:r>
    </w:p>
    <w:p>
      <w:pPr>
        <w:pStyle w:val="Heading2"/>
      </w:pPr>
      <w:r>
        <w:rPr>
          <w:rFonts w:ascii="Calibri" w:hAnsi="Calibri"/>
          <w:b/>
          <w:i w:val="0"/>
          <w:sz w:val="32"/>
        </w:rPr>
        <w:t xml:space="preserve"> Người truyền đạt </w:t>
      </w:r>
    </w:p>
    <w:p>
      <w:pPr>
        <w:spacing w:after="80"/>
      </w:pPr>
      <w:r>
        <w:rPr>
          <w:b w:val="0"/>
          <w:i w:val="0"/>
        </w:rPr>
        <w:t>Hiếm khi có chuyện một thương vụ dịch vụ dễ dàng. Chỉ là một số thương vụ chốt nhanh hơn những thương vụ khác. Nhưng trách nhiệm chính của người bán vẫn là đàm phán thương vụ với những điều khoản có lợi. Mỗi vai trò vừa nêu đều mang lại những cách để thiết lập mối quan hệ khách hàng bền chặt hơn và quản lý quy trình bán hàng, nhưng những vai trò đó chỉ tạo điều kiện thuận lợi cho thương vụ. Để đưa một thương vụ tiềm năng từ khách hàng tiềm năng đến lúc chốt đòi hỏi sự tinh thông trong giao tiếp thuyết phục, xây dựng niềm tin và, quan trọng không kém, là đề nghị chốt thương vụ. Xuất sắc trong vai trò này nghĩa là thành công trong tất cả các vai trò khác. Và để làm được điều đó, bạn phải tinh thông bảy kỹ năng cụ thể.</w:t>
      </w:r>
    </w:p>
    <w:p>
      <w:pPr>
        <w:pStyle w:val="Heading2"/>
      </w:pPr>
      <w:r>
        <w:rPr>
          <w:rFonts w:ascii="Calibri" w:hAnsi="Calibri"/>
          <w:b/>
          <w:i w:val="0"/>
          <w:sz w:val="32"/>
        </w:rPr>
        <w:t>Làm chủ các kỹ năng của người bán hàng mới</w:t>
      </w:r>
    </w:p>
    <w:p>
      <w:pPr>
        <w:spacing w:after="80"/>
      </w:pPr>
      <w:r>
        <w:rPr>
          <w:b w:val="0"/>
          <w:i w:val="0"/>
        </w:rPr>
        <w:t>Nắm bắt bảy vai trò của người bán dịch vụ là phần đầu tiên trong công thức dẫn đến thành công. Điều còn lại là bạn phải giải quyết “Bảy kỹ năng để làm chủ nghề bán hàng” mà bạn cần để tỏa sáng trong những vai trò đó. Bạn sẽ thấy rằng bảy kỹ năng này áp dụng rộng rãi cho tất cả các vai trò của người bán hàng. Đừng tìm cách ánh xạ trực tiếp kỹ năng nào ứng với vai trò nào. Để làm việc hiệu quả trong môi trường khách hàng, bạn phải có tất cả những kỹ năng này. Bằng cách xây dựng kế hoạch và hành động để làm chủ bảy kỹ năng, bạn đặt nền móng vững chắc cho thành công lâu dài và, trong quá trình đó, trở thành nguồn lực đáng tin cậy mà khách hàng luôn tìm đến.</w:t>
      </w:r>
    </w:p>
    <w:p>
      <w:pPr>
        <w:pStyle w:val="Heading1"/>
      </w:pPr>
      <w:r>
        <w:rPr>
          <w:rFonts w:ascii="Calibri" w:hAnsi="Calibri"/>
          <w:b/>
          <w:i w:val="0"/>
          <w:sz w:val="40"/>
        </w:rPr>
        <w:t>BẢY KỸ NĂNG ĐỂ LÀM CHỦ NGHỀ BÁN HÀNG</w:t>
      </w:r>
    </w:p>
    <w:p>
      <w:pPr>
        <w:spacing w:after="80"/>
      </w:pPr>
      <w:r>
        <w:rPr>
          <w:b w:val="0"/>
          <w:i w:val="0"/>
        </w:rPr>
        <w:t>Người bán hàng biết rằng họ cần phát triển nghề nghiệp liên tục để thăng tiến nhanh hơn, nhưng họ thường loay hoay không biết thiết kế chiến lược cho chính mình như thế nào. Hầu hết các tổ chức bán hàng đều cung cấp các chương trình đào tạo bán hàng truyền thống, tạo nền tảng cho một cách tiếp cận nghề bán dịch vụ. Điều thường còn thiếu là sự thừa nhận rằng mỗi người bước vào những chương trình này ở một giai đoạn phát triển nghề nghiệp khác nhau, và mỗi người có mức độ thành thạo khác nhau ở bảy kỹ năng này.</w:t>
      </w:r>
    </w:p>
    <w:p>
      <w:pPr>
        <w:spacing w:after="80"/>
      </w:pPr>
      <w:r>
        <w:rPr>
          <w:b w:val="0"/>
          <w:i w:val="0"/>
        </w:rPr>
        <w:t>Hãy bắt đầu với những gì bạn đã làm tốt và cảm thấy thoải mái. Đây là những kỹ năng mà bạn nên lên kế hoạch trau dồi dần theo thời gian, nên hãy ưu tiên thấp hơn cho chúng trong ngắn hạn. Tiếp theo, hãy lập danh sách những gì khiến bạn thấy không thoải mái hoặc những gì bạn sẽ làm khác đi nếu có thêm cơ hội.</w:t>
      </w:r>
    </w:p>
    <w:p>
      <w:pPr>
        <w:spacing w:after="80"/>
      </w:pPr>
      <w:r>
        <w:rPr>
          <w:b w:val="0"/>
          <w:i w:val="0"/>
        </w:rPr>
        <w:t>Bạn có thể thấy danh sách này khó lập. Đôi khi chúng ta thấy điểm mạnh ở bản thân mà người khác lại thấy điểm yếu, và ngược lại. Để vượt qua vấn đề đó, hãy dựa vào phản hồi bạn nhận được, cả chính thức lẫn không chính thức, trong vài trải nghiệm bán hàng gần đây. Có nhận xét cụ thể nào từ đồng nghiệp hay khách hàng giúp bạn nhận ra mình đang làm tốt điều gì và điều gì cần cải thiện không?</w:t>
      </w:r>
    </w:p>
    <w:p>
      <w:pPr>
        <w:spacing w:after="80"/>
      </w:pPr>
      <w:r>
        <w:rPr>
          <w:b w:val="0"/>
          <w:i w:val="0"/>
        </w:rPr>
        <w:t>Có thể phong cách thuyết trình của bạn chưa được trau chuốt như bạn muốn. Hoặc có thể bạn chưa hài lòng với kỹ năng phỏng vấn khách hàng của mình. Dù trường hợp nào đi nữa, hãy ghi lại những ý tưởng này vào một danh sách ngắn như những ưu tiên cao nhất cho việc phát triển nghề nghiệp của bạn. Hãy dùng hướng dẫn sau đây, “Làm chủ các kỹ năng của nghề bán dịch vụ chuyên nghiệp”, để xác định các chủ đề cho việc phát triển kỹ năng của bạn. Không chắc bạn có thể giải quyết tất cả mục tiêu cùng một lúc, nhưng hãy lập một kế hoạch kéo dài 18 đến 24 tháng.</w:t>
      </w:r>
    </w:p>
    <w:p>
      <w:pPr>
        <w:spacing w:after="80"/>
      </w:pPr>
      <w:r>
        <w:rPr>
          <w:b/>
          <w:i w:val="0"/>
        </w:rPr>
        <w:t>Làm chủ các kỹ năng của nghề bán dịch vụ chuyên nghiệp</w:t>
      </w:r>
    </w:p>
    <w:p>
      <w:pPr>
        <w:jc w:val="center"/>
      </w:pPr>
      <w:r>
        <w:drawing>
          <wp:inline xmlns:a="http://schemas.openxmlformats.org/drawingml/2006/main" xmlns:pic="http://schemas.openxmlformats.org/drawingml/2006/picture">
            <wp:extent cx="4324350" cy="5095875"/>
            <wp:docPr id="16" name="Picture 16"/>
            <wp:cNvGraphicFramePr>
              <a:graphicFrameLocks noChangeAspect="1"/>
            </wp:cNvGraphicFramePr>
            <a:graphic>
              <a:graphicData uri="http://schemas.openxmlformats.org/drawingml/2006/picture">
                <pic:pic>
                  <pic:nvPicPr>
                    <pic:cNvPr id="0" name="00015.png"/>
                    <pic:cNvPicPr/>
                  </pic:nvPicPr>
                  <pic:blipFill>
                    <a:blip r:embed="rId24"/>
                    <a:stretch>
                      <a:fillRect/>
                    </a:stretch>
                  </pic:blipFill>
                  <pic:spPr>
                    <a:xfrm>
                      <a:off x="0" y="0"/>
                      <a:ext cx="4324350" cy="5095875"/>
                    </a:xfrm>
                    <a:prstGeom prst="rect"/>
                  </pic:spPr>
                </pic:pic>
              </a:graphicData>
            </a:graphic>
          </wp:inline>
        </w:drawing>
      </w:r>
    </w:p>
    <w:p>
      <w:pPr>
        <w:spacing w:after="80"/>
      </w:pPr>
      <w:r>
        <w:rPr>
          <w:b w:val="0"/>
          <w:i w:val="0"/>
        </w:rPr>
        <w:t>Khi nghĩ về cách đạt được mục tiêu của mình, hãy cân nhắc tất cả các công cụ đào tạo sẵn có, dù đó là hội thảo, sách, podcast, webcast hay những thứ khác. Bạn cũng sẽ muốn quyết định xem mình muốn trực tiếp trải nghiệm nhiều hơn ở những vai trò nào trong quy trình bán hàng; bạn sẽ muốn nhắm vào những lĩnh vực đó trong cơ hội bán hàng tiếp theo. Bạn có thể tham dự mọi hội thảo bán hàng từng được tổ chức mà vẫn không học được nhiều bằng việc làm việc trực tiếp với khách hàng. Để biến những trải nghiệm với khách hàng thành bài học giá trị cho mình, bạn phải xác định rõ, trước khi bắt đầu, mình đang theo đuổi những kỹ năng nào.</w:t>
      </w:r>
    </w:p>
    <w:p>
      <w:pPr>
        <w:spacing w:after="80"/>
      </w:pPr>
      <w:r>
        <w:rPr>
          <w:b w:val="0"/>
          <w:i w:val="0"/>
        </w:rPr>
        <w:t>Hãy chắc chắn tuân theo các phương pháp đặt mục tiêu truyền thống để giữ đúng hướng và có động lực. Với mỗi vai trò bạn muốn cải thiện, bạn sẽ cần có một mục tiêu cụ thể, một danh sách các hành động bạn dự định thực hiện, và thời điểm bạn sẽ hoàn thành các hành động đó. Sau đó, đừng cất kế hoạch sang một bên. Hãy mang nó theo bên mình. Hãy lên kế hoạch cho mọi hoạt động hằng ngày, hằng tuần và hằng tháng của bạn với mục tiêu phát triển nghề nghiệp trong đầu. Đừng để những mục tiêu đó bị gạt đi khi có tình huống khẩn cấp tiếp theo từ khách hàng.</w:t>
      </w:r>
    </w:p>
    <w:p>
      <w:pPr>
        <w:pStyle w:val="Heading1"/>
      </w:pPr>
      <w:r>
        <w:rPr>
          <w:rFonts w:ascii="Calibri" w:hAnsi="Calibri"/>
          <w:b/>
          <w:i w:val="0"/>
          <w:sz w:val="40"/>
        </w:rPr>
        <w:t>Kiểm tra tỉnh táo: Bán đến khi gục ngã</w:t>
      </w:r>
    </w:p>
    <w:p>
      <w:pPr>
        <w:spacing w:after="80"/>
      </w:pPr>
      <w:r>
        <w:rPr>
          <w:b w:val="0"/>
          <w:i w:val="0"/>
        </w:rPr>
        <w:t>Một số người nói rằng bạn sẽ không đạt được thành công trừ khi bạn cống hiến mọi giây phút thức giấc cho sự nghiệp—buổi tối, cuối tuần và ngày lễ. Không nghi ngờ gì nữa, cuộc sống của người bán dịch vụ có thể đòi hỏi cao và khó lường. Nhưng nếu bạn để công việc chiếm trọn cuộc sống, kiệt sức trong sự nghiệp chắc chắn sẽ theo sau. Bạn phải tận tâm, có động lực và đôi khi sẵn sàng gác lại mọi thứ trong chớp mắt. Nhưng đừng đánh mất điều quan trọng nhất trong cuộc đời bạn.</w:t>
      </w:r>
    </w:p>
    <w:p>
      <w:pPr>
        <w:pStyle w:val="Heading2"/>
      </w:pPr>
      <w:r>
        <w:rPr>
          <w:rFonts w:ascii="Calibri" w:hAnsi="Calibri"/>
          <w:b/>
          <w:i w:val="0"/>
          <w:sz w:val="32"/>
        </w:rPr>
        <w:t>Người tạo mưa (Rainmaker) làm gì</w:t>
      </w:r>
    </w:p>
    <w:p>
      <w:pPr>
        <w:spacing w:after="80"/>
      </w:pPr>
      <w:r>
        <w:rPr>
          <w:b w:val="0"/>
          <w:i w:val="0"/>
        </w:rPr>
        <w:t>Đạt được mức độ thành công bán hàng ổn định đòi hỏi phải luyện tập, nghĩa là quan sát, tham gia và dẫn dắt các nỗ lực bán hàng. Cũng như bạn không thể học lái thuyền chỉ bằng cách đọc sách, bạn sẽ không tiếp thu được những kỹ năng thiết yếu của nghề bán hàng nếu không có trải nghiệm. Nhưng nếu bạn không bổ sung trải nghiệm của mình bằng sự khôn ngoan của người khác, qua sách vở và các nguồn khác, thì những đồng nghiệp làm điều đó sẽ vượt qua bạn.</w:t>
      </w:r>
    </w:p>
    <w:p>
      <w:pPr>
        <w:spacing w:after="80"/>
      </w:pPr>
      <w:r>
        <w:rPr>
          <w:b w:val="0"/>
          <w:i w:val="0"/>
        </w:rPr>
        <w:t>Những người bán hàng hàng đầu không ngừng cải thiện kỹ năng và kiến thức của mình. Họ không bao giờ ngừng cố gắng để giỏi hơn tháng trước hay tuần trước. Họ không bỏ lỡ cơ hội tìm hiểu thêm về lĩnh vực chuyên môn, chiến lược bán hàng, hay thậm chí các sự kiện thời sự. Họ tham dự các hội thảo trong ngành để mở rộng kiến thức; họ nghe các chương trình âm thanh, podcast, webcast; và họ đọc—rất nhiều. Khi một số người bán hàng đang thư giãn giữa các thương vụ, những người có thành tích cao nhất vẫn đang chạy hết tốc lực để làm cho vòng gặp gỡ khách hàng tiếp theo trở nên giá trị hơn. Giữa các cơ hội bán hàng, bạn thường sẽ thấy họ tương tác với khách hàng cũ, theo đuổi một ý tưởng mới, hoặc cập nhật những phát triển trong ngành. Họ có thể khiến việc bán hàng trông có vẻ dễ dàng, nhưng hầu hết những người tạo mưa đều làm việc chăm chỉ hơn, và hiệu quả hơn, so với những người có thành tích trung bình. Nhưng họ cũng biết khi nào nên dừng lại để giữ sự cân bằng trong cuộc sống.</w:t>
      </w:r>
    </w:p>
    <w:p>
      <w:pPr>
        <w:spacing w:after="80"/>
      </w:pPr>
      <w:r>
        <w:rPr>
          <w:b w:val="0"/>
          <w:i w:val="0"/>
        </w:rPr>
        <w:t xml:space="preserve">Có lẽ bạn đã từng nghe câu nói tự giới hạn bản thân rằng: “Bạn chỉ giỏi bằng thương vụ bán hàng gần nhất của mình.” Đúng là trong nghề bán hàng, bạn luôn phải chứng minh bản thân. Nhưng với kế hoạch và hành động đúng đắn, bạn có thể chắc chắn rằng mình luôn </w:t>
      </w:r>
      <w:r>
        <w:rPr>
          <w:b w:val="0"/>
          <w:i/>
        </w:rPr>
        <w:t>giỏi hơn</w:t>
      </w:r>
      <w:r>
        <w:rPr>
          <w:b w:val="0"/>
          <w:i w:val="0"/>
        </w:rPr>
        <w:t xml:space="preserve"> thương vụ bán hàng gần nhất.</w:t>
      </w:r>
    </w:p>
    <w:p>
      <w:pPr>
        <w:pStyle w:val="Heading1"/>
      </w:pPr>
      <w:r>
        <w:rPr>
          <w:rFonts w:ascii="Calibri" w:hAnsi="Calibri"/>
          <w:b/>
          <w:i w:val="0"/>
          <w:sz w:val="40"/>
        </w:rPr>
        <w:t>CHƯƠNG 15</w:t>
      </w:r>
    </w:p>
    <w:p>
      <w:pPr>
        <w:pStyle w:val="Heading1"/>
      </w:pPr>
      <w:r>
        <w:rPr>
          <w:rFonts w:ascii="Calibri" w:hAnsi="Calibri"/>
          <w:b/>
          <w:i w:val="0"/>
          <w:sz w:val="40"/>
        </w:rPr>
        <w:t>Ghép Tất Cả Lại Với Nhau</w:t>
      </w:r>
    </w:p>
    <w:p>
      <w:pPr>
        <w:spacing w:after="80"/>
      </w:pPr>
      <w:r>
        <w:rPr>
          <w:b w:val="0"/>
          <w:i w:val="0"/>
        </w:rPr>
        <w:t>Trên một góc phố chẳng có gì đặc biệt ở Portland, Oregon, có một cửa hàng đồ cũ tên là Fairly Honest Bill's. Khi bạn tiến đến mặt tiền cửa hàng, bạn đã được xem trước chính xác những gì bạn sẽ nhận được bên trong. Biển hiệu bên ngoài cửa hàng tuyên bố: "Nếu bạn không thích giá, thì đành chịu." Nếu bạn nghĩ mình có thể mặc cả để có được giá tốt hơn, quên đi. Một tấm biển khác thông báo rằng "Không chấp nhận đề nghị hợp lý hay không hợp lý nào cả." Fairly Honest Bill (tên hợp pháp của ông ấy) không hề nói vòng vo. Ông ấy chỉ khẳng định rằng "Bạn thấy gì thì bạn nhận được đó."</w:t>
      </w:r>
    </w:p>
    <w:p>
      <w:pPr>
        <w:spacing w:after="80"/>
      </w:pPr>
      <w:r>
        <w:rPr>
          <w:b w:val="0"/>
          <w:i w:val="0"/>
        </w:rPr>
        <w:t>F. H. Bill mang đến cho người mua điều họ muốn nhất từ người bán: sự thật, được nói ra một cách rõ ràng không mập mờ. Hầu hết những người bán dịch vụ đều cố gắng làm điều tương tự, nhưng nhiều người mua không nhìn nhận như vậy. Họ cảnh giác, tự hỏi liệu mình đang nhận được thứ thật hay chỉ là một món hàng dỏm. Để đáp lại, người bán có xu hướng bù đắp quá mức bằng cách nói về giá trị, giá trị, và thêm nhiều giá trị nữa, với hy vọng giành được sự tin tưởng của người mua. Đôi khi, những lời khẳng định đó hoàn toàn đúng; những lần khác, người bán chỉ là "toàn mũ mà chẳng có trâu bò," như người ta vẫn nói. Tác dụng phụ đáng tiếc là kỳ vọng của khách hàng về giá trị có thể tăng vượt quá khả năng đáp ứng của người bán. Và nếu dịch vụ không đạt được như lời hứa, khách hàng sẽ vỡ mộng và càng cảnh giác hơn với những lời khẳng định trong tương lai từ các nhà cung cấp dịch vụ.</w:t>
      </w:r>
    </w:p>
    <w:p>
      <w:pPr>
        <w:spacing w:after="80"/>
      </w:pPr>
      <w:r>
        <w:rPr>
          <w:b w:val="0"/>
          <w:i w:val="0"/>
        </w:rPr>
        <w:t>Đó không phải để nói rằng người bán là bên duy nhất đáng trách. Người mua có thể chỉ nghe những gì họ muốn nghe và do đó phải chịu trách nhiệm ít nhất một phần cho những hy vọng thổi phồng của chính mình. Dù nguyên nhân là gì, cả người mua lẫn người bán đều không muốn một kết quả tồi tệ. Nhưng điều đó vẫn xảy ra quá thường xuyên.</w:t>
      </w:r>
    </w:p>
    <w:p>
      <w:pPr>
        <w:spacing w:after="80"/>
      </w:pPr>
      <w:r>
        <w:rPr>
          <w:b w:val="0"/>
          <w:i w:val="0"/>
        </w:rPr>
        <w:t xml:space="preserve">Những người bán phá vỡ vòng luẩn quẩn của sự nghi ngờ này sẽ xây dựng được mối quan hệ khách hàng và công việc kinh doanh bền vững, lâu dài hơn. Nếu bạn nổi tiếng là người nói sự thật không tô vẽ, có thể được truyền đạt khéo léo hơn một chút so với Fairly Honest Bill, </w:t>
      </w:r>
      <w:r>
        <w:rPr>
          <w:b w:val="0"/>
          <w:i/>
        </w:rPr>
        <w:t>và</w:t>
      </w:r>
      <w:r>
        <w:rPr>
          <w:b w:val="0"/>
          <w:i w:val="0"/>
        </w:rPr>
        <w:t xml:space="preserve"> bạn mang đến cho khách hàng chuyên môn và năng lực vượt trội, bạn sẽ giành được nhiều đơn hàng hơn, với lợi nhuận cao hơn. Một thách thức đối với các tổ chức bán hàng là làm thế nào để tìm ra và phát triển những người bán hàng hàng đầu đó, đây là một sứ mệnh quan trọng đối với bất kỳ tổ chức bán hàng nào.</w:t>
      </w:r>
    </w:p>
    <w:p>
      <w:pPr>
        <w:pStyle w:val="Heading2"/>
      </w:pPr>
      <w:r>
        <w:rPr>
          <w:rFonts w:ascii="Calibri" w:hAnsi="Calibri"/>
          <w:b/>
          <w:i w:val="0"/>
          <w:sz w:val="32"/>
        </w:rPr>
        <w:t xml:space="preserve"> Điều Gì Tạo Nên Một Người Bán Hàng Xuất Sắc? </w:t>
      </w:r>
    </w:p>
    <w:p>
      <w:pPr>
        <w:spacing w:after="80"/>
      </w:pPr>
      <w:r>
        <w:rPr>
          <w:b w:val="0"/>
          <w:i w:val="0"/>
        </w:rPr>
        <w:t>Tìm được những người bán hàng hàng đầu đã đủ khó, nhưng nhiệm vụ còn khó khăn hơn nếu bạn không chắc mình đang tìm kiếm điều gì. Phân tích điều gì tạo nên một người bán hàng hàng đầu xuất sắc không tốn kém gì, đặc biệt là khi so sánh với nguồn lực mà các tổ chức dành cho việc tuyển dụng và đào tạo. Nhưng rất ít tổ chức làm điều đó.</w:t>
      </w:r>
    </w:p>
    <w:p>
      <w:pPr>
        <w:spacing w:after="80"/>
      </w:pPr>
      <w:r>
        <w:rPr>
          <w:b w:val="0"/>
          <w:i w:val="0"/>
        </w:rPr>
        <w:t>Nghiên cứu cho chúng ta biết rằng hầu hết các tổ chức bán hàng tham gia vào các thương vụ phức tạp đều không chắc tại sao những người bán hàng hàng đầu của họ lại xuất sắc, và họ không tận dụng thành công đó để giúp những người khác cải thiện. Chỉ 42 phần trăm giám đốc bán hàng đồng ý với câu nói: "Chúng tôi biết tại sao những người có thành tích hàng đầu của chúng tôi lại thành công." Thậm chí ít hơn (26 phần trăm) nhân viên bán hàng của họ nói rằng họ hiểu những người bán hàng hàng đầu làm gì khác biệt. Trong số các tổ chức bán hàng thành công nhất, 45 phần trăm nói rằng: "Chúng tôi tận dụng các phương pháp hay nhất của những người có thành tích hàng đầu để cải thiện tất cả những người khác." Đối với các tổ chức bán hàng kém thành công hơn, con số đó giảm xuống mức thảm hại là 21 phần trăm.</w:t>
      </w:r>
    </w:p>
    <w:p>
      <w:pPr>
        <w:spacing w:after="80"/>
      </w:pPr>
      <w:r>
        <w:rPr>
          <w:b w:val="0"/>
          <w:i w:val="0"/>
        </w:rPr>
        <w:t>Rõ ràng là vẫn còn dư địa để cải thiện, và phần thưởng rất lớn. Nếu một tổ chức bán hàng có thể có thêm chỉ vài người bán hàng xuất sắc (và phát triển những người họ đang có), họ có thể thay đổi vận mệnh của mình. Việc mang về những người bán hàng tài năng thường nâng cao mức hiệu suất bán hàng trên toàn tổ chức. Những người mang về mưa (rainmakers) không chỉ mang lại nhiều hợp đồng hơn, mà thành tích của họ còn truyền cảm hứng cho người khác vươn cao hơn. Ngược lại, một quyết định tuyển dụng tồi sẽ có tác động ngược lại.</w:t>
      </w:r>
    </w:p>
    <w:p>
      <w:pPr>
        <w:spacing w:after="80"/>
      </w:pPr>
      <w:r>
        <w:rPr>
          <w:b w:val="0"/>
          <w:i w:val="0"/>
        </w:rPr>
        <w:t>Tìm được đúng người có thể là một nhiệm vụ khó khăn, vì nhiều quy trình tuyển dụng sẽ không phát hiện ra những siêu sao thực sự. Quá nhiều quản lý bán hàng đưa ra quyết định tuyển dụng dựa trên "cảm giác" trực giác của họ về khả năng bán hàng của một người, chứ không dựa trên đánh giá cẩn thận về tài năng, kỹ năng và hành vi.</w:t>
      </w:r>
    </w:p>
    <w:p>
      <w:pPr>
        <w:spacing w:after="80"/>
      </w:pPr>
      <w:r>
        <w:rPr>
          <w:b w:val="0"/>
          <w:i w:val="0"/>
        </w:rPr>
        <w:t>Thường nghe những người bán hàng kỳ cựu tuyên bố rằng họ có thể đánh giá bất kỳ ứng viên nào chỉ trong vài giây và biết liệu người đó có tố chất để thành công hay không. Không chỉ cảm nhận ban đầu đó thường sai, mà nó hiếm khi đưa ra bất kỳ hiểu biết nào về cách một người sẽ hành xử trong các tình huống bán hàng. Để tìm được người bán hàng xuất sắc tiếp theo của bạn, hãy tìm những ứng viên sở hữu những phẩm chất cá nhân mà bạn cho là quan trọng và những người có thể phát triển mạnh trong công việc bán hàng đầy áp lực.</w:t>
      </w:r>
    </w:p>
    <w:p>
      <w:pPr>
        <w:pStyle w:val="Heading1"/>
      </w:pPr>
      <w:r>
        <w:rPr>
          <w:rFonts w:ascii="Calibri" w:hAnsi="Calibri"/>
          <w:b/>
          <w:i w:val="0"/>
          <w:sz w:val="40"/>
        </w:rPr>
        <w:t>NHỮNG PHẨM CHẤT CỦA MỘT NGƯỜI BÁN HÀNG HÀNG ĐẦU</w:t>
      </w:r>
    </w:p>
    <w:p>
      <w:pPr>
        <w:spacing w:after="80"/>
      </w:pPr>
      <w:r>
        <w:rPr>
          <w:b w:val="0"/>
          <w:i w:val="0"/>
        </w:rPr>
        <w:t>Trong 12 phẩm chất của một người bán hàng hàng đầu, phẩm chất nào phù hợp nhất với tổ chức của bạn? Khi bạn đã quyết định được điều đó, hãy thiết kế một quy trình phỏng vấn để khai thác những phẩm chất đó và yêu cầu ứng viên minh họa chúng thông qua hành vi. Thông thường nhất, bạn có thể tìm hiểu về những phẩm chất này bằng cách xem xét ba yếu tố ở mỗi ứng viên: trí tuệ, hành vi cá nhân và động lực.</w:t>
      </w:r>
    </w:p>
    <w:p>
      <w:pPr>
        <w:pStyle w:val="Heading1"/>
      </w:pPr>
      <w:r>
        <w:rPr>
          <w:rFonts w:ascii="Calibri" w:hAnsi="Calibri"/>
          <w:b/>
          <w:i w:val="0"/>
          <w:sz w:val="40"/>
        </w:rPr>
        <w:t>PHỎNG VẤN VỀ HÀNH VI BÁN HÀNG</w:t>
      </w:r>
    </w:p>
    <w:p>
      <w:pPr>
        <w:spacing w:after="80"/>
      </w:pPr>
      <w:r>
        <w:rPr>
          <w:b w:val="0"/>
          <w:i w:val="0"/>
        </w:rPr>
        <w:t>Để xác định liệu bạn có một người bán hàng hàng đầu hay không, hãy đặt những câu hỏi tình huống để kiểm tra bằng chứng về những phẩm chất mong muốn. Dưới đây là một số câu hỏi mẫu để bạn bắt đầu.</w:t>
      </w:r>
    </w:p>
    <w:p>
      <w:pPr>
        <w:spacing w:after="80"/>
      </w:pPr>
      <w:r>
        <w:rPr>
          <w:b/>
          <w:i w:val="0"/>
        </w:rPr>
        <w:t>TRÍ TUỆ</w:t>
      </w:r>
    </w:p>
    <w:p>
      <w:pPr>
        <w:spacing w:after="80"/>
      </w:pPr>
      <w:r>
        <w:rPr>
          <w:b/>
          <w:i w:val="0"/>
        </w:rPr>
        <w:t>CÁ NHÂN</w:t>
      </w:r>
    </w:p>
    <w:p>
      <w:pPr>
        <w:spacing w:after="80"/>
      </w:pPr>
      <w:r>
        <w:rPr>
          <w:b/>
          <w:i w:val="0"/>
        </w:rPr>
        <w:t>ĐỘNG LỰC</w:t>
      </w:r>
    </w:p>
    <w:p>
      <w:pPr>
        <w:spacing w:after="80"/>
      </w:pPr>
      <w:r>
        <w:rPr>
          <w:b w:val="0"/>
          <w:i w:val="0"/>
        </w:rPr>
        <w:t>Khi nói đến trí tuệ, bạn không cần tìm một Einstein tiếp theo mà chỉ cố gắng nắm bắt điều này: Liệu người này có thông minh, ăn nói lưu loát và nhạy bén không? Rất dễ để có cảm nhận chung về mức độ thông minh của một người trong buổi phỏng vấn; điều quan trọng là khả năng của cá nhân đó trong việc áp dụng trí tuệ ấy vào những tình huống đa dạng. Bạn có thể dễ dàng tìm thấy những người cực kỳ thông minh nhưng không có chút tự nhận thức nào và đầy cái tôi, và họ gần như luôn gây tổn hại cho bạn trong các tình huống bán hàng.</w:t>
      </w:r>
    </w:p>
    <w:p>
      <w:pPr>
        <w:spacing w:after="80"/>
      </w:pPr>
      <w:r>
        <w:rPr>
          <w:b w:val="0"/>
          <w:i w:val="0"/>
        </w:rPr>
        <w:t>Để đánh giá hành vi có khả năng xảy ra của một cá nhân trong những tình huống đó — điều mà bạn thực sự phải tìm hiểu — hãy đặt ra những vấn đề cụ thể để họ giải quyết. Sử dụng các ví dụ cho phép bạn thấy cách một người suy nghĩ dưới áp lực và tổ chức câu trả lời. Có thể bạn ngụy trang một tình huống bán hàng khó khăn mà bạn từng gặp trong quá khứ và hỏi xem người đó sẽ xử lý thế nào.</w:t>
      </w:r>
    </w:p>
    <w:p>
      <w:pPr>
        <w:spacing w:after="80"/>
      </w:pPr>
      <w:r>
        <w:rPr>
          <w:b w:val="0"/>
          <w:i w:val="0"/>
        </w:rPr>
        <w:t>Khi bạn cân nhắc những câu hỏi khả thi để kiểm tra trí tuệ, hãy hỏi những câu đòi hỏi người đó phải sử dụng sự sáng tạo. Khi trình bày vấn đề, hãy loại bỏ những giải pháp hiển nhiên khỏi sự cân nhắc. Giải thích vài giải pháp mà khách hàng đã thử rồi, sau đó yêu cầu ứng viên đưa ra một giải pháp khác. Khi bạn nhận được câu trả lời, hãy đặt thêm câu hỏi tiếp theo: "Bạn sẽ phát triển giải pháp này như thế nào?" "Những ràng buộc nào quan trọng cần cân nhắc?" "Bạn còn cần biết thêm điều gì để chắc chắn về câu trả lời của mình?" Một số người sẽ xuất sắc vượt qua những tình huống này; những người khác sẽ sụp đổ hoàn toàn. Bạn có thể đoán được mình muốn ai trong đội của mình.</w:t>
      </w:r>
    </w:p>
    <w:p>
      <w:pPr>
        <w:pStyle w:val="Heading1"/>
      </w:pPr>
      <w:r>
        <w:rPr>
          <w:rFonts w:ascii="Calibri" w:hAnsi="Calibri"/>
          <w:b/>
          <w:i w:val="0"/>
          <w:sz w:val="40"/>
        </w:rPr>
        <w:t>Kiểm tra tỉnh táo: Bạn đang nghe thấy những câu hỏi gì?</w:t>
      </w:r>
    </w:p>
    <w:p>
      <w:pPr>
        <w:spacing w:after="80"/>
      </w:pPr>
      <w:r>
        <w:rPr>
          <w:b w:val="0"/>
          <w:i w:val="0"/>
        </w:rPr>
        <w:t>Bạn có thể tiết kiệm thời gian cho mình (và tránh phiền muộn về sau) nếu bạn chú ý kỹ đến những câu hỏi mà ứng viên đặt ra. Khi bạn trình bày một tình huống vấn đề, liệu người đó lao ngay vào trả lời hay tìm cách làm rõ trước? Những người bán hàng hàng đầu không cho rằng họ đã có đủ mọi dữ kiện ngay khi nghe lời giải thích của khách hàng. Họ nắm bắt những điểm mấu chốt và luôn xác minh sự hiểu biết của mình. Hãy tìm kiếm xu hướng đó. Nếu ứng viên không đặt những câu hỏi liên quan, hãy coi đó là một dấu hiệu cảnh báo để tìm hiểu thêm về cách người đó sẽ hành xử khi giải quyết các vấn đề thực tế. Nếu không, bạn có thể kết thúc với một kẻ kém cỏi.</w:t>
      </w:r>
    </w:p>
    <w:p>
      <w:pPr>
        <w:spacing w:after="80"/>
      </w:pPr>
      <w:r>
        <w:rPr>
          <w:b w:val="0"/>
          <w:i w:val="0"/>
        </w:rPr>
        <w:t>Tiếp theo, hãy đánh giá các hành vi cá nhân để thẩm định khả năng xuất sắc của cá nhân đó trong môi trường khách hàng. Để biết liệu bạn có một ngôi sao tiềm năng hay không, bạn muốn đánh giá sự kiên nhẫn, sự đồng cảm, phong cách làm việc và sự khéo léo của người đó. Ví dụ, để đánh giá sự kiên nhẫn, hãy hỏi về một lần người đó vẫn giữ được sự kiên nhẫn trong khi người khác đang sốt ruột.</w:t>
      </w:r>
    </w:p>
    <w:p>
      <w:pPr>
        <w:spacing w:after="80"/>
      </w:pPr>
      <w:r>
        <w:rPr>
          <w:b w:val="0"/>
          <w:i w:val="0"/>
        </w:rPr>
        <w:t xml:space="preserve">Hãy lắng nghe cẩn thận cách ứng viên mô tả tình huống và kết quả của nó. Liệu nó có tương thích với cách bạn </w:t>
      </w:r>
      <w:r>
        <w:rPr>
          <w:b w:val="0"/>
          <w:i/>
        </w:rPr>
        <w:t>muốn</w:t>
      </w:r>
      <w:r>
        <w:rPr>
          <w:b w:val="0"/>
          <w:i w:val="0"/>
        </w:rPr>
        <w:t xml:space="preserve"> những người bán hàng hành xử không? Người đó đã hòa mình vào tình huống như thế nào — với vai trò dẫn dắt hay vai trò theo sau? Liệu ứng viên có nắm lấy cơ hội để tạo ra tác động khi những người khác không làm vậy không? Liệu ứng viên có thể xử lý vấn đề theo những cách nào khác không? Bạn càng đào sâu vào chi tiết, bạn càng có cảm nhận tốt hơn về hành vi của cá nhân đó và tác động của nó lên người khác.</w:t>
      </w:r>
    </w:p>
    <w:p>
      <w:pPr>
        <w:spacing w:after="80"/>
      </w:pPr>
      <w:r>
        <w:rPr>
          <w:b w:val="0"/>
          <w:i w:val="0"/>
        </w:rPr>
        <w:t>Nhiều buổi phỏng vấn cuối cùng lại xoay quanh những lần ứng viên là người hùng của câu chuyện. Thực tế, người được phỏng vấn thường kể lại một trong những câu chuyện thành công của họ mỗi khi họ nghe một câu hỏi. Nghe về những dịp đó thì không sao, nhưng bạn cũng muốn biết người đó hành xử thế nào khi mọi thứ không diễn ra như kế hoạch. Bạn sẽ hiểu rõ hơn về hành vi thực sự của một cá nhân bằng cách hỏi về những thất bại hơn là nghe những câu chuyện chiến thắng. Hãy yêu cầu ứng viên mô tả một thất bại quan trọng (liên quan đến công việc). Mọi người bán hàng đều có câu chuyện về thương vụ tuột mất, cho dù họ muốn quên nó đi đến mức nào.</w:t>
      </w:r>
    </w:p>
    <w:p>
      <w:pPr>
        <w:spacing w:after="80"/>
      </w:pPr>
      <w:r>
        <w:rPr>
          <w:b w:val="0"/>
          <w:i w:val="0"/>
        </w:rPr>
        <w:t>Khi bạn hỏi về một thất bại trong bán hàng, hãy mong đợi chút ngần ngại từ ứng viên, nhưng cứ tiếp tục đẩy tới. Và đừng chấp nhận một câu chuyện mà trong đó người đó chỉ đóng vai phụ nhỏ. Hãy hỏi về một lần người đó là nhân tố thiết yếu trong quá trình bán hàng, nhưng vẫn thất bại.</w:t>
      </w:r>
    </w:p>
    <w:p>
      <w:pPr>
        <w:spacing w:after="80"/>
      </w:pPr>
      <w:r>
        <w:rPr>
          <w:b w:val="0"/>
          <w:i w:val="0"/>
        </w:rPr>
        <w:t>Sau đó đánh giá câu trả lời của ứng viên. Phản ứng của người đó là gì? Ứng viên (và đội bán hàng) đã tương tác với khách hàng như thế nào? Ứng viên nhận bao nhiêu phần trách nhiệm cho thất bại đó? Đội bán hàng đã phối hợp với nhau như thế nào trong suốt thời gian đó, và sau khi nhận tin thất bại? Liệu ứng viên có đối xử tôn trọng với mọi người liên quan không? Người đó đã đưa ra quyết định về cách tiến hành như thế nào khi quá trình bán hàng tiếp diễn?</w:t>
      </w:r>
    </w:p>
    <w:p>
      <w:pPr>
        <w:spacing w:after="80"/>
      </w:pPr>
      <w:r>
        <w:rPr>
          <w:b w:val="0"/>
          <w:i w:val="0"/>
        </w:rPr>
        <w:t>Lĩnh vực đánh giá thứ ba, và cũng là cuối cùng, là động lực của người bán hàng tiềm năng. Hầu hết nhân viên bán hàng đều có động lực làm việc chăm chỉ, nhưng thế là chưa đủ để thành công trong ngành dịch vụ. Bạn đang tìm kiếm những người biết định hướng động lực của mình để họ phát triển về mặt chuyên môn và đạt được tiềm năng của mình thông qua sức mạnh từ chính niềm tin của bản thân. Lần tới khi bạn nghe ai đó nói về việc có tham vọng hay muốn tiến xa, hãy tìm kiếm bằng chứng. Người đó đã hy sinh những gì để theo đuổi một tham vọng hay ước mơ?</w:t>
      </w:r>
    </w:p>
    <w:p>
      <w:pPr>
        <w:spacing w:after="80"/>
      </w:pPr>
      <w:r>
        <w:rPr>
          <w:b w:val="0"/>
          <w:i w:val="0"/>
        </w:rPr>
        <w:t xml:space="preserve">Một số phẩm chất cần khám phá liên quan đến động lực bao gồm sự kiên trì, sự nhiệt huyết, sự tháo vát và sự tận tâm. Một cách để phát hiện những điều này là hỏi về những chiến thắng cá nhân. Thành tựu </w:t>
      </w:r>
      <w:r>
        <w:rPr>
          <w:b w:val="0"/>
          <w:i/>
        </w:rPr>
        <w:t>không liên quan đến công việc</w:t>
      </w:r>
      <w:r>
        <w:rPr>
          <w:b w:val="0"/>
          <w:i w:val="0"/>
        </w:rPr>
        <w:t xml:space="preserve"> nào mà người đó tự hào nhất? Có thể bạn sẽ phải chờ qua một khoảng lặng dài trước khi ai đó trả lời câu hỏi này, nhưng những câu trả lời luôn tiết lộ nhiều điều.</w:t>
      </w:r>
    </w:p>
    <w:p>
      <w:pPr>
        <w:spacing w:after="80"/>
      </w:pPr>
      <w:r>
        <w:rPr>
          <w:b w:val="0"/>
          <w:i w:val="0"/>
        </w:rPr>
        <w:t>Hãy hỏi tiếp để xác định tại sao đây lại là một thành tựu quan trọng đến vậy và cá nhân đó đã làm gì để đối mặt với những thách thức cần thiết nhằm đạt được mục tiêu. Chuỗi câu hỏi này cho thấy cách người đó đối mặt với nghịch cảnh và hành động hướng tới một mục tiêu. Đánh giá của bạn về những phẩm chất này là thiết yếu để xác định liệu ứng viên có tố chất để phát triển thành một người làm việc xuất sắc hàng đầu hay không.</w:t>
      </w:r>
    </w:p>
    <w:p>
      <w:pPr>
        <w:spacing w:after="80"/>
      </w:pPr>
      <w:r>
        <w:rPr>
          <w:b w:val="0"/>
          <w:i w:val="0"/>
        </w:rPr>
        <w:t>Mục tiêu của bạn khi đánh giá các hành vi và trải nghiệm trong quá khứ là vượt qua những câu trả lời đã được tập dượt sẵn của ứng viên. Nếu bạn khiến ai đó nói về hành vi của họ mà không theo kịch bản, bạn sẽ thoáng thấy con người thật của họ. Từ góc nhìn đó, bạn có thể dùng phán đoán của riêng mình để đưa ra phân tích sáng suốt về khả năng ứng viên phát triển thành người bán hàng hàng đầu của ngày mai.</w:t>
      </w:r>
    </w:p>
    <w:p>
      <w:pPr>
        <w:spacing w:after="80"/>
      </w:pPr>
      <w:r>
        <w:rPr>
          <w:b w:val="0"/>
          <w:i w:val="0"/>
        </w:rPr>
        <w:t>Một khi bạn đã quyết định tuyển dụng, công việc thực sự mới bắt đầu. Người bán hàng cần rất nhiều kỹ năng đa dạng để tỏa sáng trong cả bảy vai trò của việc bán dịch vụ. Các nhà quản lý bán hàng phải làm việc chặt chẽ với từng người bán hàng để tạo ra các kế hoạch phát triển nghề nghiệp giúp nhân viên của họ đảm nhận các vai trò và thành thạo bảy kỹ năng thiết yếu được mô tả trong Chương 14.</w:t>
      </w:r>
    </w:p>
    <w:p>
      <w:pPr>
        <w:pStyle w:val="Heading2"/>
      </w:pPr>
      <w:r>
        <w:rPr>
          <w:rFonts w:ascii="Calibri" w:hAnsi="Calibri"/>
          <w:b/>
          <w:i w:val="0"/>
          <w:sz w:val="32"/>
        </w:rPr>
        <w:t xml:space="preserve"> Phát triển những siêu sao bán hàng </w:t>
      </w:r>
    </w:p>
    <w:p>
      <w:pPr>
        <w:spacing w:after="80"/>
      </w:pPr>
      <w:r>
        <w:rPr>
          <w:b w:val="0"/>
          <w:i w:val="0"/>
        </w:rPr>
        <w:t xml:space="preserve">Dù bạn là quản lý phát triển kinh doanh, phó chủ tịch bán hàng, người chủ, đối tác, hay mang bất kỳ chức danh nào khác, bạn chính là </w:t>
      </w:r>
      <w:r>
        <w:rPr>
          <w:b w:val="0"/>
          <w:i/>
        </w:rPr>
        <w:t>người</w:t>
      </w:r>
      <w:r>
        <w:rPr>
          <w:b w:val="0"/>
          <w:i w:val="0"/>
        </w:rPr>
        <w:t xml:space="preserve"> tạo điều kiện cho sự phát triển của đội ngũ bán hàng. Mỗi người bán hàng đều lấy hành vi và hành động của bạn làm kim chỉ nam. Bạn có thể tuyển đúng người, nhưng để họ trở thành người bán hàng hàng đầu, bạn cần chỉ cho họ con đường. Quá nhiều tổ chức bán hàng ném người mới xuống tận đáy bể bơi—trong một cái bao gai thắt nút với tạ buộc vào giày—để xem họ thể hiện ra sao.</w:t>
      </w:r>
    </w:p>
    <w:p>
      <w:pPr>
        <w:spacing w:after="80"/>
      </w:pPr>
      <w:r>
        <w:rPr>
          <w:b w:val="0"/>
          <w:i w:val="0"/>
        </w:rPr>
        <w:t xml:space="preserve">Hãy cho mỗi người bán hàng một khởi đầu thuận lợi để thành công bằng những bước cụ thể. Đầu tiên, hãy bắt đầu với dịch vụ bạn cung cấp. Mọi tổ chức bán hàng đều nhấn mạnh sự cần thiết của việc người bán hàng hiểu rõ dịch vụ của mình, nhưng hãy đưa phần giới thiệu đó xa hơn một bước bằng cách nhấn mạnh cả những khả năng lẫn giới hạn của dịch vụ bạn cung cấp. Khi người bán hàng của bạn đã nắm vững những điều cơ bản về dịch vụ, hãy chỉ cho họ điều gì thực sự hiệu quả và điều gì không. Dùng những ví dụ cụ thể về cách những người bán hàng khác đã điều chỉnh dịch vụ của họ để thích ứng với những tình huống đặc thù mà người bán hàng thường gặp. Cho họ thấy cả những thành công </w:t>
      </w:r>
      <w:r>
        <w:rPr>
          <w:b w:val="0"/>
          <w:i/>
        </w:rPr>
        <w:t>và</w:t>
      </w:r>
      <w:r>
        <w:rPr>
          <w:b w:val="0"/>
          <w:i w:val="0"/>
        </w:rPr>
        <w:t xml:space="preserve"> những thảm họa. Thường thì dễ nhận ra điều gì có thể hiệu quả khi bạn thấy điều gì đã sai. Hãy nhớ rằng, cuối cùng họ sẽ biết dịch vụ của bạn có những điểm yếu ở đâu. Hãy để họ thấy những điểm đó sớm và học hỏi từ chúng trước khi họ dẫn khách hàng đi sai đường.</w:t>
      </w:r>
    </w:p>
    <w:p>
      <w:pPr>
        <w:spacing w:after="80"/>
      </w:pPr>
      <w:r>
        <w:rPr>
          <w:b w:val="0"/>
          <w:i w:val="0"/>
        </w:rPr>
        <w:t>Tiếp theo, hãy hỗ trợ đội ngũ bán hàng của bạn xây dựng mạng lưới quan hệ nội bộ và bên ngoài mà họ cần để phát triển. Khuyến khích họ tham gia tích cực vào các nhóm ngành nghề hoặc cộng đồng. Tạo cơ hội để người bán hàng và đồng nghiệp của họ tương tác ngoài bối cảnh của bản đề xuất mới nhất. Cũng như bạn xây dựng mối quan hệ tin cậy với khách hàng, hãy tìm cách để người bán hàng của bạn phát triển một mạng lưới quan hệ tin cậy với đồng nghiệp. Bạn sẽ nâng cao năng suất của họ nếu họ không phải gặp dàn hỗ trợ bán hàng lần đầu tiên khi một cơ hội bán hàng mới xuất hiện.</w:t>
      </w:r>
    </w:p>
    <w:p>
      <w:pPr>
        <w:spacing w:after="80"/>
      </w:pPr>
      <w:r>
        <w:rPr>
          <w:b w:val="0"/>
          <w:i w:val="0"/>
        </w:rPr>
        <w:t>Ngoài ra, hãy thiết kế những chương trình cụ thể, thường xuyên để người bán hàng hiểu rõ vai trò của mình và thành thạo bảy kỹ năng của việc bán dịch vụ. Đào tạo bán hàng điển hình thường nhấn mạnh việc quản lý các bước trong phương pháp bán hàng của bạn và thuyết phục khách hàng mua, những điều này đều quan trọng. Nhưng người bán dịch vụ ngày nay cần nhiều hơn thế. Để lấp khoảng trống đó, hãy cung cấp cơ hội học tập (và thời gian) cho những kỹ năng như phỏng vấn khách hàng, chẩn đoán vấn đề và phát triển giải pháp.</w:t>
      </w:r>
    </w:p>
    <w:p>
      <w:pPr>
        <w:spacing w:after="80"/>
      </w:pPr>
      <w:r>
        <w:rPr>
          <w:b w:val="0"/>
          <w:i w:val="0"/>
        </w:rPr>
        <w:t>“Các vai trò và kỹ năng của người bán hàng Bảy nhân Bảy” trong Chương 14 có thể hỗ trợ nỗ lực của bạn trong việc thiết kế chiến lược đào tạo cho đội ngũ bán dịch vụ. Hãy đưa ra những lộ trình tùy chỉnh cho từng người để tất cả nhân viên của bạn đạt được tiềm năng của mình, theo tốc độ của riêng họ. Hãy để người bán hàng của bạn chịu trách nhiệm về sự phát triển nghề nghiệp của mình bằng cách chọn những kỹ năng họ cần phát triển và thời điểm phát triển.</w:t>
      </w:r>
    </w:p>
    <w:p>
      <w:pPr>
        <w:spacing w:after="80"/>
      </w:pPr>
      <w:r>
        <w:rPr>
          <w:b w:val="0"/>
          <w:i w:val="0"/>
        </w:rPr>
        <w:t>Để giúp định hướng các lựa chọn phát triển nghề nghiệp, hãy ghép mỗi người bán hàng với một người cố vấn giàu kinh nghiệm, người sẽ đóng vai trò như một người tư vấn phản biện cho các vấn đề về khách hàng hoặc phát triển nghề nghiệp. Nhiều tổ chức sử dụng các chương trình cố vấn, nhưng lại không thu được lợi ích trọn vẹn. Quá thường xuyên, những chương trình này chỉ đóng vai trò như một cách truyền đạt thông tin cho nhân viên về hiệu suất công việc và mức tăng lương của họ. Khi việc cố vấn có sự hậu thuẫn chân thực từ tổ chức, nó nuôi dưỡng văn hóa hợp tác cho đội ngũ bán hàng, mang lại cách để những người mới bổ sung kỹ năng, và thách thức những người bán hàng cấp cao hơn duy trì phong độ đỉnh cao.</w:t>
      </w:r>
    </w:p>
    <w:p>
      <w:pPr>
        <w:spacing w:after="80"/>
      </w:pPr>
      <w:r>
        <w:rPr>
          <w:b w:val="0"/>
          <w:i w:val="0"/>
        </w:rPr>
        <w:t>Một văn hóa trách nhiệm mạnh mẽ phải là nền tảng của mọi nỗ lực phát triển và cố vấn cho đội ngũ bán hàng của bạn. Cần thời gian và sự kiên nhẫn để phát triển một người bán hàng tuyệt vời, nhưng bạn phải đưa ra những quyết định khó khăn về việc ai sẽ phát triển thịnh vượng trong văn hóa đó và ai sẽ không. Những người bán hàng kém làm bạn tổn hại trên thị trường, và họ khiến những người giỏi nhất của bạn đặt câu hỏi về động cơ của bạn. Vì vậy, hãy dồn nhiều nỗ lực (hoặc hơn) vào việc đánh giá đội ngũ bán hàng của bạn cũng như bạn dồn vào việc tìm kiếm người bán hàng tuyệt vời tiếp theo. Hãy thưởng hậu hĩnh cho những người giỏi nhất, và hỗ trợ những người khác cải thiện. Nếu bạn mắc sai lầm trong tuyển dụng, hãy hành động thích đáng và bước tiếp.</w:t>
      </w:r>
    </w:p>
    <w:p>
      <w:pPr>
        <w:spacing w:after="80"/>
      </w:pPr>
      <w:r>
        <w:rPr>
          <w:b w:val="0"/>
          <w:i w:val="0"/>
        </w:rPr>
        <w:t>Dù bạn cung cấp cho đội ngũ bán hàng của mình bao nhiêu khóa đào tạo hay kinh nghiệm thực tế tại chỗ, nguồn cảm hứng lớn nhất của họ vẫn là bạn. Họ sẽ quan sát từng hành động của bạn để hiểu thế nào là hành vi được chấp nhận khi giao tiếp với khách hàng và đồng nghiệp. Bạn định hình phong cách với tư cách người lãnh đạo, nên hãy hành xử theo cách bạn muốn người khác hành động. Hãy cho đội ngũ bán hàng của bạn cơ hội tiếp cận giáo dục cá nhân hóa, cố vấn hiệu quả, đào tạo tại chỗ phù hợp và một hình mẫu tích cực, thì hiệu suất bán hàng của bạn sẽ vươn cao.</w:t>
      </w:r>
    </w:p>
    <w:p>
      <w:pPr>
        <w:pStyle w:val="Heading2"/>
      </w:pPr>
      <w:r>
        <w:rPr>
          <w:rFonts w:ascii="Calibri" w:hAnsi="Calibri"/>
          <w:b/>
          <w:i w:val="0"/>
          <w:sz w:val="32"/>
        </w:rPr>
        <w:t xml:space="preserve"> Đôi lời gửi gắm cho người bán hàng </w:t>
      </w:r>
    </w:p>
    <w:p>
      <w:pPr>
        <w:spacing w:after="80"/>
      </w:pPr>
      <w:r>
        <w:rPr>
          <w:b w:val="0"/>
          <w:i w:val="0"/>
        </w:rPr>
        <w:t>Không còn nghi ngờ gì nữa, tốc độ thay đổi không ngừng trong cách chúng ta kinh doanh và bán dịch vụ sẽ vẫn là một thực tế của cuộc sống. Điều sẽ không thay đổi, đặc biệt với việc bán dịch vụ phức tạp, là nhu cầu về những người bán hàng tư vấn, những người có thể xây dựng mối quan hệ khách hàng bền bỉ dựa trên năng lực và sự tôn trọng lẫn nhau. Bằng cách đón nhận khái niệm Người bán hàng Bảy nhân Bảy và tuân theo Ba chữ C của việc Thắng trong Bán Dịch vụ Chuyên nghiệp, bạn có thể đối mặt với bất kỳ thách thức bán hàng nào bạn gặp hôm nay hay ngày mai và vẫn giữ được sự tỉnh táo trong suốt quá trình đó.</w:t>
      </w:r>
    </w:p>
    <w:p>
      <w:pPr>
        <w:spacing w:after="80"/>
      </w:pPr>
      <w:r>
        <w:rPr>
          <w:b w:val="0"/>
          <w:i w:val="0"/>
        </w:rPr>
        <w:t xml:space="preserve">Một số quan điểm về người bán hàng vẫn tồn tại trong truyền thuyết bán hàng bất chấp sự không liên quan hoặc sai lầm của chúng. Nếu bạn đã từng ở trong nghề bán hàng khá lâu, có lẽ bạn đã nghe ai đó kể câu chuyện về một người bán hàng tuyệt vời có thể bán tủ lạnh cho người Eskimo. Dù mang tính hài hước, hình ảnh đó đại diện cho mọi thứ bạn </w:t>
      </w:r>
      <w:r>
        <w:rPr>
          <w:b w:val="0"/>
          <w:i/>
        </w:rPr>
        <w:t>không</w:t>
      </w:r>
      <w:r>
        <w:rPr>
          <w:b w:val="0"/>
          <w:i w:val="0"/>
        </w:rPr>
        <w:t xml:space="preserve"> muốn trở thành. Khả năng bán </w:t>
      </w:r>
      <w:r>
        <w:rPr>
          <w:b w:val="0"/>
          <w:i/>
        </w:rPr>
        <w:t>bất cứ thứ gì</w:t>
      </w:r>
      <w:r>
        <w:rPr>
          <w:b w:val="0"/>
          <w:i w:val="0"/>
        </w:rPr>
        <w:t xml:space="preserve"> cho người mua, dù họ có cần hay không, có thể có vẻ ấn tượng theo một cách nào đó, nhưng đó cũng là con đường chắc chắn dẫn đến thất bại trong việc bán dịch vụ. Thay vào đó, hãy sống theo ba quy tắc đơn giản: Xây dựng mối quan hệ chân thực với đồng nghiệp và khách hàng; không bao giờ ngừng học hỏi; và khi bạn biết một khách hàng thực sự cần điều bạn có thể cung cấp, hãy theo đuổi thương vụ đó bằng tất cả những gì bạn có.</w:t>
      </w:r>
    </w:p>
    <w:p>
      <w:pPr>
        <w:pStyle w:val="Heading1"/>
      </w:pPr>
      <w:r>
        <w:rPr>
          <w:rFonts w:ascii="Calibri" w:hAnsi="Calibri"/>
          <w:b/>
          <w:i w:val="0"/>
          <w:sz w:val="40"/>
        </w:rPr>
        <w:t>GHI CHÚ</w:t>
      </w:r>
    </w:p>
    <w:p>
      <w:pPr>
        <w:pStyle w:val="Heading2"/>
      </w:pPr>
      <w:r>
        <w:rPr>
          <w:rFonts w:ascii="Calibri" w:hAnsi="Calibri"/>
          <w:b/>
          <w:i w:val="0"/>
          <w:sz w:val="32"/>
        </w:rPr>
        <w:t xml:space="preserve"> Giới thiệu </w:t>
      </w:r>
    </w:p>
    <w:p>
      <w:pPr>
        <w:spacing w:after="80"/>
      </w:pPr>
      <w:r>
        <w:rPr>
          <w:b w:val="0"/>
          <w:i w:val="0"/>
        </w:rPr>
        <w:t xml:space="preserve">1 Từ bộ phim, </w:t>
      </w:r>
      <w:r>
        <w:rPr>
          <w:b w:val="0"/>
          <w:i/>
        </w:rPr>
        <w:t>Jaws</w:t>
      </w:r>
      <w:r>
        <w:rPr>
          <w:b w:val="0"/>
          <w:i w:val="0"/>
        </w:rPr>
        <w:t>, Universal Pictures, 1975. Xem http://en.wikipedia.org/wiki/Jaws_(film).</w:t>
      </w:r>
    </w:p>
    <w:p>
      <w:pPr>
        <w:pStyle w:val="Heading2"/>
      </w:pPr>
      <w:r>
        <w:rPr>
          <w:rFonts w:ascii="Calibri" w:hAnsi="Calibri"/>
          <w:b/>
          <w:i w:val="0"/>
          <w:sz w:val="32"/>
        </w:rPr>
        <w:t xml:space="preserve"> Chương 1 </w:t>
      </w:r>
    </w:p>
    <w:p>
      <w:pPr>
        <w:spacing w:after="80"/>
      </w:pPr>
      <w:r>
        <w:rPr>
          <w:b w:val="0"/>
          <w:i w:val="0"/>
        </w:rPr>
        <w:t>1 Câu trích dẫn của Woody Allen lấy từ www.tompeters.com/entries.php?rss</w:t>
      </w:r>
      <w:r>
        <w:rPr>
          <w:rFonts w:ascii="Consolas" w:hAnsi="Consolas"/>
          <w:b w:val="0"/>
          <w:i w:val="0"/>
          <w:sz w:val="20"/>
        </w:rPr>
        <w:t>=1&amp;note=http://www.tompeters.com/blogs/main/010477.php</w:t>
      </w:r>
      <w:r>
        <w:rPr>
          <w:b w:val="0"/>
          <w:i w:val="0"/>
        </w:rPr>
        <w:t>.</w:t>
      </w:r>
    </w:p>
    <w:p>
      <w:pPr>
        <w:spacing w:after="80"/>
      </w:pPr>
      <w:r>
        <w:rPr>
          <w:b w:val="0"/>
          <w:i w:val="0"/>
        </w:rPr>
        <w:t xml:space="preserve">2 Từ bộ phim, </w:t>
      </w:r>
      <w:r>
        <w:rPr>
          <w:b w:val="0"/>
          <w:i/>
        </w:rPr>
        <w:t>Jerry Maguire</w:t>
      </w:r>
      <w:r>
        <w:rPr>
          <w:b w:val="0"/>
          <w:i w:val="0"/>
        </w:rPr>
        <w:t>, TriStar Pictures, 1996.</w:t>
      </w:r>
    </w:p>
    <w:p>
      <w:pPr>
        <w:spacing w:after="80"/>
      </w:pPr>
      <w:r>
        <w:rPr>
          <w:b w:val="0"/>
          <w:i w:val="0"/>
        </w:rPr>
        <w:t xml:space="preserve">3 Phỏng vấn Robert Cialdini, "Meet the MasterMinds: Robert Cialdini on Influence," </w:t>
      </w:r>
      <w:r>
        <w:rPr>
          <w:b w:val="0"/>
          <w:i/>
        </w:rPr>
        <w:t>Management Consulting News</w:t>
      </w:r>
      <w:r>
        <w:rPr>
          <w:b w:val="0"/>
          <w:i w:val="0"/>
        </w:rPr>
        <w:t>, .www.managementconsultingnews.com/interviews/cialdini_interview.php.</w:t>
      </w:r>
    </w:p>
    <w:p>
      <w:pPr>
        <w:pStyle w:val="Heading2"/>
      </w:pPr>
      <w:r>
        <w:rPr>
          <w:rFonts w:ascii="Calibri" w:hAnsi="Calibri"/>
          <w:b/>
          <w:i w:val="0"/>
          <w:sz w:val="32"/>
        </w:rPr>
        <w:t xml:space="preserve"> Chương 2 </w:t>
      </w:r>
    </w:p>
    <w:p>
      <w:pPr>
        <w:spacing w:after="80"/>
      </w:pPr>
      <w:r>
        <w:rPr>
          <w:b w:val="0"/>
          <w:i w:val="0"/>
        </w:rPr>
        <w:t xml:space="preserve">1 Phỏng vấn Jeffrey Fox, "Meet the MasterMinds: Sales Strategies of a Rainmaker with Jeffrey Fox," </w:t>
      </w:r>
      <w:r>
        <w:rPr>
          <w:b w:val="0"/>
          <w:i/>
        </w:rPr>
        <w:t>Management Consulting News</w:t>
      </w:r>
      <w:r>
        <w:rPr>
          <w:b w:val="0"/>
          <w:i w:val="0"/>
        </w:rPr>
        <w:t>, www.managementconsultingnews.com/interviews/fox_interview.php.</w:t>
      </w:r>
    </w:p>
    <w:p>
      <w:pPr>
        <w:pStyle w:val="Heading2"/>
      </w:pPr>
      <w:r>
        <w:rPr>
          <w:rFonts w:ascii="Calibri" w:hAnsi="Calibri"/>
          <w:b/>
          <w:i w:val="0"/>
          <w:sz w:val="32"/>
        </w:rPr>
        <w:t xml:space="preserve"> Chương 3 </w:t>
      </w:r>
    </w:p>
    <w:p>
      <w:pPr>
        <w:spacing w:after="80"/>
      </w:pPr>
      <w:r>
        <w:rPr>
          <w:b w:val="0"/>
          <w:i w:val="0"/>
        </w:rPr>
        <w:t xml:space="preserve">1 Câu trích dẫn của Socrates lấy từ nhà triết học Hy Lạp Diogenes Leartius, </w:t>
      </w:r>
      <w:r>
        <w:rPr>
          <w:b w:val="0"/>
          <w:i/>
        </w:rPr>
        <w:t>Lives of Eminent Philosophers</w:t>
      </w:r>
      <w:r>
        <w:rPr>
          <w:b w:val="0"/>
          <w:i w:val="0"/>
        </w:rPr>
        <w:t>, 469 BC-399 BC.</w:t>
      </w:r>
    </w:p>
    <w:p>
      <w:pPr>
        <w:spacing w:after="80"/>
      </w:pPr>
      <w:r>
        <w:rPr>
          <w:b w:val="0"/>
          <w:i w:val="0"/>
        </w:rPr>
        <w:t xml:space="preserve">2 </w:t>
      </w:r>
      <w:r>
        <w:rPr>
          <w:b w:val="0"/>
          <w:i/>
        </w:rPr>
        <w:t>How Clients Buy: 2009 Benchmark Report on Professional Services Marketing and Selling from the Client Perspective</w:t>
      </w:r>
      <w:r>
        <w:rPr>
          <w:b w:val="0"/>
          <w:i w:val="0"/>
        </w:rPr>
        <w:t>, RainToday.com và Wellesley Hills Group, LLC, 2009, tr. 44-45.</w:t>
      </w:r>
    </w:p>
    <w:p>
      <w:pPr>
        <w:pStyle w:val="Heading2"/>
      </w:pPr>
      <w:r>
        <w:rPr>
          <w:rFonts w:ascii="Calibri" w:hAnsi="Calibri"/>
          <w:b/>
          <w:i w:val="0"/>
          <w:sz w:val="32"/>
        </w:rPr>
        <w:t xml:space="preserve"> Chương 4 </w:t>
      </w:r>
    </w:p>
    <w:p>
      <w:pPr>
        <w:spacing w:after="80"/>
      </w:pPr>
      <w:r>
        <w:rPr>
          <w:b w:val="0"/>
          <w:i w:val="0"/>
        </w:rPr>
        <w:t>1 Câu trích dẫn của Bertrand Russell lấy từ The Quotations Page, www.quotationspage.com/quote/32858.html.</w:t>
      </w:r>
    </w:p>
    <w:p>
      <w:pPr>
        <w:pStyle w:val="Heading2"/>
      </w:pPr>
      <w:r>
        <w:rPr>
          <w:rFonts w:ascii="Calibri" w:hAnsi="Calibri"/>
          <w:b/>
          <w:i w:val="0"/>
          <w:sz w:val="32"/>
        </w:rPr>
        <w:t xml:space="preserve"> Chương 6 </w:t>
      </w:r>
    </w:p>
    <w:p>
      <w:pPr>
        <w:spacing w:after="80"/>
      </w:pPr>
      <w:r>
        <w:rPr>
          <w:b w:val="0"/>
          <w:i w:val="0"/>
        </w:rPr>
        <w:t xml:space="preserve">1 Phỏng vấn Andy Wood, "Meet the MasterMinds: Andy Wood on the Role of Trust in Selling," </w:t>
      </w:r>
      <w:r>
        <w:rPr>
          <w:b w:val="0"/>
          <w:i/>
        </w:rPr>
        <w:t>Management Consulting New</w:t>
      </w:r>
      <w:r>
        <w:rPr>
          <w:b w:val="0"/>
          <w:i w:val="0"/>
        </w:rPr>
        <w:t>s, www.managementconsultingnews.com/interviews/wood_interview.php.</w:t>
      </w:r>
    </w:p>
    <w:p>
      <w:pPr>
        <w:spacing w:after="80"/>
      </w:pPr>
      <w:r>
        <w:rPr>
          <w:b w:val="0"/>
          <w:i w:val="0"/>
        </w:rPr>
        <w:t xml:space="preserve">2 Danh sách này lấy từ cuộc phỏng vấn Andy Wood trong "Meet the MasterMinds," như đã trích dẫn, dựa trên bài nghiên cứu của John Andy Wood, James S. Boles, Wesley Johnston, và Danny Bellenger, "Buyers' Trust of the Salesperson: An Item-Level Meta-Analysis," </w:t>
      </w:r>
      <w:r>
        <w:rPr>
          <w:b w:val="0"/>
          <w:i/>
        </w:rPr>
        <w:t>Journal of Personal Selling &amp; Sales Management</w:t>
      </w:r>
      <w:r>
        <w:rPr>
          <w:b w:val="0"/>
          <w:i w:val="0"/>
        </w:rPr>
        <w:t>, vol. XXVIII, no. 3 (summer 2008), tr. 263-283.</w:t>
      </w:r>
    </w:p>
    <w:p>
      <w:pPr>
        <w:spacing w:after="80"/>
      </w:pPr>
      <w:r>
        <w:rPr>
          <w:b w:val="0"/>
          <w:i w:val="0"/>
        </w:rPr>
        <w:t>3 Trong cuộc phỏng vấn Andy Wood trong "Meet the MasterMinds," như đã trích dẫn, Giáo sư Wood đã nói thế này về chuyên môn: "Chuyên môn của người bán hàng quan trọng đến mức nó vượt qua cả sự đáng tin cậy và đi thẳng đến lòng tin. Người mua có thể thích bạn và đánh giá bạn là người đáng tin cậy, nhưng nếu bạn không nắm vững chuyên môn của mình, họ sẽ không thực hiện những hành động thể hiện lòng tin. Để giành được lòng tin, bạn phải cho thấy mình có chuyên môn sâu về lĩnh vực đó và hiểu biết cặn kẽ về sản phẩm, rằng bạn có năng lực, đủ khả năng và hoàn toàn đủ tiêu chuẩn cho vấn đề đang bàn."</w:t>
      </w:r>
    </w:p>
    <w:p>
      <w:pPr>
        <w:pStyle w:val="Heading2"/>
      </w:pPr>
      <w:r>
        <w:rPr>
          <w:rFonts w:ascii="Calibri" w:hAnsi="Calibri"/>
          <w:b/>
          <w:i w:val="0"/>
          <w:sz w:val="32"/>
        </w:rPr>
        <w:t xml:space="preserve"> Chương 7 </w:t>
      </w:r>
    </w:p>
    <w:p>
      <w:pPr>
        <w:spacing w:after="80"/>
      </w:pPr>
      <w:r>
        <w:rPr>
          <w:b w:val="0"/>
          <w:i w:val="0"/>
        </w:rPr>
        <w:t xml:space="preserve">1 </w:t>
      </w:r>
      <w:r>
        <w:rPr>
          <w:b w:val="0"/>
          <w:i/>
        </w:rPr>
        <w:t>Bán hàng và Quản lý Bán hàng trong Môi trường Bán hàng Phức tạp: Tóm tắt Điều hành Nghiên cứu Thực tiễn Bán hàng Tốt nhất năm 2008 của Miller Heiman</w:t>
      </w:r>
      <w:r>
        <w:rPr>
          <w:b w:val="0"/>
          <w:i w:val="0"/>
        </w:rPr>
        <w:t>, Miller Heiman, Inc., 2008, tr. 4.</w:t>
      </w:r>
    </w:p>
    <w:p>
      <w:pPr>
        <w:pStyle w:val="Heading2"/>
      </w:pPr>
      <w:r>
        <w:rPr>
          <w:rFonts w:ascii="Calibri" w:hAnsi="Calibri"/>
          <w:b/>
          <w:i w:val="0"/>
          <w:sz w:val="32"/>
        </w:rPr>
        <w:t xml:space="preserve"> Chương 8 </w:t>
      </w:r>
    </w:p>
    <w:p>
      <w:pPr>
        <w:spacing w:after="80"/>
      </w:pPr>
      <w:r>
        <w:rPr>
          <w:b w:val="0"/>
          <w:i w:val="0"/>
        </w:rPr>
        <w:t>1 Câu trích dẫn của nhà kinh tế học Kenneth Boulding lấy từ Gaia Community, www.gaia.com/quotes/Kenneth_Boulding.</w:t>
      </w:r>
    </w:p>
    <w:p>
      <w:pPr>
        <w:spacing w:after="80"/>
      </w:pPr>
      <w:r>
        <w:rPr>
          <w:b w:val="0"/>
          <w:i w:val="0"/>
        </w:rPr>
        <w:t>2 Thông tin về Mordecai Brown lấy từ wikipedia.org/wiki/Mordecai_Brown.</w:t>
      </w:r>
    </w:p>
    <w:p>
      <w:pPr>
        <w:spacing w:after="80"/>
      </w:pPr>
      <w:r>
        <w:rPr>
          <w:b w:val="0"/>
          <w:i w:val="0"/>
        </w:rPr>
        <w:t>3 Thông tin về vật lý của bóng xoáy (curveball) lấy từ http://ffden-2.phys.uaf.edu/211_fall2002.web.dir/jon_drobnis/curveball.html.</w:t>
      </w:r>
    </w:p>
    <w:p>
      <w:pPr>
        <w:pStyle w:val="Heading2"/>
      </w:pPr>
      <w:r>
        <w:rPr>
          <w:rFonts w:ascii="Calibri" w:hAnsi="Calibri"/>
          <w:b/>
          <w:i w:val="0"/>
          <w:sz w:val="32"/>
        </w:rPr>
        <w:t xml:space="preserve"> Chương 9 </w:t>
      </w:r>
    </w:p>
    <w:p>
      <w:pPr>
        <w:spacing w:after="80"/>
      </w:pPr>
      <w:r>
        <w:rPr>
          <w:b w:val="0"/>
          <w:i w:val="0"/>
        </w:rPr>
        <w:t xml:space="preserve">1 Mark Stevens, </w:t>
      </w:r>
      <w:r>
        <w:rPr>
          <w:b w:val="0"/>
          <w:i/>
        </w:rPr>
        <w:t>Your Marketing Sucks</w:t>
      </w:r>
      <w:r>
        <w:rPr>
          <w:b w:val="0"/>
          <w:i w:val="0"/>
        </w:rPr>
        <w:t xml:space="preserve"> (New York: Crown Business, 2003), tr. 50.</w:t>
      </w:r>
    </w:p>
    <w:p>
      <w:pPr>
        <w:spacing w:after="80"/>
      </w:pPr>
      <w:r>
        <w:rPr>
          <w:b w:val="0"/>
          <w:i w:val="0"/>
        </w:rPr>
        <w:t>2 Số liệu về doanh thu từ Cục Thống kê Dân số Hoa Kỳ (U.S. Census Bureau), báo cáo Hệ thống Phân loại Ngành Bắc Mỹ (NAICS), "Estimated Quarterly Revenue for Employer Firms, First Quarter 2006," cho mã NAICS 54, Dịch vụ Chuyên môn, Khoa học và Kỹ thuật.</w:t>
      </w:r>
    </w:p>
    <w:p>
      <w:pPr>
        <w:spacing w:after="80"/>
      </w:pPr>
      <w:r>
        <w:rPr>
          <w:b w:val="0"/>
          <w:i w:val="0"/>
        </w:rPr>
        <w:t xml:space="preserve">3 Stephen King, </w:t>
      </w:r>
      <w:r>
        <w:rPr>
          <w:b w:val="0"/>
          <w:i/>
        </w:rPr>
        <w:t>On Writing:</w:t>
      </w:r>
      <w:r>
        <w:rPr>
          <w:b w:val="0"/>
          <w:i w:val="0"/>
        </w:rPr>
        <w:t xml:space="preserve"> </w:t>
      </w:r>
      <w:r>
        <w:rPr>
          <w:b w:val="0"/>
          <w:i/>
        </w:rPr>
        <w:t>A Memoir of the Craft</w:t>
      </w:r>
      <w:r>
        <w:rPr>
          <w:b w:val="0"/>
          <w:i w:val="0"/>
        </w:rPr>
        <w:t xml:space="preserve"> (New York: Pocket Books, 2000), tr. 124.</w:t>
      </w:r>
    </w:p>
    <w:p>
      <w:pPr>
        <w:pStyle w:val="Heading2"/>
      </w:pPr>
      <w:r>
        <w:rPr>
          <w:rFonts w:ascii="Calibri" w:hAnsi="Calibri"/>
          <w:b/>
          <w:i w:val="0"/>
          <w:sz w:val="32"/>
        </w:rPr>
        <w:t xml:space="preserve"> Chương 10 </w:t>
      </w:r>
    </w:p>
    <w:p>
      <w:pPr>
        <w:spacing w:after="80"/>
      </w:pPr>
      <w:r>
        <w:rPr>
          <w:b w:val="0"/>
          <w:i w:val="0"/>
        </w:rPr>
        <w:t>1 Câu trích dẫn của Einstein lấy từ BrainyQuote, www.brainyquote.com/quotes/quotes/a/alberteins163057.html.</w:t>
      </w:r>
    </w:p>
    <w:p>
      <w:pPr>
        <w:spacing w:after="80"/>
      </w:pPr>
      <w:r>
        <w:rPr>
          <w:b w:val="0"/>
          <w:i w:val="0"/>
        </w:rPr>
        <w:t xml:space="preserve">2 Carmine Gallo, </w:t>
      </w:r>
      <w:r>
        <w:rPr>
          <w:b w:val="0"/>
          <w:i/>
        </w:rPr>
        <w:t>Inspire Your Audience: 7 Keys to Influential Presentations</w:t>
      </w:r>
      <w:r>
        <w:rPr>
          <w:b w:val="0"/>
          <w:i w:val="0"/>
        </w:rPr>
        <w:t xml:space="preserve"> (sách trắng, 2007), tr. 3. Gallo đề cập đến "Hơn 40 triệu bài thuyết trình Power-Point®" mà mọi người thực hiện mỗi ngày.</w:t>
      </w:r>
    </w:p>
    <w:p>
      <w:pPr>
        <w:spacing w:after="80"/>
      </w:pPr>
      <w:r>
        <w:rPr>
          <w:b w:val="0"/>
          <w:i w:val="0"/>
        </w:rPr>
        <w:t xml:space="preserve">3 Judy A. Wagner và Noreen M. Klein, "Who Wants to Go First? Order Effects within a Series of Competitive Sales Presentations," </w:t>
      </w:r>
      <w:r>
        <w:rPr>
          <w:b w:val="0"/>
          <w:i/>
        </w:rPr>
        <w:t>Journal of Personal Selling &amp; Sales Management</w:t>
      </w:r>
      <w:r>
        <w:rPr>
          <w:b w:val="0"/>
          <w:i w:val="0"/>
        </w:rPr>
        <w:t>, tập XXVII, số 3 (mùa hè 2007), tr. 261.</w:t>
      </w:r>
    </w:p>
    <w:p>
      <w:pPr>
        <w:spacing w:after="80"/>
      </w:pPr>
      <w:r>
        <w:rPr>
          <w:b w:val="0"/>
          <w:i w:val="0"/>
        </w:rPr>
        <w:t xml:space="preserve">4 Sydney Finkelstein, Jo Whitehead, và Andrew Campbell, </w:t>
      </w:r>
      <w:r>
        <w:rPr>
          <w:b w:val="0"/>
          <w:i/>
        </w:rPr>
        <w:t>Think Again: Why Good Leaders Make Bad Decisions and How to Keep It from Happening to You</w:t>
      </w:r>
      <w:r>
        <w:rPr>
          <w:b w:val="0"/>
          <w:i w:val="0"/>
        </w:rPr>
        <w:t xml:space="preserve"> (Boston: Harvard Business Press, 2009), tr. 44.</w:t>
      </w:r>
    </w:p>
    <w:p>
      <w:pPr>
        <w:spacing w:after="80"/>
      </w:pPr>
      <w:r>
        <w:rPr>
          <w:b w:val="0"/>
          <w:i w:val="0"/>
        </w:rPr>
        <w:t>5 Wagner và Klein, "Who Wants to Go First?" như đã trích dẫn, tr. 259-276.</w:t>
      </w:r>
    </w:p>
    <w:p>
      <w:pPr>
        <w:pStyle w:val="Heading2"/>
      </w:pPr>
      <w:r>
        <w:rPr>
          <w:rFonts w:ascii="Calibri" w:hAnsi="Calibri"/>
          <w:b/>
          <w:i w:val="0"/>
          <w:sz w:val="32"/>
        </w:rPr>
        <w:t xml:space="preserve"> Chương 12 </w:t>
      </w:r>
    </w:p>
    <w:p>
      <w:pPr>
        <w:spacing w:after="80"/>
      </w:pPr>
      <w:r>
        <w:rPr>
          <w:b w:val="0"/>
          <w:i w:val="0"/>
        </w:rPr>
        <w:t xml:space="preserve">1 </w:t>
      </w:r>
      <w:r>
        <w:rPr>
          <w:b w:val="0"/>
          <w:i/>
        </w:rPr>
        <w:t>Bán hàng và Quản lý Bán hàng trong Môi trường Bán hàng Phức tạp: Tóm tắt Điều hành Nghiên cứu Thực tiễn Bán hàng Tốt nhất năm 2008 của Miller Heiman</w:t>
      </w:r>
      <w:r>
        <w:rPr>
          <w:b w:val="0"/>
          <w:i w:val="0"/>
        </w:rPr>
        <w:t>, Miller Heiman, Inc., 2008, tr. 4-5.</w:t>
      </w:r>
    </w:p>
    <w:p>
      <w:pPr>
        <w:pStyle w:val="Heading2"/>
      </w:pPr>
      <w:r>
        <w:rPr>
          <w:rFonts w:ascii="Calibri" w:hAnsi="Calibri"/>
          <w:b/>
          <w:i w:val="0"/>
          <w:sz w:val="32"/>
        </w:rPr>
        <w:t xml:space="preserve"> Chương 13 </w:t>
      </w:r>
    </w:p>
    <w:p>
      <w:pPr>
        <w:spacing w:after="80"/>
      </w:pPr>
      <w:r>
        <w:rPr>
          <w:b w:val="0"/>
          <w:i w:val="0"/>
        </w:rPr>
        <w:t xml:space="preserve">1 Phỏng vấn Ford Harding, “Gặp gỡ các Bậc thầy: Ford Harding về Nghệ thuật Tạo mưa cho Nhà tư vấn,” </w:t>
      </w:r>
      <w:r>
        <w:rPr>
          <w:b w:val="0"/>
          <w:i/>
        </w:rPr>
        <w:t>Management Consulting News</w:t>
      </w:r>
      <w:r>
        <w:rPr>
          <w:b w:val="0"/>
          <w:i w:val="0"/>
        </w:rPr>
        <w:t>, www.managementconsultingnews.com/interviews/harding_interview2.php.</w:t>
      </w:r>
    </w:p>
    <w:p>
      <w:pPr>
        <w:spacing w:after="80"/>
      </w:pPr>
      <w:r>
        <w:rPr>
          <w:b w:val="0"/>
          <w:i w:val="0"/>
        </w:rPr>
        <w:t xml:space="preserve">2 Ford Harding, “Xử lý những Cuộc gọi không được Hồi đáp,” </w:t>
      </w:r>
      <w:r>
        <w:rPr>
          <w:b w:val="0"/>
          <w:i/>
        </w:rPr>
        <w:t>Management Consulting News</w:t>
      </w:r>
      <w:r>
        <w:rPr>
          <w:b w:val="0"/>
          <w:i w:val="0"/>
        </w:rPr>
        <w:t>, www.managementconsultingnews.com/articles/harding_phone_calls.php.</w:t>
      </w:r>
    </w:p>
    <w:p>
      <w:pPr>
        <w:pStyle w:val="Heading2"/>
      </w:pPr>
      <w:r>
        <w:rPr>
          <w:rFonts w:ascii="Calibri" w:hAnsi="Calibri"/>
          <w:b/>
          <w:i w:val="0"/>
          <w:sz w:val="32"/>
        </w:rPr>
        <w:t xml:space="preserve"> Chương 15 </w:t>
      </w:r>
    </w:p>
    <w:p>
      <w:pPr>
        <w:spacing w:after="80"/>
      </w:pPr>
      <w:r>
        <w:rPr>
          <w:b w:val="0"/>
          <w:i w:val="0"/>
        </w:rPr>
        <w:t xml:space="preserve">1 Tất cả số liệu thống kê trong đoạn này đều từ </w:t>
      </w:r>
      <w:r>
        <w:rPr>
          <w:b w:val="0"/>
          <w:i/>
        </w:rPr>
        <w:t>Bán hàng và Quản lý Bán hàng trong Môi trường Bán hàng Phức tạp: Tóm tắt Điều hành Nghiên cứu Thực tiễn Bán hàng Tốt nhất năm 2008 của Miller Heiman</w:t>
      </w:r>
      <w:r>
        <w:rPr>
          <w:b w:val="0"/>
          <w:i w:val="0"/>
        </w:rPr>
        <w:t>, Miller Heiman, Inc., 2008, tr. 7-8.</w:t>
      </w:r>
    </w:p>
    <w:p>
      <w:pPr>
        <w:pStyle w:val="Heading1"/>
      </w:pPr>
      <w:r>
        <w:rPr>
          <w:rFonts w:ascii="Calibri" w:hAnsi="Calibri"/>
          <w:b/>
          <w:i w:val="0"/>
          <w:sz w:val="40"/>
        </w:rPr>
        <w:t>——HƯỚNG DẪN NGUỒN LỰC CHO NGƯỜI BÁN HÀNG</w:t>
      </w:r>
      <w:r>
        <w:rPr>
          <w:rFonts w:ascii="Calibri" w:hAnsi="Calibri"/>
          <w:b/>
          <w:i w:val="0"/>
          <w:sz w:val="40"/>
        </w:rPr>
        <w:t>——</w:t>
      </w:r>
    </w:p>
    <w:p>
      <w:pPr>
        <w:pStyle w:val="Heading2"/>
      </w:pPr>
      <w:r>
        <w:rPr>
          <w:rFonts w:ascii="Calibri" w:hAnsi="Calibri"/>
          <w:b/>
          <w:i w:val="0"/>
          <w:sz w:val="32"/>
        </w:rPr>
        <w:t xml:space="preserve"> Phát triển Quan hệ Khách hàng</w:t>
      </w:r>
    </w:p>
    <w:p>
      <w:pPr>
        <w:spacing w:after="80"/>
      </w:pPr>
      <w:r>
        <w:rPr>
          <w:b w:val="0"/>
          <w:i w:val="0"/>
        </w:rPr>
        <w:t xml:space="preserve">Capon, Noel. </w:t>
      </w:r>
      <w:r>
        <w:rPr>
          <w:b w:val="0"/>
          <w:i/>
        </w:rPr>
        <w:t>Quản lý và Lập kế hoạch Tài khoản Trọng điểm: Cẩm nang Toàn diện để Quản lý Tài sản Chiến lược Quan trọng nhất của Công ty Bạn</w:t>
      </w:r>
      <w:r>
        <w:rPr>
          <w:b w:val="0"/>
          <w:i w:val="0"/>
        </w:rPr>
        <w:t>. New York: Free Press, 2001.</w:t>
      </w:r>
    </w:p>
    <w:p>
      <w:pPr>
        <w:spacing w:after="80"/>
      </w:pPr>
      <w:r>
        <w:rPr>
          <w:b w:val="0"/>
          <w:i w:val="0"/>
        </w:rPr>
        <w:t xml:space="preserve">Dawson, Ross. </w:t>
      </w:r>
      <w:r>
        <w:rPr>
          <w:b w:val="0"/>
          <w:i/>
        </w:rPr>
        <w:t>Phát triển Quan hệ Khách hàng Dựa trên Tri thức: Tương lai của Dịch vụ Chuyên nghiệp</w:t>
      </w:r>
      <w:r>
        <w:rPr>
          <w:b w:val="0"/>
          <w:i w:val="0"/>
        </w:rPr>
        <w:t>. 2nd ed. Boston: Butterworth-Heinemann, 2005.</w:t>
      </w:r>
    </w:p>
    <w:p>
      <w:pPr>
        <w:spacing w:after="80"/>
      </w:pPr>
      <w:r>
        <w:rPr>
          <w:b w:val="0"/>
          <w:i w:val="0"/>
        </w:rPr>
        <w:t xml:space="preserve">Ferrazzi, Keith, và Tahl Raz. </w:t>
      </w:r>
      <w:r>
        <w:rPr>
          <w:b w:val="0"/>
          <w:i/>
        </w:rPr>
        <w:t>Đừng bao giờ Ăn một mình: Và những Bí quyết Thành công Khác, Mỗi lần một Mối quan hệ</w:t>
      </w:r>
      <w:r>
        <w:rPr>
          <w:b w:val="0"/>
          <w:i w:val="0"/>
        </w:rPr>
        <w:t>. New York: Doubleday Business, 2005.</w:t>
      </w:r>
    </w:p>
    <w:p>
      <w:pPr>
        <w:spacing w:after="80"/>
      </w:pPr>
      <w:r>
        <w:rPr>
          <w:b w:val="0"/>
          <w:i w:val="0"/>
        </w:rPr>
        <w:t xml:space="preserve">Levinson, Jay Conrad, và Michael W. McLaughlin. </w:t>
      </w:r>
      <w:r>
        <w:rPr>
          <w:b w:val="0"/>
          <w:i/>
        </w:rPr>
        <w:t>Tiếp thị Du kích cho Nhà tư vấn: Chiến thuật Đột phá để Giành được Khách hàng Sinh lợi</w:t>
      </w:r>
      <w:r>
        <w:rPr>
          <w:b w:val="0"/>
          <w:i w:val="0"/>
        </w:rPr>
        <w:t>. Hoboken: John Wiley &amp; Sons, 2005.</w:t>
      </w:r>
    </w:p>
    <w:p>
      <w:pPr>
        <w:spacing w:after="80"/>
      </w:pPr>
      <w:r>
        <w:rPr>
          <w:b w:val="0"/>
          <w:i w:val="0"/>
        </w:rPr>
        <w:t xml:space="preserve">Sobel, Andrew. </w:t>
      </w:r>
      <w:r>
        <w:rPr>
          <w:b w:val="0"/>
          <w:i/>
        </w:rPr>
        <w:t>Tất cả vì Một: 10 Chiến lược để Xây dựng Quan hệ Đối tác Khách hàng Đáng tin cậy</w:t>
      </w:r>
      <w:r>
        <w:rPr>
          <w:b w:val="0"/>
          <w:i w:val="0"/>
        </w:rPr>
        <w:t>. Hoboken: John Wiley &amp; Sons, 2009.</w:t>
      </w:r>
    </w:p>
    <w:p>
      <w:pPr>
        <w:spacing w:after="80"/>
      </w:pPr>
      <w:r>
        <w:rPr>
          <w:b w:val="0"/>
          <w:i w:val="0"/>
        </w:rPr>
        <w:t xml:space="preserve">Toppin, Gilbert, và Fiona Czerniawska. </w:t>
      </w:r>
      <w:r>
        <w:rPr>
          <w:b w:val="0"/>
          <w:i/>
        </w:rPr>
        <w:t>Tư vấn Kinh doanh: Hướng dẫn về Cách thức Hoạt động và Cách làm cho nó Hiệu quả</w:t>
      </w:r>
      <w:r>
        <w:rPr>
          <w:b w:val="0"/>
          <w:i w:val="0"/>
        </w:rPr>
        <w:t>. London: The Economist in Association with Profile Books Ltd., 2005.</w:t>
      </w:r>
    </w:p>
    <w:p>
      <w:pPr>
        <w:pStyle w:val="Heading2"/>
      </w:pPr>
      <w:r>
        <w:rPr>
          <w:rFonts w:ascii="Calibri" w:hAnsi="Calibri"/>
          <w:b/>
          <w:i w:val="0"/>
          <w:sz w:val="32"/>
        </w:rPr>
        <w:t xml:space="preserve"> Kỹ năng Giao tiếp và Thuyết trình </w:t>
      </w:r>
    </w:p>
    <w:p>
      <w:pPr>
        <w:spacing w:after="80"/>
      </w:pPr>
      <w:r>
        <w:rPr>
          <w:b w:val="0"/>
          <w:i w:val="0"/>
        </w:rPr>
        <w:t xml:space="preserve">Atkinson, Cliff. </w:t>
      </w:r>
      <w:r>
        <w:rPr>
          <w:b w:val="0"/>
          <w:i/>
        </w:rPr>
        <w:t>Vượt Ra Ngoài Những Gạch Đầu Dòng:</w:t>
      </w:r>
      <w:r>
        <w:rPr>
          <w:b w:val="0"/>
          <w:i w:val="0"/>
        </w:rPr>
        <w:t xml:space="preserve"> </w:t>
      </w:r>
      <w:r>
        <w:rPr>
          <w:b w:val="0"/>
          <w:i/>
        </w:rPr>
        <w:t>Sử Dụng</w:t>
      </w:r>
      <w:r>
        <w:rPr>
          <w:b w:val="0"/>
          <w:i w:val="0"/>
        </w:rPr>
        <w:t xml:space="preserve"> Microsoft Office </w:t>
      </w:r>
      <w:r>
        <w:rPr>
          <w:b w:val="0"/>
          <w:i/>
        </w:rPr>
        <w:t>PowerPoint®</w:t>
      </w:r>
      <w:r>
        <w:rPr>
          <w:b w:val="0"/>
          <w:i w:val="0"/>
        </w:rPr>
        <w:t xml:space="preserve"> </w:t>
      </w:r>
      <w:r>
        <w:rPr>
          <w:b w:val="0"/>
          <w:i/>
        </w:rPr>
        <w:t>2007 để Tạo Những Bài Trình Bày Truyền Đạt Thông Tin, Tạo Động Lực và Truyền Cảm Hứng</w:t>
      </w:r>
      <w:r>
        <w:rPr>
          <w:b w:val="0"/>
          <w:i w:val="0"/>
        </w:rPr>
        <w:t>. Redmond: Microsoft Press, 2007.</w:t>
      </w:r>
    </w:p>
    <w:p>
      <w:pPr>
        <w:spacing w:after="80"/>
      </w:pPr>
      <w:r>
        <w:rPr>
          <w:b w:val="0"/>
          <w:i w:val="0"/>
        </w:rPr>
        <w:t xml:space="preserve">Heath, Chip, và Dan Heath. Made to Stick: </w:t>
      </w:r>
      <w:r>
        <w:rPr>
          <w:b w:val="0"/>
          <w:i/>
        </w:rPr>
        <w:t>Vì Sao Một Số Ý Tưởng Tồn Tại và Những Ý Tưởng Khác Lụi Tàn</w:t>
      </w:r>
      <w:r>
        <w:rPr>
          <w:b w:val="0"/>
          <w:i w:val="0"/>
        </w:rPr>
        <w:t>. New York: Random House, 2007.</w:t>
      </w:r>
    </w:p>
    <w:p>
      <w:pPr>
        <w:spacing w:after="80"/>
      </w:pPr>
      <w:r>
        <w:rPr>
          <w:b w:val="0"/>
          <w:i w:val="0"/>
        </w:rPr>
        <w:t xml:space="preserve">Morgan, Nick. </w:t>
      </w:r>
      <w:r>
        <w:rPr>
          <w:b w:val="0"/>
          <w:i/>
        </w:rPr>
        <w:t>Hãy Tin Tôi: Bốn Bước để Đạt được Sự Chân Thật và Sức Hút</w:t>
      </w:r>
      <w:r>
        <w:rPr>
          <w:b w:val="0"/>
          <w:i w:val="0"/>
        </w:rPr>
        <w:t>. Hoboken: John Wiley &amp; Sons, 2009.</w:t>
      </w:r>
    </w:p>
    <w:p>
      <w:pPr>
        <w:spacing w:after="80"/>
      </w:pPr>
      <w:r>
        <w:rPr>
          <w:b w:val="0"/>
          <w:i w:val="0"/>
        </w:rPr>
        <w:t xml:space="preserve">Patterson, Kerry, Joseph Grenny, David Maxfield, Ron McMillan, và Al Switzler. </w:t>
      </w:r>
      <w:r>
        <w:rPr>
          <w:b w:val="0"/>
          <w:i/>
        </w:rPr>
        <w:t>Người Tạo Ảnh Hưởng: Sức Mạnh để Thay Đổi Mọi Thứ</w:t>
      </w:r>
      <w:r>
        <w:rPr>
          <w:b w:val="0"/>
          <w:i w:val="0"/>
        </w:rPr>
        <w:t>. New York: McGraw-Hill, 2007.</w:t>
      </w:r>
    </w:p>
    <w:p>
      <w:pPr>
        <w:spacing w:after="80"/>
      </w:pPr>
      <w:r>
        <w:rPr>
          <w:b w:val="0"/>
          <w:i w:val="0"/>
        </w:rPr>
        <w:t xml:space="preserve">Reynolds, Garr. </w:t>
      </w:r>
      <w:r>
        <w:rPr>
          <w:b w:val="0"/>
          <w:i/>
        </w:rPr>
        <w:t>Presentation Zen: Những Ý Tưởng Đơn Giản về Thiết Kế và Trình Bày Bài Thuyết Trình</w:t>
      </w:r>
      <w:r>
        <w:rPr>
          <w:b w:val="0"/>
          <w:i w:val="0"/>
        </w:rPr>
        <w:t>. Berkeley: New Riders Press, 2008.</w:t>
      </w:r>
    </w:p>
    <w:p>
      <w:pPr>
        <w:spacing w:after="80"/>
      </w:pPr>
      <w:r>
        <w:rPr>
          <w:b w:val="0"/>
          <w:i w:val="0"/>
        </w:rPr>
        <w:t xml:space="preserve">Roam, Dan. </w:t>
      </w:r>
      <w:r>
        <w:rPr>
          <w:b w:val="0"/>
          <w:i/>
        </w:rPr>
        <w:t>Mặt Sau Tờ Khăn Ăn: Giải Quyết Vấn Đề và Bán Ý Tưởng Bằng Hình Ảnh</w:t>
      </w:r>
      <w:r>
        <w:rPr>
          <w:b w:val="0"/>
          <w:i w:val="0"/>
        </w:rPr>
        <w:t>. New York: Portfolio Hardcover, 2008.</w:t>
      </w:r>
    </w:p>
    <w:p>
      <w:pPr>
        <w:spacing w:after="80"/>
      </w:pPr>
      <w:r>
        <w:rPr>
          <w:b w:val="0"/>
          <w:i w:val="0"/>
        </w:rPr>
        <w:t xml:space="preserve">Stone, Douglas, Bruce Patton, và Sheila Heen. </w:t>
      </w:r>
      <w:r>
        <w:rPr>
          <w:b w:val="0"/>
          <w:i/>
        </w:rPr>
        <w:t>Những Cuộc Trò Chuyện Khó Khăn: Cách Thảo Luận Những Điều Quan Trọng Nhất</w:t>
      </w:r>
      <w:r>
        <w:rPr>
          <w:b w:val="0"/>
          <w:i w:val="0"/>
        </w:rPr>
        <w:t>. New York: Penguin Group, 1999.</w:t>
      </w:r>
    </w:p>
    <w:p>
      <w:pPr>
        <w:spacing w:after="80"/>
      </w:pPr>
      <w:r>
        <w:rPr>
          <w:b w:val="0"/>
          <w:i w:val="0"/>
        </w:rPr>
        <w:t xml:space="preserve">Weissman, Jerry. </w:t>
      </w:r>
      <w:r>
        <w:rPr>
          <w:b w:val="0"/>
          <w:i/>
        </w:rPr>
        <w:t>Trình Bày để Chiến Thắng: Nghệ Thuật Kể Câu Chuyện Của Bạn</w:t>
      </w:r>
      <w:r>
        <w:rPr>
          <w:b w:val="0"/>
          <w:i w:val="0"/>
        </w:rPr>
        <w:t>. Ấn bản cập nhật. Upper Saddle River: Financial Times Prentice Hall, 2008.</w:t>
      </w:r>
    </w:p>
    <w:p>
      <w:pPr>
        <w:pStyle w:val="Heading2"/>
      </w:pPr>
      <w:r>
        <w:rPr>
          <w:rFonts w:ascii="Calibri" w:hAnsi="Calibri"/>
          <w:b/>
          <w:i w:val="0"/>
          <w:sz w:val="32"/>
        </w:rPr>
        <w:t xml:space="preserve"> Lãnh Đạo và Quản Lý </w:t>
      </w:r>
    </w:p>
    <w:p>
      <w:pPr>
        <w:spacing w:after="80"/>
      </w:pPr>
      <w:r>
        <w:rPr>
          <w:b w:val="0"/>
          <w:i w:val="0"/>
        </w:rPr>
        <w:t xml:space="preserve">Bridges, William. </w:t>
      </w:r>
      <w:r>
        <w:rPr>
          <w:b w:val="0"/>
          <w:i/>
        </w:rPr>
        <w:t>Quản Lý Những Chuyển Đổi: Tận Dụng Tối Đa Sự Thay Đổi</w:t>
      </w:r>
      <w:r>
        <w:rPr>
          <w:b w:val="0"/>
          <w:i w:val="0"/>
        </w:rPr>
        <w:t>. Cambridge: Perseus Publishing, 2003.</w:t>
      </w:r>
    </w:p>
    <w:p>
      <w:pPr>
        <w:spacing w:after="80"/>
      </w:pPr>
      <w:r>
        <w:rPr>
          <w:b w:val="0"/>
          <w:i w:val="0"/>
        </w:rPr>
        <w:t xml:space="preserve">Godin, Seth. </w:t>
      </w:r>
      <w:r>
        <w:rPr>
          <w:b w:val="0"/>
          <w:i/>
        </w:rPr>
        <w:t>Những Bộ Tộc: Chúng Tôi Cần Bạn Dẫn Dắt Chúng Tôi</w:t>
      </w:r>
      <w:r>
        <w:rPr>
          <w:b w:val="0"/>
          <w:i w:val="0"/>
        </w:rPr>
        <w:t>. New York: Portfolio Hardcover, 2008.</w:t>
      </w:r>
    </w:p>
    <w:p>
      <w:pPr>
        <w:spacing w:after="80"/>
      </w:pPr>
      <w:r>
        <w:rPr>
          <w:b w:val="0"/>
          <w:i w:val="0"/>
        </w:rPr>
        <w:t xml:space="preserve">Kouzes, James M., và Barry Z. Posner. </w:t>
      </w:r>
      <w:r>
        <w:rPr>
          <w:b w:val="0"/>
          <w:i/>
        </w:rPr>
        <w:t>Thử Thách Lãnh Đạo</w:t>
      </w:r>
      <w:r>
        <w:rPr>
          <w:b w:val="0"/>
          <w:i w:val="0"/>
        </w:rPr>
        <w:t>. Ấn bản thứ 4. San Francisco: Jossey-Bass, 2007.</w:t>
      </w:r>
    </w:p>
    <w:p>
      <w:pPr>
        <w:spacing w:after="80"/>
      </w:pPr>
      <w:r>
        <w:rPr>
          <w:b w:val="0"/>
          <w:i w:val="0"/>
        </w:rPr>
        <w:t xml:space="preserve">Kotter, John P. </w:t>
      </w:r>
      <w:r>
        <w:rPr>
          <w:b w:val="0"/>
          <w:i/>
        </w:rPr>
        <w:t>Cảm Giác Cấp Bách</w:t>
      </w:r>
      <w:r>
        <w:rPr>
          <w:b w:val="0"/>
          <w:i w:val="0"/>
        </w:rPr>
        <w:t>. Boston: Harvard Business School Publishing, 2008.</w:t>
      </w:r>
    </w:p>
    <w:p>
      <w:pPr>
        <w:spacing w:after="80"/>
      </w:pPr>
      <w:r>
        <w:rPr>
          <w:b w:val="0"/>
          <w:i w:val="0"/>
        </w:rPr>
        <w:t xml:space="preserve">———. </w:t>
      </w:r>
      <w:r>
        <w:rPr>
          <w:b w:val="0"/>
          <w:i/>
        </w:rPr>
        <w:t>Dẫn Dắt Sự Thay Đổi</w:t>
      </w:r>
      <w:r>
        <w:rPr>
          <w:b w:val="0"/>
          <w:i w:val="0"/>
        </w:rPr>
        <w:t>. Boston: Harvard Business School Publishing, 1996.</w:t>
      </w:r>
    </w:p>
    <w:p>
      <w:pPr>
        <w:spacing w:after="80"/>
      </w:pPr>
      <w:r>
        <w:rPr>
          <w:b w:val="0"/>
          <w:i w:val="0"/>
        </w:rPr>
        <w:t xml:space="preserve">Lees, Robert J., Thomas J. Delong, và John J. Gabarro. </w:t>
      </w:r>
      <w:r>
        <w:rPr>
          <w:b w:val="0"/>
          <w:i/>
        </w:rPr>
        <w:t>Khi Những Chuyên Gia Phải Lãnh Đạo:</w:t>
      </w:r>
      <w:r>
        <w:rPr>
          <w:b w:val="0"/>
          <w:i w:val="0"/>
        </w:rPr>
        <w:t xml:space="preserve"> </w:t>
      </w:r>
      <w:r>
        <w:rPr>
          <w:b w:val="0"/>
          <w:i/>
        </w:rPr>
        <w:t>Một Mô Hình Mới cho Hiệu Suất Cao</w:t>
      </w:r>
      <w:r>
        <w:rPr>
          <w:b w:val="0"/>
          <w:i w:val="0"/>
        </w:rPr>
        <w:t>. Boston: Harvard Business School Publishing, 1996.</w:t>
      </w:r>
    </w:p>
    <w:p>
      <w:pPr>
        <w:spacing w:after="80"/>
      </w:pPr>
      <w:r>
        <w:rPr>
          <w:b w:val="0"/>
          <w:i w:val="0"/>
        </w:rPr>
        <w:t xml:space="preserve">Lencioni, Patrick M. </w:t>
      </w:r>
      <w:r>
        <w:rPr>
          <w:b w:val="0"/>
          <w:i/>
        </w:rPr>
        <w:t>Năm Khiếm Khuyết của Một Đội Nhóm:</w:t>
      </w:r>
      <w:r>
        <w:rPr>
          <w:b w:val="0"/>
          <w:i w:val="0"/>
        </w:rPr>
        <w:t xml:space="preserve"> </w:t>
      </w:r>
      <w:r>
        <w:rPr>
          <w:b w:val="0"/>
          <w:i/>
        </w:rPr>
        <w:t>Một Câu Chuyện Ngụ Ngôn về Lãnh Đạo</w:t>
      </w:r>
      <w:r>
        <w:rPr>
          <w:b w:val="0"/>
          <w:i w:val="0"/>
        </w:rPr>
        <w:t>. San Francisco: Jossey-Bass, 2002.</w:t>
      </w:r>
    </w:p>
    <w:p>
      <w:pPr>
        <w:spacing w:after="80"/>
      </w:pPr>
      <w:r>
        <w:rPr>
          <w:b w:val="0"/>
          <w:i w:val="0"/>
        </w:rPr>
        <w:t xml:space="preserve">Prahalad, C. K., và Krishnan, M. S. </w:t>
      </w:r>
      <w:r>
        <w:rPr>
          <w:b w:val="0"/>
          <w:i/>
        </w:rPr>
        <w:t>The New Age of Innovation: Driving Cocreated Value Through Global Networks</w:t>
      </w:r>
      <w:r>
        <w:rPr>
          <w:b w:val="0"/>
          <w:i w:val="0"/>
        </w:rPr>
        <w:t>. New York: McGraw-Hill, 2008.</w:t>
      </w:r>
    </w:p>
    <w:p>
      <w:pPr>
        <w:spacing w:after="80"/>
      </w:pPr>
      <w:r>
        <w:rPr>
          <w:b w:val="0"/>
          <w:i w:val="0"/>
        </w:rPr>
        <w:t xml:space="preserve">Schaffer, Robert H. </w:t>
      </w:r>
      <w:r>
        <w:rPr>
          <w:b w:val="0"/>
          <w:i/>
        </w:rPr>
        <w:t>High-Impact Consulting: How Clients and Consultants Can Work Together to Achieve Extraordinary Results</w:t>
      </w:r>
      <w:r>
        <w:rPr>
          <w:b w:val="0"/>
          <w:i w:val="0"/>
        </w:rPr>
        <w:t>. San Francisco: Jossey-Bass, 2002.</w:t>
      </w:r>
    </w:p>
    <w:p>
      <w:pPr>
        <w:pStyle w:val="Heading2"/>
      </w:pPr>
      <w:r>
        <w:rPr>
          <w:rFonts w:ascii="Calibri" w:hAnsi="Calibri"/>
          <w:b/>
          <w:i w:val="0"/>
          <w:sz w:val="32"/>
        </w:rPr>
        <w:t xml:space="preserve"> Chẩn đoán vấn đề và phát triển giải pháp </w:t>
      </w:r>
    </w:p>
    <w:p>
      <w:pPr>
        <w:spacing w:after="80"/>
      </w:pPr>
      <w:r>
        <w:rPr>
          <w:b w:val="0"/>
          <w:i w:val="0"/>
        </w:rPr>
        <w:t xml:space="preserve">Buzan, Tony, và Barry Buzan. </w:t>
      </w:r>
      <w:r>
        <w:rPr>
          <w:b w:val="0"/>
          <w:i/>
        </w:rPr>
        <w:t>The Mind Map Book: How to Use Radiant Thinking to Maximize Your Brain’s Untapped Potential</w:t>
      </w:r>
      <w:r>
        <w:rPr>
          <w:b w:val="0"/>
          <w:i w:val="0"/>
        </w:rPr>
        <w:t>. New York: Penguin Books, 1993.</w:t>
      </w:r>
    </w:p>
    <w:p>
      <w:pPr>
        <w:spacing w:after="80"/>
      </w:pPr>
      <w:r>
        <w:rPr>
          <w:b w:val="0"/>
          <w:i w:val="0"/>
        </w:rPr>
        <w:t xml:space="preserve">Finkelstein, Sydney, Jo Whitehead, và Andrew Campbell. </w:t>
      </w:r>
      <w:r>
        <w:rPr>
          <w:b w:val="0"/>
          <w:i/>
        </w:rPr>
        <w:t>Think Again: Why Good Leaders Make Bad Decisions and How to Keep It from Happening to You</w:t>
      </w:r>
      <w:r>
        <w:rPr>
          <w:b w:val="0"/>
          <w:i w:val="0"/>
        </w:rPr>
        <w:t>. Boston: Harvard Business School Publishing, 2009.</w:t>
      </w:r>
    </w:p>
    <w:p>
      <w:pPr>
        <w:spacing w:after="80"/>
      </w:pPr>
      <w:r>
        <w:rPr>
          <w:b w:val="0"/>
          <w:i w:val="0"/>
        </w:rPr>
        <w:t xml:space="preserve">Gelb, Michael J. Discover Your Genius: </w:t>
      </w:r>
      <w:r>
        <w:rPr>
          <w:b w:val="0"/>
          <w:i/>
        </w:rPr>
        <w:t>How to Think Like History’s Ten Most Revolutionary Minds</w:t>
      </w:r>
      <w:r>
        <w:rPr>
          <w:b w:val="0"/>
          <w:i w:val="0"/>
        </w:rPr>
        <w:t>. New York: HarperCollins, 2002.</w:t>
      </w:r>
    </w:p>
    <w:p>
      <w:pPr>
        <w:spacing w:after="80"/>
      </w:pPr>
      <w:r>
        <w:rPr>
          <w:b w:val="0"/>
          <w:i w:val="0"/>
        </w:rPr>
        <w:t xml:space="preserve">Wind, Yoram (Jerry), và Colin Cook. </w:t>
      </w:r>
      <w:r>
        <w:rPr>
          <w:b w:val="0"/>
          <w:i/>
        </w:rPr>
        <w:t>The Power of Impossible Thinking: Transform the Business of Your Life and the Life of Your Business</w:t>
      </w:r>
      <w:r>
        <w:rPr>
          <w:b w:val="0"/>
          <w:i w:val="0"/>
        </w:rPr>
        <w:t>. Upper Saddle River: Wharton School Publishing, 2006.</w:t>
      </w:r>
    </w:p>
    <w:p>
      <w:pPr>
        <w:pStyle w:val="Heading2"/>
      </w:pPr>
      <w:r>
        <w:rPr>
          <w:rFonts w:ascii="Calibri" w:hAnsi="Calibri"/>
          <w:b/>
          <w:i w:val="0"/>
          <w:sz w:val="32"/>
        </w:rPr>
        <w:t xml:space="preserve"> Phát triển đề xuất bán hàng và viết kinh doanh </w:t>
      </w:r>
    </w:p>
    <w:p>
      <w:pPr>
        <w:spacing w:after="80"/>
      </w:pPr>
      <w:r>
        <w:rPr>
          <w:b w:val="0"/>
          <w:i w:val="0"/>
        </w:rPr>
        <w:t xml:space="preserve">Bacon, Terry R., và David G. Pugh. </w:t>
      </w:r>
      <w:r>
        <w:rPr>
          <w:b w:val="0"/>
          <w:i/>
        </w:rPr>
        <w:t>Powerful Proposals: How to Give Your Business the Winning Edge</w:t>
      </w:r>
      <w:r>
        <w:rPr>
          <w:b w:val="0"/>
          <w:i w:val="0"/>
        </w:rPr>
        <w:t>. New York: AMACOM, 2005.</w:t>
      </w:r>
    </w:p>
    <w:p>
      <w:pPr>
        <w:spacing w:after="80"/>
      </w:pPr>
      <w:r>
        <w:rPr>
          <w:b w:val="0"/>
          <w:i w:val="0"/>
        </w:rPr>
        <w:t xml:space="preserve">O’Conner, Patricia T. </w:t>
      </w:r>
      <w:r>
        <w:rPr>
          <w:b w:val="0"/>
          <w:i/>
        </w:rPr>
        <w:t>Words Fail Me: What Everyone Who Writes Should Know About Writing</w:t>
      </w:r>
      <w:r>
        <w:rPr>
          <w:b w:val="0"/>
          <w:i w:val="0"/>
        </w:rPr>
        <w:t>. New York: Harcourt Brace &amp; Company, 1999.</w:t>
      </w:r>
    </w:p>
    <w:p>
      <w:pPr>
        <w:spacing w:after="80"/>
      </w:pPr>
      <w:r>
        <w:rPr>
          <w:b w:val="0"/>
          <w:i w:val="0"/>
        </w:rPr>
        <w:t xml:space="preserve">Sant, Tom. </w:t>
      </w:r>
      <w:r>
        <w:rPr>
          <w:b w:val="0"/>
          <w:i/>
        </w:rPr>
        <w:t>Persuasive Business Proposals: Writing to Win More Customers, Clients and Contracts</w:t>
      </w:r>
      <w:r>
        <w:rPr>
          <w:b w:val="0"/>
          <w:i w:val="0"/>
        </w:rPr>
        <w:t>. New York: AMACOM, 2004.</w:t>
      </w:r>
    </w:p>
    <w:p>
      <w:pPr>
        <w:spacing w:after="80"/>
      </w:pPr>
      <w:r>
        <w:rPr>
          <w:b w:val="0"/>
          <w:i w:val="0"/>
        </w:rPr>
        <w:t>Zinsser, William. On Writing Well: The Classic Guide to Writing Nonfiction. New York: HarperCollins, 1976.</w:t>
      </w:r>
    </w:p>
    <w:p>
      <w:pPr>
        <w:pStyle w:val="Heading2"/>
      </w:pPr>
      <w:r>
        <w:rPr>
          <w:rFonts w:ascii="Calibri" w:hAnsi="Calibri"/>
          <w:b/>
          <w:i w:val="0"/>
          <w:sz w:val="32"/>
        </w:rPr>
        <w:t xml:space="preserve"> Bán hàng và đàm phán </w:t>
      </w:r>
    </w:p>
    <w:p>
      <w:pPr>
        <w:spacing w:after="80"/>
      </w:pPr>
      <w:r>
        <w:rPr>
          <w:b w:val="0"/>
          <w:i w:val="0"/>
        </w:rPr>
        <w:t xml:space="preserve">Beckwith, Harry. </w:t>
      </w:r>
      <w:r>
        <w:rPr>
          <w:b w:val="0"/>
          <w:i/>
        </w:rPr>
        <w:t>What Clients Love: A Field Guide to Growing Your Business</w:t>
      </w:r>
      <w:r>
        <w:rPr>
          <w:b w:val="0"/>
          <w:i w:val="0"/>
        </w:rPr>
        <w:t>. New York: Warner Books, 2003.</w:t>
      </w:r>
    </w:p>
    <w:p>
      <w:pPr>
        <w:spacing w:after="80"/>
      </w:pPr>
      <w:r>
        <w:rPr>
          <w:b w:val="0"/>
          <w:i w:val="0"/>
        </w:rPr>
        <w:t xml:space="preserve">Cialdini, Robert B. </w:t>
      </w:r>
      <w:r>
        <w:rPr>
          <w:b w:val="0"/>
          <w:i/>
        </w:rPr>
        <w:t>Influence: Science and Practice</w:t>
      </w:r>
      <w:r>
        <w:rPr>
          <w:b w:val="0"/>
          <w:i w:val="0"/>
        </w:rPr>
        <w:t>. 5th ed. Upper Saddle River: Allyn &amp; Bacon, 2008.</w:t>
      </w:r>
    </w:p>
    <w:p>
      <w:pPr>
        <w:spacing w:after="80"/>
      </w:pPr>
      <w:r>
        <w:rPr>
          <w:b w:val="0"/>
          <w:i w:val="0"/>
        </w:rPr>
        <w:t xml:space="preserve">Fox, Jeffrey J. </w:t>
      </w:r>
      <w:r>
        <w:rPr>
          <w:b w:val="0"/>
          <w:i/>
        </w:rPr>
        <w:t>How to Become a Marketing Superstar: Unexpected Rules That Ring the Cash Register</w:t>
      </w:r>
      <w:r>
        <w:rPr>
          <w:b w:val="0"/>
          <w:i w:val="0"/>
        </w:rPr>
        <w:t>. New York: Hyperion, 2003.</w:t>
      </w:r>
    </w:p>
    <w:p>
      <w:pPr>
        <w:spacing w:after="80"/>
      </w:pPr>
      <w:r>
        <w:rPr>
          <w:b w:val="0"/>
          <w:i w:val="0"/>
        </w:rPr>
        <w:t xml:space="preserve">Harding, Ford. </w:t>
      </w:r>
      <w:r>
        <w:rPr>
          <w:b w:val="0"/>
          <w:i/>
        </w:rPr>
        <w:t>Rain Making: The Professional’s Guide to Attracting New Clients</w:t>
      </w:r>
      <w:r>
        <w:rPr>
          <w:b w:val="0"/>
          <w:i w:val="0"/>
        </w:rPr>
        <w:t>. 2nd ed. Holbrook: Adams Media Corporation, 2008.</w:t>
      </w:r>
    </w:p>
    <w:p>
      <w:pPr>
        <w:spacing w:after="80"/>
      </w:pPr>
      <w:r>
        <w:rPr>
          <w:b w:val="0"/>
          <w:i w:val="0"/>
        </w:rPr>
        <w:t xml:space="preserve">———. </w:t>
      </w:r>
      <w:r>
        <w:rPr>
          <w:b w:val="0"/>
          <w:i/>
        </w:rPr>
        <w:t>Cross-Selling Success: A Rainmaker’s Guide to Professional Account Development</w:t>
      </w:r>
      <w:r>
        <w:rPr>
          <w:b w:val="0"/>
          <w:i w:val="0"/>
        </w:rPr>
        <w:t>. Holbrook: Adams Media Corporation, 2002.</w:t>
      </w:r>
    </w:p>
    <w:p>
      <w:pPr>
        <w:spacing w:after="80"/>
      </w:pPr>
      <w:r>
        <w:rPr>
          <w:b w:val="0"/>
          <w:i w:val="0"/>
        </w:rPr>
        <w:t xml:space="preserve">Konrath, Jill. </w:t>
      </w:r>
      <w:r>
        <w:rPr>
          <w:b w:val="0"/>
          <w:i/>
        </w:rPr>
        <w:t>Selling to Big Companies</w:t>
      </w:r>
      <w:r>
        <w:rPr>
          <w:b w:val="0"/>
          <w:i w:val="0"/>
        </w:rPr>
        <w:t>. Chicago: Dearborn Trade Publishing, 2005.</w:t>
      </w:r>
    </w:p>
    <w:p>
      <w:pPr>
        <w:spacing w:after="80"/>
      </w:pPr>
      <w:r>
        <w:rPr>
          <w:b w:val="0"/>
          <w:i w:val="0"/>
        </w:rPr>
        <w:t xml:space="preserve">Lax, David A., và James K. Sebenius. 3-D </w:t>
      </w:r>
      <w:r>
        <w:rPr>
          <w:b w:val="0"/>
          <w:i/>
        </w:rPr>
        <w:t>Negotiation: Powerful Tools to Change the Game in Your Most Important Deals</w:t>
      </w:r>
      <w:r>
        <w:rPr>
          <w:b w:val="0"/>
          <w:i w:val="0"/>
        </w:rPr>
        <w:t>. Boston: Harvard Business School Publishing, 2006.</w:t>
      </w:r>
    </w:p>
    <w:p>
      <w:pPr>
        <w:spacing w:after="80"/>
      </w:pPr>
      <w:r>
        <w:rPr>
          <w:b w:val="0"/>
          <w:i w:val="0"/>
        </w:rPr>
        <w:t xml:space="preserve">Thull, Jeff. </w:t>
      </w:r>
      <w:r>
        <w:rPr>
          <w:b w:val="0"/>
          <w:i/>
        </w:rPr>
        <w:t>Exceptional Selling: How the Best Connect and Win in High Stakes Sales</w:t>
      </w:r>
      <w:r>
        <w:rPr>
          <w:b w:val="0"/>
          <w:i w:val="0"/>
        </w:rPr>
        <w:t>. Hoboken: John Wiley &amp; Sons, 2006.</w:t>
      </w:r>
    </w:p>
    <w:p>
      <w:pPr>
        <w:pStyle w:val="Heading1"/>
      </w:pPr>
      <w:r>
        <w:rPr>
          <w:rFonts w:ascii="Calibri" w:hAnsi="Calibri"/>
          <w:b/>
          <w:i w:val="0"/>
          <w:sz w:val="40"/>
        </w:rPr>
        <w:t>——VỀ TÁC GIẢ——</w:t>
      </w:r>
    </w:p>
    <w:p>
      <w:pPr>
        <w:spacing w:after="80"/>
      </w:pPr>
      <w:r>
        <w:rPr>
          <w:b w:val="0"/>
          <w:i w:val="0"/>
        </w:rPr>
        <w:t xml:space="preserve">Michael W. McLaughlin là nhà sáng lập và là thành viên chủ chốt của MindShare Consulting LLC, một công ty chuyên tạo ra các chiến lược bán hàng và tiếp thị đổi mới cho các công ty dịch vụ chuyên nghiệp. Ông cũng là đồng tác giả của </w:t>
      </w:r>
      <w:r>
        <w:rPr>
          <w:b w:val="0"/>
          <w:i/>
        </w:rPr>
        <w:t>Guerrilla Marketing for Consultants</w:t>
      </w:r>
      <w:r>
        <w:rPr>
          <w:b w:val="0"/>
          <w:i w:val="0"/>
        </w:rPr>
        <w:t xml:space="preserve"> và là nhà xuất bản của </w:t>
      </w:r>
      <w:r>
        <w:rPr>
          <w:b w:val="0"/>
          <w:i/>
        </w:rPr>
        <w:t>Management Consulting News</w:t>
      </w:r>
      <w:r>
        <w:rPr>
          <w:b w:val="0"/>
          <w:i w:val="0"/>
        </w:rPr>
        <w:t xml:space="preserve"> và The </w:t>
      </w:r>
      <w:r>
        <w:rPr>
          <w:b w:val="0"/>
          <w:i/>
        </w:rPr>
        <w:t>Guerrilla Consultant</w:t>
      </w:r>
      <w:r>
        <w:rPr>
          <w:b w:val="0"/>
          <w:i w:val="0"/>
        </w:rPr>
        <w:t>, những ấn phẩm tiếp cận độc giả toàn cầu là các nhà cung cấp dịch vụ chuyên nghiệp. Trước khi sáng lập MindShare Consulting, ông từng là đối tác tại Deloitte Consulting, nơi ông dành hơn hai thập kỷ làm việc với một số khách hàng nổi bật nhất của Deloitte. Bạn có thể tìm hiểu thêm tại www.MindShareConsulting.com và www.ManagementConsultingNews.com.</w:t>
      </w:r>
    </w:p>
    <w:p>
      <w:pPr>
        <w:pStyle w:val="Heading1"/>
      </w:pPr>
      <w:r>
        <w:rPr>
          <w:rFonts w:ascii="Calibri" w:hAnsi="Calibri"/>
          <w:b/>
          <w:i w:val="0"/>
          <w:sz w:val="40"/>
        </w:rPr>
        <w:t>MỤC LỤC</w:t>
      </w:r>
    </w:p>
    <w:p>
      <w:pPr>
        <w:pStyle w:val="Heading3"/>
      </w:pPr>
      <w:r>
        <w:rPr>
          <w:rFonts w:ascii="Calibri" w:hAnsi="Calibri"/>
          <w:b/>
          <w:i w:val="0"/>
          <w:sz w:val="26"/>
        </w:rPr>
        <w:t>A</w:t>
      </w:r>
    </w:p>
    <w:p>
      <w:pPr>
        <w:spacing w:after="80"/>
      </w:pPr>
      <w:r>
        <w:rPr>
          <w:b w:val="0"/>
          <w:i w:val="0"/>
        </w:rPr>
        <w:t>Quản lý tài khoản khách hàng</w:t>
      </w:r>
    </w:p>
    <w:p>
      <w:pPr>
        <w:spacing w:after="80"/>
      </w:pPr>
      <w:r>
        <w:rPr>
          <w:b w:val="0"/>
          <w:i w:val="0"/>
        </w:rPr>
        <w:t>Kế hoạch hành động</w:t>
      </w:r>
    </w:p>
    <w:p>
      <w:pPr>
        <w:spacing w:after="80"/>
      </w:pPr>
      <w:r>
        <w:rPr>
          <w:b w:val="0"/>
          <w:i w:val="0"/>
        </w:rPr>
        <w:t>Người ủng hộ, liên hệ khách hàng với tư cách là</w:t>
      </w:r>
    </w:p>
    <w:p>
      <w:pPr>
        <w:spacing w:after="80"/>
      </w:pPr>
      <w:r>
        <w:rPr>
          <w:b w:val="0"/>
          <w:i w:val="0"/>
        </w:rPr>
        <w:t>Hỏi “tại sao” năm lần</w:t>
      </w:r>
    </w:p>
    <w:p>
      <w:pPr>
        <w:spacing w:after="80"/>
      </w:pPr>
      <w:r>
        <w:rPr>
          <w:b w:val="0"/>
          <w:i w:val="0"/>
        </w:rPr>
        <w:t>Các giả định</w:t>
      </w:r>
    </w:p>
    <w:p>
      <w:pPr>
        <w:spacing w:after="80"/>
      </w:pPr>
      <w:r>
        <w:rPr>
          <w:b w:val="0"/>
          <w:i w:val="0"/>
        </w:rPr>
        <w:t>Chốt bán theo giả định</w:t>
      </w:r>
    </w:p>
    <w:p>
      <w:pPr>
        <w:pStyle w:val="Heading3"/>
      </w:pPr>
      <w:r>
        <w:rPr>
          <w:rFonts w:ascii="Calibri" w:hAnsi="Calibri"/>
          <w:b/>
          <w:i w:val="0"/>
          <w:sz w:val="26"/>
        </w:rPr>
        <w:t>B</w:t>
      </w:r>
    </w:p>
    <w:p>
      <w:pPr>
        <w:spacing w:after="80"/>
      </w:pPr>
      <w:r>
        <w:rPr>
          <w:b w:val="0"/>
          <w:i w:val="0"/>
        </w:rPr>
        <w:t>Lợi ích, so với giá trị</w:t>
      </w:r>
    </w:p>
    <w:p>
      <w:pPr>
        <w:spacing w:after="80"/>
      </w:pPr>
      <w:r>
        <w:rPr>
          <w:b w:val="0"/>
          <w:i w:val="0"/>
        </w:rPr>
        <w:t>Ranh giới. Xem Phạm vi</w:t>
      </w:r>
    </w:p>
    <w:p>
      <w:pPr>
        <w:spacing w:after="80"/>
      </w:pPr>
      <w:r>
        <w:rPr>
          <w:b w:val="0"/>
          <w:i w:val="0"/>
        </w:rPr>
        <w:t>Cố vấn kinh doanh, người bán dịch vụ với vai trò</w:t>
      </w:r>
    </w:p>
    <w:p>
      <w:pPr>
        <w:spacing w:after="80"/>
      </w:pPr>
      <w:r>
        <w:rPr>
          <w:b w:val="0"/>
          <w:i w:val="0"/>
        </w:rPr>
        <w:t>Danh thiếp</w:t>
      </w:r>
    </w:p>
    <w:p>
      <w:pPr>
        <w:spacing w:after="80"/>
      </w:pPr>
      <w:r>
        <w:rPr>
          <w:b w:val="0"/>
          <w:i w:val="0"/>
        </w:rPr>
        <w:t>Luận cứ kinh doanh, của khách hàng</w:t>
      </w:r>
    </w:p>
    <w:p>
      <w:pPr>
        <w:spacing w:after="80"/>
      </w:pPr>
      <w:r>
        <w:rPr>
          <w:b w:val="0"/>
          <w:i w:val="0"/>
        </w:rPr>
        <w:t>Mục tiêu kinh doanh. của người bán</w:t>
      </w:r>
    </w:p>
    <w:p>
      <w:pPr>
        <w:spacing w:after="80"/>
      </w:pPr>
      <w:r>
        <w:rPr>
          <w:b w:val="0"/>
          <w:i w:val="0"/>
        </w:rPr>
        <w:t>Sự thoải mái của người mua, nhận diện</w:t>
      </w:r>
    </w:p>
    <w:p>
      <w:pPr>
        <w:spacing w:after="80"/>
      </w:pPr>
      <w:r>
        <w:rPr>
          <w:b w:val="0"/>
          <w:i w:val="0"/>
        </w:rPr>
        <w:t>Yêu cầu của người mua</w:t>
      </w:r>
    </w:p>
    <w:p>
      <w:pPr>
        <w:spacing w:after="80"/>
      </w:pPr>
      <w:r>
        <w:rPr>
          <w:b w:val="0"/>
          <w:i w:val="0"/>
        </w:rPr>
        <w:t>Phản đối của người mua</w:t>
      </w:r>
    </w:p>
    <w:p>
      <w:pPr>
        <w:spacing w:after="80"/>
      </w:pPr>
      <w:r>
        <w:rPr>
          <w:b w:val="0"/>
          <w:i w:val="0"/>
        </w:rPr>
        <w:t>Chủ đề thắng lợi của người mua</w:t>
      </w:r>
    </w:p>
    <w:p>
      <w:pPr>
        <w:spacing w:after="80"/>
      </w:pPr>
      <w:r>
        <w:rPr>
          <w:b w:val="0"/>
          <w:i w:val="0"/>
        </w:rPr>
        <w:t>Người mua. Xem Khách hàng</w:t>
      </w:r>
    </w:p>
    <w:p>
      <w:pPr>
        <w:spacing w:after="80"/>
      </w:pPr>
      <w:r>
        <w:rPr>
          <w:b w:val="0"/>
          <w:i w:val="0"/>
        </w:rPr>
        <w:t>Vấn đề của người mua. Xem Vấn đề của khách hàng</w:t>
      </w:r>
    </w:p>
    <w:p>
      <w:pPr>
        <w:spacing w:after="80"/>
      </w:pPr>
      <w:r>
        <w:rPr>
          <w:b w:val="0"/>
          <w:i w:val="0"/>
        </w:rPr>
        <w:t>Động lực mua hàng</w:t>
      </w:r>
    </w:p>
    <w:p>
      <w:pPr>
        <w:spacing w:after="80"/>
      </w:pPr>
      <w:r>
        <w:rPr>
          <w:b w:val="0"/>
          <w:i w:val="0"/>
        </w:rPr>
        <w:t>Quy trình mua hàng, được tùy chỉnh</w:t>
      </w:r>
    </w:p>
    <w:p>
      <w:pPr>
        <w:pStyle w:val="Heading3"/>
      </w:pPr>
      <w:r>
        <w:rPr>
          <w:rFonts w:ascii="Calibri" w:hAnsi="Calibri"/>
          <w:b/>
          <w:i w:val="0"/>
          <w:sz w:val="26"/>
        </w:rPr>
        <w:t>C</w:t>
      </w:r>
    </w:p>
    <w:p>
      <w:pPr>
        <w:spacing w:after="80"/>
      </w:pPr>
      <w:r>
        <w:rPr>
          <w:b w:val="0"/>
          <w:i w:val="0"/>
        </w:rPr>
        <w:t>Phát triển sự nghiệp</w:t>
      </w:r>
    </w:p>
    <w:p>
      <w:pPr>
        <w:spacing w:after="80"/>
      </w:pPr>
      <w:r>
        <w:rPr>
          <w:b w:val="0"/>
          <w:i w:val="0"/>
        </w:rPr>
        <w:t>Rủi ro nghề nghiệp</w:t>
      </w:r>
    </w:p>
    <w:p>
      <w:pPr>
        <w:spacing w:after="80"/>
      </w:pPr>
      <w:r>
        <w:rPr>
          <w:b w:val="0"/>
          <w:i w:val="0"/>
        </w:rPr>
        <w:t>Lý lẽ cho sự thay đổi</w:t>
      </w:r>
    </w:p>
    <w:p>
      <w:pPr>
        <w:spacing w:after="80"/>
      </w:pPr>
      <w:r>
        <w:rPr>
          <w:b w:val="0"/>
          <w:i w:val="0"/>
        </w:rPr>
        <w:t>Các tình huống. Xem Dự án</w:t>
      </w:r>
    </w:p>
    <w:p>
      <w:pPr>
        <w:spacing w:after="80"/>
      </w:pPr>
      <w:r>
        <w:rPr>
          <w:b w:val="0"/>
          <w:i w:val="0"/>
        </w:rPr>
        <w:t>Thay đổi</w:t>
      </w:r>
    </w:p>
    <w:p>
      <w:pPr>
        <w:spacing w:after="80"/>
      </w:pPr>
      <w:r>
        <w:rPr>
          <w:b w:val="0"/>
          <w:i w:val="0"/>
        </w:rPr>
        <w:t>rào cản đối với</w:t>
      </w:r>
    </w:p>
    <w:p>
      <w:pPr>
        <w:spacing w:after="80"/>
      </w:pPr>
      <w:r>
        <w:rPr>
          <w:b w:val="0"/>
          <w:i w:val="0"/>
        </w:rPr>
        <w:t>đưa ra lý lẽ cho</w:t>
      </w:r>
    </w:p>
    <w:p>
      <w:pPr>
        <w:spacing w:after="80"/>
      </w:pPr>
      <w:r>
        <w:rPr>
          <w:b w:val="0"/>
          <w:i w:val="0"/>
        </w:rPr>
        <w:t>dọn đường cho</w:t>
      </w:r>
    </w:p>
    <w:p>
      <w:pPr>
        <w:spacing w:after="80"/>
      </w:pPr>
      <w:r>
        <w:rPr>
          <w:b w:val="0"/>
          <w:i w:val="0"/>
        </w:rPr>
        <w:t>giá trị của</w:t>
      </w:r>
    </w:p>
    <w:p>
      <w:pPr>
        <w:spacing w:after="80"/>
      </w:pPr>
      <w:r>
        <w:rPr>
          <w:b w:val="0"/>
          <w:i w:val="0"/>
        </w:rPr>
        <w:t>Quản lý thay đổi</w:t>
      </w:r>
    </w:p>
    <w:p>
      <w:pPr>
        <w:spacing w:after="80"/>
      </w:pPr>
      <w:r>
        <w:rPr>
          <w:b w:val="0"/>
          <w:i w:val="0"/>
        </w:rPr>
        <w:t>Cialdini, Robert, về sự dễ mến</w:t>
      </w:r>
    </w:p>
    <w:p>
      <w:pPr>
        <w:spacing w:after="80"/>
      </w:pPr>
      <w:r>
        <w:rPr>
          <w:b w:val="0"/>
          <w:i w:val="0"/>
        </w:rPr>
        <w:t>Trải nghiệm mua hàng của khách hàng</w:t>
      </w:r>
    </w:p>
    <w:p>
      <w:pPr>
        <w:spacing w:after="80"/>
      </w:pPr>
      <w:r>
        <w:rPr>
          <w:b w:val="0"/>
          <w:i w:val="0"/>
        </w:rPr>
        <w:t>Văn hóa khách hàng</w:t>
      </w:r>
    </w:p>
    <w:p>
      <w:pPr>
        <w:spacing w:after="80"/>
      </w:pPr>
      <w:r>
        <w:rPr>
          <w:b w:val="0"/>
          <w:i w:val="0"/>
        </w:rPr>
        <w:t>Phỏng vấn tổng kết với khách hàng</w:t>
      </w:r>
    </w:p>
    <w:p>
      <w:pPr>
        <w:spacing w:after="80"/>
      </w:pPr>
      <w:r>
        <w:rPr>
          <w:b w:val="0"/>
          <w:i w:val="0"/>
        </w:rPr>
        <w:t>Quy trình ra quyết định của khách hàng</w:t>
      </w:r>
    </w:p>
    <w:p>
      <w:pPr>
        <w:spacing w:after="80"/>
      </w:pPr>
      <w:r>
        <w:rPr>
          <w:b w:val="0"/>
          <w:i w:val="0"/>
        </w:rPr>
        <w:t>Nhu cầu khách hàng, tạo ra</w:t>
      </w:r>
    </w:p>
    <w:p>
      <w:pPr>
        <w:spacing w:after="80"/>
      </w:pPr>
      <w:r>
        <w:rPr>
          <w:b w:val="0"/>
          <w:i w:val="0"/>
        </w:rPr>
        <w:t>Kỳ vọng của khách hàng</w:t>
      </w:r>
    </w:p>
    <w:p>
      <w:pPr>
        <w:spacing w:after="80"/>
      </w:pPr>
      <w:r>
        <w:rPr>
          <w:b w:val="0"/>
          <w:i w:val="0"/>
        </w:rPr>
        <w:t>Trải nghiệm khách hàng, định nghĩa</w:t>
      </w:r>
    </w:p>
    <w:p>
      <w:pPr>
        <w:spacing w:after="80"/>
      </w:pPr>
      <w:r>
        <w:rPr>
          <w:b w:val="0"/>
          <w:i w:val="0"/>
        </w:rPr>
        <w:t>Phỏng vấn khách hàng</w:t>
      </w:r>
    </w:p>
    <w:p>
      <w:pPr>
        <w:spacing w:after="80"/>
      </w:pPr>
      <w:r>
        <w:rPr>
          <w:b w:val="0"/>
          <w:i w:val="0"/>
        </w:rPr>
        <w:t>cách tiếp cận từ dưới lên</w:t>
      </w:r>
    </w:p>
    <w:p>
      <w:pPr>
        <w:spacing w:after="80"/>
      </w:pPr>
      <w:r>
        <w:rPr>
          <w:b w:val="0"/>
          <w:i w:val="0"/>
        </w:rPr>
        <w:t>phá băng</w:t>
      </w:r>
    </w:p>
    <w:p>
      <w:pPr>
        <w:spacing w:after="80"/>
      </w:pPr>
      <w:r>
        <w:rPr>
          <w:b w:val="0"/>
          <w:i w:val="0"/>
        </w:rPr>
        <w:t>câu hỏi tiếp theo</w:t>
      </w:r>
    </w:p>
    <w:p>
      <w:pPr>
        <w:spacing w:after="80"/>
      </w:pPr>
      <w:r>
        <w:rPr>
          <w:b w:val="0"/>
          <w:i w:val="0"/>
        </w:rPr>
        <w:t>nội quy</w:t>
      </w:r>
    </w:p>
    <w:p>
      <w:pPr>
        <w:spacing w:after="80"/>
      </w:pPr>
      <w:r>
        <w:rPr>
          <w:b w:val="0"/>
          <w:i w:val="0"/>
        </w:rPr>
        <w:t>lắng nghe</w:t>
      </w:r>
    </w:p>
    <w:p>
      <w:pPr>
        <w:spacing w:after="80"/>
      </w:pPr>
      <w:r>
        <w:rPr>
          <w:b w:val="0"/>
          <w:i w:val="0"/>
        </w:rPr>
        <w:t>địa điểm</w:t>
      </w:r>
    </w:p>
    <w:p>
      <w:pPr>
        <w:spacing w:after="80"/>
      </w:pPr>
      <w:r>
        <w:rPr>
          <w:b w:val="0"/>
          <w:i w:val="0"/>
        </w:rPr>
        <w:t>đánh giá vấn đề sơ bộ</w:t>
      </w:r>
    </w:p>
    <w:p>
      <w:pPr>
        <w:spacing w:after="80"/>
      </w:pPr>
      <w:r>
        <w:rPr>
          <w:b w:val="0"/>
          <w:i w:val="0"/>
        </w:rPr>
        <w:t>chuẩn bị cho</w:t>
      </w:r>
    </w:p>
    <w:p>
      <w:pPr>
        <w:spacing w:after="80"/>
      </w:pPr>
      <w:r>
        <w:rPr>
          <w:b w:val="0"/>
          <w:i w:val="0"/>
        </w:rPr>
        <w:t>câu hỏi</w:t>
      </w:r>
    </w:p>
    <w:p>
      <w:pPr>
        <w:spacing w:after="80"/>
      </w:pPr>
      <w:r>
        <w:rPr>
          <w:b w:val="0"/>
          <w:i w:val="0"/>
        </w:rPr>
        <w:t>Vấn đề của khách hàng</w:t>
      </w:r>
    </w:p>
    <w:p>
      <w:pPr>
        <w:spacing w:after="80"/>
      </w:pPr>
      <w:r>
        <w:rPr>
          <w:b w:val="0"/>
          <w:i w:val="0"/>
        </w:rPr>
        <w:t>giải quyết</w:t>
      </w:r>
    </w:p>
    <w:p>
      <w:pPr>
        <w:spacing w:after="80"/>
      </w:pPr>
      <w:r>
        <w:rPr>
          <w:b w:val="0"/>
          <w:i w:val="0"/>
        </w:rPr>
        <w:t>phân tích</w:t>
      </w:r>
    </w:p>
    <w:p>
      <w:pPr>
        <w:spacing w:after="80"/>
      </w:pPr>
      <w:r>
        <w:rPr>
          <w:b w:val="0"/>
          <w:i w:val="0"/>
        </w:rPr>
        <w:t>lo ngại về khả năng của người bán</w:t>
      </w:r>
    </w:p>
    <w:p>
      <w:pPr>
        <w:spacing w:after="80"/>
      </w:pPr>
      <w:r>
        <w:rPr>
          <w:b w:val="0"/>
          <w:i w:val="0"/>
        </w:rPr>
        <w:t>chuyên môn liên quan đến</w:t>
      </w:r>
    </w:p>
    <w:p>
      <w:pPr>
        <w:spacing w:after="80"/>
      </w:pPr>
      <w:r>
        <w:rPr>
          <w:b w:val="0"/>
          <w:i w:val="0"/>
        </w:rPr>
        <w:t>xác định</w:t>
      </w:r>
    </w:p>
    <w:p>
      <w:pPr>
        <w:spacing w:after="80"/>
      </w:pPr>
      <w:r>
        <w:rPr>
          <w:b w:val="0"/>
          <w:i w:val="0"/>
        </w:rPr>
        <w:t>tìm hiểu về</w:t>
      </w:r>
    </w:p>
    <w:p>
      <w:pPr>
        <w:spacing w:after="80"/>
      </w:pPr>
      <w:r>
        <w:rPr>
          <w:b w:val="0"/>
          <w:i w:val="0"/>
        </w:rPr>
        <w:t>nguồn gốc của</w:t>
      </w:r>
    </w:p>
    <w:p>
      <w:pPr>
        <w:spacing w:after="80"/>
      </w:pPr>
      <w:r>
        <w:rPr>
          <w:b w:val="0"/>
          <w:i w:val="0"/>
        </w:rPr>
        <w:t>tuyên bố về</w:t>
      </w:r>
    </w:p>
    <w:p>
      <w:pPr>
        <w:spacing w:after="80"/>
      </w:pPr>
      <w:r>
        <w:rPr>
          <w:b w:val="0"/>
          <w:i w:val="0"/>
        </w:rPr>
        <w:t>Danh sách khách hàng, chất lượng của</w:t>
      </w:r>
    </w:p>
    <w:p>
      <w:pPr>
        <w:spacing w:after="80"/>
      </w:pPr>
      <w:r>
        <w:rPr>
          <w:b w:val="0"/>
          <w:i w:val="0"/>
        </w:rPr>
        <w:t>Các cuộc họp với khách hàng. Xem Phỏng vấn khách hàng</w:t>
      </w:r>
    </w:p>
    <w:p>
      <w:pPr>
        <w:spacing w:after="80"/>
      </w:pPr>
      <w:r>
        <w:rPr>
          <w:b w:val="0"/>
          <w:i w:val="0"/>
        </w:rPr>
        <w:t>Khảo sát nhận thức của khách hàng</w:t>
      </w:r>
    </w:p>
    <w:p>
      <w:pPr>
        <w:spacing w:after="80"/>
      </w:pPr>
      <w:r>
        <w:rPr>
          <w:b w:val="0"/>
          <w:i w:val="0"/>
        </w:rPr>
        <w:t>Mức độ sẵn sàng của khách hàng</w:t>
      </w:r>
    </w:p>
    <w:p>
      <w:pPr>
        <w:spacing w:after="80"/>
      </w:pPr>
      <w:r>
        <w:rPr>
          <w:b w:val="0"/>
          <w:i w:val="0"/>
        </w:rPr>
        <w:t>Quản lý quan hệ khách hàng</w:t>
      </w:r>
    </w:p>
    <w:p>
      <w:pPr>
        <w:spacing w:after="80"/>
      </w:pPr>
      <w:r>
        <w:rPr>
          <w:b w:val="0"/>
          <w:i w:val="0"/>
        </w:rPr>
        <w:t>so với quản lý tài khoản</w:t>
      </w:r>
    </w:p>
    <w:p>
      <w:pPr>
        <w:spacing w:after="80"/>
      </w:pPr>
      <w:r>
        <w:rPr>
          <w:b w:val="0"/>
          <w:i w:val="0"/>
        </w:rPr>
        <w:t>Mối quan hệ với khách hàng</w:t>
      </w:r>
    </w:p>
    <w:p>
      <w:pPr>
        <w:spacing w:after="80"/>
      </w:pPr>
      <w:r>
        <w:rPr>
          <w:b w:val="0"/>
          <w:i w:val="0"/>
        </w:rPr>
        <w:t>sự gắn bó và quan tâm đến khách hàng</w:t>
      </w:r>
    </w:p>
    <w:p>
      <w:pPr>
        <w:spacing w:after="80"/>
      </w:pPr>
      <w:r>
        <w:rPr>
          <w:b w:val="0"/>
          <w:i w:val="0"/>
        </w:rPr>
        <w:t>đánh giá</w:t>
      </w:r>
    </w:p>
    <w:p>
      <w:pPr>
        <w:spacing w:after="80"/>
      </w:pPr>
      <w:r>
        <w:rPr>
          <w:b w:val="0"/>
          <w:i w:val="0"/>
        </w:rPr>
        <w:t>xây dựng</w:t>
      </w:r>
    </w:p>
    <w:p>
      <w:pPr>
        <w:spacing w:after="80"/>
      </w:pPr>
      <w:r>
        <w:rPr>
          <w:b w:val="0"/>
          <w:i w:val="0"/>
        </w:rPr>
        <w:t>hồ sơ giá trị khách hàng</w:t>
      </w:r>
    </w:p>
    <w:p>
      <w:pPr>
        <w:spacing w:after="80"/>
      </w:pPr>
      <w:r>
        <w:rPr>
          <w:b w:val="0"/>
          <w:i w:val="0"/>
        </w:rPr>
        <w:t>tạo dựng những người ủng hộ</w:t>
      </w:r>
    </w:p>
    <w:p>
      <w:pPr>
        <w:spacing w:after="80"/>
      </w:pPr>
      <w:r>
        <w:rPr>
          <w:b w:val="0"/>
          <w:i w:val="0"/>
        </w:rPr>
        <w:t>với những người có sức ảnh hưởng đến quyết định</w:t>
      </w:r>
    </w:p>
    <w:p>
      <w:pPr>
        <w:spacing w:after="80"/>
      </w:pPr>
      <w:r>
        <w:rPr>
          <w:b w:val="0"/>
          <w:i w:val="0"/>
        </w:rPr>
        <w:t>với những người ra quyết định</w:t>
      </w:r>
    </w:p>
    <w:p>
      <w:pPr>
        <w:spacing w:after="80"/>
      </w:pPr>
      <w:r>
        <w:rPr>
          <w:b w:val="0"/>
          <w:i w:val="0"/>
        </w:rPr>
        <w:t>kết thúc</w:t>
      </w:r>
    </w:p>
    <w:p>
      <w:pPr>
        <w:spacing w:after="80"/>
      </w:pPr>
      <w:r>
        <w:rPr>
          <w:b w:val="0"/>
          <w:i w:val="0"/>
        </w:rPr>
        <w:t>ảnh hưởng của</w:t>
      </w:r>
    </w:p>
    <w:p>
      <w:pPr>
        <w:spacing w:after="80"/>
      </w:pPr>
      <w:r>
        <w:rPr>
          <w:b w:val="0"/>
          <w:i w:val="0"/>
        </w:rPr>
        <w:t>hàng tồn kho</w:t>
      </w:r>
    </w:p>
    <w:p>
      <w:pPr>
        <w:spacing w:after="80"/>
      </w:pPr>
      <w:r>
        <w:rPr>
          <w:b w:val="0"/>
          <w:i w:val="0"/>
        </w:rPr>
        <w:t>những chìa khóa thành công</w:t>
      </w:r>
    </w:p>
    <w:p>
      <w:pPr>
        <w:spacing w:after="80"/>
      </w:pPr>
      <w:r>
        <w:rPr>
          <w:b w:val="0"/>
          <w:i w:val="0"/>
        </w:rPr>
        <w:t>việc quản lý</w:t>
      </w:r>
    </w:p>
    <w:p>
      <w:pPr>
        <w:spacing w:after="80"/>
      </w:pPr>
      <w:r>
        <w:rPr>
          <w:b w:val="0"/>
          <w:i w:val="0"/>
        </w:rPr>
        <w:t>việc nuôi dưỡng</w:t>
      </w:r>
    </w:p>
    <w:p>
      <w:pPr>
        <w:spacing w:after="80"/>
      </w:pPr>
      <w:r>
        <w:rPr>
          <w:b w:val="0"/>
          <w:i w:val="0"/>
        </w:rPr>
        <w:t>những trở ngại</w:t>
      </w:r>
    </w:p>
    <w:p>
      <w:pPr>
        <w:spacing w:after="80"/>
      </w:pPr>
      <w:r>
        <w:rPr>
          <w:b w:val="0"/>
          <w:i w:val="0"/>
        </w:rPr>
        <w:t>kiên cường</w:t>
      </w:r>
    </w:p>
    <w:p>
      <w:pPr>
        <w:spacing w:after="80"/>
      </w:pPr>
      <w:r>
        <w:rPr>
          <w:b w:val="0"/>
          <w:i w:val="0"/>
        </w:rPr>
        <w:t>mang tính chiến lược</w:t>
      </w:r>
    </w:p>
    <w:p>
      <w:pPr>
        <w:spacing w:after="80"/>
      </w:pPr>
      <w:r>
        <w:rPr>
          <w:b w:val="0"/>
          <w:i w:val="0"/>
        </w:rPr>
        <w:t>việc củng cố</w:t>
      </w:r>
    </w:p>
    <w:p>
      <w:pPr>
        <w:spacing w:after="80"/>
      </w:pPr>
      <w:r>
        <w:rPr>
          <w:b w:val="0"/>
          <w:i w:val="0"/>
        </w:rPr>
        <w:t>Các nhóm đặc trách của khách hàng</w:t>
      </w:r>
    </w:p>
    <w:p>
      <w:pPr>
        <w:spacing w:after="80"/>
      </w:pPr>
      <w:r>
        <w:rPr>
          <w:b w:val="0"/>
          <w:i w:val="0"/>
        </w:rPr>
        <w:t>Các thành viên trong nhóm khách hàng</w:t>
      </w:r>
    </w:p>
    <w:p>
      <w:pPr>
        <w:spacing w:after="80"/>
      </w:pPr>
      <w:r>
        <w:rPr>
          <w:b w:val="0"/>
          <w:i w:val="0"/>
        </w:rPr>
        <w:t>Giá trị dành cho khách hàng</w:t>
      </w:r>
    </w:p>
    <w:p>
      <w:pPr>
        <w:spacing w:after="80"/>
      </w:pPr>
      <w:r>
        <w:rPr>
          <w:b w:val="0"/>
          <w:i w:val="0"/>
        </w:rPr>
        <w:t>Hồ sơ giá trị khách hàng</w:t>
      </w:r>
    </w:p>
    <w:p>
      <w:pPr>
        <w:spacing w:after="80"/>
      </w:pPr>
      <w:r>
        <w:rPr>
          <w:b w:val="0"/>
          <w:i w:val="0"/>
        </w:rPr>
        <w:t>Khách hàng</w:t>
      </w:r>
    </w:p>
    <w:p>
      <w:pPr>
        <w:spacing w:after="80"/>
      </w:pPr>
      <w:r>
        <w:rPr>
          <w:b w:val="0"/>
          <w:i w:val="0"/>
        </w:rPr>
        <w:t>động lực mua hàng</w:t>
      </w:r>
    </w:p>
    <w:p>
      <w:pPr>
        <w:spacing w:after="80"/>
      </w:pPr>
      <w:r>
        <w:rPr>
          <w:b w:val="0"/>
          <w:i w:val="0"/>
        </w:rPr>
        <w:t>lựa chọn</w:t>
      </w:r>
    </w:p>
    <w:p>
      <w:pPr>
        <w:spacing w:after="80"/>
      </w:pPr>
      <w:r>
        <w:rPr>
          <w:b w:val="0"/>
          <w:i w:val="0"/>
        </w:rPr>
        <w:t>hợp tác với</w:t>
      </w:r>
    </w:p>
    <w:p>
      <w:pPr>
        <w:spacing w:after="80"/>
      </w:pPr>
      <w:r>
        <w:rPr>
          <w:b w:val="0"/>
          <w:i w:val="0"/>
        </w:rPr>
        <w:t>cam kết và hợp tác của</w:t>
      </w:r>
    </w:p>
    <w:p>
      <w:pPr>
        <w:spacing w:after="80"/>
      </w:pPr>
      <w:r>
        <w:rPr>
          <w:b w:val="0"/>
          <w:i w:val="0"/>
        </w:rPr>
        <w:t>giao tiếp với</w:t>
      </w:r>
    </w:p>
    <w:p>
      <w:pPr>
        <w:spacing w:after="80"/>
      </w:pPr>
      <w:r>
        <w:rPr>
          <w:b w:val="0"/>
          <w:i w:val="0"/>
        </w:rPr>
        <w:t>hiểu biết về</w:t>
      </w:r>
    </w:p>
    <w:p>
      <w:pPr>
        <w:spacing w:after="80"/>
      </w:pPr>
      <w:r>
        <w:rPr>
          <w:b w:val="0"/>
          <w:i w:val="0"/>
        </w:rPr>
        <w:t>thái độ “chứng minh đi” của</w:t>
      </w:r>
    </w:p>
    <w:p>
      <w:pPr>
        <w:spacing w:after="80"/>
      </w:pPr>
      <w:r>
        <w:rPr>
          <w:b w:val="0"/>
          <w:i w:val="0"/>
        </w:rPr>
        <w:t>khu vực công</w:t>
      </w:r>
    </w:p>
    <w:p>
      <w:pPr>
        <w:spacing w:after="80"/>
      </w:pPr>
      <w:r>
        <w:rPr>
          <w:b w:val="0"/>
          <w:i w:val="0"/>
        </w:rPr>
        <w:t>câu hỏi và yêu cầu của</w:t>
      </w:r>
    </w:p>
    <w:p>
      <w:pPr>
        <w:spacing w:after="80"/>
      </w:pPr>
      <w:r>
        <w:rPr>
          <w:b w:val="0"/>
          <w:i w:val="0"/>
        </w:rPr>
        <w:t>quan điểm về việc cung cấp</w:t>
      </w:r>
    </w:p>
    <w:p>
      <w:pPr>
        <w:spacing w:after="80"/>
      </w:pPr>
      <w:r>
        <w:rPr>
          <w:b w:val="0"/>
          <w:i w:val="0"/>
        </w:rPr>
        <w:t>rời bỏ</w:t>
      </w:r>
    </w:p>
    <w:p>
      <w:pPr>
        <w:spacing w:after="80"/>
      </w:pPr>
      <w:r>
        <w:rPr>
          <w:b w:val="0"/>
          <w:i w:val="0"/>
        </w:rPr>
        <w:t>Kỹ thuật chốt sale mang tính thao túng</w:t>
      </w:r>
    </w:p>
    <w:p>
      <w:pPr>
        <w:spacing w:after="80"/>
      </w:pPr>
      <w:r>
        <w:rPr>
          <w:b w:val="0"/>
          <w:i w:val="0"/>
        </w:rPr>
        <w:t>Chốt sale</w:t>
      </w:r>
    </w:p>
    <w:p>
      <w:pPr>
        <w:spacing w:after="80"/>
      </w:pPr>
      <w:r>
        <w:rPr>
          <w:b w:val="0"/>
          <w:i w:val="0"/>
        </w:rPr>
        <w:t>tầm quan trọng của năng lực và hiểu biết đối với</w:t>
      </w:r>
    </w:p>
    <w:p>
      <w:pPr>
        <w:spacing w:after="80"/>
      </w:pPr>
      <w:r>
        <w:rPr>
          <w:b w:val="0"/>
          <w:i w:val="0"/>
        </w:rPr>
        <w:t>kỹ thuật gây áp lực cao</w:t>
      </w:r>
    </w:p>
    <w:p>
      <w:pPr>
        <w:spacing w:after="80"/>
      </w:pPr>
      <w:r>
        <w:rPr>
          <w:b w:val="0"/>
          <w:i w:val="0"/>
        </w:rPr>
        <w:t>đàm phán</w:t>
      </w:r>
    </w:p>
    <w:p>
      <w:pPr>
        <w:spacing w:after="80"/>
      </w:pPr>
      <w:r>
        <w:rPr>
          <w:b w:val="0"/>
          <w:i w:val="0"/>
        </w:rPr>
        <w:t>Hợp tác với khách hàng</w:t>
      </w:r>
    </w:p>
    <w:p>
      <w:pPr>
        <w:spacing w:after="80"/>
      </w:pPr>
      <w:r>
        <w:rPr>
          <w:b w:val="0"/>
          <w:i w:val="0"/>
        </w:rPr>
        <w:t>đồng thiết kế quy trình mua hàng</w:t>
      </w:r>
    </w:p>
    <w:p>
      <w:pPr>
        <w:spacing w:after="80"/>
      </w:pPr>
      <w:r>
        <w:rPr>
          <w:b w:val="0"/>
          <w:i w:val="0"/>
        </w:rPr>
        <w:t>về giải pháp đề xuất</w:t>
      </w:r>
    </w:p>
    <w:p>
      <w:pPr>
        <w:spacing w:after="80"/>
      </w:pPr>
      <w:r>
        <w:rPr>
          <w:b w:val="0"/>
          <w:i w:val="0"/>
        </w:rPr>
        <w:t>Cam kết</w:t>
      </w:r>
    </w:p>
    <w:p>
      <w:pPr>
        <w:spacing w:after="80"/>
      </w:pPr>
      <w:r>
        <w:rPr>
          <w:b w:val="0"/>
          <w:i w:val="0"/>
        </w:rPr>
        <w:t>của khách hàng</w:t>
      </w:r>
    </w:p>
    <w:p>
      <w:pPr>
        <w:spacing w:after="80"/>
      </w:pPr>
      <w:r>
        <w:rPr>
          <w:b w:val="0"/>
          <w:i w:val="0"/>
        </w:rPr>
        <w:t>của người bán</w:t>
      </w:r>
    </w:p>
    <w:p>
      <w:pPr>
        <w:spacing w:after="80"/>
      </w:pPr>
      <w:r>
        <w:rPr>
          <w:b w:val="0"/>
          <w:i w:val="0"/>
        </w:rPr>
        <w:t>Chiến lược cam kết</w:t>
      </w:r>
    </w:p>
    <w:p>
      <w:pPr>
        <w:spacing w:after="80"/>
      </w:pPr>
      <w:r>
        <w:rPr>
          <w:b w:val="0"/>
          <w:i w:val="0"/>
        </w:rPr>
        <w:t>Bẫy hàng hóa</w:t>
      </w:r>
    </w:p>
    <w:p>
      <w:pPr>
        <w:spacing w:after="80"/>
      </w:pPr>
      <w:r>
        <w:rPr>
          <w:b w:val="0"/>
          <w:i w:val="0"/>
        </w:rPr>
        <w:t>Giao tiếp</w:t>
      </w:r>
    </w:p>
    <w:p>
      <w:pPr>
        <w:spacing w:after="80"/>
      </w:pPr>
      <w:r>
        <w:rPr>
          <w:b w:val="0"/>
          <w:i w:val="0"/>
        </w:rPr>
        <w:t>về lịch trình</w:t>
      </w:r>
    </w:p>
    <w:p>
      <w:pPr>
        <w:spacing w:after="80"/>
      </w:pPr>
      <w:r>
        <w:rPr>
          <w:b w:val="0"/>
          <w:i w:val="0"/>
        </w:rPr>
        <w:t>với khách hàng</w:t>
      </w:r>
    </w:p>
    <w:p>
      <w:pPr>
        <w:spacing w:after="80"/>
      </w:pPr>
      <w:r>
        <w:rPr>
          <w:b w:val="0"/>
          <w:i w:val="0"/>
        </w:rPr>
        <w:t>mang tính thuyết phục</w:t>
      </w:r>
    </w:p>
    <w:p>
      <w:pPr>
        <w:spacing w:after="80"/>
      </w:pPr>
      <w:r>
        <w:rPr>
          <w:b w:val="0"/>
          <w:i w:val="0"/>
        </w:rPr>
        <w:t>tương tác hiệu quả</w:t>
      </w:r>
    </w:p>
    <w:p>
      <w:pPr>
        <w:spacing w:after="80"/>
      </w:pPr>
      <w:r>
        <w:rPr>
          <w:b w:val="0"/>
          <w:i w:val="0"/>
        </w:rPr>
        <w:t>chậm</w:t>
      </w:r>
    </w:p>
    <w:p>
      <w:pPr>
        <w:spacing w:after="80"/>
      </w:pPr>
      <w:r>
        <w:rPr>
          <w:b w:val="0"/>
          <w:i w:val="0"/>
        </w:rPr>
        <w:t>sử dụng câu chuyện</w:t>
      </w:r>
    </w:p>
    <w:p>
      <w:pPr>
        <w:spacing w:after="80"/>
      </w:pPr>
      <w:r>
        <w:rPr>
          <w:b w:val="0"/>
          <w:i w:val="0"/>
        </w:rPr>
        <w:t>Tương thích với văn hóa của khách hàng</w:t>
      </w:r>
    </w:p>
    <w:p>
      <w:pPr>
        <w:spacing w:after="80"/>
      </w:pPr>
      <w:r>
        <w:rPr>
          <w:b w:val="0"/>
          <w:i w:val="0"/>
        </w:rPr>
        <w:t>Năng lực</w:t>
      </w:r>
    </w:p>
    <w:p>
      <w:pPr>
        <w:spacing w:after="80"/>
      </w:pPr>
      <w:r>
        <w:rPr>
          <w:b w:val="0"/>
          <w:i w:val="0"/>
        </w:rPr>
        <w:t>ấn tượng của khách hàng về</w:t>
      </w:r>
    </w:p>
    <w:p>
      <w:pPr>
        <w:spacing w:after="80"/>
      </w:pPr>
      <w:r>
        <w:rPr>
          <w:b w:val="0"/>
          <w:i w:val="0"/>
        </w:rPr>
        <w:t>thể hiện</w:t>
      </w:r>
    </w:p>
    <w:p>
      <w:pPr>
        <w:spacing w:after="80"/>
      </w:pPr>
      <w:r>
        <w:rPr>
          <w:b w:val="0"/>
          <w:i w:val="0"/>
        </w:rPr>
        <w:t>Những cuộc chiến cạnh tranh</w:t>
      </w:r>
    </w:p>
    <w:p>
      <w:pPr>
        <w:spacing w:after="80"/>
      </w:pPr>
      <w:r>
        <w:rPr>
          <w:b w:val="0"/>
          <w:i w:val="0"/>
        </w:rPr>
        <w:t>với chính đội ngũ của khách hàng</w:t>
      </w:r>
    </w:p>
    <w:p>
      <w:pPr>
        <w:spacing w:after="80"/>
      </w:pPr>
      <w:r>
        <w:rPr>
          <w:b w:val="0"/>
          <w:i w:val="0"/>
        </w:rPr>
        <w:t>giá cả</w:t>
      </w:r>
    </w:p>
    <w:p>
      <w:pPr>
        <w:spacing w:after="80"/>
      </w:pPr>
      <w:r>
        <w:rPr>
          <w:b w:val="0"/>
          <w:i w:val="0"/>
        </w:rPr>
        <w:t>chống lại những thế lực vô hình</w:t>
      </w:r>
    </w:p>
    <w:p>
      <w:pPr>
        <w:spacing w:after="80"/>
      </w:pPr>
      <w:r>
        <w:rPr>
          <w:b w:val="0"/>
          <w:i w:val="0"/>
        </w:rPr>
        <w:t>Đối thủ cạnh tranh</w:t>
      </w:r>
    </w:p>
    <w:p>
      <w:pPr>
        <w:spacing w:after="80"/>
      </w:pPr>
      <w:r>
        <w:rPr>
          <w:b w:val="0"/>
          <w:i w:val="0"/>
        </w:rPr>
        <w:t>đả kích</w:t>
      </w:r>
    </w:p>
    <w:p>
      <w:pPr>
        <w:spacing w:after="80"/>
      </w:pPr>
      <w:r>
        <w:rPr>
          <w:b w:val="0"/>
          <w:i w:val="0"/>
        </w:rPr>
        <w:t>vô hình</w:t>
      </w:r>
    </w:p>
    <w:p>
      <w:pPr>
        <w:spacing w:after="80"/>
      </w:pPr>
      <w:r>
        <w:rPr>
          <w:b w:val="0"/>
          <w:i w:val="0"/>
        </w:rPr>
        <w:t>phản hồi lại</w:t>
      </w:r>
    </w:p>
    <w:p>
      <w:pPr>
        <w:spacing w:after="80"/>
      </w:pPr>
      <w:r>
        <w:rPr>
          <w:b w:val="0"/>
          <w:i w:val="0"/>
        </w:rPr>
        <w:t>Các cuộc gọi hội nghị</w:t>
      </w:r>
    </w:p>
    <w:p>
      <w:pPr>
        <w:spacing w:after="80"/>
      </w:pPr>
      <w:r>
        <w:rPr>
          <w:b w:val="0"/>
          <w:i w:val="0"/>
        </w:rPr>
        <w:t>Xây dựng sự đồng thuận</w:t>
      </w:r>
    </w:p>
    <w:p>
      <w:pPr>
        <w:spacing w:after="80"/>
      </w:pPr>
      <w:r>
        <w:rPr>
          <w:b w:val="0"/>
          <w:i w:val="0"/>
        </w:rPr>
        <w:t>Lập kế hoạch dự phòng</w:t>
      </w:r>
    </w:p>
    <w:p>
      <w:pPr>
        <w:spacing w:after="80"/>
      </w:pPr>
      <w:r>
        <w:rPr>
          <w:b w:val="0"/>
          <w:i w:val="0"/>
        </w:rPr>
        <w:t>Các điều khoản và điều kiện hợp đồng</w:t>
      </w:r>
    </w:p>
    <w:p>
      <w:pPr>
        <w:spacing w:after="80"/>
      </w:pPr>
      <w:r>
        <w:rPr>
          <w:b w:val="0"/>
          <w:i w:val="0"/>
        </w:rPr>
        <w:t>Sự hợp tác của khách hàng</w:t>
      </w:r>
    </w:p>
    <w:p>
      <w:pPr>
        <w:spacing w:after="80"/>
      </w:pPr>
      <w:r>
        <w:rPr>
          <w:b w:val="0"/>
          <w:i w:val="0"/>
        </w:rPr>
        <w:t>Chi phí, những lo ngại của khách hàng</w:t>
      </w:r>
    </w:p>
    <w:p>
      <w:pPr>
        <w:spacing w:after="80"/>
      </w:pPr>
      <w:r>
        <w:rPr>
          <w:b w:val="0"/>
          <w:i w:val="0"/>
        </w:rPr>
        <w:t>Thông tin xác thực</w:t>
      </w:r>
    </w:p>
    <w:p>
      <w:pPr>
        <w:spacing w:after="80"/>
      </w:pPr>
      <w:r>
        <w:rPr>
          <w:b w:val="0"/>
          <w:i w:val="0"/>
        </w:rPr>
        <w:t>Độ tin cậy</w:t>
      </w:r>
    </w:p>
    <w:p>
      <w:pPr>
        <w:spacing w:after="80"/>
      </w:pPr>
      <w:r>
        <w:rPr>
          <w:b w:val="0"/>
          <w:i w:val="0"/>
        </w:rPr>
        <w:t>Những người chỉ trích</w:t>
      </w:r>
    </w:p>
    <w:p>
      <w:pPr>
        <w:spacing w:after="80"/>
      </w:pPr>
      <w:r>
        <w:rPr>
          <w:b w:val="0"/>
          <w:i w:val="0"/>
        </w:rPr>
        <w:t>Sự hoài nghi của khách hàng</w:t>
      </w:r>
    </w:p>
    <w:p>
      <w:pPr>
        <w:pStyle w:val="Heading3"/>
      </w:pPr>
      <w:r>
        <w:rPr>
          <w:rFonts w:ascii="Calibri" w:hAnsi="Calibri"/>
          <w:b/>
          <w:i w:val="0"/>
          <w:sz w:val="26"/>
        </w:rPr>
        <w:t>D</w:t>
      </w:r>
    </w:p>
    <w:p>
      <w:pPr>
        <w:spacing w:after="80"/>
      </w:pPr>
      <w:r>
        <w:rPr>
          <w:b w:val="0"/>
          <w:i w:val="0"/>
        </w:rPr>
        <w:t>Thu thập dữ liệu</w:t>
      </w:r>
    </w:p>
    <w:p>
      <w:pPr>
        <w:spacing w:after="80"/>
      </w:pPr>
      <w:r>
        <w:rPr>
          <w:b w:val="0"/>
          <w:i w:val="0"/>
        </w:rPr>
        <w:t>Các nguồn dữ liệu</w:t>
      </w:r>
    </w:p>
    <w:p>
      <w:pPr>
        <w:spacing w:after="80"/>
      </w:pPr>
      <w:r>
        <w:rPr>
          <w:b w:val="0"/>
          <w:i w:val="0"/>
        </w:rPr>
        <w:t>Chốt hợp đồng theo hạn chót</w:t>
      </w:r>
    </w:p>
    <w:p>
      <w:pPr>
        <w:spacing w:after="80"/>
      </w:pPr>
      <w:r>
        <w:rPr>
          <w:b w:val="0"/>
          <w:i w:val="0"/>
        </w:rPr>
        <w:t>Những người ảnh hưởng đến quyết định</w:t>
      </w:r>
    </w:p>
    <w:p>
      <w:pPr>
        <w:spacing w:after="80"/>
      </w:pPr>
      <w:r>
        <w:rPr>
          <w:b w:val="0"/>
          <w:i w:val="0"/>
        </w:rPr>
        <w:t>Những người ra quyết định</w:t>
      </w:r>
    </w:p>
    <w:p>
      <w:pPr>
        <w:spacing w:after="80"/>
      </w:pPr>
      <w:r>
        <w:rPr>
          <w:b w:val="0"/>
          <w:i w:val="0"/>
        </w:rPr>
        <w:t>Quy trình ra quyết định của khách hàng</w:t>
      </w:r>
    </w:p>
    <w:p>
      <w:pPr>
        <w:spacing w:after="80"/>
      </w:pPr>
      <w:r>
        <w:rPr>
          <w:b w:val="0"/>
          <w:i w:val="0"/>
        </w:rPr>
        <w:t>Các sản phẩm bàn giao</w:t>
      </w:r>
    </w:p>
    <w:p>
      <w:pPr>
        <w:spacing w:after="80"/>
      </w:pPr>
      <w:r>
        <w:rPr>
          <w:b w:val="0"/>
          <w:i w:val="0"/>
        </w:rPr>
        <w:t>Những người phản đối</w:t>
      </w:r>
    </w:p>
    <w:p>
      <w:pPr>
        <w:pStyle w:val="Heading3"/>
      </w:pPr>
      <w:r>
        <w:rPr>
          <w:rFonts w:ascii="Calibri" w:hAnsi="Calibri"/>
          <w:b/>
          <w:i w:val="0"/>
          <w:sz w:val="26"/>
        </w:rPr>
        <w:t>E</w:t>
      </w:r>
    </w:p>
    <w:p>
      <w:pPr>
        <w:spacing w:after="80"/>
      </w:pPr>
      <w:r>
        <w:rPr>
          <w:b w:val="0"/>
          <w:i w:val="0"/>
        </w:rPr>
        <w:t>Giáo dục</w:t>
      </w:r>
    </w:p>
    <w:p>
      <w:pPr>
        <w:spacing w:after="80"/>
      </w:pPr>
      <w:r>
        <w:rPr>
          <w:b w:val="0"/>
          <w:i w:val="0"/>
        </w:rPr>
        <w:t>Bài nói thang máy</w:t>
      </w:r>
    </w:p>
    <w:p>
      <w:pPr>
        <w:spacing w:after="80"/>
      </w:pPr>
      <w:r>
        <w:rPr>
          <w:b w:val="0"/>
          <w:i w:val="0"/>
        </w:rPr>
        <w:t>Cảm xúc</w:t>
      </w:r>
    </w:p>
    <w:p>
      <w:pPr>
        <w:spacing w:after="80"/>
      </w:pPr>
      <w:r>
        <w:rPr>
          <w:b w:val="0"/>
          <w:i w:val="0"/>
        </w:rPr>
        <w:t>Cam kết. Xem Dự án</w:t>
      </w:r>
    </w:p>
    <w:p>
      <w:pPr>
        <w:spacing w:after="80"/>
      </w:pPr>
      <w:r>
        <w:rPr>
          <w:b w:val="0"/>
          <w:i w:val="0"/>
        </w:rPr>
        <w:t>Bằng chứng, cần thiết để chứng minh các tuyên bố</w:t>
      </w:r>
    </w:p>
    <w:p>
      <w:pPr>
        <w:spacing w:after="80"/>
      </w:pPr>
      <w:r>
        <w:rPr>
          <w:b w:val="0"/>
          <w:i w:val="0"/>
        </w:rPr>
        <w:t>Rủi ro thực thi</w:t>
      </w:r>
    </w:p>
    <w:p>
      <w:pPr>
        <w:spacing w:after="80"/>
      </w:pPr>
      <w:r>
        <w:rPr>
          <w:b w:val="0"/>
          <w:i w:val="0"/>
        </w:rPr>
        <w:t>Tóm tắt điều hành của đề xuất</w:t>
      </w:r>
    </w:p>
    <w:p>
      <w:pPr>
        <w:spacing w:after="80"/>
      </w:pPr>
      <w:r>
        <w:rPr>
          <w:b w:val="0"/>
          <w:i w:val="0"/>
        </w:rPr>
        <w:t>Kỳ vọng của người bán</w:t>
      </w:r>
    </w:p>
    <w:p>
      <w:pPr>
        <w:spacing w:after="80"/>
      </w:pPr>
      <w:r>
        <w:rPr>
          <w:b w:val="0"/>
          <w:i w:val="0"/>
        </w:rPr>
        <w:t>Kết quả mong đợi (phần của đề xuất)</w:t>
      </w:r>
    </w:p>
    <w:p>
      <w:pPr>
        <w:spacing w:after="80"/>
      </w:pPr>
      <w:r>
        <w:rPr>
          <w:b w:val="0"/>
          <w:i w:val="0"/>
        </w:rPr>
        <w:t>Chuyên môn</w:t>
      </w:r>
    </w:p>
    <w:p>
      <w:pPr>
        <w:spacing w:after="80"/>
      </w:pPr>
      <w:r>
        <w:rPr>
          <w:b w:val="0"/>
          <w:i w:val="0"/>
        </w:rPr>
        <w:t>thể hiện</w:t>
      </w:r>
    </w:p>
    <w:p>
      <w:pPr>
        <w:spacing w:after="80"/>
      </w:pPr>
      <w:r>
        <w:rPr>
          <w:b w:val="0"/>
          <w:i w:val="0"/>
        </w:rPr>
        <w:t>liên quan đến các vấn đề của khách hàng</w:t>
      </w:r>
    </w:p>
    <w:p>
      <w:pPr>
        <w:spacing w:after="80"/>
      </w:pPr>
      <w:r>
        <w:rPr>
          <w:b w:val="0"/>
          <w:i w:val="0"/>
        </w:rPr>
        <w:t>chuyên môn theo lĩnh vực</w:t>
      </w:r>
    </w:p>
    <w:p>
      <w:pPr>
        <w:pStyle w:val="Heading3"/>
      </w:pPr>
      <w:r>
        <w:rPr>
          <w:rFonts w:ascii="Calibri" w:hAnsi="Calibri"/>
          <w:b/>
          <w:i w:val="0"/>
          <w:sz w:val="26"/>
        </w:rPr>
        <w:t>F</w:t>
      </w:r>
    </w:p>
    <w:p>
      <w:pPr>
        <w:spacing w:after="80"/>
      </w:pPr>
      <w:r>
        <w:rPr>
          <w:b w:val="0"/>
          <w:i w:val="0"/>
        </w:rPr>
        <w:t>Tìm hiểu sự thật</w:t>
      </w:r>
    </w:p>
    <w:p>
      <w:pPr>
        <w:spacing w:after="80"/>
      </w:pPr>
      <w:r>
        <w:rPr>
          <w:b w:val="0"/>
          <w:i w:val="0"/>
        </w:rPr>
        <w:t>Sự thật</w:t>
      </w:r>
    </w:p>
    <w:p>
      <w:pPr>
        <w:spacing w:after="80"/>
      </w:pPr>
      <w:r>
        <w:rPr>
          <w:b w:val="0"/>
          <w:i w:val="0"/>
        </w:rPr>
        <w:t>bị tranh chấp</w:t>
      </w:r>
    </w:p>
    <w:p>
      <w:pPr>
        <w:spacing w:after="80"/>
      </w:pPr>
      <w:r>
        <w:rPr>
          <w:b w:val="0"/>
          <w:i w:val="0"/>
        </w:rPr>
        <w:t>bằng chứng về</w:t>
      </w:r>
    </w:p>
    <w:p>
      <w:pPr>
        <w:spacing w:after="80"/>
      </w:pPr>
      <w:r>
        <w:rPr>
          <w:b w:val="0"/>
          <w:i w:val="0"/>
        </w:rPr>
        <w:t>Thất bại, sự thừa nhận</w:t>
      </w:r>
    </w:p>
    <w:p>
      <w:pPr>
        <w:spacing w:after="80"/>
      </w:pPr>
      <w:r>
        <w:rPr>
          <w:b w:val="0"/>
          <w:i w:val="0"/>
        </w:rPr>
        <w:t>Phản hồi</w:t>
      </w:r>
    </w:p>
    <w:p>
      <w:pPr>
        <w:spacing w:after="80"/>
      </w:pPr>
      <w:r>
        <w:rPr>
          <w:b w:val="0"/>
          <w:i w:val="0"/>
        </w:rPr>
        <w:t>Rủi ro tài chính</w:t>
      </w:r>
    </w:p>
    <w:p>
      <w:pPr>
        <w:spacing w:after="80"/>
      </w:pPr>
      <w:r>
        <w:rPr>
          <w:b w:val="0"/>
          <w:i w:val="0"/>
        </w:rPr>
        <w:t>Ấn tượng đầu tiên</w:t>
      </w:r>
    </w:p>
    <w:p>
      <w:pPr>
        <w:spacing w:after="80"/>
      </w:pPr>
      <w:r>
        <w:rPr>
          <w:b w:val="0"/>
          <w:i w:val="0"/>
        </w:rPr>
        <w:t>Theo dõi</w:t>
      </w:r>
    </w:p>
    <w:p>
      <w:pPr>
        <w:spacing w:after="80"/>
      </w:pPr>
      <w:r>
        <w:rPr>
          <w:b w:val="0"/>
          <w:i w:val="0"/>
        </w:rPr>
        <w:t>Fox, Jeffrey, về các câu hỏi bán hàng</w:t>
      </w:r>
    </w:p>
    <w:p>
      <w:pPr>
        <w:spacing w:after="80"/>
      </w:pPr>
      <w:r>
        <w:rPr>
          <w:b w:val="0"/>
          <w:i w:val="0"/>
        </w:rPr>
        <w:t>Tài trợ cho dự án</w:t>
      </w:r>
    </w:p>
    <w:p>
      <w:pPr>
        <w:pStyle w:val="Heading3"/>
      </w:pPr>
      <w:r>
        <w:rPr>
          <w:rFonts w:ascii="Calibri" w:hAnsi="Calibri"/>
          <w:b/>
          <w:i w:val="0"/>
          <w:sz w:val="26"/>
        </w:rPr>
        <w:t>G</w:t>
      </w:r>
    </w:p>
    <w:p>
      <w:pPr>
        <w:spacing w:after="80"/>
      </w:pPr>
      <w:r>
        <w:rPr>
          <w:b w:val="0"/>
          <w:i w:val="0"/>
        </w:rPr>
        <w:t>Thiết lập mục tiêu</w:t>
      </w:r>
    </w:p>
    <w:p>
      <w:pPr>
        <w:spacing w:after="80"/>
      </w:pPr>
      <w:r>
        <w:rPr>
          <w:b w:val="0"/>
          <w:i w:val="0"/>
        </w:rPr>
        <w:t>Đèn xanh trong đàm phán</w:t>
      </w:r>
    </w:p>
    <w:p>
      <w:pPr>
        <w:spacing w:after="80"/>
      </w:pPr>
      <w:r>
        <w:rPr>
          <w:b w:val="0"/>
          <w:i w:val="0"/>
        </w:rPr>
        <w:t>Tăng trưởng, văn hóa của</w:t>
      </w:r>
    </w:p>
    <w:p>
      <w:pPr>
        <w:pStyle w:val="Heading3"/>
      </w:pPr>
      <w:r>
        <w:rPr>
          <w:rFonts w:ascii="Calibri" w:hAnsi="Calibri"/>
          <w:b/>
          <w:i w:val="0"/>
          <w:sz w:val="26"/>
        </w:rPr>
        <w:t>H</w:t>
      </w:r>
    </w:p>
    <w:p>
      <w:pPr>
        <w:spacing w:after="80"/>
      </w:pPr>
      <w:r>
        <w:rPr>
          <w:b w:val="0"/>
          <w:i w:val="0"/>
        </w:rPr>
        <w:t>Tài liệu phát tay</w:t>
      </w:r>
    </w:p>
    <w:p>
      <w:pPr>
        <w:spacing w:after="80"/>
      </w:pPr>
      <w:r>
        <w:rPr>
          <w:b w:val="0"/>
          <w:i w:val="0"/>
        </w:rPr>
        <w:t>Harding, Ford, về quan hệ khách hàng</w:t>
      </w:r>
    </w:p>
    <w:p>
      <w:pPr>
        <w:spacing w:after="80"/>
      </w:pPr>
      <w:r>
        <w:rPr>
          <w:b w:val="0"/>
          <w:i w:val="0"/>
        </w:rPr>
        <w:t>Quyết định tuyển dụng</w:t>
      </w:r>
    </w:p>
    <w:p>
      <w:pPr>
        <w:spacing w:after="80"/>
      </w:pPr>
      <w:r>
        <w:rPr>
          <w:b w:val="0"/>
          <w:i w:val="0"/>
        </w:rPr>
        <w:t>Sai lầm khi tuyển dụng</w:t>
      </w:r>
    </w:p>
    <w:p>
      <w:pPr>
        <w:spacing w:after="80"/>
      </w:pPr>
      <w:r>
        <w:rPr>
          <w:b w:val="0"/>
          <w:i w:val="0"/>
        </w:rPr>
        <w:t>Giả thuyết</w:t>
      </w:r>
    </w:p>
    <w:p>
      <w:pPr>
        <w:pStyle w:val="Heading3"/>
      </w:pPr>
      <w:r>
        <w:rPr>
          <w:rFonts w:ascii="Calibri" w:hAnsi="Calibri"/>
          <w:b/>
          <w:i w:val="0"/>
          <w:sz w:val="26"/>
        </w:rPr>
        <w:t>I</w:t>
      </w:r>
    </w:p>
    <w:p>
      <w:pPr>
        <w:spacing w:after="80"/>
      </w:pPr>
      <w:r>
        <w:rPr>
          <w:b w:val="0"/>
          <w:i w:val="0"/>
        </w:rPr>
        <w:t>Những kẻ buôn ý tưởng, nhà cung cấp dịch vụ với tư cách là</w:t>
      </w:r>
    </w:p>
    <w:p>
      <w:pPr>
        <w:spacing w:after="80"/>
      </w:pPr>
      <w:r>
        <w:rPr>
          <w:b w:val="0"/>
          <w:i w:val="0"/>
        </w:rPr>
        <w:t>Sự thờ ơ của khách hàng</w:t>
      </w:r>
    </w:p>
    <w:p>
      <w:pPr>
        <w:spacing w:after="80"/>
      </w:pPr>
      <w:r>
        <w:rPr>
          <w:b w:val="0"/>
          <w:i w:val="0"/>
        </w:rPr>
        <w:t>Sự ỳ trệ của khách hàng</w:t>
      </w:r>
    </w:p>
    <w:p>
      <w:pPr>
        <w:spacing w:after="80"/>
      </w:pPr>
      <w:r>
        <w:rPr>
          <w:b w:val="0"/>
          <w:i w:val="0"/>
        </w:rPr>
        <w:t>Thu thập thông tin</w:t>
      </w:r>
    </w:p>
    <w:p>
      <w:pPr>
        <w:spacing w:after="80"/>
      </w:pPr>
      <w:r>
        <w:rPr>
          <w:b w:val="0"/>
          <w:i w:val="0"/>
        </w:rPr>
        <w:t>Sáng kiến. Xem Dự án</w:t>
      </w:r>
    </w:p>
    <w:p>
      <w:pPr>
        <w:spacing w:after="80"/>
      </w:pPr>
      <w:r>
        <w:rPr>
          <w:b w:val="0"/>
          <w:i w:val="0"/>
        </w:rPr>
        <w:t>Trí tuệ, đánh giá trí tuệ của người bán</w:t>
      </w:r>
    </w:p>
    <w:p>
      <w:pPr>
        <w:spacing w:after="80"/>
      </w:pPr>
      <w:r>
        <w:rPr>
          <w:b w:val="0"/>
          <w:i w:val="0"/>
        </w:rPr>
        <w:t>Câu hỏi phỏng vấn</w:t>
      </w:r>
    </w:p>
    <w:p>
      <w:pPr>
        <w:spacing w:after="80"/>
      </w:pPr>
      <w:r>
        <w:rPr>
          <w:b w:val="0"/>
          <w:i w:val="0"/>
        </w:rPr>
        <w:t>Phong cách phỏng vấn</w:t>
      </w:r>
    </w:p>
    <w:p>
      <w:pPr>
        <w:spacing w:after="80"/>
      </w:pPr>
      <w:r>
        <w:rPr>
          <w:b w:val="0"/>
          <w:i w:val="0"/>
        </w:rPr>
        <w:t>Phỏng vấn</w:t>
      </w:r>
    </w:p>
    <w:p>
      <w:pPr>
        <w:spacing w:after="80"/>
      </w:pPr>
      <w:r>
        <w:rPr>
          <w:b w:val="0"/>
          <w:i w:val="0"/>
        </w:rPr>
        <w:t>khách hàng</w:t>
      </w:r>
    </w:p>
    <w:p>
      <w:pPr>
        <w:spacing w:after="80"/>
      </w:pPr>
      <w:r>
        <w:rPr>
          <w:b w:val="0"/>
          <w:i w:val="0"/>
        </w:rPr>
        <w:t>cho các hành vi bán hàng</w:t>
      </w:r>
    </w:p>
    <w:p>
      <w:pPr>
        <w:spacing w:after="80"/>
      </w:pPr>
      <w:r>
        <w:rPr>
          <w:b w:val="0"/>
          <w:i w:val="0"/>
        </w:rPr>
        <w:t>Giới thiệu</w:t>
      </w:r>
    </w:p>
    <w:p>
      <w:pPr>
        <w:pStyle w:val="Heading3"/>
      </w:pPr>
      <w:r>
        <w:rPr>
          <w:rFonts w:ascii="Calibri" w:hAnsi="Calibri"/>
          <w:b/>
          <w:i w:val="0"/>
          <w:sz w:val="26"/>
        </w:rPr>
        <w:t>J</w:t>
      </w:r>
    </w:p>
    <w:p>
      <w:pPr>
        <w:spacing w:after="80"/>
      </w:pPr>
      <w:r>
        <w:rPr>
          <w:b w:val="0"/>
          <w:i w:val="0"/>
        </w:rPr>
        <w:t>Thuật ngữ chuyên ngành</w:t>
      </w:r>
    </w:p>
    <w:p>
      <w:pPr>
        <w:pStyle w:val="Heading3"/>
      </w:pPr>
      <w:r>
        <w:rPr>
          <w:rFonts w:ascii="Calibri" w:hAnsi="Calibri"/>
          <w:b/>
          <w:i w:val="0"/>
          <w:sz w:val="26"/>
        </w:rPr>
        <w:t>K</w:t>
      </w:r>
    </w:p>
    <w:p>
      <w:pPr>
        <w:spacing w:after="80"/>
      </w:pPr>
      <w:r>
        <w:rPr>
          <w:b w:val="0"/>
          <w:i w:val="0"/>
        </w:rPr>
        <w:t>King, Stephen, về việc viết cho một độc giả cụ thể</w:t>
      </w:r>
    </w:p>
    <w:p>
      <w:pPr>
        <w:spacing w:after="80"/>
      </w:pPr>
      <w:r>
        <w:rPr>
          <w:b w:val="0"/>
          <w:i w:val="0"/>
        </w:rPr>
        <w:t>Cơ sở kiến thức (knowledge base), xây dựng</w:t>
      </w:r>
    </w:p>
    <w:p>
      <w:pPr>
        <w:pStyle w:val="Heading3"/>
      </w:pPr>
      <w:r>
        <w:rPr>
          <w:rFonts w:ascii="Calibri" w:hAnsi="Calibri"/>
          <w:b/>
          <w:i w:val="0"/>
          <w:sz w:val="26"/>
        </w:rPr>
        <w:t>L</w:t>
      </w:r>
    </w:p>
    <w:p>
      <w:pPr>
        <w:spacing w:after="80"/>
      </w:pPr>
      <w:r>
        <w:rPr>
          <w:b w:val="0"/>
          <w:i w:val="0"/>
        </w:rPr>
        <w:t>Kỹ năng lãnh đạo</w:t>
      </w:r>
    </w:p>
    <w:p>
      <w:pPr>
        <w:spacing w:after="80"/>
      </w:pPr>
      <w:r>
        <w:rPr>
          <w:b w:val="0"/>
          <w:i w:val="0"/>
        </w:rPr>
        <w:t>Sự dễ mến</w:t>
      </w:r>
    </w:p>
    <w:p>
      <w:pPr>
        <w:spacing w:after="80"/>
      </w:pPr>
      <w:r>
        <w:rPr>
          <w:b w:val="0"/>
          <w:i w:val="0"/>
        </w:rPr>
        <w:t>Các hướng điều tra</w:t>
      </w:r>
    </w:p>
    <w:p>
      <w:pPr>
        <w:spacing w:after="80"/>
      </w:pPr>
      <w:r>
        <w:rPr>
          <w:b w:val="0"/>
          <w:i w:val="0"/>
        </w:rPr>
        <w:t>Lắng nghe</w:t>
      </w:r>
    </w:p>
    <w:p>
      <w:pPr>
        <w:spacing w:after="80"/>
      </w:pPr>
      <w:r>
        <w:rPr>
          <w:b w:val="0"/>
          <w:i w:val="0"/>
        </w:rPr>
        <w:t>Cuộc họp đánh giá thất bại (loss review)</w:t>
      </w:r>
    </w:p>
    <w:p>
      <w:pPr>
        <w:pStyle w:val="Heading3"/>
      </w:pPr>
      <w:r>
        <w:rPr>
          <w:rFonts w:ascii="Calibri" w:hAnsi="Calibri"/>
          <w:b/>
          <w:i w:val="0"/>
          <w:sz w:val="26"/>
        </w:rPr>
        <w:t>M</w:t>
      </w:r>
    </w:p>
    <w:p>
      <w:pPr>
        <w:spacing w:after="80"/>
      </w:pPr>
      <w:r>
        <w:rPr>
          <w:b w:val="0"/>
          <w:i w:val="0"/>
        </w:rPr>
        <w:t>Thông tin thị trường (market intelligence)</w:t>
      </w:r>
    </w:p>
    <w:p>
      <w:pPr>
        <w:spacing w:after="80"/>
      </w:pPr>
      <w:r>
        <w:rPr>
          <w:b w:val="0"/>
          <w:i w:val="0"/>
        </w:rPr>
        <w:t>Các cuộc họp</w:t>
      </w:r>
    </w:p>
    <w:p>
      <w:pPr>
        <w:spacing w:after="80"/>
      </w:pPr>
      <w:r>
        <w:rPr>
          <w:b w:val="0"/>
          <w:i w:val="0"/>
        </w:rPr>
        <w:t>tiến hành</w:t>
      </w:r>
    </w:p>
    <w:p>
      <w:pPr>
        <w:spacing w:after="80"/>
      </w:pPr>
      <w:r>
        <w:rPr>
          <w:b w:val="0"/>
          <w:i w:val="0"/>
        </w:rPr>
        <w:t>tìm hiểu sự thật</w:t>
      </w:r>
    </w:p>
    <w:p>
      <w:pPr>
        <w:spacing w:after="80"/>
      </w:pPr>
      <w:r>
        <w:rPr>
          <w:b w:val="0"/>
          <w:i w:val="0"/>
        </w:rPr>
        <w:t>đánh giá tổn thất</w:t>
      </w:r>
    </w:p>
    <w:p>
      <w:pPr>
        <w:spacing w:after="80"/>
      </w:pPr>
      <w:r>
        <w:rPr>
          <w:b w:val="0"/>
          <w:i w:val="0"/>
        </w:rPr>
        <w:t>chuẩn bị cho</w:t>
      </w:r>
    </w:p>
    <w:p>
      <w:pPr>
        <w:spacing w:after="80"/>
      </w:pPr>
      <w:r>
        <w:rPr>
          <w:b w:val="0"/>
          <w:i w:val="0"/>
        </w:rPr>
        <w:t>Các chương trình cố vấn</w:t>
      </w:r>
    </w:p>
    <w:p>
      <w:pPr>
        <w:spacing w:after="80"/>
      </w:pPr>
      <w:r>
        <w:rPr>
          <w:b w:val="0"/>
          <w:i w:val="0"/>
        </w:rPr>
        <w:t>Phân đoạn tin nhắn</w:t>
      </w:r>
    </w:p>
    <w:p>
      <w:pPr>
        <w:spacing w:after="80"/>
      </w:pPr>
      <w:r>
        <w:rPr>
          <w:b w:val="0"/>
          <w:i w:val="0"/>
        </w:rPr>
        <w:t>Các cột mốc</w:t>
      </w:r>
    </w:p>
    <w:p>
      <w:pPr>
        <w:spacing w:after="80"/>
      </w:pPr>
      <w:r>
        <w:rPr>
          <w:b w:val="0"/>
          <w:i w:val="0"/>
        </w:rPr>
        <w:t>Động lực, đánh giá động lực của người bán</w:t>
      </w:r>
    </w:p>
    <w:p>
      <w:pPr>
        <w:pStyle w:val="Heading3"/>
      </w:pPr>
      <w:r>
        <w:rPr>
          <w:rFonts w:ascii="Calibri" w:hAnsi="Calibri"/>
          <w:b/>
          <w:i w:val="0"/>
          <w:sz w:val="26"/>
        </w:rPr>
        <w:t>N</w:t>
      </w:r>
    </w:p>
    <w:p>
      <w:pPr>
        <w:spacing w:after="80"/>
      </w:pPr>
      <w:r>
        <w:rPr>
          <w:b w:val="0"/>
          <w:i w:val="0"/>
        </w:rPr>
        <w:t>Đàm phán</w:t>
      </w:r>
    </w:p>
    <w:p>
      <w:pPr>
        <w:spacing w:after="80"/>
      </w:pPr>
      <w:r>
        <w:rPr>
          <w:b w:val="0"/>
          <w:i w:val="0"/>
        </w:rPr>
        <w:t>cán cân quyền lực</w:t>
      </w:r>
    </w:p>
    <w:p>
      <w:pPr>
        <w:spacing w:after="80"/>
      </w:pPr>
      <w:r>
        <w:rPr>
          <w:b w:val="0"/>
          <w:i w:val="0"/>
        </w:rPr>
        <w:t>những phản đối của người mua</w:t>
      </w:r>
    </w:p>
    <w:p>
      <w:pPr>
        <w:spacing w:after="80"/>
      </w:pPr>
      <w:r>
        <w:rPr>
          <w:b w:val="0"/>
          <w:i w:val="0"/>
        </w:rPr>
        <w:t>để chốt thương vụ</w:t>
      </w:r>
    </w:p>
    <w:p>
      <w:pPr>
        <w:spacing w:after="80"/>
      </w:pPr>
      <w:r>
        <w:rPr>
          <w:b w:val="0"/>
          <w:i w:val="0"/>
        </w:rPr>
        <w:t>định nghĩa về giá trị</w:t>
      </w:r>
    </w:p>
    <w:p>
      <w:pPr>
        <w:spacing w:after="80"/>
      </w:pPr>
      <w:r>
        <w:rPr>
          <w:b w:val="0"/>
          <w:i w:val="0"/>
        </w:rPr>
        <w:t>các kỹ thuật thao túng</w:t>
      </w:r>
    </w:p>
    <w:p>
      <w:pPr>
        <w:spacing w:after="80"/>
      </w:pPr>
      <w:r>
        <w:rPr>
          <w:b w:val="0"/>
          <w:i w:val="0"/>
        </w:rPr>
        <w:t>nhận biết sự thoải mái của người mua</w:t>
      </w:r>
    </w:p>
    <w:p>
      <w:pPr>
        <w:spacing w:after="80"/>
      </w:pPr>
      <w:r>
        <w:rPr>
          <w:b w:val="0"/>
          <w:i w:val="0"/>
        </w:rPr>
        <w:t>giá trị của người bán và</w:t>
      </w:r>
    </w:p>
    <w:p>
      <w:pPr>
        <w:spacing w:after="80"/>
      </w:pPr>
      <w:r>
        <w:rPr>
          <w:b w:val="0"/>
          <w:i w:val="0"/>
        </w:rPr>
        <w:t>những cam kết chung</w:t>
      </w:r>
    </w:p>
    <w:p>
      <w:pPr>
        <w:spacing w:after="80"/>
      </w:pPr>
      <w:r>
        <w:rPr>
          <w:b w:val="0"/>
          <w:i w:val="0"/>
        </w:rPr>
        <w:t>các điều khoản và điều kiện</w:t>
      </w:r>
    </w:p>
    <w:p>
      <w:pPr>
        <w:spacing w:after="80"/>
      </w:pPr>
      <w:r>
        <w:rPr>
          <w:b w:val="0"/>
          <w:i w:val="0"/>
        </w:rPr>
        <w:t>các bên đàm phán thứ ba</w:t>
      </w:r>
    </w:p>
    <w:p>
      <w:pPr>
        <w:spacing w:after="80"/>
      </w:pPr>
      <w:r>
        <w:rPr>
          <w:b w:val="0"/>
          <w:i w:val="0"/>
        </w:rPr>
        <w:t>những vấn đề khó nhằn</w:t>
      </w:r>
    </w:p>
    <w:p>
      <w:pPr>
        <w:spacing w:after="80"/>
      </w:pPr>
      <w:r>
        <w:rPr>
          <w:b w:val="0"/>
          <w:i w:val="0"/>
        </w:rPr>
        <w:t>giá trị so với lợi ích</w:t>
      </w:r>
    </w:p>
    <w:p>
      <w:pPr>
        <w:spacing w:after="80"/>
      </w:pPr>
      <w:r>
        <w:rPr>
          <w:b w:val="0"/>
          <w:i w:val="0"/>
        </w:rPr>
        <w:t>rời bỏ thương vụ</w:t>
      </w:r>
    </w:p>
    <w:p>
      <w:pPr>
        <w:spacing w:after="80"/>
      </w:pPr>
      <w:r>
        <w:rPr>
          <w:b w:val="0"/>
          <w:i w:val="0"/>
        </w:rPr>
        <w:t>tư duy thắng-thua</w:t>
      </w:r>
    </w:p>
    <w:p>
      <w:pPr>
        <w:spacing w:after="80"/>
      </w:pPr>
      <w:r>
        <w:rPr>
          <w:b w:val="0"/>
          <w:i w:val="0"/>
        </w:rPr>
        <w:t>Các sự kiện kết nối</w:t>
      </w:r>
    </w:p>
    <w:p>
      <w:pPr>
        <w:spacing w:after="80"/>
      </w:pPr>
      <w:r>
        <w:rPr>
          <w:b w:val="0"/>
          <w:i w:val="0"/>
        </w:rPr>
        <w:t>Mạng lưới quan hệ, mở rộng qua tổ chức khách hàng</w:t>
      </w:r>
    </w:p>
    <w:p>
      <w:pPr>
        <w:spacing w:after="80"/>
      </w:pPr>
      <w:r>
        <w:rPr>
          <w:b w:val="0"/>
          <w:i w:val="0"/>
        </w:rPr>
        <w:t>Ghi chú</w:t>
      </w:r>
    </w:p>
    <w:p>
      <w:pPr>
        <w:pStyle w:val="Heading3"/>
      </w:pPr>
      <w:r>
        <w:rPr>
          <w:rFonts w:ascii="Calibri" w:hAnsi="Calibri"/>
          <w:b/>
          <w:i w:val="0"/>
          <w:sz w:val="26"/>
        </w:rPr>
        <w:t>O</w:t>
      </w:r>
    </w:p>
    <w:p>
      <w:pPr>
        <w:spacing w:after="80"/>
      </w:pPr>
      <w:r>
        <w:rPr>
          <w:b w:val="0"/>
          <w:i w:val="0"/>
        </w:rPr>
        <w:t>Phản đối, không phải tín hiệu mua hàng</w:t>
      </w:r>
    </w:p>
    <w:p>
      <w:pPr>
        <w:spacing w:after="80"/>
      </w:pPr>
      <w:r>
        <w:rPr>
          <w:b w:val="0"/>
          <w:i w:val="0"/>
        </w:rPr>
        <w:t>Ohno, Taiichi, về việc hỏi "tại sao" năm lần</w:t>
      </w:r>
    </w:p>
    <w:p>
      <w:pPr>
        <w:spacing w:after="80"/>
      </w:pPr>
      <w:r>
        <w:rPr>
          <w:b w:val="0"/>
          <w:i w:val="0"/>
        </w:rPr>
        <w:t>Rủi ro vận hành</w:t>
      </w:r>
    </w:p>
    <w:p>
      <w:pPr>
        <w:spacing w:after="80"/>
      </w:pPr>
      <w:r>
        <w:rPr>
          <w:b w:val="0"/>
          <w:i w:val="0"/>
        </w:rPr>
        <w:t>Động lực tổ chức</w:t>
      </w:r>
    </w:p>
    <w:p>
      <w:pPr>
        <w:spacing w:after="80"/>
      </w:pPr>
      <w:r>
        <w:rPr>
          <w:b w:val="0"/>
          <w:i w:val="0"/>
        </w:rPr>
        <w:t>Kết quả</w:t>
      </w:r>
    </w:p>
    <w:p>
      <w:pPr>
        <w:pStyle w:val="Heading3"/>
      </w:pPr>
      <w:r>
        <w:rPr>
          <w:rFonts w:ascii="Calibri" w:hAnsi="Calibri"/>
          <w:b/>
          <w:i w:val="0"/>
          <w:sz w:val="26"/>
        </w:rPr>
        <w:t>P</w:t>
      </w:r>
    </w:p>
    <w:p>
      <w:pPr>
        <w:spacing w:after="80"/>
      </w:pPr>
      <w:r>
        <w:rPr>
          <w:b w:val="0"/>
          <w:i w:val="0"/>
        </w:rPr>
        <w:t>Các mô hình</w:t>
      </w:r>
    </w:p>
    <w:p>
      <w:pPr>
        <w:spacing w:after="80"/>
      </w:pPr>
      <w:r>
        <w:rPr>
          <w:b w:val="0"/>
          <w:i w:val="0"/>
        </w:rPr>
        <w:t>nhận diện</w:t>
      </w:r>
    </w:p>
    <w:p>
      <w:pPr>
        <w:spacing w:after="80"/>
      </w:pPr>
      <w:r>
        <w:rPr>
          <w:b w:val="0"/>
          <w:i w:val="0"/>
        </w:rPr>
        <w:t>dựa vào</w:t>
      </w:r>
    </w:p>
    <w:p>
      <w:pPr>
        <w:spacing w:after="80"/>
      </w:pPr>
      <w:r>
        <w:rPr>
          <w:b w:val="0"/>
          <w:i w:val="0"/>
        </w:rPr>
        <w:t>Vấn đề thanh toán</w:t>
      </w:r>
    </w:p>
    <w:p>
      <w:pPr>
        <w:spacing w:after="80"/>
      </w:pPr>
      <w:r>
        <w:rPr>
          <w:b w:val="0"/>
          <w:i w:val="0"/>
        </w:rPr>
        <w:t>Vấn đề hiệu suất</w:t>
      </w:r>
    </w:p>
    <w:p>
      <w:pPr>
        <w:spacing w:after="80"/>
      </w:pPr>
      <w:r>
        <w:rPr>
          <w:b w:val="0"/>
          <w:i w:val="0"/>
        </w:rPr>
        <w:t>Hành vi cá nhân, đánh giá về</w:t>
      </w:r>
    </w:p>
    <w:p>
      <w:pPr>
        <w:spacing w:after="80"/>
      </w:pPr>
      <w:r>
        <w:rPr>
          <w:b w:val="0"/>
          <w:i w:val="0"/>
        </w:rPr>
        <w:t>Động lực chính trị</w:t>
      </w:r>
    </w:p>
    <w:p>
      <w:pPr>
        <w:spacing w:after="80"/>
      </w:pPr>
      <w:r>
        <w:rPr>
          <w:b w:val="0"/>
          <w:i w:val="0"/>
        </w:rPr>
        <w:t>Định kiến có sẵn</w:t>
      </w:r>
    </w:p>
    <w:p>
      <w:pPr>
        <w:spacing w:after="80"/>
      </w:pPr>
      <w:r>
        <w:rPr>
          <w:b w:val="0"/>
          <w:i w:val="0"/>
        </w:rPr>
        <w:t>Thuyết trình</w:t>
      </w:r>
    </w:p>
    <w:p>
      <w:pPr>
        <w:spacing w:after="80"/>
      </w:pPr>
      <w:r>
        <w:rPr>
          <w:b w:val="0"/>
          <w:i w:val="0"/>
        </w:rPr>
        <w:t>trả lời những người chỉ trích</w:t>
      </w:r>
    </w:p>
    <w:p>
      <w:pPr>
        <w:spacing w:after="80"/>
      </w:pPr>
      <w:r>
        <w:rPr>
          <w:b w:val="0"/>
          <w:i w:val="0"/>
        </w:rPr>
        <w:t>đề nghị chốt hợp đồng</w:t>
      </w:r>
    </w:p>
    <w:p>
      <w:pPr>
        <w:spacing w:after="80"/>
      </w:pPr>
      <w:r>
        <w:rPr>
          <w:b w:val="0"/>
          <w:i w:val="0"/>
        </w:rPr>
        <w:t>sự tham gia của khán giả</w:t>
      </w:r>
    </w:p>
    <w:p>
      <w:pPr>
        <w:spacing w:after="80"/>
      </w:pPr>
      <w:r>
        <w:rPr>
          <w:b w:val="0"/>
          <w:i w:val="0"/>
        </w:rPr>
        <w:t>kỳ vọng của khách hàng</w:t>
      </w:r>
    </w:p>
    <w:p>
      <w:pPr>
        <w:spacing w:after="80"/>
      </w:pPr>
      <w:r>
        <w:rPr>
          <w:b w:val="0"/>
          <w:i w:val="0"/>
        </w:rPr>
        <w:t>hợp tác với khách hàng</w:t>
      </w:r>
    </w:p>
    <w:p>
      <w:pPr>
        <w:spacing w:after="80"/>
      </w:pPr>
      <w:r>
        <w:rPr>
          <w:b w:val="0"/>
          <w:i w:val="0"/>
        </w:rPr>
        <w:t>mang tính cạnh tranh</w:t>
      </w:r>
    </w:p>
    <w:p>
      <w:pPr>
        <w:spacing w:after="80"/>
      </w:pPr>
      <w:r>
        <w:rPr>
          <w:b w:val="0"/>
          <w:i w:val="0"/>
        </w:rPr>
        <w:t>xây dựng sự đồng thuận</w:t>
      </w:r>
    </w:p>
    <w:p>
      <w:pPr>
        <w:spacing w:after="80"/>
      </w:pPr>
      <w:r>
        <w:rPr>
          <w:b w:val="0"/>
          <w:i w:val="0"/>
        </w:rPr>
        <w:t>tài liệu phát tay</w:t>
      </w:r>
    </w:p>
    <w:p>
      <w:pPr>
        <w:spacing w:after="80"/>
      </w:pPr>
      <w:r>
        <w:rPr>
          <w:b w:val="0"/>
          <w:i w:val="0"/>
        </w:rPr>
        <w:t>giới thiệu</w:t>
      </w:r>
    </w:p>
    <w:p>
      <w:pPr>
        <w:spacing w:after="80"/>
      </w:pPr>
      <w:r>
        <w:rPr>
          <w:b w:val="0"/>
          <w:i w:val="0"/>
        </w:rPr>
        <w:t>chia nhỏ thông điệp</w:t>
      </w:r>
    </w:p>
    <w:p>
      <w:pPr>
        <w:spacing w:after="80"/>
      </w:pPr>
      <w:r>
        <w:rPr>
          <w:b w:val="0"/>
          <w:i w:val="0"/>
        </w:rPr>
        <w:t>mục tiêu của</w:t>
      </w:r>
    </w:p>
    <w:p>
      <w:pPr>
        <w:spacing w:after="80"/>
      </w:pPr>
      <w:r>
        <w:rPr>
          <w:b w:val="0"/>
          <w:i w:val="0"/>
        </w:rPr>
        <w:t>thứ tự của</w:t>
      </w:r>
    </w:p>
    <w:p>
      <w:pPr>
        <w:spacing w:after="80"/>
      </w:pPr>
      <w:r>
        <w:rPr>
          <w:b w:val="0"/>
          <w:i w:val="0"/>
        </w:rPr>
        <w:t>chuẩn bị cho</w:t>
      </w:r>
    </w:p>
    <w:p>
      <w:pPr>
        <w:spacing w:after="80"/>
      </w:pPr>
      <w:r>
        <w:rPr>
          <w:b w:val="0"/>
          <w:i w:val="0"/>
        </w:rPr>
        <w:t>chứng minh mọi luận điểm</w:t>
      </w:r>
    </w:p>
    <w:p>
      <w:pPr>
        <w:spacing w:after="80"/>
      </w:pPr>
      <w:r>
        <w:rPr>
          <w:b w:val="0"/>
          <w:i w:val="0"/>
        </w:rPr>
        <w:t>việc tập dượt</w:t>
      </w:r>
    </w:p>
    <w:p>
      <w:pPr>
        <w:spacing w:after="80"/>
      </w:pPr>
      <w:r>
        <w:rPr>
          <w:b w:val="0"/>
          <w:i w:val="0"/>
        </w:rPr>
        <w:t>sự phản kháng đối với</w:t>
      </w:r>
    </w:p>
    <w:p>
      <w:pPr>
        <w:spacing w:after="80"/>
      </w:pPr>
      <w:r>
        <w:rPr>
          <w:b w:val="0"/>
          <w:i w:val="0"/>
        </w:rPr>
        <w:t>sử dụng cuộc gọi hội nghị</w:t>
      </w:r>
    </w:p>
    <w:p>
      <w:pPr>
        <w:spacing w:after="80"/>
      </w:pPr>
      <w:r>
        <w:rPr>
          <w:b w:val="0"/>
          <w:i w:val="0"/>
        </w:rPr>
        <w:t>sử dụng hội thảo trực tuyến (webcast)</w:t>
      </w:r>
    </w:p>
    <w:p>
      <w:pPr>
        <w:spacing w:after="80"/>
      </w:pPr>
      <w:r>
        <w:rPr>
          <w:b w:val="0"/>
          <w:i w:val="0"/>
        </w:rPr>
        <w:t>phản hồi qua video</w:t>
      </w:r>
    </w:p>
    <w:p>
      <w:pPr>
        <w:spacing w:after="80"/>
      </w:pPr>
      <w:r>
        <w:rPr>
          <w:b w:val="0"/>
          <w:i w:val="0"/>
        </w:rPr>
        <w:t>Giá</w:t>
      </w:r>
    </w:p>
    <w:p>
      <w:pPr>
        <w:spacing w:after="80"/>
      </w:pPr>
      <w:r>
        <w:rPr>
          <w:b w:val="0"/>
          <w:i w:val="0"/>
        </w:rPr>
        <w:t>Giảm giá</w:t>
      </w:r>
    </w:p>
    <w:p>
      <w:pPr>
        <w:spacing w:after="80"/>
      </w:pPr>
      <w:r>
        <w:rPr>
          <w:b w:val="0"/>
          <w:i w:val="0"/>
        </w:rPr>
        <w:t>Ưu tiên của khách hàng</w:t>
      </w:r>
    </w:p>
    <w:p>
      <w:pPr>
        <w:spacing w:after="80"/>
      </w:pPr>
      <w:r>
        <w:rPr>
          <w:b w:val="0"/>
          <w:i w:val="0"/>
        </w:rPr>
        <w:t>Phân tích vấn đề</w:t>
      </w:r>
    </w:p>
    <w:p>
      <w:pPr>
        <w:spacing w:after="80"/>
      </w:pPr>
      <w:r>
        <w:rPr>
          <w:b w:val="0"/>
          <w:i w:val="0"/>
        </w:rPr>
        <w:t>Xác định vấn đề</w:t>
      </w:r>
    </w:p>
    <w:p>
      <w:pPr>
        <w:spacing w:after="80"/>
      </w:pPr>
      <w:r>
        <w:rPr>
          <w:b w:val="0"/>
          <w:i w:val="0"/>
        </w:rPr>
        <w:t>Tuyên bố vấn đề</w:t>
      </w:r>
    </w:p>
    <w:p>
      <w:pPr>
        <w:spacing w:after="80"/>
      </w:pPr>
      <w:r>
        <w:rPr>
          <w:b w:val="0"/>
          <w:i w:val="0"/>
        </w:rPr>
        <w:t>Các quy trình</w:t>
      </w:r>
    </w:p>
    <w:p>
      <w:pPr>
        <w:spacing w:after="80"/>
      </w:pPr>
      <w:r>
        <w:rPr>
          <w:b w:val="0"/>
          <w:i w:val="0"/>
        </w:rPr>
        <w:t>việc mua</w:t>
      </w:r>
    </w:p>
    <w:p>
      <w:pPr>
        <w:spacing w:after="80"/>
      </w:pPr>
      <w:r>
        <w:rPr>
          <w:b w:val="0"/>
          <w:i w:val="0"/>
        </w:rPr>
        <w:t>việc ra quyết định</w:t>
      </w:r>
    </w:p>
    <w:p>
      <w:pPr>
        <w:spacing w:after="80"/>
      </w:pPr>
      <w:r>
        <w:rPr>
          <w:b w:val="0"/>
          <w:i w:val="0"/>
        </w:rPr>
        <w:t>việc phân rã</w:t>
      </w:r>
    </w:p>
    <w:p>
      <w:pPr>
        <w:spacing w:after="80"/>
      </w:pPr>
      <w:r>
        <w:rPr>
          <w:b w:val="0"/>
          <w:i w:val="0"/>
        </w:rPr>
        <w:t>việc mổ xẻ</w:t>
      </w:r>
    </w:p>
    <w:p>
      <w:pPr>
        <w:spacing w:after="80"/>
      </w:pPr>
      <w:r>
        <w:rPr>
          <w:b w:val="0"/>
          <w:i w:val="0"/>
        </w:rPr>
        <w:t>sự thất bại của</w:t>
      </w:r>
    </w:p>
    <w:p>
      <w:pPr>
        <w:spacing w:after="80"/>
      </w:pPr>
      <w:r>
        <w:rPr>
          <w:b w:val="0"/>
          <w:i w:val="0"/>
        </w:rPr>
        <w:t>sự tích hợp của</w:t>
      </w:r>
    </w:p>
    <w:p>
      <w:pPr>
        <w:spacing w:after="80"/>
      </w:pPr>
      <w:r>
        <w:rPr>
          <w:b w:val="0"/>
          <w:i w:val="0"/>
        </w:rPr>
        <w:t>sự hài lòng với</w:t>
      </w:r>
    </w:p>
    <w:p>
      <w:pPr>
        <w:spacing w:after="80"/>
      </w:pPr>
      <w:r>
        <w:rPr>
          <w:b w:val="0"/>
          <w:i w:val="0"/>
        </w:rPr>
        <w:t>việc bán</w:t>
      </w:r>
    </w:p>
    <w:p>
      <w:pPr>
        <w:spacing w:after="80"/>
      </w:pPr>
      <w:r>
        <w:rPr>
          <w:b w:val="0"/>
          <w:i w:val="0"/>
        </w:rPr>
        <w:t>những thay đổi trong</w:t>
      </w:r>
    </w:p>
    <w:p>
      <w:pPr>
        <w:spacing w:after="80"/>
      </w:pPr>
      <w:r>
        <w:rPr>
          <w:b w:val="0"/>
          <w:i w:val="0"/>
        </w:rPr>
        <w:t>tính phù hợp của</w:t>
      </w:r>
    </w:p>
    <w:p>
      <w:pPr>
        <w:spacing w:after="80"/>
      </w:pPr>
      <w:r>
        <w:rPr>
          <w:b w:val="0"/>
          <w:i w:val="0"/>
        </w:rPr>
        <w:t>sự hỗ trợ cho</w:t>
      </w:r>
    </w:p>
    <w:p>
      <w:pPr>
        <w:spacing w:after="80"/>
      </w:pPr>
      <w:r>
        <w:rPr>
          <w:b w:val="0"/>
          <w:i w:val="0"/>
        </w:rPr>
        <w:t>Các giám đốc điều hành mua sắm</w:t>
      </w:r>
    </w:p>
    <w:p>
      <w:pPr>
        <w:spacing w:after="80"/>
      </w:pPr>
      <w:r>
        <w:rPr>
          <w:b w:val="0"/>
          <w:i w:val="0"/>
        </w:rPr>
        <w:t>Các giao dịch hiệu quả, giá trị của</w:t>
      </w:r>
    </w:p>
    <w:p>
      <w:pPr>
        <w:spacing w:after="80"/>
      </w:pPr>
      <w:r>
        <w:rPr>
          <w:b w:val="0"/>
          <w:i w:val="0"/>
        </w:rPr>
        <w:t>Phát triển chuyên môn</w:t>
      </w:r>
    </w:p>
    <w:p>
      <w:pPr>
        <w:spacing w:after="80"/>
      </w:pPr>
      <w:r>
        <w:rPr>
          <w:b w:val="0"/>
          <w:i w:val="0"/>
        </w:rPr>
        <w:t>Dịch vụ chuyên môn</w:t>
      </w:r>
    </w:p>
    <w:p>
      <w:pPr>
        <w:spacing w:after="80"/>
      </w:pPr>
      <w:r>
        <w:rPr>
          <w:b w:val="0"/>
          <w:i w:val="0"/>
        </w:rPr>
        <w:t>do khách hàng xác định</w:t>
      </w:r>
    </w:p>
    <w:p>
      <w:pPr>
        <w:spacing w:after="80"/>
      </w:pPr>
      <w:r>
        <w:rPr>
          <w:b w:val="0"/>
          <w:i w:val="0"/>
        </w:rPr>
        <w:t>định nghĩa</w:t>
      </w:r>
    </w:p>
    <w:p>
      <w:pPr>
        <w:spacing w:after="80"/>
      </w:pPr>
      <w:r>
        <w:rPr>
          <w:b w:val="0"/>
          <w:i w:val="0"/>
        </w:rPr>
        <w:t>xu hướng</w:t>
      </w:r>
    </w:p>
    <w:p>
      <w:pPr>
        <w:spacing w:after="80"/>
      </w:pPr>
      <w:r>
        <w:rPr>
          <w:b w:val="0"/>
          <w:i w:val="0"/>
        </w:rPr>
        <w:t>Biên lợi nhuận</w:t>
      </w:r>
    </w:p>
    <w:p>
      <w:pPr>
        <w:spacing w:after="80"/>
      </w:pPr>
      <w:r>
        <w:rPr>
          <w:b w:val="0"/>
          <w:i w:val="0"/>
        </w:rPr>
        <w:t>Dự án</w:t>
      </w:r>
    </w:p>
    <w:p>
      <w:pPr>
        <w:spacing w:after="80"/>
      </w:pPr>
      <w:r>
        <w:rPr>
          <w:b w:val="0"/>
          <w:i w:val="0"/>
        </w:rPr>
        <w:t>cách tiếp cận, điều chỉnh</w:t>
      </w:r>
    </w:p>
    <w:p>
      <w:pPr>
        <w:spacing w:after="80"/>
      </w:pPr>
      <w:r>
        <w:rPr>
          <w:b w:val="0"/>
          <w:i w:val="0"/>
        </w:rPr>
        <w:t>định hướng, thay đổi</w:t>
      </w:r>
    </w:p>
    <w:p>
      <w:pPr>
        <w:spacing w:after="80"/>
      </w:pPr>
      <w:r>
        <w:rPr>
          <w:b w:val="0"/>
          <w:i w:val="0"/>
        </w:rPr>
        <w:t>quản lý, vai trò của nhân viên bán hàng</w:t>
      </w:r>
    </w:p>
    <w:p>
      <w:pPr>
        <w:spacing w:after="80"/>
      </w:pPr>
      <w:r>
        <w:rPr>
          <w:b w:val="0"/>
          <w:i w:val="0"/>
        </w:rPr>
        <w:t>lịch trình</w:t>
      </w:r>
    </w:p>
    <w:p>
      <w:pPr>
        <w:spacing w:after="80"/>
      </w:pPr>
      <w:r>
        <w:rPr>
          <w:b w:val="0"/>
          <w:i w:val="0"/>
        </w:rPr>
        <w:t>Thuyết trình đề xuất. Xem Thuyết trình</w:t>
      </w:r>
    </w:p>
    <w:p>
      <w:pPr>
        <w:spacing w:after="80"/>
      </w:pPr>
      <w:r>
        <w:rPr>
          <w:b w:val="0"/>
          <w:i w:val="0"/>
        </w:rPr>
        <w:t>Đề xuất</w:t>
      </w:r>
    </w:p>
    <w:p>
      <w:pPr>
        <w:spacing w:after="80"/>
      </w:pPr>
      <w:r>
        <w:rPr>
          <w:b w:val="0"/>
          <w:i w:val="0"/>
        </w:rPr>
        <w:t>phụ lục</w:t>
      </w:r>
    </w:p>
    <w:p>
      <w:pPr>
        <w:spacing w:after="80"/>
      </w:pPr>
      <w:r>
        <w:rPr>
          <w:b w:val="0"/>
          <w:i w:val="0"/>
        </w:rPr>
        <w:t>đối tượng cho</w:t>
      </w:r>
    </w:p>
    <w:p>
      <w:pPr>
        <w:spacing w:after="80"/>
      </w:pPr>
      <w:r>
        <w:rPr>
          <w:b w:val="0"/>
          <w:i w:val="0"/>
        </w:rPr>
        <w:t>dựa trên tuyên bố vấn đề</w:t>
      </w:r>
    </w:p>
    <w:p>
      <w:pPr>
        <w:spacing w:after="80"/>
      </w:pPr>
      <w:r>
        <w:rPr>
          <w:b w:val="0"/>
          <w:i w:val="0"/>
        </w:rPr>
        <w:t>các chủ đề thắng lợi của người mua</w:t>
      </w:r>
    </w:p>
    <w:p>
      <w:pPr>
        <w:spacing w:after="80"/>
      </w:pPr>
      <w:r>
        <w:rPr>
          <w:b w:val="0"/>
          <w:i w:val="0"/>
        </w:rPr>
        <w:t>sự rõ ràng và chính xác của</w:t>
      </w:r>
    </w:p>
    <w:p>
      <w:pPr>
        <w:spacing w:after="80"/>
      </w:pPr>
      <w:r>
        <w:rPr>
          <w:b w:val="0"/>
          <w:i w:val="0"/>
        </w:rPr>
        <w:t>kỳ vọng của khách hàng</w:t>
      </w:r>
    </w:p>
    <w:p>
      <w:pPr>
        <w:spacing w:after="80"/>
      </w:pPr>
      <w:r>
        <w:rPr>
          <w:b w:val="0"/>
          <w:i w:val="0"/>
        </w:rPr>
        <w:t>lợi ích của khách hàng trong</w:t>
      </w:r>
    </w:p>
    <w:p>
      <w:pPr>
        <w:spacing w:after="80"/>
      </w:pPr>
      <w:r>
        <w:rPr>
          <w:b w:val="0"/>
          <w:i w:val="0"/>
        </w:rPr>
        <w:t>phần kết quả mong đợi</w:t>
      </w:r>
    </w:p>
    <w:p>
      <w:pPr>
        <w:spacing w:after="80"/>
      </w:pPr>
      <w:r>
        <w:rPr>
          <w:b w:val="0"/>
          <w:i w:val="0"/>
        </w:rPr>
        <w:t>người đọc đầu tiên</w:t>
      </w:r>
    </w:p>
    <w:p>
      <w:pPr>
        <w:spacing w:after="80"/>
      </w:pPr>
      <w:r>
        <w:rPr>
          <w:b w:val="0"/>
          <w:i w:val="0"/>
        </w:rPr>
        <w:t>năm câu hỏi</w:t>
      </w:r>
    </w:p>
    <w:p>
      <w:pPr>
        <w:spacing w:after="80"/>
      </w:pPr>
      <w:r>
        <w:rPr>
          <w:b w:val="0"/>
          <w:i w:val="0"/>
        </w:rPr>
        <w:t>ngôn ngữ cần tránh</w:t>
      </w:r>
    </w:p>
    <w:p>
      <w:pPr>
        <w:spacing w:after="80"/>
      </w:pPr>
      <w:r>
        <w:rPr>
          <w:b w:val="0"/>
          <w:i w:val="0"/>
        </w:rPr>
        <w:t>người đọc cuối cùng</w:t>
      </w:r>
    </w:p>
    <w:p>
      <w:pPr>
        <w:spacing w:after="80"/>
      </w:pPr>
      <w:r>
        <w:rPr>
          <w:b w:val="0"/>
          <w:i w:val="0"/>
        </w:rPr>
        <w:t>phần nhu cầu thay đổi</w:t>
      </w:r>
    </w:p>
    <w:p>
      <w:pPr>
        <w:spacing w:after="80"/>
      </w:pPr>
      <w:r>
        <w:rPr>
          <w:b w:val="0"/>
          <w:i w:val="0"/>
        </w:rPr>
        <w:t>phần con người/đội ngũ</w:t>
      </w:r>
    </w:p>
    <w:p>
      <w:pPr>
        <w:spacing w:after="80"/>
      </w:pPr>
      <w:r>
        <w:rPr>
          <w:b w:val="0"/>
          <w:i w:val="0"/>
        </w:rPr>
        <w:t>chứng minh mọi tuyên bố</w:t>
      </w:r>
    </w:p>
    <w:p>
      <w:pPr>
        <w:spacing w:after="80"/>
      </w:pPr>
      <w:r>
        <w:rPr>
          <w:b w:val="0"/>
          <w:i w:val="0"/>
        </w:rPr>
        <w:t>phần năng lực</w:t>
      </w:r>
    </w:p>
    <w:p>
      <w:pPr>
        <w:spacing w:after="80"/>
      </w:pPr>
      <w:r>
        <w:rPr>
          <w:b w:val="0"/>
          <w:i w:val="0"/>
        </w:rPr>
        <w:t>các yêu cầu cho</w:t>
      </w:r>
    </w:p>
    <w:p>
      <w:pPr>
        <w:spacing w:after="80"/>
      </w:pPr>
      <w:r>
        <w:rPr>
          <w:b w:val="0"/>
          <w:i w:val="0"/>
        </w:rPr>
        <w:t>phần phạm vi và chiến lược</w:t>
      </w:r>
    </w:p>
    <w:p>
      <w:pPr>
        <w:spacing w:after="80"/>
      </w:pPr>
      <w:r>
        <w:rPr>
          <w:b w:val="0"/>
          <w:i w:val="0"/>
        </w:rPr>
        <w:t>bảy phần</w:t>
      </w:r>
    </w:p>
    <w:p>
      <w:pPr>
        <w:spacing w:after="80"/>
      </w:pPr>
      <w:r>
        <w:rPr>
          <w:b w:val="0"/>
          <w:i w:val="0"/>
        </w:rPr>
        <w:t>phần tóm tắt</w:t>
      </w:r>
    </w:p>
    <w:p>
      <w:pPr>
        <w:spacing w:after="80"/>
      </w:pPr>
      <w:r>
        <w:rPr>
          <w:b w:val="0"/>
          <w:i w:val="0"/>
        </w:rPr>
        <w:t>ba bước</w:t>
      </w:r>
    </w:p>
    <w:p>
      <w:pPr>
        <w:spacing w:after="80"/>
      </w:pPr>
      <w:r>
        <w:rPr>
          <w:b w:val="0"/>
          <w:i w:val="0"/>
        </w:rPr>
        <w:t>phần thời gian và chi phí</w:t>
      </w:r>
    </w:p>
    <w:p>
      <w:pPr>
        <w:spacing w:after="80"/>
      </w:pPr>
      <w:r>
        <w:rPr>
          <w:b w:val="0"/>
          <w:i w:val="0"/>
        </w:rPr>
        <w:t>Khách hàng khu vực công</w:t>
      </w:r>
    </w:p>
    <w:p>
      <w:pPr>
        <w:pStyle w:val="Heading3"/>
      </w:pPr>
      <w:r>
        <w:rPr>
          <w:rFonts w:ascii="Calibri" w:hAnsi="Calibri"/>
          <w:b/>
          <w:i w:val="0"/>
          <w:sz w:val="26"/>
        </w:rPr>
        <w:t>Q</w:t>
      </w:r>
    </w:p>
    <w:p>
      <w:pPr>
        <w:spacing w:after="80"/>
      </w:pPr>
      <w:r>
        <w:rPr>
          <w:b w:val="0"/>
          <w:i w:val="0"/>
        </w:rPr>
        <w:t>Trình độ chuyên môn. Xem Chuyên môn</w:t>
      </w:r>
    </w:p>
    <w:p>
      <w:pPr>
        <w:spacing w:after="80"/>
      </w:pPr>
      <w:r>
        <w:rPr>
          <w:b w:val="0"/>
          <w:i w:val="0"/>
        </w:rPr>
        <w:t>Câu hỏi</w:t>
      </w:r>
    </w:p>
    <w:p>
      <w:pPr>
        <w:spacing w:after="80"/>
      </w:pPr>
      <w:r>
        <w:rPr>
          <w:b w:val="0"/>
          <w:i w:val="0"/>
        </w:rPr>
        <w:t>đánh giá</w:t>
      </w:r>
    </w:p>
    <w:p>
      <w:pPr>
        <w:spacing w:after="80"/>
      </w:pPr>
      <w:r>
        <w:rPr>
          <w:b w:val="0"/>
          <w:i w:val="0"/>
        </w:rPr>
        <w:t>so sánh và đối chiếu</w:t>
      </w:r>
    </w:p>
    <w:p>
      <w:pPr>
        <w:spacing w:after="80"/>
      </w:pPr>
      <w:r>
        <w:rPr>
          <w:b w:val="0"/>
          <w:i w:val="0"/>
        </w:rPr>
        <w:t>dễ/nhập môn</w:t>
      </w:r>
    </w:p>
    <w:p>
      <w:pPr>
        <w:spacing w:after="80"/>
      </w:pPr>
      <w:r>
        <w:rPr>
          <w:b w:val="0"/>
          <w:i w:val="0"/>
        </w:rPr>
        <w:t>hình dung</w:t>
      </w:r>
    </w:p>
    <w:p>
      <w:pPr>
        <w:spacing w:after="80"/>
      </w:pPr>
      <w:r>
        <w:rPr>
          <w:b w:val="0"/>
          <w:i w:val="0"/>
        </w:rPr>
        <w:t>tìm hiểu sự thật</w:t>
      </w:r>
    </w:p>
    <w:p>
      <w:pPr>
        <w:spacing w:after="80"/>
      </w:pPr>
      <w:r>
        <w:rPr>
          <w:b w:val="0"/>
          <w:i w:val="0"/>
        </w:rPr>
        <w:t>để xác định và làm rõ các vấn đề</w:t>
      </w:r>
    </w:p>
    <w:p>
      <w:pPr>
        <w:pStyle w:val="Heading3"/>
      </w:pPr>
      <w:r>
        <w:rPr>
          <w:rFonts w:ascii="Calibri" w:hAnsi="Calibri"/>
          <w:b/>
          <w:i w:val="0"/>
          <w:sz w:val="26"/>
        </w:rPr>
        <w:t>R</w:t>
      </w:r>
    </w:p>
    <w:p>
      <w:pPr>
        <w:spacing w:after="80"/>
      </w:pPr>
      <w:r>
        <w:rPr>
          <w:b w:val="0"/>
          <w:i w:val="0"/>
        </w:rPr>
        <w:t>Những người tạo mưa. Xem thêm Bảy nhân Bảy Người bán hàng</w:t>
      </w:r>
    </w:p>
    <w:p>
      <w:pPr>
        <w:spacing w:after="80"/>
      </w:pPr>
      <w:r>
        <w:rPr>
          <w:b w:val="0"/>
          <w:i w:val="0"/>
        </w:rPr>
        <w:t>các khả năng của</w:t>
      </w:r>
    </w:p>
    <w:p>
      <w:pPr>
        <w:spacing w:after="80"/>
      </w:pPr>
      <w:r>
        <w:rPr>
          <w:b w:val="0"/>
          <w:i w:val="0"/>
        </w:rPr>
        <w:t>sự phát triển của kỹ năng</w:t>
      </w:r>
    </w:p>
    <w:p>
      <w:pPr>
        <w:spacing w:after="80"/>
      </w:pPr>
      <w:r>
        <w:rPr>
          <w:b w:val="0"/>
          <w:i w:val="0"/>
        </w:rPr>
        <w:t>việc nhận diện</w:t>
      </w:r>
    </w:p>
    <w:p>
      <w:pPr>
        <w:spacing w:after="80"/>
      </w:pPr>
      <w:r>
        <w:rPr>
          <w:b w:val="0"/>
          <w:i w:val="0"/>
        </w:rPr>
        <w:t>tư duy của</w:t>
      </w:r>
    </w:p>
    <w:p>
      <w:pPr>
        <w:spacing w:after="80"/>
      </w:pPr>
      <w:r>
        <w:rPr>
          <w:b w:val="0"/>
          <w:i w:val="0"/>
        </w:rPr>
        <w:t>những câu hỏi được đặt ra bởi</w:t>
      </w:r>
    </w:p>
    <w:p>
      <w:pPr>
        <w:spacing w:after="80"/>
      </w:pPr>
      <w:r>
        <w:rPr>
          <w:b w:val="0"/>
          <w:i w:val="0"/>
        </w:rPr>
        <w:t>những đặc điểm của</w:t>
      </w:r>
    </w:p>
    <w:p>
      <w:pPr>
        <w:spacing w:after="80"/>
      </w:pPr>
      <w:r>
        <w:rPr>
          <w:b w:val="0"/>
          <w:i w:val="0"/>
        </w:rPr>
        <w:t>Mức độ sẵn sàng của khách hàng</w:t>
      </w:r>
    </w:p>
    <w:p>
      <w:pPr>
        <w:spacing w:after="80"/>
      </w:pPr>
      <w:r>
        <w:rPr>
          <w:b w:val="0"/>
          <w:i w:val="0"/>
        </w:rPr>
        <w:t>Hiệu ứng gần đây (recency effect)</w:t>
      </w:r>
    </w:p>
    <w:p>
      <w:pPr>
        <w:spacing w:after="80"/>
      </w:pPr>
      <w:r>
        <w:rPr>
          <w:b w:val="0"/>
          <w:i w:val="0"/>
        </w:rPr>
        <w:t>Kiểm tra và gọi điện tham chiếu</w:t>
      </w:r>
    </w:p>
    <w:p>
      <w:pPr>
        <w:spacing w:after="80"/>
      </w:pPr>
      <w:r>
        <w:rPr>
          <w:b w:val="0"/>
          <w:i w:val="0"/>
        </w:rPr>
        <w:t>Sự từ chối</w:t>
      </w:r>
    </w:p>
    <w:p>
      <w:pPr>
        <w:spacing w:after="80"/>
      </w:pPr>
      <w:r>
        <w:rPr>
          <w:b w:val="0"/>
          <w:i w:val="0"/>
        </w:rPr>
        <w:t>Các nhà quản lý quan hệ khách hàng</w:t>
      </w:r>
    </w:p>
    <w:p>
      <w:pPr>
        <w:spacing w:after="80"/>
      </w:pPr>
      <w:r>
        <w:rPr>
          <w:b w:val="0"/>
          <w:i w:val="0"/>
        </w:rPr>
        <w:t>Các mối quan hệ</w:t>
      </w:r>
    </w:p>
    <w:p>
      <w:pPr>
        <w:spacing w:after="80"/>
      </w:pPr>
      <w:r>
        <w:rPr>
          <w:b w:val="0"/>
          <w:i w:val="0"/>
        </w:rPr>
        <w:t>với khách hàng. Xem Quan hệ khách hàng</w:t>
      </w:r>
    </w:p>
    <w:p>
      <w:pPr>
        <w:spacing w:after="80"/>
      </w:pPr>
      <w:r>
        <w:rPr>
          <w:b w:val="0"/>
          <w:i w:val="0"/>
        </w:rPr>
        <w:t>với đồng nghiệp</w:t>
      </w:r>
    </w:p>
    <w:p>
      <w:pPr>
        <w:spacing w:after="80"/>
      </w:pPr>
      <w:r>
        <w:rPr>
          <w:b w:val="0"/>
          <w:i w:val="0"/>
        </w:rPr>
        <w:t>xây dựng lòng tin</w:t>
      </w:r>
    </w:p>
    <w:p>
      <w:pPr>
        <w:spacing w:after="80"/>
      </w:pPr>
      <w:r>
        <w:rPr>
          <w:b w:val="0"/>
          <w:i w:val="0"/>
        </w:rPr>
        <w:t>mang tính chiến lược</w:t>
      </w:r>
    </w:p>
    <w:p>
      <w:pPr>
        <w:spacing w:after="80"/>
      </w:pPr>
      <w:r>
        <w:rPr>
          <w:b w:val="0"/>
          <w:i w:val="0"/>
        </w:rPr>
        <w:t>Nghiên cứu</w:t>
      </w:r>
    </w:p>
    <w:p>
      <w:pPr>
        <w:spacing w:after="80"/>
      </w:pPr>
      <w:r>
        <w:rPr>
          <w:b w:val="0"/>
          <w:i w:val="0"/>
        </w:rPr>
        <w:t>về đối thủ cạnh tranh của khách hàng</w:t>
      </w:r>
    </w:p>
    <w:p>
      <w:pPr>
        <w:spacing w:after="80"/>
      </w:pPr>
      <w:r>
        <w:rPr>
          <w:b w:val="0"/>
          <w:i w:val="0"/>
        </w:rPr>
        <w:t>thông tin thiết yếu</w:t>
      </w:r>
    </w:p>
    <w:p>
      <w:pPr>
        <w:spacing w:after="80"/>
      </w:pPr>
      <w:r>
        <w:rPr>
          <w:b w:val="0"/>
          <w:i w:val="0"/>
        </w:rPr>
        <w:t>Sự kháng cự</w:t>
      </w:r>
    </w:p>
    <w:p>
      <w:pPr>
        <w:spacing w:after="80"/>
      </w:pPr>
      <w:r>
        <w:rPr>
          <w:b w:val="0"/>
          <w:i w:val="0"/>
        </w:rPr>
        <w:t>với thay đổi</w:t>
      </w:r>
    </w:p>
    <w:p>
      <w:pPr>
        <w:spacing w:after="80"/>
      </w:pPr>
      <w:r>
        <w:rPr>
          <w:b w:val="0"/>
          <w:i w:val="0"/>
        </w:rPr>
        <w:t>với các bài thuyết trình</w:t>
      </w:r>
    </w:p>
    <w:p>
      <w:pPr>
        <w:spacing w:after="80"/>
      </w:pPr>
      <w:r>
        <w:rPr>
          <w:b w:val="0"/>
          <w:i w:val="0"/>
        </w:rPr>
        <w:t>Khả năng đáp ứng</w:t>
      </w:r>
    </w:p>
    <w:p>
      <w:pPr>
        <w:spacing w:after="80"/>
      </w:pPr>
      <w:r>
        <w:rPr>
          <w:b w:val="0"/>
          <w:i w:val="0"/>
        </w:rPr>
        <w:t>Rủi ro</w:t>
      </w:r>
    </w:p>
    <w:p>
      <w:pPr>
        <w:spacing w:after="80"/>
      </w:pPr>
      <w:r>
        <w:rPr>
          <w:b w:val="0"/>
          <w:i w:val="0"/>
        </w:rPr>
        <w:t>sự nghiệp</w:t>
      </w:r>
    </w:p>
    <w:p>
      <w:pPr>
        <w:spacing w:after="80"/>
      </w:pPr>
      <w:r>
        <w:rPr>
          <w:b w:val="0"/>
          <w:i w:val="0"/>
        </w:rPr>
        <w:t>nỗi sợ của khách hàng về</w:t>
      </w:r>
    </w:p>
    <w:p>
      <w:pPr>
        <w:spacing w:after="80"/>
      </w:pPr>
      <w:r>
        <w:rPr>
          <w:b w:val="0"/>
          <w:i w:val="0"/>
        </w:rPr>
        <w:t>việc thực thi</w:t>
      </w:r>
    </w:p>
    <w:p>
      <w:pPr>
        <w:spacing w:after="80"/>
      </w:pPr>
      <w:r>
        <w:rPr>
          <w:b w:val="0"/>
          <w:i w:val="0"/>
        </w:rPr>
        <w:t>tài chính</w:t>
      </w:r>
    </w:p>
    <w:p>
      <w:pPr>
        <w:spacing w:after="80"/>
      </w:pPr>
      <w:r>
        <w:rPr>
          <w:b w:val="0"/>
          <w:i w:val="0"/>
        </w:rPr>
        <w:t>việc giảm thiểu</w:t>
      </w:r>
    </w:p>
    <w:p>
      <w:pPr>
        <w:spacing w:after="80"/>
      </w:pPr>
      <w:r>
        <w:rPr>
          <w:b w:val="0"/>
          <w:i w:val="0"/>
        </w:rPr>
        <w:t>vận hành</w:t>
      </w:r>
    </w:p>
    <w:p>
      <w:pPr>
        <w:spacing w:after="80"/>
      </w:pPr>
      <w:r>
        <w:rPr>
          <w:b w:val="0"/>
          <w:i w:val="0"/>
        </w:rPr>
        <w:t>nguồn gốc của</w:t>
      </w:r>
    </w:p>
    <w:p>
      <w:pPr>
        <w:spacing w:after="80"/>
      </w:pPr>
      <w:r>
        <w:rPr>
          <w:b w:val="0"/>
          <w:i w:val="0"/>
        </w:rPr>
        <w:t>nhân tài</w:t>
      </w:r>
    </w:p>
    <w:p>
      <w:pPr>
        <w:spacing w:after="80"/>
      </w:pPr>
      <w:r>
        <w:rPr>
          <w:b w:val="0"/>
          <w:i w:val="0"/>
        </w:rPr>
        <w:t>sự đáng tin cậy và lòng tin</w:t>
      </w:r>
    </w:p>
    <w:p>
      <w:pPr>
        <w:spacing w:after="80"/>
      </w:pPr>
      <w:r>
        <w:rPr>
          <w:b w:val="0"/>
          <w:i w:val="0"/>
        </w:rPr>
        <w:t>Vai trò để thành công</w:t>
      </w:r>
    </w:p>
    <w:p>
      <w:pPr>
        <w:spacing w:after="80"/>
      </w:pPr>
      <w:r>
        <w:rPr>
          <w:b w:val="0"/>
          <w:i w:val="0"/>
        </w:rPr>
        <w:t>cố vấn kinh doanh</w:t>
      </w:r>
    </w:p>
    <w:p>
      <w:pPr>
        <w:spacing w:after="80"/>
      </w:pPr>
      <w:r>
        <w:rPr>
          <w:b w:val="0"/>
          <w:i w:val="0"/>
        </w:rPr>
        <w:t>người dẫn dắt thay đổi</w:t>
      </w:r>
    </w:p>
    <w:p>
      <w:pPr>
        <w:spacing w:after="80"/>
      </w:pPr>
      <w:r>
        <w:rPr>
          <w:b w:val="0"/>
          <w:i w:val="0"/>
        </w:rPr>
        <w:t>người truyền đạt</w:t>
      </w:r>
    </w:p>
    <w:p>
      <w:pPr>
        <w:spacing w:after="80"/>
      </w:pPr>
      <w:r>
        <w:rPr>
          <w:b w:val="0"/>
          <w:i w:val="0"/>
        </w:rPr>
        <w:t>người buôn ý tưởng</w:t>
      </w:r>
    </w:p>
    <w:p>
      <w:pPr>
        <w:spacing w:after="80"/>
      </w:pPr>
      <w:r>
        <w:rPr>
          <w:b w:val="0"/>
          <w:i w:val="0"/>
        </w:rPr>
        <w:t>người lãnh đạo dự án</w:t>
      </w:r>
    </w:p>
    <w:p>
      <w:pPr>
        <w:spacing w:after="80"/>
      </w:pPr>
      <w:r>
        <w:rPr>
          <w:b w:val="0"/>
          <w:i w:val="0"/>
        </w:rPr>
        <w:t>người quản lý quan hệ</w:t>
      </w:r>
    </w:p>
    <w:p>
      <w:pPr>
        <w:spacing w:after="80"/>
      </w:pPr>
      <w:r>
        <w:rPr>
          <w:b w:val="0"/>
          <w:i w:val="0"/>
        </w:rPr>
        <w:t>nhà chiến lược</w:t>
      </w:r>
    </w:p>
    <w:p>
      <w:pPr>
        <w:pStyle w:val="Heading3"/>
      </w:pPr>
      <w:r>
        <w:rPr>
          <w:rFonts w:ascii="Calibri" w:hAnsi="Calibri"/>
          <w:b/>
          <w:i w:val="0"/>
          <w:sz w:val="26"/>
        </w:rPr>
        <w:t>S</w:t>
      </w:r>
    </w:p>
    <w:p>
      <w:pPr>
        <w:spacing w:after="80"/>
      </w:pPr>
      <w:r>
        <w:rPr>
          <w:b w:val="0"/>
          <w:i w:val="0"/>
        </w:rPr>
        <w:t>Bán hàng</w:t>
      </w:r>
    </w:p>
    <w:p>
      <w:pPr>
        <w:spacing w:after="80"/>
      </w:pPr>
      <w:r>
        <w:rPr>
          <w:b w:val="0"/>
          <w:i w:val="0"/>
        </w:rPr>
        <w:t>tỷ lệ chốt đơn</w:t>
      </w:r>
    </w:p>
    <w:p>
      <w:pPr>
        <w:spacing w:after="80"/>
      </w:pPr>
      <w:r>
        <w:rPr>
          <w:b w:val="0"/>
          <w:i w:val="0"/>
        </w:rPr>
        <w:t>khuyên dở/tệ</w:t>
      </w:r>
    </w:p>
    <w:p>
      <w:pPr>
        <w:spacing w:after="80"/>
      </w:pPr>
      <w:r>
        <w:rPr>
          <w:b w:val="0"/>
          <w:i w:val="0"/>
        </w:rPr>
        <w:t>rời bỏ</w:t>
      </w:r>
    </w:p>
    <w:p>
      <w:pPr>
        <w:spacing w:after="80"/>
      </w:pPr>
      <w:r>
        <w:rPr>
          <w:b w:val="0"/>
          <w:i w:val="0"/>
        </w:rPr>
        <w:t>Cuộc gọi bán hàng. Xem Phỏng vấn khách hàng</w:t>
      </w:r>
    </w:p>
    <w:p>
      <w:pPr>
        <w:spacing w:after="80"/>
      </w:pPr>
      <w:r>
        <w:rPr>
          <w:b w:val="0"/>
          <w:i w:val="0"/>
        </w:rPr>
        <w:t>Bậc thầy bán hàng, bảy kỹ năng để</w:t>
      </w:r>
    </w:p>
    <w:p>
      <w:pPr>
        <w:spacing w:after="80"/>
      </w:pPr>
      <w:r>
        <w:rPr>
          <w:b w:val="0"/>
          <w:i w:val="0"/>
        </w:rPr>
        <w:t>Bài thuyết trình bán hàng. Xem Bài thuyết trình</w:t>
      </w:r>
    </w:p>
    <w:p>
      <w:pPr>
        <w:spacing w:after="80"/>
      </w:pPr>
      <w:r>
        <w:rPr>
          <w:b w:val="0"/>
          <w:i w:val="0"/>
        </w:rPr>
        <w:t>Quy trình bán hàng, sự tham gia của khách hàng vào</w:t>
      </w:r>
    </w:p>
    <w:p>
      <w:pPr>
        <w:spacing w:after="80"/>
      </w:pPr>
      <w:r>
        <w:rPr>
          <w:b w:val="0"/>
          <w:i w:val="0"/>
        </w:rPr>
        <w:t>Đề xuất bán hàng. Xem Đề xuất</w:t>
      </w:r>
    </w:p>
    <w:p>
      <w:pPr>
        <w:spacing w:after="80"/>
      </w:pPr>
      <w:r>
        <w:rPr>
          <w:b w:val="0"/>
          <w:i w:val="0"/>
        </w:rPr>
        <w:t>Chiến lược bán hàng</w:t>
      </w:r>
    </w:p>
    <w:p>
      <w:pPr>
        <w:spacing w:after="80"/>
      </w:pPr>
      <w:r>
        <w:rPr>
          <w:b w:val="0"/>
          <w:i w:val="0"/>
        </w:rPr>
        <w:t>“tập trung vào khách hàng”, xii</w:t>
      </w:r>
    </w:p>
    <w:p>
      <w:pPr>
        <w:spacing w:after="80"/>
      </w:pPr>
      <w:r>
        <w:rPr>
          <w:b w:val="0"/>
          <w:i w:val="0"/>
        </w:rPr>
        <w:t>những câu chuyện hấp dẫn</w:t>
      </w:r>
    </w:p>
    <w:p>
      <w:pPr>
        <w:spacing w:after="80"/>
      </w:pPr>
      <w:r>
        <w:rPr>
          <w:b w:val="0"/>
          <w:i w:val="0"/>
        </w:rPr>
        <w:t>đối với khách hàng hiện hữu</w:t>
      </w:r>
    </w:p>
    <w:p>
      <w:pPr>
        <w:spacing w:after="80"/>
      </w:pPr>
      <w:r>
        <w:rPr>
          <w:b w:val="0"/>
          <w:i w:val="0"/>
        </w:rPr>
        <w:t>năm yếu tố của</w:t>
      </w:r>
    </w:p>
    <w:p>
      <w:pPr>
        <w:spacing w:after="80"/>
      </w:pPr>
      <w:r>
        <w:rPr>
          <w:b w:val="0"/>
          <w:i w:val="0"/>
        </w:rPr>
        <w:t>lấy người bán làm trung tâm</w:t>
      </w:r>
    </w:p>
    <w:p>
      <w:pPr>
        <w:spacing w:after="80"/>
      </w:pPr>
      <w:r>
        <w:rPr>
          <w:b w:val="0"/>
          <w:i w:val="0"/>
        </w:rPr>
        <w:t>Kỹ thuật bán hàng</w:t>
      </w:r>
    </w:p>
    <w:p>
      <w:pPr>
        <w:spacing w:after="80"/>
      </w:pPr>
      <w:r>
        <w:rPr>
          <w:b w:val="0"/>
          <w:i w:val="0"/>
        </w:rPr>
        <w:t>Nhân viên bán hàng. Xem thêm Những người bán dịch vụ</w:t>
      </w:r>
    </w:p>
    <w:p>
      <w:pPr>
        <w:spacing w:after="80"/>
      </w:pPr>
      <w:r>
        <w:rPr>
          <w:b w:val="0"/>
          <w:i w:val="0"/>
        </w:rPr>
        <w:t>Lịch trình</w:t>
      </w:r>
    </w:p>
    <w:p>
      <w:pPr>
        <w:spacing w:after="80"/>
      </w:pPr>
      <w:r>
        <w:rPr>
          <w:b w:val="0"/>
          <w:i w:val="0"/>
        </w:rPr>
        <w:t>những thay đổi trong</w:t>
      </w:r>
    </w:p>
    <w:p>
      <w:pPr>
        <w:spacing w:after="80"/>
      </w:pPr>
      <w:r>
        <w:rPr>
          <w:b w:val="0"/>
          <w:i w:val="0"/>
        </w:rPr>
        <w:t>Phạm vi</w:t>
      </w:r>
    </w:p>
    <w:p>
      <w:pPr>
        <w:spacing w:after="80"/>
      </w:pPr>
      <w:r>
        <w:rPr>
          <w:b w:val="0"/>
          <w:i w:val="0"/>
        </w:rPr>
        <w:t>những thay đổi trong</w:t>
      </w:r>
    </w:p>
    <w:p>
      <w:pPr>
        <w:spacing w:after="80"/>
      </w:pPr>
      <w:r>
        <w:rPr>
          <w:b w:val="0"/>
          <w:i w:val="0"/>
        </w:rPr>
        <w:t>xác định</w:t>
      </w:r>
    </w:p>
    <w:p>
      <w:pPr>
        <w:spacing w:after="80"/>
      </w:pPr>
      <w:r>
        <w:rPr>
          <w:b w:val="0"/>
          <w:i w:val="0"/>
        </w:rPr>
        <w:t>và phí</w:t>
      </w:r>
    </w:p>
    <w:p>
      <w:pPr>
        <w:spacing w:after="80"/>
      </w:pPr>
      <w:r>
        <w:rPr>
          <w:b w:val="0"/>
          <w:i w:val="0"/>
        </w:rPr>
        <w:t>Ấn tượng thứ hai</w:t>
      </w:r>
    </w:p>
    <w:p>
      <w:pPr>
        <w:spacing w:after="80"/>
      </w:pPr>
      <w:r>
        <w:rPr>
          <w:b w:val="0"/>
          <w:i w:val="0"/>
        </w:rPr>
        <w:t>Tự đánh giá</w:t>
      </w:r>
    </w:p>
    <w:p>
      <w:pPr>
        <w:spacing w:after="80"/>
      </w:pPr>
      <w:r>
        <w:rPr>
          <w:b w:val="0"/>
          <w:i w:val="0"/>
        </w:rPr>
        <w:t>Giá trị dành cho người bán</w:t>
      </w:r>
    </w:p>
    <w:p>
      <w:pPr>
        <w:spacing w:after="80"/>
      </w:pPr>
      <w:r>
        <w:rPr>
          <w:b w:val="0"/>
          <w:i w:val="0"/>
        </w:rPr>
        <w:t>Kỹ năng bán hàng</w:t>
      </w:r>
    </w:p>
    <w:p>
      <w:pPr>
        <w:spacing w:after="80"/>
      </w:pPr>
      <w:r>
        <w:rPr>
          <w:b w:val="0"/>
          <w:i w:val="0"/>
        </w:rPr>
        <w:t>Quy trình/kế hoạch cung cấp dịch vụ</w:t>
      </w:r>
    </w:p>
    <w:p>
      <w:pPr>
        <w:spacing w:after="80"/>
      </w:pPr>
      <w:r>
        <w:rPr>
          <w:b w:val="0"/>
          <w:i w:val="0"/>
        </w:rPr>
        <w:t>Nhà cung cấp dịch vụ, với vai trò người bán ý tưởng</w:t>
      </w:r>
    </w:p>
    <w:p>
      <w:pPr>
        <w:spacing w:after="80"/>
      </w:pPr>
      <w:r>
        <w:rPr>
          <w:b w:val="0"/>
          <w:i w:val="0"/>
        </w:rPr>
        <w:t>Người bán dịch vụ, các vai trò để thành công</w:t>
      </w:r>
    </w:p>
    <w:p>
      <w:pPr>
        <w:spacing w:after="80"/>
      </w:pPr>
      <w:r>
        <w:rPr>
          <w:b w:val="0"/>
          <w:i w:val="0"/>
        </w:rPr>
        <w:t>Dịch vụ</w:t>
      </w:r>
    </w:p>
    <w:p>
      <w:pPr>
        <w:spacing w:after="80"/>
      </w:pPr>
      <w:r>
        <w:rPr>
          <w:b w:val="0"/>
          <w:i w:val="0"/>
        </w:rPr>
        <w:t>cung cấp</w:t>
      </w:r>
    </w:p>
    <w:p>
      <w:pPr>
        <w:spacing w:after="80"/>
      </w:pPr>
      <w:r>
        <w:rPr>
          <w:b w:val="0"/>
          <w:i w:val="0"/>
        </w:rPr>
        <w:t>giá trị của</w:t>
      </w:r>
    </w:p>
    <w:p>
      <w:pPr>
        <w:spacing w:after="80"/>
      </w:pPr>
      <w:r>
        <w:rPr>
          <w:b w:val="0"/>
          <w:i w:val="0"/>
        </w:rPr>
        <w:t>Người bán dịch vụ</w:t>
      </w:r>
    </w:p>
    <w:p>
      <w:pPr>
        <w:spacing w:after="80"/>
      </w:pPr>
      <w:r>
        <w:rPr>
          <w:b w:val="0"/>
          <w:i w:val="0"/>
        </w:rPr>
        <w:t>các năng lực cần thiết</w:t>
      </w:r>
    </w:p>
    <w:p>
      <w:pPr>
        <w:spacing w:after="80"/>
      </w:pPr>
      <w:r>
        <w:rPr>
          <w:b w:val="0"/>
          <w:i w:val="0"/>
        </w:rPr>
        <w:t>những phẩm chất mong muốn</w:t>
      </w:r>
    </w:p>
    <w:p>
      <w:pPr>
        <w:spacing w:after="80"/>
      </w:pPr>
      <w:r>
        <w:rPr>
          <w:b w:val="0"/>
          <w:i w:val="0"/>
        </w:rPr>
        <w:t>mục tiêu của</w:t>
      </w:r>
    </w:p>
    <w:p>
      <w:pPr>
        <w:spacing w:after="80"/>
      </w:pPr>
      <w:r>
        <w:rPr>
          <w:b w:val="0"/>
          <w:i w:val="0"/>
        </w:rPr>
        <w:t>kỹ năng có tác động mạnh</w:t>
      </w:r>
    </w:p>
    <w:p>
      <w:pPr>
        <w:spacing w:after="80"/>
      </w:pPr>
      <w:r>
        <w:rPr>
          <w:b w:val="0"/>
          <w:i w:val="0"/>
        </w:rPr>
        <w:t>phải chứng minh những tuyên bố</w:t>
      </w:r>
    </w:p>
    <w:p>
      <w:pPr>
        <w:spacing w:after="80"/>
      </w:pPr>
      <w:r>
        <w:rPr>
          <w:b w:val="0"/>
          <w:i w:val="0"/>
        </w:rPr>
        <w:t>năng lực chuyên môn của</w:t>
      </w:r>
    </w:p>
    <w:p>
      <w:pPr>
        <w:spacing w:after="80"/>
      </w:pPr>
      <w:r>
        <w:rPr>
          <w:b w:val="0"/>
          <w:i w:val="0"/>
        </w:rPr>
        <w:t>vai trò của</w:t>
      </w:r>
    </w:p>
    <w:p>
      <w:pPr>
        <w:spacing w:after="80"/>
      </w:pPr>
      <w:r>
        <w:rPr>
          <w:b w:val="0"/>
          <w:i w:val="0"/>
        </w:rPr>
        <w:t>kỹ năng để thành công</w:t>
      </w:r>
    </w:p>
    <w:p>
      <w:pPr>
        <w:spacing w:after="80"/>
      </w:pPr>
      <w:r>
        <w:rPr>
          <w:b w:val="0"/>
          <w:i w:val="0"/>
        </w:rPr>
        <w:t>những người có thành tích hàng đầu. Xem Rainmakers;</w:t>
      </w:r>
    </w:p>
    <w:p>
      <w:pPr>
        <w:spacing w:after="80"/>
      </w:pPr>
      <w:r>
        <w:rPr>
          <w:b w:val="0"/>
          <w:i w:val="0"/>
        </w:rPr>
        <w:t>Người bán hàng Seven by Seven</w:t>
      </w:r>
    </w:p>
    <w:p>
      <w:pPr>
        <w:spacing w:after="80"/>
      </w:pPr>
      <w:r>
        <w:rPr>
          <w:b w:val="0"/>
          <w:i w:val="0"/>
        </w:rPr>
        <w:t>Bán dịch vụ</w:t>
      </w:r>
    </w:p>
    <w:p>
      <w:pPr>
        <w:spacing w:after="80"/>
      </w:pPr>
      <w:r>
        <w:rPr>
          <w:b w:val="0"/>
          <w:i w:val="0"/>
        </w:rPr>
        <w:t>so với bán sản phẩm</w:t>
      </w:r>
    </w:p>
    <w:p>
      <w:pPr>
        <w:spacing w:after="80"/>
      </w:pPr>
      <w:r>
        <w:rPr>
          <w:b w:val="0"/>
          <w:i w:val="0"/>
        </w:rPr>
        <w:t>như một quy trình tư vấn</w:t>
      </w:r>
    </w:p>
    <w:p>
      <w:pPr>
        <w:spacing w:after="80"/>
      </w:pPr>
      <w:r>
        <w:rPr>
          <w:b w:val="0"/>
          <w:i w:val="0"/>
        </w:rPr>
        <w:t>môi trường mới cho</w:t>
      </w:r>
    </w:p>
    <w:p>
      <w:pPr>
        <w:spacing w:after="80"/>
      </w:pPr>
      <w:r>
        <w:rPr>
          <w:b w:val="0"/>
          <w:i w:val="0"/>
        </w:rPr>
        <w:t>Người bán hàng Seven by Seven</w:t>
      </w:r>
    </w:p>
    <w:p>
      <w:pPr>
        <w:spacing w:after="80"/>
      </w:pPr>
      <w:r>
        <w:rPr>
          <w:b w:val="0"/>
          <w:i w:val="0"/>
        </w:rPr>
        <w:t>Kỹ năng để thành công</w:t>
      </w:r>
    </w:p>
    <w:p>
      <w:pPr>
        <w:spacing w:after="80"/>
      </w:pPr>
      <w:r>
        <w:rPr>
          <w:b w:val="0"/>
          <w:i w:val="0"/>
        </w:rPr>
        <w:t>Giải pháp, quyền sở hữu của khách hàng đối với</w:t>
      </w:r>
    </w:p>
    <w:p>
      <w:pPr>
        <w:spacing w:after="80"/>
      </w:pPr>
      <w:r>
        <w:rPr>
          <w:b w:val="0"/>
          <w:i w:val="0"/>
        </w:rPr>
        <w:t>Giải pháp cho các vấn đề</w:t>
      </w:r>
    </w:p>
    <w:p>
      <w:pPr>
        <w:spacing w:after="80"/>
      </w:pPr>
      <w:r>
        <w:rPr>
          <w:b w:val="0"/>
          <w:i w:val="0"/>
        </w:rPr>
        <w:t>thiết kế</w:t>
      </w:r>
    </w:p>
    <w:p>
      <w:pPr>
        <w:spacing w:after="80"/>
      </w:pPr>
      <w:r>
        <w:rPr>
          <w:b w:val="0"/>
          <w:i w:val="0"/>
        </w:rPr>
        <w:t>trình bày các phương án thay thế</w:t>
      </w:r>
    </w:p>
    <w:p>
      <w:pPr>
        <w:spacing w:after="80"/>
      </w:pPr>
      <w:r>
        <w:rPr>
          <w:b w:val="0"/>
          <w:i w:val="0"/>
        </w:rPr>
        <w:t>trình bày các khuyến nghị</w:t>
      </w:r>
    </w:p>
    <w:p>
      <w:pPr>
        <w:spacing w:after="80"/>
      </w:pPr>
      <w:r>
        <w:rPr>
          <w:b w:val="0"/>
          <w:i w:val="0"/>
        </w:rPr>
        <w:t>Kể chuyện</w:t>
      </w:r>
    </w:p>
    <w:p>
      <w:pPr>
        <w:spacing w:after="80"/>
      </w:pPr>
      <w:r>
        <w:rPr>
          <w:b w:val="0"/>
          <w:i w:val="0"/>
        </w:rPr>
        <w:t>Kể chuyện, như một yếu tố của chiến lược bán hàng</w:t>
      </w:r>
    </w:p>
    <w:p>
      <w:pPr>
        <w:spacing w:after="80"/>
      </w:pPr>
      <w:r>
        <w:rPr>
          <w:b w:val="0"/>
          <w:i w:val="0"/>
        </w:rPr>
        <w:t>Chiến lược để hoàn thành, định nghĩa</w:t>
      </w:r>
    </w:p>
    <w:p>
      <w:pPr>
        <w:spacing w:after="80"/>
      </w:pPr>
      <w:r>
        <w:rPr>
          <w:b w:val="0"/>
          <w:i w:val="0"/>
        </w:rPr>
        <w:t>Chuyên môn về lĩnh vực</w:t>
      </w:r>
    </w:p>
    <w:p>
      <w:pPr>
        <w:spacing w:after="80"/>
      </w:pPr>
      <w:r>
        <w:rPr>
          <w:b w:val="0"/>
          <w:i w:val="0"/>
        </w:rPr>
        <w:t>Thành công, các vai trò cho</w:t>
      </w:r>
    </w:p>
    <w:p>
      <w:pPr>
        <w:spacing w:after="80"/>
      </w:pPr>
      <w:r>
        <w:rPr>
          <w:b w:val="0"/>
          <w:i w:val="0"/>
        </w:rPr>
        <w:t>Hỗ trợ, dành cho khách hàng</w:t>
      </w:r>
    </w:p>
    <w:p>
      <w:pPr>
        <w:pStyle w:val="Heading3"/>
      </w:pPr>
      <w:r>
        <w:rPr>
          <w:rFonts w:ascii="Calibri" w:hAnsi="Calibri"/>
          <w:b/>
          <w:i w:val="0"/>
          <w:sz w:val="26"/>
        </w:rPr>
        <w:t>T</w:t>
      </w:r>
    </w:p>
    <w:p>
      <w:pPr>
        <w:spacing w:after="80"/>
      </w:pPr>
      <w:r>
        <w:rPr>
          <w:b w:val="0"/>
          <w:i w:val="0"/>
        </w:rPr>
        <w:t>Rủi ro về nhân tài</w:t>
      </w:r>
    </w:p>
    <w:p>
      <w:pPr>
        <w:spacing w:after="80"/>
      </w:pPr>
      <w:r>
        <w:rPr>
          <w:b w:val="0"/>
          <w:i w:val="0"/>
        </w:rPr>
        <w:t>Lựa chọn đội ngũ</w:t>
      </w:r>
    </w:p>
    <w:p>
      <w:pPr>
        <w:spacing w:after="80"/>
      </w:pPr>
      <w:r>
        <w:rPr>
          <w:b w:val="0"/>
          <w:i w:val="0"/>
        </w:rPr>
        <w:t>Các nhà đàm phán bên thứ ba</w:t>
      </w:r>
    </w:p>
    <w:p>
      <w:pPr>
        <w:spacing w:after="80"/>
      </w:pPr>
      <w:r>
        <w:rPr>
          <w:b w:val="0"/>
          <w:i w:val="0"/>
        </w:rPr>
        <w:t>Ba chữ C của bán hàng dịch vụ thành công</w:t>
      </w:r>
    </w:p>
    <w:p>
      <w:pPr>
        <w:spacing w:after="80"/>
      </w:pPr>
      <w:r>
        <w:rPr>
          <w:b w:val="0"/>
          <w:i w:val="0"/>
        </w:rPr>
        <w:t>Hệ thống sản xuất Toyota</w:t>
      </w:r>
    </w:p>
    <w:p>
      <w:pPr>
        <w:spacing w:after="80"/>
      </w:pPr>
      <w:r>
        <w:rPr>
          <w:b w:val="0"/>
          <w:i w:val="0"/>
        </w:rPr>
        <w:t>Đào tạo</w:t>
      </w:r>
    </w:p>
    <w:p>
      <w:pPr>
        <w:spacing w:after="80"/>
      </w:pPr>
      <w:r>
        <w:rPr>
          <w:b w:val="0"/>
          <w:i w:val="0"/>
        </w:rPr>
        <w:t>Công cụ đào tạo</w:t>
      </w:r>
    </w:p>
    <w:p>
      <w:pPr>
        <w:spacing w:after="80"/>
      </w:pPr>
      <w:r>
        <w:rPr>
          <w:b w:val="0"/>
          <w:i w:val="0"/>
        </w:rPr>
        <w:t>Sự đáng tin cậy và lòng tin</w:t>
      </w:r>
    </w:p>
    <w:p>
      <w:pPr>
        <w:spacing w:after="80"/>
      </w:pPr>
      <w:r>
        <w:rPr>
          <w:b w:val="0"/>
          <w:i w:val="0"/>
        </w:rPr>
        <w:t>Andy Wood về</w:t>
      </w:r>
    </w:p>
    <w:p>
      <w:pPr>
        <w:spacing w:after="80"/>
      </w:pPr>
      <w:r>
        <w:rPr>
          <w:b w:val="0"/>
          <w:i w:val="0"/>
        </w:rPr>
        <w:t>trong lúc kết thúc</w:t>
      </w:r>
    </w:p>
    <w:p>
      <w:pPr>
        <w:spacing w:after="80"/>
      </w:pPr>
      <w:r>
        <w:rPr>
          <w:b w:val="0"/>
          <w:i w:val="0"/>
        </w:rPr>
        <w:t>nền tảng của</w:t>
      </w:r>
    </w:p>
    <w:p>
      <w:pPr>
        <w:pStyle w:val="Heading3"/>
      </w:pPr>
      <w:r>
        <w:rPr>
          <w:rFonts w:ascii="Calibri" w:hAnsi="Calibri"/>
          <w:b/>
          <w:i w:val="0"/>
          <w:sz w:val="26"/>
        </w:rPr>
        <w:t>V</w:t>
      </w:r>
    </w:p>
    <w:p>
      <w:pPr>
        <w:spacing w:after="80"/>
      </w:pPr>
      <w:r>
        <w:rPr>
          <w:b w:val="0"/>
          <w:i w:val="0"/>
        </w:rPr>
        <w:t>Giá trị</w:t>
      </w:r>
    </w:p>
    <w:p>
      <w:pPr>
        <w:spacing w:after="80"/>
      </w:pPr>
      <w:r>
        <w:rPr>
          <w:b w:val="0"/>
          <w:i w:val="0"/>
        </w:rPr>
        <w:t>khả năng mang lại</w:t>
      </w:r>
    </w:p>
    <w:p>
      <w:pPr>
        <w:spacing w:after="80"/>
      </w:pPr>
      <w:r>
        <w:rPr>
          <w:b w:val="0"/>
          <w:i w:val="0"/>
        </w:rPr>
        <w:t>so với lợi ích</w:t>
      </w:r>
    </w:p>
    <w:p>
      <w:pPr>
        <w:spacing w:after="80"/>
      </w:pPr>
      <w:r>
        <w:rPr>
          <w:b w:val="0"/>
          <w:i w:val="0"/>
        </w:rPr>
        <w:t>nhận thức của khách hàng về</w:t>
      </w:r>
    </w:p>
    <w:p>
      <w:pPr>
        <w:spacing w:after="80"/>
      </w:pPr>
      <w:r>
        <w:rPr>
          <w:b w:val="0"/>
          <w:i w:val="0"/>
        </w:rPr>
        <w:t>tạo ra</w:t>
      </w:r>
    </w:p>
    <w:p>
      <w:pPr>
        <w:spacing w:after="80"/>
      </w:pPr>
      <w:r>
        <w:rPr>
          <w:b w:val="0"/>
          <w:i w:val="0"/>
        </w:rPr>
        <w:t>mong đợi</w:t>
      </w:r>
    </w:p>
    <w:p>
      <w:pPr>
        <w:spacing w:after="80"/>
      </w:pPr>
      <w:r>
        <w:rPr>
          <w:b w:val="0"/>
          <w:i w:val="0"/>
        </w:rPr>
        <w:t>mở rộng</w:t>
      </w:r>
    </w:p>
    <w:p>
      <w:pPr>
        <w:spacing w:after="80"/>
      </w:pPr>
      <w:r>
        <w:rPr>
          <w:b w:val="0"/>
          <w:i w:val="0"/>
        </w:rPr>
        <w:t>giảm bớt trong</w:t>
      </w:r>
    </w:p>
    <w:p>
      <w:pPr>
        <w:spacing w:after="80"/>
      </w:pPr>
      <w:r>
        <w:rPr>
          <w:b w:val="0"/>
          <w:i w:val="0"/>
        </w:rPr>
        <w:t>các nguồn của người bán về</w:t>
      </w:r>
    </w:p>
    <w:p>
      <w:pPr>
        <w:spacing w:after="80"/>
      </w:pPr>
      <w:r>
        <w:rPr>
          <w:b w:val="0"/>
          <w:i w:val="0"/>
        </w:rPr>
        <w:t>định nghĩa chung về</w:t>
      </w:r>
    </w:p>
    <w:p>
      <w:pPr>
        <w:spacing w:after="80"/>
      </w:pPr>
      <w:r>
        <w:rPr>
          <w:b w:val="0"/>
          <w:i w:val="0"/>
        </w:rPr>
        <w:t>các nguồn của</w:t>
      </w:r>
    </w:p>
    <w:p>
      <w:pPr>
        <w:spacing w:after="80"/>
      </w:pPr>
      <w:r>
        <w:rPr>
          <w:b w:val="0"/>
          <w:i w:val="0"/>
        </w:rPr>
        <w:t>bền vững</w:t>
      </w:r>
    </w:p>
    <w:p>
      <w:pPr>
        <w:spacing w:after="80"/>
      </w:pPr>
      <w:r>
        <w:rPr>
          <w:b w:val="0"/>
          <w:i w:val="0"/>
        </w:rPr>
        <w:t>Chốt theo giá trị khách hàng</w:t>
      </w:r>
    </w:p>
    <w:p>
      <w:pPr>
        <w:spacing w:after="80"/>
      </w:pPr>
      <w:r>
        <w:rPr>
          <w:b w:val="0"/>
          <w:i w:val="0"/>
        </w:rPr>
        <w:t>Tỷ lệ giá trị trên phí</w:t>
      </w:r>
    </w:p>
    <w:p>
      <w:pPr>
        <w:spacing w:after="80"/>
      </w:pPr>
      <w:r>
        <w:rPr>
          <w:b w:val="0"/>
          <w:i w:val="0"/>
        </w:rPr>
        <w:t>Phản hồi qua video</w:t>
      </w:r>
    </w:p>
    <w:p>
      <w:pPr>
        <w:spacing w:after="80"/>
      </w:pPr>
      <w:r>
        <w:rPr>
          <w:b w:val="0"/>
          <w:i w:val="0"/>
        </w:rPr>
        <w:t>Tầm nhìn cho tương lai</w:t>
      </w:r>
    </w:p>
    <w:p>
      <w:pPr>
        <w:pStyle w:val="Heading3"/>
      </w:pPr>
      <w:r>
        <w:rPr>
          <w:rFonts w:ascii="Calibri" w:hAnsi="Calibri"/>
          <w:b/>
          <w:i w:val="0"/>
          <w:sz w:val="26"/>
        </w:rPr>
        <w:t>W</w:t>
      </w:r>
    </w:p>
    <w:p>
      <w:pPr>
        <w:spacing w:after="80"/>
      </w:pPr>
      <w:r>
        <w:rPr>
          <w:b w:val="0"/>
          <w:i w:val="0"/>
        </w:rPr>
        <w:t>Điểm yếu, sự thừa nhận của người bán</w:t>
      </w:r>
    </w:p>
    <w:p>
      <w:pPr>
        <w:spacing w:after="80"/>
      </w:pPr>
      <w:r>
        <w:rPr>
          <w:b w:val="0"/>
          <w:i w:val="0"/>
        </w:rPr>
        <w:t>Hội thảo trực tuyến (webcast)</w:t>
      </w:r>
    </w:p>
    <w:p>
      <w:pPr>
        <w:spacing w:after="80"/>
      </w:pPr>
      <w:r>
        <w:rPr>
          <w:b w:val="0"/>
          <w:i w:val="0"/>
        </w:rPr>
        <w:t>Chủ đề giành thắng lợi (win themes)</w:t>
      </w:r>
    </w:p>
    <w:p>
      <w:pPr>
        <w:spacing w:after="80"/>
      </w:pPr>
      <w:r>
        <w:rPr>
          <w:b w:val="0"/>
          <w:i w:val="0"/>
        </w:rPr>
        <w:t>Tư duy thắng-thua (win-loss)</w:t>
      </w:r>
    </w:p>
    <w:p>
      <w:pPr>
        <w:spacing w:after="80"/>
      </w:pPr>
      <w:r>
        <w:rPr>
          <w:b w:val="0"/>
          <w:i w:val="0"/>
        </w:rPr>
        <w:t>Công việc giành thắng lợi</w:t>
      </w:r>
    </w:p>
    <w:p>
      <w:pPr>
        <w:spacing w:after="80"/>
      </w:pPr>
      <w:r>
        <w:rPr>
          <w:b w:val="0"/>
          <w:i w:val="0"/>
        </w:rPr>
        <w:t>Wood, Andy, về sự đáng tin cậy và lòng tin</w:t>
      </w:r>
    </w:p>
    <w:p>
      <w:pPr>
        <w:pStyle w:val="Heading1"/>
      </w:pPr>
      <w:r>
        <w:rPr>
          <w:rFonts w:ascii="Calibri" w:hAnsi="Calibri"/>
          <w:b/>
          <w:i w:val="0"/>
          <w:sz w:val="40"/>
        </w:rPr>
        <w:t>Cũng của</w:t>
      </w:r>
      <w:r>
        <w:rPr>
          <w:rFonts w:ascii="Calibri" w:hAnsi="Calibri"/>
          <w:b/>
          <w:i w:val="0"/>
          <w:sz w:val="40"/>
        </w:rPr>
        <w:t xml:space="preserve"> </w:t>
      </w:r>
      <w:r>
        <w:rPr>
          <w:rFonts w:ascii="Calibri" w:hAnsi="Calibri"/>
          <w:b/>
          <w:i w:val="0"/>
          <w:sz w:val="40"/>
        </w:rPr>
        <w:t>Michael W. McLaughlin</w:t>
      </w:r>
    </w:p>
    <w:p>
      <w:pPr>
        <w:jc w:val="center"/>
      </w:pPr>
      <w:r>
        <w:drawing>
          <wp:inline xmlns:a="http://schemas.openxmlformats.org/drawingml/2006/main" xmlns:pic="http://schemas.openxmlformats.org/drawingml/2006/picture">
            <wp:extent cx="3924300" cy="5829300"/>
            <wp:docPr id="17" name="Picture 17"/>
            <wp:cNvGraphicFramePr>
              <a:graphicFrameLocks noChangeAspect="1"/>
            </wp:cNvGraphicFramePr>
            <a:graphic>
              <a:graphicData uri="http://schemas.openxmlformats.org/drawingml/2006/picture">
                <pic:pic>
                  <pic:nvPicPr>
                    <pic:cNvPr id="0" name="00016.jpg"/>
                    <pic:cNvPicPr/>
                  </pic:nvPicPr>
                  <pic:blipFill>
                    <a:blip r:embed="rId25"/>
                    <a:stretch>
                      <a:fillRect/>
                    </a:stretch>
                  </pic:blipFill>
                  <pic:spPr>
                    <a:xfrm>
                      <a:off x="0" y="0"/>
                      <a:ext cx="3924300" cy="5829300"/>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jpg"/><Relationship Id="rId14" Type="http://schemas.openxmlformats.org/officeDocument/2006/relationships/image" Target="media/image6.png"/><Relationship Id="rId15" Type="http://schemas.openxmlformats.org/officeDocument/2006/relationships/image" Target="media/image7.jp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jpg"/><Relationship Id="rId21" Type="http://schemas.openxmlformats.org/officeDocument/2006/relationships/image" Target="media/image13.png"/><Relationship Id="rId22" Type="http://schemas.openxmlformats.org/officeDocument/2006/relationships/image" Target="media/image14.jp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