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029200" cy="7772400"/>
            <wp:docPr id="1" name="Picture 1"/>
            <wp:cNvGraphicFramePr>
              <a:graphicFrameLocks noChangeAspect="1"/>
            </wp:cNvGraphicFramePr>
            <a:graphic>
              <a:graphicData uri="http://schemas.openxmlformats.org/drawingml/2006/picture">
                <pic:pic>
                  <pic:nvPicPr>
                    <pic:cNvPr id="0" name="img_1.png"/>
                    <pic:cNvPicPr/>
                  </pic:nvPicPr>
                  <pic:blipFill>
                    <a:blip r:embed="rId9"/>
                    <a:stretch>
                      <a:fillRect/>
                    </a:stretch>
                  </pic:blipFill>
                  <pic:spPr>
                    <a:xfrm>
                      <a:off x="0" y="0"/>
                      <a:ext cx="5029200" cy="7772400"/>
                    </a:xfrm>
                    <a:prstGeom prst="rect"/>
                  </pic:spPr>
                </pic:pic>
              </a:graphicData>
            </a:graphic>
          </wp:inline>
        </w:drawing>
      </w:r>
    </w:p>
    <w:p>
      <w:pPr>
        <w:spacing w:before="240" w:after="80"/>
      </w:pPr>
      <w:r>
        <w:rPr>
          <w:b/>
          <w:sz w:val="40"/>
        </w:rPr>
        <w:t>Ai Đã Giết</w:t>
      </w:r>
    </w:p>
    <w:p>
      <w:pPr>
        <w:spacing w:before="240" w:after="80"/>
      </w:pPr>
      <w:r>
        <w:rPr>
          <w:b/>
          <w:sz w:val="40"/>
        </w:rPr>
        <w:t>Sự Thay Đổi?</w:t>
      </w:r>
    </w:p>
    <w:p>
      <w:pPr>
        <w:spacing w:before="240" w:after="80"/>
      </w:pPr>
      <w:r>
        <w:rPr>
          <w:b/>
          <w:sz w:val="32"/>
        </w:rPr>
        <w:t>Giải Mã Bí Ẩn Về Việc Dẫn Dắt</w:t>
      </w:r>
    </w:p>
    <w:p>
      <w:pPr>
        <w:spacing w:before="240" w:after="80"/>
      </w:pPr>
      <w:r>
        <w:rPr>
          <w:b/>
          <w:sz w:val="32"/>
        </w:rPr>
        <w:t>Con Người Qua Thay Đổi</w:t>
      </w:r>
    </w:p>
    <w:p>
      <w:pPr>
        <w:spacing w:before="240" w:after="80"/>
      </w:pPr>
      <w:r>
        <w:rPr>
          <w:b/>
          <w:sz w:val="32"/>
        </w:rPr>
        <w:t>Ken Blanchard</w:t>
      </w:r>
    </w:p>
    <w:p>
      <w:pPr>
        <w:spacing w:before="240" w:after="80"/>
      </w:pPr>
      <w:r>
        <w:rPr>
          <w:b/>
          <w:sz w:val="32"/>
        </w:rPr>
        <w:t>John Britt Judd Hoekstra</w:t>
      </w:r>
    </w:p>
    <w:p>
      <w:pPr>
        <w:spacing w:before="240" w:after="80"/>
      </w:pPr>
      <w:r>
        <w:rPr>
          <w:b/>
          <w:sz w:val="32"/>
        </w:rPr>
        <w:t>Pat Zigarmi</w:t>
      </w:r>
    </w:p>
    <w:p>
      <w:pPr>
        <w:jc w:val="center"/>
      </w:pPr>
      <w:r>
        <w:drawing>
          <wp:inline xmlns:a="http://schemas.openxmlformats.org/drawingml/2006/main" xmlns:pic="http://schemas.openxmlformats.org/drawingml/2006/picture">
            <wp:extent cx="2553599" cy="286442"/>
            <wp:docPr id="2" name="Picture 2"/>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2553599" cy="286442"/>
                    </a:xfrm>
                    <a:prstGeom prst="rect"/>
                  </pic:spPr>
                </pic:pic>
              </a:graphicData>
            </a:graphic>
          </wp:inline>
        </w:drawing>
      </w:r>
    </w:p>
    <w:p>
      <w:pPr>
        <w:spacing w:after="80"/>
      </w:pPr>
      <w:r>
        <w:rPr>
          <w:b w:val="0"/>
          <w:i w:val="0"/>
        </w:rPr>
        <w:t>Để tưởng nhớ</w:t>
      </w:r>
    </w:p>
    <w:p>
      <w:pPr>
        <w:spacing w:after="80"/>
      </w:pPr>
      <w:r>
        <w:rPr>
          <w:b w:val="0"/>
          <w:i w:val="0"/>
        </w:rPr>
        <w:t>Alice Britt Caldwell</w:t>
      </w:r>
    </w:p>
    <w:p>
      <w:pPr>
        <w:spacing w:after="80"/>
      </w:pPr>
      <w:r>
        <w:rPr>
          <w:b w:val="0"/>
          <w:i w:val="0"/>
        </w:rPr>
        <w:t>1943–2007 và Gerald A. Embry</w:t>
      </w:r>
    </w:p>
    <w:p>
      <w:pPr>
        <w:spacing w:after="80"/>
      </w:pPr>
      <w:r>
        <w:rPr>
          <w:b w:val="0"/>
          <w:i w:val="0"/>
        </w:rPr>
        <w:t>1941–2008</w:t>
      </w:r>
    </w:p>
    <w:p>
      <w:pPr>
        <w:spacing w:before="240" w:after="80"/>
      </w:pPr>
      <w:r>
        <w:rPr>
          <w:b/>
          <w:sz w:val="32"/>
        </w:rPr>
        <w:t>Mục lục</w:t>
      </w:r>
    </w:p>
    <w:p>
      <w:pPr>
        <w:spacing w:after="80"/>
      </w:pPr>
      <w:r>
        <w:rPr>
          <w:b w:val="0"/>
          <w:i w:val="0"/>
        </w:rPr>
        <w:t>Hiện trường vụ án1Nghi phạm #1: Văn hóa7Nghi phạm #2: Cam kết14</w:t>
      </w:r>
    </w:p>
    <w:p>
      <w:pPr>
        <w:spacing w:after="80"/>
      </w:pPr>
      <w:r>
        <w:rPr>
          <w:b/>
          <w:i/>
        </w:rPr>
        <w:t>Suy ngẫm về Văn hóa và Cam kết</w:t>
      </w:r>
      <w:r>
        <w:rPr>
          <w:b w:val="0"/>
          <w:i w:val="0"/>
        </w:rPr>
        <w:t xml:space="preserve"> 19</w:t>
      </w:r>
    </w:p>
    <w:p>
      <w:pPr>
        <w:spacing w:after="80"/>
      </w:pPr>
      <w:r>
        <w:rPr>
          <w:b w:val="0"/>
          <w:i w:val="0"/>
        </w:rPr>
        <w:t>Nghi phạm #3: Bảo trợ22Nghi phạm #4: Đội ngũ Lãnh đạo Thay đổi27Nghi phạm #5: Giao tiếp33</w:t>
      </w:r>
    </w:p>
    <w:p>
      <w:pPr>
        <w:spacing w:after="80"/>
      </w:pPr>
      <w:r>
        <w:rPr>
          <w:b/>
          <w:i/>
        </w:rPr>
        <w:t>Suy ngẫm về Bảo trợ, Lãnh đạo Thay đổi</w:t>
      </w:r>
    </w:p>
    <w:p>
      <w:pPr>
        <w:spacing w:after="80"/>
      </w:pPr>
      <w:r>
        <w:rPr>
          <w:b/>
          <w:i/>
        </w:rPr>
        <w:t>Đội ngũ và Giao tiếp</w:t>
      </w:r>
      <w:r>
        <w:rPr>
          <w:b w:val="0"/>
          <w:i w:val="0"/>
        </w:rPr>
        <w:t xml:space="preserve"> 37</w:t>
      </w:r>
    </w:p>
    <w:p>
      <w:pPr>
        <w:spacing w:after="80"/>
      </w:pPr>
      <w:r>
        <w:rPr>
          <w:b w:val="0"/>
          <w:i w:val="0"/>
        </w:rPr>
        <w:t>Nghi phạm #6: Sự cấp bách 41 Nghi phạm #7: Tầm nhìn 45</w:t>
      </w:r>
    </w:p>
    <w:p>
      <w:pPr>
        <w:spacing w:after="80"/>
      </w:pPr>
      <w:r>
        <w:rPr>
          <w:b/>
          <w:i/>
        </w:rPr>
        <w:t>Suy ngẫm về Sự cấp bách và Tầm nhìn</w:t>
      </w:r>
      <w:r>
        <w:rPr>
          <w:b w:val="0"/>
          <w:i w:val="0"/>
        </w:rPr>
        <w:t xml:space="preserve"> 51</w:t>
      </w:r>
    </w:p>
    <w:p>
      <w:pPr>
        <w:spacing w:after="80"/>
      </w:pPr>
      <w:r>
        <w:rPr>
          <w:b w:val="0"/>
          <w:i w:val="0"/>
        </w:rPr>
        <w:t>Nghi phạm #8: Kế hoạch 53 Nghi phạm #9: Ngân sách 63 Tầm nhìn của Cái chết 68 Nghi phạm #10: Người đào tạo 71 Nghi phạm #11: Động lực 75</w:t>
      </w:r>
    </w:p>
    <w:p>
      <w:pPr>
        <w:spacing w:after="80"/>
      </w:pPr>
      <w:r>
        <w:rPr>
          <w:b/>
          <w:i/>
        </w:rPr>
        <w:t xml:space="preserve">Suy ngẫm về Kế hoạch, Ngân sách, </w:t>
      </w:r>
    </w:p>
    <w:p>
      <w:pPr>
        <w:spacing w:after="80"/>
      </w:pPr>
      <w:r>
        <w:rPr>
          <w:b/>
          <w:i/>
        </w:rPr>
        <w:t>Người đào tạo và Động lực</w:t>
      </w:r>
      <w:r>
        <w:rPr>
          <w:b w:val="0"/>
          <w:i w:val="0"/>
        </w:rPr>
        <w:t xml:space="preserve"> 83</w:t>
      </w:r>
    </w:p>
    <w:p>
      <w:pPr>
        <w:spacing w:after="80"/>
      </w:pPr>
      <w:r>
        <w:rPr>
          <w:b w:val="0"/>
          <w:i w:val="0"/>
        </w:rPr>
        <w:t>Nghi phạm #12: Quản lý Hiệu suất 87 Nghi phạm #13: Trách nhiệm giải trình 96</w:t>
      </w:r>
    </w:p>
    <w:p>
      <w:pPr>
        <w:spacing w:after="80"/>
      </w:pPr>
      <w:r>
        <w:rPr>
          <w:b w:val="0"/>
          <w:i w:val="0"/>
        </w:rPr>
        <w:t>Siêu Cảnh sát và Các bên liên quan 103 Báo cáo Khám nghiệm tử thi 109 Kẻ giết người được công bố: Chỉ dành cho Người được mời 113</w:t>
      </w:r>
    </w:p>
    <w:p>
      <w:pPr>
        <w:spacing w:after="80"/>
      </w:pPr>
      <w:r>
        <w:rPr>
          <w:b w:val="0"/>
          <w:i w:val="0"/>
        </w:rPr>
        <w:t>Thay đổi Cuộc sống! 124 Giúp Sự thay đổi Phát triển trong Tổ chức của Bạn 126</w:t>
      </w:r>
    </w:p>
    <w:p>
      <w:pPr>
        <w:spacing w:after="80"/>
      </w:pPr>
      <w:r>
        <w:rPr>
          <w:b w:val="0"/>
          <w:i w:val="0"/>
        </w:rPr>
        <w:t>Các Dịch vụ Sẵn có 145 Dẫn dắt Con người qua Sự thay đổi 146 Mạng lưới Xã hội 147 Công cụ cho Sự thay đổi 148 Diễn giả Chính 149</w:t>
      </w:r>
    </w:p>
    <w:p>
      <w:pPr>
        <w:spacing w:after="80"/>
      </w:pPr>
      <w:r>
        <w:rPr>
          <w:b w:val="0"/>
          <w:i w:val="0"/>
        </w:rPr>
        <w:t>Về các Tác giả</w:t>
      </w:r>
    </w:p>
    <w:p>
      <w:pPr>
        <w:spacing w:after="80"/>
      </w:pPr>
      <w:r>
        <w:rPr>
          <w:b w:val="0"/>
          <w:i w:val="0"/>
        </w:rPr>
        <w:t>Các Sách khác của Ken Blanchard</w:t>
      </w:r>
    </w:p>
    <w:p>
      <w:pPr>
        <w:spacing w:after="80"/>
      </w:pPr>
      <w:r>
        <w:rPr>
          <w:b w:val="0"/>
          <w:i w:val="0"/>
        </w:rPr>
        <w:t>Ghi công</w:t>
      </w:r>
    </w:p>
    <w:p>
      <w:pPr>
        <w:spacing w:after="80"/>
      </w:pPr>
      <w:r>
        <w:rPr>
          <w:b w:val="0"/>
          <w:i w:val="0"/>
        </w:rPr>
        <w:t>Bìa</w:t>
      </w:r>
    </w:p>
    <w:p>
      <w:pPr>
        <w:spacing w:after="80"/>
      </w:pPr>
      <w:r>
        <w:rPr>
          <w:b w:val="0"/>
          <w:i w:val="0"/>
        </w:rPr>
        <w:t>Bản quyền</w:t>
      </w:r>
    </w:p>
    <w:p>
      <w:pPr>
        <w:spacing w:after="80"/>
      </w:pPr>
      <w:r>
        <w:rPr>
          <w:b w:val="0"/>
          <w:i w:val="0"/>
        </w:rPr>
        <w:t>Về Nhà xuất bản</w:t>
      </w:r>
    </w:p>
    <w:p>
      <w:pPr>
        <w:spacing w:before="240" w:after="80"/>
      </w:pPr>
      <w:r>
        <w:rPr>
          <w:b/>
          <w:sz w:val="40"/>
        </w:rPr>
        <w:t>Hiện trường vụ án</w:t>
      </w:r>
      <w:r>
        <w:rPr>
          <w:b/>
          <w:sz w:val="40"/>
        </w:rPr>
        <w:t>Đặc vụ Mike McNally cho chiếc xe sedan màu tối của mình trượt bánh lao tới cửa trước của tổ chức ACME dưới bầu trời đêm giông bão. Ánh đèn xanh duy nhất xoay tròn trên nắp ca-pô tương phản một cách kỳ quái với những tia chớp lóe lên từ xa. McNally bước ra khỏi xe, phủi tro bụi trên chiếc áo khoác dài và rít một hơi cuối cùng từ điếu xì gà rẻ tiền của mình.</w:t>
      </w:r>
    </w:p>
    <w:p>
      <w:pPr>
        <w:spacing w:after="80"/>
      </w:pPr>
      <w:r>
        <w:rPr>
          <w:b w:val="0"/>
          <w:i w:val="0"/>
        </w:rPr>
        <w:t>Đây là vụ án mạng thứ ba của anh trong tháng này, tất cả đều có cùng một họ—Change. Thật ra, việc điều tra những cái chết của Change đã trở thành công việc cả đời của anh. Qua nhiều năm, một quy luật rõ ràng về những cái chết đã dần hiện ra. Change sẽ được giới thiệu vào một tổ chức với mức độ đón nhận khác nhau. Nhìn bề ngoài thì Change bắt đầu hòa nhập vào tổ chức, rồi bất ngờ không một lời cảnh báo, Change được phát hiện đã chết, thường là không có thương tích gì rõ ràng. Bằng chứng thì luôn ít ỏi và chưa bao giờ xác định được một thủ phạm duy nhất.</w:t>
      </w:r>
    </w:p>
    <w:p>
      <w:pPr>
        <w:spacing w:after="80"/>
      </w:pPr>
      <w:r>
        <w:rPr>
          <w:b w:val="0"/>
          <w:i w:val="0"/>
        </w:rPr>
        <w:t>Lần này McNally quyết tâm bắt được kẻ giết người. Anh dập tắt điếu xì gà, rút cuốn sổ tay từ túi ra và chậm rãi bước về phía cửa.</w:t>
      </w:r>
    </w:p>
    <w:p>
      <w:pPr>
        <w:spacing w:after="80"/>
      </w:pPr>
      <w:r>
        <w:rPr>
          <w:b w:val="0"/>
          <w:i w:val="0"/>
        </w:rPr>
        <w:t>McNally luồn qua dải băng cảnh sát màu vàng "Do Not Cross" (Không được vượt qua) và bước vào phòng họp. Căn phòng rộn ràng hoạt động. Một nhiếp ảnh gia đang chụp ảnh người quá cố từ nhiều góc khác nhau, và những người thành từng nhóm hai, ba đang đưa ra ý kiến của mình về chuyện đã xảy ra. Ở cuối phòng, thi thể của Change gục trên bàn hội nghị. Ngay ngoài tầm với của bàn tay phải anh ta là một chiếc ly bị đổ. Mặt bàn vẫn còn ướt vì nước tràn ra.</w:t>
      </w:r>
    </w:p>
    <w:p>
      <w:pPr>
        <w:spacing w:after="80"/>
      </w:pPr>
      <w:r>
        <w:rPr>
          <w:b w:val="0"/>
          <w:i w:val="0"/>
        </w:rPr>
        <w:t>Một người đàn ông mà McNally không quen tiến đến và đưa cho anh một mẩu giấy gấp lại. "Bác sĩ pháp y bảo tôi đưa cái này cho anh," ông ta nói.</w:t>
      </w:r>
    </w:p>
    <w:p>
      <w:pPr>
        <w:spacing w:after="80"/>
      </w:pPr>
      <w:r>
        <w:rPr>
          <w:b w:val="0"/>
          <w:i w:val="0"/>
        </w:rPr>
        <w:t>McNally mở mẩu giấy ra và đọc:</w:t>
      </w:r>
    </w:p>
    <w:p>
      <w:pPr>
        <w:spacing w:after="80"/>
      </w:pPr>
      <w:r>
        <w:rPr>
          <w:b w:val="0"/>
          <w:i w:val="0"/>
        </w:rPr>
        <w:t>• có lẽ là một vụ án mạng • ngộ độc là nguyên nhân tử vong khả dĩ nhất • thời điểm tử vong nhiều khả năng là từ 7 đến 9 giờ sáng nay • sẽ có thêm thông tin sau khi khám nghiệm tử thi</w:t>
      </w:r>
    </w:p>
    <w:p>
      <w:pPr>
        <w:spacing w:after="80"/>
      </w:pPr>
      <w:r>
        <w:rPr>
          <w:b w:val="0"/>
          <w:i w:val="0"/>
        </w:rPr>
        <w:t>McNally giải tán căn phòng, đóng cửa lại và bắt đầu điều tra hiện trường vụ án. Khi anh bước ra một giờ sau đó, một người phụ nữ đang đợi anh bên ngoài cửa.</w:t>
      </w:r>
    </w:p>
    <w:p>
      <w:pPr>
        <w:spacing w:after="80"/>
      </w:pPr>
      <w:r>
        <w:rPr>
          <w:b w:val="0"/>
          <w:i w:val="0"/>
        </w:rPr>
        <w:t>"Tôi tên là Anna," cô nói. "Tôi sẽ là trợ lý của anh. Tôi được dặn lo liệu mọi thứ anh cần."</w:t>
      </w:r>
    </w:p>
    <w:p>
      <w:pPr>
        <w:spacing w:after="80"/>
      </w:pPr>
      <w:r>
        <w:rPr>
          <w:b w:val="0"/>
          <w:i w:val="0"/>
        </w:rPr>
        <w:t>McNally biết ai là những nghi phạm chính. Anh đã làm việc này nhiều lần rồi. Những nghi phạm quen thuộc luôn là những người giống nhau. Anh mở cuốn sổ tay và xem danh sách mình đã chuẩn bị:</w:t>
      </w:r>
    </w:p>
    <w:p>
      <w:pPr>
        <w:spacing w:after="80"/>
      </w:pPr>
      <w:r>
        <w:rPr>
          <w:b w:val="0"/>
          <w:i w:val="0"/>
        </w:rPr>
        <w:t>1.</w:t>
      </w:r>
      <w:r>
        <w:rPr>
          <w:b/>
          <w:i w:val="0"/>
        </w:rPr>
        <w:t>Văn hóa (Culture)</w:t>
      </w:r>
      <w:r>
        <w:rPr>
          <w:b w:val="0"/>
          <w:i w:val="0"/>
        </w:rPr>
        <w:t>—định hình những thái độ,</w:t>
      </w:r>
    </w:p>
    <w:p>
      <w:pPr>
        <w:spacing w:after="80"/>
      </w:pPr>
      <w:r>
        <w:rPr>
          <w:b w:val="0"/>
          <w:i w:val="0"/>
        </w:rPr>
        <w:t>niềm tin và khuôn mẫu hành vi chủ đạo đặc trưng cho tổ chức 2.</w:t>
      </w:r>
      <w:r>
        <w:rPr>
          <w:b/>
          <w:i w:val="0"/>
        </w:rPr>
        <w:t>Cam kết (Commitment)</w:t>
      </w:r>
      <w:r>
        <w:rPr>
          <w:b w:val="0"/>
          <w:i w:val="0"/>
        </w:rPr>
        <w:t>—xây dựng động lực</w:t>
      </w:r>
    </w:p>
    <w:p>
      <w:pPr>
        <w:spacing w:after="80"/>
      </w:pPr>
      <w:r>
        <w:rPr>
          <w:b w:val="0"/>
          <w:i w:val="0"/>
        </w:rPr>
        <w:t xml:space="preserve">và sự tự tin của một người để thực hiện những hành vi mới mà Change yêu cầu 3. </w:t>
      </w:r>
      <w:r>
        <w:rPr>
          <w:b/>
          <w:i w:val="0"/>
        </w:rPr>
        <w:t>Bảo trợ (Sponsorship)</w:t>
      </w:r>
      <w:r>
        <w:rPr>
          <w:b w:val="0"/>
          <w:i w:val="0"/>
        </w:rPr>
        <w:t>—một nhà lãnh đạo cấp cao có</w:t>
      </w:r>
    </w:p>
    <w:p>
      <w:pPr>
        <w:spacing w:after="80"/>
      </w:pPr>
      <w:r>
        <w:rPr>
          <w:b w:val="0"/>
          <w:i w:val="0"/>
        </w:rPr>
        <w:t xml:space="preserve">thẩm quyền chính thức để triển khai nguồn lực (ví dụ: thời gian, tiền bạc và con người) cho việc khởi xướng, thực hiện và duy trì Change; chịu trách nhiệm cuối cùng về sự thành công của Change 4. </w:t>
      </w:r>
      <w:r>
        <w:rPr>
          <w:b/>
          <w:i w:val="0"/>
        </w:rPr>
        <w:t>Đội ngũ Lãnh đạo Thay đổi (Change Leadership Team)</w:t>
      </w:r>
      <w:r>
        <w:rPr>
          <w:b w:val="0"/>
          <w:i w:val="0"/>
        </w:rPr>
        <w:t>—chủ động dẫn dắt</w:t>
      </w:r>
    </w:p>
    <w:p>
      <w:pPr>
        <w:spacing w:after="80"/>
      </w:pPr>
      <w:r>
        <w:rPr>
          <w:b w:val="0"/>
          <w:i w:val="0"/>
        </w:rPr>
        <w:t>Change vào tổ chức bằng cách nói với một tiếng nói chung và giải quyết những mối băn khoăn của những người được yêu cầu thay đổi 5.</w:t>
      </w:r>
      <w:r>
        <w:rPr>
          <w:b/>
          <w:i w:val="0"/>
        </w:rPr>
        <w:t>Truyền thông (Communication)</w:t>
      </w:r>
      <w:r>
        <w:rPr>
          <w:b w:val="0"/>
          <w:i w:val="0"/>
        </w:rPr>
        <w:t>—tạo cơ hội cho</w:t>
      </w:r>
    </w:p>
    <w:p>
      <w:pPr>
        <w:spacing w:after="80"/>
      </w:pPr>
      <w:r>
        <w:rPr>
          <w:b w:val="0"/>
          <w:i w:val="0"/>
        </w:rPr>
        <w:t>đối thoại với các nhà lãnh đạo thay đổi và những người được yêu cầu thay đổi 6.</w:t>
      </w:r>
      <w:r>
        <w:rPr>
          <w:b/>
          <w:i w:val="0"/>
        </w:rPr>
        <w:t>Tính cấp bách (Urgency)</w:t>
      </w:r>
      <w:r>
        <w:rPr>
          <w:b w:val="0"/>
          <w:i w:val="0"/>
        </w:rPr>
        <w:t>—giải thích vì sao Change là cần thiết</w:t>
      </w:r>
    </w:p>
    <w:p>
      <w:pPr>
        <w:spacing w:after="80"/>
      </w:pPr>
      <w:r>
        <w:rPr>
          <w:b w:val="0"/>
          <w:i w:val="0"/>
        </w:rPr>
        <w:t>và mọi người phải thay đổi cách làm việc nhanh đến mức nào</w:t>
      </w:r>
    </w:p>
    <w:p>
      <w:pPr>
        <w:spacing w:after="80"/>
      </w:pPr>
      <w:r>
        <w:rPr>
          <w:b w:val="0"/>
          <w:i w:val="0"/>
        </w:rPr>
        <w:t>7.</w:t>
      </w:r>
      <w:r>
        <w:rPr>
          <w:b/>
          <w:i w:val="0"/>
        </w:rPr>
        <w:t>Tầm nhìn (Vision)</w:t>
      </w:r>
      <w:r>
        <w:rPr>
          <w:b w:val="0"/>
          <w:i w:val="0"/>
        </w:rPr>
        <w:t>—vẽ nên một bức tranh rõ ràng và hấp dẫn</w:t>
      </w:r>
    </w:p>
    <w:p>
      <w:pPr>
        <w:spacing w:after="80"/>
      </w:pPr>
      <w:r>
        <w:rPr>
          <w:b w:val="0"/>
          <w:i w:val="0"/>
        </w:rPr>
        <w:t xml:space="preserve">về tương lai sau khi Thay đổi được tích hợp thành công 8. </w:t>
      </w:r>
      <w:r>
        <w:rPr>
          <w:b/>
          <w:i w:val="0"/>
        </w:rPr>
        <w:t>Kế hoạch (Plan)</w:t>
      </w:r>
      <w:r>
        <w:rPr>
          <w:b w:val="0"/>
          <w:i w:val="0"/>
        </w:rPr>
        <w:t>—làm rõ mức độ ưu tiên của Thay đổi</w:t>
      </w:r>
    </w:p>
    <w:p>
      <w:pPr>
        <w:spacing w:after="80"/>
      </w:pPr>
      <w:r>
        <w:rPr>
          <w:b w:val="0"/>
          <w:i w:val="0"/>
        </w:rPr>
        <w:t>so với các sáng kiến và trách nhiệm khác; phối hợp với những người được yêu cầu thay đổi để xây dựng một kế hoạch triển khai chi tiết và thực tế, sau đó xác định và xây dựng cơ sở hạ tầng cần thiết để hỗ trợ Thay đổi 9.</w:t>
      </w:r>
      <w:r>
        <w:rPr>
          <w:b/>
          <w:i w:val="0"/>
        </w:rPr>
        <w:t>Ngân sách (Budget)</w:t>
      </w:r>
      <w:r>
        <w:rPr>
          <w:b w:val="0"/>
          <w:i w:val="0"/>
        </w:rPr>
        <w:t>—phân tích các Thay đổi được đề xuất từ</w:t>
      </w:r>
    </w:p>
    <w:p>
      <w:pPr>
        <w:spacing w:after="80"/>
      </w:pPr>
      <w:r>
        <w:rPr>
          <w:b w:val="0"/>
          <w:i w:val="0"/>
        </w:rPr>
        <w:t xml:space="preserve">góc độ tài chính để xác định cách phân bổ nguồn lực hạn chế một cách tốt nhất và đảm bảo lợi tức đầu tư (ROI) lành mạnh 10. </w:t>
      </w:r>
      <w:r>
        <w:rPr>
          <w:b/>
          <w:i w:val="0"/>
        </w:rPr>
        <w:t>Người đào tạo (Trainer)</w:t>
      </w:r>
      <w:r>
        <w:rPr>
          <w:b w:val="0"/>
          <w:i w:val="0"/>
        </w:rPr>
        <w:t>—cung cấp các trải nghiệm học tập để</w:t>
      </w:r>
    </w:p>
    <w:p>
      <w:pPr>
        <w:spacing w:after="80"/>
      </w:pPr>
      <w:r>
        <w:rPr>
          <w:b w:val="0"/>
          <w:i w:val="0"/>
        </w:rPr>
        <w:t xml:space="preserve">đảm bảo những người được yêu cầu thay đổi có đủ kỹ năng cần thiết để theo đuổi Thay đổi và thành công trong tổ chức tương lai 11. </w:t>
      </w:r>
      <w:r>
        <w:rPr>
          <w:b/>
          <w:i w:val="0"/>
        </w:rPr>
        <w:t>Khuyến khích (Incentive)</w:t>
      </w:r>
      <w:r>
        <w:rPr>
          <w:b w:val="0"/>
          <w:i w:val="0"/>
        </w:rPr>
        <w:t>—ghi nhận và/hoặc khen thưởng mọi người</w:t>
      </w:r>
    </w:p>
    <w:p>
      <w:pPr>
        <w:spacing w:after="80"/>
      </w:pPr>
      <w:r>
        <w:rPr>
          <w:b w:val="0"/>
          <w:i w:val="0"/>
        </w:rPr>
        <w:t xml:space="preserve">để củng cố những hành vi và kết quả mong muốn giúp tạo điều kiện cho Thay đổi 12. </w:t>
      </w:r>
      <w:r>
        <w:rPr>
          <w:b/>
          <w:i w:val="0"/>
        </w:rPr>
        <w:t>Quản lý hiệu suất (Performance Management)</w:t>
      </w:r>
      <w:r>
        <w:rPr>
          <w:b w:val="0"/>
          <w:i w:val="0"/>
        </w:rPr>
        <w:t>—đặt ra mục tiêu và</w:t>
      </w:r>
    </w:p>
    <w:p>
      <w:pPr>
        <w:spacing w:after="80"/>
      </w:pPr>
      <w:r>
        <w:rPr>
          <w:b w:val="0"/>
          <w:i w:val="0"/>
        </w:rPr>
        <w:t>kỳ vọng về hành vi và kết quả giúp tạo điều kiện cho Thay đổi, theo dõi tiến độ hướng tới các mục tiêu và kỳ vọng, cung cấp phản hồi và đào tạo, đồng thời ghi nhận chính thức kết quả thực tế so với kết quả mong muốn</w:t>
      </w:r>
    </w:p>
    <w:p>
      <w:pPr>
        <w:spacing w:after="80"/>
      </w:pPr>
      <w:r>
        <w:rPr>
          <w:b w:val="0"/>
          <w:i w:val="0"/>
        </w:rPr>
        <w:t xml:space="preserve">13. </w:t>
      </w:r>
      <w:r>
        <w:rPr>
          <w:b/>
          <w:i w:val="0"/>
        </w:rPr>
        <w:t>Trách nhiệm giải trình (Accountability)</w:t>
      </w:r>
      <w:r>
        <w:rPr>
          <w:b w:val="0"/>
          <w:i w:val="0"/>
        </w:rPr>
        <w:t>—theo sát mọi người</w:t>
      </w:r>
    </w:p>
    <w:p>
      <w:pPr>
        <w:spacing w:after="80"/>
      </w:pPr>
      <w:r>
        <w:rPr>
          <w:b w:val="0"/>
          <w:i w:val="0"/>
        </w:rPr>
        <w:t>để đảm bảo hành vi và kết quả của họ phù hợp với các mục tiêu và kỳ vọng đã thống nhất, rằng các nhà lãnh đạo đang làm gương, và áp dụng các biện pháp chế tài khi hành vi hoặc kết quả không nhất quán với những gì giúp tạo điều kiện cho Thay đổi</w:t>
      </w:r>
    </w:p>
    <w:p>
      <w:pPr>
        <w:spacing w:after="80"/>
      </w:pPr>
      <w:r>
        <w:rPr>
          <w:b w:val="0"/>
          <w:i w:val="0"/>
        </w:rPr>
        <w:t>McNally xé tờ giấy khỏi cuốn sổ tay và đưa cho Anna. "Tôi cần phỏng vấn những người này càng sớm càng tốt," anh nói. "Tôi đang nghĩ ba mươi đến bốn mươi lăm phút mỗi người. Cô có thể sắp xếp được không?"</w:t>
      </w:r>
    </w:p>
    <w:p>
      <w:pPr>
        <w:spacing w:after="80"/>
      </w:pPr>
      <w:r>
        <w:rPr>
          <w:b w:val="0"/>
          <w:i w:val="0"/>
        </w:rPr>
        <w:t>"Tôi sẽ bắt tay vào ngay," cô nói. "Ngoài ra, sẽ rất tuyệt nếu cô có thể lấy cho tôi một bản sơ đồ tổ chức, để tôi biết ai làm việc cho ai," McNally nói thêm.</w:t>
      </w:r>
    </w:p>
    <w:p>
      <w:pPr>
        <w:spacing w:after="80"/>
      </w:pPr>
      <w:r>
        <w:rPr>
          <w:b w:val="0"/>
          <w:i w:val="0"/>
        </w:rPr>
        <w:t>Người trợ lý đã lường trước yêu cầu này. Cô đưa cho McNally một bản sơ đồ tổ chức. Rồi cô biến mất.</w:t>
      </w:r>
    </w:p>
    <w:p>
      <w:pPr>
        <w:jc w:val="center"/>
      </w:pPr>
      <w:r>
        <w:drawing>
          <wp:inline xmlns:a="http://schemas.openxmlformats.org/drawingml/2006/main" xmlns:pic="http://schemas.openxmlformats.org/drawingml/2006/picture">
            <wp:extent cx="5486400" cy="8478982"/>
            <wp:docPr id="3" name="Picture 3"/>
            <wp:cNvGraphicFramePr>
              <a:graphicFrameLocks noChangeAspect="1"/>
            </wp:cNvGraphicFramePr>
            <a:graphic>
              <a:graphicData uri="http://schemas.openxmlformats.org/drawingml/2006/picture">
                <pic:pic>
                  <pic:nvPicPr>
                    <pic:cNvPr id="0" name="page_10.png"/>
                    <pic:cNvPicPr/>
                  </pic:nvPicPr>
                  <pic:blipFill>
                    <a:blip r:embed="rId11"/>
                    <a:stretch>
                      <a:fillRect/>
                    </a:stretch>
                  </pic:blipFill>
                  <pic:spPr>
                    <a:xfrm>
                      <a:off x="0" y="0"/>
                      <a:ext cx="5486400" cy="8478982"/>
                    </a:xfrm>
                    <a:prstGeom prst="rect"/>
                  </pic:spPr>
                </pic:pic>
              </a:graphicData>
            </a:graphic>
          </wp:inline>
        </w:drawing>
      </w:r>
    </w:p>
    <w:p>
      <w:pPr>
        <w:spacing w:before="240" w:after="80"/>
      </w:pPr>
      <w:r>
        <w:rPr>
          <w:b/>
          <w:sz w:val="40"/>
        </w:rPr>
        <w:t>Nghi phạm #1: Văn hóa (Culture)</w:t>
      </w:r>
      <w:r>
        <w:rPr>
          <w:b/>
          <w:sz w:val="40"/>
        </w:rPr>
        <w:t>CHÍN giờ sáng hôm sau, Đặc vụ McNally, ngồi trong chính phòng hội nghị nơi Thay đổi đã bị giết, đọc lại hồ sơ của mình. Anh ngước lên khi Carolina Culture bước vào phòng. Anh biết cô sẽ là người phỏng vấn đầu tiên của mình nhưng anh sẽ không bao giờ nhận ra cô. Culture nhỏ nhắn và khiêm tốn, không xinh cũng không xấu. Cô không có nét đặc trưng nào nổi bật, và anh nghĩ nếu lướt qua cô trên phố, có lẽ anh sẽ không để ý đến cô.</w:t>
      </w:r>
    </w:p>
    <w:p>
      <w:pPr>
        <w:spacing w:after="80"/>
      </w:pPr>
      <w:r>
        <w:rPr>
          <w:b w:val="0"/>
          <w:i w:val="0"/>
        </w:rPr>
        <w:t>"Chào buổi sáng," McNally nói, cố giấu đi sự ngạc nhiên. "Hôm nay cô thế nào?"</w:t>
      </w:r>
    </w:p>
    <w:p>
      <w:pPr>
        <w:spacing w:after="80"/>
      </w:pPr>
      <w:r>
        <w:rPr>
          <w:b w:val="0"/>
          <w:i w:val="0"/>
        </w:rPr>
        <w:t>"Rất tốt," Culture đáp. "Còn anh?" Giọng cô mượt mà và trầm.</w:t>
      </w:r>
    </w:p>
    <w:p>
      <w:pPr>
        <w:spacing w:after="80"/>
      </w:pPr>
      <w:r>
        <w:rPr>
          <w:b w:val="0"/>
          <w:i w:val="0"/>
        </w:rPr>
        <w:t xml:space="preserve">“Tốt, tốt. Cảm ơn cô rất nhiều.” McNally đang nghĩ, </w:t>
      </w:r>
      <w:r>
        <w:rPr>
          <w:b w:val="0"/>
          <w:i/>
        </w:rPr>
        <w:t>Sao mình lại hỏi cô ấy có khỏe không nhỉ? Mình đâu có hỏi người ta có khỏe không. Mình hỏi họ về vụ án cơ mà.</w:t>
      </w:r>
    </w:p>
    <w:p>
      <w:pPr>
        <w:spacing w:after="80"/>
      </w:pPr>
      <w:r>
        <w:rPr>
          <w:b w:val="0"/>
          <w:i w:val="0"/>
        </w:rPr>
        <w:t>Giọng cô kéo anh ra khỏi dòng suy nghĩ. “Anh có câu hỏi nào cho tôi à?” cô nói.</w:t>
      </w:r>
    </w:p>
    <w:p>
      <w:pPr>
        <w:spacing w:after="80"/>
      </w:pPr>
      <w:r>
        <w:rPr>
          <w:b w:val="0"/>
          <w:i w:val="0"/>
        </w:rPr>
        <w:t>“Vâng, có chứ. Sáng hôm qua cô ở đâu?” anh hỏi.</w:t>
      </w:r>
    </w:p>
    <w:p>
      <w:pPr>
        <w:spacing w:after="80"/>
      </w:pPr>
      <w:r>
        <w:rPr>
          <w:b w:val="0"/>
          <w:i w:val="0"/>
        </w:rPr>
        <w:t>“Tôi ở đây. Hầu như lúc nào tôi cũng ở đây.”</w:t>
      </w:r>
    </w:p>
    <w:p>
      <w:pPr>
        <w:spacing w:after="80"/>
      </w:pPr>
      <w:r>
        <w:rPr>
          <w:b w:val="0"/>
          <w:i w:val="0"/>
        </w:rPr>
        <w:t>McNally không hiểu lời cô là đang than vãn hay đang chịu đựng. Nghe nó chỉ đơn thuần là kể sự thật. “Cô có ghé qua phòng ban nào không?” anh hỏi.</w:t>
      </w:r>
    </w:p>
    <w:p>
      <w:pPr>
        <w:spacing w:after="80"/>
      </w:pPr>
      <w:r>
        <w:rPr>
          <w:b w:val="0"/>
          <w:i w:val="0"/>
        </w:rPr>
        <w:t>“Ồ, có chứ. Tôi đi một vòng. Ngày nào tôi cũng có mặt ở mọi phòng ban.”</w:t>
      </w:r>
    </w:p>
    <w:p>
      <w:pPr>
        <w:spacing w:after="80"/>
      </w:pPr>
      <w:r>
        <w:rPr>
          <w:b w:val="0"/>
          <w:i w:val="0"/>
        </w:rPr>
        <w:t>“Hôm qua có ai thấy cô ở trên này không?” “Câu hỏi hay đấy,” Culture đáp. “Người ở đây bận lắm. Và phải thừa nhận rằng—vai trò của tôi đâu có nổi bật gì. Nên thật sự tôi không trả lời được. Anh phải hỏi họ.”</w:t>
      </w:r>
    </w:p>
    <w:p>
      <w:pPr>
        <w:spacing w:after="80"/>
      </w:pPr>
      <w:r>
        <w:rPr>
          <w:b w:val="0"/>
          <w:i w:val="0"/>
        </w:rPr>
        <w:t>McNally thấy mình phải căng tai ra mới nghe được cô. “Cô mô tả mối quan hệ giữa cô và Change thế nào?” anh hỏi.</w:t>
      </w:r>
    </w:p>
    <w:p>
      <w:pPr>
        <w:spacing w:after="80"/>
      </w:pPr>
      <w:r>
        <w:rPr>
          <w:b w:val="0"/>
          <w:i w:val="0"/>
        </w:rPr>
        <w:t>Culture không chút do dự. “Kín đáo,” cô đáp.</w:t>
      </w:r>
    </w:p>
    <w:p>
      <w:pPr>
        <w:spacing w:after="80"/>
      </w:pPr>
      <w:r>
        <w:rPr>
          <w:b w:val="0"/>
          <w:i w:val="0"/>
        </w:rPr>
        <w:t>McNally gặng hỏi, “Cô có thể nói rõ hơn giúp tôi không?”</w:t>
      </w:r>
    </w:p>
    <w:p>
      <w:pPr>
        <w:spacing w:after="80"/>
      </w:pPr>
      <w:r>
        <w:rPr>
          <w:b w:val="0"/>
          <w:i w:val="0"/>
        </w:rPr>
        <w:t>“Vai trò của Change được thiết kế để nổi bật,” cô trả lời. “Anh ấy có tham khảo ý kiến tôi vài lần, nhưng nhìn chung là kín đáo, sau cánh cửa đóng.”</w:t>
      </w:r>
    </w:p>
    <w:p>
      <w:pPr>
        <w:spacing w:after="80"/>
      </w:pPr>
      <w:r>
        <w:rPr>
          <w:b w:val="0"/>
          <w:i w:val="0"/>
        </w:rPr>
        <w:t>McNally đáp, “Anh ấy tham khảo ý kiến cô? Cô có giúp được anh ấy không?”</w:t>
      </w:r>
    </w:p>
    <w:p>
      <w:pPr>
        <w:spacing w:after="80"/>
      </w:pPr>
      <w:r>
        <w:rPr>
          <w:b w:val="0"/>
          <w:i w:val="0"/>
        </w:rPr>
        <w:t>“Tôi nghĩ là có. Khó nói lắm. Quản lý vi mô không phải phong cách của tôi. Vì anh ấy chưa bao giờ trao đổi lại với tôi về vấn đề nào lần thứ hai, nên tôi cho rằng anh ấy đã tự giải quyết được những thách thức mình gặp phải,” cô nói.</w:t>
      </w:r>
    </w:p>
    <w:p>
      <w:pPr>
        <w:spacing w:after="80"/>
      </w:pPr>
      <w:r>
        <w:rPr>
          <w:b w:val="0"/>
          <w:i w:val="0"/>
        </w:rPr>
        <w:t>“Quản lý vi mô—nghĩa là Change báo cáo cho cô à?”</w:t>
      </w:r>
    </w:p>
    <w:p>
      <w:pPr>
        <w:spacing w:after="80"/>
      </w:pPr>
      <w:r>
        <w:rPr>
          <w:b w:val="0"/>
          <w:i w:val="0"/>
        </w:rPr>
        <w:t>“Ồ, không,” Culture nói. McNally nghĩ mình thoáng thấy một nụ cười. “Không ai báo cáo cho tôi cả. Tôi ở đây lâu hơn anh tưởng đấy. Vai trò của tôi xưa nay là định hình những niềm tin dẫn dắt cách chúng ta vận hành ở đây. Anh có thể coi vai trò của tôi như một chiếc la bàn chỉ hướng, chứ không phải tấm bản đồ vạch rõ cách đi từ điểm A đến điểm B.”</w:t>
      </w:r>
    </w:p>
    <w:p>
      <w:pPr>
        <w:spacing w:after="80"/>
      </w:pPr>
      <w:r>
        <w:rPr>
          <w:b w:val="0"/>
          <w:i w:val="0"/>
        </w:rPr>
        <w:t>“Vậy lần cuối cùng Change tham khảo ý kiến cô là về chuyện gì?” McNally hỏi.</w:t>
      </w:r>
    </w:p>
    <w:p>
      <w:pPr>
        <w:spacing w:after="80"/>
      </w:pPr>
      <w:r>
        <w:rPr>
          <w:b w:val="0"/>
          <w:i w:val="0"/>
        </w:rPr>
        <w:t>“GIÁ TRỊ!” Văn hóa đáp lại lớn đến mức McNally thấy mình phải ngả người ra sau ghế. Cô tiếp tục với âm lượng quá lớn so với kích thước căn phòng và khoảng cách giữa hai người. “Thay đổi muốn dùng các giá trị tổ chức của chúng ta để làm đòn bẩy cho những gì anh ta đang cố gắng đạt được. Tôi đã cố dạy anh ta rằng nếu hành động của bạn nhất quán với giá trị của bạn, bạn có cơ hội thành công cao hơn.”</w:t>
      </w:r>
    </w:p>
    <w:p>
      <w:pPr>
        <w:spacing w:after="80"/>
      </w:pPr>
      <w:r>
        <w:rPr>
          <w:b w:val="0"/>
          <w:i w:val="0"/>
        </w:rPr>
        <w:t>“Và những giá trị đó là . . . ?” McNally hỏi bằng giọng nhẹ nhàng, có lẽ là một nỗ lực vô thức nhằm kéo cường độ trước đó của cô về mức bình thường. Không ăn thua. Văn hóa bắt đầu một bài độc thoại còn to hơn nữa mà McNally chỉ có thể mô tả là được tập dượt quá kỹ.</w:t>
      </w:r>
    </w:p>
    <w:p>
      <w:pPr>
        <w:spacing w:after="80"/>
      </w:pPr>
      <w:r>
        <w:rPr>
          <w:b w:val="0"/>
          <w:i w:val="0"/>
        </w:rPr>
        <w:t>“</w:t>
      </w:r>
      <w:r>
        <w:rPr>
          <w:b w:val="0"/>
          <w:i/>
        </w:rPr>
        <w:t>V</w:t>
      </w:r>
      <w:r>
        <w:rPr>
          <w:b w:val="0"/>
          <w:i w:val="0"/>
        </w:rPr>
        <w:t xml:space="preserve"> là Việc Rất Hiệu Quả. Để đạt được các mục tiêu kinh doanh, chúng ta phải vận hành theo cách rất hiệu quả. Chúng ta phải phân bổ nguồn lực hợp lý và kiểm soát chi phí.</w:t>
      </w:r>
    </w:p>
    <w:p>
      <w:pPr>
        <w:spacing w:after="80"/>
      </w:pPr>
      <w:r>
        <w:rPr>
          <w:b w:val="0"/>
          <w:i w:val="0"/>
        </w:rPr>
        <w:t>“</w:t>
      </w:r>
      <w:r>
        <w:rPr>
          <w:b w:val="0"/>
          <w:i/>
        </w:rPr>
        <w:t>A</w:t>
      </w:r>
      <w:r>
        <w:rPr>
          <w:b w:val="0"/>
          <w:i w:val="0"/>
        </w:rPr>
        <w:t xml:space="preserve"> là A Khách Hàng Là Trọng Tâm. Chúng ta có nhiều khách hàng và chúng ta phải cung cấp cho mỗi người mức dịch vụ cao nhất.</w:t>
      </w:r>
    </w:p>
    <w:p>
      <w:pPr>
        <w:spacing w:after="80"/>
      </w:pPr>
      <w:r>
        <w:rPr>
          <w:b w:val="0"/>
          <w:i w:val="0"/>
        </w:rPr>
        <w:t>“</w:t>
      </w:r>
      <w:r>
        <w:rPr>
          <w:b w:val="0"/>
          <w:i/>
        </w:rPr>
        <w:t>L</w:t>
      </w:r>
      <w:r>
        <w:rPr>
          <w:b w:val="0"/>
          <w:i w:val="0"/>
        </w:rPr>
        <w:t xml:space="preserve"> là Làm Việc Nhóm Thật Nhiều. Chúng ta có thể đạt được nhiều hơn khi làm việc như một đội. Tại ACME chúng tôi tin rằng ‘không ai trong chúng ta thông minh bằng tất cả chúng ta!’</w:t>
      </w:r>
    </w:p>
    <w:p>
      <w:pPr>
        <w:spacing w:after="80"/>
      </w:pPr>
      <w:r>
        <w:rPr>
          <w:b w:val="0"/>
          <w:i w:val="0"/>
        </w:rPr>
        <w:t>“</w:t>
      </w:r>
      <w:r>
        <w:rPr>
          <w:b w:val="0"/>
          <w:i/>
        </w:rPr>
        <w:t>U</w:t>
      </w:r>
      <w:r>
        <w:rPr>
          <w:b w:val="0"/>
          <w:i w:val="0"/>
        </w:rPr>
        <w:t xml:space="preserve"> là Understanding – Thấu Hiểu. Cốt lõi của thấu hiểu là lắng nghe. Mỗi cá nhân sẽ mang một quan điểm đến với một tình huống hay cơ hội. Bằng cách lắng nghe và thấu hiểu mọi quan điểm, chúng ta sẽ đưa ra quyết định tốt hơn.</w:t>
      </w:r>
    </w:p>
    <w:p>
      <w:pPr>
        <w:spacing w:after="80"/>
      </w:pPr>
      <w:r>
        <w:rPr>
          <w:b w:val="0"/>
          <w:i w:val="0"/>
        </w:rPr>
        <w:t>“</w:t>
      </w:r>
      <w:r>
        <w:rPr>
          <w:b w:val="0"/>
          <w:i/>
        </w:rPr>
        <w:t>E</w:t>
      </w:r>
      <w:r>
        <w:rPr>
          <w:b w:val="0"/>
          <w:i w:val="0"/>
        </w:rPr>
        <w:t xml:space="preserve"> là Excellence – Xuất Sắc. Sản phẩm của chúng ta là kế sinh nhai của chúng ta. Bất cứ điều gì kém hơn xuất sắc đều không thể chấp nhận được.”</w:t>
      </w:r>
    </w:p>
    <w:p>
      <w:pPr>
        <w:spacing w:after="80"/>
      </w:pPr>
      <w:r>
        <w:rPr>
          <w:b w:val="0"/>
          <w:i w:val="0"/>
        </w:rPr>
        <w:t>Sự tương phản giữa ấn tượng đầu tiên của anh về Văn hóa và sức mạnh trong phần trình bày của cô về các giá trị của ACME thật rõ rệt. Nhưng rồi McNally nghĩ rằng sức mạnh và mức decibel không nhất thiết đồng nghĩa với nhau. Anh không nhận ra chút đam mê nào trong cách cô trình bày và cảm thấy âm lượng chỉ là thứ thay thế cho cảm xúc thật.</w:t>
      </w:r>
    </w:p>
    <w:p>
      <w:pPr>
        <w:spacing w:after="80"/>
      </w:pPr>
      <w:r>
        <w:rPr>
          <w:b w:val="0"/>
          <w:i w:val="0"/>
        </w:rPr>
        <w:t>“Những giá trị cô nói đến vang lên rõ ràng và dứt khoát,” McNally nói. “Nhưng tôi cá là có một sự rạn nứt giữa những giá trị đó và những gì thực sự đang diễn ra ở đây.”</w:t>
      </w:r>
    </w:p>
    <w:p>
      <w:pPr>
        <w:spacing w:after="80"/>
      </w:pPr>
      <w:r>
        <w:rPr>
          <w:b w:val="0"/>
          <w:i w:val="0"/>
        </w:rPr>
        <w:t>Văn hóa không đáp lại. McNally ghi nhớ trong đầu rằng anh chưa hề thấy Văn hóa chớp mắt suốt thời gian họ nói chuyện.</w:t>
      </w:r>
    </w:p>
    <w:p>
      <w:pPr>
        <w:spacing w:after="80"/>
      </w:pPr>
      <w:r>
        <w:rPr>
          <w:b w:val="0"/>
          <w:i w:val="0"/>
        </w:rPr>
        <w:t>“Cô có phiền trả lời điều đó không?” McNally lịch sự hỏi.</w:t>
      </w:r>
    </w:p>
    <w:p>
      <w:pPr>
        <w:spacing w:after="80"/>
      </w:pPr>
      <w:r>
        <w:rPr>
          <w:b w:val="0"/>
          <w:i w:val="0"/>
        </w:rPr>
        <w:t>“Được thôi—nhưng tôi không thấy đó là một câu hỏi,” cô nói, hạ giọng xuống. “Như tôi đã nói với anh trước đó, công việc của tôi là đặt nền móng và chỉ ra một hướng đi. Tôi không kiểm soát được việc các cá nhân hay đội nhóm có sống theo giá trị của chúng ta hay không.”</w:t>
      </w:r>
    </w:p>
    <w:p>
      <w:pPr>
        <w:spacing w:after="80"/>
      </w:pPr>
      <w:r>
        <w:rPr>
          <w:b w:val="0"/>
          <w:i w:val="0"/>
        </w:rPr>
        <w:t>McNally tự hỏi Văn hóa biết Trách Nhiệm rõ đến đâu. Anh biết rằng nếu Trách Nhiệm làm tốt công việc của mình, anh ta sẽ củng cố những hành vi nuôi dưỡng Văn hóa. McNally đã làm đủ nhiều vụ để biết rằng luôn có một khoảng cách nào đó giữa những giá trị được tuyên bố và hành vi hằng ngày của con người trong tổ chức đó. Ở nơi này, anh nghi ngờ đó là một vực thẳm rộng chứ không phải một khoảng cách nhỏ. Đoán rằng Văn hóa sẽ không nhận bất kỳ trách nhiệm nào cho sự chênh lệch đó, McNally đổi chiến thuật.</w:t>
      </w:r>
    </w:p>
    <w:p>
      <w:pPr>
        <w:spacing w:after="80"/>
      </w:pPr>
      <w:r>
        <w:rPr>
          <w:b w:val="0"/>
          <w:i w:val="0"/>
        </w:rPr>
        <w:t>“Cô có ý tưởng gì về việc ai đã giết Thay Đổi không?” anh hỏi. “Không một manh mối,” Văn hóa đáp ngay lập tức. “Nhưng chắc chắn rồi,” McNally dỗ dành, “với lịch sử lâu dài của cô ở đây, những giờ dài cô bỏ ra và ảnh hưởng rõ ràng của cô đối với tổ chức, hẳn cô phải có chút ý tưởng về việc ai không thích Thay Đổi—ai đó muốn gạt Thay Đổi ra khỏi đường đi.”</w:t>
      </w:r>
    </w:p>
    <w:p>
      <w:pPr>
        <w:spacing w:after="80"/>
      </w:pPr>
      <w:r>
        <w:rPr>
          <w:b w:val="0"/>
          <w:i w:val="0"/>
        </w:rPr>
        <w:t>“Anh tâng bốc tôi quá rồi, Đặc vụ McNally. Đúng, tôi đã ở đây lâu rồi và tôi làm việc rất nhiều giờ. Tôi muốn nghĩ rằng tôi đã có, và vẫn có, chút ảnh hưởng nào đó đối với tổ chức này. Nhưng tôi vẫn không thể nói cho anh biết ai đã giết Thay Đổi.”</w:t>
      </w:r>
    </w:p>
    <w:p>
      <w:pPr>
        <w:spacing w:after="80"/>
      </w:pPr>
      <w:r>
        <w:rPr>
          <w:b w:val="0"/>
          <w:i w:val="0"/>
        </w:rPr>
        <w:t>Một lần nữa McNally lại thấy mình nghiêng người về phía trước, bị mê hoặc bởi giọng nói ngọt như mật của Văn hóa.</w:t>
      </w:r>
    </w:p>
    <w:p>
      <w:pPr>
        <w:spacing w:after="80"/>
      </w:pPr>
      <w:r>
        <w:rPr>
          <w:b w:val="0"/>
          <w:i w:val="0"/>
        </w:rPr>
        <w:t>Có một khoảng lặng dài. Rồi Culture hỏi: "Còn gì nữa không?"</w:t>
      </w:r>
    </w:p>
    <w:p>
      <w:pPr>
        <w:spacing w:after="80"/>
      </w:pPr>
      <w:r>
        <w:rPr>
          <w:b w:val="0"/>
          <w:i w:val="0"/>
        </w:rPr>
        <w:t>"Không, tôi nghĩ chỉ có thế thôi. Tôi có thể tìm cô ở đâu nếu có thêm câu hỏi?"</w:t>
      </w:r>
    </w:p>
    <w:p>
      <w:pPr>
        <w:spacing w:after="80"/>
      </w:pPr>
      <w:r>
        <w:rPr>
          <w:b w:val="0"/>
          <w:i w:val="0"/>
        </w:rPr>
        <w:t>"Ồ, tôi sẽ ở quanh đây thôi," cô nói. McNally lại nghĩ mình thoáng thấy một nụ cười. Anh cúi xuống xem ghi chú để biết ai là người tiếp theo trong danh sách. Anh ngẩng lên và bắt đầu: "Cảm ơn cô vì đã—"</w:t>
      </w:r>
    </w:p>
    <w:p>
      <w:pPr>
        <w:spacing w:after="80"/>
      </w:pPr>
      <w:r>
        <w:rPr>
          <w:b w:val="0"/>
          <w:i w:val="0"/>
        </w:rPr>
        <w:t>Nhưng Culture đã biến mất. Anh nhìn ra sau lưng và thấy cửa đã đóng. Anh không hề nghe thấy tiếng cửa mở hay đóng. Hơi ngượng ngùng, anh thực sự kéo ghế ra sau và nhìn xuống gầm bàn hội nghị. Không có gì. Không có ai ở đó cả.</w:t>
      </w:r>
    </w:p>
    <w:p>
      <w:pPr>
        <w:spacing w:after="80"/>
      </w:pPr>
      <w:r>
        <w:rPr>
          <w:b w:val="0"/>
          <w:i/>
        </w:rPr>
        <w:t>Đúng là rợn người thật</w:t>
      </w:r>
      <w:r>
        <w:rPr>
          <w:b w:val="0"/>
          <w:i w:val="0"/>
        </w:rPr>
        <w:t xml:space="preserve">, anh nghĩ. </w:t>
      </w:r>
      <w:r>
        <w:rPr>
          <w:b w:val="0"/>
          <w:i/>
        </w:rPr>
        <w:t>Đúng là rợn người thật</w:t>
      </w:r>
      <w:r>
        <w:rPr>
          <w:b w:val="0"/>
          <w:i w:val="0"/>
        </w:rPr>
        <w:t>.</w:t>
      </w:r>
    </w:p>
    <w:p>
      <w:pPr>
        <w:spacing w:before="240" w:after="80"/>
      </w:pPr>
      <w:r>
        <w:rPr>
          <w:b/>
          <w:sz w:val="40"/>
        </w:rPr>
        <w:t>Nghi phạm #2: Commitment</w:t>
      </w:r>
      <w:r>
        <w:rPr>
          <w:b/>
          <w:sz w:val="40"/>
        </w:rPr>
        <w:t>CHASE Commitment là người tiếp theo xuất hiện trong phòng thẩm vấn. Với vẻ mặt nghiêm túc, Commitment mỉm cười với Đặc vụ McNally, bắt tay anh và ngồi xuống.</w:t>
      </w:r>
    </w:p>
    <w:p>
      <w:pPr>
        <w:spacing w:after="80"/>
      </w:pPr>
      <w:r>
        <w:rPr>
          <w:b w:val="0"/>
          <w:i w:val="0"/>
        </w:rPr>
        <w:t>McNally mở đầu: "Cảm ơn anh đã gặp tôi. Như anh biết, tôi đang điều tra cái chết của Change. Anh có phiền kể cho tôi một chút về bản thân không?"</w:t>
      </w:r>
    </w:p>
    <w:p>
      <w:pPr>
        <w:spacing w:after="80"/>
      </w:pPr>
      <w:r>
        <w:rPr>
          <w:b w:val="0"/>
          <w:i w:val="0"/>
        </w:rPr>
        <w:t>"Rất sẵn lòng," Commitment đáp. "Tất nhiên rồi, giống như hầu hết mọi người ở đây, tôi đảm nhận nhiều vai trò. Tuy nhiên, trọng tâm chính của tôi là tạo sự đồng thuận cho những Change mà chúng tôi triển khai ở đây." Anh dừng lại và háo hức nhìn McNally.</w:t>
      </w:r>
    </w:p>
    <w:p>
      <w:pPr>
        <w:spacing w:after="80"/>
      </w:pPr>
      <w:r>
        <w:rPr>
          <w:b w:val="0"/>
          <w:i w:val="0"/>
        </w:rPr>
        <w:t>"Vậy kể thêm cho tôi nghe đi. Anh có thể cho tôi biết anh làm việc với ban lãnh đạo ở đây như thế nào liên quan đến Change không?"</w:t>
      </w:r>
    </w:p>
    <w:p>
      <w:pPr>
        <w:spacing w:after="80"/>
      </w:pPr>
      <w:r>
        <w:rPr>
          <w:b w:val="0"/>
          <w:i w:val="0"/>
        </w:rPr>
        <w:t>"Rất vui," Commitment trả lời với một nụ cười. "Tôi không chắc anh đã phỏng vấn những ai rồi và tôi không muốn 'giành mất phần tỏa sáng' của họ, như người ta nói. Tôi có thể nói với anh rằng tôi đã học được rất nhiều từ những Change mà chúng tôi đã có ở đây qua nhiều năm. Bài học lớn nhất tôi học được là nhân viên của chúng tôi có những mối lo khá dễ đoán khi chúng tôi giới thiệu một Change mới. Nếu chúng tôi không phản hồi những mối lo đó, thành công của Change sẽ giảm mạnh. Khi Change lần đầu được giới thiệu, ai cũng có vẻ cần thêm thông tin. Họ muốn nghe lý do tại sao họ cần Change. Tôi làm việc đó cùng với Ernest Urgency. Họ cũng có những mối lo cá nhân—ai mà chẳng tự hỏi liệu mình sẽ được hay mất khi ai đó công bố một Change? Dù ban lãnh đạo có thích hay không, nhân viên sẽ không đồng thuận với một Change cho đến khi họ hiểu nó có thể ảnh hưởng đến họ như thế nào. Anh thấy không, Đặc vụ McNally, nếu chúng ta nắm bắt những mối lo này và giải quyết chúng, chúng ta sẽ dễ giành được sự ủng hộ của nhân viên hơn? Đó lại là công việc của tôi."</w:t>
      </w:r>
    </w:p>
    <w:p>
      <w:pPr>
        <w:spacing w:after="80"/>
      </w:pPr>
      <w:r>
        <w:rPr>
          <w:b w:val="0"/>
          <w:i w:val="0"/>
        </w:rPr>
        <w:t>McNally cảm nhận được sự nhiệt huyết của Commitment. Thực ra, anh có thể hình dung Commitment trên sân khấu sau bục phát biểu, đang diễn thuyết truyền động lực, với khán giả chăm chú trong sự kính trọng.</w:t>
      </w:r>
    </w:p>
    <w:p>
      <w:pPr>
        <w:spacing w:after="80"/>
      </w:pPr>
      <w:r>
        <w:rPr>
          <w:b w:val="0"/>
          <w:i w:val="0"/>
        </w:rPr>
        <w:t>Commitment tiếp tục: "Chúng ta phải có khả năng tạo ra một bức tranh về Change và giúp mọi người thấy nó sẽ trông như thế nào. Tôi cần Victoria Vision cho việc đó. Và chẳng phải hợp lý khi chúng ta nên để một số người của mình tham gia vào việc ra quyết định về Change sao? Tôi dựa vào Spence Sponsorship và Pecs cho việc đó."</w:t>
      </w:r>
    </w:p>
    <w:p>
      <w:pPr>
        <w:spacing w:after="80"/>
      </w:pPr>
      <w:r>
        <w:rPr>
          <w:b w:val="0"/>
          <w:i w:val="0"/>
        </w:rPr>
        <w:t>"Pecs?" McNally hỏi. "Anh sẽ gặp anh ta sau, tôi chắc chắn. Ai cũng biết Pecs. Dù sao thì, sau khi Change đã ở đây một thời gian, nhân viên của chúng tôi tự hỏi liệu Change có thực sự được hòa nhập hay không. Perry Plan nên tham gia. Terry Trainer nên thực hiện một số khóa đào tạo, và Isabella Incentive nên mang đến sự khích lệ."</w:t>
      </w:r>
    </w:p>
    <w:p>
      <w:pPr>
        <w:spacing w:after="80"/>
      </w:pPr>
      <w:r>
        <w:rPr>
          <w:b w:val="0"/>
          <w:i w:val="0"/>
        </w:rPr>
        <w:t>Commitment đứng dậy và bắt đầu đi đi lại lại, lòng bàn tay và ánh mắt hướng lên trần nhà như đang nói với một đấng quyền năng cao hơn. "Cuối cùng, nhân viên có những mối lo về việc liệu mọi người có thực sự làm việc được với nhau hay không. Chính ở đây tôi cần anh hơn bao giờ hết, Peter Performance Management và Aidan Accountability."</w:t>
      </w:r>
    </w:p>
    <w:p>
      <w:pPr>
        <w:spacing w:after="80"/>
      </w:pPr>
      <w:r>
        <w:rPr>
          <w:b w:val="0"/>
          <w:i w:val="0"/>
        </w:rPr>
        <w:t>McNally thấy mình đưa mắt nhìn quanh xem có ai bước vào phòng không. Không có ai cả.</w:t>
      </w:r>
    </w:p>
    <w:p>
      <w:pPr>
        <w:spacing w:after="80"/>
      </w:pPr>
      <w:r>
        <w:rPr>
          <w:b w:val="0"/>
          <w:i w:val="0"/>
        </w:rPr>
        <w:t>Giờ thì đầu và tay đã hạ xuống, Commitment bước về ghế và ngồi xuống. McNally nhận thấy nghi phạm đang đổ mồ hôi rất nhiều. Anh lấy một chai nước và đặt trước mặt Commitment.</w:t>
      </w:r>
    </w:p>
    <w:p>
      <w:pPr>
        <w:spacing w:after="80"/>
      </w:pPr>
      <w:r>
        <w:rPr>
          <w:b w:val="0"/>
          <w:i w:val="0"/>
        </w:rPr>
        <w:t>“Chà, lúc nãy nghe anh nói, tôi cứ ngỡ mình đang nghe một bài giảng đạo ấy,” McNally đáp. “Nhưng dù anh tràn đầy nhiệt huyết, tôi vẫn không khỏi nghĩ rằng các đồng nghiệp của anh có thể chẳng hoàn toàn đồng tình với những bài học anh đã rút ra về Thay Đổi đâu.”</w:t>
      </w:r>
    </w:p>
    <w:p>
      <w:pPr>
        <w:spacing w:after="80"/>
      </w:pPr>
      <w:r>
        <w:rPr>
          <w:b w:val="0"/>
          <w:i w:val="0"/>
        </w:rPr>
        <w:t>Vẻ mặt của Commitment cho McNally biết rằng ông đang đấu tranh nội tâm xem nên chia sẻ bao nhiêu thông tin. Cuối cùng, Commitment nói: “Ở đây chúng tôi hơi rối loạn một chút.”</w:t>
      </w:r>
    </w:p>
    <w:p>
      <w:pPr>
        <w:spacing w:after="80"/>
      </w:pPr>
      <w:r>
        <w:rPr>
          <w:b w:val="0"/>
          <w:i w:val="0"/>
        </w:rPr>
        <w:t>McNally dùng sự im lặng để thúc Commitment nói tiếp.</w:t>
      </w:r>
    </w:p>
    <w:p>
      <w:pPr>
        <w:spacing w:after="80"/>
      </w:pPr>
      <w:r>
        <w:rPr>
          <w:b w:val="0"/>
          <w:i w:val="0"/>
        </w:rPr>
        <w:t>“Thật buồn cười khi lúc nãy anh nói ‘bài giảng đạo’,” cuối cùng Commitment tiếp lời, “vì điều đó gần như tóm gọn chính xác những gì tôi cảm thấy mình đang làm ở đây — thuyết giảng. Giáo đoàn — gồm các nhà lãnh đạo và quản lý — đến mỗi Chủ nhật. Họ mỉm cười, gật đầu, bắt tay tôi rồi bước ra ngoài và hành xử theo bất kỳ cách nào họ muốn từ thứ Hai đến thứ Bảy. Về mặt lý thuyết, họ hiểu rằng người ta có xu hướng chấp nhận một Thay Đổi cao hơn nhiều khi họ được tham gia vào việc lập kế hoạch và có cơ hội tác động đến các quyết định. Chỉ có điều các nhà lãnh đạo và quản lý — nếu tôi được phép nói — không hề cam kết áp dụng kiến thức đó một cách nhất quán. Và họ tự lừa dối mình khi nghĩ rằng nhân viên của chúng tôi không nhìn ra chuyện gì đang diễn ra.”</w:t>
      </w:r>
    </w:p>
    <w:p>
      <w:pPr>
        <w:spacing w:after="80"/>
      </w:pPr>
      <w:r>
        <w:rPr>
          <w:b w:val="0"/>
          <w:i w:val="0"/>
        </w:rPr>
        <w:t>Commitment trông kiệt sức. Điều này thật lạ, vì McNally từng nghe nói Commitment thường tràn đầy năng lượng và nhiệt huyết. “Thêm một câu hỏi nữa,” McNally nói. “Anh có biết ai có thể đã giết Thay Đổi không?”</w:t>
      </w:r>
    </w:p>
    <w:p>
      <w:pPr>
        <w:spacing w:after="80"/>
      </w:pPr>
      <w:r>
        <w:rPr>
          <w:b w:val="0"/>
          <w:i w:val="0"/>
        </w:rPr>
        <w:t>“Tôi thật sự không biết,” Commitment đáp một cách chân thành. “Thật khó để tôi tin rằng người ta lại không cam kết với Thay Đổi, xét theo những gì anh ấy đang cố gắng làm.”</w:t>
      </w:r>
    </w:p>
    <w:p>
      <w:pPr>
        <w:spacing w:after="80"/>
      </w:pPr>
      <w:r>
        <w:rPr>
          <w:b w:val="0"/>
          <w:i w:val="0"/>
        </w:rPr>
        <w:t>Một lần nữa họ bắt tay nhau, và Commitment rời khỏi phòng.</w:t>
      </w:r>
    </w:p>
    <w:p>
      <w:pPr>
        <w:spacing w:before="240" w:after="80"/>
      </w:pPr>
      <w:r>
        <w:rPr>
          <w:b/>
          <w:sz w:val="40"/>
        </w:rPr>
        <w:t xml:space="preserve">Suy ngẫm về Văn Hóa và Cam Kết </w:t>
      </w:r>
      <w:r>
        <w:rPr>
          <w:b/>
          <w:sz w:val="40"/>
        </w:rPr>
        <w:t>TẠM gác lại các cuộc phỏng vấn, McNally bước ra ngoài văn phòng, châm một điếu xì gà và nghĩ về những gì mình đã học được từ Văn Hóa và Cam Kết. Ông ghi vào sổ tay vài ý tưởng về những điều đã rút ra.</w:t>
      </w:r>
    </w:p>
    <w:p>
      <w:pPr>
        <w:spacing w:after="80"/>
      </w:pPr>
      <w:r>
        <w:rPr>
          <w:b w:val="0"/>
          <w:i w:val="0"/>
        </w:rPr>
        <w:t>VĂN HÓA</w:t>
      </w:r>
    </w:p>
    <w:p>
      <w:pPr>
        <w:spacing w:after="80"/>
      </w:pPr>
      <w:r>
        <w:rPr>
          <w:b w:val="0"/>
          <w:i w:val="0"/>
        </w:rPr>
        <w:t>Dù Văn Hóa có thể đọc vanh vách các giá trị chính thức của tổ chức được in trên những tấm áp phích khắp nơi trong công ty, cô ấy thật ra chẳng thực sự thấu hiểu:</w:t>
      </w:r>
    </w:p>
    <w:p>
      <w:pPr>
        <w:spacing w:after="80"/>
      </w:pPr>
      <w:r>
        <w:rPr>
          <w:b w:val="0"/>
          <w:i w:val="0"/>
        </w:rPr>
        <w:t>• Cô ấy không hiểu những giá trị thật sự của tổ chức — những thái độ, niềm tin và kiểu hành vi chủ đạo đặc trưng cho tổ chức.</w:t>
      </w:r>
    </w:p>
    <w:p>
      <w:pPr>
        <w:spacing w:after="80"/>
      </w:pPr>
      <w:r>
        <w:rPr>
          <w:b w:val="0"/>
          <w:i w:val="0"/>
        </w:rPr>
        <w:t>• Khi có sự lệch pha giữa các giá trị được tuyên bố và cách một tổ chức thực sự vận hành, những giá trị treo trên tường sẽ bị phớt lờ. Nhân viên trở nên hoài nghi, thậm chí cay đắng, với những nhà lãnh đạo nói một đằng làm một nẻo. Văn hóa và giá trị thật luôn nói to hơn những gì được tuyên bố. Thay Đổi sẽ tốt hơn nếu dành thời gian tìm hiểu và hòa mình với văn hóa và giá trị thật của ACME thay vì đi xin lời khuyên từ Văn Hóa.</w:t>
      </w:r>
    </w:p>
    <w:p>
      <w:pPr>
        <w:spacing w:after="80"/>
      </w:pPr>
      <w:r>
        <w:rPr>
          <w:b w:val="0"/>
          <w:i w:val="0"/>
        </w:rPr>
        <w:t>CAM KẾT</w:t>
      </w:r>
    </w:p>
    <w:p>
      <w:pPr>
        <w:spacing w:after="80"/>
      </w:pPr>
      <w:r>
        <w:rPr>
          <w:b w:val="0"/>
          <w:i w:val="0"/>
        </w:rPr>
        <w:t>Cam Kết là một nhân vật thú vị:</w:t>
      </w:r>
    </w:p>
    <w:p>
      <w:pPr>
        <w:spacing w:after="80"/>
      </w:pPr>
      <w:r>
        <w:rPr>
          <w:b w:val="0"/>
          <w:i w:val="0"/>
        </w:rPr>
        <w:t>• Ông ấy biết rằng người ta có xu hướng chấp nhận một quyết định mà họ đã tác động đến hơn là một quyết định bị người khác áp đặt lên mình. Ông cũng biết rằng việc phát hiện ra những mối lo ngại có thể đoán trước mà người ta có khi đối mặt với Thay Đổi sẽ cho phép những lo ngại đó được giải quyết, từ đó gia tăng cả sự tin tưởng lẫn mức độ chấp nhận.</w:t>
      </w:r>
    </w:p>
    <w:p>
      <w:pPr>
        <w:spacing w:after="80"/>
      </w:pPr>
      <w:r>
        <w:rPr>
          <w:b w:val="0"/>
          <w:i w:val="0"/>
        </w:rPr>
        <w:t>• Dù tràn đầy nhiệt huyết, Cam Kết không thể thuyết phục được các nhà lãnh đạo của tổ chức hành động theo kiến thức của mình. Kết quả là, những người bị gạt ra khỏi việc tác động đến Thay Đổi đã nhắc cho các nhà lãnh đạo nhớ rằng họ có thể làm chệch hướng, thậm chí giết chết Thay Đổi.</w:t>
      </w:r>
    </w:p>
    <w:p>
      <w:pPr>
        <w:spacing w:after="80"/>
      </w:pPr>
      <w:r>
        <w:rPr>
          <w:b w:val="0"/>
          <w:i w:val="0"/>
        </w:rPr>
        <w:t>Liệu Văn hóa và Cam kết có phải là những nghi phạm khả thi? Ở thời điểm này của cuộc điều tra, McNally không biết. Anh có nhiều câu hỏi hơn là câu trả lời.</w:t>
      </w:r>
    </w:p>
    <w:p>
      <w:pPr>
        <w:spacing w:after="80"/>
      </w:pPr>
      <w:r>
        <w:rPr>
          <w:b w:val="0"/>
          <w:i w:val="0"/>
        </w:rPr>
        <w:t>• Thay đổi có hiểu Văn hóa đủ rõ để hòa hợp với cô ấy hay cố gắng thay đổi cô ấy không? • Các nhà lãnh đạo cấp cao có hiểu rằng đúng là có thể đưa ra quyết định nhanh hơn khi ít người tham gia hơn, nhưng những quyết định như vậy thường không dẫn đến việc tích hợp Thay đổi nhanh hơn, tốt hơn hay bền vững hơn, bởi vì không có Cam kết nếu không có sự tham gia? • Những nhà lãnh đạo hiểu rõ về Văn hóa và Cam kết có làm mọi thứ có thể để giúp Thay đổi trở thành một phần thực sự của tổ chức không?</w:t>
      </w:r>
    </w:p>
    <w:p>
      <w:pPr>
        <w:spacing w:before="240" w:after="80"/>
      </w:pPr>
      <w:r>
        <w:rPr>
          <w:b/>
          <w:sz w:val="40"/>
        </w:rPr>
        <w:t>Nghi phạm #3: Sự bảo trợ (Sponsorship)</w:t>
      </w:r>
      <w:r>
        <w:rPr>
          <w:b/>
          <w:sz w:val="40"/>
        </w:rPr>
        <w:t>SPENCE Sự bảo trợ giống như một tấm quảng cáo sống động trên tạp chí thời trang nam. Từ đôi giày bóng loáng đến mái tóc hoàn hảo, anh ta không bỏ sót một chi tiết nào. Đặc vụ McNally liếc nhìn chiếc áo sơ mi nhăn nhúm, chiếc cà vạt lỏng lẻo và đôi giày đen xỉn màu của mình, và ghi nhớ trong đầu rằng anh không thể để bản thân không thích Sự bảo trợ chỉ vì vẻ ngoài của anh ta. McNally hỏi một cách khách quan: "Vậy anh làm gì ở đây trong tổ chức?"</w:t>
      </w:r>
    </w:p>
    <w:p>
      <w:pPr>
        <w:spacing w:after="80"/>
      </w:pPr>
      <w:r>
        <w:rPr>
          <w:b w:val="0"/>
          <w:i w:val="0"/>
        </w:rPr>
        <w:t>" Một trong những công việc chính của tôi," Sự bảo trợ trả lời, "là trở thành nhà bảo trợ điều hành cho nỗ lực lớn của một Thay đổi ở đây và đảm bảo rằng chúng tôi có một Đội ngũ Lãnh đạo Thay đổi làm việc ăn ý với nhau. Ý tôi là, để Thay đổi có được thành công lớn tại ACME, phải có một người—ai đó ở vị trí có ảnh hưởng—đảm nhận cái mà tôi gọi là quyền sở hữu Thay đổi. Vì vậy, tổ chức của chúng tôi được cơ cấu sao cho tôi là người mà hầu hết các phòng ban cuối cùng đều báo cáo lên. Đúng là tôi có các giám đốc và quản lý lo việc vận hành hàng ngày. Nhưng nhân viên ở đây nhận thức rất rõ về vị trí của tôi. Nếu tôi ủng hộ, có thể nói vậy, một dự án nào đó, nhân viên biết rằng nó sẽ được thực hiện—bằng cách này hay cách khác."</w:t>
      </w:r>
    </w:p>
    <w:p>
      <w:pPr>
        <w:spacing w:after="80"/>
      </w:pPr>
      <w:r>
        <w:rPr>
          <w:b w:val="0"/>
          <w:i w:val="0"/>
        </w:rPr>
        <w:t xml:space="preserve">McNally ghi nhớ trong đầu rằng trong bài phát biểu mở đầu của Sự bảo trợ, anh ta đã dùng từ </w:t>
      </w:r>
      <w:r>
        <w:rPr>
          <w:b w:val="0"/>
          <w:i/>
        </w:rPr>
        <w:t>tôi</w:t>
      </w:r>
      <w:r>
        <w:rPr>
          <w:b w:val="0"/>
          <w:i w:val="0"/>
        </w:rPr>
        <w:t xml:space="preserve"> sáu lần trong sáu câu. "Vậy anh đã có bao nhiêu sáng kiến Thay đổi trong năm qua?" McNally hỏi.</w:t>
      </w:r>
    </w:p>
    <w:p>
      <w:pPr>
        <w:spacing w:after="80"/>
      </w:pPr>
      <w:r>
        <w:rPr>
          <w:b w:val="0"/>
          <w:i w:val="0"/>
        </w:rPr>
        <w:t>Sự bảo trợ không chút do dự. "Bốn," anh ta nói. Gần như không cố che giấu sự mỉa mai, McNally hỏi: "Và ngoài việc dựa vào địa vị và chức vụ của mình, anh thực sự đã làm gì có thể được coi là sự bảo trợ thực sự?"</w:t>
      </w:r>
    </w:p>
    <w:p>
      <w:pPr>
        <w:spacing w:after="80"/>
      </w:pPr>
      <w:r>
        <w:rPr>
          <w:b w:val="0"/>
          <w:i w:val="0"/>
        </w:rPr>
        <w:t>Sự bảo trợ trông có vẻ bối rối và đáp: "Tôi đã tổ chức các cuộc họp và truyền đạt kỳ vọng của mình."</w:t>
      </w:r>
    </w:p>
    <w:p>
      <w:pPr>
        <w:spacing w:after="80"/>
      </w:pPr>
      <w:r>
        <w:rPr>
          <w:b w:val="0"/>
          <w:i w:val="0"/>
        </w:rPr>
        <w:t>Có một khoảng lặng dài. Cuối cùng McNally gợi ý: "Và còn gì nữa?"</w:t>
      </w:r>
    </w:p>
    <w:p>
      <w:pPr>
        <w:spacing w:after="80"/>
      </w:pPr>
      <w:r>
        <w:rPr>
          <w:b w:val="0"/>
          <w:i w:val="0"/>
        </w:rPr>
        <w:t>"Tôi có các giám đốc và quản lý lo tiếp phần còn lại."</w:t>
      </w:r>
    </w:p>
    <w:p>
      <w:pPr>
        <w:spacing w:after="80"/>
      </w:pPr>
      <w:r>
        <w:rPr>
          <w:b w:val="0"/>
          <w:i w:val="0"/>
        </w:rPr>
        <w:t>"Anh hiểu Thay đổi rõ đến mức nào?" "Ồ, chúng tôi là bạn tốt. Chúng tôi chơi vài ván golf và thỉnh thoảng lại gặp nhau chơi một ván bóng quần (racquetball)."</w:t>
      </w:r>
    </w:p>
    <w:p>
      <w:pPr>
        <w:spacing w:after="80"/>
      </w:pPr>
      <w:r>
        <w:rPr>
          <w:b w:val="0"/>
          <w:i w:val="0"/>
        </w:rPr>
        <w:t>"Còn mối quan hệ công việc của anh thì sao?" "Chắc chắn là trong những cuộc họp đó tôi sẽ đặt Thay đổi lên vị trí trung tâm. Tôi sẽ không để ai nghi ngờ rằng tôi ủng hộ Thay đổi một trăm phần trăm."</w:t>
      </w:r>
    </w:p>
    <w:p>
      <w:pPr>
        <w:spacing w:after="80"/>
      </w:pPr>
      <w:r>
        <w:rPr>
          <w:b w:val="0"/>
          <w:i w:val="0"/>
        </w:rPr>
        <w:t>"Rồi anh để các giám đốc và quản lý của mình lo tiếp phần còn lại?" McNally hỏi.</w:t>
      </w:r>
    </w:p>
    <w:p>
      <w:pPr>
        <w:spacing w:after="80"/>
      </w:pPr>
      <w:r>
        <w:rPr>
          <w:b w:val="0"/>
          <w:i w:val="0"/>
        </w:rPr>
        <w:t>"Ừ thì, đúng vậy. Xử lý Thay đổi là một trong những việc tôi trả lương cho họ mà."</w:t>
      </w:r>
    </w:p>
    <w:p>
      <w:pPr>
        <w:spacing w:after="80"/>
      </w:pPr>
      <w:r>
        <w:rPr>
          <w:b w:val="0"/>
          <w:i w:val="0"/>
        </w:rPr>
        <w:t>"Để tôi hỏi anh một câu," McNally nói. "Anh đã kết hôn chưa?"</w:t>
      </w:r>
    </w:p>
    <w:p>
      <w:pPr>
        <w:spacing w:after="80"/>
      </w:pPr>
      <w:r>
        <w:rPr>
          <w:b w:val="0"/>
          <w:i w:val="0"/>
        </w:rPr>
        <w:t>"Chưa." "Được rồi. Giả sử anh có một cô bạn gái, một ngày nọ cô ấy nói với anh rằng cô ấy yêu anh. Sau ngày đó, hai người hầu như không nói chuyện gì ngoài việc chào nhau khi lướt qua hành lang. Anh có nghĩ đó là một mối quan hệ sẽ đi đến đâu không?"</w:t>
      </w:r>
    </w:p>
    <w:p>
      <w:pPr>
        <w:spacing w:after="80"/>
      </w:pPr>
      <w:r>
        <w:rPr>
          <w:b w:val="0"/>
          <w:i w:val="0"/>
        </w:rPr>
        <w:t>"Ừ thì, không, chắc là không." "Anh có thấy mối liên hệ không?" McNally hỏi.</w:t>
      </w:r>
    </w:p>
    <w:p>
      <w:pPr>
        <w:spacing w:after="80"/>
      </w:pPr>
      <w:r>
        <w:rPr>
          <w:b w:val="0"/>
          <w:i w:val="0"/>
        </w:rPr>
        <w:t>Sponsorship, trông có vẻ bối rối, không đáp lời.</w:t>
      </w:r>
    </w:p>
    <w:p>
      <w:pPr>
        <w:spacing w:after="80"/>
      </w:pPr>
      <w:r>
        <w:rPr>
          <w:b w:val="0"/>
          <w:i w:val="0"/>
        </w:rPr>
        <w:t>McNally mất kiên nhẫn. "Này, anh không thể mong Change thành công chỉ nhờ việc đặt anh ta vào vị trí trung tâm trong vài cuộc họp được!" Cân nhắc kỹ từng lời, McNally đứng dậy và bắt đầu đi đi lại lại trong phòng. "Anh đang đánh giá quá cao sức mạnh lời nói của mình. Với vai trò Sponsorship, anh phải làm nhiều hơn là chỉ giới thiệu Change. Anh phải hiện diện và hỗ trợ vượt xa những cuộc họp giới thiệu. Hành động của anh mạnh mẽ hơn lời nói rất nhiều. Anh phải luôn gắn kết với Change trong suốt quá trình thay đổi. Vai trò của anh là lôi kéo Aidan Accountability và Isabella Incentive vào cuộc. Những gì anh củng cố mạnh gấp ba lần những gì anh nói. Anh hiểu chứ?"</w:t>
      </w:r>
    </w:p>
    <w:p>
      <w:pPr>
        <w:spacing w:after="80"/>
      </w:pPr>
      <w:r>
        <w:rPr>
          <w:b w:val="0"/>
          <w:i w:val="0"/>
        </w:rPr>
        <w:t>McNally nhìn sang Sponsorship, người dường như bị mê hoặc bởi hình ảnh phản chiếu của chính mình trên cửa sổ phòng thẩm vấn.</w:t>
      </w:r>
    </w:p>
    <w:p>
      <w:pPr>
        <w:spacing w:after="80"/>
      </w:pPr>
      <w:r>
        <w:rPr>
          <w:b w:val="0"/>
          <w:i w:val="0"/>
        </w:rPr>
        <w:t>"Anh hiểu chứ?" McNally lặp lại, nâng cao giọng.</w:t>
      </w:r>
    </w:p>
    <w:p>
      <w:pPr>
        <w:spacing w:after="80"/>
      </w:pPr>
      <w:r>
        <w:rPr>
          <w:b w:val="0"/>
          <w:i w:val="0"/>
        </w:rPr>
        <w:t>Sponsorship quay lại nhìn ông. "Tôi chưa bao giờ nghĩ nhiều về những gì mình phải làm để giúp Change thành công," anh ta đáp với giọng chân thành. "Tôi đoán là tôi nghĩ rằng nhờ vị trí của mình trong tổ chức, tôi có thể khiến mọi người chấp nhận Change chỉ bằng cách đưa ra một thông báo."</w:t>
      </w:r>
    </w:p>
    <w:p>
      <w:pPr>
        <w:spacing w:after="80"/>
      </w:pPr>
      <w:r>
        <w:rPr>
          <w:b w:val="0"/>
          <w:i w:val="0"/>
        </w:rPr>
        <w:t>Những lời của Spence Sponsorship bị cắt ngang bởi tiếng chuông điện thoại di động. Trước sự bực bội của McNally, Sponsorship nhận cuộc gọi và rời khỏi phòng họp.</w:t>
      </w:r>
    </w:p>
    <w:p>
      <w:pPr>
        <w:spacing w:after="80"/>
      </w:pPr>
      <w:r>
        <w:rPr>
          <w:b w:val="0"/>
          <w:i w:val="0"/>
        </w:rPr>
        <w:t>McNally thở dài. Đã gần như không thể nào chen được vào lịch của nghi phạm này và McNally không biết khi nào mình sẽ gặp lại anh ta.</w:t>
      </w:r>
    </w:p>
    <w:p>
      <w:pPr>
        <w:spacing w:before="240" w:after="80"/>
      </w:pPr>
      <w:r>
        <w:rPr>
          <w:b/>
          <w:sz w:val="40"/>
        </w:rPr>
        <w:t>Nghi phạm #4: Change Leadership Team</w:t>
      </w:r>
      <w:r>
        <w:rPr>
          <w:b/>
          <w:sz w:val="40"/>
        </w:rPr>
        <w:t>Điệp viên McNally rút cuốn sổ đen nhỏ ra và xem danh sách. Đến giờ ông đã phỏng vấn Carolina Culture, Chase Commitment và Spence Sponsorship. Người tiếp theo trong danh sách là Chester của Change Leadership Team.</w:t>
      </w:r>
    </w:p>
    <w:p>
      <w:pPr>
        <w:spacing w:after="80"/>
      </w:pPr>
      <w:r>
        <w:rPr>
          <w:b w:val="0"/>
          <w:i w:val="0"/>
        </w:rPr>
        <w:t>McNally biết từ những vụ trước rằng Change Leadership Team là một thành phần then chốt để đưa Change hòa nhập vào tổ chức. Các thành viên của nhóm này được chọn vì tầm ảnh hưởng của họ trong tổ chức. Thường thì các thành viên của Change Leadership Team có quyền lực vị trí—tức là chức danh hay vị trí của họ trong tổ chức khiến người ta phải chú ý đến họ, nhưng không phải lúc nào cũng vậy. Một nhà lãnh đạo khôn ngoan khi lập Change Leadership Team cũng sẽ bao gồm những người lãnh đạo không chính thức từ mọi cấp bậc của tổ chức, những người có kỹ năng chuyên môn hoặc kỹ năng con người mạnh mẽ trong lĩnh vực mà Change sắp được đưa vào. Để Change thành công, cần rất nhiều tiếng nói cùng nhau lập luận cho Change.</w:t>
      </w:r>
    </w:p>
    <w:p>
      <w:pPr>
        <w:spacing w:after="80"/>
      </w:pPr>
      <w:r>
        <w:rPr>
          <w:b w:val="0"/>
          <w:i w:val="0"/>
        </w:rPr>
        <w:t>Khi McNally bước vào phòng, ông không hề nghi ngờ ai đang ngồi ở đầu bên kia bàn—đúng chỗ mà Change đã chết. Chester của Change Leadership Team to lớn vô cùng. Bắp tay của anh ta phải to gấp ba lần người thường. Ở chỗ vai giao với đầu, hầu như chẳng thấy dấu vết của cái cổ.</w:t>
      </w:r>
    </w:p>
    <w:p>
      <w:pPr>
        <w:spacing w:after="80"/>
      </w:pPr>
      <w:r>
        <w:rPr>
          <w:b w:val="0"/>
          <w:i w:val="0"/>
        </w:rPr>
        <w:t>Điệp viên McNally tự giới thiệu bằng họ và tên, và ông Change Leadership Team đáp lại tương tự. "Này," anh ta nói thêm, "hầu hết mọi người chỉ gọi tôi là 'Pecs'." Anh ta siết chặt cơ ngực, làm căng cả chiếc áo pullover. "Cứ thoải mái gọi tôi là 'Pecs' nếu anh muốn."</w:t>
      </w:r>
    </w:p>
    <w:p>
      <w:pPr>
        <w:spacing w:after="80"/>
      </w:pPr>
      <w:r>
        <w:rPr>
          <w:b w:val="0"/>
          <w:i w:val="0"/>
        </w:rPr>
        <w:t>McNally chợt nhớ ra rằng mình thật sự nên bắt đầu đến phòng gym như đã tự hứa vào ngày Tết Dương lịch năm ngoái.</w:t>
      </w:r>
    </w:p>
    <w:p>
      <w:pPr>
        <w:spacing w:after="80"/>
      </w:pPr>
      <w:r>
        <w:rPr>
          <w:b w:val="0"/>
          <w:i w:val="0"/>
        </w:rPr>
        <w:t>"Được rồi, Pecs, anh biết Change rõ đến mức nào?" McNally hỏi.</w:t>
      </w:r>
    </w:p>
    <w:p>
      <w:pPr>
        <w:spacing w:after="80"/>
      </w:pPr>
      <w:r>
        <w:rPr>
          <w:b w:val="0"/>
          <w:i w:val="0"/>
        </w:rPr>
        <w:t>"Khá rõ, tôi có thể nói vậy," Pecs đáp. "Change mới ở đây được năm sáu tháng và anh ta cần được nâng tầm trong tổ chức. Anh ta cần được người khác nhìn nhận là quan trọng. Vậy nên đó là việc của tôi, anh biết đấy, là nâng đỡ Change."</w:t>
      </w:r>
    </w:p>
    <w:p>
      <w:pPr>
        <w:spacing w:after="80"/>
      </w:pPr>
      <w:r>
        <w:rPr>
          <w:b w:val="0"/>
          <w:i w:val="0"/>
        </w:rPr>
        <w:t>"Việc cứ phải nâng đỡ anh ta như thế suốt ngày có làm anh mệt mỏi không? Chắc hẳn là mệt lắm," McNally nói.</w:t>
      </w:r>
    </w:p>
    <w:p>
      <w:pPr>
        <w:spacing w:after="80"/>
      </w:pPr>
      <w:r>
        <w:rPr>
          <w:b w:val="0"/>
          <w:i w:val="0"/>
        </w:rPr>
        <w:t>"Đó cũng là một cách nhìn, tôi đoán vậy. Nhưng tôi thật sự coi đó là một buổi tập miễn phí. Thấy mấy bắp tay này không?" Pecs nói, gồng lên. "Tôi tăng được khoảng hai inch sau khi Change đến đây."</w:t>
      </w:r>
    </w:p>
    <w:p>
      <w:pPr>
        <w:spacing w:after="80"/>
      </w:pPr>
      <w:r>
        <w:rPr>
          <w:b w:val="0"/>
          <w:i w:val="0"/>
        </w:rPr>
        <w:t>McNally ghi nhận sự tự tin không chút ngượng ngùng của Pecs.</w:t>
      </w:r>
    </w:p>
    <w:p>
      <w:pPr>
        <w:spacing w:after="80"/>
      </w:pPr>
      <w:r>
        <w:rPr>
          <w:b w:val="0"/>
          <w:i w:val="0"/>
        </w:rPr>
        <w:t>"Hey, anh có phiền không nếu tôi lấy một chai nước?" Pecs hỏi trong khi liếc nhìn chiếc tủ lạnh nhỏ ở góc phòng.</w:t>
      </w:r>
    </w:p>
    <w:p>
      <w:pPr>
        <w:spacing w:after="80"/>
      </w:pPr>
      <w:r>
        <w:rPr>
          <w:b w:val="0"/>
          <w:i w:val="0"/>
        </w:rPr>
        <w:t>"Không phiền chút nào," McNally nói. "Chúng tôi sẽ gửi hóa đơn cho Budget." Cả hai cùng cười.</w:t>
      </w:r>
    </w:p>
    <w:p>
      <w:pPr>
        <w:spacing w:after="80"/>
      </w:pPr>
      <w:r>
        <w:rPr>
          <w:b w:val="0"/>
          <w:i w:val="0"/>
        </w:rPr>
        <w:t>Khi Pecs đứng dậy và bước tới lấy chai nước, Đặc vụ McNally suýt nữa thì rớt khỏi ghế. Từ thắt lưng trở lên, Pecs có thể thay thế một vận động viên thể hình đẳng cấp thế giới, nhưng từ thắt lưng trở xuống thì anh ta có—à, điều mà McNally nghĩ tới là đôi chân như chân bút chì. Trong đầu McNally hiện lên hình ảnh đôi chân chó poodle bước đi cùng thân hình một con chó pit bull. Pecs lấy nước rồi quay về chỗ ngồi.</w:t>
      </w:r>
    </w:p>
    <w:p>
      <w:pPr>
        <w:spacing w:after="80"/>
      </w:pPr>
      <w:r>
        <w:rPr>
          <w:b w:val="0"/>
          <w:i w:val="0"/>
        </w:rPr>
        <w:t>Cái nhìn mới mẻ này về Pecs khiến McNally thay đổi hướng hỏi ban đầu. "Vậy công việc chính của anh là nâng đỡ Change à?" anh gợi mở.</w:t>
      </w:r>
    </w:p>
    <w:p>
      <w:pPr>
        <w:spacing w:after="80"/>
      </w:pPr>
      <w:r>
        <w:rPr>
          <w:b w:val="0"/>
          <w:i w:val="0"/>
        </w:rPr>
        <w:t>"Đúng vậy," Pecs đáp với vẻ như có chút tự hào.</w:t>
      </w:r>
    </w:p>
    <w:p>
      <w:pPr>
        <w:spacing w:after="80"/>
      </w:pPr>
      <w:r>
        <w:rPr>
          <w:b w:val="0"/>
          <w:i w:val="0"/>
        </w:rPr>
        <w:t>"Và ai là người đưa anh ta ra khắp tổ chức?" McNally hỏi.</w:t>
      </w:r>
    </w:p>
    <w:p>
      <w:pPr>
        <w:spacing w:after="80"/>
      </w:pPr>
      <w:r>
        <w:rPr>
          <w:b w:val="0"/>
          <w:i w:val="0"/>
        </w:rPr>
        <w:t>"Tôi không hiểu ý anh."</w:t>
      </w:r>
    </w:p>
    <w:p>
      <w:pPr>
        <w:spacing w:after="80"/>
      </w:pPr>
      <w:r>
        <w:rPr>
          <w:b w:val="0"/>
          <w:i w:val="0"/>
        </w:rPr>
        <w:t>"Đây là một câu hỏi đơn giản. Ai là người đưa anh ta ra khắp tổ chức?"</w:t>
      </w:r>
    </w:p>
    <w:p>
      <w:pPr>
        <w:spacing w:after="80"/>
      </w:pPr>
      <w:r>
        <w:rPr>
          <w:b w:val="0"/>
          <w:i w:val="0"/>
        </w:rPr>
        <w:t>Pecs trông bối rối và im lặng. McNally biết từ kinh nghiệm rằng cần có một đội ngũ lãnh đạo để đưa Change ra khắp tổ chức nếu bạn muốn Change thực sự hiệu quả. Anh nhớ lại một tổ chức mà anh từng làm việc gần đây đã hiểu được điều này. Họ đang giới thiệu một Change và đã lập nên một đội ngũ lãnh đạo gồm những thành viên từng dẫn dắt Change thành công trong quá khứ. Những người này có thời gian cần thiết để lãnh đạo Change, có kỹ năng cao, giao tiếp tốt và đủ đa dạng để tránh tư duy tập thể (groupthink) và giới thiệu, tích hợp Change khắp tổ chức. Tóm lại, họ có tài năng để đưa Change tiến về phía trước.</w:t>
      </w:r>
    </w:p>
    <w:p>
      <w:pPr>
        <w:spacing w:after="80"/>
      </w:pPr>
      <w:r>
        <w:rPr>
          <w:b w:val="0"/>
          <w:i w:val="0"/>
        </w:rPr>
        <w:t>McNally tiếp tục. "Nâng đỡ Change cả ngày là một chuyện, còn đưa anh ta ra khắp tổ chức, tương tác với những người có thể bị ảnh hưởng bởi anh ta lại là chuyện khác."</w:t>
      </w:r>
    </w:p>
    <w:p>
      <w:pPr>
        <w:spacing w:after="80"/>
      </w:pPr>
      <w:r>
        <w:rPr>
          <w:b w:val="0"/>
          <w:i w:val="0"/>
        </w:rPr>
        <w:t>"Này," Pecs nói với khuôn mặt đỏ bừng, "tôi đã gánh vác phần mình khi nói đến Change."</w:t>
      </w:r>
    </w:p>
    <w:p>
      <w:pPr>
        <w:spacing w:after="80"/>
      </w:pPr>
      <w:r>
        <w:rPr>
          <w:b w:val="0"/>
          <w:i w:val="0"/>
        </w:rPr>
        <w:t>"Nhìn từ góc độ người ngoài," McNally phản bác, "có vẻ như anh đã dùng Change để phục vụ mục đích riêng của mình—để xây dựng và phô diễn cơ bắp của chính anh. Nhưng anh thực sự không nghĩ đến điều Change hay tổ chức cần."</w:t>
      </w:r>
    </w:p>
    <w:p>
      <w:pPr>
        <w:spacing w:after="80"/>
      </w:pPr>
      <w:r>
        <w:rPr>
          <w:b w:val="0"/>
          <w:i w:val="0"/>
        </w:rPr>
        <w:t>McNally tiếp lời, "Có lẽ câu nói vừa rồi của tôi hơi nặng, nhưng nếu anh không phiền khi tôi nói thế, rõ ràng là anh đã làm việc rất chăm chỉ để xây dựng sức mạnh phần thân trên, và tôi chắc rằng ở một mức độ nào đó anh có nghĩ đến lợi ích của Change và của tổ chức. Nhưng tôi thực sự không thấy làm sao anh có thể liên tục đưa Change ra khắp tổ chức mà không thường xuyên dừng lại nghỉ ngơi."</w:t>
      </w:r>
    </w:p>
    <w:p>
      <w:pPr>
        <w:spacing w:after="80"/>
      </w:pPr>
      <w:r>
        <w:rPr>
          <w:b w:val="0"/>
          <w:i w:val="0"/>
        </w:rPr>
        <w:t>Pecs miễn cưỡng thừa nhận, "Anh nói đúng. Tôi đã mất cân bằng. Nhưng khi nhìn vào gương, tôi chỉ thấy mình từ thắt lưng trở lên. Nếu tôi không thấy khuyết điểm của mình, thì tôi không phải đối mặt với chúng. Tôi không phải kiểu người đổ lỗi cho người khác. Đó thực sự không phải phong cách của tôi. Spence Sponsorship nói về việc lập một đội ngũ mỗi khi có một Change mới, nhưng không hiểu sao trách nhiệm lúc nào cũng có vẻ quay lại với tôi."</w:t>
      </w:r>
    </w:p>
    <w:p>
      <w:pPr>
        <w:spacing w:after="80"/>
      </w:pPr>
      <w:r>
        <w:rPr>
          <w:b w:val="0"/>
          <w:i w:val="0"/>
        </w:rPr>
        <w:t>Đây chính là điều mà Đặc vụ McNally đã nghi ngờ.</w:t>
      </w:r>
    </w:p>
    <w:p>
      <w:pPr>
        <w:spacing w:after="80"/>
      </w:pPr>
      <w:r>
        <w:rPr>
          <w:b w:val="0"/>
          <w:i w:val="0"/>
        </w:rPr>
        <w:t>Thương cho Pecs, McNally nói: "Đã quá muộn cho lần Thay đổi này rồi. Anh ta chết rồi, đi rồi. Nhưng sẽ có một lần Thay đổi khác đến và anh có thể bắt đầu tập luyện phần thân dưới của mình. Anh có thể chuẩn bị để mang Thay đổi đi khắp tổ chức, thay vì chỉ bơm anh ta lên vài lần rồi biến mất. Mấu chốt là sự cân bằng — làm một phần việc nặng nhọc ở giai đoạn đầu rồi tiếp tục hỗ trợ Thay đổi suốt quá trình thay đổi."</w:t>
      </w:r>
    </w:p>
    <w:p>
      <w:pPr>
        <w:spacing w:after="80"/>
      </w:pPr>
      <w:r>
        <w:rPr>
          <w:b w:val="0"/>
          <w:i w:val="0"/>
        </w:rPr>
        <w:t>Pecs gật đầu và nói: "Cảm ơn." Với chút lo lắng, anh hỏi: "Anh có tính tiền tôi không?"</w:t>
      </w:r>
    </w:p>
    <w:p>
      <w:pPr>
        <w:spacing w:after="80"/>
      </w:pPr>
      <w:r>
        <w:rPr>
          <w:b w:val="0"/>
          <w:i w:val="0"/>
        </w:rPr>
        <w:t>"Tôi không tính tiền ai cả cho đến khi cuộc điều tra hoàn tất."</w:t>
      </w:r>
    </w:p>
    <w:p>
      <w:pPr>
        <w:spacing w:after="80"/>
      </w:pPr>
      <w:r>
        <w:rPr>
          <w:b w:val="0"/>
          <w:i w:val="0"/>
        </w:rPr>
        <w:t>"Xong rồi chứ?" Pecs hỏi. "Hiện tại thì xong. Anh không định đi đâu đấy chứ?"</w:t>
      </w:r>
    </w:p>
    <w:p>
      <w:pPr>
        <w:spacing w:after="80"/>
      </w:pPr>
      <w:r>
        <w:rPr>
          <w:b w:val="0"/>
          <w:i w:val="0"/>
        </w:rPr>
        <w:t>"Chỉ đến phòng gym thôi," Pecs nói với một nụ cười thoáng qua. "Tôi còn vài hiệp squat phải làm."</w:t>
      </w:r>
    </w:p>
    <w:p>
      <w:pPr>
        <w:spacing w:before="240" w:after="80"/>
      </w:pPr>
      <w:r>
        <w:rPr>
          <w:b/>
          <w:sz w:val="40"/>
        </w:rPr>
        <w:t>Nghi phạm #5: Communication</w:t>
      </w:r>
      <w:r>
        <w:rPr>
          <w:b/>
          <w:sz w:val="40"/>
        </w:rPr>
        <w:t>Vài phút sau khi Pecs rời đi, Clair Communication gõ nhẹ cửa phòng họp và bước vào. McNally đứng dậy và nói: "Xin chào, tôi là Đặc vụ Mike McNally. Cảm ơn cô đã dành thời gian."</w:t>
      </w:r>
    </w:p>
    <w:p>
      <w:pPr>
        <w:spacing w:after="80"/>
      </w:pPr>
      <w:r>
        <w:rPr>
          <w:b w:val="0"/>
          <w:i w:val="0"/>
        </w:rPr>
        <w:t>Communication đáp lại bằng một nụ cười gần như không thể nhận ra và một cái gật đầu lịch sự. Mái tóc đen của cô dài ngang vai và cô đeo kính đen gọng đầy đủ.</w:t>
      </w:r>
    </w:p>
    <w:p>
      <w:pPr>
        <w:spacing w:after="80"/>
      </w:pPr>
      <w:r>
        <w:rPr>
          <w:b w:val="0"/>
          <w:i w:val="0"/>
        </w:rPr>
        <w:t>Họ ngồi vào ghế của mình và McNally nói: "Tôi cho rằng cô biết tại sao tôi muốn nói chuyện với cô."</w:t>
      </w:r>
    </w:p>
    <w:p>
      <w:pPr>
        <w:spacing w:after="80"/>
      </w:pPr>
      <w:r>
        <w:rPr>
          <w:b w:val="0"/>
          <w:i w:val="0"/>
        </w:rPr>
        <w:t>Communication gật đầu. "Cô có thể mô tả mối quan hệ làm việc của cô với Change không?" McNally hỏi.</w:t>
      </w:r>
    </w:p>
    <w:p>
      <w:pPr>
        <w:spacing w:after="80"/>
      </w:pPr>
      <w:r>
        <w:rPr>
          <w:b w:val="0"/>
          <w:i w:val="0"/>
        </w:rPr>
        <w:t>Cô đáp bằng một giọng thì thầm: "Anh phải thứ lỗi cho tôi, tôi bị viêm thanh quản và—"</w:t>
      </w:r>
    </w:p>
    <w:p>
      <w:pPr>
        <w:spacing w:after="80"/>
      </w:pPr>
      <w:r>
        <w:rPr>
          <w:b w:val="0"/>
          <w:i w:val="0"/>
        </w:rPr>
        <w:t>McNally ngắt lời: "Cô có muốn hoãn buổi phỏng vấn không?"</w:t>
      </w:r>
    </w:p>
    <w:p>
      <w:pPr>
        <w:spacing w:after="80"/>
      </w:pPr>
      <w:r>
        <w:rPr>
          <w:b w:val="0"/>
          <w:i w:val="0"/>
        </w:rPr>
        <w:t>"Không, không," cô thì thầm. "Đây kiểu như là một tình trạng mãn tính của tôi." Communication tiếp tục: "Change và tôi đã làm việc cùng nhau trong vài dự án. Anh ấy nhờ tôi giúp truyền đạt thông tin đến những người cần được tham gia."</w:t>
      </w:r>
    </w:p>
    <w:p>
      <w:pPr>
        <w:spacing w:after="80"/>
      </w:pPr>
      <w:r>
        <w:rPr>
          <w:b w:val="0"/>
          <w:i w:val="0"/>
        </w:rPr>
        <w:t>"Cô có giúp được anh ấy không?" McNally hỏi.</w:t>
      </w:r>
    </w:p>
    <w:p>
      <w:pPr>
        <w:spacing w:after="80"/>
      </w:pPr>
      <w:r>
        <w:rPr>
          <w:b w:val="0"/>
          <w:i w:val="0"/>
        </w:rPr>
        <w:t>Communication khum tay lên tai. "Xin lỗi, anh có thể nhắc lại câu hỏi không? Pin máy trợ thính của tôi hết từ lúc nãy và tôi chưa có thời gian thay."</w:t>
      </w:r>
    </w:p>
    <w:p>
      <w:pPr>
        <w:spacing w:after="80"/>
      </w:pPr>
      <w:r>
        <w:rPr>
          <w:b w:val="0"/>
          <w:i w:val="0"/>
        </w:rPr>
        <w:t>"Cô có giúp được anh ấy không?" McNally hỏi, to hơn một chút.</w:t>
      </w:r>
    </w:p>
    <w:p>
      <w:pPr>
        <w:spacing w:after="80"/>
      </w:pPr>
      <w:r>
        <w:rPr>
          <w:b w:val="0"/>
          <w:i w:val="0"/>
        </w:rPr>
        <w:t>"Ồ, có chứ. Tôi giúp anh ấy soạn một số bản ghi nhớ và ghép vài storyboard lại với nhau. Và anh ấy mời tôi đến hầu hết các cuộc họp của anh ấy để kể cho mọi người nghe về kế hoạch của anh ấy."</w:t>
      </w:r>
    </w:p>
    <w:p>
      <w:pPr>
        <w:spacing w:after="80"/>
      </w:pPr>
      <w:r>
        <w:rPr>
          <w:b w:val="0"/>
          <w:i w:val="0"/>
        </w:rPr>
        <w:t>McNally nhăn mặt. Qua nhiều năm, ông đã học được rằng tuy một trong những vai trò của Truyền thông (Communication) là nói, thì vai trò còn lại là lắng nghe. Ông biết nhiều người ở vị trí Truyền thông khéo léo trong lời ăn tiếng nói và thích kể cho người khác nghe những gì họ biết về Thay đổi (Change). Nhưng những người xuất sắc trong việc thúc đẩy Thay đổi cũng biết cách lắng nghe thật tốt.</w:t>
      </w:r>
    </w:p>
    <w:p>
      <w:pPr>
        <w:spacing w:after="80"/>
      </w:pPr>
      <w:r>
        <w:rPr>
          <w:b w:val="0"/>
          <w:i w:val="0"/>
        </w:rPr>
        <w:t>Với giọng to, McNally chuyển đề tài một cách dứt khoát. "Cô biết ai muốn thấy Thay đổi biến mất không?"</w:t>
      </w:r>
    </w:p>
    <w:p>
      <w:pPr>
        <w:spacing w:after="80"/>
      </w:pPr>
      <w:r>
        <w:rPr>
          <w:b w:val="0"/>
          <w:i w:val="0"/>
        </w:rPr>
        <w:t>"Không thể nói," cô thì thầm gần như không nghe thấy. "Không thể nói, hay không muốn nói?" McNally truy vấn.</w:t>
      </w:r>
    </w:p>
    <w:p>
      <w:pPr>
        <w:spacing w:after="80"/>
      </w:pPr>
      <w:r>
        <w:rPr>
          <w:b w:val="0"/>
          <w:i w:val="0"/>
        </w:rPr>
        <w:t xml:space="preserve">Truyền thông mở cuốn sổ nhỏ, nguệch ngoạc vài chữ rồi đẩy tập giấy về phía McNally. Mẩu giấy viết: </w:t>
      </w:r>
      <w:r>
        <w:rPr>
          <w:b w:val="0"/>
          <w:i/>
        </w:rPr>
        <w:t xml:space="preserve">Không thể nói. Mất giọng rồi. Thỉnh thoảng bị vậy. Xin lỗi. Không biết ai có thể muốn giết Thay đổi. </w:t>
      </w:r>
    </w:p>
    <w:p>
      <w:pPr>
        <w:spacing w:after="80"/>
      </w:pPr>
      <w:r>
        <w:rPr>
          <w:b w:val="0"/>
          <w:i w:val="0"/>
        </w:rPr>
        <w:t xml:space="preserve">Giờ đến lượt McNally viết. Ông đưa tập giấy lại cho Truyền thông và cô đọc: </w:t>
      </w:r>
      <w:r>
        <w:rPr>
          <w:b w:val="0"/>
          <w:i/>
        </w:rPr>
        <w:t xml:space="preserve">Cô có thể giải thích cho tôi biết làm sao cô có thể hoàn thành vai trò của mình một cách thỏa đáng khi có lúc cô không nói được không? </w:t>
      </w:r>
    </w:p>
    <w:p>
      <w:pPr>
        <w:spacing w:after="80"/>
      </w:pPr>
      <w:r>
        <w:rPr>
          <w:b w:val="0"/>
          <w:i w:val="0"/>
        </w:rPr>
        <w:t xml:space="preserve">Clair Truyền thông ngước nhìn McNally, gượng nở một nụ cười ngắn rồi cầm lại bút và tập giấy. </w:t>
      </w:r>
      <w:r>
        <w:rPr>
          <w:b w:val="0"/>
          <w:i/>
        </w:rPr>
        <w:t>Tôi có một nhân viên hỗ trợ tôi,</w:t>
      </w:r>
      <w:r>
        <w:rPr>
          <w:b w:val="0"/>
          <w:i w:val="0"/>
        </w:rPr>
        <w:t xml:space="preserve"> cô viết.</w:t>
      </w:r>
    </w:p>
    <w:p>
      <w:pPr>
        <w:spacing w:after="80"/>
      </w:pPr>
      <w:r>
        <w:rPr>
          <w:b w:val="0"/>
          <w:i w:val="0"/>
        </w:rPr>
        <w:t>McNally thở dài. "Làm ơn kể cho tôi nghe thêm về người này," ông nói. "Anh ta hoặc cô ta làm gì?"</w:t>
      </w:r>
    </w:p>
    <w:p>
      <w:pPr>
        <w:spacing w:after="80"/>
      </w:pPr>
      <w:r>
        <w:rPr>
          <w:b w:val="0"/>
          <w:i w:val="0"/>
        </w:rPr>
        <w:t xml:space="preserve">Cô viết: </w:t>
      </w:r>
      <w:r>
        <w:rPr>
          <w:b w:val="0"/>
          <w:i/>
        </w:rPr>
        <w:t xml:space="preserve">Anh ấy tên là Ủy ban (Committee). Khi chúng tôi có một vấn đề khó cần giải quyết mà chứng viêm thanh quản của tôi lại bùng phát, Ủy ban sẽ triệu tập một nhóm người lại. Anh ấy chủ trì các cuộc thảo luận trong những cuộc họp này. </w:t>
      </w:r>
    </w:p>
    <w:p>
      <w:pPr>
        <w:spacing w:after="80"/>
      </w:pPr>
      <w:r>
        <w:rPr>
          <w:b w:val="0"/>
          <w:i w:val="0"/>
        </w:rPr>
        <w:t>"Cô thấy anh ta có hiệu quả không?" McNally hỏi với vẻ hoài nghi.</w:t>
      </w:r>
    </w:p>
    <w:p>
      <w:pPr>
        <w:spacing w:after="80"/>
      </w:pPr>
      <w:r>
        <w:rPr>
          <w:b w:val="0"/>
          <w:i w:val="0"/>
        </w:rPr>
        <w:t xml:space="preserve">Cô viết: </w:t>
      </w:r>
      <w:r>
        <w:rPr>
          <w:b w:val="0"/>
          <w:i/>
        </w:rPr>
        <w:t xml:space="preserve">Anh ấy giữ cho mọi thứ tiếp diễn. </w:t>
      </w:r>
      <w:r>
        <w:rPr>
          <w:b w:val="0"/>
          <w:i w:val="0"/>
        </w:rPr>
        <w:t>Nén cơn bực bội, McNally hít một hơi sâu và đáp: "Tôi hỏi cô là anh ta có hiệu quả không. Giữ cho mọi thứ tiếp diễn, theo tôi, không đồng nghĩa với hiệu quả."</w:t>
      </w:r>
    </w:p>
    <w:p>
      <w:pPr>
        <w:spacing w:after="80"/>
      </w:pPr>
      <w:r>
        <w:rPr>
          <w:b w:val="0"/>
          <w:i w:val="0"/>
        </w:rPr>
        <w:t>McNally từng làm việc với các Ủy ban trước đây. Hầu hết họp đều đặn nhưng thiếu Kế hoạch (Plans) và Trách nhiệm giải trình (Accountability) cụ thể. Việc ủy thác (Delegation) thường được viện đến trong những cuộc họp này. Việc theo dõi (Follow-up) và Hệ quả (Consequences) thì rõ ràng là vắng bóng.</w:t>
      </w:r>
    </w:p>
    <w:p>
      <w:pPr>
        <w:spacing w:after="80"/>
      </w:pPr>
      <w:r>
        <w:rPr>
          <w:b w:val="0"/>
          <w:i w:val="0"/>
        </w:rPr>
        <w:t>Truyền thông chỉ nhìn chằm chằm vào McNally. Cô không với tay lấy cây bút.</w:t>
      </w:r>
    </w:p>
    <w:p>
      <w:pPr>
        <w:spacing w:after="80"/>
      </w:pPr>
      <w:r>
        <w:rPr>
          <w:b w:val="0"/>
          <w:i w:val="0"/>
        </w:rPr>
        <w:t>"Được rồi," McNally nói, "cô có thể đi. Có thể tôi sẽ cần nói chuyện với cô lần nữa và tôi cũng có thể muốn nói chuyện với Ủy ban. Vậy nên cứ ở quanh đây nhé."</w:t>
      </w:r>
    </w:p>
    <w:p>
      <w:pPr>
        <w:spacing w:before="240" w:after="80"/>
      </w:pPr>
      <w:r>
        <w:rPr>
          <w:b/>
          <w:sz w:val="40"/>
        </w:rPr>
        <w:t xml:space="preserve">Suy ngẫm về Bảo trợ (Sponsorship), Đội Lãnh đạo Thay đổi và Truyền thông </w:t>
      </w:r>
      <w:r>
        <w:rPr>
          <w:b/>
          <w:sz w:val="40"/>
        </w:rPr>
        <w:t>Điệp viên McNally cảm thấy vô cùng vỡ mộng sau khi phỏng vấn Bảo trợ, Đội Lãnh đạo Thay đổi (còn gọi là "Pecs") và Truyền thông. Trong tất cả những năm làm điệp viên, McNally chưa từng chứng kiến sự thất bại lãnh đạo lan rộng đến vậy.</w:t>
      </w:r>
    </w:p>
    <w:p>
      <w:pPr>
        <w:spacing w:after="80"/>
      </w:pPr>
      <w:r>
        <w:rPr>
          <w:b w:val="0"/>
          <w:i w:val="0"/>
        </w:rPr>
        <w:t>Ông đã chọn nhầm vụ án để thử cai thuốc lá. Ông bước ra ngoài văn phòng, châm một điếu xì gà, hút vài hơi và nghĩ về những gì mình đã học được từ ba nghi phạm vừa phỏng vấn. Ông ghi lại những bài học vào sổ tay, hy vọng người khác có thể dùng chúng để tránh mắc phải những sai lầm tương tự:</w:t>
      </w:r>
    </w:p>
    <w:p>
      <w:pPr>
        <w:spacing w:after="80"/>
      </w:pPr>
      <w:r>
        <w:rPr>
          <w:b w:val="0"/>
          <w:i w:val="0"/>
        </w:rPr>
        <w:t>BẢO TRỢ</w:t>
      </w:r>
    </w:p>
    <w:p>
      <w:pPr>
        <w:spacing w:after="80"/>
      </w:pPr>
      <w:r>
        <w:rPr>
          <w:b w:val="0"/>
          <w:i w:val="0"/>
        </w:rPr>
        <w:t>Dù Sponsorship (Người bảo trợ) có thể đã nói đủ điều hay ho chỉ vì anh ta thích nghe chính mình nói, những thất bại của anh ta thì nhiều vô kể:</w:t>
      </w:r>
    </w:p>
    <w:p>
      <w:pPr>
        <w:spacing w:after="80"/>
      </w:pPr>
      <w:r>
        <w:rPr>
          <w:b w:val="0"/>
          <w:i w:val="0"/>
        </w:rPr>
        <w:t>• Anh ta không làm gương cho những hành vi mà người khác mong đợi.</w:t>
      </w:r>
    </w:p>
    <w:p>
      <w:pPr>
        <w:spacing w:after="80"/>
      </w:pPr>
      <w:r>
        <w:rPr>
          <w:b w:val="0"/>
          <w:i w:val="0"/>
        </w:rPr>
        <w:t>Anh ta dường như không biết rằng hành động có sức nói lớn hơn lời nói. •Anh ta không bắt tay với Incentive (Động lực) để ghi nhận và củng cố những hành vi mong muốn ở người khác. •Anh ta không bắt tay với Accountability (Trách nhiệm giải trình) để cho tổ chức thấy rằng anh ta thực sự nghiêm túc với Change (Sự thay đổi) này. •Anh ta không nghe theo lời khuyên từ Commitment (Cam kết) về việc đảm bảo Change bằng cách nêu ra và giải quyết những lo ngại, đồng thời lôi kéo những người được yêu cầu thay đổi vào quá trình ra quyết định. • Anh ta không chọn lựa và sắp xếp một Change Leadership Team (Đội ngũ Lãnh đạo Thay đổi) đủ năng lực; thay vào đó, anh ta thụ động giao việc triển khai Change cho các cấp dưới trực tiếp của mình.</w:t>
      </w:r>
    </w:p>
    <w:p>
      <w:pPr>
        <w:spacing w:after="80"/>
      </w:pPr>
      <w:r>
        <w:rPr>
          <w:b w:val="0"/>
          <w:i w:val="0"/>
        </w:rPr>
        <w:t>Điệp viên McNally ngẫm nghĩ về việc Sponsorship thường tin rằng Change chỉ cần một màn giới thiệu thật hay là sẽ thành công. Nhưng khi Sponsorship không theo đuổi đến cùng, Change thất bại. Mà nghĩ lại, thật khó để tích cực tham gia giúp Change thành công khi đang ở trên sân golf.</w:t>
      </w:r>
    </w:p>
    <w:p>
      <w:pPr>
        <w:spacing w:after="80"/>
      </w:pPr>
      <w:r>
        <w:rPr>
          <w:b w:val="0"/>
          <w:i w:val="0"/>
        </w:rPr>
        <w:t>CHANGE LEADERSHIP TEAM, HAY CÒN GỌI LÀ "PECS"</w:t>
      </w:r>
    </w:p>
    <w:p>
      <w:pPr>
        <w:spacing w:after="80"/>
      </w:pPr>
      <w:r>
        <w:rPr>
          <w:b w:val="0"/>
          <w:i w:val="0"/>
        </w:rPr>
        <w:t>McNally hồi tưởng lại những gì mình đã học được về Pecs:</w:t>
      </w:r>
    </w:p>
    <w:p>
      <w:pPr>
        <w:spacing w:after="80"/>
      </w:pPr>
      <w:r>
        <w:rPr>
          <w:b w:val="0"/>
          <w:i w:val="0"/>
        </w:rPr>
        <w:t>• Anh ta đã bỏ lỡ cơ hội vàng để đưa những người ủng hộ Change vào đội ngũ lãnh đạo hằng ngày. •Anh ta thông đồng với Commitment — cả hai đều coi những người được yêu cầu thay đổi như khán giả đứng xem thay vì người tham gia tích cực vào quá trình thay đổi. •Giống như Sponsorship, Change Leadership Team bị xem là đạo đức giả, và hành vi của anh ta lại trở thành thêm một cái cớ nữa để mọi người chống lại Change.</w:t>
      </w:r>
    </w:p>
    <w:p>
      <w:pPr>
        <w:spacing w:after="80"/>
      </w:pPr>
      <w:r>
        <w:rPr>
          <w:b w:val="0"/>
          <w:i w:val="0"/>
        </w:rPr>
        <w:t>COMMUNICATION (TRUYỀN THÔNG)</w:t>
      </w:r>
    </w:p>
    <w:p>
      <w:pPr>
        <w:spacing w:after="80"/>
      </w:pPr>
      <w:r>
        <w:rPr>
          <w:b w:val="0"/>
          <w:i w:val="0"/>
        </w:rPr>
        <w:t>Communication (Truyền thông) cũng có những thất bại:</w:t>
      </w:r>
    </w:p>
    <w:p>
      <w:pPr>
        <w:spacing w:after="80"/>
      </w:pPr>
      <w:r>
        <w:rPr>
          <w:b w:val="0"/>
          <w:i w:val="0"/>
        </w:rPr>
        <w:t>• Cô ấy không giữ liên lạc với Sponsorship và Change Leadership Team. Điều này dẫn đến những thông điệp trái ngược nhau về Change trong tổ chức, và đến lượt nó, lại trở thành một cái cớ dễ dàng để mọi người phớt lờ Change.</w:t>
      </w:r>
    </w:p>
    <w:p>
      <w:pPr>
        <w:spacing w:after="80"/>
      </w:pPr>
      <w:r>
        <w:rPr>
          <w:b w:val="0"/>
          <w:i w:val="0"/>
        </w:rPr>
        <w:t>• Cô ấy quá tập trung vào việc loan tin mà không tập trung đủ vào việc tạo ra đối thoại để nêu ra và giải quyết những lo ngại có thể đoán trước của mọi người về Change.</w:t>
      </w:r>
    </w:p>
    <w:p>
      <w:pPr>
        <w:spacing w:after="80"/>
      </w:pPr>
      <w:r>
        <w:rPr>
          <w:b w:val="0"/>
          <w:i w:val="0"/>
        </w:rPr>
        <w:t>Cảm thấy hơi buồn nôn, McNally dụi tắt điếu xì gà. Quá nhiều nicotine — hay là thiếu lãnh đạo? Có lẽ cả hai.</w:t>
      </w:r>
    </w:p>
    <w:p>
      <w:pPr>
        <w:spacing w:before="240" w:after="80"/>
      </w:pPr>
      <w:r>
        <w:rPr>
          <w:b/>
          <w:sz w:val="40"/>
        </w:rPr>
        <w:t>Nghi phạm #6: Urgency (Sự khẩn cấp)</w:t>
      </w:r>
      <w:r>
        <w:rPr>
          <w:b/>
          <w:sz w:val="40"/>
        </w:rPr>
        <w:t xml:space="preserve">BUỔI phỏng vấn với Ernest Urgency được lên lịch vào lúc 3:00 chiều. Urgency thong thả bước vào khoảng 3:15, xin phép đi lấy một tách cà phê rồi quay lại, sẵn sàng bị thẩm vấn, lúc 3:25 chiều. </w:t>
      </w:r>
      <w:r>
        <w:rPr>
          <w:b/>
          <w:sz w:val="40"/>
        </w:rPr>
        <w:t>Không phải dấu hiệu tốt,</w:t>
      </w:r>
      <w:r>
        <w:rPr>
          <w:b/>
          <w:sz w:val="40"/>
        </w:rPr>
        <w:t xml:space="preserve"> McNally nghĩ thầm. "Anh có rõ vì sao mình ở đây không?" McNally hỏi, ánh mắt chạm và giữ chặt ánh mắt của Urgency.</w:t>
      </w:r>
    </w:p>
    <w:p>
      <w:pPr>
        <w:spacing w:after="80"/>
      </w:pPr>
      <w:r>
        <w:rPr>
          <w:b w:val="0"/>
          <w:i w:val="0"/>
        </w:rPr>
        <w:t>"Rõ chứ, rõ chứ. Change bị giết tối qua ngay tại phòng họp này. Chỉ có các lãnh đạo thường mới được ra vào khu vực này của tòa nhà, nên đương nhiên chúng ta sẽ là những nghi phạm đầu tiên."</w:t>
      </w:r>
    </w:p>
    <w:p>
      <w:pPr>
        <w:spacing w:after="80"/>
      </w:pPr>
      <w:r>
        <w:rPr>
          <w:b w:val="0"/>
          <w:i w:val="0"/>
        </w:rPr>
        <w:t>Urgency đã nhẩn nha thong thả đến cuộc họp và ổn định chỗ ngồi, nhưng giờ đã ngồi xuống rồi thì anh ta lại bồn chồn, liên tục xem đồng hồ và nhìn về phía cửa.</w:t>
      </w:r>
    </w:p>
    <w:p>
      <w:pPr>
        <w:spacing w:after="80"/>
      </w:pPr>
      <w:r>
        <w:rPr>
          <w:b w:val="0"/>
          <w:i w:val="0"/>
        </w:rPr>
        <w:t>"Anh có chuyến bay phải bắt hả?" McNally hỏi với vẻ mỉa mai không giấu giếm.</w:t>
      </w:r>
    </w:p>
    <w:p>
      <w:pPr>
        <w:spacing w:after="80"/>
      </w:pPr>
      <w:r>
        <w:rPr>
          <w:b w:val="0"/>
          <w:i w:val="0"/>
        </w:rPr>
        <w:t>“Nghe này,” Urgency đáp, mặt đỏ bừng. “Tôi rất tiếc vì Change đã bị giết. Thực sự rất tiếc, nhưng tôi có cả đống việc phải lo. Tôi không giết Change. Tôi hầu như chẳng biết gã đó. Tôi có động cơ gì chứ? Cái cuộc phỏng vấn hay gọi là gì đó này chỉ làm tôi mất thời gian thôi.”</w:t>
      </w:r>
    </w:p>
    <w:p>
      <w:pPr>
        <w:spacing w:after="80"/>
      </w:pPr>
      <w:r>
        <w:rPr>
          <w:b w:val="0"/>
          <w:i w:val="0"/>
        </w:rPr>
        <w:t>“Đã ghi nhận,” McNally nói khô khan. “Vậy anh đã ở đâu trong khoảng từ sáu giờ sáng đến trưa hôm qua?”</w:t>
      </w:r>
    </w:p>
    <w:p>
      <w:pPr>
        <w:spacing w:after="80"/>
      </w:pPr>
      <w:r>
        <w:rPr>
          <w:b w:val="0"/>
          <w:i w:val="0"/>
        </w:rPr>
        <w:t>“Nhưng tôi tưởng ông ta bị giết tối qua chứ?” Urgency thắc mắc.</w:t>
      </w:r>
    </w:p>
    <w:p>
      <w:pPr>
        <w:spacing w:after="80"/>
      </w:pPr>
      <w:r>
        <w:rPr>
          <w:b w:val="0"/>
          <w:i w:val="0"/>
        </w:rPr>
        <w:t>“Có thể là vậy, mà cũng có thể không. Cứ trả lời câu hỏi đi,” McNally nói.</w:t>
      </w:r>
    </w:p>
    <w:p>
      <w:pPr>
        <w:spacing w:after="80"/>
      </w:pPr>
      <w:r>
        <w:rPr>
          <w:b w:val="0"/>
          <w:i w:val="0"/>
        </w:rPr>
        <w:t>“Tôi cần lấy lịch của mình,” Urgency đáp. “Tôi sẽ ở ngay đây,” McNally nói khi ngả người ra sau ghế và gác chân lên bàn phòng họp.</w:t>
      </w:r>
    </w:p>
    <w:p>
      <w:pPr>
        <w:spacing w:after="80"/>
      </w:pPr>
      <w:r>
        <w:rPr>
          <w:b w:val="0"/>
          <w:i w:val="0"/>
        </w:rPr>
        <w:t>Khi Urgency rời phòng, McNally nhắm mắt và hồi tưởng về những vụ án trước đây của mình. Ông biết rằng để Change sống sót, các nhà lãnh đạo phải đưa Change đi cùng với Urgency và các nhà quản lý phải tiếp nhận Change cùng với Urgency, rồi sau đó giới thiệu Change cùng với Urgency cho đội ngũ của họ. Những Change khác đã đến rồi đi trong các tổ chức này, nhưng những người được giới thiệu cùng với Urgency thì có nhiều khả năng thành công hơn. Khi còn ở đỉnh cao phong độ, Urgency sẽ làm những điều sau:</w:t>
      </w:r>
    </w:p>
    <w:p>
      <w:pPr>
        <w:spacing w:after="80"/>
      </w:pPr>
      <w:r>
        <w:rPr>
          <w:b w:val="0"/>
          <w:i w:val="0"/>
        </w:rPr>
        <w:t>• Anh ta sẽ gửi đi những thông điệp rõ ràng và nhất quán về việc Change là ai và họ mong đợi gì ở anh ta. • Anh ta sẽ truyền đạt một lý lẽ kinh doanh thuyết phục để ủng hộ sự cần thiết của Change.</w:t>
      </w:r>
    </w:p>
    <w:p>
      <w:pPr>
        <w:spacing w:after="80"/>
      </w:pPr>
      <w:r>
        <w:rPr>
          <w:b w:val="0"/>
          <w:i w:val="0"/>
        </w:rPr>
        <w:t>• Anh ta sẽ trình bày rõ cuộc khủng hoảng hoặc cơ hội đòi hỏi phải có Change và truyền đạt điều đó một cách rộng rãi và mạnh mẽ.</w:t>
      </w:r>
    </w:p>
    <w:p>
      <w:pPr>
        <w:spacing w:after="80"/>
      </w:pPr>
      <w:r>
        <w:rPr>
          <w:b w:val="0"/>
          <w:i w:val="0"/>
        </w:rPr>
        <w:t>Nghe thấy Urgency quay lại, McNally mở mắt và đặt chân xuống sàn. “Tôi đến đây đúng bảy giờ bốn mươi,” Urgency nói khi xem lịch trên tay. “Có một cuộc họp lúc bảy giờ ba mươi mà tôi đến hơi trễ, rồi sau đó tôi gần như họp suốt cả ngày.”</w:t>
      </w:r>
    </w:p>
    <w:p>
      <w:pPr>
        <w:spacing w:after="80"/>
      </w:pPr>
      <w:r>
        <w:rPr>
          <w:b w:val="0"/>
          <w:i w:val="0"/>
        </w:rPr>
        <w:t>“Không có giờ nghỉ giữa các cuộc họp sao?” McNally hỏi.</w:t>
      </w:r>
    </w:p>
    <w:p>
      <w:pPr>
        <w:spacing w:after="80"/>
      </w:pPr>
      <w:r>
        <w:rPr>
          <w:b w:val="0"/>
          <w:i w:val="0"/>
        </w:rPr>
        <w:t>“À, có chứ, vài lần. Nhưng tôi sẽ không có thời gian để—” Anh ta ngừng lại. “Này, tôi không làm chuyện đó!” anh ta thốt lên.</w:t>
      </w:r>
    </w:p>
    <w:p>
      <w:pPr>
        <w:spacing w:after="80"/>
      </w:pPr>
      <w:r>
        <w:rPr>
          <w:b w:val="0"/>
          <w:i w:val="0"/>
        </w:rPr>
        <w:t>“Anh đã giới thiệu Change với các nhà quản lý của ACME như thế nào?”</w:t>
      </w:r>
    </w:p>
    <w:p>
      <w:pPr>
        <w:spacing w:after="80"/>
      </w:pPr>
      <w:r>
        <w:rPr>
          <w:b w:val="0"/>
          <w:i w:val="0"/>
        </w:rPr>
        <w:t>“Để xem nào. Change bắt đầu ở đây khoảng sáu tháng trước. Chúng tôi đưa anh ta vào vì các đối thủ đang thu hẹp thị phần của chúng tôi. Chúng tôi có vài cuộc họp chính thức. Tôi cho các nhà quản lý biết tôi nghĩ vai trò của Change quan trọng đến mức nào, rồi sau đó, à, các nhà quản lý cứ thế tiếp nhận anh ta từ đó.”</w:t>
      </w:r>
    </w:p>
    <w:p>
      <w:pPr>
        <w:spacing w:after="80"/>
      </w:pPr>
      <w:r>
        <w:rPr>
          <w:b w:val="0"/>
          <w:i w:val="0"/>
        </w:rPr>
        <w:t>“Tiếp nhận anh ta đi đâu?” McNally hỏi. “Ra với đội ngũ nhân viên,” Urgency lẩm bẩm. “Sao anh biết Change đã đến được với đội ngũ nhân viên?”</w:t>
      </w:r>
    </w:p>
    <w:p>
      <w:pPr>
        <w:spacing w:after="80"/>
      </w:pPr>
      <w:r>
        <w:rPr>
          <w:b w:val="0"/>
          <w:i w:val="0"/>
        </w:rPr>
        <w:t>“À, tôi đã thấy Change ở phòng ăn trưa cùng các nhà quản lý và nhân viên trong vài dịp,” Urgency đáp một cách phòng thủ.</w:t>
      </w:r>
    </w:p>
    <w:p>
      <w:pPr>
        <w:spacing w:after="80"/>
      </w:pPr>
      <w:r>
        <w:rPr>
          <w:b w:val="0"/>
          <w:i w:val="0"/>
        </w:rPr>
        <w:t>McNally đứng dậy và bắt đầu đi qua đi lại. “Nghe này, cả hai chúng ta đều biết chuyện gì đang diễn ra ở đây. Change là gương mặt mới trong tổ chức và nhiệm vụ của anh không chỉ là giới thiệu anh ta với tổ chức mà còn giúp anh ta hòa nhập. Nhiệm vụ của anh là truyền đạt một lý lẽ kinh doanh hợp lý cho Change theo cách có thể thúc đẩy các nhà quản lý và nhân viên nhận thấy nhu cầu cấp bách về Change và đón nhận anh ta. Lịch của anh bị pha loãng bởi những cuộc họp chiếu lệ đến mức anh đã mất đi ý thức về các ưu tiên. Đáng lẽ anh phải là ông Urgency, vậy mà anh còn không đến họp đúng giờ được. Anh làm tôi phát bệnh. Cút khỏi tầm mắt tôi!”</w:t>
      </w:r>
    </w:p>
    <w:p>
      <w:pPr>
        <w:spacing w:after="80"/>
      </w:pPr>
      <w:r>
        <w:rPr>
          <w:b w:val="0"/>
          <w:i w:val="0"/>
        </w:rPr>
        <w:t>Không nói một lời, Urgency đứng dậy và tiến về phía cửa. Ngay trước khi ông đóng cửa, McNally gọi với theo, "Đừng rời khỏi thị trấn nhé!"</w:t>
      </w:r>
    </w:p>
    <w:p>
      <w:pPr>
        <w:spacing w:before="240" w:after="80"/>
      </w:pPr>
      <w:r>
        <w:rPr>
          <w:b/>
          <w:sz w:val="40"/>
        </w:rPr>
        <w:t>Nghi phạm #7: Vision</w:t>
      </w:r>
      <w:r>
        <w:rPr>
          <w:b/>
          <w:sz w:val="40"/>
        </w:rPr>
        <w:t xml:space="preserve">Cuộc họp tiếp theo của MCNALLY là với một thành viên khác của đội ngũ lãnh đạo—Victoria Vision. Khi Vision bước vào, ông không khỏi nhận ra sự trớ trêu khi cô đang đeo cặp kính màu hồng. </w:t>
      </w:r>
      <w:r>
        <w:rPr>
          <w:b/>
          <w:sz w:val="40"/>
        </w:rPr>
        <w:t>Sao lại không chứ?</w:t>
      </w:r>
      <w:r>
        <w:rPr>
          <w:b/>
          <w:sz w:val="40"/>
        </w:rPr>
        <w:t xml:space="preserve"> McNally nghĩ. Nếu Communication thường xuyên bị viêm thanh quản và phải đeo máy trợ thính, thì tại sao Vision lại không thể đeo kính màu hồng?</w:t>
      </w:r>
    </w:p>
    <w:p>
      <w:pPr>
        <w:spacing w:after="80"/>
      </w:pPr>
      <w:r>
        <w:rPr>
          <w:b w:val="0"/>
          <w:i w:val="0"/>
        </w:rPr>
        <w:t>McNally hiểu quá rõ sức mạnh của Vision trong một tổ chức, đặc biệt là khi nói đến Change. Vai trò độc đáo của Vision là tách mình ra khỏi công việc vận hành hàng ngày và nhìn nhận tổ chức cùng hiệu suất của nó không phải như hiện tại, mà như nó có thể hoặc sẽ trở thành vào ngày mai, tháng sau, năm sau, v.v. Thực ra, đây là phần dễ trong công việc của cô. Phần khó là làm sao để người khác thoáng thấy, chụp lại vài bức ảnh và những đoạn phim ngắn về những gì cô đang nhìn thấy.</w:t>
      </w:r>
    </w:p>
    <w:p>
      <w:pPr>
        <w:spacing w:after="80"/>
      </w:pPr>
      <w:r>
        <w:rPr>
          <w:b w:val="0"/>
          <w:i w:val="0"/>
        </w:rPr>
        <w:t>Vai trò, vị trí và địa vị của Vision trong tổ chức cho phép cô vượt lên trên những chi tiết vụn vặt của hoạt động hàng ngày. McNally biết rằng hầu hết các thành viên trong tổ chức không có được đặc quyền đó. Vision nhìn lên và nhìn ra ngoài trong khi hầu hết những người khác nhìn xuống và nhìn vào trong. Để Vision thành công, cô phải khiến người khác nhìn lên và nhìn ra ngoài, hình dung về tương lai rồi điều chỉnh lại các hoạt động của họ để hướng tới tương lai đó. Nhu cầu về vai trò này càng trở nên cấp thiết mỗi khi Change xuất hiện.</w:t>
      </w:r>
    </w:p>
    <w:p>
      <w:pPr>
        <w:spacing w:after="80"/>
      </w:pPr>
      <w:r>
        <w:rPr>
          <w:b w:val="0"/>
          <w:i w:val="0"/>
        </w:rPr>
        <w:t xml:space="preserve">McNally nghĩ, </w:t>
      </w:r>
      <w:r>
        <w:rPr>
          <w:b w:val="0"/>
          <w:i/>
        </w:rPr>
        <w:t>Mình nghi ngờ liệu người phụ nữ này có thể truyền cảm hứng để người khác nhìn thấy những gì cô ấy thấy hay không. Với cặp kính đó, cô ấy quá lạc quan và có lẽ không nắm bắt được thực tế của tổ chức</w:t>
      </w:r>
      <w:r>
        <w:rPr>
          <w:b w:val="0"/>
          <w:i w:val="0"/>
        </w:rPr>
        <w:t>.</w:t>
      </w:r>
    </w:p>
    <w:p>
      <w:pPr>
        <w:spacing w:after="80"/>
      </w:pPr>
      <w:r>
        <w:rPr>
          <w:b w:val="0"/>
          <w:i w:val="0"/>
        </w:rPr>
        <w:t>Vision ngồi xuống, tháo kính ra và bắt đầu lau chúng một cách có phương pháp bằng một chiếc khăn tay. Với McNally, Vision trông có vẻ thoải mái.</w:t>
      </w:r>
    </w:p>
    <w:p>
      <w:pPr>
        <w:spacing w:after="80"/>
      </w:pPr>
      <w:r>
        <w:rPr>
          <w:b w:val="0"/>
          <w:i w:val="0"/>
        </w:rPr>
        <w:t>"Tôi không làm đâu," Vision bình tĩnh nói. "Không làm gì cơ?" McNally hỏi. "Tôi không giết Change." "Cô có biết ai đã làm không?" "Tất cả chúng tôi đều đã bàn tán với nhau, anh biết đấy. Tôi có những nghi ngờ của mình, nhưng chúng chỉ là—nghi ngờ thôi. Tôi không có bằng chứng nào cả."</w:t>
      </w:r>
    </w:p>
    <w:p>
      <w:pPr>
        <w:spacing w:after="80"/>
      </w:pPr>
      <w:r>
        <w:rPr>
          <w:b w:val="0"/>
          <w:i w:val="0"/>
        </w:rPr>
        <w:t>"Cô có phiền chia sẻ những nghi ngờ của mình với tôi không?"</w:t>
      </w:r>
    </w:p>
    <w:p>
      <w:pPr>
        <w:spacing w:after="80"/>
      </w:pPr>
      <w:r>
        <w:rPr>
          <w:b w:val="0"/>
          <w:i w:val="0"/>
        </w:rPr>
        <w:t>Vision ngừng chà xát tròng kính. Cô nhìn thẳng vào McNally và, sau một lúc, nói, "Được thôi, nhưng anh phải giữ kín chuyện này giữa chúng ta. Tôi nghĩ một số nhân viên đã giết Change."</w:t>
      </w:r>
    </w:p>
    <w:p>
      <w:pPr>
        <w:spacing w:after="80"/>
      </w:pPr>
      <w:r>
        <w:rPr>
          <w:b w:val="0"/>
          <w:i w:val="0"/>
        </w:rPr>
        <w:t>"</w:t>
      </w:r>
      <w:r>
        <w:rPr>
          <w:b w:val="0"/>
          <w:i/>
        </w:rPr>
        <w:t>Một số</w:t>
      </w:r>
      <w:r>
        <w:rPr>
          <w:b w:val="0"/>
          <w:i w:val="0"/>
        </w:rPr>
        <w:t xml:space="preserve"> nhân viên? Không phải một nhân viên nào đó sao?" McNally hỏi.</w:t>
      </w:r>
    </w:p>
    <w:p>
      <w:pPr>
        <w:spacing w:after="80"/>
      </w:pPr>
      <w:r>
        <w:rPr>
          <w:b w:val="0"/>
          <w:i w:val="0"/>
        </w:rPr>
        <w:t>"Có thể chỉ là một người, nhưng tôi nghĩ đó là một nhóm."</w:t>
      </w:r>
    </w:p>
    <w:p>
      <w:pPr>
        <w:spacing w:after="80"/>
      </w:pPr>
      <w:r>
        <w:rPr>
          <w:b w:val="0"/>
          <w:i w:val="0"/>
        </w:rPr>
        <w:t>"Một nhóm? Nhóm nào?" Trước khi Vision kịp trả lời, có tiếng gõ cửa. Anna thả hai cuốn thực đơn trước mặt họ và tuyên bố, "Tôi biết cả hai người đều bỏ lỡ bữa trưa. Khoanh tròn món các bạn muốn. Tôi sẽ quay lại trong vài phút để lấy."</w:t>
      </w:r>
    </w:p>
    <w:p>
      <w:pPr>
        <w:spacing w:after="80"/>
      </w:pPr>
      <w:r>
        <w:rPr>
          <w:b w:val="0"/>
          <w:i w:val="0"/>
        </w:rPr>
        <w:t>Cả hai đều tuân theo, lướt qua thực đơn của mình. Khi McNally khoanh xong món của mình, ông ngước lên và nhận thấy Vision đã cất cặp kính màu hồng đi và đeo một cặp kính có tròng dày như chai Coke để đọc thực đơn.</w:t>
      </w:r>
    </w:p>
    <w:p>
      <w:pPr>
        <w:spacing w:after="80"/>
      </w:pPr>
      <w:r>
        <w:rPr>
          <w:b w:val="0"/>
          <w:i/>
        </w:rPr>
        <w:t>Sự trớ trêu cứ tăng lên từng phút,</w:t>
      </w:r>
      <w:r>
        <w:rPr>
          <w:b w:val="0"/>
          <w:i w:val="0"/>
        </w:rPr>
        <w:t xml:space="preserve"> McNally tự nhủ.</w:t>
      </w:r>
    </w:p>
    <w:p>
      <w:pPr>
        <w:spacing w:after="80"/>
      </w:pPr>
      <w:r>
        <w:rPr>
          <w:b w:val="0"/>
          <w:i w:val="0"/>
        </w:rPr>
        <w:t>Vision hoàn thành việc của mình, cất cặp kính dày như chai Coke vào hộp, bỏ hộp vào túi và tiếp tục lau cặp kính kia.</w:t>
      </w:r>
    </w:p>
    <w:p>
      <w:pPr>
        <w:spacing w:after="80"/>
      </w:pPr>
      <w:r>
        <w:rPr>
          <w:b w:val="0"/>
          <w:i w:val="0"/>
        </w:rPr>
        <w:t>"Chúng ta đang nói đến đâu rồi nhỉ?" Vision hỏi. "À, đúng rồi. Cái nhóm đó. Thật sự không thể nói chắc được, nhưng nếu tôi là một đặc vụ điều tra vụ này, tôi có thể sẽ loanh quanh ở phòng Mua hàng một chút. Tất nhiên, anh không nghe điều đó từ tôi đâu nhé."</w:t>
      </w:r>
    </w:p>
    <w:p>
      <w:pPr>
        <w:spacing w:after="80"/>
      </w:pPr>
      <w:r>
        <w:rPr>
          <w:b w:val="0"/>
          <w:i w:val="0"/>
        </w:rPr>
        <w:t>Đặc vụ McNally móc mồi và thả câu. "Vậy nếu anh là một đặc vụ đang điều tra vụ này và tình cờ lạc vào phòng Mua hàng, câu hỏi đầu tiên anh sẽ hỏi là gì?"</w:t>
      </w:r>
    </w:p>
    <w:p>
      <w:pPr>
        <w:spacing w:after="80"/>
      </w:pPr>
      <w:r>
        <w:rPr>
          <w:b w:val="0"/>
          <w:i w:val="0"/>
        </w:rPr>
        <w:t>"Để xem nào. Đầu tiên, tôi sẽ tung ra vài câu hỏi vô thưởng vô phạt. Làm cho họ thoải mái với tôi. Rồi tôi có thể hỏi quy trình tồn kho đúng lúc (just-in-time) mới đang diễn ra thế nào."</w:t>
      </w:r>
    </w:p>
    <w:p>
      <w:pPr>
        <w:spacing w:after="80"/>
      </w:pPr>
      <w:r>
        <w:rPr>
          <w:b w:val="0"/>
          <w:i w:val="0"/>
        </w:rPr>
        <w:t>"Tôi đoán là nó không suôn sẻ lắm." "Anh là một đặc vụ sáng dạ đấy," Vision đáp. "Họ chuyển sang quy trình mới này khi nào?" "Năm sáu tháng trước." "Đây có phải là một bước chuyển mình lớn với họ không?" "Ồ, chắc chắn rồi. Hàng tồn kho của chúng tôi đang giết chết chúng tôi." Mặt Vision bỗng đỏ bừng. "Xin lỗi! 'Giết chết' có lẽ là một cách nói không hay."</w:t>
      </w:r>
    </w:p>
    <w:p>
      <w:pPr>
        <w:spacing w:after="80"/>
      </w:pPr>
      <w:r>
        <w:rPr>
          <w:b w:val="0"/>
          <w:i w:val="0"/>
        </w:rPr>
        <w:t>"Những người trong phòng ban đó biết Change rõ đến mức nào?"</w:t>
      </w:r>
    </w:p>
    <w:p>
      <w:pPr>
        <w:spacing w:after="80"/>
      </w:pPr>
      <w:r>
        <w:rPr>
          <w:b w:val="0"/>
          <w:i w:val="0"/>
        </w:rPr>
        <w:t>"Tôi nghĩ họ không biết nhau rõ lắm. Người quen thôi, tôi cho là vậy. Chỉ là người quen."</w:t>
      </w:r>
    </w:p>
    <w:p>
      <w:pPr>
        <w:spacing w:after="80"/>
      </w:pPr>
      <w:r>
        <w:rPr>
          <w:b w:val="0"/>
          <w:i w:val="0"/>
        </w:rPr>
        <w:t>"Nhưng đó chẳng phải là việc của cô sao? Đảm bảo rằng nhân viên có thể hình dung được bản thân họ cùng với Change trong tương lai?"</w:t>
      </w:r>
    </w:p>
    <w:p>
      <w:pPr>
        <w:spacing w:after="80"/>
      </w:pPr>
      <w:r>
        <w:rPr>
          <w:b w:val="0"/>
          <w:i w:val="0"/>
        </w:rPr>
        <w:t>Vision ngơ ngác nhìn McNally. "Ý tôi là, cô vừa thừa nhận rằng Change này là một bước chuyển mình lớn với phòng ban đó. Nếu họ đã vận hành theo một mô thức (paradigm) suốt bao năm và đột nhiên được thông báo rằng họ cần xoay một trăm tám mươi độ, cô không nghĩ cơ hội thành công của họ sẽ lớn hơn nếu Change không chỉ là một người quen xoàng sao?"</w:t>
      </w:r>
    </w:p>
    <w:p>
      <w:pPr>
        <w:spacing w:after="80"/>
      </w:pPr>
      <w:r>
        <w:rPr>
          <w:b w:val="0"/>
          <w:i w:val="0"/>
        </w:rPr>
        <w:t>"Vậy anh đang cố nói rằng đây là lỗi của tôi à?" Vision hỏi.</w:t>
      </w:r>
    </w:p>
    <w:p>
      <w:pPr>
        <w:spacing w:after="80"/>
      </w:pPr>
      <w:r>
        <w:rPr>
          <w:b w:val="0"/>
          <w:i w:val="0"/>
        </w:rPr>
        <w:t>"Sáng hôm qua cô ở đâu?" McNally hỏi.</w:t>
      </w:r>
    </w:p>
    <w:p>
      <w:pPr>
        <w:spacing w:after="80"/>
      </w:pPr>
      <w:r>
        <w:rPr>
          <w:b w:val="0"/>
          <w:i w:val="0"/>
        </w:rPr>
        <w:t>Vision giờ trông có vẻ lo lắng. Cô chỉnh kính nhanh gấp đôi. "Từ bảy đến tám giờ tôi dự một cuộc họp hội đồng quản trị. Chúng tôi đang xem xét bản nháp kế hoạch chiến lược. Sau đó tôi làm vài giấy tờ trong văn phòng đến khoảng chín giờ bốn mươi lăm rồi phải rời đi để đến cuộc hẹn khám mắt."</w:t>
      </w:r>
    </w:p>
    <w:p>
      <w:pPr>
        <w:spacing w:after="80"/>
      </w:pPr>
      <w:r>
        <w:rPr>
          <w:b w:val="0"/>
          <w:i/>
        </w:rPr>
        <w:t>Trớ trêu, trớ trêu, trớ trêu,</w:t>
      </w:r>
      <w:r>
        <w:rPr>
          <w:b w:val="0"/>
          <w:i w:val="0"/>
        </w:rPr>
        <w:t xml:space="preserve"> McNally thầm nghĩ.</w:t>
      </w:r>
    </w:p>
    <w:p>
      <w:pPr>
        <w:spacing w:after="80"/>
      </w:pPr>
      <w:r>
        <w:rPr>
          <w:b w:val="0"/>
          <w:i w:val="0"/>
        </w:rPr>
        <w:t>Vision tiếp tục. "Này, tôi không có động cơ. Phần lớn công việc của tôi xoay quanh ba thứ: chú ý đến các xu hướng và công nghệ mới, quét tìm ý tưởng và cơ hội mới, và tạo ra một bức tranh về tương lai đầy cảm hứng. Tôi cần Change. Tại sao tôi lại muốn giết anh ta chứ?"</w:t>
      </w:r>
    </w:p>
    <w:p>
      <w:pPr>
        <w:spacing w:after="80"/>
      </w:pPr>
      <w:r>
        <w:rPr>
          <w:b w:val="0"/>
          <w:i/>
        </w:rPr>
        <w:t>Có lẽ cô ta không ngơ ngác như mình tưởng,</w:t>
      </w:r>
      <w:r>
        <w:rPr>
          <w:b w:val="0"/>
          <w:i w:val="0"/>
        </w:rPr>
        <w:t xml:space="preserve"> McNally thầm ngẫm nghĩ. "Tôi không buộc tội cô giết Change," McNally nói. </w:t>
      </w:r>
      <w:r>
        <w:rPr>
          <w:b w:val="0"/>
          <w:i/>
        </w:rPr>
        <w:t>Nhưng cô đã không ngăn được cái chết của anh ta,</w:t>
      </w:r>
      <w:r>
        <w:rPr>
          <w:b w:val="0"/>
          <w:i w:val="0"/>
        </w:rPr>
        <w:t xml:space="preserve"> anh nghĩ</w:t>
      </w:r>
      <w:r>
        <w:rPr>
          <w:b w:val="0"/>
          <w:i/>
        </w:rPr>
        <w:t>.</w:t>
      </w:r>
      <w:r>
        <w:rPr>
          <w:b w:val="0"/>
          <w:i w:val="0"/>
        </w:rPr>
        <w:t xml:space="preserve"> "Dù vậy, tôi không muốn cô đi đâu trong vài ngày tới."</w:t>
      </w:r>
    </w:p>
    <w:p>
      <w:pPr>
        <w:spacing w:after="80"/>
      </w:pPr>
      <w:r>
        <w:rPr>
          <w:b w:val="0"/>
          <w:i w:val="0"/>
        </w:rPr>
        <w:t>Lại có tiếng gõ cửa và Anna quay vào lấy thực đơn. Vision, trông nhợt nhạt, đứng dậy và đeo kính lại. "Tôi không đói," cô nói, rồi bước ra ngoài.</w:t>
      </w:r>
    </w:p>
    <w:p>
      <w:pPr>
        <w:spacing w:before="240" w:after="80"/>
      </w:pPr>
      <w:r>
        <w:rPr>
          <w:b/>
          <w:sz w:val="40"/>
        </w:rPr>
        <w:t xml:space="preserve">Suy ngẫm về Tính cấp bách và Tầm nhìn </w:t>
      </w:r>
      <w:r>
        <w:rPr>
          <w:b/>
          <w:sz w:val="40"/>
        </w:rPr>
        <w:t>Khi McNally ngồi một mình chờ bữa trưa đến, anh nghĩ về những gì mình đã nghe và chưa nghe được từ Urgency và Vision. Anh sắp hết chỗ trong cuốn sổ, nên bắt đầu dùng mặt sau các trang để ghi lại những điều học được.</w:t>
      </w:r>
    </w:p>
    <w:p>
      <w:pPr>
        <w:spacing w:after="80"/>
      </w:pPr>
      <w:r>
        <w:rPr>
          <w:b w:val="0"/>
          <w:i w:val="0"/>
        </w:rPr>
        <w:t>URGENCY</w:t>
      </w:r>
    </w:p>
    <w:p>
      <w:pPr>
        <w:spacing w:after="80"/>
      </w:pPr>
      <w:r>
        <w:rPr>
          <w:b w:val="0"/>
          <w:i w:val="0"/>
        </w:rPr>
        <w:t>Urgency là một nghi phạm sáng giá dựa trên hành vi thiếu nhất quán của anh ta:</w:t>
      </w:r>
    </w:p>
    <w:p>
      <w:pPr>
        <w:spacing w:after="80"/>
      </w:pPr>
      <w:r>
        <w:rPr>
          <w:b w:val="0"/>
          <w:i w:val="0"/>
        </w:rPr>
        <w:t>• Anh ta cố gắng thuyết phục mọi người chấp nhận Thay đổi, nhưng chưa bao giờ làm họ tin rằng hiện trạng không còn là lựa chọn khả thi nữa. • Anh ta lơ là việc dành đủ thời gian cho những người cảm nhận được nỗi đau của hiện trạng. • Anh ta không dành đủ thời gian cho những người nhìn thấy cơ hội nâng cao hiệu suất nhờ việc tích hợp Thay đổi. • Anh ta không hỏi người khác tại sao họ nghĩ tổ chức cần Thay đổi. Lý lẽ ủng hộ Thay đổi luôn thuyết phục hơn khi những người được yêu cầu đón nhận Thay đổi được đối diện trực tiếp với sự thật và được mời đưa ra ý kiến của mình.</w:t>
      </w:r>
    </w:p>
    <w:p>
      <w:pPr>
        <w:spacing w:after="80"/>
      </w:pPr>
      <w:r>
        <w:rPr>
          <w:b w:val="0"/>
          <w:i w:val="0"/>
        </w:rPr>
        <w:t>TẦM NHÌN</w:t>
      </w:r>
    </w:p>
    <w:p>
      <w:pPr>
        <w:spacing w:after="80"/>
      </w:pPr>
      <w:r>
        <w:rPr>
          <w:b w:val="0"/>
          <w:i w:val="0"/>
        </w:rPr>
        <w:t>Tầm nhìn rõ ràng là một nghi phạm trong vụ sát hại Thay đổi:</w:t>
      </w:r>
    </w:p>
    <w:p>
      <w:pPr>
        <w:spacing w:after="80"/>
      </w:pPr>
      <w:r>
        <w:rPr>
          <w:b w:val="0"/>
          <w:i w:val="0"/>
        </w:rPr>
        <w:t>• Cô ta không nhìn rõ tổ chức của chính mình. • Cô ta phớt lờ lời khuyên của Cam kết. Một Tầm nhìn được tạo ra trong một buổi họp chiến lược của ban lãnh đạo ở nơi nghỉ dưỡng chẳng có ý nghĩa gì mấy với một người ở tuyến đầu, người không có tiếng nói gì trong tầm nhìn đó. Tầm nhìn càng lôi cuốn được mọi người tham gia vào quá trình xây dựng tầm nhìn bao nhiêu, thì khả năng họ muốn trở thành một phần của tổ chức trong tương lai càng cao bấy nhiêu. • Cô ta không giành được sự đồng thuận cần thiết để đạt được tầm nhìn đầy cảm hứng của mình. Hầu hết các nhà lãnh đạo, khi cố khởi xướng một Thay đổi, thường công bố Thay đổi ("Đây là những gì chúng ta sẽ làm!"), đặt ra những kỳ vọng mơ hồ hoặc gây bối rối ("Chúng ta đang nâng cao chuẩn mực!"), cử người đi đào tạo và ăn mừng chiến thắng quá sớm. Họ quên vẽ nên một bức tranh đầy cảm hứng về tổ chức sau Thay đổi, trong đó có cả con người của họ.</w:t>
      </w:r>
    </w:p>
    <w:p>
      <w:pPr>
        <w:spacing w:before="240" w:after="80"/>
      </w:pPr>
      <w:r>
        <w:rPr>
          <w:b/>
          <w:sz w:val="40"/>
        </w:rPr>
        <w:t>Nghi phạm #8: Kế hoạch</w:t>
      </w:r>
      <w:r>
        <w:rPr>
          <w:b/>
          <w:sz w:val="40"/>
        </w:rPr>
        <w:t>PERRY Kế hoạch là người tiếp theo được Đặc vụ McNally phỏng vấn, và McNally thấy bực mình vì anh ta, giống như Urgency, không đến đúng giờ. Kế hoạch đã gọi điện báo rằng anh ta đang trên đường từ sân bay và sẽ có mặt trong mười hoặc mười lăm phút nữa.</w:t>
      </w:r>
    </w:p>
    <w:p>
      <w:pPr>
        <w:spacing w:after="80"/>
      </w:pPr>
      <w:r>
        <w:rPr>
          <w:b w:val="0"/>
          <w:i w:val="0"/>
        </w:rPr>
        <w:t>Khi Kế hoạch đến, McNally ngạc nhiên thấy anh ta mặc một chiếc áo khoác da có biểu tượng đôi cánh trên mỗi tay áo. Anh ta đặt phịch một chiếc cặp da nặng trịch xuống dưới chân mình.</w:t>
      </w:r>
    </w:p>
    <w:p>
      <w:pPr>
        <w:spacing w:after="80"/>
      </w:pPr>
      <w:r>
        <w:rPr>
          <w:b w:val="0"/>
          <w:i w:val="0"/>
        </w:rPr>
        <w:t>"Chắc hẳn ngài là Đặc vụ McNally." Kế hoạch nhoẻn miệng cười khi đưa tay ra bắt tay McNally. "Xin lỗi vì tôi đến trễ. Đúng vậy, xin lỗi vì tôi đến trễ. Hôm nay là một ngày đẹp trời đến mức tôi phải tận dụng nó. Tôi đã cất cánh sáng nay. Trời không một gợn mây. Tôi vừa mới quay về."</w:t>
      </w:r>
    </w:p>
    <w:p>
      <w:pPr>
        <w:spacing w:after="80"/>
      </w:pPr>
      <w:r>
        <w:rPr>
          <w:b w:val="0"/>
          <w:i w:val="0"/>
        </w:rPr>
        <w:t>McNally bắt tay xong và ra hiệu cho Kế hoạch ngồi xuống. "Cảm ơn anh đã đến. Tôi cho rằng anh biết tại sao tôi muốn nói chuyện với anh."</w:t>
      </w:r>
    </w:p>
    <w:p>
      <w:pPr>
        <w:spacing w:after="80"/>
      </w:pPr>
      <w:r>
        <w:rPr>
          <w:b w:val="0"/>
          <w:i w:val="0"/>
        </w:rPr>
        <w:t>"Vâng, vâng, tôi biết. Một chuyện khủng khiếp, cái chết của Thay đổi. Đúng là một bi kịch."</w:t>
      </w:r>
    </w:p>
    <w:p>
      <w:pPr>
        <w:spacing w:after="80"/>
      </w:pPr>
      <w:r>
        <w:rPr>
          <w:b w:val="0"/>
          <w:i w:val="0"/>
        </w:rPr>
        <w:t>"Nếu anh không phiền, hãy để tôi bắt đầu bằng việc hỏi anh làm gì ở đây."</w:t>
      </w:r>
    </w:p>
    <w:p>
      <w:pPr>
        <w:spacing w:after="80"/>
      </w:pPr>
      <w:r>
        <w:rPr>
          <w:b w:val="0"/>
          <w:i w:val="0"/>
        </w:rPr>
        <w:t>Kế hoạch im lặng, chìm đắm trong suy nghĩ. Cuối cùng, McNally hắng giọng và kéo Kế hoạch trở về với hiện tại. "À, vâng. Tôi làm gì ở đây. Tôi làm gì ở đây. Hừm, à, người ta có thể nói vai trò chính của tôi ở đây là chuẩn bị cho ACME đón những Thay đổi sắp tới."</w:t>
      </w:r>
    </w:p>
    <w:p>
      <w:pPr>
        <w:spacing w:after="80"/>
      </w:pPr>
      <w:r>
        <w:rPr>
          <w:b w:val="0"/>
          <w:i w:val="0"/>
        </w:rPr>
        <w:t>"Chiến lược hay chiến thuật?" McNally hỏi. "Tôi không hiểu câu hỏi," Kế hoạch đáp.</w:t>
      </w:r>
    </w:p>
    <w:p>
      <w:pPr>
        <w:spacing w:after="80"/>
      </w:pPr>
      <w:r>
        <w:rPr>
          <w:b w:val="0"/>
          <w:i w:val="0"/>
        </w:rPr>
        <w:t>Biết những thuật ngữ đó là công việc của Kế hoạch. Với chút mỉa mai, McNally nói: "Tôi cho rằng anh biết sự khác biệt giữa chiến lược và chiến thuật chứ?"</w:t>
      </w:r>
    </w:p>
    <w:p>
      <w:pPr>
        <w:spacing w:after="80"/>
      </w:pPr>
      <w:r>
        <w:rPr>
          <w:b w:val="0"/>
          <w:i w:val="0"/>
        </w:rPr>
        <w:t>"Dĩ nhiên là tôi biết sự khác biệt," Kế hoạch đáp với vẻ phòng thủ kín đáo.</w:t>
      </w:r>
    </w:p>
    <w:p>
      <w:pPr>
        <w:spacing w:after="80"/>
      </w:pPr>
      <w:r>
        <w:rPr>
          <w:b w:val="0"/>
          <w:i w:val="0"/>
        </w:rPr>
        <w:t>"Vậy khi anh chuẩn bị cho ACME đón những Thay đổi này, anh tham gia ở mức chiến lược, chiến thuật hay cả hai?"</w:t>
      </w:r>
    </w:p>
    <w:p>
      <w:pPr>
        <w:spacing w:after="80"/>
      </w:pPr>
      <w:r>
        <w:rPr>
          <w:b w:val="0"/>
          <w:i w:val="0"/>
        </w:rPr>
        <w:t>“Ồ, giờ thì tôi hiểu rồi,” Plan đáp, nụ cười quay trở lại trên mặt. “Về mặt chiến lược, phần lớn là vậy.” Anh dừng lại và trầm ngâm một lát. “Cậu biết không,” anh tiếp tục, “tôi nghĩ đó chính là lý do tôi thích bay đến thế. Góc nhìn toàn cảnh, cậu hiểu đấy. Không gì sánh bằng.” Sau một hồi im lặng dài, Plan nói, “Nghe có vẻ điên rồ, nhưng tôi thích tất cả những Thay đổi (Change) mới được đề xuất. Một thử thách thực sự cho mấy tế bào xám.” Anh lấy ngón tay gõ nhẹ vào bên đầu. “Tôi thích suy luận xem Thay đổi có thể ăn khớp thế nào và kết quả kỳ vọng sẽ ra sao. Tôi có cảm giác y như đang điều khiển một chiếc máy bay xịn. Cảm giác tuyệt vời!”</w:t>
      </w:r>
    </w:p>
    <w:p>
      <w:pPr>
        <w:spacing w:after="80"/>
      </w:pPr>
      <w:r>
        <w:rPr>
          <w:b w:val="0"/>
          <w:i w:val="0"/>
        </w:rPr>
        <w:t>“Nhưng chắc chắn anh không thể đem mọi hoạt động hay dự án gắn với một Thay đổi lên mà lái thử được. Anh không thể hợp lý mà lái hết tất cả chúng, đúng không? Anh phải có kiểu quy trình sàng lọc nào đó chứ, phải không?”</w:t>
      </w:r>
    </w:p>
    <w:p>
      <w:pPr>
        <w:spacing w:after="80"/>
      </w:pPr>
      <w:r>
        <w:rPr>
          <w:b w:val="0"/>
          <w:i w:val="0"/>
        </w:rPr>
        <w:t>“Từng có,” Plan đáp. “Tôi có một đồng nghiệp nhưng cô ấy đã nghỉ ốm một thời gian rồi. Ưu tiên (Prioritization) là tên cô ấy. Làm việc trong tháp. Tháp kiểm soát không lưu, ý tôi là vậy. Cô ấy khá cứng nhắc về các quy định. Triết lý của tôi hơi khác cô ấy và, thật lòng mà nói, tôi chỉ khó nói lời từ chối. Dù sao thì, việc đó cũng không tốn quá nhiều thời gian của tôi và nếu ta triển khai một Thay đổi mà nó không thành công, thì có hại gì đâu, đúng không?”</w:t>
      </w:r>
    </w:p>
    <w:p>
      <w:pPr>
        <w:spacing w:after="80"/>
      </w:pPr>
      <w:r>
        <w:rPr>
          <w:b w:val="0"/>
          <w:i w:val="0"/>
        </w:rPr>
        <w:t>McNally không đáp.</w:t>
      </w:r>
    </w:p>
    <w:p>
      <w:pPr>
        <w:spacing w:after="80"/>
      </w:pPr>
      <w:r>
        <w:rPr>
          <w:b w:val="0"/>
          <w:i w:val="0"/>
        </w:rPr>
        <w:t>Plan thêm vào với vẻ mặt ngượng ngùng, “Tôi đoán cái phần ‘có hại gì đâu’ ấy còn tùy người cậu hỏi. Tôi phải thừa nhận rằng Bailey Budget cứ bám riết tôi về số lượng dự án ta nhận với mỗi Thay đổi.”</w:t>
      </w:r>
    </w:p>
    <w:p>
      <w:pPr>
        <w:spacing w:after="80"/>
      </w:pPr>
      <w:r>
        <w:rPr>
          <w:b w:val="0"/>
          <w:i w:val="0"/>
        </w:rPr>
        <w:t>“Anh chắc chắn đã cho tôi rất nhiều thông tin hữu ích về cách anh xử lý phần chiến lược trong công việc của mình,” McNally nói. “Nhưng chắc chắn anh phải dành ít nhất chút thời gian và sức lực cho phần chiến thuật chứ. Nếu không thì anh không bao giờ giúp được Thay đổi, cho tôi nói thẳng, cất cánh được.”</w:t>
      </w:r>
    </w:p>
    <w:p>
      <w:pPr>
        <w:spacing w:after="80"/>
      </w:pPr>
      <w:r>
        <w:rPr>
          <w:b w:val="0"/>
          <w:i w:val="0"/>
        </w:rPr>
        <w:t>“Việc của Infrastructure,” Plan đáp. “Infrastructure à?” McNally hỏi. “Ừ, anh ta là người phụ trách chiến thuật. Có thể nói đó không phải gu của tôi. Tôi nghĩ anh ta làm việc trên các quy trình kinh doanh và phát triển công cụ để hỗ trợ những quy trình kinh doanh đó cho Thay đổi.”</w:t>
      </w:r>
    </w:p>
    <w:p>
      <w:pPr>
        <w:spacing w:after="80"/>
      </w:pPr>
      <w:r>
        <w:rPr>
          <w:b w:val="0"/>
          <w:i w:val="0"/>
        </w:rPr>
        <w:t>“Anh nghĩ thế à?” McNally hỏi với giọng châm chọc.</w:t>
      </w:r>
    </w:p>
    <w:p>
      <w:pPr>
        <w:spacing w:after="80"/>
      </w:pPr>
      <w:r>
        <w:rPr>
          <w:b w:val="0"/>
          <w:i w:val="0"/>
        </w:rPr>
        <w:t>“Này,” Plan đáp, “không cần phải cáu kỉnh ở đây. Tôi chỉ đang chuyển cho cậu những gì tôi được kể thôi. Tôi đang cố trả lời câu hỏi của cậu theo cách tốt nhất có thể. Nghe nói Ira Infrastructure làm việc với Peter Performance Management và Isabella Incentive để đảm bảo nhân viên có công nghệ và hệ thống để làm việc với Thay đổi. Nhưng cậu phải hiểu, tôi dành phần lớn thời gian trên không để có thể nhìn thấy bức tranh lớn hơn—có thể nói là góc nhìn chiến lược. Vicki Vision và Spence Sponsorship thỉnh thoảng thích bay cùng tôi. Nhưng Infrastructure thì làm việc ở mặt đất. Nên thật lòng mà nói, tôi không thực sự chắc về việc anh ta làm gì. Cậu sẽ phải hỏi anh ta.”</w:t>
      </w:r>
    </w:p>
    <w:p>
      <w:pPr>
        <w:spacing w:after="80"/>
      </w:pPr>
      <w:r>
        <w:rPr>
          <w:b w:val="0"/>
          <w:i w:val="0"/>
        </w:rPr>
        <w:t>Với vẻ mỉa mai không che giấu, McNally hỏi, “Anh có bao giờ hạ xuống khỏi mây đủ lâu để lên kế hoạch chi tiết cách Thay đổi nên được triển khai không?”</w:t>
      </w:r>
    </w:p>
    <w:p>
      <w:pPr>
        <w:spacing w:after="80"/>
      </w:pPr>
      <w:r>
        <w:rPr>
          <w:b w:val="0"/>
          <w:i w:val="0"/>
        </w:rPr>
        <w:t>Plan hít vào và thở ra một hơi dài, sâu để kiềm chế sự sốt ruột. “Một lần nữa, Đặc vụ McNally, tôi có thể nói với cậu những gì tôi nghĩ là tôi biết nhưng tôi không thể ở hai nơi cùng một lúc. Ngoài Infrastructure, Measurement cũng phải chú ý đến mọi chi tiết. Anh ta phải làm việc với Performance Management và Thay đổi để xác định kết quả cho dịch vụ và chất lượng. Nghe nói Measurement giám sát kết quả của ACME so với các chuẩn mực này. Và trước khi cậu hỏi,” Plan nói, một tay giơ lên trong tư thế phòng thủ, “tôi chưa thực sự gặp Measurement bao giờ. Tôi cứ bận, à, lập kế hoạch.”</w:t>
      </w:r>
    </w:p>
    <w:p>
      <w:pPr>
        <w:spacing w:after="80"/>
      </w:pPr>
      <w:r>
        <w:rPr>
          <w:b w:val="0"/>
          <w:i w:val="0"/>
        </w:rPr>
        <w:t>McNally đã phát ngán với kiểu tư duy “không phải bộ phận của tôi” này. “Để tôi hỏi anh một câu,” anh nói. “Vì anh thích bay đến thế, ai là người đảm bảo một chuyến bay diễn ra suôn sẻ?” McNally hỏi.</w:t>
      </w:r>
    </w:p>
    <w:p>
      <w:pPr>
        <w:spacing w:after="80"/>
      </w:pPr>
      <w:r>
        <w:rPr>
          <w:b w:val="0"/>
          <w:i w:val="0"/>
        </w:rPr>
        <w:t>“Tôi chứ,” Plan đáp với vẻ mặt bối rối. “Tôi là phi công.”</w:t>
      </w:r>
    </w:p>
    <w:p>
      <w:pPr>
        <w:spacing w:after="80"/>
      </w:pPr>
      <w:r>
        <w:rPr>
          <w:b w:val="0"/>
          <w:i w:val="0"/>
        </w:rPr>
        <w:t>Plan nghiêng đầu sang một bên, trông không chắc McNally đang muốn đi đến đâu với hướng hỏi này.</w:t>
      </w:r>
    </w:p>
    <w:p>
      <w:pPr>
        <w:spacing w:after="80"/>
      </w:pPr>
      <w:r>
        <w:rPr>
          <w:b w:val="0"/>
          <w:i w:val="0"/>
        </w:rPr>
        <w:t>“Tôi không bay thường xuyên như anh,” McNally tiếp tục, “nhưng đây là những gì tôi nghĩ là tôi biết. Để có một chuyến bay thành công, anh cần một kế hoạch bay. Khi nào, ở đâu, thế nào, nhanh bao nhiêu, vân vân, đúng không?”</w:t>
      </w:r>
    </w:p>
    <w:p>
      <w:pPr>
        <w:spacing w:after="80"/>
      </w:pPr>
      <w:r>
        <w:rPr>
          <w:b w:val="0"/>
          <w:i w:val="0"/>
        </w:rPr>
        <w:t>Plan định đáp nhưng bị chặn lại bởi bàn tay giơ lên của McNally.</w:t>
      </w:r>
    </w:p>
    <w:p>
      <w:pPr>
        <w:spacing w:after="80"/>
      </w:pPr>
      <w:r>
        <w:rPr>
          <w:b w:val="0"/>
          <w:i w:val="0"/>
        </w:rPr>
        <w:t>“Và vì có nhiều hơn một chiếc máy bay trong sân bay muốn hạ cánh hoặc cất cánh, nên cần có kiểm soát không lưu, đúng không?” McNally hỏi. “Quá nhiều máy bay cất cánh, hạ cánh và băng qua đường băng sẽ khá nguy hiểm, anh có nghĩ vậy không? Và một phi công giỏi chẳng phải sẽ có chút hiểu biết về người của mình—đội ngũ mặt đất, thợ máy và tất cả những người khác đảm bảo mọi thứ đều ổn trước khi anh ta bay sao?”</w:t>
      </w:r>
    </w:p>
    <w:p>
      <w:pPr>
        <w:spacing w:after="80"/>
      </w:pPr>
      <w:r>
        <w:rPr>
          <w:b w:val="0"/>
          <w:i w:val="0"/>
        </w:rPr>
        <w:t>Sau một hồi im lặng kéo dài, Plan dường như nhận ra rằng McNally đang chờ câu trả lời cho câu hỏi cuối cùng này. “Vâng, đúng vậy.” Giọng anh gần như chỉ là một tiếng thì thầm.</w:t>
      </w:r>
    </w:p>
    <w:p>
      <w:pPr>
        <w:spacing w:after="80"/>
      </w:pPr>
      <w:r>
        <w:rPr>
          <w:b w:val="0"/>
          <w:i w:val="0"/>
        </w:rPr>
        <w:t>Nghiêng người về phía trước trên ghế, McNally nói một cách nghiêm túc: “Để tôi liên hệ ‘chuyến bay tốt đẹp’ này với vai trò của anh ở đây. Với tư cách là ông Plan, anh là phi công của những Thay đổi mới đang nằm trong vùng trời của tổ chức anh. Bởi vì anh chưa bao giờ thấy một ý tưởng tồi nào, anh đang đẩy tổ chức của mình vào cái mà tôi gọi là ‘cái chết bởi ngàn sáng kiến.’ Việc ưu tiên hóa phải quay trở lại với tổ chức và anh phải thực hành kiểm soát không lưu cho Thay đổi. Người của anh và Ngân sách chỉ có thể xử lý một số lượng Thay đổi nhất định tại một thời điểm. Và anh phải kiểm soát được các quy trình của mình. Cơ sở hạ tầng, Đo lường và Ưu tiên hóa phải đồng lòng khi Thay đổi chuẩn bị cất cánh. Và anh, Plan, với tư cách là phi công, chịu trách nhiệm cuối cùng cho chuyến đi. Dù anh nên kỳ vọng rằng đội ngũ của mình và những người khác sẽ làm tốt công việc của họ, thì Trách nhiệm giải trình cũng phải có mặt trên khoang. Anh có biết Aidan Accountability không?”</w:t>
      </w:r>
    </w:p>
    <w:p>
      <w:pPr>
        <w:spacing w:after="80"/>
      </w:pPr>
      <w:r>
        <w:rPr>
          <w:b w:val="0"/>
          <w:i w:val="0"/>
        </w:rPr>
        <w:t>“Tôi có nghe nói về anh ta nhưng chưa bao giờ gặp,” Plan nói một cách rụt rè.</w:t>
      </w:r>
    </w:p>
    <w:p>
      <w:pPr>
        <w:spacing w:after="80"/>
      </w:pPr>
      <w:r>
        <w:rPr>
          <w:b w:val="0"/>
          <w:i w:val="0"/>
        </w:rPr>
        <w:t>“Không có gì lạ,” McNally đáp. “Tôi cho rằng hôm qua anh đang ở trên mây khi Thay đổi bị sát hại?”</w:t>
      </w:r>
    </w:p>
    <w:p>
      <w:pPr>
        <w:spacing w:after="80"/>
      </w:pPr>
      <w:r>
        <w:rPr>
          <w:b w:val="0"/>
          <w:i w:val="0"/>
        </w:rPr>
        <w:t>“Vâng.”</w:t>
      </w:r>
    </w:p>
    <w:p>
      <w:pPr>
        <w:spacing w:after="80"/>
      </w:pPr>
      <w:r>
        <w:rPr>
          <w:b w:val="0"/>
          <w:i w:val="0"/>
        </w:rPr>
        <w:t>“Vậy thì hãy coi như anh bị cấm bay cho đến khi cuộc điều tra này hoàn tất.” McNally đứng dậy và nhìn chằm chằm vào Plan. “Anh được giải tán,” ông nói.</w:t>
      </w:r>
    </w:p>
    <w:p>
      <w:pPr>
        <w:spacing w:after="80"/>
      </w:pPr>
      <w:r>
        <w:rPr>
          <w:b w:val="0"/>
          <w:i w:val="0"/>
        </w:rPr>
        <w:t xml:space="preserve">Trở về văn phòng, Plan cởi chiếc áo khoác da phi công và ném lên ghế. Ngồi xuống bàn làm việc, anh nhìn chằm chằm vào một tờ giấy trắng. Mấy lần anh đặt bút lên đó nhưng không thể viết ra chữ nào. </w:t>
      </w:r>
      <w:r>
        <w:rPr>
          <w:b w:val="0"/>
          <w:i/>
        </w:rPr>
        <w:t>Điệp viên McNally nghĩ mình là ai mà nói chuyện với mình như vậy? Ông ta thực sự nghĩ mình không quan tâm đến thành công của Thay đổi sao? Tất nhiên là mình quan tâm,</w:t>
      </w:r>
      <w:r>
        <w:rPr>
          <w:b w:val="0"/>
          <w:i w:val="0"/>
        </w:rPr>
        <w:t xml:space="preserve"> anh nghĩ. Sự tập trung của anh quay lại với tờ giấy trắng. Anh đã quyết định sẽ chiến thuật hơn và xây dựng một kế hoạch triển khai thay đổi chi tiết. Tuy vậy, anh vẫn bế tắc. </w:t>
      </w:r>
      <w:r>
        <w:rPr>
          <w:b w:val="0"/>
          <w:i/>
        </w:rPr>
        <w:t>Mình có thể nhờ ai giúp việc này nhỉ?</w:t>
      </w:r>
      <w:r>
        <w:rPr>
          <w:b w:val="0"/>
          <w:i w:val="0"/>
        </w:rPr>
        <w:t xml:space="preserve"> anh tự hỏi.</w:t>
      </w:r>
    </w:p>
    <w:p>
      <w:pPr>
        <w:spacing w:after="80"/>
      </w:pPr>
      <w:r>
        <w:rPr>
          <w:b w:val="0"/>
          <w:i w:val="0"/>
        </w:rPr>
        <w:t>Plan chưa bao giờ nghĩ đến việc nên nói chuyện với nhân viên của ACME—những người chịu ảnh hưởng nhiều nhất bởi Thay đổi—để giúp xây dựng kế hoạch triển khai. Rõ ràng anh chưa bao giờ học được một bài học nền tảng về lãnh đạo Thay đổi:</w:t>
      </w:r>
    </w:p>
    <w:p>
      <w:pPr>
        <w:spacing w:after="80"/>
      </w:pPr>
      <w:r>
        <w:rPr>
          <w:b w:val="0"/>
          <w:i w:val="0"/>
        </w:rPr>
        <w:t>✽</w:t>
      </w:r>
    </w:p>
    <w:p>
      <w:pPr>
        <w:spacing w:before="240" w:after="80"/>
      </w:pPr>
      <w:r>
        <w:rPr>
          <w:b/>
          <w:sz w:val="32"/>
        </w:rPr>
        <w:t>Những Người Lập Kế Hoạch Trận Chiến</w:t>
      </w:r>
    </w:p>
    <w:p>
      <w:pPr>
        <w:spacing w:before="240" w:after="80"/>
      </w:pPr>
      <w:r>
        <w:rPr>
          <w:b/>
          <w:sz w:val="32"/>
        </w:rPr>
        <w:t>Hiếm Khi Đánh Theo Kế Hoạch.</w:t>
      </w:r>
    </w:p>
    <w:p>
      <w:pPr>
        <w:spacing w:after="80"/>
      </w:pPr>
      <w:r>
        <w:rPr>
          <w:b w:val="0"/>
          <w:i w:val="0"/>
        </w:rPr>
        <w:t>✽</w:t>
      </w:r>
    </w:p>
    <w:p>
      <w:pPr>
        <w:spacing w:before="240" w:after="80"/>
      </w:pPr>
      <w:r>
        <w:rPr>
          <w:b/>
          <w:sz w:val="40"/>
        </w:rPr>
        <w:t>Nghi phạm #9: Ngân sách</w:t>
      </w:r>
      <w:r>
        <w:rPr>
          <w:b/>
          <w:sz w:val="40"/>
        </w:rPr>
        <w:t>BAILEY Budget là người tiếp theo trong danh sách của McNally. Ông đã hình dung Ngân sách sẽ trông như thế nào—thấp, tròn và hói, với tính khí cay đắng. Ông đã sai hoàn toàn. Lúc đầu ông nghĩ người phụ nữ bước vào phòng đã đi nhầm chỗ, nhưng cô tự giới thiệu với một nụ cười ấm áp.</w:t>
      </w:r>
    </w:p>
    <w:p>
      <w:pPr>
        <w:spacing w:after="80"/>
      </w:pPr>
      <w:r>
        <w:rPr>
          <w:b w:val="0"/>
          <w:i w:val="0"/>
        </w:rPr>
        <w:t>“Tôi là Bailey Budget. Chắc hẳn ông là Điệp viên McNally. Rất vui được gặp ông.”</w:t>
      </w:r>
    </w:p>
    <w:p>
      <w:pPr>
        <w:spacing w:after="80"/>
      </w:pPr>
      <w:r>
        <w:rPr>
          <w:b w:val="0"/>
          <w:i w:val="0"/>
        </w:rPr>
        <w:t>McNally đứng dậy và bắt tay cô. “Rất vui được gặp cô,” ông nói. Ông tự hỏi không biết mình có đang đỏ mặt không.</w:t>
      </w:r>
    </w:p>
    <w:p>
      <w:pPr>
        <w:spacing w:after="80"/>
      </w:pPr>
      <w:r>
        <w:rPr>
          <w:b w:val="0"/>
          <w:i w:val="0"/>
        </w:rPr>
        <w:t>“Một chuyện thật khủng khiếp, khủng khiếp,” bà nói khi ngồi xuống. “Change là một tài sản thực sự của tổ chức chúng ta.”</w:t>
      </w:r>
    </w:p>
    <w:p>
      <w:pPr>
        <w:spacing w:after="80"/>
      </w:pPr>
      <w:r>
        <w:rPr>
          <w:b w:val="0"/>
          <w:i w:val="0"/>
        </w:rPr>
        <w:t>“Bà có biết rõ anh ấy không?” McNally hỏi, tự ép mình tập trung vào nhiệm vụ trước mắt.</w:t>
      </w:r>
    </w:p>
    <w:p>
      <w:pPr>
        <w:spacing w:after="80"/>
      </w:pPr>
      <w:r>
        <w:rPr>
          <w:b w:val="0"/>
          <w:i w:val="0"/>
        </w:rPr>
        <w:t>“Có ai thực sự biết rõ một ai đó bao giờ chưa?” bà hỏi, ngả người ra sau ghế và nhìn lên trần nhà.</w:t>
      </w:r>
    </w:p>
    <w:p>
      <w:pPr>
        <w:spacing w:after="80"/>
      </w:pPr>
      <w:r>
        <w:rPr>
          <w:b w:val="0"/>
          <w:i w:val="0"/>
        </w:rPr>
        <w:t>“Tôi đoán bà báo cáo cho Spence Sponsorship?”</w:t>
      </w:r>
    </w:p>
    <w:p>
      <w:pPr>
        <w:spacing w:after="80"/>
      </w:pPr>
      <w:r>
        <w:rPr>
          <w:b w:val="0"/>
          <w:i w:val="0"/>
        </w:rPr>
        <w:t>“Đúng, đúng rồi,” bà nói một cách lơ đãng. “Nếu anh muốn biết ai báo cáo cho ai, thì sơ đồ tổ chức ghi như vậy, nhưng anh và tôi đều biết rằng khi bạn thuê một người biết mình đang làm gì, tốt hơn hết là cứ tránh đường cho cô ấy. Ông Sponsorship tránh đường cho tôi.”</w:t>
      </w:r>
    </w:p>
    <w:p>
      <w:pPr>
        <w:spacing w:after="80"/>
      </w:pPr>
      <w:r>
        <w:rPr>
          <w:b w:val="0"/>
          <w:i w:val="0"/>
        </w:rPr>
        <w:t>“Mối quan hệ công việc của bà với Change như thế nào?” McNally hỏi.</w:t>
      </w:r>
    </w:p>
    <w:p>
      <w:pPr>
        <w:spacing w:after="80"/>
      </w:pPr>
      <w:r>
        <w:rPr>
          <w:b w:val="0"/>
          <w:i w:val="0"/>
        </w:rPr>
        <w:t>“Cũng giống như mối quan hệ công việc của tôi với mọi người khác ở đây,” Budget trả lời không chút cảm xúc, mắt dán chặt vào McNally. “Cuối cùng thì tôi là người gánh trách nhiệm tài chính cho ACME trên vai mình. Đó là việc tôi được thuê để làm—đảm bảo rằng các nhà đầu tư của chúng ta thu được lợi nhuận từ khoản đầu tư của họ. Tôi phải cân bằng chi phí với doanh thu. Mọi người trong tổ chức nộp yêu cầu cấp vốn và tôi cân nhắc chúng dựa trên các tiêu chí chúng ta đã đặt ra. Tôi đối xử với Change giống như tôi đối xử với mọi người khác.”</w:t>
      </w:r>
    </w:p>
    <w:p>
      <w:pPr>
        <w:spacing w:after="80"/>
      </w:pPr>
      <w:r>
        <w:rPr>
          <w:b w:val="0"/>
          <w:i w:val="0"/>
        </w:rPr>
        <w:t>“Vậy có thể yên tâm cho rằng ở đây bà áp dụng phương pháp lập ngân sách từ con số không (zero-based budgeting) chứ?” McNally hỏi một cách tỉnh bơ.</w:t>
      </w:r>
    </w:p>
    <w:p>
      <w:pPr>
        <w:spacing w:after="80"/>
      </w:pPr>
      <w:r>
        <w:rPr>
          <w:b w:val="0"/>
          <w:i w:val="0"/>
        </w:rPr>
        <w:t>“Ôi chao, Đặc vụ McNally,” bà nói với nụ cười mỉa mai, “anh đang học một khóa kế toán qua thư từ đấy à? Đúng vậy, chúng tôi có làm. Đúng là có thật. Anh thấy đấy, hầu hết các quản lý ở đây làm khá ổn trong lĩnh vực của họ. Ý tôi là, họ có thể quản lý nhân sự, lịch trình và các phần kỹ thuật trong công việc của mình, nhưng họ không nhìn thấy bức tranh toàn cảnh. Họ chỉ tập trung vào nhu cầu của phòng ban mình. Họ không có khả năng lùi lại để quản lý các ưu tiên của toàn bộ tổ chức.”</w:t>
      </w:r>
    </w:p>
    <w:p>
      <w:pPr>
        <w:spacing w:after="80"/>
      </w:pPr>
      <w:r>
        <w:rPr>
          <w:b w:val="0"/>
          <w:i w:val="0"/>
        </w:rPr>
        <w:t>McNally bắt đầu thấy không ưa người phụ nữ này. Với giọng mỉa mai không che giấu, anh nói: “Vậy đó là việc bà làm? Quản lý các ưu tiên của toàn bộ tổ chức?”</w:t>
      </w:r>
    </w:p>
    <w:p>
      <w:pPr>
        <w:spacing w:after="80"/>
      </w:pPr>
      <w:r>
        <w:rPr>
          <w:b w:val="0"/>
          <w:i w:val="0"/>
        </w:rPr>
        <w:t>Bà chỉ đáp: “Đúng, đó là trách nhiệm của tôi.” McNally phản pháo: “Đó thực sự là vấn đề năng lực, hay có lẽ là do bà chưa đào tạo, hoặc bà không tin tưởng các quản lý ở ACME có thể đánh giá các sự đánh đổi (trade-offs) về việc công ty sẽ đầu tư vào cái gì?”</w:t>
      </w:r>
    </w:p>
    <w:p>
      <w:pPr>
        <w:spacing w:after="80"/>
      </w:pPr>
      <w:r>
        <w:rPr>
          <w:b w:val="0"/>
          <w:i w:val="0"/>
        </w:rPr>
        <w:t>“Đặc vụ, Đặc vụ, Đặc vụ,” bà nói như đang nói với một đứa trẻ. “Anh thực sự ngây thơ quá, phải không? Tôi tin rằng các quản lý sẽ làm đúng việc họ được thuê để làm. Nhưng anh có thực sự tin họ có thể nhìn tổ chức như tôi nhìn không?”</w:t>
      </w:r>
    </w:p>
    <w:p>
      <w:pPr>
        <w:spacing w:after="80"/>
      </w:pPr>
      <w:r>
        <w:rPr>
          <w:b w:val="0"/>
          <w:i w:val="0"/>
        </w:rPr>
        <w:t>McNally lái câu chuyện trở lại chủ đề chính. “Tôi đã có dịp xem các đơn đặt hàng mà Change nộp cho bà trong ba tháng qua và bà đã từ chối gần như mọi yêu cầu của anh ấy.” Anh chờ Budget lên tiếng, nhưng bà không đáp. “Change hiểu về trách nhiệm tài chính. Anh ấy có đầy đủ tài liệu cho mọi yêu cầu mua sắm có giá trị đáng kể. Tôi đã xem ghi chú của anh ấy và anh ấy đã tính toán lợi tức đầu tư (return on investment) cho tất cả. Bà có thể giải thích tại sao bà không phê duyệt bất kỳ yêu cầu nào trong số đó không?”</w:t>
      </w:r>
    </w:p>
    <w:p>
      <w:pPr>
        <w:spacing w:after="80"/>
      </w:pPr>
      <w:r>
        <w:rPr>
          <w:b w:val="0"/>
          <w:i w:val="0"/>
        </w:rPr>
        <w:t>“Tất nhiên là tôi giải thích được,” bà nói một cách dứt khoát. “Vậy nói tôi nghe đi,” McNally đáp. Lần đầu tiên, Bailey Budget thay đổi giọng điệu và nói bớt trịch thượng hơn. “Anh có vẻ không hiểu rằng thực ra tôi đang giúp tổ chức, phải không? Một trong những vai trò then chốt của tôi là ngăn chặn việc cấp vốn cho một Change giống như cái vừa chết ấy.”</w:t>
      </w:r>
    </w:p>
    <w:p>
      <w:pPr>
        <w:spacing w:after="80"/>
      </w:pPr>
      <w:r>
        <w:rPr>
          <w:b w:val="0"/>
          <w:i w:val="0"/>
        </w:rPr>
        <w:t>Đặc vụ McNally đã sẵn sàng bắt Budget vì tội giết người và đọc quyền cho bà, nhưng anh kìm lại. “Nói tiếp đi,” anh nói, lần đầu tiên thực sự muốn nghe Budget nói thêm.</w:t>
      </w:r>
    </w:p>
    <w:p>
      <w:pPr>
        <w:spacing w:after="80"/>
      </w:pPr>
      <w:r>
        <w:rPr>
          <w:b w:val="0"/>
          <w:i w:val="0"/>
        </w:rPr>
        <w:t>Bà tiếp tục. “Tôi là người tin chắc rằng số tiền tôi đầu tư vào một Change nhất định phải tỷ lệ thuận trực tiếp với nỗ lực và chất lượng công việc mà ông Sponsorship, bà Vision, ông Urgency, ông Change Leadership Team—chúng tôi gọi ông ấy là Pecs—ông Plan, ông Commitment, bà Culture và ông Accountability bỏ ra. Nếu những nhân vật này không làm những gì cần thiết để tạo điều kiện cho Change, thì chẳng có lý do gì để tôi cam kết bất kỳ khoản tiền nào cho một Change vốn đã được định sẵn là sẽ thất bại.”</w:t>
      </w:r>
    </w:p>
    <w:p>
      <w:pPr>
        <w:spacing w:after="80"/>
      </w:pPr>
      <w:r>
        <w:rPr>
          <w:b w:val="0"/>
          <w:i w:val="0"/>
        </w:rPr>
        <w:t>McNally không muốn thừa nhận điều đó, nhưng anh bắt đầu đồng ý với Budget. Anh không còn câu hỏi nào cho cô nữa.</w:t>
      </w:r>
    </w:p>
    <w:p>
      <w:pPr>
        <w:spacing w:after="80"/>
      </w:pPr>
      <w:r>
        <w:rPr>
          <w:b w:val="0"/>
          <w:i w:val="0"/>
        </w:rPr>
        <w:t>Budget nhấc chiếc túi trên chiếc ghế bên cạnh, lấy ra hộp phấn trang điểm và tô lại son. Khi xong, cô cất hộp phấn vào túi và đứng dậy. Nhìn thẳng vào mắt McNally, cô nói bằng giọng rất lịch sự: "Đặc vụ McNally, rất vui được gặp anh. Hãy gọi cho tôi khi anh phá xong vụ án."</w:t>
      </w:r>
    </w:p>
    <w:p>
      <w:pPr>
        <w:spacing w:after="80"/>
      </w:pPr>
      <w:r>
        <w:rPr>
          <w:b w:val="0"/>
          <w:i w:val="0"/>
        </w:rPr>
        <w:t>Cô bước ra ngoài mà không ngoảnh lại.</w:t>
      </w:r>
    </w:p>
    <w:p>
      <w:pPr>
        <w:spacing w:before="240" w:after="80"/>
      </w:pPr>
      <w:r>
        <w:rPr>
          <w:b/>
          <w:sz w:val="40"/>
        </w:rPr>
        <w:t>Một Viễn Cảnh Về Cái Chết</w:t>
      </w:r>
      <w:r>
        <w:rPr>
          <w:b/>
          <w:sz w:val="40"/>
        </w:rPr>
        <w:t>ĐẶC vụ McNally đã đặt một khách sạn rẻ tiền gần tổ chức ACME từ sớm hôm đó. Sau khi mua bữa tối ở một quán ăn nhanh qua cửa xe, anh nhận phòng. Căn phòng khá sạch sẽ và có đủ những thứ cơ bản—giường, TV, bàn làm việc và phòng tắm. Anh lấy ra chiếc bánh sandwich và khoai tây chiên, đặt chúng lên bàn và bấm chuyển kênh TV. Như thường lệ, chẳng có gì thú vị. Anh quyết định lật xem hồ sơ của Change trong khi bắt đầu ăn. Anh tìm thấy một mẩu ghi chú nguệch ngoạc bằng nét chữ của Change:</w:t>
      </w:r>
    </w:p>
    <w:p>
      <w:pPr>
        <w:spacing w:after="80"/>
      </w:pPr>
      <w:r>
        <w:rPr>
          <w:b/>
          <w:i/>
        </w:rPr>
        <w:t>Điều tôi có thể làm là khai thác kỹ năng, ý tưởng và năng lượng của các nhân viên trong suốt</w:t>
      </w:r>
    </w:p>
    <w:p>
      <w:pPr>
        <w:spacing w:after="80"/>
      </w:pPr>
      <w:r>
        <w:rPr>
          <w:b/>
          <w:i/>
        </w:rPr>
        <w:t>ACME để họ thấy tôi có giá trị,</w:t>
      </w:r>
    </w:p>
    <w:p>
      <w:pPr>
        <w:spacing w:after="80"/>
      </w:pPr>
      <w:r>
        <w:rPr>
          <w:b/>
          <w:i/>
        </w:rPr>
        <w:t>chứ không phải là kẻ gây rối.</w:t>
      </w:r>
    </w:p>
    <w:p>
      <w:pPr>
        <w:spacing w:after="80"/>
      </w:pPr>
      <w:r>
        <w:rPr>
          <w:b w:val="0"/>
          <w:i w:val="0"/>
        </w:rPr>
        <w:t>McNally ném mẩu giấy xuống và nhận ra rằng Change sở hữu một tài năng hiếm có: sự tôn trọng dành cho những người mà anh ta đang cố gắng gây ảnh hưởng.</w:t>
      </w:r>
    </w:p>
    <w:p>
      <w:pPr>
        <w:spacing w:after="80"/>
      </w:pPr>
      <w:r>
        <w:rPr>
          <w:b w:val="0"/>
          <w:i w:val="0"/>
        </w:rPr>
        <w:t>• • • •</w:t>
      </w:r>
    </w:p>
    <w:p>
      <w:pPr>
        <w:spacing w:after="80"/>
      </w:pPr>
      <w:r>
        <w:rPr>
          <w:b w:val="0"/>
          <w:i w:val="0"/>
        </w:rPr>
        <w:t>McNally đang ngồi trong phòng hội nghị, trên đúng chiếc ghế mà Change đã chết. Trong khi chờ buổi phỏng vấn đầu tiên của buổi sáng, anh xem lại ghi chú vụ án của mình.</w:t>
      </w:r>
    </w:p>
    <w:p>
      <w:pPr>
        <w:spacing w:after="80"/>
      </w:pPr>
      <w:r>
        <w:rPr>
          <w:b w:val="0"/>
          <w:i w:val="0"/>
        </w:rPr>
        <w:t>Đột nhiên, anh ngửi thấy một mùi lạ. Giờ anh thấy khó thở và tim đập thình thịch. Anh chạy ra cửa. Cửa bị khóa. Anh đập cửa và hét lên.</w:t>
      </w:r>
    </w:p>
    <w:p>
      <w:pPr>
        <w:spacing w:after="80"/>
      </w:pPr>
      <w:r>
        <w:rPr>
          <w:b w:val="0"/>
          <w:i/>
        </w:rPr>
        <w:t>Mình là người duy nhất ở đây,</w:t>
      </w:r>
      <w:r>
        <w:rPr>
          <w:b w:val="0"/>
          <w:i w:val="0"/>
        </w:rPr>
        <w:t xml:space="preserve"> anh nghĩ. Mắt anh giờ đang bỏng rát và anh cảm thấy choáng váng.</w:t>
      </w:r>
    </w:p>
    <w:p>
      <w:pPr>
        <w:spacing w:after="80"/>
      </w:pPr>
      <w:r>
        <w:rPr>
          <w:b w:val="0"/>
          <w:i w:val="0"/>
        </w:rPr>
        <w:t>Điều tiếp theo anh biết là mình đang nằm ngửa trên sàn. Anh thở hổn hển. Anh chìm vào rồi lại tỉnh khỏi cơn mê man. Khi mở mắt, một vòng tròn những khuôn mặt đang cúi xuống nhìn anh. Anh thấy Culture, Commitment, Sponsorship, Pecs, Communication, Urgency, Vision, Plan, Budget và một gã mà anh không nhận ra đang trân trân nhìn xuống anh một cách vô cảm. Nhân viên giám định pháp y bước vào giữa vòng tròn, quỳ xuống một gối và đặt hai ngón tay lên cổ McNally. Sau vài giây, vị bác sĩ cau mày và lắc đầu. "Quá muộn rồi," ông nói. "Anh ta chết rồi."</w:t>
      </w:r>
    </w:p>
    <w:p>
      <w:pPr>
        <w:spacing w:after="80"/>
      </w:pPr>
      <w:r>
        <w:rPr>
          <w:b w:val="0"/>
          <w:i w:val="0"/>
        </w:rPr>
        <w:t>McNally cố nói, cố thốt lên: "Không, nhầm rồi—tôi còn sống mà!" Nhưng không có lời nào thoát ra. Anh dồn hết sức lực và cố gắng hét lên.</w:t>
      </w:r>
    </w:p>
    <w:p>
      <w:pPr>
        <w:spacing w:after="80"/>
      </w:pPr>
      <w:r>
        <w:rPr>
          <w:b w:val="0"/>
          <w:i w:val="0"/>
        </w:rPr>
        <w:t>• • • •</w:t>
      </w:r>
    </w:p>
    <w:p>
      <w:pPr>
        <w:spacing w:after="80"/>
      </w:pPr>
      <w:r>
        <w:rPr>
          <w:b w:val="0"/>
          <w:i w:val="0"/>
        </w:rPr>
        <w:t xml:space="preserve">McNally bật dậy, tỉnh giấc bởi chính tiếng hét của mình. Anh thở như thể vừa chạy xong một dặm trong bốn phút. Ga giường ướt đẫm mồ hôi. Giờ anh nhận ra mình đang ở đâu. Đó chỉ là một giấc mơ. Anh lau mồ hôi trên trán và hơi thở bắt đầu chậm lại. Đồng hồ chỉ 5:17 sáng. Anh ngồi dậy, châm một điếu xì gà và ngồi bên mép giường. </w:t>
      </w:r>
      <w:r>
        <w:rPr>
          <w:b w:val="0"/>
          <w:i/>
        </w:rPr>
        <w:t>Change có cảm thấy như thế này khi chết không nhỉ?</w:t>
      </w:r>
      <w:r>
        <w:rPr>
          <w:b w:val="0"/>
          <w:i w:val="0"/>
        </w:rPr>
        <w:t xml:space="preserve"> anh tự hỏi. Anh ngồi nhìn chằm chằm xuống sàn vài phút. Cuối cùng anh dụi tắt điếu xì gà và đi vào phòng tắm. Anh còn nhiều việc phải làm.</w:t>
      </w:r>
    </w:p>
    <w:p>
      <w:pPr>
        <w:spacing w:before="240" w:after="80"/>
      </w:pPr>
      <w:r>
        <w:rPr>
          <w:b/>
          <w:sz w:val="40"/>
        </w:rPr>
        <w:t>Nghi phạm #10: Trainer</w:t>
      </w:r>
      <w:r>
        <w:rPr>
          <w:b/>
          <w:sz w:val="40"/>
        </w:rPr>
        <w:t xml:space="preserve">KHI Terry Trainer bước vào phòng để dự buổi phỏng vấn, Đặc vụ McNally đã vô cùng sửng sốt. Áo sơ mi của người đàn ông này không nhét vào quần và còn bị ố bẩn. Chiếc mũ lưỡi trai đội ngược ra sau; anh ta không cạo râu và đang nhai kẹo cao su nhồm nhoàm. Đặc vụ tóm gọn vẻ ngoài của Trainer bằng một từ: </w:t>
      </w:r>
      <w:r>
        <w:rPr>
          <w:b/>
          <w:sz w:val="40"/>
        </w:rPr>
        <w:t>luộm thuộm</w:t>
      </w:r>
      <w:r>
        <w:rPr>
          <w:b/>
          <w:sz w:val="40"/>
        </w:rPr>
        <w:t>.</w:t>
      </w:r>
    </w:p>
    <w:p>
      <w:pPr>
        <w:spacing w:after="80"/>
      </w:pPr>
      <w:r>
        <w:rPr>
          <w:b w:val="0"/>
          <w:i w:val="0"/>
        </w:rPr>
        <w:t>Trainer ngồi xuống, nhìn McNally và nói không chút cảm xúc: "Có chuyện gì thế?"</w:t>
      </w:r>
    </w:p>
    <w:p>
      <w:pPr>
        <w:spacing w:after="80"/>
      </w:pPr>
      <w:r>
        <w:rPr>
          <w:b w:val="0"/>
          <w:i w:val="0"/>
        </w:rPr>
        <w:t>McNally ngồi thẳng dậy trên ghế, một hành động vô thức nhằm tỏ ra chuyên nghiệp trước sinh vật nhếch nhác này. "Tôi hiểu là anh làm huấn luyện viên ở đây," McNally mở lời.</w:t>
      </w:r>
    </w:p>
    <w:p>
      <w:pPr>
        <w:spacing w:after="80"/>
      </w:pPr>
      <w:r>
        <w:rPr>
          <w:b w:val="0"/>
          <w:i w:val="0"/>
        </w:rPr>
        <w:t>"Đúng vậy, chính là tôi," Trainer đáp. Anh ta giơ một nắm đấm lên trời và không hề tỏ ra chút nhiệt huyết nào, nói: "Cố lên, đội ACME."</w:t>
      </w:r>
    </w:p>
    <w:p>
      <w:pPr>
        <w:spacing w:after="80"/>
      </w:pPr>
      <w:r>
        <w:rPr>
          <w:b w:val="0"/>
          <w:i w:val="0"/>
        </w:rPr>
        <w:t>"Vậy mối quan hệ của anh với Change là gì?" McNally hỏi.</w:t>
      </w:r>
    </w:p>
    <w:p>
      <w:pPr>
        <w:spacing w:after="80"/>
      </w:pPr>
      <w:r>
        <w:rPr>
          <w:b w:val="0"/>
          <w:i w:val="0"/>
        </w:rPr>
        <w:t>"Change là người làm ở văn phòng điều hành," Trainer đáp khi đẩy ghế ra sau và gác cả hai chân lên bàn. "Tôi đoán là một anh chàng cũng khá tử tế, nhưng nếu anh hỏi tôi thì hơi xa cách quá để hiểu được trò chơi."</w:t>
      </w:r>
    </w:p>
    <w:p>
      <w:pPr>
        <w:spacing w:after="80"/>
      </w:pPr>
      <w:r>
        <w:rPr>
          <w:b w:val="0"/>
          <w:i w:val="0"/>
        </w:rPr>
        <w:t>"Trò chơi?" McNally hỏi lại. "Anh biết đấy—trò chơi ấy."</w:t>
      </w:r>
    </w:p>
    <w:p>
      <w:pPr>
        <w:spacing w:after="80"/>
      </w:pPr>
      <w:r>
        <w:rPr>
          <w:b w:val="0"/>
          <w:i w:val="0"/>
        </w:rPr>
        <w:t>McNally chỉ nhìn chằm chằm vào anh ta. "Xin lỗi," Trainer tiếp tục, "tôi đoán là anh chưa từng chơi bao giờ." Việc nhai kẹo cao su không ngừng nghỉ đang khiến McNally phát điên. "Đây là cách nó diễn ra. Spence Sponsorship và Victoria Vision—những người ở văn phòng điều hành ấy—mang về một Change mới. Tôi gặp anh chàng Change này, tìm hiểu xem anh ta muốn chơi trên sân bóng nào rồi sau đó tôi tập hợp đội lại. Chuẩn bị cho họ sẵn sàng vào trận."</w:t>
      </w:r>
    </w:p>
    <w:p>
      <w:pPr>
        <w:spacing w:after="80"/>
      </w:pPr>
      <w:r>
        <w:rPr>
          <w:b w:val="0"/>
          <w:i w:val="0"/>
        </w:rPr>
        <w:t>"Được rồi, hãy thu hẹp lại chuyện đó. Điều quan trọng nhất anh làm ở ACME là gì?"</w:t>
      </w:r>
    </w:p>
    <w:p>
      <w:pPr>
        <w:spacing w:after="80"/>
      </w:pPr>
      <w:r>
        <w:rPr>
          <w:b w:val="0"/>
          <w:i w:val="0"/>
        </w:rPr>
        <w:t>"Huấn luyện," Trainer đáp, một lần nữa lại thiếu hẳn cảm xúc.</w:t>
      </w:r>
    </w:p>
    <w:p>
      <w:pPr>
        <w:spacing w:after="80"/>
      </w:pPr>
      <w:r>
        <w:rPr>
          <w:b w:val="0"/>
          <w:i w:val="0"/>
        </w:rPr>
        <w:t>"Anh có thể nói rõ hơn về điều đó không?" "Chúng tôi đảm bảo rằng đội có đủ kỹ năng và sự cam kết cần thiết cho Change."</w:t>
      </w:r>
    </w:p>
    <w:p>
      <w:pPr>
        <w:spacing w:after="80"/>
      </w:pPr>
      <w:r>
        <w:rPr>
          <w:b w:val="0"/>
          <w:i w:val="0"/>
        </w:rPr>
        <w:t>"'Chúng tôi'?" McNally gặng hỏi. "Isabella Incentive đến dự rất nhiều buổi tập. Cô ấy giống như một người cổ vũ hơn. Thực sự không biết rõ luật lệ và cách vận hành của trò chơi," Trainer đáp.</w:t>
      </w:r>
    </w:p>
    <w:p>
      <w:pPr>
        <w:spacing w:after="80"/>
      </w:pPr>
      <w:r>
        <w:rPr>
          <w:b w:val="0"/>
          <w:i w:val="0"/>
        </w:rPr>
        <w:t>"Những buổi tập này," McNally hỏi, "chúng như thế nào? Anh tổ chức bao lâu một lần? Chúng kéo dài bao lâu?"</w:t>
      </w:r>
    </w:p>
    <w:p>
      <w:pPr>
        <w:spacing w:after="80"/>
      </w:pPr>
      <w:r>
        <w:rPr>
          <w:b w:val="0"/>
          <w:i w:val="0"/>
        </w:rPr>
        <w:t>"Tùy thôi," Trainer nói một cách triết lý. "Đôi khi chúng tôi chỉ có một buổi tập. Ở đây chúng tôi có nhiều cầu thủ tài năng, nhưng nhiều người trong số họ phải đảm nhận vị trí mới cùng với Change. Họ cần tập luyện trước khi bị ném vào trận. Ông Change luôn muốn tôi huấn luyện đội lâu hơn. Tôi đã tận tâm làm những gì có thể để mang lại cho các cầu thủ những kỹ năng mới mà họ cần. Đáng tiếc thay, sự tận tâm của tôi mạnh hơn sự tận tâm của Bailey Budget. Cô ta chỉ là một trong những kẻ mặc vest cứng nhắc ở văn phòng điều hành ấy. Anh sẽ nghĩ họ nên dành thời gian nói chuyện với nhau. Một người nói tập, tập, tập. Người kia nói cắt, cắt, cắt. Nhưng tôi biết gì chứ? Tôi chỉ là Trainer thôi."</w:t>
      </w:r>
    </w:p>
    <w:p>
      <w:pPr>
        <w:spacing w:after="80"/>
      </w:pPr>
      <w:r>
        <w:rPr>
          <w:b w:val="0"/>
          <w:i w:val="0"/>
        </w:rPr>
        <w:t>"Anh đang ở đâu khi Change bị giết?" McNally hỏi.</w:t>
      </w:r>
    </w:p>
    <w:p>
      <w:pPr>
        <w:spacing w:after="80"/>
      </w:pPr>
      <w:r>
        <w:rPr>
          <w:b w:val="0"/>
          <w:i w:val="0"/>
        </w:rPr>
        <w:t>"Trong văn phòng của tôi xem tin nổi bật trên ESPN," Trainer đáp mà không hề tỏ ra chút ngượng ngùng nào.</w:t>
      </w:r>
    </w:p>
    <w:p>
      <w:pPr>
        <w:spacing w:after="80"/>
      </w:pPr>
      <w:r>
        <w:rPr>
          <w:b w:val="0"/>
          <w:i w:val="0"/>
        </w:rPr>
        <w:t>McNally hỏi, "Cô đã bao giờ nghĩ đến việc tự mình được đào tạo chưa?"</w:t>
      </w:r>
    </w:p>
    <w:p>
      <w:pPr>
        <w:spacing w:after="80"/>
      </w:pPr>
      <w:r>
        <w:rPr>
          <w:b w:val="0"/>
          <w:i w:val="0"/>
        </w:rPr>
        <w:t>"Tôi không chắc mình hiểu ý anh," Trainer đáp.</w:t>
      </w:r>
    </w:p>
    <w:p>
      <w:pPr>
        <w:spacing w:after="80"/>
      </w:pPr>
      <w:r>
        <w:rPr>
          <w:b w:val="0"/>
          <w:i w:val="0"/>
        </w:rPr>
        <w:t>"Theo tôi thấy thì cách duy nhất để cả đội thắng là khi cô và mọi người cùng chung một hướng. Rõ ràng hiện tại điều đó chưa xảy ra. Sẽ thế nào nếu cô và Spence Sponsorship thống nhất với nhau về những gì các thành viên cần để phát triển kỹ năng mới và cam kết với Change? Sẽ thế nào nếu cô làm việc với Sponsorship để xây dựng một lý lẽ thuyết phục đến mức Bailey Budget không thể từ chối? Một người đào tạo giỏi có thể giúp cô phát triển những kỹ năng cần thiết để làm việc hiệu quả hơn với Sponsorship và Budget," McNally nói.</w:t>
      </w:r>
    </w:p>
    <w:p>
      <w:pPr>
        <w:spacing w:after="80"/>
      </w:pPr>
      <w:r>
        <w:rPr>
          <w:b w:val="0"/>
          <w:i w:val="0"/>
        </w:rPr>
        <w:t>"Thật sao, một người đào tạo có thể giúp tôi điều đó à?" anh hỏi.</w:t>
      </w:r>
    </w:p>
    <w:p>
      <w:pPr>
        <w:spacing w:after="80"/>
      </w:pPr>
      <w:r>
        <w:rPr>
          <w:b w:val="0"/>
          <w:i w:val="0"/>
        </w:rPr>
        <w:t>Đặc vụ McNally không biết nên cười hay nên khóc. "Đúng vậy, thực ra một người đào tạo giỏi có thể giúp tất cả các bạn—Culture, Commitment, Sponsorship, Change Leadership Team, Communication, Urgency, Vision, Plan và Budget—cùng chung một hướng và làm việc hiệu quả hơn như một đội."</w:t>
      </w:r>
    </w:p>
    <w:p>
      <w:pPr>
        <w:spacing w:after="80"/>
      </w:pPr>
      <w:r>
        <w:rPr>
          <w:b w:val="0"/>
          <w:i w:val="0"/>
        </w:rPr>
        <w:t>McNally để Trainer ngồi suy ngẫm về những khả năng đó.</w:t>
      </w:r>
    </w:p>
    <w:p>
      <w:pPr>
        <w:spacing w:before="240" w:after="80"/>
      </w:pPr>
      <w:r>
        <w:rPr>
          <w:b/>
          <w:sz w:val="40"/>
        </w:rPr>
        <w:t>Nghi phạm #11: Incentive</w:t>
      </w:r>
      <w:r>
        <w:rPr>
          <w:b/>
          <w:sz w:val="40"/>
        </w:rPr>
        <w:t>Đặc vụ McNally nhìn đồng hồ và nhận ra mình còn vài phút trước buổi phỏng vấn tiếp theo, bèn quyết định ra ngoài hút một điếu xì gà. Trời đã tạnh mưa, nhưng lạnh và bầu trời xám xịt. Ông cài cúc áo khoác, châm điếu xì gà, rít một hơi dài và bắt đầu nghĩ về nghi phạm tiếp theo, Isabella Incentive.</w:t>
      </w:r>
    </w:p>
    <w:p>
      <w:pPr>
        <w:spacing w:after="80"/>
      </w:pPr>
      <w:r>
        <w:rPr>
          <w:b w:val="0"/>
          <w:i w:val="0"/>
        </w:rPr>
        <w:t>McNally biết rằng cơ hội sống sót của Change trong tổ chức sẽ giảm đi nếu Incentive không ủng hộ anh ta. Ông cũng biết rằng khi nhiều người nghĩ đến Incentive, họ lập tức nghĩ đến tiền. Đúng là Incentive đôi khi dùng tiền như một cách dụ dỗ để người ta chấp nhận Change, nhưng kinh nghiệm đã dạy McNally rằng Incentive có rất nhiều lựa chọn khác để thúc đẩy việc chấp nhận Change và tiền không phải lúc nào cũng là yếu tố quan trọng nhất.</w:t>
      </w:r>
    </w:p>
    <w:p>
      <w:pPr>
        <w:spacing w:after="80"/>
      </w:pPr>
      <w:r>
        <w:rPr>
          <w:b w:val="0"/>
          <w:i w:val="0"/>
        </w:rPr>
        <w:t>Incentive hầu như luôn được hầu hết mọi người trong tổ chức yêu mến, ít nhất là lúc đầu. McNally nhớ lại một số trường hợp Incentive là nghi phạm hàng đầu trong vụ giết Change. Đó là khi Incentive không còn ăn khớp với Performance Management và Culture. Khi Incentive có thói quen thưởng cho những hành vi làm việc không nhất quán với nền tảng được vận hành bởi Culture và các tiêu chuẩn do Performance Management đặt ra, thì sân khấu đã sẵn sàng cho một cơn bão tổ chức hoàn hảo.</w:t>
      </w:r>
    </w:p>
    <w:p>
      <w:pPr>
        <w:spacing w:after="80"/>
      </w:pPr>
      <w:r>
        <w:rPr>
          <w:b w:val="0"/>
          <w:i w:val="0"/>
        </w:rPr>
        <w:t>McNally nghe thấy tên mình và quay lại thấy Anna ở cửa.</w:t>
      </w:r>
    </w:p>
    <w:p>
      <w:pPr>
        <w:spacing w:after="80"/>
      </w:pPr>
      <w:r>
        <w:rPr>
          <w:b w:val="0"/>
          <w:i w:val="0"/>
        </w:rPr>
        <w:t>"Cuộc hẹn tiếp theo của anh đã đến rồi," cô nói. Ông rít hơi cuối cùng của điếu xì gà và quay vào trong.</w:t>
      </w:r>
    </w:p>
    <w:p>
      <w:pPr>
        <w:spacing w:after="80"/>
      </w:pPr>
      <w:r>
        <w:rPr>
          <w:b w:val="0"/>
          <w:i w:val="0"/>
        </w:rPr>
        <w:t>McNally bước vào phòng hội nghị với chiếc áo khoác vắt trên tay. Một người phụ nữ hấp dẫn bắt gặp ánh mắt ông. Cô mỉm cười và nói, "Xin chào."</w:t>
      </w:r>
    </w:p>
    <w:p>
      <w:pPr>
        <w:spacing w:after="80"/>
      </w:pPr>
      <w:r>
        <w:rPr>
          <w:b w:val="0"/>
          <w:i w:val="0"/>
        </w:rPr>
        <w:t>"Chào buổi chiều," McNally đáp. "Tôi chắc cô biết tôi muốn hỏi cô vài câu về Change."</w:t>
      </w:r>
    </w:p>
    <w:p>
      <w:pPr>
        <w:spacing w:after="80"/>
      </w:pPr>
      <w:r>
        <w:rPr>
          <w:b w:val="0"/>
          <w:i w:val="0"/>
        </w:rPr>
        <w:t>Nụ cười của cô tắt dần và đôi mắt cô rưng rưng nước mắt. Ông tìm một hộp khăn giấy và đưa cho cô, nhẹ nhàng hỏi, "Hai người có thân thiết không?"</w:t>
      </w:r>
    </w:p>
    <w:p>
      <w:pPr>
        <w:spacing w:after="80"/>
      </w:pPr>
      <w:r>
        <w:rPr>
          <w:b w:val="0"/>
          <w:i w:val="0"/>
        </w:rPr>
        <w:t>Incentive lau mắt và hỉ mũi. Cô cố gắng mỉm cười một cách yếu ớt và nói, "Vâng, chúng tôi thân thiết."</w:t>
      </w:r>
    </w:p>
    <w:p>
      <w:pPr>
        <w:spacing w:after="80"/>
      </w:pPr>
      <w:r>
        <w:rPr>
          <w:b w:val="0"/>
          <w:i w:val="0"/>
        </w:rPr>
        <w:t>Một lúc trôi qua. McNally định hỏi thêm một câu nữa nhưng Incentive tự nguyện nói, "Tôi coi anh ấy là một người bạn thân. Chúng tôi làm việc cùng nhau gần như mỗi tuần kể từ khi anh ấy đến đây."</w:t>
      </w:r>
    </w:p>
    <w:p>
      <w:pPr>
        <w:spacing w:after="80"/>
      </w:pPr>
      <w:r>
        <w:rPr>
          <w:b w:val="0"/>
          <w:i w:val="0"/>
        </w:rPr>
        <w:t>“Loại công việc gì vậy?” “À,” Incentive đáp, “Change đã nảy ra hai ý tưởng thực sự hay. Đừng bắt tôi kể thêm nhé. Tôi thật sự không hiểu rõ chi tiết đằng sau những gì anh ấy đề xuất đâu. Nhưng Change thì hiểu. Anh ấy đã trình bày một luận cứ kinh doanh thuyết phục trước Change Leadership Team và cuối cùng cả hai ý tưởng của anh ấy đều được chấp thuận.”</w:t>
      </w:r>
    </w:p>
    <w:p>
      <w:pPr>
        <w:spacing w:after="80"/>
      </w:pPr>
      <w:r>
        <w:rPr>
          <w:b w:val="0"/>
          <w:i w:val="0"/>
        </w:rPr>
        <w:t>“Urgency có giúp anh ấy xây dựng luận cứ kinh doanh đó không?” McNally hỏi.</w:t>
      </w:r>
    </w:p>
    <w:p>
      <w:pPr>
        <w:spacing w:after="80"/>
      </w:pPr>
      <w:r>
        <w:rPr>
          <w:b w:val="0"/>
          <w:i w:val="0"/>
        </w:rPr>
        <w:t>“Tôi không nhớ là có sự tham gia của Urgency. Ngay sau mỗi lần được chấp thuận, Change đều vào văn phòng tôi và nhờ tôi giúp. Ý tưởng đầu tiên của anh ấy liên quan đến một phòng ban mà Change đã dành nhiều thời gian hơn, và tôi nghĩ anh ấy đã nắm khá rõ phong cách quản lý ở đó—thứ mà anh ấy gọi là ‘followership’ (sự phụng sự của cấp dưới). Trước đó tôi chưa thực sự nghe thuật ngữ này bao giờ, nhưng Change giải thích rằng nếu chúng ta không thể chạm đến trái tim và khối óc của những người sẽ bị ảnh hưởng bởi đề xuất của anh ấy, thì có lẽ chúng ta sẽ không thành công.” Một lần nữa, Incentive lại bắt đầu chấm chấm nước mắt đang dâng lên bằng một tờ khăn giấy.</w:t>
      </w:r>
    </w:p>
    <w:p>
      <w:pPr>
        <w:spacing w:after="80"/>
      </w:pPr>
      <w:r>
        <w:rPr>
          <w:b w:val="0"/>
          <w:i w:val="0"/>
        </w:rPr>
        <w:t>Cô ấy tiếp tục. “Đó là chỗ anh ấy muốn tôi giúp—cố gắng tìm ra những động lực khiến những nhân viên đó đón nhận Change. Bạn thấy đấy, công việc của tôi ở đây là củng cố những hành vi làm việc mong muốn nhằm hỗ trợ Change.”</w:t>
      </w:r>
    </w:p>
    <w:p>
      <w:pPr>
        <w:spacing w:after="80"/>
      </w:pPr>
      <w:r>
        <w:rPr>
          <w:b w:val="0"/>
          <w:i w:val="0"/>
        </w:rPr>
        <w:t>“Cô có giúp anh ấy không?” McNally hỏi. “Có. À, một phần nào đó. Tôi nghĩ vậy. Bạn biết đấy, thật khó để nói chắc vì những kỳ vọng mới chưa được áp dụng đủ lâu để chúng ta biết chắc chắn. Nhưng tôi chắc rằng mình đã giúp được phần nào trong việc đón nhận.”</w:t>
      </w:r>
    </w:p>
    <w:p>
      <w:pPr>
        <w:spacing w:after="80"/>
      </w:pPr>
      <w:r>
        <w:rPr>
          <w:b w:val="0"/>
          <w:i w:val="0"/>
        </w:rPr>
        <w:t>“Cô đã dùng những động lực nào?” McNally hỏi.</w:t>
      </w:r>
    </w:p>
    <w:p>
      <w:pPr>
        <w:spacing w:after="80"/>
      </w:pPr>
      <w:r>
        <w:rPr>
          <w:b w:val="0"/>
          <w:i w:val="0"/>
        </w:rPr>
        <w:t>Incentive tươi lên. “Đầu tiên,” cô vui vẻ nói, “chúng tôi xem xét các phần thưởng bằng tiền. Change đã tính toán số tiền tiết kiệm mà ACME sẽ thu được nếu các đề xuất của anh ấy được triển khai, và anh ấy thậm chí còn tính cả tác động lên dòng tiền. Khi anh ấy nói với tôi điều đó, tôi gợi ý rằng một khoản tiền nhỏ có thể tạo động lực cho một số nhân viên. Tôi nên cho bạn biết rằng chúng tôi đã kéo Peter Performance Management vào cuộc thảo luận này ngay lập tức. Chúng tôi cảm thấy rằng kiểu động lực này mà không có mối liên hệ với Performance Management thì có thể phản tác dụng.” Cô dừng lại và McNally nhận thấy thái độ của cô thay đổi.</w:t>
      </w:r>
    </w:p>
    <w:p>
      <w:pPr>
        <w:spacing w:after="80"/>
      </w:pPr>
      <w:r>
        <w:rPr>
          <w:b w:val="0"/>
          <w:i w:val="0"/>
        </w:rPr>
        <w:t>“Kết quả thế nào?” McNally hỏi. “Chúng tôi đã dành vài tuần, lúc có lúc không, trong các cuộc họp để tạo ra một chương trình liên kết Change, Performance Management và những hành vi mới mà chúng tôi kỳ vọng. Chúng tôi đảm bảo nó công bằng và có thể đo lường được, nhưng toàn bộ kế hoạch đã bị gạt bỏ.”</w:t>
      </w:r>
    </w:p>
    <w:p>
      <w:pPr>
        <w:spacing w:after="80"/>
      </w:pPr>
      <w:r>
        <w:rPr>
          <w:b w:val="0"/>
          <w:i w:val="0"/>
        </w:rPr>
        <w:t>“Bởi ai?” “Bailey Budget,” Incentive đáp. Cô không giấu nổi cơn giận.</w:t>
      </w:r>
    </w:p>
    <w:p>
      <w:pPr>
        <w:spacing w:after="80"/>
      </w:pPr>
      <w:r>
        <w:rPr>
          <w:b w:val="0"/>
          <w:i w:val="0"/>
        </w:rPr>
        <w:t>McNally ngẫm nghĩ rằng Budget quả nhiên đã khắc cốt ghi tâm giá trị hiệu quả, và Incentive rõ ràng thấy bực bội vì điều đó.</w:t>
      </w:r>
    </w:p>
    <w:p>
      <w:pPr>
        <w:spacing w:after="80"/>
      </w:pPr>
      <w:r>
        <w:rPr>
          <w:b w:val="0"/>
          <w:i w:val="0"/>
        </w:rPr>
        <w:t>“Cô còn khuyên Change làm gì nữa?” anh hỏi Incentive.</w:t>
      </w:r>
    </w:p>
    <w:p>
      <w:pPr>
        <w:spacing w:after="80"/>
      </w:pPr>
      <w:r>
        <w:rPr>
          <w:b w:val="0"/>
          <w:i w:val="0"/>
        </w:rPr>
        <w:t>“Tôi đã được ngồi dự buổi thuyết trình mà Change trình bày trước đội ngũ lãnh đạo, nơi anh ấy đưa ra luận cứ kinh doanh cho những gì mình đề xuất. Tôi nghĩ nếu Change có thể thuyết phục những người đó làm bất cứ điều gì khác ngoài những gì chúng ta vẫn thường làm, thì anh ấy nên thuyết trình trước các nhân viên ở những phòng ban sẽ bị ảnh hưởng nhiều nhất. Không nhất thiết phải là y hệt bài thuyết trình đó, mà là một bài cho thấy có sự phân tích kỹ lưỡng dẫn đến khuyến nghị tích hợp Change.”</w:t>
      </w:r>
    </w:p>
    <w:p>
      <w:pPr>
        <w:spacing w:after="80"/>
      </w:pPr>
      <w:r>
        <w:rPr>
          <w:b w:val="0"/>
          <w:i w:val="0"/>
        </w:rPr>
        <w:t>“Anh ấy có làm không?” “Có chứ,” Incentive trả lời. “Nhưng bạn biết không? Trước khi làm, tôi biết anh ấy đã tranh thủ được sự ủng hộ của Pecs, Spence Sponsorship và một số người khác. Nếu có một điều Change làm tốt, thì đó là cố gắng gắn kết đội ngũ những người sẽ ủng hộ anh ấy trong các sáng kiến này.”</w:t>
      </w:r>
    </w:p>
    <w:p>
      <w:pPr>
        <w:spacing w:after="80"/>
      </w:pPr>
      <w:r>
        <w:rPr>
          <w:b w:val="0"/>
          <w:i w:val="0"/>
        </w:rPr>
        <w:t>“Cô có biết ai muốn giết Change không?” McNally hỏi.</w:t>
      </w:r>
    </w:p>
    <w:p>
      <w:pPr>
        <w:spacing w:after="80"/>
      </w:pPr>
      <w:r>
        <w:rPr>
          <w:b w:val="0"/>
          <w:i w:val="0"/>
        </w:rPr>
        <w:t>Sau vài giây, cô đáp: “Tôi không có thói quen nói những điều tiêu cực.”</w:t>
      </w:r>
    </w:p>
    <w:p>
      <w:pPr>
        <w:spacing w:after="80"/>
      </w:pPr>
      <w:r>
        <w:rPr>
          <w:b w:val="0"/>
          <w:i w:val="0"/>
        </w:rPr>
        <w:t>McNally phản pháo: “Đây là một vụ án mạng. Nếu cô có bất kỳ thông tin nào, dù tích cực hay tiêu cực, cô có nghĩa vụ phải báo cho tôi.”</w:t>
      </w:r>
    </w:p>
    <w:p>
      <w:pPr>
        <w:spacing w:after="80"/>
      </w:pPr>
      <w:r>
        <w:rPr>
          <w:b w:val="0"/>
          <w:i w:val="0"/>
        </w:rPr>
        <w:t>Mắt cô lại rưng rưng và cô nói, "Đó hoàn toàn là suy đoán của tôi thôi."</w:t>
      </w:r>
    </w:p>
    <w:p>
      <w:pPr>
        <w:spacing w:after="80"/>
      </w:pPr>
      <w:r>
        <w:rPr>
          <w:b w:val="0"/>
          <w:i w:val="0"/>
        </w:rPr>
        <w:t>"Hiểu rồi." "Chắc anh cũng đã biết cảm xúc của tôi về cô Budget. Và dù tôi biết tiền không phải là động lực duy nhất, tôi nghĩ nó hẳn đã giúp ích. Tôi có cảm giác cô Budget muốn Change rời khỏi đây."</w:t>
      </w:r>
    </w:p>
    <w:p>
      <w:pPr>
        <w:spacing w:after="80"/>
      </w:pPr>
      <w:r>
        <w:rPr>
          <w:b w:val="0"/>
          <w:i w:val="0"/>
        </w:rPr>
        <w:t>"Còn ai nữa?" McNally hỏi. "Peter Performance Management—và tôi nghĩ Carolina Culture cũng có thể đã dính vào. Người ta nói cô ấy lúc nào cũng ở đây nhưng chẳng ai thấy cô ấy cả. Muốn biết tại sao không? Vì cô ấy họp cả ngày sau cánh cửa đóng kín trong văn phòng của Bailey Budget. Hai người đó đang cấu kết với nhau, tôi nói thật đấy."</w:t>
      </w:r>
    </w:p>
    <w:p>
      <w:pPr>
        <w:spacing w:after="80"/>
      </w:pPr>
      <w:r>
        <w:rPr>
          <w:b w:val="0"/>
          <w:i w:val="0"/>
        </w:rPr>
        <w:t>"Còn ai nữa không?" "À, có thể. Có người sẽ nghĩ tôi điên, nhưng tôi nghĩ nếu không phải Bailey Budget hay Carolina Culture, thì có thể liên quan đến băng nhóm."</w:t>
      </w:r>
    </w:p>
    <w:p>
      <w:pPr>
        <w:spacing w:after="80"/>
      </w:pPr>
      <w:r>
        <w:rPr>
          <w:b w:val="0"/>
          <w:i w:val="0"/>
        </w:rPr>
        <w:t>"Liên quan đến băng nhóm?" McNally hỏi với vẻ ngạc nhiên.</w:t>
      </w:r>
    </w:p>
    <w:p>
      <w:pPr>
        <w:spacing w:after="80"/>
      </w:pPr>
      <w:r>
        <w:rPr>
          <w:b w:val="0"/>
          <w:i w:val="0"/>
        </w:rPr>
        <w:t>"Đúng vậy. Sáng kiến kia đâu có khởi động được suôn sẻ cho lắm."</w:t>
      </w:r>
    </w:p>
    <w:p>
      <w:pPr>
        <w:spacing w:after="80"/>
      </w:pPr>
      <w:r>
        <w:rPr>
          <w:b w:val="0"/>
          <w:i w:val="0"/>
        </w:rPr>
        <w:t>"Chuyện gì đã xảy ra?"</w:t>
      </w:r>
    </w:p>
    <w:p>
      <w:pPr>
        <w:spacing w:after="80"/>
      </w:pPr>
      <w:r>
        <w:rPr>
          <w:b w:val="0"/>
          <w:i w:val="0"/>
        </w:rPr>
        <w:t>"Tôi nghe nói người quản lý của phòng ban đó nghe phong thanh về sáng kiến được đề xuất và kéo vài nhân viên chủ chốt của mình ra riêng để chỉ dẫn họ cách phá hoại nó. Đó chỉ là những gì tôi nghe được qua tin đồn, nhưng tôi biết người quản lý đó nhiều năm rồi và anh ta có tiền sử hành xử tương tự. Tuy vậy anh ta rất xảo quyệt—chưa bao giờ bị bắt. Anh ta đã gây dựng được chút lòng trung thành trong phòng ban nên chẳng ai đối chất hành vi đó."</w:t>
      </w:r>
    </w:p>
    <w:p>
      <w:pPr>
        <w:spacing w:after="80"/>
      </w:pPr>
      <w:r>
        <w:rPr>
          <w:b w:val="0"/>
          <w:i w:val="0"/>
        </w:rPr>
        <w:t>McNally nhìn đồng hồ và nhận ra đã đến giờ cho cuộc phỏng vấn tiếp theo. "Có thể tôi sẽ cần nói chuyện với cô lần nữa," anh nói, đứng dậy khỏi bàn.</w:t>
      </w:r>
    </w:p>
    <w:p>
      <w:pPr>
        <w:spacing w:after="80"/>
      </w:pPr>
      <w:r>
        <w:rPr>
          <w:b w:val="0"/>
          <w:i w:val="0"/>
        </w:rPr>
        <w:t>"Vậy là hết cho bây giờ rồi à?" Incentive có vẻ ngạc nhiên.</w:t>
      </w:r>
    </w:p>
    <w:p>
      <w:pPr>
        <w:spacing w:after="80"/>
      </w:pPr>
      <w:r>
        <w:rPr>
          <w:b w:val="0"/>
          <w:i w:val="0"/>
        </w:rPr>
        <w:t>"Bây giờ thì vậy—nhưng tôi sẽ liên lạc với cô." Lau mắt và hỉ mũi, Isabella Incentive đứng dậy và rời đi.</w:t>
      </w:r>
    </w:p>
    <w:p>
      <w:pPr>
        <w:spacing w:before="240" w:after="80"/>
      </w:pPr>
      <w:r>
        <w:rPr>
          <w:b/>
          <w:sz w:val="40"/>
        </w:rPr>
        <w:t xml:space="preserve">Suy ngẫm về Plan, Budget, Trainer và Incentive </w:t>
      </w:r>
      <w:r>
        <w:rPr>
          <w:b/>
          <w:sz w:val="40"/>
        </w:rPr>
        <w:t>MCNALLY bắt đầu tự hỏi liệu có Change nào từng có cơ hội được khởi xướng và tích hợp thành công—chưa nói đến duy trì bền vững—trong tổ chức này hay không. McNally đã viết gần hết cuốn sổ thứ hai, trong lòng luôn hy vọng rằng một tổ chức khác, nếu không phải tổ chức này, có thể hưởng lợi từ những gì anh học được. Anh xem lại những gì đã viết về bốn nghi phạm vừa rồi, bắt đầu với Plan.</w:t>
      </w:r>
    </w:p>
    <w:p>
      <w:pPr>
        <w:spacing w:after="80"/>
      </w:pPr>
      <w:r>
        <w:rPr>
          <w:b w:val="0"/>
          <w:i w:val="0"/>
        </w:rPr>
        <w:t>PLAN</w:t>
      </w:r>
    </w:p>
    <w:p>
      <w:pPr>
        <w:spacing w:after="80"/>
      </w:pPr>
      <w:r>
        <w:rPr>
          <w:b w:val="0"/>
          <w:i w:val="0"/>
        </w:rPr>
        <w:t>Plan không phải là bạn của Change:</w:t>
      </w:r>
    </w:p>
    <w:p>
      <w:pPr>
        <w:spacing w:after="80"/>
      </w:pPr>
      <w:r>
        <w:rPr>
          <w:b w:val="0"/>
          <w:i w:val="0"/>
        </w:rPr>
        <w:t>• Anh ta chưa bao giờ làm rõ các chi tiết. Anh ta chỉ tập trung vào bức tranh lớn. Nhưng chính các chi tiết mới làm dấy lên những lo ngại của mọi người về việc triển khai. Khi họ bắt tay vào tích hợp Change, mọi người sửng sốt vì chưa ai từng nghĩ về Change từ góc nhìn của họ.</w:t>
      </w:r>
    </w:p>
    <w:p>
      <w:pPr>
        <w:spacing w:after="80"/>
      </w:pPr>
      <w:r>
        <w:rPr>
          <w:b w:val="0"/>
          <w:i w:val="0"/>
        </w:rPr>
        <w:t>• Anh ta chưa bao giờ lên kế hoạch cho những thắng lợi sớm. Kết quả là rất khó để cho thấy những tiến bộ về hiệu suất ngay từ đầu. Với quá ít điều để ăn mừng lúc khởi đầu, những người thích ngồi trên hàng rào đã dùng những kết quả mờ nhạt ban đầu làm cái cớ dễ dàng để chống lại Change. • Anh ta chưa bao giờ đưa những người được yêu cầu thay đổi vào quá trình lập kế hoạch như một cách để cải thiện kế hoạch và giành được sự đồng thuận của họ.</w:t>
      </w:r>
    </w:p>
    <w:p>
      <w:pPr>
        <w:spacing w:after="80"/>
      </w:pPr>
      <w:r>
        <w:rPr>
          <w:b w:val="0"/>
          <w:i w:val="0"/>
        </w:rPr>
        <w:t>NGÂN SÁCH</w:t>
      </w:r>
    </w:p>
    <w:p>
      <w:pPr>
        <w:spacing w:after="80"/>
      </w:pPr>
      <w:r>
        <w:rPr>
          <w:b w:val="0"/>
          <w:i w:val="0"/>
        </w:rPr>
        <w:t>Ngân sách thực sự rất đáng ngờ. Nhiều đồng nghiệp của cô ấy nghĩ rằng cô ấy đã giết chết Thay Đổi:</w:t>
      </w:r>
    </w:p>
    <w:p>
      <w:pPr>
        <w:spacing w:after="80"/>
      </w:pPr>
      <w:r>
        <w:rPr>
          <w:b w:val="0"/>
          <w:i w:val="0"/>
        </w:rPr>
        <w:t>• Cô ấy gần như không chi đồng nào để xây dựng cơ sở hạ tầng hỗ trợ cho Thay Đổi. • Cô ấy có quá nhiều quyền lực đối với những người chơi khác trong đội ngũ lãnh đạo - những người cần giúp Thay Đổi thành công.</w:t>
      </w:r>
    </w:p>
    <w:p>
      <w:pPr>
        <w:spacing w:after="80"/>
      </w:pPr>
      <w:r>
        <w:rPr>
          <w:b w:val="0"/>
          <w:i w:val="0"/>
        </w:rPr>
        <w:t>• Cô ấy có phê duyệt - dưới áp lực nặng nề từ Nhà Tài Trợ - một vài yêu cầu. Chúng chẳng có lý lẽ gì mấy nhưng giúp cô ấy tạm thời thoát khỏi sức nóng. Ví dụ, Kế Hoạch xin Ngân Sách vài chuyên gia tư vấn. Họ túm tụm với nhau vài ngày trong một phòng chiến lược và tạo ra một tài liệu to đùng, nhưng họ không tham khảo ý kiến ai có hiểu biết thực tế về những gì cần thiết để tích hợp hoàn toàn Thay Đổi vào tổ chức. Và tất nhiên, Ngân Sách cấp vài đô cho Huấn Luyện Viên để đào tạo, vì cô ấy biết mình sẽ bị chê cười nếu Thay Đổi được thử nghiệm mà không có bất kỳ khóa đào tạo nào hỗ trợ nỗ lực đó.</w:t>
      </w:r>
    </w:p>
    <w:p>
      <w:pPr>
        <w:spacing w:after="80"/>
      </w:pPr>
      <w:r>
        <w:rPr>
          <w:b w:val="0"/>
          <w:i w:val="0"/>
        </w:rPr>
        <w:t>HUẤN LUYỆN VIÊN</w:t>
      </w:r>
    </w:p>
    <w:p>
      <w:pPr>
        <w:spacing w:after="80"/>
      </w:pPr>
      <w:r>
        <w:rPr>
          <w:b w:val="0"/>
          <w:i w:val="0"/>
        </w:rPr>
        <w:t>Huấn Luyện Viên cũng góp phần vào sự diệt vong của Thay Đổi:</w:t>
      </w:r>
    </w:p>
    <w:p>
      <w:pPr>
        <w:spacing w:after="80"/>
      </w:pPr>
      <w:r>
        <w:rPr>
          <w:b w:val="0"/>
          <w:i w:val="0"/>
        </w:rPr>
        <w:t>• Anh ta đã cố gắng đào tạo những người được yêu cầu thay đổi một cách nửa vời, nhưng khóa đào tạo chẳng có cửa thành công vì nhiều lý do:</w:t>
      </w:r>
    </w:p>
    <w:p>
      <w:pPr>
        <w:spacing w:after="80"/>
      </w:pPr>
      <w:r>
        <w:rPr>
          <w:b w:val="0"/>
          <w:i w:val="0"/>
        </w:rPr>
        <w:t>• Các quy trình kinh doanh và công nghệ chưa từng được thử nghiệm thí điểm, nên những trục trặc chưa bao giờ được khắc phục trước khi đào tạo.</w:t>
      </w:r>
    </w:p>
    <w:p>
      <w:pPr>
        <w:spacing w:after="80"/>
      </w:pPr>
      <w:r>
        <w:rPr>
          <w:b w:val="0"/>
          <w:i w:val="0"/>
        </w:rPr>
        <w:t>• Do ngoại hình luộm thuộm và bộ kỹ năng chưa tối ưu, Huấn Luyện Viên có rất ít uy tín với những người mà anh ta chịu trách nhiệm phát triển.</w:t>
      </w:r>
    </w:p>
    <w:p>
      <w:pPr>
        <w:spacing w:after="80"/>
      </w:pPr>
      <w:r>
        <w:rPr>
          <w:b w:val="0"/>
          <w:i w:val="0"/>
        </w:rPr>
        <w:t>KHUYẾN KHÍCH</w:t>
      </w:r>
    </w:p>
    <w:p>
      <w:pPr>
        <w:spacing w:after="80"/>
      </w:pPr>
      <w:r>
        <w:rPr>
          <w:b w:val="0"/>
          <w:i w:val="0"/>
        </w:rPr>
        <w:t>Khuyến Khích ít nhất cũng là đồng phạm trong vụ án:</w:t>
      </w:r>
    </w:p>
    <w:p>
      <w:pPr>
        <w:spacing w:after="80"/>
      </w:pPr>
      <w:r>
        <w:rPr>
          <w:b w:val="0"/>
          <w:i w:val="0"/>
        </w:rPr>
        <w:t>• Cô ấy đã cố gắng giúp Thay Đổi, nhưng thực sự không làm cho mối quan hệ của mình với Văn Hóa và Quản Lý Hiệu Suất hoạt động được, nên Ngân Sách đã bác bỏ hầu hết các ý tưởng của cô ấy để hỗ trợ Thay Đổi.</w:t>
      </w:r>
    </w:p>
    <w:p>
      <w:pPr>
        <w:spacing w:before="240" w:after="80"/>
      </w:pPr>
      <w:r>
        <w:rPr>
          <w:b/>
          <w:sz w:val="40"/>
        </w:rPr>
        <w:t>Nghi phạm #12: Quản Lý Hiệu Suất</w:t>
      </w:r>
      <w:r>
        <w:rPr>
          <w:b/>
          <w:sz w:val="40"/>
        </w:rPr>
        <w:t>PETER Tiếp theo trong danh sách là Quản Lý Hiệu Suất. McNally đã nhận được một ghi chú từ Anna vào sáng sớm hôm đó rằng Quản Lý Hiệu Suất có thể gặp anh lúc 11:00 sáng nhưng họ sẽ cần gặp tại văn phòng của Quản Lý Hiệu Suất trong phòng nhân sự.</w:t>
      </w:r>
    </w:p>
    <w:p>
      <w:pPr>
        <w:spacing w:after="80"/>
      </w:pPr>
      <w:r>
        <w:rPr>
          <w:b w:val="0"/>
          <w:i w:val="0"/>
        </w:rPr>
        <w:t>McNally thấy nhẹ nhõm vì được nghỉ khỏi phòng họp. Anh bước ra qua cửa phòng họp và đi thang máy xuống tầng hầm. Sau một quãng đi bộ dài dọc hành lang mờ tối, anh tìm thấy một mê cung những văn phòng nhỏ nằm khuất trong góc tòa nhà. McNally lang thang bước vào, tìm ai đó có thể chỉ cho anh văn phòng của Quản Lý Hiệu Suất.</w:t>
      </w:r>
    </w:p>
    <w:p>
      <w:pPr>
        <w:spacing w:after="80"/>
      </w:pPr>
      <w:r>
        <w:rPr>
          <w:b w:val="0"/>
          <w:i w:val="0"/>
        </w:rPr>
        <w:t>McNally thò đầu vào văn phòng có người đầu tiên và thấy một người đàn ông trung niên chắc nịch đang sắp xếp một chồng giấy tờ cao ngất. Người đàn ông ngước lên với ánh mắt cảnh giác.</w:t>
      </w:r>
    </w:p>
    <w:p>
      <w:pPr>
        <w:spacing w:after="80"/>
      </w:pPr>
      <w:r>
        <w:rPr>
          <w:b w:val="0"/>
          <w:i w:val="0"/>
        </w:rPr>
        <w:t>“Còn anh là ai?” ông ta hỏi. “Đặc vụ Mike McNally, đến đây cho cuộc hẹn lúc mười một giờ với ông Quản Lý Hiệu Suất.”</w:t>
      </w:r>
    </w:p>
    <w:p>
      <w:pPr>
        <w:spacing w:after="80"/>
      </w:pPr>
      <w:r>
        <w:rPr>
          <w:b w:val="0"/>
          <w:i w:val="0"/>
        </w:rPr>
        <w:t>“Chính tôi đây. Mời ngồi.” Anh ta gật đầu về phía chiếc ghế tối giản ở góc phòng.</w:t>
      </w:r>
    </w:p>
    <w:p>
      <w:pPr>
        <w:spacing w:after="80"/>
      </w:pPr>
      <w:r>
        <w:rPr>
          <w:b w:val="0"/>
          <w:i w:val="0"/>
        </w:rPr>
        <w:t>McNally ngồi xuống và đảo mắt nhìn quanh văn phòng. Ngoài mấy chiếc tủ hồ sơ kim loại trầy xước và những chồng giấy tờ phủ kín bàn làm việc của Performance Management, thì nơi này khá gọn gàng. Vậy mà vẫn có gì đó không ổn, nhưng anh không thể chỉ ra được đó là gì.</w:t>
      </w:r>
    </w:p>
    <w:p>
      <w:pPr>
        <w:spacing w:after="80"/>
      </w:pPr>
      <w:r>
        <w:rPr>
          <w:b w:val="0"/>
          <w:i w:val="0"/>
        </w:rPr>
        <w:t>Performance Management dọn sạch bàn, đặt đống giấy tờ lên chiếc tủ thấp phía sau lưng, nơi vốn đã chất đầy thêm mấy chồng giấy nữa. Anh ta nhìn McNally và gượng một nụ cười gượng gạo.</w:t>
      </w:r>
    </w:p>
    <w:p>
      <w:pPr>
        <w:spacing w:after="80"/>
      </w:pPr>
      <w:r>
        <w:rPr>
          <w:b w:val="0"/>
          <w:i w:val="0"/>
        </w:rPr>
        <w:t>“Này, cảm ơn vì đã ghé gặp tôi ở đây nhé,” anh ta nói. “Tôi đang bị dí deadline phải hoàn thành mấy dự án. Năm nào tầm này cũng rối tung vì đến hạn đánh giá hiệu suất. Ai cũng chờ đến phút chót mới nộp, nên lúc nào tôi cũng ngập đầu.” Anh ta háo hức với tay lấy bát kẹo gói giấy ở góc bàn. “Dùng thử không?” anh ta hỏi, đẩy bát kẹo về phía McNally. “Kẹo nhiệt đới đấy—ổi, xoài, chanh dây. Không đường, nên không phải áy náy gì.”</w:t>
      </w:r>
    </w:p>
    <w:p>
      <w:pPr>
        <w:spacing w:after="80"/>
      </w:pPr>
      <w:r>
        <w:rPr>
          <w:b w:val="0"/>
          <w:i w:val="0"/>
        </w:rPr>
        <w:t>“Cảm ơn nhưng thôi,” McNally nói. “Tôi thì thà hút một điếu thuốc còn hơn,” Performance Management nói kèm nụ cười.</w:t>
      </w:r>
    </w:p>
    <w:p>
      <w:pPr>
        <w:spacing w:after="80"/>
      </w:pPr>
      <w:r>
        <w:rPr>
          <w:b w:val="0"/>
          <w:i w:val="0"/>
        </w:rPr>
        <w:t>“Hồi hộp à?” McNally hỏi. “Đúng hơn là căng thẳng,” anh ta đáp. “Như anh thấy đấy, tôi đang ngập trong công việc.”</w:t>
      </w:r>
    </w:p>
    <w:p>
      <w:pPr>
        <w:spacing w:after="80"/>
      </w:pPr>
      <w:r>
        <w:rPr>
          <w:b w:val="0"/>
          <w:i w:val="0"/>
        </w:rPr>
        <w:t>Đó là một cơ hội tốt để McNally mở lời. “Anh làm ở đây bao lâu rồi?” anh hỏi.</w:t>
      </w:r>
    </w:p>
    <w:p>
      <w:pPr>
        <w:spacing w:after="80"/>
      </w:pPr>
      <w:r>
        <w:rPr>
          <w:b w:val="0"/>
          <w:i w:val="0"/>
        </w:rPr>
        <w:t>“Tháng Bảy này là tròn hai mươi năm,” Performance Management trả lời.</w:t>
      </w:r>
    </w:p>
    <w:p>
      <w:pPr>
        <w:spacing w:after="80"/>
      </w:pPr>
      <w:r>
        <w:rPr>
          <w:b w:val="0"/>
          <w:i w:val="0"/>
        </w:rPr>
        <w:t>“Anh có thích việc mình làm không?” “Có chứ, có chứ. Việc khó nhưng đáng làm.” “Có thể tôi hỏi điều hiển nhiên, nhưng chính xác anh làm gì ở đây?” McNally hỏi.</w:t>
      </w:r>
    </w:p>
    <w:p>
      <w:pPr>
        <w:spacing w:after="80"/>
      </w:pPr>
      <w:r>
        <w:rPr>
          <w:b w:val="0"/>
          <w:i w:val="0"/>
        </w:rPr>
        <w:t>Performance Management ngả người ra sau ghế và bóc viên kẹo. Tiếng giấy bóng kính sột soạt lấp đầy khoảng không nhỏ hẹp. Cuối cùng anh ta nói: “Trách nhiệm của tôi là theo dõi những kết quả mà chúng tôi kỳ vọng ở mọi người. Mỗi năm chúng tôi yêu cầu các lãnh đạo trong toàn tổ chức vạch ra mục tiêu cho từng người trong nhóm của họ. Rồi mỗi năm hai lần, họ phải ghi nhận tiến độ của mọi người trên các mục tiêu đó. Họp hành. Góp ý phản hồi.”</w:t>
      </w:r>
    </w:p>
    <w:p>
      <w:pPr>
        <w:spacing w:after="80"/>
      </w:pPr>
      <w:r>
        <w:rPr>
          <w:b w:val="0"/>
          <w:i w:val="0"/>
        </w:rPr>
        <w:t>“Vậy anh đóng vai trò gì trong đó?” McNally hỏi.</w:t>
      </w:r>
    </w:p>
    <w:p>
      <w:pPr>
        <w:spacing w:after="80"/>
      </w:pPr>
      <w:r>
        <w:rPr>
          <w:b w:val="0"/>
          <w:i w:val="0"/>
        </w:rPr>
        <w:t>“Như anh thấy đấy,” anh ta nói, quét tay về phía những chồng giấy cao ngất, “tôi thu thập toàn bộ hồ sơ. Phần lớn lãnh đạo ở đây—chắc anh đã gặp vài người—đều hay trì hoãn. Chắc anh đã nói chuyện với Sponsorship hay Urgency rồi. Họ là hai trong số những người nổi tiếng nhất về khoản nộp đánh giá hiệu suất đúng hạn.” Anh ta lắc đầu khinh khỉnh rồi bỏ viên kẹo vào miệng.</w:t>
      </w:r>
    </w:p>
    <w:p>
      <w:pPr>
        <w:spacing w:after="80"/>
      </w:pPr>
      <w:r>
        <w:rPr>
          <w:b w:val="0"/>
          <w:i w:val="0"/>
        </w:rPr>
        <w:t>“Mối quan hệ của anh với Change thế nào?” McNally hỏi.</w:t>
      </w:r>
    </w:p>
    <w:p>
      <w:pPr>
        <w:spacing w:after="80"/>
      </w:pPr>
      <w:r>
        <w:rPr>
          <w:b w:val="0"/>
          <w:i w:val="0"/>
        </w:rPr>
        <w:t>“Ồ, ổn, ổn. Change và tôi cũng tạm ổn. Phần lớn thời gian chúng tôi cùng quan điểm, nếu anh hiểu ý tôi. Nhìn chung, tôi thích nhiều thay đổi (Change) đã diễn ra, nhưng phải thừa nhận là tôi cũng đã mất kha khá giấc ngủ vì chúng.”</w:t>
      </w:r>
    </w:p>
    <w:p>
      <w:pPr>
        <w:spacing w:after="80"/>
      </w:pPr>
      <w:r>
        <w:rPr>
          <w:b w:val="0"/>
          <w:i w:val="0"/>
        </w:rPr>
        <w:t>“Vì sao?” McNally gợi chuyện. “Tôi đoán là vì gần như mọi thứ liên quan đến Change đều mới mẻ, và tôi thường lo lắng không biết mình có truyền đạt thành công đến mọi người tất cả những việc mới mà họ phải làm hay không. Chúng tôi chẳng bao giờ gỡ bớt việc gì khỏi đĩa của mọi người khi yêu cầu họ thực hiện một thay đổi. Rồi đến khi đánh giá hiệu suất, người ta chưa hoàn thành mục tiêu vì mấy tháng trước Change đã chiếm hết thời gian của họ.</w:t>
      </w:r>
    </w:p>
    <w:p>
      <w:pPr>
        <w:spacing w:after="80"/>
      </w:pPr>
      <w:r>
        <w:rPr>
          <w:b w:val="0"/>
          <w:i w:val="0"/>
        </w:rPr>
        <w:t>“Rối tung cả lên,” anh ta thở dài nói tiếp. “Tôi rất nghi ngờ liệu mọi người có thể học được mọi thứ cần học để Change thành công hay không.”</w:t>
      </w:r>
    </w:p>
    <w:p>
      <w:pPr>
        <w:spacing w:after="80"/>
      </w:pPr>
      <w:r>
        <w:rPr>
          <w:b w:val="0"/>
          <w:i w:val="0"/>
        </w:rPr>
        <w:t>“Vậy là anh lo cho tổ chức chứ không lo nhiều cho bản thân mình à?” McNally hỏi.</w:t>
      </w:r>
    </w:p>
    <w:p>
      <w:pPr>
        <w:spacing w:after="80"/>
      </w:pPr>
      <w:r>
        <w:rPr>
          <w:b w:val="0"/>
          <w:i w:val="0"/>
        </w:rPr>
        <w:t>Performance Management (Quản lý Hiệu suất) cụp mắt xuống và ngậm viên kẹo trong miệng. “Thật lòng mà nói, tôi thường lo không biết mình có thể đáp ứng nổi những tiêu chuẩn mới do Change (Sự Thay đổi) đặt ra hay không.”</w:t>
      </w:r>
    </w:p>
    <w:p>
      <w:pPr>
        <w:spacing w:after="80"/>
      </w:pPr>
      <w:r>
        <w:rPr>
          <w:b w:val="0"/>
          <w:i w:val="0"/>
        </w:rPr>
        <w:t>“Anh có nghĩ ai có thể đã giết Change không?”</w:t>
      </w:r>
    </w:p>
    <w:p>
      <w:pPr>
        <w:spacing w:after="80"/>
      </w:pPr>
      <w:r>
        <w:rPr>
          <w:b w:val="0"/>
          <w:i w:val="0"/>
        </w:rPr>
        <w:t>“Có chứ,” Performance Management đáp, ngẩng lên và gật đầu. Một khoảng lặng kéo dài. Cuối cùng anh ta nói khẽ, “Tôi nghĩ Bailey Budget làm đấy.”</w:t>
      </w:r>
    </w:p>
    <w:p>
      <w:pPr>
        <w:spacing w:after="80"/>
      </w:pPr>
      <w:r>
        <w:rPr>
          <w:b w:val="0"/>
          <w:i w:val="0"/>
        </w:rPr>
        <w:t>“Budget à?” McNally đáp. “Ừ, chắc chắn là Budget rồi.” Câu nói đã khiến McNally chú ý, nhưng viên đặc vụ vẫn tỏ ra thản nhiên, tựa đầu lên tay và nói, “Vậy động cơ của cô ta là gì? Tại sao Budget lại muốn Change chết?”</w:t>
      </w:r>
    </w:p>
    <w:p>
      <w:pPr>
        <w:spacing w:after="80"/>
      </w:pPr>
      <w:r>
        <w:rPr>
          <w:b w:val="0"/>
          <w:i w:val="0"/>
        </w:rPr>
        <w:t>Performance Management không trả lời mà đứng dậy khỏi ghế, đi tới một trong những tủ hồ sơ, rút ra một xấp giấy và ném xuống bàn trước mặt McNally.</w:t>
      </w:r>
    </w:p>
    <w:p>
      <w:pPr>
        <w:spacing w:after="80"/>
      </w:pPr>
      <w:r>
        <w:rPr>
          <w:b w:val="0"/>
          <w:i w:val="0"/>
        </w:rPr>
        <w:t>“Vậy đây là gì?” McNally hỏi.</w:t>
      </w:r>
    </w:p>
    <w:p>
      <w:pPr>
        <w:spacing w:after="80"/>
      </w:pPr>
      <w:r>
        <w:rPr>
          <w:b w:val="0"/>
          <w:i w:val="0"/>
        </w:rPr>
        <w:t>“Đơn đề nghị mua hàng trong sáu tháng qua.”</w:t>
      </w:r>
    </w:p>
    <w:p>
      <w:pPr>
        <w:spacing w:after="80"/>
      </w:pPr>
      <w:r>
        <w:rPr>
          <w:b w:val="0"/>
          <w:i w:val="0"/>
        </w:rPr>
        <w:t>McNally lật xem các đơn đề nghị mua hàng. Anh không nói với Performance Management rằng mình đã từng thấy bản sao của những đơn này trong hồ sơ của Change. Tất cả đều do Change nộp, và mỗi đơn đều bị đóng dấu từ chối một cách máy móc, bên dưới con dấu là chữ ký của Budget. McNally ngước lên nhìn Performance Management.</w:t>
      </w:r>
    </w:p>
    <w:p>
      <w:pPr>
        <w:spacing w:after="80"/>
      </w:pPr>
      <w:r>
        <w:rPr>
          <w:b w:val="0"/>
          <w:i w:val="0"/>
        </w:rPr>
        <w:t>“Người ta muốn Change nhưng lại không sẵn lòng trả giá cho nó. Còn Bailey Budget, thì, cô ta chỉ là”—anh ta dừng lại để tìm từ thích hợp—“chặt chẽ quá mức, nếu anh hiểu ý tôi. Những gì Change cố làm đòi hỏi phải đào tạo và trang bị lại công cụ ở một số lĩnh vực. Anh xem các đơn đặt hàng đi. Anh ta đâu có đòi hỏi gì quá đáng, chỉ là những thứ cơ bản thôi.” Performance Management cắn mạnh viên kẹo, nhai rôm rốp giữa hai hàm răng.</w:t>
      </w:r>
    </w:p>
    <w:p>
      <w:pPr>
        <w:spacing w:after="80"/>
      </w:pPr>
      <w:r>
        <w:rPr>
          <w:b w:val="0"/>
          <w:i w:val="0"/>
        </w:rPr>
        <w:t>“Hầu hết các đơn đặt hàng này đều liên quan đến bốn sáng kiến thay đổi chính phải không?” McNally hỏi.</w:t>
      </w:r>
    </w:p>
    <w:p>
      <w:pPr>
        <w:spacing w:after="80"/>
      </w:pPr>
      <w:r>
        <w:rPr>
          <w:b w:val="0"/>
          <w:i w:val="0"/>
        </w:rPr>
        <w:t>“Bốn? Ai nói là có bốn?” “Spence Sponsorship nói đấy.” Performance Management đảo mắt và nói, “Ông ta dành quá nhiều thời gian soi gương đến mức không nhìn thấy gì ngoài bản thân mình. Hai. Chúng ta đang có, hoặc đã từng có, hai sáng kiến lớn đang triển khai.”</w:t>
      </w:r>
    </w:p>
    <w:p>
      <w:pPr>
        <w:spacing w:after="80"/>
      </w:pPr>
      <w:r>
        <w:rPr>
          <w:b w:val="0"/>
          <w:i w:val="0"/>
        </w:rPr>
        <w:t>McNally hỏi, “Anh nghĩ Budget hành động một mình à?”</w:t>
      </w:r>
    </w:p>
    <w:p>
      <w:pPr>
        <w:spacing w:after="80"/>
      </w:pPr>
      <w:r>
        <w:rPr>
          <w:b w:val="0"/>
          <w:i w:val="0"/>
        </w:rPr>
        <w:t>Một nụ cười thích thú hiện lên trên mặt Performance Management. “Nếu anh tìm được bằng chứng phạm tội rõ ràng, tôi nghĩ nó sẽ đầy dấu vân tay của Budget, nhưng—” Anh ta dừng lại giữa câu.</w:t>
      </w:r>
    </w:p>
    <w:p>
      <w:pPr>
        <w:spacing w:after="80"/>
      </w:pPr>
      <w:r>
        <w:rPr>
          <w:b w:val="0"/>
          <w:i w:val="0"/>
        </w:rPr>
        <w:t>“Nhưng?” McNally gợi ý. “Cô ta có thể có đồng phạm, dù tôi nghi anh sẽ chẳng bao giờ tìm được bằng chứng nào đâu.”</w:t>
      </w:r>
    </w:p>
    <w:p>
      <w:pPr>
        <w:spacing w:after="80"/>
      </w:pPr>
      <w:r>
        <w:rPr>
          <w:b w:val="0"/>
          <w:i w:val="0"/>
        </w:rPr>
        <w:t>“Anh có thể nói cụ thể hơn không?” McNally hỏi.</w:t>
      </w:r>
    </w:p>
    <w:p>
      <w:pPr>
        <w:spacing w:after="80"/>
      </w:pPr>
      <w:r>
        <w:rPr>
          <w:b w:val="0"/>
          <w:i w:val="0"/>
        </w:rPr>
        <w:t>“Bạn đã gặp Culture chưa?” “Rồi.” “Tôi ở đây gần hai mươi năm rồi mà tôi không thể nói rằng tôi đã gặp cô ấy quá tám hay mười lần, nhưng lời đồn trên phố là cô ấy cực kỳ có ảnh hưởng. Việc để mắt canh chừng chi tiêu đã là một phần trong cách làm việc của cô ấy từ lâu như tôi còn nhớ.”</w:t>
      </w:r>
    </w:p>
    <w:p>
      <w:pPr>
        <w:spacing w:after="80"/>
      </w:pPr>
      <w:r>
        <w:rPr>
          <w:b w:val="0"/>
          <w:i w:val="0"/>
        </w:rPr>
        <w:t>“Vậy ý anh là Budget chỉ làm theo lệnh của cô ấy thôi à?” McNally hỏi.</w:t>
      </w:r>
    </w:p>
    <w:p>
      <w:pPr>
        <w:spacing w:after="80"/>
      </w:pPr>
      <w:r>
        <w:rPr>
          <w:b w:val="0"/>
          <w:i w:val="0"/>
        </w:rPr>
        <w:t>“Đại loại thế,” Performance Management đáp. “Theo tôi thấy thì cô ấy có lẽ cũng có tội ngang với Budget. Tôi thường không phải kiểu người hay phàn nàn. Tôi đến, lo việc của mình. Nhưng với mấy cái Changes này, khi người khác không làm tròn việc của họ, thì tôi lại là người trông có vẻ tệ.”</w:t>
      </w:r>
    </w:p>
    <w:p>
      <w:pPr>
        <w:spacing w:after="80"/>
      </w:pPr>
      <w:r>
        <w:rPr>
          <w:b w:val="0"/>
          <w:i w:val="0"/>
        </w:rPr>
        <w:t>“Nghe này,” McNally nói, “chúng ta cần giữ cuộc trò chuyện này giữa hai ta. Tôi còn nhiều thứ phải điều tra lắm và tôi không muốn chuyện này lọt ra ngoài thành tin đồn.”</w:t>
      </w:r>
    </w:p>
    <w:p>
      <w:pPr>
        <w:spacing w:after="80"/>
      </w:pPr>
      <w:r>
        <w:rPr>
          <w:b w:val="0"/>
          <w:i w:val="0"/>
        </w:rPr>
        <w:t>“Không vấn đề gì,” Performance Management đáp. “Thật ra, tôi định nhờ anh cũng giữ kín giúp tôi như vậy. Tôi thật sự không thể mất việc được.”</w:t>
      </w:r>
    </w:p>
    <w:p>
      <w:pPr>
        <w:spacing w:after="80"/>
      </w:pPr>
      <w:r>
        <w:rPr>
          <w:b w:val="0"/>
          <w:i w:val="0"/>
        </w:rPr>
        <w:t>McNally chợt nhận ra điều gì đó không ổn lắm ở văn phòng này: vị trí và tình trạng của nó. Phòng nhân sự (HR) bị nhét vào một góc ngầm hẻo lánh dưới lòng trụ sở ACME. Đồ đạc thì cũ kỹ—không phải kiểu cũ mà sành—và chẳng thấy cái máy tính nào. Chỉ toàn một đống tủ hồ sơ kim loại màu xám. Phần lớn trông như đã mấy chục năm không ai đụng tới.</w:t>
      </w:r>
    </w:p>
    <w:p>
      <w:pPr>
        <w:spacing w:after="80"/>
      </w:pPr>
      <w:r>
        <w:rPr>
          <w:b w:val="0"/>
          <w:i w:val="0"/>
        </w:rPr>
        <w:t>“Anh dùng hết mấy cái tủ này à?” McNally hỏi. “Ừ, mấy cái tủ đó là nơi chúng tôi lưu mẫu phiếu đánh giá hiệu suất. Nhiều vô kể, tin tôi đi.”</w:t>
      </w:r>
    </w:p>
    <w:p>
      <w:pPr>
        <w:spacing w:after="80"/>
      </w:pPr>
      <w:r>
        <w:rPr>
          <w:b w:val="0"/>
          <w:i w:val="0"/>
        </w:rPr>
        <w:t>“Ngay cả trong thời đại lưu trữ điện tử thế này à?”</w:t>
      </w:r>
    </w:p>
    <w:p>
      <w:pPr>
        <w:spacing w:after="80"/>
      </w:pPr>
      <w:r>
        <w:rPr>
          <w:b w:val="0"/>
          <w:i w:val="0"/>
        </w:rPr>
        <w:t>“Từng có bàn tán về một sáng kiến Change liên quan đến quản lý hồ sơ điện tử, nhưng tôi nghĩ cái đó cũng chết rồi,” Performance Management nói kèm một tiếng cười chua chát.</w:t>
      </w:r>
    </w:p>
    <w:p>
      <w:pPr>
        <w:spacing w:after="80"/>
      </w:pPr>
      <w:r>
        <w:rPr>
          <w:b w:val="0"/>
          <w:i w:val="0"/>
        </w:rPr>
        <w:t>Tiếng cười đó cứ vương vấn trong đầu McNally khi anh chào tạm biệt và bước qua hành lang mờ tối để ra thang máy.</w:t>
      </w:r>
    </w:p>
    <w:p>
      <w:pPr>
        <w:spacing w:before="240" w:after="80"/>
      </w:pPr>
      <w:r>
        <w:rPr>
          <w:b/>
          <w:sz w:val="40"/>
        </w:rPr>
        <w:t>Nghi phạm #13: Accountability</w:t>
      </w:r>
      <w:r>
        <w:rPr>
          <w:b/>
          <w:sz w:val="40"/>
        </w:rPr>
        <w:t>ACCOUNTABILITY đang ngồi ở bàn khi Đặc vụ McNally quay lại phòng hội nghị. Anh ta trông trẻ hơn McNally tưởng. Chắc phải tầm hai mươi lăm đến cuối hai mươi tuổi. Kiểu người ăn mặc bảnh bao.</w:t>
      </w:r>
    </w:p>
    <w:p>
      <w:pPr>
        <w:spacing w:after="80"/>
      </w:pPr>
      <w:r>
        <w:rPr>
          <w:b w:val="0"/>
          <w:i w:val="0"/>
        </w:rPr>
        <w:t>“Xin chào, tôi là Đặc vụ Mike McNally,” anh giới thiệu. “Aidan Accountability,” chàng trai trẻ đáp, đứng dậy bắt tay.</w:t>
      </w:r>
    </w:p>
    <w:p>
      <w:pPr>
        <w:spacing w:after="80"/>
      </w:pPr>
      <w:r>
        <w:rPr>
          <w:b w:val="0"/>
          <w:i w:val="0"/>
        </w:rPr>
        <w:t>“Mời anh ngồi,” McNally nói, ra hiệu về phía chiếc ghế trong khi anh ngồi xuống đối diện bên kia bàn. “Vậy tôi cho là anh biết tôi muốn nói chuyện với anh về chuyện gì?”</w:t>
      </w:r>
    </w:p>
    <w:p>
      <w:pPr>
        <w:spacing w:after="80"/>
      </w:pPr>
      <w:r>
        <w:rPr>
          <w:b w:val="0"/>
          <w:i w:val="0"/>
        </w:rPr>
        <w:t>“Chắc chắn rồi. Đâu phải bí mật gì.” “Anh báo cáo cho ai?” McNally hỏi. “Spence Sponsorship là người hướng dẫn của tôi.” “Và hai người gặp nhau bao lâu một lần?” “Ồ, chúng tôi gặp nhau ngay sau khi tôi được tuyển. Ông ấy nói rất rõ ông muốn tôi làm gì. Từ đó tới giờ chưa gặp lại.” Giọng điệu của Accountability cũng dửng dưng y như câu trả lời của anh ta.</w:t>
      </w:r>
    </w:p>
    <w:p>
      <w:pPr>
        <w:spacing w:after="80"/>
      </w:pPr>
      <w:r>
        <w:rPr>
          <w:b w:val="0"/>
          <w:i w:val="0"/>
        </w:rPr>
        <w:t>“Anh làm ở tổ chức này bao lâu rồi?”</w:t>
      </w:r>
    </w:p>
    <w:p>
      <w:pPr>
        <w:spacing w:after="80"/>
      </w:pPr>
      <w:r>
        <w:rPr>
          <w:b w:val="0"/>
          <w:i w:val="0"/>
        </w:rPr>
        <w:t>“Mới hơn sáu tháng. Thật ra, tôi bắt đầu cùng ngày với Change. Chúng tôi cùng trải qua khóa định hướng,” anh ta nói đầy hào hứng.</w:t>
      </w:r>
    </w:p>
    <w:p>
      <w:pPr>
        <w:spacing w:after="80"/>
      </w:pPr>
      <w:r>
        <w:rPr>
          <w:b w:val="0"/>
          <w:i w:val="0"/>
        </w:rPr>
        <w:t>McNally hỏi: “Vậy anh có làm việc với ông ấy nhiều không?”</w:t>
      </w:r>
    </w:p>
    <w:p>
      <w:pPr>
        <w:spacing w:after="80"/>
      </w:pPr>
      <w:r>
        <w:rPr>
          <w:b w:val="0"/>
          <w:i w:val="0"/>
        </w:rPr>
        <w:t>“Ồ có chứ, tụi tôi làm việc với ông ấy suốt.” “‘Tụi tôi’?” McNally gặng hỏi. “Phòng của tôi,” Accountability đáp. “Anh có cả một phòng à?” “Tất nhiên rồi,” anh ta nói. “Vị trí của tôi đã trống gần hai năm trời. Đây là một công việc khó, và tôi hiểu là họ đã chật vật tìm người đủ năng lực với mức lương họ đưa ra, nên ngay khi vừa quen việc, tôi đã tuyển Delegation, Follow-up và Consequences. Trong phòng tôi đã, và vẫn đang, có rất nhiều việc phải làm.”</w:t>
      </w:r>
    </w:p>
    <w:p>
      <w:pPr>
        <w:spacing w:after="80"/>
      </w:pPr>
      <w:r>
        <w:rPr>
          <w:b w:val="0"/>
          <w:i w:val="0"/>
        </w:rPr>
        <w:t>McNally hỏi: “Vậy làm sao anh thuyết phục được Budget đồng ý chuyện đó?”</w:t>
      </w:r>
    </w:p>
    <w:p>
      <w:pPr>
        <w:spacing w:after="80"/>
      </w:pPr>
      <w:r>
        <w:rPr>
          <w:b w:val="0"/>
          <w:i w:val="0"/>
        </w:rPr>
        <w:t>“Tôi phải nói rằng cũng mất kha khá công thuyết phục đấy. Cô ấy khá là, ừm, tằn tiện, nếu anh hiểu ý tôi. Delegation là người duy nhất tụi tôi trả lương, mà anh ta chỉ nhận mức lương tối thiểu. Follow-up thì chỉ thực tập ở đây, còn Consequences thì đến đây nhờ một dạng tài trợ nào đó.”</w:t>
      </w:r>
    </w:p>
    <w:p>
      <w:pPr>
        <w:spacing w:after="80"/>
      </w:pPr>
      <w:r>
        <w:rPr>
          <w:b w:val="0"/>
          <w:i w:val="0"/>
        </w:rPr>
        <w:t>Đúng lúc đó có tiếng gõ cửa. Anna thò đầu vào và nói với Accountability: “Xin lỗi vì đã làm gián đoạn, nhưng quản lý phòng IT vừa gọi tìm anh. Ông ấy nói là việc gấp.” Cô đóng cửa rồi đi mất.</w:t>
      </w:r>
    </w:p>
    <w:p>
      <w:pPr>
        <w:spacing w:after="80"/>
      </w:pPr>
      <w:r>
        <w:rPr>
          <w:b w:val="0"/>
          <w:i w:val="0"/>
        </w:rPr>
        <w:t>“Cho tôi xin phép một lát,” Accountability nói. Anh ta nhấc điện thoại lên và bấm bốn số. McNally chỉ nghe được phía Accountability trong cuộc trò chuyện.</w:t>
      </w:r>
    </w:p>
    <w:p>
      <w:pPr>
        <w:spacing w:after="80"/>
      </w:pPr>
      <w:r>
        <w:rPr>
          <w:b w:val="0"/>
          <w:i w:val="0"/>
        </w:rPr>
        <w:t xml:space="preserve">“Alô, Delegation hả? Ừ, anh đây. Nghe này, ông quản lý IT hình như có vấn đề cần xử lý ngay lập tức. </w:t>
      </w:r>
      <w:r>
        <w:rPr>
          <w:b w:val="0"/>
          <w:i/>
        </w:rPr>
        <w:t>(Ngừng)</w:t>
      </w:r>
      <w:r>
        <w:rPr>
          <w:b w:val="0"/>
          <w:i w:val="0"/>
        </w:rPr>
        <w:t xml:space="preserve"> Không, anh đang họp với Đặc vụ McNally và không đi được. </w:t>
      </w:r>
      <w:r>
        <w:rPr>
          <w:b w:val="0"/>
          <w:i/>
        </w:rPr>
        <w:t>(Ngừng)</w:t>
      </w:r>
      <w:r>
        <w:rPr>
          <w:b w:val="0"/>
          <w:i w:val="0"/>
        </w:rPr>
        <w:t xml:space="preserve"> Anh hiểu là em đang có nhiều việc phải lo nhưng. . . . </w:t>
      </w:r>
      <w:r>
        <w:rPr>
          <w:b w:val="0"/>
          <w:i/>
        </w:rPr>
        <w:t>(Ngừng)</w:t>
      </w:r>
      <w:r>
        <w:rPr>
          <w:b w:val="0"/>
          <w:i w:val="0"/>
        </w:rPr>
        <w:t xml:space="preserve"> Nghe này, dẫn Follow-up theo đi. Nhớ đánh giá kỹ xem họ cần gì, rồi để cậu ta xử lý. </w:t>
      </w:r>
      <w:r>
        <w:rPr>
          <w:b w:val="0"/>
          <w:i/>
        </w:rPr>
        <w:t>(Ngừng)</w:t>
      </w:r>
      <w:r>
        <w:rPr>
          <w:b w:val="0"/>
          <w:i w:val="0"/>
        </w:rPr>
        <w:t xml:space="preserve"> Lại nữa à? Tháng này cậu ta xin nghỉ ốm bao nhiêu lần rồi? </w:t>
      </w:r>
      <w:r>
        <w:rPr>
          <w:b w:val="0"/>
          <w:i/>
        </w:rPr>
        <w:t>(Ngừng lâu)</w:t>
      </w:r>
      <w:r>
        <w:rPr>
          <w:b w:val="0"/>
          <w:i w:val="0"/>
        </w:rPr>
        <w:t xml:space="preserve"> Được rồi, được rồi. Vậy dẫn Consequences theo đi. </w:t>
      </w:r>
      <w:r>
        <w:rPr>
          <w:b w:val="0"/>
          <w:i/>
        </w:rPr>
        <w:t>(Ngừng)</w:t>
      </w:r>
      <w:r>
        <w:rPr>
          <w:b w:val="0"/>
          <w:i w:val="0"/>
        </w:rPr>
        <w:t xml:space="preserve"> Anh biết rõ là cậu ta không giỏi giao tiếp. Kéo cậu ta ra riêng trước khi đi và nói là em chỉ cần cậu ta có mặt thôi. Đừng để cậu ta nói năng gì. Bảo cậu ta xắn tay áo lên, khoanh tay lại và gồng bắp tay lên. </w:t>
      </w:r>
      <w:r>
        <w:rPr>
          <w:b w:val="0"/>
          <w:i/>
        </w:rPr>
        <w:t>(Ngừng)</w:t>
      </w:r>
      <w:r>
        <w:rPr>
          <w:b w:val="0"/>
          <w:i w:val="0"/>
        </w:rPr>
        <w:t xml:space="preserve"> Ừ, cậu ta sẽ thích lắm.” Accountability cười khúc khích. </w:t>
      </w:r>
      <w:r>
        <w:rPr>
          <w:b w:val="0"/>
          <w:i/>
        </w:rPr>
        <w:t>(Ngừng)</w:t>
      </w:r>
      <w:r>
        <w:rPr>
          <w:b w:val="0"/>
          <w:i w:val="0"/>
        </w:rPr>
        <w:t xml:space="preserve"> “Không, không cần gọi lại cho anh đâu. Cứ lo xong việc đi.”</w:t>
      </w:r>
    </w:p>
    <w:p>
      <w:pPr>
        <w:spacing w:after="80"/>
      </w:pPr>
      <w:r>
        <w:rPr>
          <w:b w:val="0"/>
          <w:i w:val="0"/>
        </w:rPr>
        <w:t>Accountability gác máy, nhìn McNally và nhận xét: “Muốn việc gì đó làm cho đúng thì phải tự tay mình làm.”</w:t>
      </w:r>
    </w:p>
    <w:p>
      <w:pPr>
        <w:spacing w:after="80"/>
      </w:pPr>
      <w:r>
        <w:rPr>
          <w:b w:val="0"/>
          <w:i w:val="0"/>
        </w:rPr>
        <w:t>McNally thấy khó mà dung hòa được câu nói này với cuộc trò chuyện một chiều mà anh vừa nghe. Anh nhìn Accountability và nói: “Xin lỗi, cho tôi một lát.”</w:t>
      </w:r>
    </w:p>
    <w:p>
      <w:pPr>
        <w:spacing w:after="80"/>
      </w:pPr>
      <w:r>
        <w:rPr>
          <w:b w:val="0"/>
          <w:i w:val="0"/>
        </w:rPr>
        <w:t>McNally rời phòng và quay lại khoảng năm phút sau. Anh ngồi xuống ghế và nói: “Anh có biết ai đã giết Change không?”</w:t>
      </w:r>
    </w:p>
    <w:p>
      <w:pPr>
        <w:spacing w:after="80"/>
      </w:pPr>
      <w:r>
        <w:rPr>
          <w:b w:val="0"/>
          <w:i w:val="0"/>
        </w:rPr>
        <w:t>“Ừ, Change,” Accountability đáp. Bối rối, McNally đáp lại: “Đúng, anh có biết ai đã giết Change không?”</w:t>
      </w:r>
    </w:p>
    <w:p>
      <w:pPr>
        <w:spacing w:after="80"/>
      </w:pPr>
      <w:r>
        <w:rPr>
          <w:b w:val="0"/>
          <w:i w:val="0"/>
        </w:rPr>
        <w:t>“Ồ, xin lỗi. Tôi nói chưa rõ. Tôi nghĩ chính Change đã giết Change,” anh ta trả lời. Ngừng một lát, anh ta thêm: “Tự sát.”</w:t>
      </w:r>
    </w:p>
    <w:p>
      <w:pPr>
        <w:spacing w:after="80"/>
      </w:pPr>
      <w:r>
        <w:rPr>
          <w:b w:val="0"/>
          <w:i w:val="0"/>
        </w:rPr>
        <w:t>“Anh nghĩ ông ấy tự sát à?” McNally hỏi với vẻ quan tâm.</w:t>
      </w:r>
    </w:p>
    <w:p>
      <w:pPr>
        <w:spacing w:after="80"/>
      </w:pPr>
      <w:r>
        <w:rPr>
          <w:b w:val="0"/>
          <w:i w:val="0"/>
        </w:rPr>
        <w:t>“Chắc chắn rồi. Đó là lời giải thích hợp lý duy nhất. Tôi thừa nhận ở đây có vài người không thực sự ưa Change, nhưng tôi không nghĩ ra ai lại đi xa đến mức giết ông ấy. Hơn nữa, nhìn lại thì ông ấy đã bộc lộ đủ mọi dấu hiệu. Ước gì lúc đó tôi nhận ra. Biết đâu tôi đã có thể làm được gì đó.”</w:t>
      </w:r>
    </w:p>
    <w:p>
      <w:pPr>
        <w:spacing w:after="80"/>
      </w:pPr>
      <w:r>
        <w:rPr>
          <w:b w:val="0"/>
          <w:i w:val="0"/>
        </w:rPr>
        <w:t>“Dấu hiệu?” McNally khẽ gợi.</w:t>
      </w:r>
    </w:p>
    <w:p>
      <w:pPr>
        <w:spacing w:after="80"/>
      </w:pPr>
      <w:r>
        <w:rPr>
          <w:b w:val="0"/>
          <w:i w:val="0"/>
        </w:rPr>
        <w:t>“Khi Change mới bắt đầu, ông ấy, anh biết đấy, hăng hái lắm. Ý tôi là, ông ấy tràn đầy năng lượng. Nhưng khoảng sáu tuần trở lại đây ông ấy như một người khác vậy. Ông ấy có mặt ở đây mọi giờ trong ngày. Tôi không biết ông ấy ngủ lúc nào nữa. Ông ấy cáu kỉnh suốt và sụt cân. Trước đây tụi tôi hay ăn trưa cùng nhau nhưng ông ấy có vẻ không còn thời gian nữa. Tôi nghe nói một trong các sáng kiến của ông ấy vẫn ổn, nhưng tôi không nghĩ sáng kiến còn lại tiến triển được chút nào. Nghe đồn là mấy người trong phòng đó có ác cảm với Change. Họ là một nhóm khá khó chơi.” Accountability ngừng một lát rồi nói tiếp: “Trầm cảm. Đúng rồi, chính là trầm cảm. Change chịu áp lực cực lớn và tôi nghĩ ông ấy bị quá tải rồi chìm sâu vào trầm cảm.” Khi Accountability nói xong, anh ta đăm đăm nhìn vào khoảng không xa xăm.</w:t>
      </w:r>
    </w:p>
    <w:p>
      <w:pPr>
        <w:spacing w:after="80"/>
      </w:pPr>
      <w:r>
        <w:rPr>
          <w:b w:val="0"/>
          <w:i w:val="0"/>
        </w:rPr>
        <w:t>McNally ngay lập tức gạt bỏ cái mà ông cho là một giả thuyết ngớ ngẩn. Đây không phải là tự sát. Đây chắc chắn là án mạng. Nhưng có điều gì đó Accountability nói khiến ông tò mò.</w:t>
      </w:r>
    </w:p>
    <w:p>
      <w:pPr>
        <w:spacing w:after="80"/>
      </w:pPr>
      <w:r>
        <w:rPr>
          <w:b w:val="0"/>
          <w:i w:val="0"/>
        </w:rPr>
        <w:t>"Anh nói anh có nghe rằng một sáng kiến nào đó đang không suôn sẻ. Đó là tin đồn ngoài đường phải không?" McNally hỏi.</w:t>
      </w:r>
    </w:p>
    <w:p>
      <w:pPr>
        <w:spacing w:after="80"/>
      </w:pPr>
      <w:r>
        <w:rPr>
          <w:b w:val="0"/>
          <w:i w:val="0"/>
        </w:rPr>
        <w:t>Accountability trông bối rối. "À, đúng vậy," anh ta nói, "nhưng điều đó thì liên quan gì đến chuyện này?"</w:t>
      </w:r>
    </w:p>
    <w:p>
      <w:pPr>
        <w:spacing w:after="80"/>
      </w:pPr>
      <w:r>
        <w:rPr>
          <w:b w:val="0"/>
          <w:i w:val="0"/>
        </w:rPr>
        <w:t>McNally không còn cố giấu sự bực bội đang dâng lên. Ông đứng dậy và bắt đầu đi đi lại lại khắp phòng trong khi nói. "Tôi không hiểu sao anh lại biết ít về hai sáng kiến này đến thế. Change cần chuyên môn của anh và rõ ràng là anh chẳng biết chuyện gì đang diễn ra. Anh—"</w:t>
      </w:r>
    </w:p>
    <w:p>
      <w:pPr>
        <w:spacing w:after="80"/>
      </w:pPr>
      <w:r>
        <w:rPr>
          <w:b w:val="0"/>
          <w:i w:val="0"/>
        </w:rPr>
        <w:t>"Này, như thế không công bằng!" Accountability ngắt lời. "Tôi—"</w:t>
      </w:r>
    </w:p>
    <w:p>
      <w:pPr>
        <w:spacing w:after="80"/>
      </w:pPr>
      <w:r>
        <w:rPr>
          <w:b w:val="0"/>
          <w:i w:val="0"/>
        </w:rPr>
        <w:t>McNally giơ tay lên và tiếp tục. "Để tôi điền vào chỗ trống cho anh. Change đã nhờ anh giúp. Anh chắc chắn sẵn lòng nhưng anh gặp khó khăn trong việc tìm thời gian trên lịch của mình. Suy cho cùng, vẫn còn—anh nói thế nào nhỉ?—rất nhiều việc phải làm ở phòng ban của anh. Nhưng anh đã có giải pháp. Delegation có thể làm việc đó và nếu anh ta cần giúp đỡ thì lúc nào cũng có thể nhờ Follow-up và Consequences."</w:t>
      </w:r>
    </w:p>
    <w:p>
      <w:pPr>
        <w:spacing w:after="80"/>
      </w:pPr>
      <w:r>
        <w:rPr>
          <w:b w:val="0"/>
          <w:i w:val="0"/>
        </w:rPr>
        <w:t>Accountability ngồi sững sờ và im lặng. McNally đặt hai tay lên bàn và nghiêng người tới. "Anh đã biến chính công việc mà anh được thuê làm thành trò cười. Công việc của anh đòi hỏi sự chín chắn và anh thì không có điều đó. Khi tôi rời khỏi phòng, tôi đã dành vài phút xem lại biên bản một số cuộc họp của anh và tìm thấy đúng những gì tôi dự đoán." Giọng McNally ngày càng to hơn và ông lại bắt đầu đi đi lại lại. "Các vấn đề nảy sinh. Anh giao cho một người hành động. Thậm chí còn tuyên bố khung thời gian hoàn thành. Nhưng khi tôi theo dõi những vấn đề này qua bộ biên bản cuộc họp tiếp theo, các vấn đề chỉ thế là biến mất khỏi mặt đất. Không có gì cả. Chúng có được giải quyết không?" ông hỏi một cách tu từ. "Đáng ngờ lắm," ông tự trả lời.</w:t>
      </w:r>
    </w:p>
    <w:p>
      <w:pPr>
        <w:spacing w:after="80"/>
      </w:pPr>
      <w:r>
        <w:rPr>
          <w:b w:val="0"/>
          <w:i w:val="0"/>
        </w:rPr>
        <w:t>McNally lẽ ra có thể nói nhiều hơn nhưng ông đã cắn lưỡi. Những gì ông định nói sẽ không đẩy cuộc điều tra tiến lên. Ông nhìn Accountability thêm một lần nữa. Khuôn mặt của nghi phạm giờ đã đỏ ửng và anh ta nhìn chằm chằm xuống sàn. McNally dừng lại để cho Accountability cơ hội phản hồi. Anh ta không phản hồi.</w:t>
      </w:r>
    </w:p>
    <w:p>
      <w:pPr>
        <w:spacing w:after="80"/>
      </w:pPr>
      <w:r>
        <w:rPr>
          <w:b w:val="0"/>
          <w:i w:val="0"/>
        </w:rPr>
        <w:t>McNally đóng sầm cửa lại khi rời khỏi phòng.</w:t>
      </w:r>
    </w:p>
    <w:p>
      <w:pPr>
        <w:spacing w:before="240" w:after="80"/>
      </w:pPr>
      <w:r>
        <w:rPr>
          <w:b/>
          <w:sz w:val="40"/>
        </w:rPr>
        <w:t>Siêu Cảnh Sát và Các Bên Liên Quan</w:t>
      </w:r>
      <w:r>
        <w:rPr>
          <w:b/>
          <w:sz w:val="40"/>
        </w:rPr>
        <w:t>Điệp viên McNally đang trên đường đến gặp các nhân viên trong một phòng hội nghị gần phía sau tòa nhà. Ông biết rằng tổ chức nào cũng có các bên liên quan (stakeholders) và ông thất vọng về bản thân vì đã không nhớ ra rằng chính các nhân viên—những người mà Change ảnh hưởng nhiều nhất—mới là những bên liên quan chính. Khi ông rẽ qua góc hành lang, ông gặp một cảnh tượng khiến ông đứng sững lại. Điệp viên McNally đã dành cả sự nghiệp làm việc với lực lượng cảnh sát, nên ông khá quen thuộc với các thói quen và cách làm của họ. Nhưng chưa một lần nào ông thấy điều này bên trong một tòa nhà. Thứ ông đang nhìn chằm chằm vào chỉ có thể được mô tả là một rào chắn. Hành lang trở nên tối một cách kỳ lạ, nhưng có đủ ánh sáng để ông nhận ra các hình ảnh: Một giá đỡ cưa chặn hoàn toàn lối đi. Một chiếc mô tô lớn đỗ song song với bức tường. Và viên cảnh sát đáng sợ nhất mà ông từng thấy.</w:t>
      </w:r>
    </w:p>
    <w:p>
      <w:pPr>
        <w:spacing w:after="80"/>
      </w:pPr>
      <w:r>
        <w:rPr>
          <w:b w:val="0"/>
          <w:i w:val="0"/>
        </w:rPr>
        <w:t>Viên cảnh sát mặc đầy đủ lễ phục cảnh sát bao gồm mũ bảo hiểm và kính râm tối màu. Đôi tay to lớn của anh ta khoanh lại theo kiểu truyền đạt rằng "Đừng có mơ mà giở trò với tôi." Khi Điệp viên McNally bước tới một bước, viên cảnh sát giơ tay lên ra hiệu dừng lại.</w:t>
      </w:r>
    </w:p>
    <w:p>
      <w:pPr>
        <w:spacing w:after="80"/>
      </w:pPr>
      <w:r>
        <w:rPr>
          <w:b w:val="0"/>
          <w:i w:val="0"/>
        </w:rPr>
        <w:t>"Tôi chỉ đang cố đến một cuộc họp—" McNally bắt đầu.</w:t>
      </w:r>
    </w:p>
    <w:p>
      <w:pPr>
        <w:spacing w:after="80"/>
      </w:pPr>
      <w:r>
        <w:rPr>
          <w:b w:val="0"/>
          <w:i w:val="0"/>
        </w:rPr>
        <w:t>Viên cảnh sát trượt tay lại gần khẩu súng bên hông và bước tới một bước.</w:t>
      </w:r>
    </w:p>
    <w:p>
      <w:pPr>
        <w:spacing w:after="80"/>
      </w:pPr>
      <w:r>
        <w:rPr>
          <w:b w:val="0"/>
          <w:i w:val="0"/>
        </w:rPr>
        <w:t>"Không vấn đề gì," McNally nói. Ông lùi lại và bắt đầu tìm một lối đi khác.</w:t>
      </w:r>
    </w:p>
    <w:p>
      <w:pPr>
        <w:spacing w:after="80"/>
      </w:pPr>
      <w:r>
        <w:rPr>
          <w:b w:val="0"/>
          <w:i w:val="0"/>
        </w:rPr>
        <w:t>Khi McNally vòng lại đến phòng hội nghị, bốn nhân viên đã đang chờ cho cuộc họp lúc ba giờ. Điệp viên McNally xin lỗi vì đến trễ và bắt đầu giới thiệu. David và Karen đến từ một phòng ban đã tích hợp Change khá tốt. Mark và Stephanie đến từ một phòng ban khác đã kháng cự Change. McNally đã chọn bốn người này từ các mục trong lịch của Change.</w:t>
      </w:r>
    </w:p>
    <w:p>
      <w:pPr>
        <w:spacing w:after="80"/>
      </w:pPr>
      <w:r>
        <w:rPr>
          <w:b w:val="0"/>
          <w:i w:val="0"/>
        </w:rPr>
        <w:t>McNally mở đầu cuộc họp. "Tôi sẽ rất thẳng thắn với các bạn và tôi mong các bạn cũng thẳng thắn với tôi," ông nói. "Tôi đang điều tra vụ án mạng của Change. Cho đến nay tôi đã mắc ít nhất một sai lầm trong cuộc điều tra."</w:t>
      </w:r>
    </w:p>
    <w:p>
      <w:pPr>
        <w:spacing w:after="80"/>
      </w:pPr>
      <w:r>
        <w:rPr>
          <w:b w:val="0"/>
          <w:i w:val="0"/>
        </w:rPr>
        <w:t>Cả bốn người tròn mắt nhìn anh. "Sai lầm của tôi là đã không nói chuyện với các bạn trước. Tôi đã dành một ngày rưỡi để phỏng vấn các lãnh đạo và quản lý, mỗi người trong số họ—"</w:t>
      </w:r>
    </w:p>
    <w:p>
      <w:pPr>
        <w:spacing w:after="80"/>
      </w:pPr>
      <w:r>
        <w:rPr>
          <w:b w:val="0"/>
          <w:i w:val="0"/>
        </w:rPr>
        <w:t>McNally ngừng lại. Anh định nói "mỗi người trong số họ đều lảng tránh hầu hết các câu hỏi của tôi và một số người trong số họ không đủ năng lực để kiếm được việc ở bất kỳ đâu khác," nhưng anh đã kiềm chế lại.</w:t>
      </w:r>
    </w:p>
    <w:p>
      <w:pPr>
        <w:spacing w:after="80"/>
      </w:pPr>
      <w:r>
        <w:rPr>
          <w:b w:val="0"/>
          <w:i w:val="0"/>
        </w:rPr>
        <w:t>"Ờ... để tôi chỉ xin lỗi vì sự sơ suất của mình," anh nói thay vào đó. "Theo lịch của Change, bốn bạn là những người dành nhiều thời gian nhất với anh ấy trong vài tuần cuối đời anh ấy. Tôi hy vọng các bạn có thông tin có thể giúp ích cho cuộc điều tra của tôi." Lần lượt, anh nhìn thẳng vào mắt từng người.</w:t>
      </w:r>
    </w:p>
    <w:p>
      <w:pPr>
        <w:spacing w:after="80"/>
      </w:pPr>
      <w:r>
        <w:rPr>
          <w:b w:val="0"/>
          <w:i w:val="0"/>
        </w:rPr>
        <w:t>Bốn người nhìn nhau. Cuối cùng Karen nói: "Change cũng được. Lúc đầu tôi không thích anh ấy. Những thứ anh ấy nói định làm thật đáng sợ, nhưng bạn biết đấy, càng nhiều thời gian anh ấy ở bên chúng tôi giải thích mọi thứ và tìm hiểu từ chúng tôi xem mọi việc đang diễn ra thế nào, anh ấy càng có lý. Nếu không vì tất cả những rào cản, tôi nghĩ chúng tôi đã có thể làm việc tốt hơn với Change."</w:t>
      </w:r>
    </w:p>
    <w:p>
      <w:pPr>
        <w:spacing w:after="80"/>
      </w:pPr>
      <w:r>
        <w:rPr>
          <w:b w:val="0"/>
          <w:i w:val="0"/>
        </w:rPr>
        <w:t>"Những rào cản nào vậy?" McNally hỏi.</w:t>
      </w:r>
    </w:p>
    <w:p>
      <w:pPr>
        <w:spacing w:after="80"/>
      </w:pPr>
      <w:r>
        <w:rPr>
          <w:b w:val="0"/>
          <w:i w:val="0"/>
        </w:rPr>
        <w:t>Stephanie trả lời: "Chắc hẳn anh đã thấy chúng. À, có lẽ là không," cô nói ngập ngừng. Sau một hồi im lặng, cô nói: "Hầu hết nhân viên đều thấy chúng. Một vài giám sát viên thấy chúng nhưng các quản lý trở lên hiếm khi thấy. Nhưng tin tôi đi, chúng có thật." Cô quay sang những người khác để tìm sự ủng hộ.</w:t>
      </w:r>
    </w:p>
    <w:p>
      <w:pPr>
        <w:spacing w:after="80"/>
      </w:pPr>
      <w:r>
        <w:rPr>
          <w:b w:val="0"/>
          <w:i w:val="0"/>
        </w:rPr>
        <w:t>David phá vỡ sự im lặng. "Super Cop," anh nói và gật đầu.</w:t>
      </w:r>
    </w:p>
    <w:p>
      <w:pPr>
        <w:spacing w:after="80"/>
      </w:pPr>
      <w:r>
        <w:rPr>
          <w:b w:val="0"/>
          <w:i w:val="0"/>
        </w:rPr>
        <w:t>McNally đáp: "Tôi nghĩ tôi vừa thấy ông ta. Khá là đáng sợ."</w:t>
      </w:r>
    </w:p>
    <w:p>
      <w:pPr>
        <w:spacing w:after="80"/>
      </w:pPr>
      <w:r>
        <w:rPr>
          <w:b w:val="0"/>
          <w:i w:val="0"/>
        </w:rPr>
        <w:t>"Chỉ một thôi à?" Mark nói với vẻ cười khẩy. "Họ ở khắp mọi nơi. Đúng lúc có vẻ như chúng ta đang đi đúng hướng—đang tiến bộ với một ý tưởng mới—thì một Super Cop xuất hiện, chặn đứng mọi thứ. Họ ở đây từ lâu lắm rồi. Họ thà treo biển 'Chúng Ta Chưa Bao Giờ Làm Theo Cách Đó' khắp hành lang còn hơn. Thật không thể tin nổi là nhiều nhân viên thấy họ, nhưng hầu hết các quản lý và lãnh đạo dường như không biết họ tồn tại."</w:t>
      </w:r>
    </w:p>
    <w:p>
      <w:pPr>
        <w:spacing w:after="80"/>
      </w:pPr>
      <w:r>
        <w:rPr>
          <w:b w:val="0"/>
          <w:i w:val="0"/>
        </w:rPr>
        <w:t>Karen hỏi: "Anh có thấy gã đàn ông đi quanh với cây roi trong tay không? Trông ông ta hơi giống một lính La Mã," cô nói thêm.</w:t>
      </w:r>
    </w:p>
    <w:p>
      <w:pPr>
        <w:spacing w:after="80"/>
      </w:pPr>
      <w:r>
        <w:rPr>
          <w:b w:val="0"/>
          <w:i w:val="0"/>
        </w:rPr>
        <w:t>"Không," McNally đáp.</w:t>
      </w:r>
    </w:p>
    <w:p>
      <w:pPr>
        <w:spacing w:after="80"/>
      </w:pPr>
      <w:r>
        <w:rPr>
          <w:b w:val="0"/>
          <w:i w:val="0"/>
        </w:rPr>
        <w:t>"À, đó là Reprimand. Ông ta chỉ xuất hiện khi một nhân viên mắc lỗi. Bắt đầu quất roi và thông báo cho mọi người biết họ ngu ngốc đến mức nào. Ông ta biến mất khi Incentive xuất hiện, nhưng cô ấy không có mặt thường xuyên lắm."</w:t>
      </w:r>
    </w:p>
    <w:p>
      <w:pPr>
        <w:spacing w:after="80"/>
      </w:pPr>
      <w:r>
        <w:rPr>
          <w:b w:val="0"/>
          <w:i w:val="0"/>
        </w:rPr>
        <w:t>"Còn Hypocrite thì sao?" Mark hỏi. "Anh đã thấy ông ta chưa?"</w:t>
      </w:r>
    </w:p>
    <w:p>
      <w:pPr>
        <w:spacing w:after="80"/>
      </w:pPr>
      <w:r>
        <w:rPr>
          <w:b w:val="0"/>
          <w:i w:val="0"/>
        </w:rPr>
        <w:t>"Tôi không chắc. Ông ta trông thế nào?" McNally đáp.</w:t>
      </w:r>
    </w:p>
    <w:p>
      <w:pPr>
        <w:spacing w:after="80"/>
      </w:pPr>
      <w:r>
        <w:rPr>
          <w:b w:val="0"/>
          <w:i w:val="0"/>
        </w:rPr>
        <w:t>"Đó chính là vấn đề. Ông ta kiểu như một con tắc kè hoa. Không bao giờ trông giống nhau."</w:t>
      </w:r>
    </w:p>
    <w:p>
      <w:pPr>
        <w:spacing w:after="80"/>
      </w:pPr>
      <w:r>
        <w:rPr>
          <w:b w:val="0"/>
          <w:i w:val="0"/>
        </w:rPr>
        <w:t>"Nhưng," David xen vào, "ông ta cũng dễ nhận ra lắm. Ông ta luôn nói một đằng rồi làm một nẻo. Ông ta đọc cho chúng ta nghe đủ thứ bài diễn văn 'chúng ta, chúng ta, chúng ta' rồi sau đó ông ta tách ra làm riêng, làm đúng điều ngược lại với những gì ông ta rao giảng."</w:t>
      </w:r>
    </w:p>
    <w:p>
      <w:pPr>
        <w:spacing w:after="80"/>
      </w:pPr>
      <w:r>
        <w:rPr>
          <w:b w:val="0"/>
          <w:i w:val="0"/>
        </w:rPr>
        <w:t>Có một khoảng lặng khi McNally hình dung ra cảnh đó.</w:t>
      </w:r>
    </w:p>
    <w:p>
      <w:pPr>
        <w:spacing w:after="80"/>
      </w:pPr>
      <w:r>
        <w:rPr>
          <w:b w:val="0"/>
          <w:i w:val="0"/>
        </w:rPr>
        <w:t>Stephanie chen vào. "Nhưng người khiến tôi bực nhất là Convertible."</w:t>
      </w:r>
    </w:p>
    <w:p>
      <w:pPr>
        <w:spacing w:after="80"/>
      </w:pPr>
      <w:r>
        <w:rPr>
          <w:b w:val="0"/>
          <w:i w:val="0"/>
        </w:rPr>
        <w:t>"Sao anh lại gọi ông ta là Convertible?" McNally hỏi.</w:t>
      </w:r>
    </w:p>
    <w:p>
      <w:pPr>
        <w:spacing w:after="80"/>
      </w:pPr>
      <w:r>
        <w:rPr>
          <w:b w:val="0"/>
          <w:i w:val="0"/>
        </w:rPr>
        <w:t>"Vì ông ta lúc nào cũng lái mọi thứ theo kiểu mui trần," cô đáp.</w:t>
      </w:r>
    </w:p>
    <w:p>
      <w:pPr>
        <w:spacing w:after="80"/>
      </w:pPr>
      <w:r>
        <w:rPr>
          <w:b w:val="0"/>
          <w:i w:val="0"/>
        </w:rPr>
        <w:t>McNally bật cười nhưng nhanh chóng dừng lại khi nhận ra không ai khác cười cả. "Xin lỗi," anh nói đầy vẻ áy náy.</w:t>
      </w:r>
    </w:p>
    <w:p>
      <w:pPr>
        <w:spacing w:after="80"/>
      </w:pPr>
      <w:r>
        <w:rPr>
          <w:b w:val="0"/>
          <w:i w:val="0"/>
        </w:rPr>
        <w:t>"Ồ, không sao đâu," Stephanie đáp. "Chỉ là mọi thứ đều phải theo ý ông ta, không thì thôi. Vài ý tưởng của ông ta thật ra cũng không tệ, nhưng rồi ông ta muốn chỉ đạo từng chi tiết dù chẳng hiểu gì về công việc vận hành hằng ngày. Giá mà ông ta chịu để chúng tôi tham gia."</w:t>
      </w:r>
    </w:p>
    <w:p>
      <w:pPr>
        <w:spacing w:after="80"/>
      </w:pPr>
      <w:r>
        <w:rPr>
          <w:b w:val="0"/>
          <w:i w:val="0"/>
        </w:rPr>
        <w:t>McNally tưởng cô sẽ nói thêm nhưng cô chỉ ngồi đó với vẻ mặt tiếc nuối. "Tôi phải thừa nhận," McNally nói, "tất cả những nhân vật mà các bạn phải đối phó—Super Cop, Reprimand, Hypocrite và Convertible—đúng là khiến mọi thứ khá rối rắm."</w:t>
      </w:r>
    </w:p>
    <w:p>
      <w:pPr>
        <w:spacing w:after="80"/>
      </w:pPr>
      <w:r>
        <w:rPr>
          <w:b w:val="0"/>
          <w:i w:val="0"/>
        </w:rPr>
        <w:t>"Giờ thì anh biết cảm giác của chúng tôi rồi đấy," Stephanie đáp.</w:t>
      </w:r>
    </w:p>
    <w:p>
      <w:pPr>
        <w:spacing w:after="80"/>
      </w:pPr>
      <w:r>
        <w:rPr>
          <w:b w:val="0"/>
          <w:i w:val="0"/>
        </w:rPr>
        <w:t>McNally nói chuyện với các nhân viên thêm ít nhất một tiếng nữa. Rồi anh nhấc điện thoại lên và nhờ Anna sắp xếp thêm một cuộc họp nữa.</w:t>
      </w:r>
    </w:p>
    <w:p>
      <w:pPr>
        <w:spacing w:before="240" w:after="80"/>
      </w:pPr>
      <w:r>
        <w:rPr>
          <w:b/>
          <w:sz w:val="40"/>
        </w:rPr>
        <w:t>Báo cáo khám nghiệm tử thi</w:t>
      </w:r>
      <w:r>
        <w:rPr>
          <w:b/>
          <w:sz w:val="40"/>
        </w:rPr>
        <w:t>CHIỀU hôm đó, Đặc vụ McNally đứng bên ngoài tòa nhà, vừa hút xì gà vừa nhấp cà phê, luân phiên giữa hai việc. Trời bắt đầu tối và có một cơn mưa phùn nhẹ đang rơi xuống. McNally kéo chặt áo khoác và dựa lưng vào tòa nhà. Anh ước gì mình đã nói chuyện với các nhân viên sớm hơn.</w:t>
      </w:r>
    </w:p>
    <w:p>
      <w:pPr>
        <w:spacing w:after="80"/>
      </w:pPr>
      <w:r>
        <w:rPr>
          <w:b w:val="0"/>
          <w:i w:val="0"/>
        </w:rPr>
        <w:t>Cửa mở ra và giọng Anna kéo anh khỏi những dòng suy nghĩ.</w:t>
      </w:r>
    </w:p>
    <w:p>
      <w:pPr>
        <w:spacing w:after="80"/>
      </w:pPr>
      <w:r>
        <w:rPr>
          <w:b w:val="0"/>
          <w:i w:val="0"/>
        </w:rPr>
        <w:t>"Đặc vụ McNally, bác sĩ pháp y đang gọi điện. Ông ấy muốn nói chuyện với anh."</w:t>
      </w:r>
    </w:p>
    <w:p>
      <w:pPr>
        <w:spacing w:after="80"/>
      </w:pPr>
      <w:r>
        <w:rPr>
          <w:b w:val="0"/>
          <w:i w:val="0"/>
        </w:rPr>
        <w:t>Anh hút hơi cuối cùng của điếu xì gà rồi ném xuống đất. Khi anh bước vào trong, Anna nói: "Tôi sẽ chuyển cuộc gọi vào phòng họp."</w:t>
      </w:r>
    </w:p>
    <w:p>
      <w:pPr>
        <w:spacing w:after="80"/>
      </w:pPr>
      <w:r>
        <w:rPr>
          <w:b w:val="0"/>
          <w:i w:val="0"/>
        </w:rPr>
        <w:t>Điện thoại đang reo khi anh bước vào phòng. Anh nhấn nút loa ngoài và đặt cà phê xuống. "McNally đây," anh nói. "Bác sĩ đó à?"</w:t>
      </w:r>
    </w:p>
    <w:p>
      <w:pPr>
        <w:spacing w:after="80"/>
      </w:pPr>
      <w:r>
        <w:rPr>
          <w:b w:val="0"/>
          <w:i w:val="0"/>
        </w:rPr>
        <w:t>"Đúng rồi," Doc đáp. "Tôi đã hoàn tất khám nghiệm tử thi. Nghĩ là nên cập nhật cho anh tình hình hiện tại. Giờ có tiện không?"</w:t>
      </w:r>
    </w:p>
    <w:p>
      <w:pPr>
        <w:spacing w:after="80"/>
      </w:pPr>
      <w:r>
        <w:rPr>
          <w:b w:val="0"/>
          <w:i w:val="0"/>
        </w:rPr>
        <w:t>"Tuyệt," McNally đáp. "Cứ nói đi."</w:t>
      </w:r>
    </w:p>
    <w:p>
      <w:pPr>
        <w:spacing w:after="80"/>
      </w:pPr>
      <w:r>
        <w:rPr>
          <w:b w:val="0"/>
          <w:i w:val="0"/>
        </w:rPr>
        <w:t>Doc bắt đầu, “Tôi đang xác định thời điểm chết là từ bảy đến chín giờ sáng. Hiện tại tôi đang ghi nguyên nhân tử vong là suy tim.”</w:t>
      </w:r>
    </w:p>
    <w:p>
      <w:pPr>
        <w:spacing w:after="80"/>
      </w:pPr>
      <w:r>
        <w:rPr>
          <w:b w:val="0"/>
          <w:i w:val="0"/>
        </w:rPr>
        <w:t>“Suy tim?” McNally chen ngang. “Ông ấy chết vì nguyên nhân tự nhiên à?”</w:t>
      </w:r>
    </w:p>
    <w:p>
      <w:pPr>
        <w:spacing w:after="80"/>
      </w:pPr>
      <w:r>
        <w:rPr>
          <w:b w:val="0"/>
          <w:i w:val="0"/>
        </w:rPr>
        <w:t>“Đừng vội thế, Dick Tracy,” Doc cười khúc khích nói. “Suy tim là kết quả của một loại ngộ độc.”</w:t>
      </w:r>
    </w:p>
    <w:p>
      <w:pPr>
        <w:spacing w:after="80"/>
      </w:pPr>
      <w:r>
        <w:rPr>
          <w:b w:val="0"/>
          <w:i w:val="0"/>
        </w:rPr>
        <w:t>“Vậy là ông đã xét nghiệm chất lỏng từ cái ly bị đổ,” McNally suy đoán. “Là gì vậy, thạch tín à?”</w:t>
      </w:r>
    </w:p>
    <w:p>
      <w:pPr>
        <w:spacing w:after="80"/>
      </w:pPr>
      <w:r>
        <w:rPr>
          <w:b w:val="0"/>
          <w:i w:val="0"/>
        </w:rPr>
        <w:t>“Đương nhiên là chúng tôi xét nghiệm chất lỏng rồi,” Doc đáp. “Nhưng nó sạch—chỉ là nước thôi.”</w:t>
      </w:r>
    </w:p>
    <w:p>
      <w:pPr>
        <w:spacing w:after="80"/>
      </w:pPr>
      <w:r>
        <w:rPr>
          <w:b w:val="0"/>
          <w:i w:val="0"/>
        </w:rPr>
        <w:t>Điều này bắt đầu nghe quen quen với McNally. Anh nói, “Vậy, có phải là—”</w:t>
      </w:r>
    </w:p>
    <w:p>
      <w:pPr>
        <w:spacing w:after="80"/>
      </w:pPr>
      <w:r>
        <w:rPr>
          <w:b w:val="0"/>
          <w:i w:val="0"/>
        </w:rPr>
        <w:t xml:space="preserve">“Đúng rồi,” Doc ngắt lời, “là C-15.” Đặc vụ McNally hồi tưởng lại một số vụ án khác của mình. C-15 là loại độc chất bí ẩn được xác định là nguyên nhân tử vong. Vào thời điểm nó được đặt tên, có mười lăm vụ án liên quan đã được biết đến và chữ </w:t>
      </w:r>
      <w:r>
        <w:rPr>
          <w:b w:val="0"/>
          <w:i/>
        </w:rPr>
        <w:t>C</w:t>
      </w:r>
      <w:r>
        <w:rPr>
          <w:b w:val="0"/>
          <w:i w:val="0"/>
        </w:rPr>
        <w:t xml:space="preserve"> viết tắt cho Change.</w:t>
      </w:r>
    </w:p>
    <w:p>
      <w:pPr>
        <w:spacing w:after="80"/>
      </w:pPr>
      <w:r>
        <w:rPr>
          <w:b w:val="0"/>
          <w:i w:val="0"/>
        </w:rPr>
        <w:t>McNally hỏi, “Người ta đã biết thêm gì về C-15 chưa?”</w:t>
      </w:r>
    </w:p>
    <w:p>
      <w:pPr>
        <w:spacing w:after="80"/>
      </w:pPr>
      <w:r>
        <w:rPr>
          <w:b w:val="0"/>
          <w:i w:val="0"/>
        </w:rPr>
        <w:t>“Chưa, thật sự là chưa.” Giọng Doc nghe có vẻ thất vọng. “Các nhà khoa học đang nghiên cứu nó nhưng tất cả những gì họ thực sự biết là nó tác động chậm. Thường là trong vòng một đến hai tháng. Dựa trên bằng chứng giai thoại, các triệu chứng liên quan duy nhất được biết đến là mất ngủ, lo âu, bồn chồn và sụt cân. Vậy nên tôi đã lấy hồ sơ y tế của Change. Anh ta có một cuộc khám sức khỏe bắt buộc khi bắt đầu làm việc tại ACME. Khỏe như vâm. Tất cả các xét nghiệm đều bình thường và anh ta không có vấn đề gì đáng kể trong tiền sử bệnh. Tôi cân anh ta và anh ta đã sụt mất hai mươi lăm pound kể từ đó. Và, à đúng rồi, móng tay anh ta bị cắn cụt đến tận thịt.”</w:t>
      </w:r>
    </w:p>
    <w:p>
      <w:pPr>
        <w:spacing w:after="80"/>
      </w:pPr>
      <w:r>
        <w:rPr>
          <w:b w:val="0"/>
          <w:i w:val="0"/>
        </w:rPr>
        <w:t>McNally hỏi, “Vậy là cuối cùng độc tố tích tụ đủ nhiều khiến anh ta bị đau tim à?”</w:t>
      </w:r>
    </w:p>
    <w:p>
      <w:pPr>
        <w:spacing w:after="80"/>
      </w:pPr>
      <w:r>
        <w:rPr>
          <w:b w:val="0"/>
          <w:i w:val="0"/>
        </w:rPr>
        <w:t>Doc đáp, “Không phải đau tim, mà là suy tim. Đau tim thường do sự tích tụ lâu dài của mảng bám hoặc cục máu đông trong động mạch vành, làm tắc dòng máu. Không có máu nghĩa là không có oxy và các tế bào tim sẽ chết. Động mạch vành của Change vẫn ổn. Khi tôi nói ‘suy tim,’ ý tôi theo nghĩa đen là tim anh ta chỉ ngừng đập thôi.”</w:t>
      </w:r>
    </w:p>
    <w:p>
      <w:pPr>
        <w:spacing w:after="80"/>
      </w:pPr>
      <w:r>
        <w:rPr>
          <w:b w:val="0"/>
          <w:i w:val="0"/>
        </w:rPr>
        <w:t>“Chà,” McNally nói. “Nghe đáng sợ thật. Còn gì nữa không?”</w:t>
      </w:r>
    </w:p>
    <w:p>
      <w:pPr>
        <w:spacing w:after="80"/>
      </w:pPr>
      <w:r>
        <w:rPr>
          <w:b w:val="0"/>
          <w:i w:val="0"/>
        </w:rPr>
        <w:t>“Không, hiện tại thì không,” Doc đáp. “Tôi đã gửi một số mô đi làm giải phẫu bệnh nhưng tôi khá chắc đây là một ca C-15.”</w:t>
      </w:r>
    </w:p>
    <w:p>
      <w:pPr>
        <w:spacing w:after="80"/>
      </w:pPr>
      <w:r>
        <w:rPr>
          <w:b w:val="0"/>
          <w:i w:val="0"/>
        </w:rPr>
        <w:t>McNally cảm ơn bác sĩ và nhờ ông thông báo nếu có gì mới xuất hiện. Anh gác máy.</w:t>
      </w:r>
    </w:p>
    <w:p>
      <w:pPr>
        <w:spacing w:after="80"/>
      </w:pPr>
      <w:r>
        <w:rPr>
          <w:b w:val="0"/>
          <w:i w:val="0"/>
        </w:rPr>
        <w:t xml:space="preserve">Trong khi đó, trong một chồng giấy tờ trên chiếc bàn bừa bộn của Doc, số hiện tại của tạp chí </w:t>
      </w:r>
      <w:r>
        <w:rPr>
          <w:b w:val="0"/>
          <w:i/>
        </w:rPr>
        <w:t>Perspectives in Forensics</w:t>
      </w:r>
      <w:r>
        <w:rPr>
          <w:b w:val="0"/>
          <w:i w:val="0"/>
        </w:rPr>
        <w:t xml:space="preserve"> đang nằm đó chưa được đọc. Một bài báo ít người biết ở trang mười lăm có tựa đề “Các nguyên tố vi lượng của C-15.” Phần mở đầu viết:</w:t>
      </w:r>
    </w:p>
    <w:p>
      <w:pPr>
        <w:spacing w:after="80"/>
      </w:pPr>
      <w:r>
        <w:rPr>
          <w:b w:val="0"/>
          <w:i/>
        </w:rPr>
        <w:t>C-15 đã được xác định là độc tố dẫn đến suy tim và tử vong ở một số Change. Mặc dù vẫn còn nhiều điều chưa biết về độc tố này, các nhà khoa học tin rằng một số nguyên tố vi lượng tạo nên chất gây chết người này và gần đây đã xác định được ba trong số các nguyên tố vi lượng đó:</w:t>
      </w:r>
    </w:p>
    <w:p>
      <w:pPr>
        <w:spacing w:after="80"/>
      </w:pPr>
      <w:r>
        <w:rPr>
          <w:b w:val="0"/>
          <w:i/>
        </w:rPr>
        <w:t xml:space="preserve">• Những người dẫn dắt Thay đổi nghĩ rằng việc thông báo về anh ta cũng giống như việc tích hợp anh ta. • Những lo ngại của mọi người về Thay đổi không được làm rõ hay giải quyết. • Những người được yêu cầu thực hiện Thay đổi không được tham gia vào việc lập kế hoạch. </w:t>
      </w:r>
    </w:p>
    <w:p>
      <w:pPr>
        <w:spacing w:before="240" w:after="80"/>
      </w:pPr>
      <w:r>
        <w:rPr>
          <w:b/>
          <w:sz w:val="40"/>
        </w:rPr>
        <w:t xml:space="preserve">Kẻ Giết Người Được Công Bố: Chỉ Dành Cho Người Được Mời </w:t>
      </w:r>
      <w:r>
        <w:rPr>
          <w:b/>
          <w:sz w:val="40"/>
        </w:rPr>
        <w:t>ANNA đã sắp xếp mọi thứ. McNally đã nhờ cô đặt một phòng và tập hợp tất cả các nghi phạm cho cuộc họp lúc 7:00 tối. Căn phòng nằm ở góc trước của tòa nhà. Nó chủ yếu được dùng làm phòng chờ cho các lãnh đạo và quản lý, và có thể chứa thoải mái ba mươi lăm người. Anna đã sắp xếp vài chiếc bàn tròn với bốn chiếc ghế mỗi bàn, và một số ghế rải rác quanh viền phòng. Ngoài ra, còn có hai chiếc ghế sofa và một chiếc ghế tựa ngả.</w:t>
      </w:r>
    </w:p>
    <w:p>
      <w:pPr>
        <w:spacing w:after="80"/>
      </w:pPr>
      <w:r>
        <w:rPr>
          <w:b w:val="0"/>
          <w:i w:val="0"/>
        </w:rPr>
        <w:t>McNally bước vào vài phút trước bảy giờ và bắt đầu sắp xếp ghi chú của mình trên bục khi mọi người bắt đầu đến. Có lúc ông ngước lên và nhận ra không ai chịu giao ánh mắt với mình.</w:t>
      </w:r>
    </w:p>
    <w:p>
      <w:pPr>
        <w:spacing w:after="80"/>
      </w:pPr>
      <w:r>
        <w:rPr>
          <w:b w:val="0"/>
          <w:i w:val="0"/>
        </w:rPr>
        <w:t>Vision đứng bên cửa sổ với hai tay đan ra sau lưng, có vẻ như không để ý đến đám đông phía sau.</w:t>
      </w:r>
    </w:p>
    <w:p>
      <w:pPr>
        <w:spacing w:after="80"/>
      </w:pPr>
      <w:r>
        <w:rPr>
          <w:b w:val="0"/>
          <w:i w:val="0"/>
        </w:rPr>
        <w:t>Budget và Culture ngồi cạnh nhau trên một trong những chiếc ghế sofa. Họ thay phiên nhau thì thầm với nhau.</w:t>
      </w:r>
    </w:p>
    <w:p>
      <w:pPr>
        <w:spacing w:after="80"/>
      </w:pPr>
      <w:r>
        <w:rPr>
          <w:b w:val="0"/>
          <w:i w:val="0"/>
        </w:rPr>
        <w:t>Performance Management và Incentive đã ngồi vào một trong những chiếc bàn. Performance Management đang ngậm một viên kẹo. Incentive nhìn trân trân vô định.</w:t>
      </w:r>
    </w:p>
    <w:p>
      <w:pPr>
        <w:spacing w:after="80"/>
      </w:pPr>
      <w:r>
        <w:rPr>
          <w:b w:val="0"/>
          <w:i w:val="0"/>
        </w:rPr>
        <w:t>Communication ngồi trên một trong những chiếc ghế lẻ, mân mê chiếc máy trợ thính của mình. McNally đã để ý thấy một tấm biển ngoài cửa ghi kẻ giết người được công bố tại đây lúc 7:00 tối: chỉ dành cho người được mời, và đoán đó là tác phẩm của cô.</w:t>
      </w:r>
    </w:p>
    <w:p>
      <w:pPr>
        <w:spacing w:after="80"/>
      </w:pPr>
      <w:r>
        <w:rPr>
          <w:b w:val="0"/>
          <w:i w:val="0"/>
        </w:rPr>
        <w:t>Pecs đang ngồi trên một trong những chiếc bàn. Anh ta đeo những quả tạ khổng lồ ở mắt cá chân. Với vẻ như phải gắng sức đáng kể, anh ta đang tập duỗi chân.</w:t>
      </w:r>
    </w:p>
    <w:p>
      <w:pPr>
        <w:spacing w:after="80"/>
      </w:pPr>
      <w:r>
        <w:rPr>
          <w:b w:val="0"/>
          <w:i w:val="0"/>
        </w:rPr>
        <w:t>Accountability, Delegation, Follow-up và Consequences ngồi ở một chiếc bàn khác. McNally không nghe được họ đang nói gì nhưng ngôn ngữ cơ thể của họ khiến McNally tin rằng họ không hài lòng với nhau. Ông để ý thấy họ cứ chỉ tay vào nhau.</w:t>
      </w:r>
    </w:p>
    <w:p>
      <w:pPr>
        <w:spacing w:after="80"/>
      </w:pPr>
      <w:r>
        <w:rPr>
          <w:b w:val="0"/>
          <w:i w:val="0"/>
        </w:rPr>
        <w:t>Commitment có vẻ không thể nào ngồi thoải mái được. Anh ta liên tục chuyển từ ghế này sang ghế khác.</w:t>
      </w:r>
    </w:p>
    <w:p>
      <w:pPr>
        <w:spacing w:after="80"/>
      </w:pPr>
      <w:r>
        <w:rPr>
          <w:b w:val="0"/>
          <w:i w:val="0"/>
        </w:rPr>
        <w:t>Trainer vẫn đang nhai kẹo cao su nhóp nhép. Anh ta ngồi thoải mái trên một chiếc ghế bành và đều đặn tung một quả bóng chày lên không trung.</w:t>
      </w:r>
    </w:p>
    <w:p>
      <w:pPr>
        <w:spacing w:after="80"/>
      </w:pPr>
      <w:r>
        <w:rPr>
          <w:b w:val="0"/>
          <w:i w:val="0"/>
        </w:rPr>
        <w:t>Plan đang gấp máy bay giấy và thả chúng bay khắp phòng.</w:t>
      </w:r>
    </w:p>
    <w:p>
      <w:pPr>
        <w:spacing w:after="80"/>
      </w:pPr>
      <w:r>
        <w:rPr>
          <w:b w:val="0"/>
          <w:i w:val="0"/>
        </w:rPr>
        <w:t>Sponsorship có vẻ chán. McNally nghĩ có lẽ là vì anh ta không phải người dẫn dắt cuộc họp.</w:t>
      </w:r>
    </w:p>
    <w:p>
      <w:pPr>
        <w:spacing w:after="80"/>
      </w:pPr>
      <w:r>
        <w:rPr>
          <w:b w:val="0"/>
          <w:i w:val="0"/>
        </w:rPr>
        <w:t>McNally để ý thấy ai đó ở phía sau nhưng khó nhận ra anh ta. Ông đeo kính vào và sững sờ khi thấy chính người đàn ông lạ mặt đã đứng trên mình trong giấc mơ. McNally ra hiệu cho Anna—người đang ngồi ở một chiếc bàn gần phía trước—đến chỗ bục.</w:t>
      </w:r>
    </w:p>
    <w:p>
      <w:pPr>
        <w:spacing w:after="80"/>
      </w:pPr>
      <w:r>
        <w:rPr>
          <w:b w:val="0"/>
          <w:i w:val="0"/>
        </w:rPr>
        <w:t>“Người đàn ông nhỏ bé ở cuối phòng đó là ai vậy?” ông hỏi thì thầm.</w:t>
      </w:r>
    </w:p>
    <w:p>
      <w:pPr>
        <w:spacing w:after="80"/>
      </w:pPr>
      <w:r>
        <w:rPr>
          <w:b w:val="0"/>
          <w:i w:val="0"/>
        </w:rPr>
        <w:t>Cô nhìn về phía cuối phòng và nhướng mày. “Đó là Fear,” cô nói.</w:t>
      </w:r>
    </w:p>
    <w:p>
      <w:pPr>
        <w:spacing w:after="80"/>
      </w:pPr>
      <w:r>
        <w:rPr>
          <w:b w:val="0"/>
          <w:i w:val="0"/>
        </w:rPr>
        <w:t>“Sợ hãi à?” anh hỏi. “Ừ,” cô đáp, “thỉnh thoảng anh ta mới xuất hiện thôi. Ở đây thật ra chẳng có tác dụng gì. Ý tôi là, anh ta không nằm trong biên chế hay gì cả. Anh ta chỉ xuất hiện và dường như chẳng ai thắc mắc về sự có mặt của anh ta. Chẳng bao giờ nói một lời nào với ai, nhưng khi anh ta ở quanh đây, mọi người dường như lại hành xử khác đi.”</w:t>
      </w:r>
    </w:p>
    <w:p>
      <w:pPr>
        <w:spacing w:after="80"/>
      </w:pPr>
      <w:r>
        <w:rPr>
          <w:b w:val="0"/>
          <w:i w:val="0"/>
        </w:rPr>
        <w:t>McNally cân nhắc xem liệu có nên khôn ngoan mà yêu cầu Sợ Hãi rời đi không. Nhưng có gì đó mách bảo ông rằng sự hiện diện của Sợ Hãi trong tình huống này có thể sẽ hữu ích.</w:t>
      </w:r>
    </w:p>
    <w:p>
      <w:pPr>
        <w:spacing w:after="80"/>
      </w:pPr>
      <w:r>
        <w:rPr>
          <w:b w:val="0"/>
          <w:i w:val="0"/>
        </w:rPr>
        <w:t>Anna bắt gặp ánh mắt của McNally và gõ nhẹ vào đồng hồ của mình. McNally hắng giọng và nói: “Đã bảy giờ rồi, vậy chúng ta bắt đầu thôi. Đầu tiên, tôi muốn cảm ơn tất cả các vị đã sắp xếp lại lịch trình để có mặt ở đây.”</w:t>
      </w:r>
    </w:p>
    <w:p>
      <w:pPr>
        <w:spacing w:after="80"/>
      </w:pPr>
      <w:r>
        <w:rPr>
          <w:b w:val="0"/>
          <w:i w:val="0"/>
        </w:rPr>
        <w:t>Cửa đột nhiên mở ra và Sự Khẩn Cấp lật đật bước vào. Anh ta lẩm bẩm xin lỗi khi tìm chỗ ngồi của mình.</w:t>
      </w:r>
    </w:p>
    <w:p>
      <w:pPr>
        <w:spacing w:after="80"/>
      </w:pPr>
      <w:r>
        <w:rPr>
          <w:b w:val="0"/>
          <w:i w:val="0"/>
        </w:rPr>
        <w:t>McNally tiếp tục: “Như các vị đã biết, Thay Đổi vừa bị sát hại gần đây và tôi đã trao đổi với các vị cùng những người khác trong hai ngày qua.” Ông nhìn thẳng vào Trách Nhiệm và tuyên bố: “Để không có sự hiểu lầm nào, đây là một vụ giết người.” Trách Nhiệm dường như đang đếm từng sợi dây giày của mình. “Anh ta bị đầu độc và kẻ sát nhân đang ở trong căn phòng này.”</w:t>
      </w:r>
    </w:p>
    <w:p>
      <w:pPr>
        <w:spacing w:after="80"/>
      </w:pPr>
      <w:r>
        <w:rPr>
          <w:b w:val="0"/>
          <w:i w:val="0"/>
        </w:rPr>
        <w:t>Những phản ứng rất đa dạng, từ những ánh mắt dò hỏi im lặng cho đến những tiếng thở hổn hển đầy kinh ngạc. Tầm Nhìn thực sự đã quay lưng lại với cửa sổ và nhìn chằm chằm vào McNally.</w:t>
      </w:r>
    </w:p>
    <w:p>
      <w:pPr>
        <w:spacing w:after="80"/>
      </w:pPr>
      <w:r>
        <w:rPr>
          <w:b w:val="0"/>
          <w:i w:val="0"/>
        </w:rPr>
        <w:t>McNally tiếp tục: “Tôi không ngốc như một số người trong các vị nghĩ đâu. Tôi không có bằng cấp cao, nhưng điều tôi biết là Thay Đổi và con người. Tôi đã dành cả sự nghiệp của mình để nghiên cứu cả hai. Thay Đổi hiếm khi được bất kỳ tổ chức nào chấp nhận một cách dễ dàng, nhưng mỗi người trong các vị đều có trách nhiệm giúp anh ta hòa nhập vào đây.</w:t>
      </w:r>
    </w:p>
    <w:p>
      <w:pPr>
        <w:spacing w:after="80"/>
      </w:pPr>
      <w:r>
        <w:rPr>
          <w:b w:val="0"/>
          <w:i w:val="0"/>
        </w:rPr>
        <w:t>“Cô Tầm Nhìn,” McNally nói, nâng cao giọng. Tầm Nhìn giật mình vì bị gọi bất ngờ.</w:t>
      </w:r>
    </w:p>
    <w:p>
      <w:pPr>
        <w:spacing w:after="80"/>
      </w:pPr>
      <w:r>
        <w:rPr>
          <w:b w:val="0"/>
          <w:i w:val="0"/>
        </w:rPr>
        <w:t>“Công việc của cô là giúp người khác nhìn thấy những lợi ích của Thay Đổi. Giúp họ nhìn xa hơn hiện tại và hướng tới tương lai. Cô đã thất bại thảm hại.”</w:t>
      </w:r>
    </w:p>
    <w:p>
      <w:pPr>
        <w:spacing w:after="80"/>
      </w:pPr>
      <w:r>
        <w:rPr>
          <w:b w:val="0"/>
          <w:i w:val="0"/>
        </w:rPr>
        <w:t>Tầm Nhìn lại rút chiếc khăn giấy từ túi áo khoác và bắt đầu lau kính. Cô không ngước lên.</w:t>
      </w:r>
    </w:p>
    <w:p>
      <w:pPr>
        <w:spacing w:after="80"/>
      </w:pPr>
      <w:r>
        <w:rPr>
          <w:b w:val="0"/>
          <w:i w:val="0"/>
        </w:rPr>
        <w:t>“Anh Khẩn Cấp,” McNally gầm lên. “Thay Đổi cần sự hỗ trợ của anh để biến việc hòa nhập của anh ta thành ưu tiên—để giúp anh ta xây dựng một lý lẽ thuyết phục cho chính mình. Anh có trao cho anh ta sự hỗ trợ đó không?” McNally hỏi một cách đầy ẩn ý. “Không, anh lúc nào cũng trễ. Có lẽ anh sẽ trễ cả đám tang của chính mình.</w:t>
      </w:r>
    </w:p>
    <w:p>
      <w:pPr>
        <w:spacing w:after="80"/>
      </w:pPr>
      <w:r>
        <w:rPr>
          <w:b w:val="0"/>
          <w:i w:val="0"/>
        </w:rPr>
        <w:t>“Anh Bảo Trợ,” McNally nói, nhìn thẳng vào mắt anh ta. “Đội ngũ nhân viên cần biết rằng có sự hậu thuẫn từ cấp lãnh đạo cao nhất dành cho Thay Đổi. Điều đó không xảy ra trên sân golf hay qua một lần tuyên bố duy nhất. Cần có một đội ngũ lãnh đạo giỏi để hỗ trợ Thay Đổi—một đội ngũ mà anh đã thất bại trong việc xây dựng.”</w:t>
      </w:r>
    </w:p>
    <w:p>
      <w:pPr>
        <w:spacing w:after="80"/>
      </w:pPr>
      <w:r>
        <w:rPr>
          <w:b w:val="0"/>
          <w:i w:val="0"/>
        </w:rPr>
        <w:t>McNally bước đến cửa sổ và dành vài giây nhìn lên bầu trời trước khi quay lại với khán giả của mình.</w:t>
      </w:r>
    </w:p>
    <w:p>
      <w:pPr>
        <w:spacing w:after="80"/>
      </w:pPr>
      <w:r>
        <w:rPr>
          <w:b w:val="0"/>
          <w:i w:val="0"/>
        </w:rPr>
        <w:t>“Ồ, anh đây rồi,” McNally nói, nhìn về phía Kế Hoạch. “Tôi tưởng anh sẽ để đầu mình tận trên mây chứ. Đó là nơi anh dành phần lớn thời gian của mình, phải không?</w:t>
      </w:r>
    </w:p>
    <w:p>
      <w:pPr>
        <w:spacing w:after="80"/>
      </w:pPr>
      <w:r>
        <w:rPr>
          <w:b w:val="0"/>
          <w:i w:val="0"/>
        </w:rPr>
        <w:t>“Và cô Văn Hóa,” McNally nói, hạ giọng xuống. “Trong tất cả mọi người, cô có thể là người tạo nên phong cách và đặt nền móng cho sự thành công của Thay Đổi. Nhưng con người mà cô nói cô là và con người thật của cô—à, chúng thực sự khá khác biệt, phải không? Cô ra vào nơi này như một bóng ma và mong người ta tôn trọng mình. Đừng tự lừa dối mình nữa.</w:t>
      </w:r>
    </w:p>
    <w:p>
      <w:pPr>
        <w:spacing w:after="80"/>
      </w:pPr>
      <w:r>
        <w:rPr>
          <w:b w:val="0"/>
          <w:i w:val="0"/>
        </w:rPr>
        <w:t>“Và rồi còn có bạn thân của cô, cô Ngân Sách,” ông tiếp tục. “Cô Trách Nhiệm Tài Khóa.”</w:t>
      </w:r>
    </w:p>
    <w:p>
      <w:pPr>
        <w:spacing w:after="80"/>
      </w:pPr>
      <w:r>
        <w:rPr>
          <w:b w:val="0"/>
          <w:i w:val="0"/>
        </w:rPr>
        <w:t>McNally nhận thấy Fear lúc này đang ngồi tựa trên tay vịn ghế sofa, cúi xuống nhìn Budget.</w:t>
      </w:r>
    </w:p>
    <w:p>
      <w:pPr>
        <w:spacing w:after="80"/>
      </w:pPr>
      <w:r>
        <w:rPr>
          <w:b w:val="0"/>
          <w:i w:val="0"/>
        </w:rPr>
        <w:t>McNally tiếp tục: "Budget, cậu biết rằng Change hiếm khi thành công mà không có nguồn tài trợ đầy đủ. Tôi ngạc nhiên là cậu không bị hội chứng ống cổ tay vì dùng con dấu 'từ chối' của mình đấy. Cậu đúng là những nhân vật khác cần làm phần việc của họ trước khi cậu phê duyệt tài trợ, nhưng cậu chưa bao giờ buồn cho họ biết lý do tại sao cậu từ chối nhiều yêu cầu của Change. Nếu họ biết lý do của cậu, có lẽ điều đó sẽ thúc đẩy họ hành động khác đi."</w:t>
      </w:r>
    </w:p>
    <w:p>
      <w:pPr>
        <w:spacing w:after="80"/>
      </w:pPr>
      <w:r>
        <w:rPr>
          <w:b w:val="0"/>
          <w:i w:val="0"/>
        </w:rPr>
        <w:t>"Và rồi chúng ta có ông Trainer lừng lẫy đây." McNally quét tay một cách kịch tính khắp căn phòng. "Tất cả chuyện này với anh chỉ là một trò chơi. Anh có cơ hội độc nhất để giúp nhân viên xây dựng kỹ năng nhằm hỗ trợ Change, nhưng thay vào đó anh lại dành thời gian trong văn phòng xem ESPN. Đây là tỷ số đây, Trainer. Anh là kẻ thua cuộc."</w:t>
      </w:r>
    </w:p>
    <w:p>
      <w:pPr>
        <w:spacing w:after="80"/>
      </w:pPr>
      <w:r>
        <w:rPr>
          <w:b w:val="0"/>
          <w:i w:val="0"/>
        </w:rPr>
        <w:t>Lần đầu tiên trong suốt cuộc họp, Trainer đánh rơi quả bóng của mình.</w:t>
      </w:r>
    </w:p>
    <w:p>
      <w:pPr>
        <w:spacing w:after="80"/>
      </w:pPr>
      <w:r>
        <w:rPr>
          <w:b w:val="0"/>
          <w:i w:val="0"/>
        </w:rPr>
        <w:t>McNally chuyển ánh mắt sang bàn của Accountability. "Và đây chúng ta có băng đảng đùn đẩy trách nhiệm. Các người thật đáng xấu hổ. Change cần sự hỗ trợ của các người để duy trì những thành quả đã đạt được. Người ta cần Accountability khi Change xuất hiện. Các người đã lạm dụng Delegation. Và Follow-up thì chẳng có mặt đủ nhiều. Các người dùng Consequences như một cây búa, mà đó là công cụ thường chỉ hiệu quả khi có Fear hiện diện."</w:t>
      </w:r>
    </w:p>
    <w:p>
      <w:pPr>
        <w:spacing w:after="80"/>
      </w:pPr>
      <w:r>
        <w:rPr>
          <w:b w:val="0"/>
          <w:i w:val="0"/>
        </w:rPr>
        <w:t>Fear lúc này đang đứng sau lưng Consequences, xoa bóp vai anh ta.</w:t>
      </w:r>
    </w:p>
    <w:p>
      <w:pPr>
        <w:spacing w:after="80"/>
      </w:pPr>
      <w:r>
        <w:rPr>
          <w:b w:val="0"/>
          <w:i w:val="0"/>
        </w:rPr>
        <w:t>"Nhưng chúng ta biết," McNally nói khi quay sang Incentive, "rằng có nhiều cách để thúc đẩy người ta chấp nhận Change." Giọng ông không còn gay gắt như trước. "Tôi không chắc về động cơ, nhưng cậu đã có cơ hội. Cậu có cơ hội để thúc đẩy Change mạnh mẽ hơn theo những cách mà nhân viên có thể dễ dàng chấp nhận anh ta hơn. Chỉ vì xung quanh cậu đầy rẫy sự rối loạn chức năng," ông nói khi quét mắt nhìn khán giả, "không có nghĩa là cậu được phép bỏ cuộc."</w:t>
      </w:r>
    </w:p>
    <w:p>
      <w:pPr>
        <w:spacing w:after="80"/>
      </w:pPr>
      <w:r>
        <w:rPr>
          <w:b w:val="0"/>
          <w:i w:val="0"/>
        </w:rPr>
        <w:t>McNally nhìn về phía Communication. Ông tự hỏi cô đã nghe được bao nhiêu cuộc trò chuyện trong lúc cô đang chỉnh máy trợ thính. Ông có ý muốn mở đầu với cô bằng câu "Cô có quyền giữ im lặng," nhưng nghĩ lại thấy không nên.</w:t>
      </w:r>
    </w:p>
    <w:p>
      <w:pPr>
        <w:spacing w:after="80"/>
      </w:pPr>
      <w:r>
        <w:rPr>
          <w:b w:val="0"/>
          <w:i w:val="0"/>
        </w:rPr>
        <w:t>"Cô Communication," ông nói, nâng cao âm lượng, "Change cần một tiếng nói trong tổ chức và cô đã thất bại trong việc cung cấp điều đó một cách nhất quán. Và cũng như anh ta cần tiếng nói đó để thành công, nhân viên cần một đôi tai. Một người để lắng nghe nỗi sợ của họ."</w:t>
      </w:r>
    </w:p>
    <w:p>
      <w:pPr>
        <w:spacing w:after="80"/>
      </w:pPr>
      <w:r>
        <w:rPr>
          <w:b w:val="0"/>
          <w:i w:val="0"/>
        </w:rPr>
        <w:t>Fear lúc này đang ở phía cuối phòng, gật đầu tán đồng.</w:t>
      </w:r>
    </w:p>
    <w:p>
      <w:pPr>
        <w:spacing w:after="80"/>
      </w:pPr>
      <w:r>
        <w:rPr>
          <w:b w:val="0"/>
          <w:i w:val="0"/>
        </w:rPr>
        <w:t>"Một người để nghe những lo lắng và ý tưởng của họ," McNally tiếp tục. "Ở điểm này, cô Communication, cô đã thất bại." Không còn nghi ngờ gì nữa là cô đã nghe thấy ông. Mắt cô rưng rưng.</w:t>
      </w:r>
    </w:p>
    <w:p>
      <w:pPr>
        <w:spacing w:after="80"/>
      </w:pPr>
      <w:r>
        <w:rPr>
          <w:b w:val="0"/>
          <w:i w:val="0"/>
        </w:rPr>
        <w:t>McNally quay lại và bắt gặp ánh mắt của Pecs. Pecs dừng động tác duỗi chân. McNally nói: "Pecs, cái tôi của cậu chính là gót chân Achilles của cậu. Change cần một Change Leadership Team sẽ mang anh ta đi khắp tổ chức. Cậu tự hào vì đã nâng đỡ anh ta, đặc biệt là thổi phồng anh ta lúc ban đầu, nhưng rồi mọi thứ lại trở thành về cậu, phải không? Cậu muốn được ca ngợi, nhưng cậu không muốn làm hết công việc."</w:t>
      </w:r>
    </w:p>
    <w:p>
      <w:pPr>
        <w:spacing w:after="80"/>
      </w:pPr>
      <w:r>
        <w:rPr>
          <w:b w:val="0"/>
          <w:i w:val="0"/>
        </w:rPr>
        <w:t>Tiếp theo là Performance Management. McNally nhìn anh ta và nói: "Cậu làm việc khá tốt trong bối cảnh rối loạn chức năng ở đây, nhưng sau cuộc họp này tôi muốn cậu đến văn phòng của Budget với những đơn đặt hàng đó để cô ấy xem xét lại."</w:t>
      </w:r>
    </w:p>
    <w:p>
      <w:pPr>
        <w:spacing w:after="80"/>
      </w:pPr>
      <w:r>
        <w:rPr>
          <w:b w:val="0"/>
          <w:i w:val="0"/>
        </w:rPr>
        <w:t>Commitment là người duy nhất chưa bị nhắc đến. Anh ta đang ngọ nguậy không yên trên ghế. Fear lơ lửng bên cạnh anh ta như một cái bóng.</w:t>
      </w:r>
    </w:p>
    <w:p>
      <w:pPr>
        <w:spacing w:after="80"/>
      </w:pPr>
      <w:r>
        <w:rPr>
          <w:b w:val="0"/>
          <w:i w:val="0"/>
        </w:rPr>
        <w:t>"Với sự bất tài của các đồng nghiệp, anh Commitment ạ, anh thật sự không có cơ hội." Commitment đang chờ đợi nhiều hơn, nhưng McNally dừng lại ở đó. Fear rời khỏi bên cạnh anh ta.</w:t>
      </w:r>
    </w:p>
    <w:p>
      <w:pPr>
        <w:spacing w:after="80"/>
      </w:pPr>
      <w:r>
        <w:rPr>
          <w:b w:val="0"/>
          <w:i w:val="0"/>
        </w:rPr>
        <w:t>McNally đã đặt đồng hồ của mình trên bục cho khoảnh khắc này. Ông nhìn xuống nó và chờ đợi ba mươi giây im lặng. Ông muốn đó là một sự im lặng khó chịu. Mọi người trong phòng nhìn nhau. Urgency bước đi nhanh hơn. Fear bắt đầu chạy vòng quanh phòng.</w:t>
      </w:r>
    </w:p>
    <w:p>
      <w:pPr>
        <w:spacing w:after="80"/>
      </w:pPr>
      <w:r>
        <w:rPr>
          <w:b w:val="0"/>
          <w:i w:val="0"/>
        </w:rPr>
        <w:t>Đột nhiên Urgency dừng lại và gọi lớn, "Tôi không chịu nổi nữa! Anh nói có người trong phòng này đã giết Change. Ai vậy?"</w:t>
      </w:r>
    </w:p>
    <w:p>
      <w:pPr>
        <w:spacing w:after="80"/>
      </w:pPr>
      <w:r>
        <w:rPr>
          <w:b w:val="0"/>
          <w:i w:val="0"/>
        </w:rPr>
        <w:t>McNally hít một hơi thật sâu và nhìn quanh phòng. "Theo tôi, tất cả các vị đều đã làm điều đó," ông nhấn mạnh. "Tất cả các vị đã giết Change. Hầu hết các vị đều đã thấy hiện trường vụ án. Chiếc ly bị đổ bên cạnh Change không chứa chất độc. Nó đã được xét nghiệm và hoàn toàn sạch. Chất độc giết Change đã giết anh ta rất chậm. Tôi không thể chứng minh, nhưng tôi tin chất độc đó chính là sự thờ ơ—sự thờ ơ của các vị. Anh ta đã cố gắng tồn tại mà không có sự hỗ trợ cần thiết từ các vị, nhưng cuối cùng, đây không phải là công việc của một người. Cuối cùng anh ta đã mất hết ý chí.</w:t>
      </w:r>
    </w:p>
    <w:p>
      <w:pPr>
        <w:spacing w:after="80"/>
      </w:pPr>
      <w:r>
        <w:rPr>
          <w:b w:val="0"/>
          <w:i w:val="0"/>
        </w:rPr>
        <w:t>"Tôi sẽ bắt giữ từng người trong các vị nếu tôi có đủ bằng chứng, nhưng . . ." Giọng ông nhỏ dần.</w:t>
      </w:r>
    </w:p>
    <w:p>
      <w:pPr>
        <w:spacing w:after="80"/>
      </w:pPr>
      <w:r>
        <w:rPr>
          <w:b w:val="0"/>
          <w:i w:val="0"/>
        </w:rPr>
        <w:t>McNally sắp xếp lại giấy tờ trên bục, cất chúng vào cặp và bước ra cửa. Ông quay lại và nói, "Tôi tin chắc rằng rồi đây các vị sẽ lại có một Change khác ở đây. Hãy nhìn mặt tôi. Đây không phải là khuôn mặt mà các vị muốn gặp lại lần nữa."</w:t>
      </w:r>
    </w:p>
    <w:p>
      <w:pPr>
        <w:spacing w:after="80"/>
      </w:pPr>
      <w:r>
        <w:rPr>
          <w:b w:val="0"/>
          <w:i w:val="0"/>
        </w:rPr>
        <w:t>Ông quay lưng lại với đám đông và rời khỏi phòng.</w:t>
      </w:r>
    </w:p>
    <w:p>
      <w:pPr>
        <w:spacing w:before="240" w:after="80"/>
      </w:pPr>
      <w:r>
        <w:rPr>
          <w:b/>
          <w:sz w:val="40"/>
        </w:rPr>
        <w:t>Thay đổi cuộc sống!</w:t>
      </w:r>
      <w:r>
        <w:rPr>
          <w:b/>
          <w:sz w:val="40"/>
        </w:rPr>
        <w:t>Sáng hôm sau, Đặc vụ McNally có mặt tại nghĩa trang. Đêm trước ông đã không ngủ ngon. Ông cảm thấy mình cần phải đến để tỏ lòng thành kính lần cuối. Change không có người thân nào được biết đến. Không có lễ tang, không có điếu văn và không có sự tiếc thương của cộng đồng. McNally không thể để Change ra đi như vậy.</w:t>
      </w:r>
    </w:p>
    <w:p>
      <w:pPr>
        <w:spacing w:after="80"/>
      </w:pPr>
      <w:r>
        <w:rPr>
          <w:b w:val="0"/>
          <w:i w:val="0"/>
        </w:rPr>
        <w:t>Ông kéo cổ áo lên tận cổ khi tiến đến một ngôi mộ do nhà nước chi trả. Buổi sáng trời trong nhưng có gió lạnh thổi. Ông nhìn xuống ngôi mộ đơn sơ.</w:t>
      </w:r>
    </w:p>
    <w:p>
      <w:pPr>
        <w:spacing w:after="80"/>
      </w:pPr>
      <w:r>
        <w:rPr>
          <w:b w:val="0"/>
          <w:i w:val="0"/>
        </w:rPr>
        <w:t>Sau vài phút tỏ lòng thành kính, ông đứng dậy và đi về phía xe của mình. Điện thoại di động ông reo. "McNally đây," ông nói vào điện thoại.</w:t>
      </w:r>
    </w:p>
    <w:p>
      <w:pPr>
        <w:spacing w:after="80"/>
      </w:pPr>
      <w:r>
        <w:rPr>
          <w:b w:val="0"/>
          <w:i w:val="0"/>
        </w:rPr>
        <w:t>Đó là Anna. "Chúng ta có thêm một vụ nữa," cô nói gấp gáp.</w:t>
      </w:r>
    </w:p>
    <w:p>
      <w:pPr>
        <w:spacing w:after="80"/>
      </w:pPr>
      <w:r>
        <w:rPr>
          <w:b w:val="0"/>
          <w:i w:val="0"/>
        </w:rPr>
        <w:t>Tim McNally chùng xuống. "Thi thể ở đâu?" ông hỏi.</w:t>
      </w:r>
    </w:p>
    <w:p>
      <w:pPr>
        <w:spacing w:after="80"/>
      </w:pPr>
      <w:r>
        <w:rPr>
          <w:b w:val="0"/>
          <w:i w:val="0"/>
        </w:rPr>
        <w:t>"À, đó chính là vấn đề. Không có thi thể nào cả," cô nói với chút phấn khích trong giọng.</w:t>
      </w:r>
    </w:p>
    <w:p>
      <w:pPr>
        <w:spacing w:after="80"/>
      </w:pPr>
      <w:r>
        <w:rPr>
          <w:b w:val="0"/>
          <w:i w:val="0"/>
        </w:rPr>
        <w:t>"Ý cô là sao?" McNally hỏi dồn. Anna đáp, "Lại là một Change khác. Lần này là một nhát dao vào lưng và anh ta chưa chết. Anh ta đang ở ICU tại Bệnh viện Memorial."</w:t>
      </w:r>
    </w:p>
    <w:p>
      <w:pPr>
        <w:spacing w:after="80"/>
      </w:pPr>
      <w:r>
        <w:rPr>
          <w:b w:val="0"/>
          <w:i w:val="0"/>
        </w:rPr>
        <w:t>McNally đáp nhanh, "Bảo họ tôi đang trên đường đến." Ông cúp máy, đặt đèn báo lên nắp ca-pô xe và nhấn ga. Bánh xe bắn sỏi tung tóe khi chiếc xe lao đi.</w:t>
      </w:r>
    </w:p>
    <w:p>
      <w:pPr>
        <w:spacing w:after="80"/>
      </w:pPr>
      <w:r>
        <w:rPr>
          <w:b w:val="0"/>
          <w:i w:val="0"/>
        </w:rPr>
        <w:t>McNally liếc nhìn lại qua gương chiếu hậu. Ông thấy ngôi mộ của Change và rồi những gì hẳn phải là hàng trăm ngôi mộ giống hệt như vậy trải dài đến tận chân trời.</w:t>
      </w:r>
    </w:p>
    <w:p>
      <w:pPr>
        <w:spacing w:after="80"/>
      </w:pPr>
      <w:r>
        <w:rPr>
          <w:b w:val="0"/>
          <w:i w:val="0"/>
        </w:rPr>
        <w:t>"Change," ông nói khi phóng xe về phía trước, "vụ này là dành cho anh."</w:t>
      </w:r>
    </w:p>
    <w:p>
      <w:pPr>
        <w:spacing w:before="240" w:after="80"/>
      </w:pPr>
      <w:r>
        <w:rPr>
          <w:b/>
          <w:sz w:val="40"/>
        </w:rPr>
        <w:t>Giúp Change phát triển mạnh trong tổ chức của bạn</w:t>
      </w:r>
      <w:r>
        <w:rPr>
          <w:b/>
          <w:sz w:val="40"/>
        </w:rPr>
        <w:t>KHÔNG nghi ngờ gì nữa, bạn đọc cuốn sách này vì muốn biết làm thế nào để dẫn dắt mọi người vượt qua thay đổi một cách thành công. Đến giờ, bạn đã học được rất nhiều về dàn nhân vật có thể giết chết thay đổi. Tuy nhiên, chính dàn nhân vật này cũng có sức mạnh to lớn để giúp thay đổi phát triển mạnh trong một tổ chức.</w:t>
      </w:r>
    </w:p>
    <w:p>
      <w:pPr>
        <w:spacing w:after="80"/>
      </w:pPr>
      <w:r>
        <w:rPr>
          <w:b w:val="0"/>
          <w:i w:val="0"/>
        </w:rPr>
        <w:t>Chương này khám phá một số thực hành tốt nhất, gắn liền với từng nhân tố, giúp tạo điều kiện và duy trì sự thay đổi trong các tổ chức như của bạn. Hãy dùng những thực hành tốt nhất và câu hỏi này để xác định nơi một sự thay đổi cụ thể được sắp đặt để thành công cũng như nơi sự thay đổi có thể gặp rủi ro. Sau đó xây dựng một kế hoạch hành động để phát huy tiềm năng của bạn và giải quyết các rủi ro.</w:t>
      </w:r>
    </w:p>
    <w:p>
      <w:pPr>
        <w:spacing w:after="80"/>
      </w:pPr>
      <w:r>
        <w:rPr>
          <w:b w:val="0"/>
          <w:i w:val="0"/>
        </w:rPr>
        <w:t>1.</w:t>
      </w:r>
      <w:r>
        <w:rPr>
          <w:b/>
          <w:i w:val="0"/>
        </w:rPr>
        <w:t xml:space="preserve">VĂN HÓA. </w:t>
      </w:r>
      <w:r>
        <w:rPr>
          <w:b w:val="0"/>
          <w:i w:val="0"/>
        </w:rPr>
        <w:t>Văn hóa được định nghĩa là những</w:t>
      </w:r>
    </w:p>
    <w:p>
      <w:pPr>
        <w:spacing w:after="80"/>
      </w:pPr>
      <w:r>
        <w:rPr>
          <w:b w:val="0"/>
          <w:i w:val="0"/>
        </w:rPr>
        <w:t>thái độ, niềm tin và mô thức hành vi chủ đạo đặc trưng cho tổ chức. Vai trò của văn hóa là then chốt xuyên suốt quá trình thay đổi. Văn hóa có sức mạnh hoặc tạo điều kiện và duy trì sự thay đổi, hoặc chôn vùi sự thay đổi. Để gắn kết văn hóa với một sự thay đổi, bạn nên:</w:t>
      </w:r>
    </w:p>
    <w:p>
      <w:pPr>
        <w:spacing w:after="80"/>
      </w:pPr>
      <w:r>
        <w:rPr>
          <w:b w:val="0"/>
          <w:i w:val="0"/>
        </w:rPr>
        <w:t>• Xác định cách bạn có thể tận dụng văn hóa hiện tại để hỗ trợ, tạo điều kiện và duy trì sự thay đổi. • Dùng sự bảo trợ (sponsorship), trách nhiệm giải trình (accountability) và động lực khuyến khích (incentive) để củng cố nền văn hóa cần thiết nhằm tạo điều kiện và duy trì sự thay đổi. • Xác định nơi văn hóa hiện tại chưa gắn kết với sự thay đổi được đề xuất, và những hành động nào cần thiết để gắn kết văn hóa với sự thay đổi.</w:t>
      </w:r>
    </w:p>
    <w:p>
      <w:pPr>
        <w:spacing w:after="80"/>
      </w:pPr>
      <w:r>
        <w:rPr>
          <w:b w:val="0"/>
          <w:i w:val="0"/>
        </w:rPr>
        <w:t>HÃY ĐẶT NHỮNG CÂU HỎI NÀY:</w:t>
      </w:r>
    </w:p>
    <w:p>
      <w:pPr>
        <w:spacing w:after="80"/>
      </w:pPr>
      <w:r>
        <w:rPr>
          <w:b w:val="0"/>
          <w:i w:val="0"/>
        </w:rPr>
        <w:t>• Bạn sẽ mô tả văn hóa của tổ chức mình như thế nào? • Ở những khía cạnh nào văn hóa tổ chức của bạn thuận lợi cho sự thay đổi thành công? • Ở những khía cạnh nào văn hóa của bạn có thể cản trở sự thay đổi thành công? Sẽ khó khăn đến mức nào để thay đổi văn hóa? Bạn có thể làm gì để gắn kết văn hóa với sự thay đổi?</w:t>
      </w:r>
    </w:p>
    <w:p>
      <w:pPr>
        <w:spacing w:after="80"/>
      </w:pPr>
      <w:r>
        <w:rPr>
          <w:b w:val="0"/>
          <w:i w:val="0"/>
        </w:rPr>
        <w:t>2.</w:t>
      </w:r>
      <w:r>
        <w:rPr>
          <w:b/>
          <w:i w:val="0"/>
        </w:rPr>
        <w:t>CAM KẾT.</w:t>
      </w:r>
      <w:r>
        <w:rPr>
          <w:b w:val="0"/>
          <w:i w:val="0"/>
        </w:rPr>
        <w:t xml:space="preserve"> Cam kết mô tả</w:t>
      </w:r>
    </w:p>
    <w:p>
      <w:pPr>
        <w:spacing w:after="80"/>
      </w:pPr>
      <w:r>
        <w:rPr>
          <w:b w:val="0"/>
          <w:i w:val="0"/>
        </w:rPr>
        <w:t>động lực và sự tự tin của một người để tham gia vào những hành vi mới mà sáng kiến thay đổi đòi hỏi. Để tăng cam kết của mọi người với một sự thay đổi, bạn nên:</w:t>
      </w:r>
    </w:p>
    <w:p>
      <w:pPr>
        <w:spacing w:after="80"/>
      </w:pPr>
      <w:r>
        <w:rPr>
          <w:b w:val="0"/>
          <w:i w:val="0"/>
        </w:rPr>
        <w:t>• Tạo các diễn đàn để mọi người bày tỏ câu hỏi và mối quan ngại của họ, rồi phản hồi những câu hỏi và mối quan ngại đó. • Mở rộng cơ hội để tăng sự tham gia và ảnh hưởng của những người được yêu cầu thay đổi. Điều này tạo ra cam kết lâu dài, bền vững với một cách làm việc mới, thay vì chỉ tuân thủ ngắn hạn. • Chủ động sắp xếp cơ hội để những người ủng hộ sự thay đổi tiếp xúc với những người chưa quyết định về sự thay đổi.</w:t>
      </w:r>
    </w:p>
    <w:p>
      <w:pPr>
        <w:spacing w:after="80"/>
      </w:pPr>
      <w:r>
        <w:rPr>
          <w:b w:val="0"/>
          <w:i w:val="0"/>
        </w:rPr>
        <w:t>HÃY ĐẶT NHỮNG CÂU HỎI NÀY:</w:t>
      </w:r>
    </w:p>
    <w:p>
      <w:pPr>
        <w:spacing w:after="80"/>
      </w:pPr>
      <w:r>
        <w:rPr>
          <w:b w:val="0"/>
          <w:i w:val="0"/>
        </w:rPr>
        <w:t>• Những người được yêu cầu thay đổi đã có cơ hội bày tỏ câu hỏi và mối quan ngại của họ chưa? Nếu chưa, làm sao bạn có thể làm nổi bật và giải quyết những câu hỏi và mối quan ngại này? • Những người được yêu cầu thay đổi đã có cơ hội tham gia và gây ảnh hưởng đến quá trình thay đổi chưa? Nếu chưa, làm sao bạn có thể mở rộng cơ hội tham gia và ảnh hưởng như một chiến lược then chốt để thúc đẩy cam kết với sự thay đổi? • Bạn có thể dùng những chiến thuật nào để tăng các cuộc trò chuyện giữa những người ủng hộ sự thay đổi và những người còn đang lưỡng lự? • Bạn đang tìm kiếm sự tuân thủ hay cam kết của mọi người với sự thay đổi? Bạn sẽ làm gì để giành được cam kết của mọi người?</w:t>
      </w:r>
    </w:p>
    <w:p>
      <w:pPr>
        <w:spacing w:after="80"/>
      </w:pPr>
      <w:r>
        <w:rPr>
          <w:b w:val="0"/>
          <w:i w:val="0"/>
        </w:rPr>
        <w:t xml:space="preserve">3. </w:t>
      </w:r>
      <w:r>
        <w:rPr>
          <w:b/>
          <w:i w:val="0"/>
        </w:rPr>
        <w:t>BẢO TRỢ.</w:t>
      </w:r>
      <w:r>
        <w:rPr>
          <w:b w:val="0"/>
          <w:i w:val="0"/>
        </w:rPr>
        <w:t xml:space="preserve"> Người bảo trợ (sponsor) là một lãnh đạo cấp cao</w:t>
      </w:r>
    </w:p>
    <w:p>
      <w:pPr>
        <w:spacing w:after="80"/>
      </w:pPr>
      <w:r>
        <w:rPr>
          <w:b w:val="0"/>
          <w:i w:val="0"/>
        </w:rPr>
        <w:t>có thẩm quyền chính thức để triển khai nguồn lực (ví dụ: thời gian, tiền bạc và con người) hướng tới việc khởi xướng, thực hiện và duy trì một sáng kiến thay đổi. Một người bảo trợ thay đổi hiệu quả nên:</w:t>
      </w:r>
    </w:p>
    <w:p>
      <w:pPr>
        <w:spacing w:after="80"/>
      </w:pPr>
      <w:r>
        <w:rPr>
          <w:b w:val="0"/>
          <w:i w:val="0"/>
        </w:rPr>
        <w:t>• Chọn lựa và gắn kết một đội ngũ lãnh đạo đủ năng lực để dẫn dắt sự thay đổi trên cơ sở hằng ngày.</w:t>
      </w:r>
    </w:p>
    <w:p>
      <w:pPr>
        <w:spacing w:after="80"/>
      </w:pPr>
      <w:r>
        <w:rPr>
          <w:b w:val="0"/>
          <w:i w:val="0"/>
        </w:rPr>
        <w:t>• Giành được cam kết và sự đồng thuận cho sự thay đổi bằng cách làm nổi bật và giải quyết các mối quan ngại, đồng thời lôi cuốn những người được yêu cầu thay đổi vào quá trình ra quyết định. • Làm gương về những hành vi mong đợi ở người khác, ghi nhớ rằng hành động có sức nói lớn hơn lời nói. • Tạo động lực khuyến khích bằng cách ghi nhận và củng cố những hành vi phù hợp với sự thay đổi. • Nuôi dưỡng trách nhiệm giải trình bằng cách cho tổ chức thấy rằng ban lãnh đạo thực sự nghiêm túc với sự thay đổi.</w:t>
      </w:r>
    </w:p>
    <w:p>
      <w:pPr>
        <w:spacing w:after="80"/>
      </w:pPr>
      <w:r>
        <w:rPr>
          <w:b w:val="0"/>
          <w:i w:val="0"/>
        </w:rPr>
        <w:t>HÃY ĐẶT NHỮNG CÂU HỎI NÀY:</w:t>
      </w:r>
    </w:p>
    <w:p>
      <w:pPr>
        <w:spacing w:after="80"/>
      </w:pPr>
      <w:r>
        <w:rPr>
          <w:b w:val="0"/>
          <w:i w:val="0"/>
        </w:rPr>
        <w:t>• Các nhà tài trợ cho sự thay đổi trong tổ chức của bạn có đang thể hiện những hành vi được liệt kê ở trên không? • Nếu các nhà tài trợ của bạn không thể hiện những hành vi được liệt kê ở trên, họ có biết rằng họ được kỳ vọng sẽ thể hiện những hành vi này không? • Nếu các nhà tài trợ của bạn không biết điều gì được kỳ vọng ở họ, bạn sẽ giáo dục họ như thế nào?</w:t>
      </w:r>
    </w:p>
    <w:p>
      <w:pPr>
        <w:spacing w:after="80"/>
      </w:pPr>
      <w:r>
        <w:rPr>
          <w:b w:val="0"/>
          <w:i w:val="0"/>
        </w:rPr>
        <w:t xml:space="preserve">4. </w:t>
      </w:r>
      <w:r>
        <w:rPr>
          <w:b/>
          <w:i w:val="0"/>
        </w:rPr>
        <w:t>ĐỘI NGŨ LÃNH ĐẠO THAY ĐỔI.</w:t>
      </w:r>
      <w:r>
        <w:rPr>
          <w:b w:val="0"/>
          <w:i w:val="0"/>
        </w:rPr>
        <w:t xml:space="preserve"> Đội ngũ lãnh đạo thay đổi là nhóm các nhà lãnh đạo có trách nhiệm hằng ngày trong việc thực thi nhiều chiến lược lãnh đạo thay đổi khác nhau để dẫn dắt mọi người vượt qua thay đổi và mang lại các kết quả kinh doanh của sáng kiến thay đổi. Đội ngũ này nên bao gồm những người:</w:t>
      </w:r>
    </w:p>
    <w:p>
      <w:pPr>
        <w:spacing w:after="80"/>
      </w:pPr>
      <w:r>
        <w:rPr>
          <w:b w:val="0"/>
          <w:i w:val="0"/>
        </w:rPr>
        <w:t>• Đã từng tham gia vào các nỗ lực thay đổi thành công. • Có thể phân bổ thời gian cần thiết. • Được đồng nghiệp tôn trọng. • Có kỹ năng cao. • Sẵn sàng nói lên sự thật với người có quyền lực. • Là những người giao tiếp hiệu quả. • Đại diện cho các quan điểm đa dạng, bao gồm các khu vực và cấp độ khác nhau của tổ chức cũng như những người ủng hộ, các nhà lãnh đạo không chính thức và những người phản đối.</w:t>
      </w:r>
    </w:p>
    <w:p>
      <w:pPr>
        <w:spacing w:after="80"/>
      </w:pPr>
      <w:r>
        <w:rPr>
          <w:b w:val="0"/>
          <w:i w:val="0"/>
        </w:rPr>
        <w:t>Điều quan trọng là đội ngũ lãnh đạo thay đổi phải giao tiếp nhất quán về sự thay đổi, bất kể ai là người giao tiếp.</w:t>
      </w:r>
    </w:p>
    <w:p>
      <w:pPr>
        <w:spacing w:after="80"/>
      </w:pPr>
      <w:r>
        <w:rPr>
          <w:b w:val="0"/>
          <w:i w:val="0"/>
        </w:rPr>
        <w:t>HÃY ĐẶT NHỮNG CÂU HỎI NÀY:</w:t>
      </w:r>
    </w:p>
    <w:p>
      <w:pPr>
        <w:spacing w:after="80"/>
      </w:pPr>
      <w:r>
        <w:rPr>
          <w:b w:val="0"/>
          <w:i w:val="0"/>
        </w:rPr>
        <w:t>• Bạn có đúng người trong đội ngũ lãnh đạo thay đổi hằng ngày của mình không? • Các thành viên trong đội ngũ lãnh đạo thay đổi của bạn có đang nói với một tiếng nói chung không? • Bạn đã tạo ra nhiều đội ngũ lãnh đạo thay đổi để truyền tải sự thay đổi một cách hiệu quả đến tất cả các khu vực của tổ chức chưa?</w:t>
      </w:r>
    </w:p>
    <w:p>
      <w:pPr>
        <w:spacing w:after="80"/>
      </w:pPr>
      <w:r>
        <w:rPr>
          <w:b w:val="0"/>
          <w:i w:val="0"/>
        </w:rPr>
        <w:t>5.</w:t>
      </w:r>
      <w:r>
        <w:rPr>
          <w:b/>
          <w:i w:val="0"/>
        </w:rPr>
        <w:t>GIAO TIẾP.</w:t>
      </w:r>
      <w:r>
        <w:rPr>
          <w:b w:val="0"/>
          <w:i w:val="0"/>
        </w:rPr>
        <w:t xml:space="preserve"> Tầm quan trọng của</w:t>
      </w:r>
    </w:p>
    <w:p>
      <w:pPr>
        <w:spacing w:after="80"/>
      </w:pPr>
      <w:r>
        <w:rPr>
          <w:b w:val="0"/>
          <w:i w:val="0"/>
        </w:rPr>
        <w:t>giao tiếp hiệu quả đối với sự thành công của một sáng kiến thay đổi không thể bị đánh giá thấp. Giao tiếp thay đổi hiệu quả là:</w:t>
      </w:r>
    </w:p>
    <w:p>
      <w:pPr>
        <w:spacing w:after="80"/>
      </w:pPr>
      <w:r>
        <w:rPr>
          <w:b w:val="0"/>
          <w:i w:val="0"/>
        </w:rPr>
        <w:t>• Tập trung vào việc tạo ra đối thoại—không phải giao tiếp một chiều—với các nhà lãnh đạo thay đổi và những người được yêu cầu thay đổi. • Thường xuyên và được phối hợp qua nhiều loại phương tiện khác nhau—một nguyên tắc kinh nghiệm tốt là ít nhất bảy lần và bảy cách khác nhau. • Nhất quán trong thông điệp, bất kể ai là người giao tiếp. • Được truyền tải bởi các nhà tài trợ đáng tin cậy, được tôn trọng, các thành viên đội ngũ lãnh đạo gắn kết và những người ủng hộ sự thay đổi.</w:t>
      </w:r>
    </w:p>
    <w:p>
      <w:pPr>
        <w:spacing w:after="80"/>
      </w:pPr>
      <w:r>
        <w:rPr>
          <w:b w:val="0"/>
          <w:i w:val="0"/>
        </w:rPr>
        <w:t>HÃY ĐẶT NHỮNG CÂU HỎI NÀY:</w:t>
      </w:r>
    </w:p>
    <w:p>
      <w:pPr>
        <w:spacing w:after="80"/>
      </w:pPr>
      <w:r>
        <w:rPr>
          <w:b w:val="0"/>
          <w:i w:val="0"/>
        </w:rPr>
        <w:t>• Giao tiếp về sự thay đổi hiệu quả đến mức nào? • Nếu chưa lý tưởng, bạn sẽ cải thiện hiệu quả của giao tiếp như thế nào? • Bạn đã làm nổi bật và giải quyết các câu hỏi và mối quan tâm của những người được yêu cầu thay đổi chưa? • Bạn có thể sử dụng những chiến thuật nào để tăng cường các cuộc trò chuyện giữa những người ủng hộ sự thay đổi và những người còn đang do dự?</w:t>
      </w:r>
    </w:p>
    <w:p>
      <w:pPr>
        <w:spacing w:after="80"/>
      </w:pPr>
      <w:r>
        <w:rPr>
          <w:b w:val="0"/>
          <w:i w:val="0"/>
        </w:rPr>
        <w:t>6.</w:t>
      </w:r>
      <w:r>
        <w:rPr>
          <w:b/>
          <w:i w:val="0"/>
        </w:rPr>
        <w:t>TÍNH CẤP BÁCH.</w:t>
      </w:r>
      <w:r>
        <w:rPr>
          <w:b w:val="0"/>
          <w:i w:val="0"/>
        </w:rPr>
        <w:t xml:space="preserve"> Tính cấp bách giải thích lý do tại sao sự thay đổi</w:t>
      </w:r>
    </w:p>
    <w:p>
      <w:pPr>
        <w:spacing w:after="80"/>
      </w:pPr>
      <w:r>
        <w:rPr>
          <w:b w:val="0"/>
          <w:i w:val="0"/>
        </w:rPr>
        <w:t>là cần thiết và mọi người phải thay đổi cách làm việc nhanh đến mức nào. Nếu mọi người không có cảm giác cấp bách về nhu cầu thay đổi, quán tính của hiện trạng có khả năng sẽ quá mạnh và mọi người sẽ không thực hiện những thay đổi mà bạn đang tìm kiếm. Có thể sử dụng các phương pháp sau để tạo cảm giác cấp bách ở những người được yêu cầu thay đổi:</w:t>
      </w:r>
    </w:p>
    <w:p>
      <w:pPr>
        <w:spacing w:after="80"/>
      </w:pPr>
      <w:r>
        <w:rPr>
          <w:b w:val="0"/>
          <w:i w:val="0"/>
        </w:rPr>
        <w:t>• Đưa mọi người đối mặt trực tiếp với thực tế của tình huống. Chia sẻ nhiều thông tin và lôi cuốn họ vào việc xác định khoảng cách giữa hiện tại và những gì có thể đạt được.</w:t>
      </w:r>
    </w:p>
    <w:p>
      <w:pPr>
        <w:spacing w:after="80"/>
      </w:pPr>
      <w:r>
        <w:rPr>
          <w:b w:val="0"/>
          <w:i w:val="0"/>
        </w:rPr>
        <w:t>• Đưa ra những lý do đáng tin cậy, thuyết phục để thay đổi, trả lời câu hỏi "Điều gì không ổn với cách mọi thứ đang diễn ra hiện nay?" Phát triển một tinh thần bất mãn chung với hiện trạng. • Định hình sự thay đổi theo một mục tiêu đầy động lực.</w:t>
      </w:r>
    </w:p>
    <w:p>
      <w:pPr>
        <w:spacing w:after="80"/>
      </w:pPr>
      <w:r>
        <w:rPr>
          <w:b w:val="0"/>
          <w:i w:val="0"/>
        </w:rPr>
        <w:t>HÃY ĐẶT NHỮNG CÂU HỎI NÀY:</w:t>
      </w:r>
    </w:p>
    <w:p>
      <w:pPr>
        <w:spacing w:after="80"/>
      </w:pPr>
      <w:r>
        <w:rPr>
          <w:b w:val="0"/>
          <w:i w:val="0"/>
        </w:rPr>
        <w:t>• Những người được yêu cầu thay đổi có nhìn thấy điều gì sai với việc duy trì hiện trạng không? • Họ có cảm giác cấp bách về sự cần thiết phải thay đổi không? • Nếu cảm giác cấp bách của mọi người thấp hơn mức lý tưởng, bạn sẽ làm gì để tạo ra lý lẽ thuyết phục hơn cho sự thay đổi và cảm giác cấp bách lớn hơn?</w:t>
      </w:r>
    </w:p>
    <w:p>
      <w:pPr>
        <w:spacing w:after="80"/>
      </w:pPr>
      <w:r>
        <w:rPr>
          <w:b w:val="0"/>
          <w:i w:val="0"/>
        </w:rPr>
        <w:t>7.</w:t>
      </w:r>
      <w:r>
        <w:rPr>
          <w:b/>
          <w:i w:val="0"/>
        </w:rPr>
        <w:t>TẦM NHÌN.</w:t>
      </w:r>
      <w:r>
        <w:rPr>
          <w:b w:val="0"/>
          <w:i w:val="0"/>
        </w:rPr>
        <w:t xml:space="preserve"> Đối với những người được yêu cầu thay đổi, một</w:t>
      </w:r>
    </w:p>
    <w:p>
      <w:pPr>
        <w:spacing w:after="80"/>
      </w:pPr>
      <w:r>
        <w:rPr>
          <w:b w:val="0"/>
          <w:i w:val="0"/>
        </w:rPr>
        <w:t>tầm nhìn rõ ràng và thuyết phục cho phép họ thấy mình thành công trong bức tranh về tương lai. Tầm nhìn nên:</w:t>
      </w:r>
    </w:p>
    <w:p>
      <w:pPr>
        <w:spacing w:after="80"/>
      </w:pPr>
      <w:r>
        <w:rPr>
          <w:b w:val="0"/>
          <w:i w:val="0"/>
        </w:rPr>
        <w:t>• Kết hợp với sự cấp bách để phá vỡ quán tính của hiện trạng. • Vượt ra ngoài một khẩu hiệu và trình bày một bức tranh rõ ràng về tương lai sẽ trông như thế nào khi sự thay đổi được triển khai thành công.</w:t>
      </w:r>
    </w:p>
    <w:p>
      <w:pPr>
        <w:spacing w:after="80"/>
      </w:pPr>
      <w:r>
        <w:rPr>
          <w:b w:val="0"/>
          <w:i w:val="0"/>
        </w:rPr>
        <w:t>• Lôi cuốn nhiều người tham gia vào quá trình xây dựng tầm nhìn để có quyền sở hữu vượt ra ngoài đội ngũ lãnh đạo đã thống nhất. • Cho phép mọi người thấy mình thành công trong bức tranh về tương lai.</w:t>
      </w:r>
    </w:p>
    <w:p>
      <w:pPr>
        <w:spacing w:after="80"/>
      </w:pPr>
      <w:r>
        <w:rPr>
          <w:b w:val="0"/>
          <w:i w:val="0"/>
        </w:rPr>
        <w:t>HÃY ĐẶT NHỮNG CÂU HỎI NÀY:</w:t>
      </w:r>
    </w:p>
    <w:p>
      <w:pPr>
        <w:spacing w:after="80"/>
      </w:pPr>
      <w:r>
        <w:rPr>
          <w:b w:val="0"/>
          <w:i w:val="0"/>
        </w:rPr>
        <w:t>• Những người được yêu cầu thay đổi đã được hỏi điều gì sẽ khiến họ hào hứng trở thành một phần của tổ chức sau thay đổi chưa? • Mọi người có thể mô tả vai trò tương lai của họ sẽ khác với—và hy vọng là tốt hơn—vai trò hiện tại của họ như thế nào không?</w:t>
      </w:r>
    </w:p>
    <w:p>
      <w:pPr>
        <w:spacing w:after="80"/>
      </w:pPr>
      <w:r>
        <w:rPr>
          <w:b w:val="0"/>
          <w:i w:val="0"/>
        </w:rPr>
        <w:t xml:space="preserve">8. </w:t>
      </w:r>
      <w:r>
        <w:rPr>
          <w:b/>
          <w:i w:val="0"/>
        </w:rPr>
        <w:t>KẾ HOẠCH.</w:t>
      </w:r>
      <w:r>
        <w:rPr>
          <w:b w:val="0"/>
          <w:i w:val="0"/>
        </w:rPr>
        <w:t xml:space="preserve"> Kế hoạch triển khai thay đổi</w:t>
      </w:r>
    </w:p>
    <w:p>
      <w:pPr>
        <w:spacing w:after="80"/>
      </w:pPr>
      <w:r>
        <w:rPr>
          <w:b w:val="0"/>
          <w:i w:val="0"/>
        </w:rPr>
        <w:t>thì quan trọng, nhưng quá trình lập kế hoạch còn quan trọng hơn. Một quá trình lập kế hoạch hiệu quả:</w:t>
      </w:r>
    </w:p>
    <w:p>
      <w:pPr>
        <w:spacing w:after="80"/>
      </w:pPr>
      <w:r>
        <w:rPr>
          <w:b w:val="0"/>
          <w:i w:val="0"/>
        </w:rPr>
        <w:t>• Bao gồm những người được yêu cầu thay đổi, đặc biệt là những người phản đối, những người có thể lường trước điều gì có thể sai sót. • Cung cấp đủ chi tiết để những người hỗ trợ ở tuyến đầu có thể bắt tay vào làm. • Làm rõ các ưu tiên.</w:t>
      </w:r>
    </w:p>
    <w:p>
      <w:pPr>
        <w:spacing w:after="80"/>
      </w:pPr>
      <w:r>
        <w:rPr>
          <w:b w:val="0"/>
          <w:i w:val="0"/>
        </w:rPr>
        <w:t>• Xác định các chỉ số để bạn biết mình đã thành công hay chưa.</w:t>
      </w:r>
    </w:p>
    <w:p>
      <w:pPr>
        <w:spacing w:after="80"/>
      </w:pPr>
      <w:r>
        <w:rPr>
          <w:b w:val="0"/>
          <w:i w:val="0"/>
        </w:rPr>
        <w:t>• Bao gồm các thử nghiệm với những người chấp nhận sớm, những người sẵn lòng đối mặt với thách thức để làm cho sự thay đổi thành công. • Chuẩn bị cho nhu cầu có những "thắng lợi nhanh" (quick wins) để lay chuyển những người còn do dự về việc có nên ủng hộ sự thay đổi hay không. • Phát triển cơ sở hạ tầng phù hợp để hỗ trợ sự thay đổi và đảm bảo bạn không tiết kiệm quá mức trong việc đầu tư vào cơ sở hạ tầng.</w:t>
      </w:r>
    </w:p>
    <w:p>
      <w:pPr>
        <w:spacing w:after="80"/>
      </w:pPr>
      <w:r>
        <w:rPr>
          <w:b w:val="0"/>
          <w:i w:val="0"/>
        </w:rPr>
        <w:t>HÃY ĐẶT NHỮNG CÂU HỎI NÀY:</w:t>
      </w:r>
    </w:p>
    <w:p>
      <w:pPr>
        <w:spacing w:after="80"/>
      </w:pPr>
      <w:r>
        <w:rPr>
          <w:b w:val="0"/>
          <w:i w:val="0"/>
        </w:rPr>
        <w:t>• Dựa trên các tiêu chí ở trên, quá trình lập kế hoạch của bạn hiệu quả đến mức nào? • Nếu thấp hơn mức lý tưởng, bạn sẽ cải thiện quá trình và kế hoạch thu được như thế nào?</w:t>
      </w:r>
    </w:p>
    <w:p>
      <w:pPr>
        <w:spacing w:after="80"/>
      </w:pPr>
      <w:r>
        <w:rPr>
          <w:b w:val="0"/>
          <w:i w:val="0"/>
        </w:rPr>
        <w:t>9.</w:t>
      </w:r>
      <w:r>
        <w:rPr>
          <w:b/>
          <w:i w:val="0"/>
        </w:rPr>
        <w:t>NGÂN SÁCH.</w:t>
      </w:r>
      <w:r>
        <w:rPr>
          <w:b w:val="0"/>
          <w:i w:val="0"/>
        </w:rPr>
        <w:t xml:space="preserve"> Không một sáng kiến thay đổi nào có thể</w:t>
      </w:r>
    </w:p>
    <w:p>
      <w:pPr>
        <w:spacing w:after="80"/>
      </w:pPr>
      <w:r>
        <w:rPr>
          <w:b w:val="0"/>
          <w:i w:val="0"/>
        </w:rPr>
        <w:t>thành công mà không cần chi tiền. Dù vậy, điều quan trọng là phải phân tích các thay đổi được đề xuất từ góc độ tài chính để xác định cách phân bổ nguồn lực hạn chế tốt nhất và đảm bảo lợi tức đầu tư (ROI) lành mạnh. Hãy ghi nhớ những điểm quan trọng sau về ngân sách:</w:t>
      </w:r>
    </w:p>
    <w:p>
      <w:pPr>
        <w:spacing w:after="80"/>
      </w:pPr>
      <w:r>
        <w:rPr>
          <w:b w:val="0"/>
          <w:i w:val="0"/>
        </w:rPr>
        <w:t>• Nhà tài trợ kiểm soát ngân sách, chứ không phải ngược lại. Hãy đảm bảo rằng các nhà tài trợ của bạn thực sự đồng tình với lý lẽ kinh doanh (business case) cho sự thay đổi, nếu không ngân sách sẽ nhấn chìm họ ngay khi có dấu hiệu trục trặc đầu tiên với sự thay đổi. • Đảm bảo bạn không tiết kiệm quá mức trong việc đầu tư vào cơ sở hạ tầng. • Đảm bảo bạn tận dụng các phương pháp tạo sự đồng thuận với chi phí thấp (ví dụ: những nhà lãnh đạo nói đi đôi với làm và củng cố các hành vi mong muốn; những người ủng hộ sự thay đổi thường xuyên trò chuyện với những người còn đang do dự).</w:t>
      </w:r>
    </w:p>
    <w:p>
      <w:pPr>
        <w:spacing w:after="80"/>
      </w:pPr>
      <w:r>
        <w:rPr>
          <w:b w:val="0"/>
          <w:i w:val="0"/>
        </w:rPr>
        <w:t>HÃY ĐẶT NHỮNG CÂU HỎI NÀY:</w:t>
      </w:r>
    </w:p>
    <w:p>
      <w:pPr>
        <w:spacing w:after="80"/>
      </w:pPr>
      <w:r>
        <w:rPr>
          <w:b w:val="0"/>
          <w:i w:val="0"/>
        </w:rPr>
        <w:t>• Các nhà tài trợ của bạn đã cam kết ngân sách cần thiết để giúp sự thay đổi thành công chưa? • Những đòn bẩy thay đổi quan trọng nào đang nhận được ngân sách ít hơn mức cần thiết? • Có lĩnh vực nào đang nhận được ngân sách nhiều hơn mức cần thiết không?</w:t>
      </w:r>
    </w:p>
    <w:p>
      <w:pPr>
        <w:spacing w:after="80"/>
      </w:pPr>
      <w:r>
        <w:rPr>
          <w:b w:val="0"/>
          <w:i w:val="0"/>
        </w:rPr>
        <w:t xml:space="preserve">10. </w:t>
      </w:r>
      <w:r>
        <w:rPr>
          <w:b/>
          <w:i w:val="0"/>
        </w:rPr>
        <w:t>NGƯỜI HUẤN LUYỆN.</w:t>
      </w:r>
      <w:r>
        <w:rPr>
          <w:b w:val="0"/>
          <w:i w:val="0"/>
        </w:rPr>
        <w:t xml:space="preserve"> Người huấn luyện thay đổi cung cấp các trải nghiệm học tập</w:t>
      </w:r>
    </w:p>
    <w:p>
      <w:pPr>
        <w:spacing w:after="80"/>
      </w:pPr>
      <w:r>
        <w:rPr>
          <w:b w:val="0"/>
          <w:i w:val="0"/>
        </w:rPr>
        <w:t>để đảm bảo rằng những người được yêu cầu thay đổi có được các kỹ năng cần thiết để thực hiện sự thay đổi và thành công trong tổ chức tương lai. Một người huấn luyện thay đổi hiệu quả cần có khả năng và sẵn sàng:</w:t>
      </w:r>
    </w:p>
    <w:p>
      <w:pPr>
        <w:spacing w:after="80"/>
      </w:pPr>
      <w:r>
        <w:rPr>
          <w:b w:val="0"/>
          <w:i w:val="0"/>
        </w:rPr>
        <w:t>• Nhìn vào một tình huống và đánh giá những mối quan ngại của những người được yêu cầu thay đổi. • Sử dụng một cách thoải mái nhiều chiến lược lãnh đạo thay đổi khác nhau. • Hợp tác với những người được yêu cầu thay đổi để họ có thể nói lên những quan ngại của mình, gây ảnh hưởng đến quá trình thay đổi và tăng cường cam kết của họ với sự thay đổi. • Chẩn đoán nhu cầu phát triển của một thành viên trong nhóm đối với một mục tiêu hoặc nhiệm vụ cụ thể và cung cấp sự chỉ dẫn và/hoặc hỗ trợ cần thiết để đáp ứng những nhu cầu đó (tức là trở thành một nhà lãnh đạo tình huống - situational leader).</w:t>
      </w:r>
    </w:p>
    <w:p>
      <w:pPr>
        <w:spacing w:after="80"/>
      </w:pPr>
      <w:r>
        <w:rPr>
          <w:b w:val="0"/>
          <w:i w:val="0"/>
        </w:rPr>
        <w:t>HÃY ĐẶT NHỮNG CÂU HỎI NÀY:</w:t>
      </w:r>
    </w:p>
    <w:p>
      <w:pPr>
        <w:spacing w:after="80"/>
      </w:pPr>
      <w:r>
        <w:rPr>
          <w:b w:val="0"/>
          <w:i w:val="0"/>
        </w:rPr>
        <w:t>• Bạn có đủ năng lực và cam kết để trở thành một nhà lãnh đạo hay huấn luyện viên thay đổi hiệu quả, sử dụng các kỹ năng đã nêu ở trên không? • Bạn có đang cung cấp đào tạo chuyên biệt theo công việc để trao cho mọi người những kỹ năng họ cần để tiếp nhận sự thay đổi không? • Bạn có đang sử dụng những người tiếp nhận sự thay đổi sớm và đáng tin cậy để thực hiện việc đào tạo như một cách tăng cường các cuộc trò chuyện giữa những người ủng hộ và những người đang cân nhắc về sự thay đổi không? • Những rào cản về kỹ năng nào đang hiện hữu hoặc có thể lường trước liên quan đến sự thay đổi này? Bạn có thể làm gì để vượt qua những rào cản này?</w:t>
      </w:r>
    </w:p>
    <w:p>
      <w:pPr>
        <w:spacing w:after="80"/>
      </w:pPr>
      <w:r>
        <w:rPr>
          <w:b w:val="0"/>
          <w:i w:val="0"/>
        </w:rPr>
        <w:t xml:space="preserve">11. </w:t>
      </w:r>
      <w:r>
        <w:rPr>
          <w:b/>
          <w:i w:val="0"/>
        </w:rPr>
        <w:t>KHUYẾN KHÍCH.</w:t>
      </w:r>
      <w:r>
        <w:rPr>
          <w:b w:val="0"/>
          <w:i w:val="0"/>
        </w:rPr>
        <w:t xml:space="preserve"> Khuyến khích củng cố các hành vi và kết quả mong muốn giúp tạo điều kiện cho sự thay đổi. Nhiều người nhầm lẫn khuyến khích với phần thưởng bằng tiền. Nhiều nghiên cứu đã chỉ ra rằng sự ghi nhận xứng đáng thường có tác dụng củng cố các hành vi mong muốn tốt hơn cả phần thưởng bằng tiền. Khuyến khích hiệu quả:</w:t>
      </w:r>
    </w:p>
    <w:p>
      <w:pPr>
        <w:spacing w:after="80"/>
      </w:pPr>
      <w:r>
        <w:rPr>
          <w:b w:val="0"/>
          <w:i w:val="0"/>
        </w:rPr>
        <w:t>• Được gắn kết với các hành vi và hiệu suất mong muốn mà sự thay đổi hướng tới. • Được cá nhân hóa và dành cho nhiều người hơn là chỉ một vài người. • Không khuyến khích quá mức việc tiếp nhận sự thay đổi đến mức đánh đổi bằng các mục tiêu hiệu suất quan trọng khác của mọi người không liên quan đến sự thay đổi (ví dụ: bán một sản phẩm hoặc dịch vụ).</w:t>
      </w:r>
    </w:p>
    <w:p>
      <w:pPr>
        <w:spacing w:after="80"/>
      </w:pPr>
      <w:r>
        <w:rPr>
          <w:b w:val="0"/>
          <w:i w:val="0"/>
        </w:rPr>
        <w:t>HÃY ĐẶT NHỮNG CÂU HỎI NÀY:</w:t>
      </w:r>
    </w:p>
    <w:p>
      <w:pPr>
        <w:spacing w:after="80"/>
      </w:pPr>
      <w:r>
        <w:rPr>
          <w:b w:val="0"/>
          <w:i w:val="0"/>
        </w:rPr>
        <w:t>• Bạn có biết điều gì thúc đẩy động lực của từng thành viên trong nhóm mình không? Nếu không, bạn sẽ tìm hiểu bằng cách nào? • Bạn có những ý tưởng sáng tạo nào để ghi nhận mọi người vì sự chăm chỉ, các hành vi và hiệu suất mong muốn của họ?</w:t>
      </w:r>
    </w:p>
    <w:p>
      <w:pPr>
        <w:spacing w:after="80"/>
      </w:pPr>
      <w:r>
        <w:rPr>
          <w:b w:val="0"/>
          <w:i w:val="0"/>
        </w:rPr>
        <w:t xml:space="preserve">12. </w:t>
      </w:r>
      <w:r>
        <w:rPr>
          <w:b/>
          <w:i w:val="0"/>
        </w:rPr>
        <w:t xml:space="preserve">QUẢN LÝ HIỆU SUẤT. </w:t>
      </w:r>
    </w:p>
    <w:p>
      <w:pPr>
        <w:spacing w:after="80"/>
      </w:pPr>
      <w:r>
        <w:rPr>
          <w:b w:val="0"/>
          <w:i w:val="0"/>
        </w:rPr>
        <w:t>Quản lý hiệu suất là quá trình thiết lập các mục tiêu và kỳ vọng về các hành vi và kết quả sẽ tạo điều kiện cho sự thay đổi. Quá trình quản lý hiệu suất:</w:t>
      </w:r>
    </w:p>
    <w:p>
      <w:pPr>
        <w:spacing w:after="80"/>
      </w:pPr>
      <w:r>
        <w:rPr>
          <w:b w:val="0"/>
          <w:i w:val="0"/>
        </w:rPr>
        <w:t>• Bao gồm việc theo dõi tiến độ hướng tới các mục tiêu và kỳ vọng. • Cung cấp phản hồi và huấn luyện. • Ghi nhận một cách chính thức kết quả thực tế so với kết quả mong muốn.</w:t>
      </w:r>
    </w:p>
    <w:p>
      <w:pPr>
        <w:spacing w:after="80"/>
      </w:pPr>
      <w:r>
        <w:rPr>
          <w:b w:val="0"/>
          <w:i w:val="0"/>
        </w:rPr>
        <w:t>HÃY ĐẶT NHỮNG CÂU HỎI NÀY:</w:t>
      </w:r>
    </w:p>
    <w:p>
      <w:pPr>
        <w:spacing w:after="80"/>
      </w:pPr>
      <w:r>
        <w:rPr>
          <w:b w:val="0"/>
          <w:i w:val="0"/>
        </w:rPr>
        <w:t>• Bạn đã rõ cách đo lường hiệu suất sẽ được thực hiện chưa? Bạn có đang xem xét cả các chỉ số dẫn dắt (leading indicators) (ví dụ: mọi người tiếp thu kỹ năng và quy trình mới) lẫn các chỉ số trễ (lagging indicators) (ví dụ: hiệu quả tài chính) không? Bạn đã xác định những chỉ số dẫn dắt nào? • Bạn có cách nào để đo lường tiến độ một cách liên tục, đồng thời đánh giá những rủi ro vẫn còn cần được giải quyết không? • Những người được yêu cầu thay đổi có rõ về những hành vi và kết quả nào được kỳ vọng ở họ và vào thời điểm nào không? • Có những quy trình nào được thiết lập để đảm bảo rằng những người được yêu cầu thay đổi được cung cấp dữ liệu và phản hồi về hiệu suất của họ so với kỳ vọng không? • Những người được yêu cầu thay đổi có rõ về các động lực khuyến khích và hệ quả đối với hành vi và kết quả phù hợp hoặc không phù hợp với sự thay đổi không?</w:t>
      </w:r>
    </w:p>
    <w:p>
      <w:pPr>
        <w:spacing w:after="80"/>
      </w:pPr>
      <w:r>
        <w:rPr>
          <w:b w:val="0"/>
          <w:i w:val="0"/>
        </w:rPr>
        <w:t xml:space="preserve">13. </w:t>
      </w:r>
      <w:r>
        <w:rPr>
          <w:b/>
          <w:i w:val="0"/>
        </w:rPr>
        <w:t>TRÁCH NHIỆM GIẢI TRÌNH.</w:t>
      </w:r>
      <w:r>
        <w:rPr>
          <w:b w:val="0"/>
          <w:i w:val="0"/>
        </w:rPr>
        <w:t xml:space="preserve"> Trách nhiệm giải trình là</w:t>
      </w:r>
    </w:p>
    <w:p>
      <w:pPr>
        <w:spacing w:after="80"/>
      </w:pPr>
      <w:r>
        <w:rPr>
          <w:b w:val="0"/>
          <w:i w:val="0"/>
        </w:rPr>
        <w:t>quá trình theo sát cùng với mọi người để đảm bảo hành vi và kết quả của họ phù hợp với các mục tiêu và kỳ vọng đã thống nhất. Nó đảm bảo rằng các nhà lãnh đạo thực sự làm gương bằng cách tạo ra hệ quả khi hành vi hoặc kết quả không nhất quán với những gì tạo điều kiện cho sự thay đổi. Trách nhiệm giải trình là điều bắt buộc để sự thay đổi có cơ hội thành công. Dấu hiệu của trách nhiệm giải trình hiệu quả là:</w:t>
      </w:r>
    </w:p>
    <w:p>
      <w:pPr>
        <w:spacing w:after="80"/>
      </w:pPr>
      <w:r>
        <w:rPr>
          <w:b w:val="0"/>
          <w:i w:val="0"/>
        </w:rPr>
        <w:t>• Các thước đo thành công được xác định rõ ràng—những mục tiêu theo chuẩn SMART (Cụ thể, Đo lường được, Có thể đạt được, Phù hợp và Có thể theo dõi/Gắn với thời hạn). • Các cuộc họp thường xuyên để kiểm tra tiến độ và lên kế hoạch hành động nhằm giữ sự thay đổi đi đúng hướng. • Trách nhiệm giải trình hai chiều—hợp tác vì hiệu suất giữa nhà lãnh đạo và thành viên nhóm, với mỗi bên chịu trách nhiệm trước bên kia. • Không thiên vị. Mọi người đều phải chịu trách nhiệm giải trình—các nhà lãnh đạo cấp cao, các nhà quản lý và đội ngũ tuyến đầu. Hãy nhớ rằng, những gì nhà lãnh đạo làm quan trọng gấp đôi những gì họ nói, và những gì nhà lãnh đạo củng cố quan trọng gấp ba lần những gì họ nói.</w:t>
      </w:r>
    </w:p>
    <w:p>
      <w:pPr>
        <w:spacing w:after="80"/>
      </w:pPr>
      <w:r>
        <w:rPr>
          <w:b w:val="0"/>
          <w:i w:val="0"/>
        </w:rPr>
        <w:t>HÃY ĐẶT NHỮNG CÂU HỎI NÀY:</w:t>
      </w:r>
    </w:p>
    <w:p>
      <w:pPr>
        <w:spacing w:after="80"/>
      </w:pPr>
      <w:r>
        <w:rPr>
          <w:b w:val="0"/>
          <w:i w:val="0"/>
        </w:rPr>
        <w:t>• Các nhà lãnh đạo có đang tự chịu trách nhiệm và buộc người khác chịu trách nhiệm về việc tiếp nhận sự thay đổi và đưa nó vào văn hóa không? • Những nhà lãnh đạo nào trong tổ chức của bạn giỏi nhất trong việc buộc mọi người chịu trách nhiệm về thay đổi hành vi và hiệu suất? Họ sử dụng những kỹ năng và quy trình nào? • Làm thế nào bạn có thể nhân rộng những kỹ năng và quy trình trách nhiệm giải trình này sang các khu vực khác trong tổ chức của bạn?</w:t>
      </w:r>
    </w:p>
    <w:p>
      <w:pPr>
        <w:spacing w:after="80"/>
      </w:pPr>
      <w:r>
        <w:rPr>
          <w:b w:val="0"/>
          <w:i w:val="0"/>
        </w:rPr>
        <w:t>Chúc bạn may mắn với sáng kiến thay đổi của mình! Và hãy nhớ:</w:t>
      </w:r>
    </w:p>
    <w:p>
      <w:pPr>
        <w:spacing w:after="80"/>
      </w:pPr>
      <w:r>
        <w:rPr>
          <w:b w:val="0"/>
          <w:i w:val="0"/>
        </w:rPr>
        <w:t>✽</w:t>
      </w:r>
    </w:p>
    <w:p>
      <w:pPr>
        <w:spacing w:before="240" w:after="80"/>
      </w:pPr>
      <w:r>
        <w:rPr>
          <w:b/>
          <w:sz w:val="32"/>
        </w:rPr>
        <w:t>Sự Thay Đổi Chỉ Có Thể Thành Công</w:t>
      </w:r>
    </w:p>
    <w:p>
      <w:pPr>
        <w:spacing w:before="240" w:after="80"/>
      </w:pPr>
      <w:r>
        <w:rPr>
          <w:b/>
          <w:sz w:val="32"/>
        </w:rPr>
        <w:t>Khi Những Nhân Vật Quen Thuộc</w:t>
      </w:r>
    </w:p>
    <w:p>
      <w:pPr>
        <w:spacing w:before="240" w:after="80"/>
      </w:pPr>
      <w:r>
        <w:rPr>
          <w:b/>
          <w:sz w:val="32"/>
        </w:rPr>
        <w:t>Trong Một Tổ Chức Kết Hợp Những Tài Năng Độc Đáo Của Họ</w:t>
      </w:r>
    </w:p>
    <w:p>
      <w:pPr>
        <w:spacing w:before="240" w:after="80"/>
      </w:pPr>
      <w:r>
        <w:rPr>
          <w:b/>
          <w:sz w:val="32"/>
        </w:rPr>
        <w:t>Và Liên Tục Lôi Cuốn Người Khác Vào</w:t>
      </w:r>
    </w:p>
    <w:p>
      <w:pPr>
        <w:spacing w:before="240" w:after="80"/>
      </w:pPr>
      <w:r>
        <w:rPr>
          <w:b/>
          <w:sz w:val="32"/>
        </w:rPr>
        <w:t xml:space="preserve">Việc Khởi Xướng, Triển Khai Và Duy Trì </w:t>
      </w:r>
    </w:p>
    <w:p>
      <w:pPr>
        <w:spacing w:before="240" w:after="80"/>
      </w:pPr>
      <w:r>
        <w:rPr>
          <w:b/>
          <w:sz w:val="32"/>
        </w:rPr>
        <w:t xml:space="preserve">Sự Thay Đổi </w:t>
      </w:r>
    </w:p>
    <w:p>
      <w:pPr>
        <w:spacing w:after="80"/>
      </w:pPr>
      <w:r>
        <w:rPr>
          <w:b w:val="0"/>
          <w:i w:val="0"/>
        </w:rPr>
        <w:t>✽</w:t>
      </w:r>
    </w:p>
    <w:p>
      <w:pPr>
        <w:spacing w:before="240" w:after="80"/>
      </w:pPr>
      <w:r>
        <w:rPr>
          <w:b/>
          <w:sz w:val="32"/>
        </w:rPr>
        <w:t>Các Dịch Vụ Sẵn Có</w:t>
      </w:r>
    </w:p>
    <w:p>
      <w:pPr>
        <w:spacing w:after="80"/>
      </w:pPr>
      <w:r>
        <w:rPr>
          <w:b w:val="0"/>
          <w:i w:val="0"/>
        </w:rPr>
        <w:t>The Ken Blanchard Companies® là công ty hàng đầu toàn cầu về học tập tại nơi làm việc, năng suất, hiệu suất và hiệu quả lãnh đạo, nổi tiếng nhất với chương trình Situational Leadership® II—mô hình lãnh đạo được giảng dạy rộng rãi nhất trên thế giới. Nhờ khả năng giúp mọi người tỏa sáng với vai trò tự lãnh đạo và lãnh đạo người khác, SLII® được các công ty trong Fortune 500 cũng như các doanh nghiệp vừa và nhỏ, các cơ quan chính phủ và các tổ chức giáo dục, phi lợi nhuận ưa chuộng.</w:t>
      </w:r>
    </w:p>
    <w:p>
      <w:pPr>
        <w:spacing w:after="80"/>
      </w:pPr>
      <w:r>
        <w:rPr>
          <w:b w:val="0"/>
          <w:i w:val="0"/>
        </w:rPr>
        <w:t>Các chương trình của Blanchard®—dựa trên bằng chứng rằng con người là chìa khóa để hoàn thành các mục tiêu chiến lược và thúc đẩy kết quả kinh doanh—phát triển sự xuất sắc trong lãnh đạo, làm việc nhóm, lòng trung thành của khách hàng, quản lý thay đổi và cải thiện hiệu suất. Nghiên cứu không ngừng của công ty chỉ ra các thực tiễn tốt nhất để cải thiện nơi làm việc, trong khi đội ngũ huấn luyện viên và giảng viên đẳng cấp thế giới thúc đẩy thay đổi về tổ chức và hành vi ở mọi cấp độ, đồng thời giúp mọi người chuyển từ học sang làm.</w:t>
      </w:r>
    </w:p>
    <w:p>
      <w:pPr>
        <w:spacing w:after="80"/>
      </w:pPr>
      <w:r>
        <w:rPr>
          <w:b w:val="0"/>
          <w:i w:val="0"/>
        </w:rPr>
        <w:t>Các chuyên gia lãnh đạo từ The Ken Blanchard Companies® sẵn sàng cho các buổi hội thảo, tư vấn và bài phát biểu chính về phát triển tổ chức, hiệu suất nơi làm việc và xu hướng kinh doanh.</w:t>
      </w:r>
    </w:p>
    <w:p>
      <w:pPr>
        <w:spacing w:after="80"/>
      </w:pPr>
      <w:r>
        <w:rPr>
          <w:b/>
          <w:i w:val="0"/>
        </w:rPr>
        <w:t xml:space="preserve">Trụ sở chính toàn cầu </w:t>
      </w:r>
      <w:r>
        <w:rPr>
          <w:b w:val="0"/>
          <w:i w:val="0"/>
        </w:rPr>
        <w:t>The Ken Blanchard Companies 125 State Place Escondido, CA 92029 www.kenblanchard.com +1.800.728.6000 từ Hoa Kỳ +1.760.489.5005 từ bất kỳ đâu</w:t>
      </w:r>
    </w:p>
    <w:p>
      <w:pPr>
        <w:spacing w:before="240" w:after="80"/>
      </w:pPr>
      <w:r>
        <w:rPr>
          <w:b/>
          <w:sz w:val="32"/>
        </w:rPr>
        <w:t>Dẫn dắt con người qua thay đổi</w:t>
      </w:r>
    </w:p>
    <w:p>
      <w:pPr>
        <w:spacing w:after="80"/>
      </w:pPr>
      <w:r>
        <w:rPr>
          <w:b w:val="0"/>
          <w:i w:val="0"/>
        </w:rPr>
        <w:t>Thay đổi chưa bao giờ dễ dàng. Khoảng 70 phần trăm các nỗ lực thay đổi thất bại hoặc bị chệch hướng. Thất bại của một thay đổi tổ chức có thể dẫn đến những hậu quả tai hại, như năng suất và tinh thần thấp, kỳ vọng không được đáp ứng, lãng phí thời gian và tiền bạc, và tỷ lệ nhân viên nghỉ việc tăng cao.</w:t>
      </w:r>
    </w:p>
    <w:p>
      <w:pPr>
        <w:spacing w:after="80"/>
      </w:pPr>
      <w:r>
        <w:rPr>
          <w:b w:val="0"/>
          <w:i w:val="0"/>
        </w:rPr>
        <w:t>Dẫn dắt con người qua thay đổi dạy các nhà lãnh đạo cách nhận diện và giải quyết những câu hỏi điển hình mà nhân viên đặt ra trong quá trình thay đổi, cũng như cách sử dụng chiến lược lãnh đạo thay đổi phù hợp và các hành vi tương ứng để giải quyết những lo ngại. Những chiến lược này được dùng để giải quyết các nguyên nhân thất bại phổ biến nhất trong một tổ chức và để xử lý các giai đoạn lo ngại có thể dự đoán trước. Mô hình được trình bày trong chương trình này có thể áp dụng cho mọi loại nỗ lực thay đổi, bao gồm sáp nhập và mua lại, tái cấu trúc quy trình kinh doanh, mở rộng lực lượng bán hàng và triển khai công nghệ.</w:t>
      </w:r>
    </w:p>
    <w:p>
      <w:pPr>
        <w:spacing w:after="80"/>
      </w:pPr>
      <w:r>
        <w:rPr>
          <w:b w:val="0"/>
          <w:i w:val="0"/>
        </w:rPr>
        <w:t>Liên hệ The Ken Blanchard Companies® theo số +1.760.489.5005 để tìm hiểu cách công ty bạn có thể cải thiện sự đồng thuận, cam kết và hiệu suất của những người được yêu cầu thay đổi.</w:t>
      </w:r>
    </w:p>
    <w:p>
      <w:pPr>
        <w:spacing w:before="240" w:after="80"/>
      </w:pPr>
      <w:r>
        <w:rPr>
          <w:b/>
          <w:sz w:val="32"/>
        </w:rPr>
        <w:t>Mạng xã hội</w:t>
      </w:r>
    </w:p>
    <w:p>
      <w:pPr>
        <w:spacing w:after="80"/>
      </w:pPr>
      <w:r>
        <w:rPr>
          <w:b/>
          <w:i w:val="0"/>
        </w:rPr>
        <w:t xml:space="preserve">Ghé thăm Blanchard trên YouTube </w:t>
      </w:r>
      <w:r>
        <w:rPr>
          <w:b w:val="0"/>
          <w:i w:val="0"/>
        </w:rPr>
        <w:t>Xem các nhà tư tưởng hàng đầu từ The Ken Blanchard Companies®</w:t>
      </w:r>
    </w:p>
    <w:p>
      <w:pPr>
        <w:spacing w:after="80"/>
      </w:pPr>
      <w:r>
        <w:rPr>
          <w:b w:val="0"/>
          <w:i w:val="0"/>
        </w:rPr>
        <w:t>trong hành động. Liên kết và đăng ký kênh của Blanchard để nhận cập nhật khi có video mới được đăng.</w:t>
      </w:r>
    </w:p>
    <w:p>
      <w:pPr>
        <w:spacing w:after="80"/>
      </w:pPr>
      <w:r>
        <w:rPr>
          <w:b/>
          <w:i w:val="0"/>
        </w:rPr>
        <w:t xml:space="preserve">Tham gia Câu lạc bộ Người hâm mộ Blanchard trên Facebook </w:t>
      </w:r>
      <w:r>
        <w:rPr>
          <w:b w:val="0"/>
          <w:i w:val="0"/>
        </w:rPr>
        <w:t>Hãy trở thành một phần trong vòng thân tín của chúng tôi và liên kết với Ken Blanchard trên Facebook. Gặp gỡ những người hâm mộ khác của Ken và các cuốn sách của ông. Truy cập video và hình ảnh và nhận lời mời đến các sự kiện đặc biệt.</w:t>
      </w:r>
    </w:p>
    <w:p>
      <w:pPr>
        <w:spacing w:after="80"/>
      </w:pPr>
      <w:r>
        <w:rPr>
          <w:b/>
          <w:i w:val="0"/>
        </w:rPr>
        <w:t xml:space="preserve">Tham gia Trò chuyện với Ken Blanchard </w:t>
      </w:r>
      <w:r>
        <w:rPr>
          <w:b w:val="0"/>
          <w:i w:val="0"/>
        </w:rPr>
        <w:t>Blog của Blanchard, HowWeLead.org, được tạo ra để truyền cảm hứng cho thay đổi tích cực. Đây là một trang dịch vụ công cộng dành cho các chủ đề lãnh đạo gắn kết tất cả chúng ta. Trang này phi đảng phái và thế tục, không kêu gọi hay nhận quyên góp. Đây là một mạng xã hội nơi bạn sẽ gặp những người quan tâm sâu sắc đến lãnh đạo có trách nhiệm. Và đây cũng là nơi Ken Blanchard muốn nghe ý kiến của bạn.</w:t>
      </w:r>
    </w:p>
    <w:p>
      <w:pPr>
        <w:spacing w:before="240" w:after="80"/>
      </w:pPr>
      <w:r>
        <w:rPr>
          <w:b/>
          <w:sz w:val="32"/>
        </w:rPr>
        <w:t>Công cụ cho Thay đổi</w:t>
      </w:r>
    </w:p>
    <w:p>
      <w:pPr>
        <w:spacing w:after="80"/>
      </w:pPr>
      <w:r>
        <w:rPr>
          <w:b w:val="0"/>
          <w:i w:val="0"/>
        </w:rPr>
        <w:t>Ghé thăm www.kenblanchard.com và nhấp vào Tools for Change để tìm hiểu về các buổi hội thảo, dịch vụ huấn luyện và chương trình lãnh đạo giúp tổ chức của bạn tạo ra những thay đổi hành vi lâu dài với tác động có thể đo lường được.</w:t>
      </w:r>
    </w:p>
    <w:p>
      <w:pPr>
        <w:spacing w:before="240" w:after="80"/>
      </w:pPr>
      <w:r>
        <w:rPr>
          <w:b/>
          <w:sz w:val="32"/>
        </w:rPr>
        <w:t>Diễn giả chính</w:t>
      </w:r>
    </w:p>
    <w:p>
      <w:pPr>
        <w:spacing w:after="80"/>
      </w:pPr>
      <w:r>
        <w:rPr>
          <w:b w:val="0"/>
          <w:i w:val="0"/>
        </w:rPr>
        <w:t>Các diễn giả chủ chốt của Blanchard mang đến những hiểu biết sâu sắc và bền vững về lãnh đạo tại mọi loại sự kiện liên quan đến quản lý, bao gồm các buổi họp mặt và lễ kỷ niệm của doanh nghiệp, hội nghị hiệp hội, họp bán hàng, hội nghị ngành và các buổi tĩnh tâm dành cho lãnh đạo cấp cao. Mạng lưới chuyên gia diễn thuyết của chúng tôi nằm trong số những người giỏi nhất thế giới trong việc truyền cảm hứng để khán giả đạt đến những mức độ cam kết và nhiệt huyết mới.</w:t>
      </w:r>
    </w:p>
    <w:p>
      <w:pPr>
        <w:spacing w:after="80"/>
      </w:pPr>
      <w:r>
        <w:rPr>
          <w:b w:val="0"/>
          <w:i w:val="0"/>
        </w:rPr>
        <w:t>Các chủ đề diễn thuyết của Blanchard bao gồm:</w:t>
      </w:r>
    </w:p>
    <w:p>
      <w:pPr>
        <w:spacing w:after="80"/>
      </w:pPr>
      <w:r>
        <w:rPr>
          <w:b w:val="0"/>
          <w:i w:val="0"/>
        </w:rPr>
        <w:t>• Khai vấn (Coaching) • Lòng trung thành của khách hàng (Customer Loyalty) • Sự gắn kết của nhân viên (Employee Engagement) • Lãnh đạo (Leadership)</w:t>
      </w:r>
    </w:p>
    <w:p>
      <w:pPr>
        <w:spacing w:after="80"/>
      </w:pPr>
      <w:r>
        <w:rPr>
          <w:b w:val="0"/>
          <w:i w:val="0"/>
        </w:rPr>
        <w:t>• Động lực và truyền cảm hứng (Motivation and Inspiration) • Thay đổi tổ chức (Organizational Change)</w:t>
      </w:r>
    </w:p>
    <w:p>
      <w:pPr>
        <w:spacing w:after="80"/>
      </w:pPr>
      <w:r>
        <w:rPr>
          <w:b w:val="0"/>
          <w:i w:val="0"/>
        </w:rPr>
        <w:t>• Lãnh đạo khu vực công (Public Sector Leadership) • Xây dựng đội ngũ (Team Building)</w:t>
      </w:r>
    </w:p>
    <w:p>
      <w:pPr>
        <w:spacing w:after="80"/>
      </w:pPr>
      <w:r>
        <w:rPr>
          <w:b w:val="0"/>
          <w:i w:val="0"/>
        </w:rPr>
        <w:t>• Phụ nữ trong vai trò lãnh đạo (Women in Leadership)</w:t>
      </w:r>
    </w:p>
    <w:p>
      <w:pPr>
        <w:spacing w:after="80"/>
      </w:pPr>
      <w:r>
        <w:rPr>
          <w:b w:val="0"/>
          <w:i w:val="0"/>
        </w:rPr>
        <w:t>Để đặt một diễn giả chủ chốt của Blanchard cho sự kiện sắp tới của bạn, vui lòng gọi:</w:t>
      </w:r>
    </w:p>
    <w:p>
      <w:pPr>
        <w:spacing w:after="80"/>
      </w:pPr>
      <w:r>
        <w:rPr>
          <w:b w:val="0"/>
          <w:i w:val="0"/>
        </w:rPr>
        <w:t>Hoa Kỳ: +1.800.728.6052 Vương quốc Anh: +44.1483.456300 Canada: +1.800.665.5023 Quốc tế: +1.760.489.5005</w:t>
      </w:r>
    </w:p>
    <w:p>
      <w:pPr>
        <w:spacing w:after="80"/>
      </w:pPr>
      <w:r>
        <w:rPr>
          <w:b w:val="0"/>
          <w:i w:val="0"/>
        </w:rPr>
        <w:t>Hoặc truy cập www.kenblanchard.com/speakers để tìm hiểu thêm và đặt diễn giả của bạn ngay hôm nay.</w:t>
      </w:r>
    </w:p>
    <w:p>
      <w:pPr>
        <w:spacing w:before="240" w:after="80"/>
      </w:pPr>
      <w:r>
        <w:rPr>
          <w:b/>
          <w:sz w:val="32"/>
        </w:rPr>
        <w:t>Về các tác giả</w:t>
      </w:r>
    </w:p>
    <w:p>
      <w:pPr>
        <w:spacing w:after="80"/>
      </w:pPr>
      <w:r>
        <w:rPr>
          <w:b/>
          <w:i w:val="0"/>
        </w:rPr>
        <w:t>KEN BLANCHARD</w:t>
      </w:r>
      <w:r>
        <w:rPr>
          <w:b w:val="0"/>
          <w:i w:val="0"/>
        </w:rPr>
        <w:t xml:space="preserve"> là tác giả sách bán chạy quốc tế và diễn giả truyền cảm hứng, với các cuốn sách bao gồm </w:t>
      </w:r>
      <w:r>
        <w:rPr>
          <w:b w:val="0"/>
          <w:i/>
        </w:rPr>
        <w:t>The One Minute Manager®, The One Minute Entrepreneur™,</w:t>
      </w:r>
      <w:r>
        <w:rPr>
          <w:b w:val="0"/>
          <w:i w:val="0"/>
        </w:rPr>
        <w:t xml:space="preserve"> và </w:t>
      </w:r>
      <w:r>
        <w:rPr>
          <w:b w:val="0"/>
          <w:i/>
        </w:rPr>
        <w:t>Leading at a Higher Level,</w:t>
      </w:r>
      <w:r>
        <w:rPr>
          <w:b w:val="0"/>
          <w:i w:val="0"/>
        </w:rPr>
        <w:t xml:space="preserve"> đã bán được hơn mười tám triệu bản bằng ba mươi ngôn ngữ. Ông sống ở San Diego, California.</w:t>
      </w:r>
    </w:p>
    <w:p>
      <w:pPr>
        <w:spacing w:after="80"/>
      </w:pPr>
      <w:r>
        <w:rPr>
          <w:b/>
          <w:i w:val="0"/>
        </w:rPr>
        <w:t>JOHN BRITT</w:t>
      </w:r>
      <w:r>
        <w:rPr>
          <w:b w:val="0"/>
          <w:i w:val="0"/>
        </w:rPr>
        <w:t xml:space="preserve"> đã cung cấp hướng dẫn về thay đổi cho một số tổ chức lớn trong hai mươi năm qua. Ông là đối tác của Mountjoy and Bressler, LLP, nơi ông tiếp tục cung cấp tư vấn quản lý lãnh đạo thay đổi. Ông sống ở Louisville, Kentucky.</w:t>
      </w:r>
    </w:p>
    <w:p>
      <w:pPr>
        <w:spacing w:after="80"/>
      </w:pPr>
      <w:r>
        <w:rPr>
          <w:b/>
          <w:i w:val="0"/>
        </w:rPr>
        <w:t>JUDD HOEKSTRA</w:t>
      </w:r>
      <w:r>
        <w:rPr>
          <w:b w:val="0"/>
          <w:i w:val="0"/>
        </w:rPr>
        <w:t xml:space="preserve"> là một trong những chuyên gia của The Ken Blanchard Companies về dẫn dắt thay đổi và là đồng tác giả của chương trình Leading People Through Change của công ty, cũng như đồng tác giả của </w:t>
      </w:r>
      <w:r>
        <w:rPr>
          <w:b w:val="0"/>
          <w:i/>
        </w:rPr>
        <w:t>Leading at a Higher Level.</w:t>
      </w:r>
      <w:r>
        <w:rPr>
          <w:b w:val="0"/>
          <w:i w:val="0"/>
        </w:rPr>
        <w:t xml:space="preserve"> Ông cũng dẫn dắt các đội ngũ có hiệu suất cao cho một số mối quan hệ đối tác khách hàng mạnh nhất của Blanchard</w:t>
      </w:r>
      <w:r>
        <w:rPr>
          <w:b w:val="0"/>
          <w:i/>
        </w:rPr>
        <w:t xml:space="preserve">. </w:t>
      </w:r>
    </w:p>
    <w:p>
      <w:pPr>
        <w:spacing w:after="80"/>
      </w:pPr>
      <w:r>
        <w:rPr>
          <w:b/>
          <w:i w:val="0"/>
        </w:rPr>
        <w:t>PAT ZIGARMI</w:t>
      </w:r>
      <w:r>
        <w:rPr>
          <w:b w:val="0"/>
          <w:i w:val="0"/>
        </w:rPr>
        <w:t xml:space="preserve"> là cộng sự sáng lập của The Ken Blanchard Companies, nơi bà hiện đảm nhiệm vai trò phó chủ tịch phát triển kinh doanh. Bà là đồng tác giả của </w:t>
      </w:r>
      <w:r>
        <w:rPr>
          <w:b w:val="0"/>
          <w:i/>
        </w:rPr>
        <w:t>Leadership and the One Minute Manager</w:t>
      </w:r>
      <w:r>
        <w:rPr>
          <w:b w:val="0"/>
          <w:i w:val="0"/>
        </w:rPr>
        <w:t xml:space="preserve"> và </w:t>
      </w:r>
      <w:r>
        <w:rPr>
          <w:b w:val="0"/>
          <w:i/>
        </w:rPr>
        <w:t xml:space="preserve">Leading at a Higher Level. </w:t>
      </w:r>
    </w:p>
    <w:p>
      <w:pPr>
        <w:spacing w:after="80"/>
      </w:pPr>
      <w:r>
        <w:rPr>
          <w:b w:val="0"/>
          <w:i w:val="0"/>
        </w:rPr>
        <w:t xml:space="preserve">www.kenblanchard.com </w:t>
      </w:r>
      <w:r>
        <w:rPr>
          <w:b/>
          <w:i w:val="0"/>
        </w:rPr>
        <w:t xml:space="preserve">Truy cập blog của Ken tại www.howwelead.org </w:t>
      </w:r>
    </w:p>
    <w:p>
      <w:pPr>
        <w:spacing w:after="80"/>
      </w:pPr>
      <w:r>
        <w:rPr>
          <w:b w:val="0"/>
          <w:i w:val="0"/>
        </w:rPr>
        <w:t>Truy cập www.AuthorTracker.com để biết thông tin độc quyền về tác giả HarperCollins yêu thích của bạn.</w:t>
      </w:r>
    </w:p>
    <w:p>
      <w:pPr>
        <w:spacing w:after="80"/>
      </w:pPr>
      <w:r>
        <w:rPr>
          <w:b w:val="0"/>
          <w:i/>
        </w:rPr>
        <w:t xml:space="preserve">Cũng của Ken Blanchard </w:t>
      </w:r>
    </w:p>
    <w:p>
      <w:pPr>
        <w:spacing w:after="80"/>
      </w:pPr>
      <w:r>
        <w:rPr>
          <w:b w:val="0"/>
          <w:i/>
        </w:rPr>
        <w:t xml:space="preserve">THE ONE MINUTE ENTREPRENEUR (cùng Don Hutson), 2008 LEADING AT A HIGHER LEVEL (cùng các Founding Associate và Consulting Partner của The Ken Blanchard Companies), 2007 SELF LEADERSHIP AND THE ONE MINUTE MANAGER (cùng Susan Fowler và Laurence Hawkins), 2005 THE LEADERSHIP PILL (cùng Marc Muchnick), 2003 FULL STEAM AHEAD! (cùng Jesse Stoner), 2003 THE SERVANT LEADER (cùng Phil Hodges), 2003 THE ONE MINUTE APOLOGY (cùng Margret McBride), 2003 ZAP THE GAPS! (cùng Dana Robinson và Jim Robinson), 2002 WHALE DONE! (cùng Thad Lacinak, Chuck Tompkins và Jim Ballard), 2002 HIGH FIVE! (cùng Sheldon Bowles, Donald Carew và Eunice Parisi-Carew), 2000 MANAGEMENT OF ORGANIZATIONAL BEHAVIOR (cùng Paul Hersey), ấn bản thứ 8, 2000 BIG BUCKS! (cùng Sheldon Bowles), 2000 LEADERSHIP BY THE BOOK (cùng Bill Hybels và Phil Hodges), 1999 THE HEART OF A LEADER, 1999 GUNG HO! (cùng Sheldon Bowles), 1998 MANAGING BY VALUES (cùng Michael O’Connor), 1997 MISSION POSSIBLE (cùng Terry Waghorn), 1996 EMPOWERMENT TAKES MORE THAN A MINUTE (cùng John P. Carlos và Alan Randolph), 1996 EVERYONE’S A COACH (cùng Don Shula), 1995 RAVING FANS (cùng Sheldon Bowles), 1993 THE ONE MINUTE MANAGER BUILDS HIGH PERFORMING TEAMS (cùng Don Carew và Eunice Parisi-Carew), 1990 THE ONE MINUTE MANAGER MEETS THE MONKEY (cùng William Oncken, Jr., và Hal Burrows), 1989 THE POWER OF ETHICAL MANAGEMENT (cùng Norman Vincent Peale), 1988 THE ONE MINUTE MANAGER GETS FIT (cùng D. W. Edington và Marjorie Blanchard), 1986 LEADERSHIP AND THE ONE MINUTE MANAGER (cùng Patricia Zigarmi và Drea Zigarmi), 1985 PUTTING THE ONE MINUTE MANAGER TO WORK (cùng Robert Lorber), 1984 THE ONE MINUTE MANAGER (cùng Spencer Johnson), 1982 </w:t>
      </w:r>
    </w:p>
    <w:p>
      <w:pPr>
        <w:spacing w:before="240" w:after="80"/>
      </w:pPr>
      <w:r>
        <w:rPr>
          <w:b/>
          <w:sz w:val="32"/>
        </w:rPr>
        <w:t>Ghi công</w:t>
      </w:r>
    </w:p>
    <w:p>
      <w:pPr>
        <w:spacing w:after="80"/>
      </w:pPr>
      <w:r>
        <w:rPr>
          <w:b w:val="0"/>
          <w:i w:val="0"/>
        </w:rPr>
        <w:t>Minh họa bìa của Jeff Moores</w:t>
      </w:r>
    </w:p>
    <w:p>
      <w:pPr>
        <w:spacing w:before="240" w:after="80"/>
      </w:pPr>
      <w:r>
        <w:rPr>
          <w:b/>
          <w:sz w:val="32"/>
        </w:rPr>
        <w:t>Bản quyền</w:t>
      </w:r>
    </w:p>
    <w:p>
      <w:pPr>
        <w:spacing w:after="80"/>
      </w:pPr>
      <w:r>
        <w:rPr>
          <w:b w:val="0"/>
          <w:i w:val="0"/>
        </w:rPr>
        <w:t>WHO KILLED CHANGE? Bản quyền © 2009 thuộc Polvera Publishing và John Britt. Bảo lưu mọi quyền theo Công ước Bản quyền Quốc tế và Liên Mỹ. Khi thanh toán các khoản phí theo yêu cầu, bạn được cấp quyền không độc quyền, không chuyển nhượng để truy cập và đọc nội dung văn bản của e-book này trên màn hình. Không phần nào của văn bản này được phép sao chép, truyền tải, tải xuống, dịch ngược, kỹ nghệ đảo ngược, hoặc lưu trữ hay đưa vào bất kỳ hệ thống lưu trữ và truy xuất thông tin nào, dưới bất kỳ hình thức nào, bằng bất kỳ phương tiện nào, dù là điện tử hay cơ học, hiện đã biết hay sau này mới phát minh, mà không có sự cho phép rõ ràng bằng văn bản của HarperCollins e-books.</w:t>
      </w:r>
    </w:p>
    <w:p>
      <w:pPr>
        <w:spacing w:after="80"/>
      </w:pPr>
      <w:r>
        <w:rPr>
          <w:b w:val="0"/>
          <w:i w:val="0"/>
        </w:rPr>
        <w:t>Adobe Acrobat eBook Reader tháng 5 năm 2009 ISBN 978-0-06-193278-6</w:t>
      </w:r>
    </w:p>
    <w:p>
      <w:pPr>
        <w:spacing w:after="80"/>
      </w:pPr>
      <w:r>
        <w:rPr>
          <w:b w:val="0"/>
          <w:i w:val="0"/>
        </w:rPr>
        <w:t>10 9 8 7 6 5 4 3 2 1</w:t>
      </w:r>
    </w:p>
    <w:p>
      <w:pPr>
        <w:jc w:val="center"/>
      </w:pPr>
      <w:r>
        <w:drawing>
          <wp:inline xmlns:a="http://schemas.openxmlformats.org/drawingml/2006/main" xmlns:pic="http://schemas.openxmlformats.org/drawingml/2006/picture">
            <wp:extent cx="2553599" cy="286442"/>
            <wp:docPr id="4" name="Picture 4"/>
            <wp:cNvGraphicFramePr>
              <a:graphicFrameLocks noChangeAspect="1"/>
            </wp:cNvGraphicFramePr>
            <a:graphic>
              <a:graphicData uri="http://schemas.openxmlformats.org/drawingml/2006/picture">
                <pic:pic>
                  <pic:nvPicPr>
                    <pic:cNvPr id="0" name="img_2.png"/>
                    <pic:cNvPicPr/>
                  </pic:nvPicPr>
                  <pic:blipFill>
                    <a:blip r:embed="rId10"/>
                    <a:stretch>
                      <a:fillRect/>
                    </a:stretch>
                  </pic:blipFill>
                  <pic:spPr>
                    <a:xfrm>
                      <a:off x="0" y="0"/>
                      <a:ext cx="2553599" cy="286442"/>
                    </a:xfrm>
                    <a:prstGeom prst="rect"/>
                  </pic:spPr>
                </pic:pic>
              </a:graphicData>
            </a:graphic>
          </wp:inline>
        </w:drawing>
      </w:r>
    </w:p>
    <w:p>
      <w:pPr>
        <w:spacing w:after="80"/>
      </w:pPr>
      <w:r>
        <w:rPr>
          <w:b/>
          <w:i w:val="0"/>
        </w:rPr>
        <w:t xml:space="preserve">Về nhà xuất bản </w:t>
      </w:r>
    </w:p>
    <w:p>
      <w:pPr>
        <w:spacing w:after="80"/>
      </w:pPr>
      <w:r>
        <w:rPr>
          <w:b/>
          <w:i w:val="0"/>
        </w:rPr>
        <w:t xml:space="preserve">Úc </w:t>
      </w:r>
    </w:p>
    <w:p>
      <w:pPr>
        <w:spacing w:after="80"/>
      </w:pPr>
      <w:r>
        <w:rPr>
          <w:b w:val="0"/>
          <w:i w:val="0"/>
        </w:rPr>
        <w:t>HarperCollins Publishers (Australia) Pty. Ltd.</w:t>
      </w:r>
    </w:p>
    <w:p>
      <w:pPr>
        <w:spacing w:after="80"/>
      </w:pPr>
      <w:r>
        <w:rPr>
          <w:b w:val="0"/>
          <w:i w:val="0"/>
        </w:rPr>
        <w:t>25 Ryde Road (PO Box 321)</w:t>
      </w:r>
    </w:p>
    <w:p>
      <w:pPr>
        <w:spacing w:after="80"/>
      </w:pPr>
      <w:r>
        <w:rPr>
          <w:b w:val="0"/>
          <w:i w:val="0"/>
        </w:rPr>
        <w:t>Pymble, NSW 2073, Úc</w:t>
      </w:r>
    </w:p>
    <w:p>
      <w:pPr>
        <w:spacing w:after="80"/>
      </w:pPr>
      <w:r>
        <w:rPr>
          <w:b w:val="0"/>
          <w:i w:val="0"/>
        </w:rPr>
        <w:t>http://www.harpercollinsebooks.com.au</w:t>
      </w:r>
    </w:p>
    <w:p>
      <w:pPr>
        <w:spacing w:after="80"/>
      </w:pPr>
      <w:r>
        <w:rPr>
          <w:b/>
          <w:i w:val="0"/>
        </w:rPr>
        <w:t xml:space="preserve">Canada </w:t>
      </w:r>
    </w:p>
    <w:p>
      <w:pPr>
        <w:spacing w:after="80"/>
      </w:pPr>
      <w:r>
        <w:rPr>
          <w:b w:val="0"/>
          <w:i w:val="0"/>
        </w:rPr>
        <w:t>HarperCollins Publishers Ltd.</w:t>
      </w:r>
    </w:p>
    <w:p>
      <w:pPr>
        <w:spacing w:after="80"/>
      </w:pPr>
      <w:r>
        <w:rPr>
          <w:b w:val="0"/>
          <w:i w:val="0"/>
        </w:rPr>
        <w:t>55 Avenue Road, Suite 2900</w:t>
      </w:r>
    </w:p>
    <w:p>
      <w:pPr>
        <w:spacing w:after="80"/>
      </w:pPr>
      <w:r>
        <w:rPr>
          <w:b w:val="0"/>
          <w:i w:val="0"/>
        </w:rPr>
        <w:t>Toronto, ON, M5R, 3L2, Canada</w:t>
      </w:r>
    </w:p>
    <w:p>
      <w:pPr>
        <w:spacing w:after="80"/>
      </w:pPr>
      <w:r>
        <w:rPr>
          <w:b w:val="0"/>
          <w:i w:val="0"/>
        </w:rPr>
        <w:t>http://www.harpercollinsebooks.ca</w:t>
      </w:r>
    </w:p>
    <w:p>
      <w:pPr>
        <w:spacing w:after="80"/>
      </w:pPr>
      <w:r>
        <w:rPr>
          <w:b/>
          <w:i w:val="0"/>
        </w:rPr>
        <w:t xml:space="preserve">New Zealand </w:t>
      </w:r>
    </w:p>
    <w:p>
      <w:pPr>
        <w:spacing w:after="80"/>
      </w:pPr>
      <w:r>
        <w:rPr>
          <w:b w:val="0"/>
          <w:i w:val="0"/>
        </w:rPr>
        <w:t>HarperCollinsPublishers (New Zealand) Limited</w:t>
      </w:r>
    </w:p>
    <w:p>
      <w:pPr>
        <w:spacing w:after="80"/>
      </w:pPr>
      <w:r>
        <w:rPr>
          <w:b w:val="0"/>
          <w:i w:val="0"/>
        </w:rPr>
        <w:t>P.O. Box 1</w:t>
      </w:r>
    </w:p>
    <w:p>
      <w:pPr>
        <w:spacing w:after="80"/>
      </w:pPr>
      <w:r>
        <w:rPr>
          <w:b w:val="0"/>
          <w:i w:val="0"/>
        </w:rPr>
        <w:t>Auckland, New Zealand</w:t>
      </w:r>
    </w:p>
    <w:p>
      <w:pPr>
        <w:spacing w:after="80"/>
      </w:pPr>
      <w:r>
        <w:rPr>
          <w:b w:val="0"/>
          <w:i w:val="0"/>
        </w:rPr>
        <w:t>http://www.harpercollins.co.nz</w:t>
      </w:r>
    </w:p>
    <w:p>
      <w:pPr>
        <w:spacing w:after="80"/>
      </w:pPr>
      <w:r>
        <w:rPr>
          <w:b/>
          <w:i w:val="0"/>
        </w:rPr>
        <w:t xml:space="preserve">United Kingdom </w:t>
      </w:r>
      <w:r>
        <w:rPr>
          <w:b w:val="0"/>
          <w:i w:val="0"/>
        </w:rPr>
        <w:t>HarperCollins Publishers Ltd.</w:t>
      </w:r>
    </w:p>
    <w:p>
      <w:pPr>
        <w:spacing w:after="80"/>
      </w:pPr>
      <w:r>
        <w:rPr>
          <w:b w:val="0"/>
          <w:i w:val="0"/>
        </w:rPr>
        <w:t>77-85 Fulham Palace Road</w:t>
      </w:r>
    </w:p>
    <w:p>
      <w:pPr>
        <w:spacing w:after="80"/>
      </w:pPr>
      <w:r>
        <w:rPr>
          <w:b w:val="0"/>
          <w:i w:val="0"/>
        </w:rPr>
        <w:t>London, W6 8JB, UK http://www.harpercollinsebooks.co.uk</w:t>
      </w:r>
    </w:p>
    <w:p>
      <w:pPr>
        <w:spacing w:after="80"/>
      </w:pPr>
      <w:r>
        <w:rPr>
          <w:b/>
          <w:i w:val="0"/>
        </w:rPr>
        <w:t xml:space="preserve">United States </w:t>
      </w:r>
    </w:p>
    <w:p>
      <w:pPr>
        <w:spacing w:after="80"/>
      </w:pPr>
      <w:r>
        <w:rPr>
          <w:b w:val="0"/>
          <w:i w:val="0"/>
        </w:rPr>
        <w:t>HarperCollins Publishers Inc.</w:t>
      </w:r>
    </w:p>
    <w:p>
      <w:pPr>
        <w:spacing w:after="80"/>
      </w:pPr>
      <w:r>
        <w:rPr>
          <w:b w:val="0"/>
          <w:i w:val="0"/>
        </w:rPr>
        <w:t>10 East 53rd Street</w:t>
      </w:r>
    </w:p>
    <w:p>
      <w:pPr>
        <w:spacing w:after="80"/>
      </w:pPr>
      <w:r>
        <w:rPr>
          <w:b w:val="0"/>
          <w:i w:val="0"/>
        </w:rPr>
        <w:t>New York, NY 10022</w:t>
      </w:r>
    </w:p>
    <w:p>
      <w:pPr>
        <w:spacing w:after="80"/>
      </w:pPr>
      <w:r>
        <w:rPr>
          <w:b w:val="0"/>
          <w:i w:val="0"/>
        </w:rPr>
        <w:t>http://www.harpercollinsebooks.com</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