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4210" cy="8229599"/>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414210" cy="8229599"/>
                    </a:xfrm>
                    <a:prstGeom prst="rect"/>
                  </pic:spPr>
                </pic:pic>
              </a:graphicData>
            </a:graphic>
          </wp:inline>
        </w:drawing>
      </w:r>
    </w:p>
    <w:p>
      <w:pPr>
        <w:jc w:val="center"/>
      </w:pPr>
      <w:r>
        <w:drawing>
          <wp:inline xmlns:a="http://schemas.openxmlformats.org/drawingml/2006/main" xmlns:pic="http://schemas.openxmlformats.org/drawingml/2006/picture">
            <wp:extent cx="5379559" cy="8229601"/>
            <wp:docPr id="2" name="Picture 2"/>
            <wp:cNvGraphicFramePr>
              <a:graphicFrameLocks noChangeAspect="1"/>
            </wp:cNvGraphicFramePr>
            <a:graphic>
              <a:graphicData uri="http://schemas.openxmlformats.org/drawingml/2006/picture">
                <pic:pic>
                  <pic:nvPicPr>
                    <pic:cNvPr id="0" name="titlepage.jpg"/>
                    <pic:cNvPicPr/>
                  </pic:nvPicPr>
                  <pic:blipFill>
                    <a:blip r:embed="rId10"/>
                    <a:stretch>
                      <a:fillRect/>
                    </a:stretch>
                  </pic:blipFill>
                  <pic:spPr>
                    <a:xfrm>
                      <a:off x="0" y="0"/>
                      <a:ext cx="5379559" cy="8229601"/>
                    </a:xfrm>
                    <a:prstGeom prst="rect"/>
                  </pic:spPr>
                </pic:pic>
              </a:graphicData>
            </a:graphic>
          </wp:inline>
        </w:drawing>
      </w:r>
    </w:p>
    <w:p>
      <w:pPr>
        <w:spacing w:after="80"/>
        <w:jc w:val="center"/>
      </w:pPr>
      <w:r>
        <w:rPr>
          <w:b w:val="0"/>
          <w:i w:val="0"/>
        </w:rPr>
        <w:t>Dành tặng Sofia</w:t>
      </w:r>
    </w:p>
    <w:p>
      <w:pPr>
        <w:pStyle w:val="Heading2"/>
      </w:pPr>
      <w:r>
        <w:rPr>
          <w:rFonts w:ascii="Calibri" w:hAnsi="Calibri"/>
          <w:b/>
          <w:i w:val="0"/>
          <w:sz w:val="32"/>
        </w:rPr>
        <w:t>LỜI CẢM ƠN</w:t>
      </w:r>
    </w:p>
    <w:p>
      <w:pPr>
        <w:spacing w:after="80"/>
        <w:jc w:val="center"/>
      </w:pPr>
      <w:r>
        <w:rPr>
          <w:b w:val="0"/>
          <w:i w:val="0"/>
        </w:rPr>
        <w:t>Tôi xin cảm ơn những lời khuyên và sự nghiên cứu quý báu của:</w:t>
      </w:r>
      <w:r>
        <w:br/>
      </w:r>
      <w:r>
        <w:rPr>
          <w:b w:val="0"/>
          <w:i w:val="0"/>
        </w:rPr>
        <w:t>Simon Bainbridge, Jonathan Caplan QC, Gillian Green, Alison Prince, Catherine Richards và Johnny van Haeften.</w:t>
      </w:r>
    </w:p>
    <w:p>
      <w:pPr>
        <w:spacing w:after="80"/>
        <w:jc w:val="center"/>
      </w:pPr>
      <w:r>
        <w:rPr>
          <w:b w:val="0"/>
          <w:i w:val="0"/>
        </w:rPr>
        <w:t>Xin gửi lời cảm ơn đặc biệt tới Trung sĩ Thám tử Michelle Roycroft (đã nghỉ hưu), và Tổng Thanh tra John Sutherland (đã nghỉ hưu).</w:t>
      </w:r>
    </w:p>
    <w:p>
      <w:pPr>
        <w:spacing w:after="80"/>
        <w:jc w:val="center"/>
      </w:pPr>
      <w:r>
        <w:rPr>
          <w:b w:val="0"/>
          <w:i w:val="0"/>
        </w:rPr>
        <w:t>Trong trận Copenhagen năm 1801,</w:t>
      </w:r>
      <w:r>
        <w:br/>
      </w:r>
      <w:r>
        <w:rPr>
          <w:b w:val="0"/>
          <w:i w:val="0"/>
        </w:rPr>
        <w:t>chỉ huy soái hạm đã ra hiệu lệnh cho Lord Nelson rằng</w:t>
      </w:r>
      <w:r>
        <w:br/>
      </w:r>
      <w:r>
        <w:rPr>
          <w:b w:val="0"/>
          <w:i w:val="0"/>
        </w:rPr>
        <w:t>ông nên ngừng tấn công hạm đội Đan Mạch và rút lui.</w:t>
      </w:r>
    </w:p>
    <w:p>
      <w:pPr>
        <w:spacing w:after="80"/>
        <w:jc w:val="center"/>
      </w:pPr>
      <w:r>
        <w:rPr>
          <w:b w:val="0"/>
          <w:i w:val="0"/>
        </w:rPr>
        <w:t>Nelson đưa ống nhòm lên con mắt bị mù của mình và nói,</w:t>
      </w:r>
      <w:r>
        <w:br/>
      </w:r>
      <w:r>
        <w:rPr>
          <w:b w:val="0"/>
          <w:i w:val="0"/>
        </w:rPr>
        <w:t>'Ta không thấy tín hiệu nào cả.' Sau khi không tuân lệnh,</w:t>
      </w:r>
      <w:r>
        <w:br/>
      </w:r>
      <w:r>
        <w:rPr>
          <w:b w:val="0"/>
          <w:i w:val="0"/>
        </w:rPr>
        <w:t>Nelson tiếp tục tấn công và giành thắng lợi.</w:t>
      </w:r>
    </w:p>
    <w:p>
      <w:pPr>
        <w:spacing w:after="80"/>
        <w:jc w:val="center"/>
      </w:pPr>
      <w:r>
        <w:rPr>
          <w:b w:val="0"/>
          <w:i w:val="0"/>
        </w:rPr>
        <w:t>Sự việc này về sau được biết đến với tên gọi</w:t>
      </w:r>
      <w:r>
        <w:br/>
      </w:r>
      <w:r>
        <w:rPr>
          <w:b w:val="0"/>
          <w:i w:val="0"/>
        </w:rPr>
        <w:t>'giả vờ không thấy' (turning a blind eye).</w:t>
      </w:r>
    </w:p>
    <w:p>
      <w:pPr>
        <w:pStyle w:val="Heading2"/>
      </w:pPr>
      <w:r>
        <w:rPr>
          <w:rFonts w:ascii="Calibri" w:hAnsi="Calibri"/>
          <w:b/>
          <w:i w:val="0"/>
          <w:sz w:val="32"/>
        </w:rPr>
        <w:t>MỤC LỤC</w:t>
      </w:r>
    </w:p>
    <w:p>
      <w:pPr>
        <w:spacing w:after="80"/>
        <w:ind w:left="360"/>
      </w:pPr>
      <w:r>
        <w:rPr>
          <w:b w:val="0"/>
          <w:i w:val="0"/>
        </w:rPr>
        <w:t>LỜI CẢM ƠN</w:t>
      </w:r>
    </w:p>
    <w:p>
      <w:pPr>
        <w:spacing w:after="80"/>
        <w:ind w:left="360"/>
      </w:pPr>
      <w:r>
        <w:rPr>
          <w:b w:val="0"/>
          <w:i w:val="0"/>
        </w:rPr>
        <w:t>Chương 1</w:t>
      </w:r>
    </w:p>
    <w:p>
      <w:pPr>
        <w:spacing w:after="80"/>
        <w:ind w:left="360"/>
      </w:pPr>
      <w:r>
        <w:rPr>
          <w:b w:val="0"/>
          <w:i w:val="0"/>
        </w:rPr>
        <w:t>Chương 2</w:t>
      </w:r>
    </w:p>
    <w:p>
      <w:pPr>
        <w:spacing w:after="80"/>
        <w:ind w:left="360"/>
      </w:pPr>
      <w:r>
        <w:rPr>
          <w:b w:val="0"/>
          <w:i w:val="0"/>
        </w:rPr>
        <w:t>Chương 3</w:t>
      </w:r>
    </w:p>
    <w:p>
      <w:pPr>
        <w:spacing w:after="80"/>
        <w:ind w:left="360"/>
      </w:pPr>
      <w:r>
        <w:rPr>
          <w:b w:val="0"/>
          <w:i w:val="0"/>
        </w:rPr>
        <w:t>Chương 4</w:t>
      </w:r>
    </w:p>
    <w:p>
      <w:pPr>
        <w:spacing w:after="80"/>
        <w:ind w:left="360"/>
      </w:pPr>
      <w:r>
        <w:rPr>
          <w:b w:val="0"/>
          <w:i w:val="0"/>
        </w:rPr>
        <w:t>Chương 5</w:t>
      </w:r>
    </w:p>
    <w:p>
      <w:pPr>
        <w:spacing w:after="80"/>
        <w:ind w:left="360"/>
      </w:pPr>
      <w:r>
        <w:rPr>
          <w:b w:val="0"/>
          <w:i w:val="0"/>
        </w:rPr>
        <w:t>Chương 6</w:t>
      </w:r>
    </w:p>
    <w:p>
      <w:pPr>
        <w:spacing w:after="80"/>
        <w:ind w:left="360"/>
      </w:pPr>
      <w:r>
        <w:rPr>
          <w:b w:val="0"/>
          <w:i w:val="0"/>
        </w:rPr>
        <w:t>Chương 7</w:t>
      </w:r>
    </w:p>
    <w:p>
      <w:pPr>
        <w:spacing w:after="80"/>
        <w:ind w:left="360"/>
      </w:pPr>
      <w:r>
        <w:rPr>
          <w:b w:val="0"/>
          <w:i w:val="0"/>
        </w:rPr>
        <w:t>Chương 8</w:t>
      </w:r>
    </w:p>
    <w:p>
      <w:pPr>
        <w:spacing w:after="80"/>
        <w:ind w:left="360"/>
      </w:pPr>
      <w:r>
        <w:rPr>
          <w:b w:val="0"/>
          <w:i w:val="0"/>
        </w:rPr>
        <w:t>Chương 9</w:t>
      </w:r>
    </w:p>
    <w:p>
      <w:pPr>
        <w:spacing w:after="80"/>
        <w:ind w:left="360"/>
      </w:pPr>
      <w:r>
        <w:rPr>
          <w:b w:val="0"/>
          <w:i w:val="0"/>
        </w:rPr>
        <w:t>Chương 10</w:t>
      </w:r>
    </w:p>
    <w:p>
      <w:pPr>
        <w:spacing w:after="80"/>
        <w:ind w:left="360"/>
      </w:pPr>
      <w:r>
        <w:rPr>
          <w:b w:val="0"/>
          <w:i w:val="0"/>
        </w:rPr>
        <w:t>Chương 11</w:t>
      </w:r>
    </w:p>
    <w:p>
      <w:pPr>
        <w:spacing w:after="80"/>
        <w:ind w:left="360"/>
      </w:pPr>
      <w:r>
        <w:rPr>
          <w:b w:val="0"/>
          <w:i w:val="0"/>
        </w:rPr>
        <w:t>Chương 12</w:t>
      </w:r>
    </w:p>
    <w:p>
      <w:pPr>
        <w:spacing w:after="80"/>
        <w:ind w:left="360"/>
      </w:pPr>
      <w:r>
        <w:rPr>
          <w:b w:val="0"/>
          <w:i w:val="0"/>
        </w:rPr>
        <w:t>Chương 13</w:t>
      </w:r>
    </w:p>
    <w:p>
      <w:pPr>
        <w:spacing w:after="80"/>
        <w:ind w:left="360"/>
      </w:pPr>
      <w:r>
        <w:rPr>
          <w:b w:val="0"/>
          <w:i w:val="0"/>
        </w:rPr>
        <w:t>Chương 14</w:t>
      </w:r>
    </w:p>
    <w:p>
      <w:pPr>
        <w:spacing w:after="80"/>
        <w:ind w:left="360"/>
      </w:pPr>
      <w:r>
        <w:rPr>
          <w:b w:val="0"/>
          <w:i w:val="0"/>
        </w:rPr>
        <w:t>Chương 15</w:t>
      </w:r>
    </w:p>
    <w:p>
      <w:pPr>
        <w:spacing w:after="80"/>
        <w:ind w:left="360"/>
      </w:pPr>
      <w:r>
        <w:rPr>
          <w:b w:val="0"/>
          <w:i w:val="0"/>
        </w:rPr>
        <w:t>Chương 16</w:t>
      </w:r>
    </w:p>
    <w:p>
      <w:pPr>
        <w:spacing w:after="80"/>
        <w:ind w:left="360"/>
      </w:pPr>
      <w:r>
        <w:rPr>
          <w:b w:val="0"/>
          <w:i w:val="0"/>
        </w:rPr>
        <w:t>Chương 17</w:t>
      </w:r>
    </w:p>
    <w:p>
      <w:pPr>
        <w:spacing w:after="80"/>
        <w:ind w:left="360"/>
      </w:pPr>
      <w:r>
        <w:rPr>
          <w:b w:val="0"/>
          <w:i w:val="0"/>
        </w:rPr>
        <w:t>Chương 18</w:t>
      </w:r>
    </w:p>
    <w:p>
      <w:pPr>
        <w:spacing w:after="80"/>
        <w:ind w:left="360"/>
      </w:pPr>
      <w:r>
        <w:rPr>
          <w:b w:val="0"/>
          <w:i w:val="0"/>
        </w:rPr>
        <w:t>Chương 19</w:t>
      </w:r>
    </w:p>
    <w:p>
      <w:pPr>
        <w:spacing w:after="80"/>
        <w:ind w:left="360"/>
      </w:pPr>
      <w:r>
        <w:rPr>
          <w:b w:val="0"/>
          <w:i w:val="0"/>
        </w:rPr>
        <w:t>Chương 20</w:t>
      </w:r>
    </w:p>
    <w:p>
      <w:pPr>
        <w:spacing w:after="80"/>
        <w:ind w:left="360"/>
      </w:pPr>
      <w:r>
        <w:rPr>
          <w:b w:val="0"/>
          <w:i w:val="0"/>
        </w:rPr>
        <w:t>Chương 21</w:t>
      </w:r>
    </w:p>
    <w:p>
      <w:pPr>
        <w:spacing w:after="80"/>
        <w:ind w:left="360"/>
      </w:pPr>
      <w:r>
        <w:rPr>
          <w:b w:val="0"/>
          <w:i w:val="0"/>
        </w:rPr>
        <w:t>Chương 22</w:t>
      </w:r>
    </w:p>
    <w:p>
      <w:pPr>
        <w:spacing w:after="80"/>
        <w:ind w:left="360"/>
      </w:pPr>
      <w:r>
        <w:rPr>
          <w:b w:val="0"/>
          <w:i w:val="0"/>
        </w:rPr>
        <w:t>Chương 23</w:t>
      </w:r>
    </w:p>
    <w:p>
      <w:pPr>
        <w:spacing w:after="80"/>
        <w:ind w:left="360"/>
      </w:pPr>
      <w:r>
        <w:rPr>
          <w:b w:val="0"/>
          <w:i w:val="0"/>
        </w:rPr>
        <w:t>Chương 24</w:t>
      </w:r>
    </w:p>
    <w:p>
      <w:pPr>
        <w:spacing w:after="80"/>
        <w:ind w:left="360"/>
      </w:pPr>
      <w:r>
        <w:rPr>
          <w:b w:val="0"/>
          <w:i w:val="0"/>
        </w:rPr>
        <w:t>Chương 25</w:t>
      </w:r>
    </w:p>
    <w:p>
      <w:pPr>
        <w:spacing w:after="80"/>
        <w:ind w:left="360"/>
      </w:pPr>
      <w:r>
        <w:rPr>
          <w:b w:val="0"/>
          <w:i w:val="0"/>
        </w:rPr>
        <w:t>Chương 26</w:t>
      </w:r>
    </w:p>
    <w:p>
      <w:pPr>
        <w:spacing w:after="80"/>
        <w:ind w:left="360"/>
      </w:pPr>
      <w:r>
        <w:rPr>
          <w:b w:val="0"/>
          <w:i w:val="0"/>
        </w:rPr>
        <w:t>Chương 27</w:t>
      </w:r>
    </w:p>
    <w:p>
      <w:pPr>
        <w:spacing w:after="80"/>
        <w:ind w:left="360"/>
      </w:pPr>
      <w:r>
        <w:rPr>
          <w:b w:val="0"/>
          <w:i w:val="0"/>
        </w:rPr>
        <w:t>Chương 28</w:t>
      </w:r>
    </w:p>
    <w:p>
      <w:pPr>
        <w:spacing w:after="80"/>
        <w:ind w:left="360"/>
      </w:pPr>
      <w:r>
        <w:rPr>
          <w:b w:val="0"/>
          <w:i w:val="0"/>
        </w:rPr>
        <w:t>Chương 29</w:t>
      </w:r>
    </w:p>
    <w:p>
      <w:pPr>
        <w:spacing w:after="80"/>
        <w:ind w:left="360"/>
      </w:pPr>
      <w:r>
        <w:rPr>
          <w:b w:val="0"/>
          <w:i w:val="0"/>
        </w:rPr>
        <w:t>Chương 30</w:t>
      </w:r>
    </w:p>
    <w:p>
      <w:pPr>
        <w:spacing w:after="80"/>
        <w:ind w:left="360"/>
      </w:pPr>
      <w:r>
        <w:rPr>
          <w:b w:val="0"/>
          <w:i w:val="0"/>
        </w:rPr>
        <w:t>Chương 31</w:t>
      </w:r>
    </w:p>
    <w:p>
      <w:pPr>
        <w:spacing w:after="80"/>
        <w:ind w:left="360"/>
      </w:pPr>
      <w:r>
        <w:rPr>
          <w:b w:val="0"/>
          <w:i w:val="0"/>
        </w:rPr>
        <w:t>Chương 32</w:t>
      </w:r>
    </w:p>
    <w:p>
      <w:pPr>
        <w:pStyle w:val="Heading2"/>
      </w:pPr>
      <w:r>
        <w:rPr>
          <w:rFonts w:ascii="Calibri" w:hAnsi="Calibri"/>
          <w:b/>
          <w:i w:val="0"/>
          <w:sz w:val="32"/>
        </w:rPr>
        <w:t>1</w:t>
      </w:r>
    </w:p>
    <w:p>
      <w:pPr>
        <w:pStyle w:val="Heading4"/>
      </w:pPr>
      <w:r>
        <w:rPr>
          <w:rFonts w:ascii="Calibri" w:hAnsi="Calibri"/>
          <w:b/>
          <w:i w:val="0"/>
          <w:sz w:val="23"/>
        </w:rPr>
        <w:t>19 THÁNG 5 NĂM 1987</w:t>
      </w:r>
    </w:p>
    <w:p>
      <w:pPr>
        <w:spacing w:after="80"/>
      </w:pPr>
      <w:r>
        <w:rPr>
          <w:b w:val="0"/>
          <w:i w:val="0"/>
        </w:rPr>
        <w:t>Trung sĩ Thám tử Warwick là người chớp mắt trước.</w:t>
      </w:r>
    </w:p>
    <w:p>
      <w:pPr>
        <w:spacing w:after="80"/>
      </w:pPr>
      <w:r>
        <w:rPr>
          <w:b w:val="0"/>
          <w:i w:val="0"/>
        </w:rPr>
        <w:t>"Cho tôi một lý do chính đáng để tôi không từ chức đi," anh nói đầy thách thức.</w:t>
      </w:r>
    </w:p>
    <w:p>
      <w:pPr>
        <w:spacing w:after="80"/>
      </w:pPr>
      <w:r>
        <w:rPr>
          <w:b w:val="0"/>
          <w:i w:val="0"/>
        </w:rPr>
        <w:t>"Tôi có thể nghĩ ra bốn lý do," Chỉ huy Hawksby đáp, khiến anh bất ngờ.</w:t>
      </w:r>
    </w:p>
    <w:p>
      <w:pPr>
        <w:spacing w:after="80"/>
      </w:pPr>
      <w:r>
        <w:rPr>
          <w:b w:val="0"/>
          <w:i w:val="0"/>
        </w:rPr>
        <w:t>William có thể nghĩ ra một, hai, có lẽ ba, nhưng không thể là bốn, nên anh biết Hawk đã dồn mình vào góc. Nhưng anh vẫn tin chắc mình có thể thoát ra. Anh lấy lá đơn từ chức từ túi áo trong và đặt lên bàn trước mặt. Một cử chỉ khiêu khích, dù anh không định trao nó đi cho đến khi vị chỉ huy tiết lộ bốn lý do của ông. Điều William không biết là cha anh đã gọi cho Hawk sáng sớm hôm đó để báo trước rằng con trai ông định từ chức, điều này đã cho vị chỉ huy thời gian chuẩn bị cho cuộc gặp.</w:t>
      </w:r>
    </w:p>
    <w:p>
      <w:pPr>
        <w:spacing w:after="80"/>
      </w:pPr>
      <w:r>
        <w:rPr>
          <w:b w:val="0"/>
          <w:i w:val="0"/>
        </w:rPr>
        <w:t>Sau khi nghe những lời khôn ngoan của Ngài Julian, vị chỉ huy đã biết lý do Trung sĩ Thám tử Warwick đang cân nhắc từ chức. Điều đó không khiến ông bất ngờ, và ông định đi trước bài phát biểu đã chuẩn bị sẵn của William.</w:t>
      </w:r>
    </w:p>
    <w:p>
      <w:pPr>
        <w:spacing w:after="80"/>
      </w:pPr>
      <w:r>
        <w:rPr>
          <w:b w:val="0"/>
          <w:i w:val="0"/>
        </w:rPr>
        <w:t>‘Miles Faulkner, Assem Rashidi và Giám đốc Lamont,’ Hawk nói, tung ra cú giao bóng đầu tiên, nhưng chưa phải là quân át chủ bài của ông.</w:t>
      </w:r>
    </w:p>
    <w:p>
      <w:pPr>
        <w:spacing w:after="80"/>
      </w:pPr>
      <w:r>
        <w:rPr>
          <w:b w:val="0"/>
          <w:i w:val="0"/>
        </w:rPr>
        <w:t>William không đáp lại.</w:t>
      </w:r>
    </w:p>
    <w:p>
      <w:pPr>
        <w:spacing w:after="80"/>
      </w:pPr>
      <w:r>
        <w:rPr>
          <w:b w:val="0"/>
          <w:i w:val="0"/>
        </w:rPr>
        <w:t>‘Miles Faulkner, như anh biết đấy, vẫn đang lẩn trốn, và bất chấp lệnh cảnh báo toàn bộ các cửa khẩu, hắn ta dường như đã biến mất khỏi mặt đất. Tôi cần anh lôi hắn ra khỏi cái hang nào đó hắn đang trốn và tống hắn trở lại sau song sắt, nơi hắn thuộc về.’</w:t>
      </w:r>
    </w:p>
    <w:p>
      <w:pPr>
        <w:spacing w:after="80"/>
      </w:pPr>
      <w:r>
        <w:rPr>
          <w:b w:val="0"/>
          <w:i w:val="0"/>
        </w:rPr>
        <w:t>‘Thanh tra Adaja hoàn toàn có khả năng làm việc đó,’ William nói, đánh trả quả bóng bay vọt qua lưới.</w:t>
      </w:r>
    </w:p>
    <w:p>
      <w:pPr>
        <w:spacing w:after="80"/>
      </w:pPr>
      <w:r>
        <w:rPr>
          <w:b w:val="0"/>
          <w:i w:val="0"/>
        </w:rPr>
        <w:t>‘Nhưng khả năng thành công sẽ cao hơn hẳn nếu hai người làm việc cùng nhau như một đội, giống như hồi chiến dịch Trojan Horse.’</w:t>
      </w:r>
    </w:p>
    <w:p>
      <w:pPr>
        <w:spacing w:after="80"/>
      </w:pPr>
      <w:r>
        <w:rPr>
          <w:b w:val="0"/>
          <w:i w:val="0"/>
        </w:rPr>
        <w:t>‘Nếu Assem Rashidi là lý do thứ hai của ông,’ William nói, cố giành lại thế chủ động, ‘thì tôi có thể đảm bảo với ông rằng Giám đốc Lamont đã thu thập được quá đủ bằng chứng để chắc chắn rằng hắn sẽ không thấy ánh sáng ban ngày trong nhiều năm tới, và ông chắc chắn không cần tôi phải cầm tay chỉ việc cho ông ấy.’</w:t>
      </w:r>
    </w:p>
    <w:p>
      <w:pPr>
        <w:spacing w:after="80"/>
      </w:pPr>
      <w:r>
        <w:rPr>
          <w:b w:val="0"/>
          <w:i w:val="0"/>
        </w:rPr>
        <w:t>‘Điều đó có thể đã đúng nếu Lamont không từ chức sáng nay,’ vị chỉ huy đáp lại.</w:t>
      </w:r>
    </w:p>
    <w:p>
      <w:pPr>
        <w:spacing w:after="80"/>
      </w:pPr>
      <w:r>
        <w:rPr>
          <w:b w:val="0"/>
          <w:i w:val="0"/>
        </w:rPr>
        <w:t>William bị bất ngờ lần thứ hai, và không được cho một phút nào để suy nghĩ về những hệ lụy của tiết lộ này trước khi Hawk tung đòn, ‘Ông ấy đã phải hy sinh toàn bộ quyền lợi lương hưu của mình, nên ông ấy có thể sẽ không hoàn toàn hợp tác khi phải ra làm chứng tại phiên tòa xử Rashidi.’</w:t>
      </w:r>
    </w:p>
    <w:p>
      <w:pPr>
        <w:spacing w:after="80"/>
      </w:pPr>
      <w:r>
        <w:rPr>
          <w:b w:val="0"/>
          <w:i w:val="0"/>
        </w:rPr>
        <w:t>‘Ông ấy sẽ được đền bù nhiều hơn thế bằng số tiền mặt mà ông ấy tìm thấy trong chiếc túi du lịch rỗng ở xưởng ma túy của Rashidi,’ William nói, không buồn che giấu vẻ mỉa mai.</w:t>
      </w:r>
    </w:p>
    <w:p>
      <w:pPr>
        <w:spacing w:after="80"/>
      </w:pPr>
      <w:r>
        <w:rPr>
          <w:b w:val="0"/>
          <w:i w:val="0"/>
        </w:rPr>
        <w:t>‘Không còn nữa đâu. Nhờ sự can thiệp của anh, từng xu đã được trả lại. Và có một điều chắc chắn, tôi nhất định không cần hai cái đơn từ chức trong cùng một ngày.’</w:t>
      </w:r>
    </w:p>
    <w:p>
      <w:pPr>
        <w:spacing w:after="80"/>
      </w:pPr>
      <w:r>
        <w:rPr>
          <w:b w:val="0"/>
          <w:i w:val="0"/>
        </w:rPr>
        <w:t>‘Mười lăm không,’ William thừa nhận, lẩm bẩm.</w:t>
      </w:r>
    </w:p>
    <w:p>
      <w:pPr>
        <w:spacing w:after="80"/>
      </w:pPr>
      <w:r>
        <w:rPr>
          <w:b w:val="0"/>
          <w:i w:val="0"/>
        </w:rPr>
        <w:t>‘Anh cũng là lựa chọn hiển nhiên để thay thế Lamont làm nhân chứng công tố chính của Hoàng gia tại phiên tòa xử Rashidi.’</w:t>
      </w:r>
    </w:p>
    <w:p>
      <w:pPr>
        <w:spacing w:after="80"/>
      </w:pPr>
      <w:r>
        <w:rPr>
          <w:b w:val="0"/>
          <w:i w:val="0"/>
        </w:rPr>
        <w:t>Ba mươi không.</w:t>
      </w:r>
    </w:p>
    <w:p>
      <w:pPr>
        <w:spacing w:after="80"/>
      </w:pPr>
      <w:r>
        <w:rPr>
          <w:b w:val="0"/>
          <w:i w:val="0"/>
        </w:rPr>
        <w:t>William vẫn còn thắc mắc không biết Hawk còn giấu bài gì trong tay áo. Anh quyết định im lặng cho đến khi vị chỉ huy tung cú giao bóng thứ ba.</w:t>
      </w:r>
    </w:p>
    <w:p>
      <w:pPr>
        <w:spacing w:after="80"/>
      </w:pPr>
      <w:r>
        <w:rPr>
          <w:b w:val="0"/>
          <w:i w:val="0"/>
        </w:rPr>
        <w:t>‘Tôi đã gặp ủy viên cảnh sát sáng sớm nay,’ Hawksby tiếp tục sau một thoáng ngừng, ‘và ông ấy đã yêu cầu tôi thành lập một đơn vị mới chịu trách nhiệm điều tra nạn tham nhũng trong lực lượng cảnh sát.’</w:t>
      </w:r>
    </w:p>
    <w:p>
      <w:pPr>
        <w:spacing w:after="80"/>
      </w:pPr>
      <w:r>
        <w:rPr>
          <w:b w:val="0"/>
          <w:i w:val="0"/>
        </w:rPr>
        <w:t>‘Sở Cảnh sát Met đã có một đơn vị chống tham nhũng rồi mà,’ William nói.</w:t>
      </w:r>
    </w:p>
    <w:p>
      <w:pPr>
        <w:spacing w:after="80"/>
      </w:pPr>
      <w:r>
        <w:rPr>
          <w:b w:val="0"/>
          <w:i w:val="0"/>
        </w:rPr>
        <w:t>‘Lần này sẽ chủ động hơn, và anh sẽ làm việc bí mật. Ủy viên đã cho tôi toàn quyền chọn đội của mình với mục đích duy nhất là loại bỏ những quả táo thối khỏi thùng, đúng nguyên văn lời ông ấy. Ông ấy muốn anh làm sĩ quan đầu mối của tôi, phụ trách các cuộc điều tra hằng ngày, báo cáo trực tiếp cho tôi.’</w:t>
      </w:r>
    </w:p>
    <w:p>
      <w:pPr>
        <w:spacing w:after="80"/>
      </w:pPr>
      <w:r>
        <w:rPr>
          <w:b w:val="0"/>
          <w:i w:val="0"/>
        </w:rPr>
        <w:t>‘Ủy viên thì có biết tôi là ai đâu,’ William đáp lại theo phản xạ.</w:t>
      </w:r>
    </w:p>
    <w:p>
      <w:pPr>
        <w:spacing w:after="80"/>
      </w:pPr>
      <w:r>
        <w:rPr>
          <w:b w:val="0"/>
          <w:i w:val="0"/>
        </w:rPr>
        <w:t>‘Tôi đã nói với ông ấy rằng anh chính là sĩ quan đứng sau thành công của chiến dịch Trojan Horse.’</w:t>
      </w:r>
    </w:p>
    <w:p>
      <w:pPr>
        <w:spacing w:after="80"/>
      </w:pPr>
      <w:r>
        <w:rPr>
          <w:b w:val="0"/>
          <w:i w:val="0"/>
        </w:rPr>
        <w:t>Bốn mươi đều.</w:t>
      </w:r>
    </w:p>
    <w:p>
      <w:pPr>
        <w:spacing w:after="80"/>
      </w:pPr>
      <w:r>
        <w:rPr>
          <w:b w:val="0"/>
          <w:i w:val="0"/>
        </w:rPr>
        <w:t>‘Thẳng thắn mà nói, đây là một nhiệm vụ tồi tệ,’ the Hawk tiếp tục. ‘Phần lớn thời gian của anh sẽ dành để điều tra những đồng nghiệp chỉ phạm lỗi nhỏ.’ Vị chỉ huy lại dừng một chút trước khi tung cú giao bóng tiếp theo. ‘Tuy nhiên, sau vụ Lamont, ủy viên không còn sẵn lòng phớt lờ vấn đề nữa, đó là lý do tôi đề cử anh.’</w:t>
      </w:r>
    </w:p>
    <w:p>
      <w:pPr>
        <w:spacing w:after="80"/>
      </w:pPr>
      <w:r>
        <w:rPr>
          <w:b w:val="0"/>
          <w:i w:val="0"/>
        </w:rPr>
        <w:t>William không thể đỡ được cú đánh trả, và thua ván đầu tiên.</w:t>
      </w:r>
    </w:p>
    <w:p>
      <w:pPr>
        <w:spacing w:after="80"/>
      </w:pPr>
      <w:r>
        <w:rPr>
          <w:b w:val="0"/>
          <w:i w:val="0"/>
        </w:rPr>
        <w:t>‘Nếu anh quyết định nhận việc,’ the Hawk nói, ‘thì đây sẽ là nhiệm vụ đầu tiên của anh.’ Ông đẩy một tập hồ sơ đóng dấu CONFIDENTIAL qua bàn.</w:t>
      </w:r>
    </w:p>
    <w:p>
      <w:pPr>
        <w:spacing w:after="80"/>
      </w:pPr>
      <w:r>
        <w:rPr>
          <w:b w:val="0"/>
          <w:i w:val="0"/>
        </w:rPr>
        <w:t>William do dự một lát, biết rõ đây lại là một cái bẫy khác, nhưng không cưỡng nổi việc mở tập hồ sơ ra. DETECTIVE SERGEANT J. R. SUMMERS được in đậm bằng chữ hoa trên trang đầu tiên.</w:t>
      </w:r>
    </w:p>
    <w:p>
      <w:pPr>
        <w:spacing w:after="80"/>
      </w:pPr>
      <w:r>
        <w:rPr>
          <w:b w:val="0"/>
          <w:i w:val="0"/>
        </w:rPr>
        <w:t>Đến lượt William giao bóng.</w:t>
      </w:r>
    </w:p>
    <w:p>
      <w:pPr>
        <w:spacing w:after="80"/>
      </w:pPr>
      <w:r>
        <w:rPr>
          <w:b w:val="0"/>
          <w:i w:val="0"/>
        </w:rPr>
        <w:t>‘Tôi từng học ở Hendon cùng Jerry,’ William nói. ‘Cậu ấy là một trong những chàng trai thông minh nhất khóa chúng tôi. Tôi không ngạc nhiên khi cậu ấy lên được trung sĩ thám tử. Cậu ấy từng được dự đoán sẽ thăng chức sớm.’</w:t>
      </w:r>
    </w:p>
    <w:p>
      <w:pPr>
        <w:spacing w:after="80"/>
      </w:pPr>
      <w:r>
        <w:rPr>
          <w:b w:val="0"/>
          <w:i w:val="0"/>
        </w:rPr>
        <w:t>‘Và có lý do cả. Việc đầu tiên chúng ta phải làm là tìm một cái cớ hợp lý để anh liên lạc lại với cậu ấy, để anh có thể lấy được lòng tin của cậu ấy và tìm hiểu xem những cáo buộc mà một sĩ quan cấp cao đưa ra chống lại cậu ấy có đứng vững không.’</w:t>
      </w:r>
    </w:p>
    <w:p>
      <w:pPr>
        <w:spacing w:after="80"/>
      </w:pPr>
      <w:r>
        <w:rPr>
          <w:b w:val="0"/>
          <w:i w:val="0"/>
        </w:rPr>
        <w:t>Lỗi chân.</w:t>
      </w:r>
    </w:p>
    <w:p>
      <w:pPr>
        <w:spacing w:after="80"/>
      </w:pPr>
      <w:r>
        <w:rPr>
          <w:b w:val="0"/>
          <w:i w:val="0"/>
        </w:rPr>
        <w:t>‘Nhưng nếu cậu ấy biết tôi là thành viên của một đơn vị chống tham nhũng, thì khó mà cậu ấy chào đón tôi như một người bạn cũ lâu ngày gặp lại.’</w:t>
      </w:r>
    </w:p>
    <w:p>
      <w:pPr>
        <w:spacing w:after="80"/>
      </w:pPr>
      <w:r>
        <w:rPr>
          <w:b w:val="0"/>
          <w:i w:val="0"/>
        </w:rPr>
        <w:t>‘Theo như mọi người khác trong tòa nhà này biết, anh vẫn đang làm việc cho đội chống ma túy, và đang chuẩn bị cho phiên tòa của Rashidi.’</w:t>
      </w:r>
    </w:p>
    <w:p>
      <w:pPr>
        <w:spacing w:after="80"/>
      </w:pPr>
      <w:r>
        <w:rPr>
          <w:b w:val="0"/>
          <w:i w:val="0"/>
        </w:rPr>
        <w:t>Cú giao bóng thứ hai.</w:t>
      </w:r>
    </w:p>
    <w:p>
      <w:pPr>
        <w:spacing w:after="80"/>
      </w:pPr>
      <w:r>
        <w:rPr>
          <w:b w:val="0"/>
          <w:i w:val="0"/>
        </w:rPr>
        <w:t>‘Đâu phải nhiệm vụ hấp dẫn gì,’ William gợi ý, ‘do thám bạn bè và đồng nghiệp của mình. Tôi chẳng khác nào một kẻ chỉ điểm nằm vùng.’</w:t>
      </w:r>
    </w:p>
    <w:p>
      <w:pPr>
        <w:spacing w:after="80"/>
      </w:pPr>
      <w:r>
        <w:rPr>
          <w:b w:val="0"/>
          <w:i w:val="0"/>
        </w:rPr>
        <w:t>‘Tôi cũng chẳng thể nói khéo hơn thế được,’ Chim Ưng đáp. ‘Nhưng nếu điều đó có ích chút nào, thì DS Adaja và DS Roycroft đã đăng ký tham gia rồi, và tôi sẽ để cậu tự chọn hai cảnh sát mới để lập thành đội của mình.’</w:t>
      </w:r>
    </w:p>
    <w:p>
      <w:pPr>
        <w:spacing w:after="80"/>
      </w:pPr>
      <w:r>
        <w:rPr>
          <w:b w:val="0"/>
          <w:i w:val="0"/>
        </w:rPr>
        <w:t>Mười lăm đều.</w:t>
      </w:r>
    </w:p>
    <w:p>
      <w:pPr>
        <w:spacing w:after="80"/>
      </w:pPr>
      <w:r>
        <w:rPr>
          <w:b w:val="0"/>
          <w:i w:val="0"/>
        </w:rPr>
        <w:t>‘Có vẻ ngài quên mất, thưa ngài, rằng DS Roycroft đã nhắm mắt làm ngơ khi Lamont tự tiện lấy cái túi đầy tiền sau vụ đột kích Con Ngựa Thành Troy.’</w:t>
      </w:r>
    </w:p>
    <w:p>
      <w:pPr>
        <w:spacing w:after="80"/>
      </w:pPr>
      <w:r>
        <w:rPr>
          <w:b w:val="0"/>
          <w:i w:val="0"/>
        </w:rPr>
        <w:t>‘Không, cô ấy không hề. DS Roycroft đã làm một bản báo cáo đầy đủ, chỉ dành riêng cho mắt tôi. Đó là một trong những lý do tôi thăng chức cô ấy trở lại làm trung sĩ,’ Chim Ưng đáp.</w:t>
      </w:r>
    </w:p>
    <w:p>
      <w:pPr>
        <w:spacing w:after="80"/>
      </w:pPr>
      <w:r>
        <w:rPr>
          <w:b w:val="0"/>
          <w:i w:val="0"/>
        </w:rPr>
        <w:t>Ba mươi đều.</w:t>
      </w:r>
    </w:p>
    <w:p>
      <w:pPr>
        <w:spacing w:after="80"/>
      </w:pPr>
      <w:r>
        <w:rPr>
          <w:b w:val="0"/>
          <w:i w:val="0"/>
        </w:rPr>
        <w:t>‘Lẽ ra nó phải dành cho mắt của mọi người chứ,’ William nói.</w:t>
      </w:r>
    </w:p>
    <w:p>
      <w:pPr>
        <w:spacing w:after="80"/>
      </w:pPr>
      <w:r>
        <w:rPr>
          <w:b w:val="0"/>
          <w:i w:val="0"/>
        </w:rPr>
        <w:t>‘Không phải khi nó giúp tôi thuyết phục được Lamont không chỉ trả lại tiền, mà còn nộp đơn từ chức.’</w:t>
      </w:r>
    </w:p>
    <w:p>
      <w:pPr>
        <w:spacing w:after="80"/>
      </w:pPr>
      <w:r>
        <w:rPr>
          <w:b w:val="0"/>
          <w:i w:val="0"/>
        </w:rPr>
        <w:t>Bốn mươi đều.</w:t>
      </w:r>
    </w:p>
    <w:p>
      <w:pPr>
        <w:spacing w:after="80"/>
      </w:pPr>
      <w:r>
        <w:rPr>
          <w:b w:val="0"/>
          <w:i w:val="0"/>
        </w:rPr>
        <w:t>‘Tôi cần bàn bạc lời đề nghị của ngài với Beth và bố mẹ tôi, trước khi đưa ra quyết định,’ William nói, trong lúc nghỉ uống nước.</w:t>
      </w:r>
    </w:p>
    <w:p>
      <w:pPr>
        <w:spacing w:after="80"/>
      </w:pPr>
      <w:r>
        <w:rPr>
          <w:b w:val="0"/>
          <w:i w:val="0"/>
        </w:rPr>
        <w:t>‘E rằng điều đó sẽ không thể được,’ Chim Ưng nói. ‘Nếu cậu đồng ý nhận nhiệm vụ cực kỳ nhạy cảm này, thì không ai ngoài văn phòng này được biết về nó. Ngay cả gia đình cậu cũng phải tin rằng cậu vẫn đang thuộc đội chống ma túy và đang chuẩn bị cho phiên tòa xét xử Rashidi. Ít nhất điều đó cũng có cái hay là đúng sự thật, bởi vì cho đến khi phiên tòa kết thúc, cậu sẽ phải làm cả hai công việc cùng một lúc.’</w:t>
      </w:r>
    </w:p>
    <w:p>
      <w:pPr>
        <w:spacing w:after="80"/>
      </w:pPr>
      <w:r>
        <w:rPr>
          <w:b w:val="0"/>
          <w:i w:val="0"/>
        </w:rPr>
        <w:t>‘Còn có thể tệ hơn nữa không?’ William hỏi.</w:t>
      </w:r>
    </w:p>
    <w:p>
      <w:pPr>
        <w:spacing w:after="80"/>
      </w:pPr>
      <w:r>
        <w:rPr>
          <w:b w:val="0"/>
          <w:i w:val="0"/>
        </w:rPr>
        <w:t>‘Ồ, có chứ,’ Chim Ưng nói. ‘Tôi được viên cán bộ phụ trách thăm nuôi cấp cao ở Pentonville cho biết rằng Assem Rashidi có một cuộc gặp được đặt lịch sáng nay với người bạn cũ của chúng ta, ông Booth Watson QC. Nên tôi buộc phải nói rằng, Thanh tra Thám tử Warwick ạ, cái từng trông như một vụ án rành rành giờ đây phải được coi là đang treo lơ lửng trên bàn cân.’</w:t>
      </w:r>
    </w:p>
    <w:p>
      <w:pPr>
        <w:spacing w:after="80"/>
      </w:pPr>
      <w:r>
        <w:rPr>
          <w:b w:val="0"/>
          <w:i w:val="0"/>
        </w:rPr>
        <w:t>William mất một lúc mới nhận ra rằng vị chỉ huy đã tung ra con át chủ bài của mình. Anh nhặt lá đơn từ chức lên và nhét lại vào túi áo.</w:t>
      </w:r>
    </w:p>
    <w:p>
      <w:pPr>
        <w:jc w:val="center"/>
      </w:pPr>
      <w:r>
        <w:drawing>
          <wp:inline xmlns:a="http://schemas.openxmlformats.org/drawingml/2006/main" xmlns:pic="http://schemas.openxmlformats.org/drawingml/2006/picture">
            <wp:extent cx="752475" cy="161926"/>
            <wp:docPr id="3" name="Picture 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‘Hẹn gặp lại cậu sau vài ngày nữa, Eddie,’ Miles Faulkner nói khi bước xuống chiếc xe tải không có phù hiệu và bắt đầu phần duy nhất trong cuộc trốn thoát của mình mà chưa được tập dượt trước.</w:t>
      </w:r>
    </w:p>
    <w:p>
      <w:pPr>
        <w:spacing w:after="80"/>
      </w:pPr>
      <w:r>
        <w:rPr>
          <w:b w:val="0"/>
          <w:i w:val="0"/>
        </w:rPr>
        <w:t>Anh thận trọng bước dọc theo con đường mòn đã mòn lối dẫn ra bãi biển. Đi được khoảng một trăm thước, anh phát hiện ra đầu điếu thuốc lá đang phát sáng. Một ngọn hải đăng dẫn đường cho kẻ trốn chạy thoát khỏi những mỏm đá một cách an toàn.</w:t>
      </w:r>
    </w:p>
    <w:p>
      <w:pPr>
        <w:spacing w:after="80"/>
      </w:pPr>
      <w:r>
        <w:rPr>
          <w:b w:val="0"/>
          <w:i w:val="0"/>
        </w:rPr>
        <w:t>Một người đàn ông mặc đồ đen từ đầu đến chân đang bước về phía anh. Họ bắt tay nhau, nhưng cả hai đều không nói gì.</w:t>
      </w:r>
    </w:p>
    <w:p>
      <w:pPr>
        <w:spacing w:after="80"/>
      </w:pPr>
      <w:r>
        <w:rPr>
          <w:b w:val="0"/>
          <w:i w:val="0"/>
        </w:rPr>
        <w:t>Vị thuyền trưởng dẫn người khách duy nhất của mình băng qua bãi cát đến một chiếc xuồng máy đang nhấp nhô trong làn nước nông. Khi cả hai đã lên tàu, một thủy thủ bật động cơ và lái họ ra chiếc du thuyền đang chờ sẵn.</w:t>
      </w:r>
    </w:p>
    <w:p>
      <w:pPr>
        <w:spacing w:after="80"/>
      </w:pPr>
      <w:r>
        <w:rPr>
          <w:b w:val="0"/>
          <w:i w:val="0"/>
        </w:rPr>
        <w:t>Miles chỉ thực sự thư giãn khi vị thuyền trưởng đã kéo neo và giương buồm, và chỉ hét lên hallelujah khi họ đã ra khỏi hẳn vùng lãnh hải. Anh biết rằng nếu họ bắt được anh, không chỉ bản án của anh sẽ bị nhân đôi, mà anh sẽ không có cơ hội trốn thoát lần thứ hai.</w:t>
      </w:r>
    </w:p>
    <w:p>
      <w:pPr>
        <w:pStyle w:val="Heading2"/>
      </w:pPr>
      <w:r>
        <w:rPr>
          <w:rFonts w:ascii="Calibri" w:hAnsi="Calibri"/>
          <w:b/>
          <w:i w:val="0"/>
          <w:sz w:val="32"/>
        </w:rPr>
        <w:t>2</w:t>
      </w:r>
    </w:p>
    <w:p>
      <w:pPr>
        <w:spacing w:after="80"/>
      </w:pPr>
      <w:r>
        <w:rPr>
          <w:b w:val="0"/>
          <w:i w:val="0"/>
        </w:rPr>
        <w:t>ÔNG BOOTH WATSON QC ngồi xuống chiếc ghế đối diện với khách hàng tiềm năng của mình, lấy ra một tập hồ sơ dày từ chiếc cặp Gladstone và đặt nó lên chiếc bàn kính trước mặt.</w:t>
      </w:r>
    </w:p>
    <w:p>
      <w:pPr>
        <w:spacing w:after="80"/>
      </w:pPr>
      <w:r>
        <w:rPr>
          <w:b w:val="0"/>
          <w:i w:val="0"/>
        </w:rPr>
        <w:t>‘Tôi đã nghiên cứu vụ án của ông với sự quan tâm đáng kể, ông Rashidi ạ,’ ông bắt đầu, ‘và muốn điểm qua một cách ngắn gọn những cáo buộc chống lại ông, cùng với khả năng biện hộ của ông.’</w:t>
      </w:r>
    </w:p>
    <w:p>
      <w:pPr>
        <w:spacing w:after="80"/>
      </w:pPr>
      <w:r>
        <w:rPr>
          <w:b w:val="0"/>
          <w:i w:val="0"/>
        </w:rPr>
        <w:t>Rashidi gật đầu, mắt không rời khỏi vị luật sư đang ngồi đối diện. Ông vẫn chưa quyết định có nên thuê BW, như Faulkner gọi ông ta, hay không. Suy cho cùng, cả một bản án chung thân có thể phụ thuộc vào quyết định đó. Ông cần một con chó King Charles spaniel để mê hoặc bồi thẩm đoàn, lai với một con Rottweiler sẵn sàng xé xác từng nhân chứng của bên công tố ra từng mảnh. Booth Watson có phải là con vật đó không?</w:t>
      </w:r>
    </w:p>
    <w:p>
      <w:pPr>
        <w:spacing w:after="80"/>
      </w:pPr>
      <w:r>
        <w:rPr>
          <w:b w:val="0"/>
          <w:i w:val="0"/>
        </w:rPr>
        <w:t>‘Bên công tố sẽ cố chứng minh rằng ông điều hành một đế chế ma túy quy mô lớn. Họ sẽ buộc tội ông nhập khẩu số lượng lớn heroin, cocaine và các chất bất hợp pháp khác, từ đó họ sẽ tuyên bố ông đã kiếm được hàng triệu bảng lợi nhuận, và rằng ông đã kiểm soát một mạng lưới tội phạm gồm các đặc vụ, kẻ buôn bán và người chuyển hàng. Tôi sẽ lập luận rằng ông chẳng qua chỉ là một người ngoài cuộc vô tội bị vướng vào làn đạn của cuộc đột kích do Sở Cảnh sát Metropolitan tiến hành, và không ai kinh hoàng hơn ông khi biết được cơ sở đó đang được dùng để làm gì.’</w:t>
      </w:r>
    </w:p>
    <w:p>
      <w:pPr>
        <w:spacing w:after="80"/>
      </w:pPr>
      <w:r>
        <w:rPr>
          <w:b w:val="0"/>
          <w:i w:val="0"/>
        </w:rPr>
        <w:t>‘Ông có thể sắp xếp bồi thẩm đoàn không?’ Rashidi hỏi.</w:t>
      </w:r>
    </w:p>
    <w:p>
      <w:pPr>
        <w:spacing w:after="80"/>
      </w:pPr>
      <w:r>
        <w:rPr>
          <w:b w:val="0"/>
          <w:i w:val="0"/>
        </w:rPr>
        <w:t>‘Không phải ở đất nước này,’ Booth Watson đáp dứt khoát.</w:t>
      </w:r>
    </w:p>
    <w:p>
      <w:pPr>
        <w:spacing w:after="80"/>
      </w:pPr>
      <w:r>
        <w:rPr>
          <w:b w:val="0"/>
          <w:i w:val="0"/>
        </w:rPr>
        <w:t>‘Còn thẩm phán thì sao? Có thể mua chuộc ông ta không? Hoặc tống tiền?’</w:t>
      </w:r>
    </w:p>
    <w:p>
      <w:pPr>
        <w:spacing w:after="80"/>
      </w:pPr>
      <w:r>
        <w:rPr>
          <w:b w:val="0"/>
          <w:i w:val="0"/>
        </w:rPr>
        <w:t>‘Không. Tuy nhiên, gần đây tôi đã phát hiện ra một điều về ông Thẩm phán Whittaker có thể khiến ông ta bẽ mặt, và do đó có ích cho chúng ta. Nhưng cần phải kiểm tra lại lần nữa.’</w:t>
      </w:r>
    </w:p>
    <w:p>
      <w:pPr>
        <w:spacing w:after="80"/>
      </w:pPr>
      <w:r>
        <w:rPr>
          <w:b w:val="0"/>
          <w:i w:val="0"/>
        </w:rPr>
        <w:t>‘Như điều gì?’ Rashidi truy hỏi.</w:t>
      </w:r>
    </w:p>
    <w:p>
      <w:pPr>
        <w:spacing w:after="80"/>
      </w:pPr>
      <w:r>
        <w:rPr>
          <w:b w:val="0"/>
          <w:i w:val="0"/>
        </w:rPr>
        <w:t>‘Tôi không sẵn lòng tiết lộ điều đó trừ khi và cho đến khi tôi quyết định liệu mình có sẵn lòng đại diện cho ông hay không.’</w:t>
      </w:r>
    </w:p>
    <w:p>
      <w:pPr>
        <w:spacing w:after="80"/>
      </w:pPr>
      <w:r>
        <w:rPr>
          <w:b w:val="0"/>
          <w:i w:val="0"/>
        </w:rPr>
        <w:t>Rashidi chưa bao giờ nghĩ đến việc Booth Watson không thể bị mua chuộc. Ông luôn cho rằng luật sư chẳng khác gì gái đứng đường: bạn chỉ mặc cả về giá cả mà thôi.</w:t>
      </w:r>
    </w:p>
    <w:p>
      <w:pPr>
        <w:spacing w:after="80"/>
      </w:pPr>
      <w:r>
        <w:rPr>
          <w:b w:val="0"/>
          <w:i w:val="0"/>
        </w:rPr>
        <w:t>‘Trong lúc đó, hãy tận dụng khoảng thời gian ít ỏi của chúng ta để xem xét các cáo buộc kỹ càng hơn, và khả năng biện hộ của ông.’</w:t>
      </w:r>
    </w:p>
    <w:p>
      <w:pPr>
        <w:spacing w:after="80"/>
      </w:pPr>
      <w:r>
        <w:rPr>
          <w:b w:val="0"/>
          <w:i w:val="0"/>
        </w:rPr>
        <w:t>Hai giờ sau, Rashidi đã đưa ra quyết định. Sự nắm bắt chi tiết sắc bén như pháp y của Booth Watson, và cách luật pháp có thể được bẻ cong mà không bị vi phạm, đã cho thấy rõ tại sao Miles Faulkner lại đánh giá cao ông ta đến vậy. Nhưng liệu ông ta có sẵn lòng bào chữa cho ông khi ông chẳng có nổi một bàn chân để đứng, chứ đừng nói đến một cái chân?</w:t>
      </w:r>
    </w:p>
    <w:p>
      <w:pPr>
        <w:spacing w:after="80"/>
      </w:pPr>
      <w:r>
        <w:rPr>
          <w:b w:val="0"/>
          <w:i w:val="0"/>
        </w:rPr>
        <w:t>‘Như anh đã biết, Cơ quan Công tố Vương quốc Anh (Crown Prosecution Service) đã tạm thời ấn định phiên tòa của anh vào ngày mười lăm tháng Chín tại Old Bailey,’ Booth Watson nói.</w:t>
      </w:r>
    </w:p>
    <w:p>
      <w:pPr>
        <w:spacing w:after="80"/>
      </w:pPr>
      <w:r>
        <w:rPr>
          <w:b w:val="0"/>
          <w:i w:val="0"/>
        </w:rPr>
        <w:t>‘Vậy tôi sẽ cần tham khảo ý kiến anh thường xuyên.’</w:t>
      </w:r>
    </w:p>
    <w:p>
      <w:pPr>
        <w:spacing w:after="80"/>
      </w:pPr>
      <w:r>
        <w:rPr>
          <w:b w:val="0"/>
          <w:i w:val="0"/>
        </w:rPr>
        <w:t>‘Tôi tính một trăm bảng một giờ.’</w:t>
      </w:r>
    </w:p>
    <w:p>
      <w:pPr>
        <w:spacing w:after="80"/>
      </w:pPr>
      <w:r>
        <w:rPr>
          <w:b w:val="0"/>
          <w:i w:val="0"/>
        </w:rPr>
        <w:t>‘Tôi sẽ trả anh mười nghìn trả trước.’</w:t>
      </w:r>
    </w:p>
    <w:p>
      <w:pPr>
        <w:spacing w:after="80"/>
      </w:pPr>
      <w:r>
        <w:rPr>
          <w:b w:val="0"/>
          <w:i w:val="0"/>
        </w:rPr>
        <w:t>‘Phiên tòa có thể kéo dài vài ngày, thậm chí vài tuần. Riêng tiền thù lao bổ sung (refreshers) thôi cũng đã đáng kể rồi.’</w:t>
      </w:r>
    </w:p>
    <w:p>
      <w:pPr>
        <w:spacing w:after="80"/>
      </w:pPr>
      <w:r>
        <w:rPr>
          <w:b w:val="0"/>
          <w:i w:val="0"/>
        </w:rPr>
        <w:t>‘Vậy thì làm tròn hai mươi nghìn đi,’ Rashidi nói.</w:t>
      </w:r>
    </w:p>
    <w:p>
      <w:pPr>
        <w:spacing w:after="80"/>
      </w:pPr>
      <w:r>
        <w:rPr>
          <w:b w:val="0"/>
          <w:i w:val="0"/>
        </w:rPr>
        <w:t>Booth Watson lặng lẽ gật đầu đồng ý. ‘Còn một điều nữa anh nên biết,’ ông nói. ‘Bên nguyên sẽ do Ngài Julian Warwick QC đại diện, và con gái ông ấy là Grace sẽ làm trợ lý cho ông ấy.’</w:t>
      </w:r>
    </w:p>
    <w:p>
      <w:pPr>
        <w:spacing w:after="80"/>
      </w:pPr>
      <w:r>
        <w:rPr>
          <w:b w:val="0"/>
          <w:i w:val="0"/>
        </w:rPr>
        <w:t>‘Và chắc chắn con trai ông ấy vẫn đang hy vọng được ra làm chứng.’</w:t>
      </w:r>
    </w:p>
    <w:p>
      <w:pPr>
        <w:spacing w:after="80"/>
      </w:pPr>
      <w:r>
        <w:rPr>
          <w:b w:val="0"/>
          <w:i w:val="0"/>
        </w:rPr>
        <w:t>‘Nếu cậu ta không làm được,’ Booth Watson dứt khoát nói, ‘thì anh đã thua ngay trước khi phiên tòa bắt đầu rồi.’</w:t>
      </w:r>
    </w:p>
    <w:p>
      <w:pPr>
        <w:spacing w:after="80"/>
      </w:pPr>
      <w:r>
        <w:rPr>
          <w:b w:val="0"/>
          <w:i w:val="0"/>
        </w:rPr>
        <w:t>‘Vậy thì chúng ta sẽ phải cho cậu ta một ân huệ hoãn thi hành án, ít nhất là cho đến khi anh mổ xẻ xong cậu ta trên ghế nhân chứng.’</w:t>
      </w:r>
    </w:p>
    <w:p>
      <w:pPr>
        <w:spacing w:after="80"/>
      </w:pPr>
      <w:r>
        <w:rPr>
          <w:b w:val="0"/>
          <w:i w:val="0"/>
        </w:rPr>
        <w:t>‘Có khi tôi còn chẳng cần thẩm vấn cái anh chàng được đặt tên rất đúng là Choirboy ấy. Chính cựu Tổng thanh tra Lamont chẳng mấy thánh thiện kia mới là người tôi muốn bồi thẩm đoàn ghi nhớ, chứ không phải Trung sĩ Thám tử William Warwick,’ Booth Watson nói khi cánh cửa mở ra và viên sĩ quan trực ca bước vào cùng họ.</w:t>
      </w:r>
    </w:p>
    <w:p>
      <w:pPr>
        <w:spacing w:after="80"/>
      </w:pPr>
      <w:r>
        <w:rPr>
          <w:b w:val="0"/>
          <w:i w:val="0"/>
        </w:rPr>
        <w:t>‘Thêm năm phút nữa thôi, thưa ngài. Ngài đã quá giờ quy định rồi.’</w:t>
      </w:r>
    </w:p>
    <w:p>
      <w:pPr>
        <w:spacing w:after="80"/>
      </w:pPr>
      <w:r>
        <w:rPr>
          <w:b w:val="0"/>
          <w:i w:val="0"/>
        </w:rPr>
        <w:t>Booth Watson gật đầu. ‘Anh còn câu hỏi nào nữa không, ông Rashidi?’ ông hỏi sau khi cánh cửa đã đóng lại.</w:t>
      </w:r>
    </w:p>
    <w:p>
      <w:pPr>
        <w:spacing w:after="80"/>
      </w:pPr>
      <w:r>
        <w:rPr>
          <w:b w:val="0"/>
          <w:i w:val="0"/>
        </w:rPr>
        <w:t>‘Dạo gần đây anh có nghe tin gì từ Miles không?’</w:t>
      </w:r>
    </w:p>
    <w:p>
      <w:pPr>
        <w:spacing w:after="80"/>
      </w:pPr>
      <w:r>
        <w:rPr>
          <w:b w:val="0"/>
          <w:i w:val="0"/>
        </w:rPr>
        <w:t>‘Ông Faulkner không còn là khách hàng của tôi nữa.’ Booth Watson ngập ngừng một lát rồi nói thêm, ‘Sao anh lại hỏi vậy?’</w:t>
      </w:r>
    </w:p>
    <w:p>
      <w:pPr>
        <w:spacing w:after="80"/>
      </w:pPr>
      <w:r>
        <w:rPr>
          <w:b w:val="0"/>
          <w:i w:val="0"/>
        </w:rPr>
        <w:t>‘Tôi có một đề nghị làm ăn mà có lẽ sẽ hấp dẫn anh ta.’</w:t>
      </w:r>
    </w:p>
    <w:p>
      <w:pPr>
        <w:spacing w:after="80"/>
      </w:pPr>
      <w:r>
        <w:rPr>
          <w:b w:val="0"/>
          <w:i w:val="0"/>
        </w:rPr>
        <w:t>‘Có lẽ ông có thể tóm tắt cho tôi nghe,’ Booth Watson nói, để lộ việc ông ta và Faulkner vẫn còn liên lạc với nhau.</w:t>
      </w:r>
    </w:p>
    <w:p>
      <w:pPr>
        <w:spacing w:after="80"/>
      </w:pPr>
      <w:r>
        <w:rPr>
          <w:b w:val="0"/>
          <w:i w:val="0"/>
        </w:rPr>
        <w:t>‘Cổ phiếu trong công ty của tôi, Marcel và Neffe, sụt giảm thảm hại sau tất cả những tin tức tiêu cực kéo theo việc tôi bị bắt. Tôi cần ai đó mua năm mươi mốt phần trăm cổ phần theo giá thị trường hiện tại, vì tôi không được phép giao dịch trên thị trường chứng khoán khi đang ở tù. Tôi sẽ trả cho anh ta gấp đôi giá trị số cổ phiếu đó vào ngày tôi được thả.’</w:t>
      </w:r>
    </w:p>
    <w:p>
      <w:pPr>
        <w:spacing w:after="80"/>
      </w:pPr>
      <w:r>
        <w:rPr>
          <w:b w:val="0"/>
          <w:i w:val="0"/>
        </w:rPr>
        <w:t>‘Nhưng có thể còn lâu mới đến ngày đó.’</w:t>
      </w:r>
    </w:p>
    <w:p>
      <w:pPr>
        <w:spacing w:after="80"/>
      </w:pPr>
      <w:r>
        <w:rPr>
          <w:b w:val="0"/>
          <w:i w:val="0"/>
        </w:rPr>
        <w:t>‘Tôi sẽ trả gấp đôi nếu ông giúp tôi thoát tội.’</w:t>
      </w:r>
    </w:p>
    <w:p>
      <w:pPr>
        <w:spacing w:after="80"/>
      </w:pPr>
      <w:r>
        <w:rPr>
          <w:b w:val="0"/>
          <w:i w:val="0"/>
        </w:rPr>
        <w:t>Booth Watson lại gật đầu, chứng tỏ ông ta đúng là một kẻ bán mình, dẫu là một kẻ bán mình rất đắt giá.</w:t>
      </w:r>
    </w:p>
    <w:p>
      <w:pPr>
        <w:jc w:val="center"/>
      </w:pPr>
      <w:r>
        <w:drawing>
          <wp:inline xmlns:a="http://schemas.openxmlformats.org/drawingml/2006/main" xmlns:pic="http://schemas.openxmlformats.org/drawingml/2006/picture">
            <wp:extent cx="752475" cy="161926"/>
            <wp:docPr id="4" name="Picture 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không cưỡng nổi việc đi xe buýt quay lại Brixton. Tuy nhiên, lần này anh không có bốn mươi cảnh sát vũ trang đi cùng với ý định triệt phá đường dây ma túy lớn nhất thủ đô, mà là một đám đông các bà nội trợ đang trên đường đi mua sắm.</w:t>
      </w:r>
    </w:p>
    <w:p>
      <w:pPr>
        <w:spacing w:after="80"/>
      </w:pPr>
      <w:r>
        <w:rPr>
          <w:b w:val="0"/>
          <w:i w:val="0"/>
        </w:rPr>
        <w:t>Trong suốt chuyến đi, anh nhìn xuống một số địa danh mà anh còn nhớ từ Chiến dịch Trojan Horse chỉ mới ngày hôm qua. Nhưng chuyến xe buýt này dừng lại ở mọi trạm để đón trả khách, và tầng trên của nó đã không được cải tạo thành trung tâm chỉ huy để từ đó Chim Ưng có thể giám sát cuộc đột kích ma túy lớn nhất trong lịch sử Sở Cảnh sát Met.</w:t>
      </w:r>
    </w:p>
    <w:p>
      <w:pPr>
        <w:spacing w:after="80"/>
      </w:pPr>
      <w:r>
        <w:rPr>
          <w:b w:val="0"/>
          <w:i w:val="0"/>
        </w:rPr>
        <w:t>Hai tòa nhà chung cư cao tầng hiện ra trước mắt. Ở trạm kế tiếp, William chạy bộ xuống các bậc thang và nhảy khỏi xe buýt, để thấy đồng nghiệp của mình, Trung sĩ Thám tử (DS) Jackie Roycroft, đang ngồi trong nhà chờ đợi anh. Lần này không có những tay cảnh giới đặt đúng chỗ để ngăn họ vào tòa nhà.</w:t>
      </w:r>
    </w:p>
    <w:p>
      <w:pPr>
        <w:spacing w:after="80"/>
      </w:pPr>
      <w:r>
        <w:rPr>
          <w:b w:val="0"/>
          <w:i w:val="0"/>
        </w:rPr>
        <w:t>Khi họ tiến đến Tòa B, một bà cụ đi ngang qua họ, đẩy một xe đẩy chất đầy những túi nặng. William thấy thương bà, nhưng có điều gì đó khiến anh quay lại nhìn lần thứ hai trước khi tiếp tục bước về phía tòa nhà. Anh và Trung sĩ Thám tử Roycroft bước vào thang máy – không có gã gác cửa nào cản trở bước tiến của họ – và Jackie bấm nút tầng hai mươi ba.</w:t>
      </w:r>
    </w:p>
    <w:p>
      <w:pPr>
        <w:spacing w:after="80"/>
      </w:pPr>
      <w:r>
        <w:rPr>
          <w:b w:val="0"/>
          <w:i w:val="0"/>
        </w:rPr>
        <w:t>‘Căn hộ đã được đội SOCO (đội khám nghiệm hiện trường) tháo dỡ tan tành rồi, và họ chẳng tìm được gì. Nhưng Chim Ưng cảm thấy chúng ta nên xem xét kỹ hơn, phòng khi họ bỏ sót điều gì. Họ rời đi từ lúc tinh mơ,’ Jackie kể cho anh nghe.</w:t>
      </w:r>
    </w:p>
    <w:p>
      <w:pPr>
        <w:spacing w:after="80"/>
      </w:pPr>
      <w:r>
        <w:rPr>
          <w:b w:val="0"/>
          <w:i w:val="0"/>
        </w:rPr>
        <w:t>‘ “Tôi không biết chuyện đó có thể là khi nào,” ’ William kéo dài giọng, ‘ “nhưng tôi chắc chắn nó hẳn phải rất khó chịu.” ’</w:t>
      </w:r>
    </w:p>
    <w:p>
      <w:pPr>
        <w:spacing w:after="80"/>
      </w:pPr>
      <w:r>
        <w:rPr>
          <w:b w:val="0"/>
          <w:i w:val="0"/>
        </w:rPr>
        <w:t>‘Thôi nào, nói cho tôi biết đi,’ Jackie nói.</w:t>
      </w:r>
    </w:p>
    <w:p>
      <w:pPr>
        <w:spacing w:after="80"/>
      </w:pPr>
      <w:r>
        <w:rPr>
          <w:b w:val="0"/>
          <w:i w:val="0"/>
        </w:rPr>
        <w:t xml:space="preserve">‘Ngài Harcourt Courtly đang nói với Quý bà Gay Spanker trong vở </w:t>
      </w:r>
      <w:r>
        <w:rPr>
          <w:b w:val="0"/>
          <w:i/>
        </w:rPr>
        <w:t>London Assurance</w:t>
      </w:r>
      <w:r>
        <w:rPr>
          <w:b w:val="0"/>
          <w:i w:val="0"/>
        </w:rPr>
        <w:t>.’ Thấy vẻ mặt ngơ ngác của Jackie, William nói thêm, ‘Đó là một vở kịch của Boucicault.’</w:t>
      </w:r>
    </w:p>
    <w:p>
      <w:pPr>
        <w:spacing w:after="80"/>
      </w:pPr>
      <w:r>
        <w:rPr>
          <w:b w:val="0"/>
          <w:i w:val="0"/>
        </w:rPr>
        <w:t>‘Cảm ơn vì mẩu bằng chứng đầy sức thuyết phục đó,’ Jackie nói, khi họ bước ra khỏi thang máy vào một hành lang và thấy một cánh cửa nặng nề được dựng tựa vào tường.</w:t>
      </w:r>
    </w:p>
    <w:p>
      <w:pPr>
        <w:spacing w:after="80"/>
      </w:pPr>
      <w:r>
        <w:rPr>
          <w:b w:val="0"/>
          <w:i w:val="0"/>
        </w:rPr>
        <w:t>Gã thợ sửa chữa tổng hợp chẳng buồn đụng đến vô số ổ khóa, hắn chỉ đơn giản là tháo cánh cửa ra, để lại một cái hang. Hang của Aladdin ư?</w:t>
      </w:r>
    </w:p>
    <w:p>
      <w:pPr>
        <w:spacing w:after="80"/>
      </w:pPr>
      <w:r>
        <w:rPr>
          <w:b w:val="0"/>
          <w:i w:val="0"/>
        </w:rPr>
        <w:t>‘Làm tốt lắm, Jim,’ William nói, khi anh bước vào một căn hộ mà nếu đặt ở Mayfair cũng chẳng thấy lạc lõng. Đồ nội thất hiện đại, sành điệu rải khắp mọi phòng, một tấm thảm dày đến mức bạn lún chân vào, trong khi những bức tranh đương đại tô điểm khắp các bức tường: trong số đó có Bridget Riley, David Hockney và Allen Jones. Đồ thủy tinh Lalique rải rác khắp căn hộ, khiến William nhớ đến tuổi thơ lớn lên ở Pháp của Rashidi. Anh chỉ có thể tự hỏi làm sao một người có văn hóa như vậy lại có thể trở nên độc ác đến thế.</w:t>
      </w:r>
    </w:p>
    <w:p>
      <w:pPr>
        <w:spacing w:after="80"/>
      </w:pPr>
      <w:r>
        <w:rPr>
          <w:b w:val="0"/>
          <w:i w:val="0"/>
        </w:rPr>
        <w:t>Jackie bắt đầu lục soát phòng khách, tìm mọi dấu hiệu của ma túy, trong khi William tập trung vào phòng ngủ chính. Anh không mất nhiều thời gian để chấp nhận rằng SOCO đã làm việc rất kỹ lưỡng, dù anh thấy lạ vì thiếu những đồ vật thường ngày mà anh cho là phải có trong một căn hộ có người ở: không lược, không bàn chải tóc, không bàn chải đánh răng, không xà phòng. Chỉ có một dãy áo vest Savile Row và một tá áo sơ mi thủ công từ Pink ở phố Jermyn, trông như vừa mới lấy về từ tiệm giặt khô. Không có gì mà Booth Watson không thể dễ dàng bác bỏ là không thuộc về thân chủ của mình. Nhưng rồi anh nhìn thấy chữ viết tắt 'A.R.' thêu trên túi áo trong của một bộ vest. Liệu Booth Watson có thể bác bỏ điều đó dễ dàng như vậy không? William gấp chiếc áo vest lại gọn gàng và đặt vào túi đựng vật chứng.</w:t>
      </w:r>
    </w:p>
    <w:p>
      <w:pPr>
        <w:spacing w:after="80"/>
      </w:pPr>
      <w:r>
        <w:rPr>
          <w:b w:val="0"/>
          <w:i w:val="0"/>
        </w:rPr>
        <w:t>Thứ tiếp theo anh chú ý tới là một bức ảnh trong khung bạc chạm trổ tinh xảo đặt trên bàn cạnh giường, trông sang trọng kiểu phố Bond hơn là Brixton. Anh nhấc lên và nhìn kỹ người phụ nữ trong ảnh.</w:t>
      </w:r>
    </w:p>
    <w:p>
      <w:pPr>
        <w:spacing w:after="80"/>
      </w:pPr>
      <w:r>
        <w:rPr>
          <w:b w:val="0"/>
          <w:i w:val="0"/>
        </w:rPr>
        <w:t>'Bắt được rồi,' anh nói, đặt khung bạc đặc vào một túi đựng vật chứng khác.</w:t>
      </w:r>
    </w:p>
    <w:p>
      <w:pPr>
        <w:spacing w:after="80"/>
      </w:pPr>
      <w:r>
        <w:rPr>
          <w:b w:val="0"/>
          <w:i w:val="0"/>
        </w:rPr>
        <w:t>Sau khi ghi lại số điện thoại ở phía bên kia giường, anh bắt đầu xem xét những bức tranh trên tường. Đắt tiền, hiện đại, nhưng không phải vật chứng, trừ khi hóa ra Rashidi đã mua chúng từ một nhà buôn có uy tín, người sẵn sàng ra tòa làm nhân chứng của Crown và tiết lộ tên khách hàng của mình. Khó lắm. Suy cho cùng, điều đó không có lợi cho họ. Bức ảnh khung bạc vẫn là hy vọng tốt nhất của anh.</w:t>
      </w:r>
    </w:p>
    <w:p>
      <w:pPr>
        <w:spacing w:after="80"/>
      </w:pPr>
      <w:r>
        <w:rPr>
          <w:b w:val="0"/>
          <w:i w:val="0"/>
        </w:rPr>
        <w:t>Anh dừng lại chiêm ngưỡng một bức tranh Warhol vẽ Marilyn Monroe mà SOCO đã đặt xuống sàn để lộ ra một két sắt chưa mở. Anh lập tức đi tìm người thợ sửa chữa tên Jim, người này đưa ra một chùm chìa khóa mà Fagin hẳn sẽ phải nể phục. Ông ta mở được két trong vài phút. William kéo cửa ra, chỉ thấy tủ trống rỗng.</w:t>
      </w:r>
    </w:p>
    <w:p>
      <w:pPr>
        <w:spacing w:after="80"/>
      </w:pPr>
      <w:r>
        <w:rPr>
          <w:b w:val="0"/>
          <w:i w:val="0"/>
        </w:rPr>
        <w:t>'Chết tiệt. Hẳn hắn đã thấy chúng ta đến.' Bỗng anh nhớ ra bà cụ ăn xin đẩy xe hàng đầy ắp mà anh gặp lúc nãy. Anh biết có điều gì đó ở bà ta không đúng, và rồi anh nhớ ra đó là gì. Mọi thứ đều đúng kiểu nhân vật trừ đôi giày. Đôi giày Nike mới nhất.</w:t>
      </w:r>
    </w:p>
    <w:p>
      <w:pPr>
        <w:spacing w:after="80"/>
      </w:pPr>
      <w:r>
        <w:rPr>
          <w:b w:val="0"/>
          <w:i w:val="0"/>
        </w:rPr>
        <w:t>'Chết tiệt,' anh lặp lại khi Jackie xuất hiện ở ngưỡng cửa.</w:t>
      </w:r>
    </w:p>
    <w:p>
      <w:pPr>
        <w:spacing w:after="80"/>
      </w:pPr>
      <w:r>
        <w:rPr>
          <w:b w:val="0"/>
          <w:i w:val="0"/>
        </w:rPr>
        <w:t>'Anh có tìm được gì đáng giá không?' cô hỏi. 'Vì tôi thì không.'</w:t>
      </w:r>
    </w:p>
    <w:p>
      <w:pPr>
        <w:spacing w:after="80"/>
      </w:pPr>
      <w:r>
        <w:rPr>
          <w:b w:val="0"/>
          <w:i w:val="0"/>
        </w:rPr>
        <w:t>Với một động tác phô trương, William giơ cao túi nhựa đựng vật chứng chứa bức ảnh khung bạc.</w:t>
      </w:r>
    </w:p>
    <w:p>
      <w:pPr>
        <w:spacing w:after="80"/>
      </w:pPr>
      <w:r>
        <w:rPr>
          <w:b w:val="0"/>
          <w:i w:val="0"/>
        </w:rPr>
        <w:t>'Thắng cả ván, cả set lẫn trận,' Jackie nói, giơ tay chào kiểu đùa với sếp.</w:t>
      </w:r>
    </w:p>
    <w:p>
      <w:pPr>
        <w:spacing w:after="80"/>
      </w:pPr>
      <w:r>
        <w:rPr>
          <w:b w:val="0"/>
          <w:i w:val="0"/>
        </w:rPr>
        <w:t>'Ván thì tôi đồng ý,' William nói, 'có khi cả set nữa. Nhưng trong khi Booth Watson đang làm luật sư biện hộ cho Rashidi tại Old Bailey, thì trận đấu vẫn còn phải phân định.'</w:t>
      </w:r>
    </w:p>
    <w:p>
      <w:pPr>
        <w:jc w:val="center"/>
      </w:pPr>
      <w:r>
        <w:drawing>
          <wp:inline xmlns:a="http://schemas.openxmlformats.org/drawingml/2006/main" xmlns:pic="http://schemas.openxmlformats.org/drawingml/2006/picture">
            <wp:extent cx="752475" cy="161926"/>
            <wp:docPr id="5" name="Picture 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Không ai dám ngồi vào bàn của hắn cho đến khi họ tin chắc hắn sẽ không quay lại.</w:t>
      </w:r>
    </w:p>
    <w:p>
      <w:pPr>
        <w:spacing w:after="80"/>
      </w:pPr>
      <w:r>
        <w:rPr>
          <w:b w:val="0"/>
          <w:i w:val="0"/>
        </w:rPr>
        <w:t>Khi Rashidi xuống căng tin ăn sáng vào sáng thứ ba sau khi Faulkner trốn thoát, hắn ngồi vào đầu bàn trống và mời hai người bạn tù, Tulip và Ross, ngồi cùng.</w:t>
      </w:r>
    </w:p>
    <w:p>
      <w:pPr>
        <w:spacing w:after="80"/>
      </w:pPr>
      <w:r>
        <w:rPr>
          <w:b w:val="0"/>
          <w:i w:val="0"/>
        </w:rPr>
        <w:t xml:space="preserve">'Miles chắc giờ đã ra nước ngoài rồi,' Rashidi nói khi một cai ngục đặt đĩa thịt xông khói và trứng trước mặt hắn. Hắn là tù nhân duy nhất có thịt xông khói không viền. Một cai ngục khác đưa hắn một tờ </w:t>
      </w:r>
      <w:r>
        <w:rPr>
          <w:b w:val="0"/>
          <w:i/>
        </w:rPr>
        <w:t>Financial Times</w:t>
      </w:r>
      <w:r>
        <w:rPr>
          <w:b w:val="0"/>
          <w:i w:val="0"/>
        </w:rPr>
        <w:t>. Nhân viên nhà tù đã nhanh chóng chấp nhận rằng vị vua cũ đã ra đi, và một vị vua mới giờ đã ngồi lên ngai. Các cận thần không hề lo lắng. Vị vua mới là người kế vị tự nhiên của Faulkner, và quan trọng hơn, sẽ đảm bảo những đặc quyền của họ vẫn được duy trì.</w:t>
      </w:r>
    </w:p>
    <w:p>
      <w:pPr>
        <w:spacing w:after="80"/>
      </w:pPr>
      <w:r>
        <w:rPr>
          <w:b w:val="0"/>
          <w:i w:val="0"/>
        </w:rPr>
        <w:t>Rashidi lướt qua bảng niêm yết chứng khoán và cau mày. Marcel và Neffe lại giảm thêm mười xu qua đêm, khiến công ty của hắn dễ bị thâu tóm. Hắn không thể làm gì được, dù chỉ cách Sở Giao dịch Chứng khoán vài dặm.</w:t>
      </w:r>
    </w:p>
    <w:p>
      <w:pPr>
        <w:spacing w:after="80"/>
      </w:pPr>
      <w:r>
        <w:rPr>
          <w:b w:val="0"/>
          <w:i w:val="0"/>
        </w:rPr>
        <w:t>'Tin không vui hả sếp?' Tulip hỏi khi xiên một cây xúc xích và nhét vào miệng.</w:t>
      </w:r>
    </w:p>
    <w:p>
      <w:pPr>
        <w:spacing w:after="80"/>
      </w:pPr>
      <w:r>
        <w:rPr>
          <w:b w:val="0"/>
          <w:i w:val="0"/>
        </w:rPr>
        <w:t>‘Có kẻ đang cố gạt tôi ra khỏi cuộc chơi,’ Rashidi nói. ‘Nhưng luật sư của tôi đã kiểm soát được mọi chuyện rồi.’</w:t>
      </w:r>
    </w:p>
    <w:p>
      <w:pPr>
        <w:spacing w:after="80"/>
      </w:pPr>
      <w:r>
        <w:rPr>
          <w:b w:val="0"/>
          <w:i w:val="0"/>
        </w:rPr>
        <w:t>Gã Marlboro Man gật đầu. Hắn hiếm khi nói, chỉ thỉnh thoảng hỏi một câu. Hỏi nhiều quá sẽ khiến Rashidi nghi ngờ, Hawk đã cảnh báo viên sĩ quan nằm vùng của mình như vậy. Cứ lắng nghe thôi, và anh sẽ thu thập được quá đủ bằng chứng để đảm bảo chúng sẽ không sớm thả hắn ra.</w:t>
      </w:r>
    </w:p>
    <w:p>
      <w:pPr>
        <w:spacing w:after="80"/>
      </w:pPr>
      <w:r>
        <w:rPr>
          <w:b w:val="0"/>
          <w:i w:val="0"/>
        </w:rPr>
        <w:t>‘Tin mới nhất về vụ nguồn hàng thế nào?’ Rashidi hỏi.</w:t>
      </w:r>
    </w:p>
    <w:p>
      <w:pPr>
        <w:spacing w:after="80"/>
      </w:pPr>
      <w:r>
        <w:rPr>
          <w:b w:val="0"/>
          <w:i w:val="0"/>
        </w:rPr>
        <w:t>‘Kiểm soát được cả,’ Tulip trấn an. ‘Tuần này chúng ta kiếm được hơn một ngàn bảng một chút.’</w:t>
      </w:r>
    </w:p>
    <w:p>
      <w:pPr>
        <w:spacing w:after="80"/>
      </w:pPr>
      <w:r>
        <w:rPr>
          <w:b w:val="0"/>
          <w:i w:val="0"/>
        </w:rPr>
        <w:t>‘Còn Boyle thì sao? Hắn có vẻ vẫn đang cung cấp cho tất cả khách hàng cũ, làm ăn bòn rút lợi nhuận của tôi.’</w:t>
      </w:r>
    </w:p>
    <w:p>
      <w:pPr>
        <w:spacing w:after="80"/>
      </w:pPr>
      <w:r>
        <w:rPr>
          <w:b w:val="0"/>
          <w:i w:val="0"/>
        </w:rPr>
        <w:t>‘Không còn là vấn đề nữa đâu, sếp. Hắn sắp được chuyển đến một trại giam trên đảo Wight.’</w:t>
      </w:r>
    </w:p>
    <w:p>
      <w:pPr>
        <w:spacing w:after="80"/>
      </w:pPr>
      <w:r>
        <w:rPr>
          <w:b w:val="0"/>
          <w:i w:val="0"/>
        </w:rPr>
        <w:t>‘Làm sao anh xoay được vụ đó?’</w:t>
      </w:r>
    </w:p>
    <w:p>
      <w:pPr>
        <w:spacing w:after="80"/>
      </w:pPr>
      <w:r>
        <w:rPr>
          <w:b w:val="0"/>
          <w:i w:val="0"/>
        </w:rPr>
        <w:t>‘Viên sĩ quan phụ trách chuyển trại đang chậm trả tiền thế chấp nhà mấy tháng rồi,’ Tulip nói, không giải thích thêm.</w:t>
      </w:r>
    </w:p>
    <w:p>
      <w:pPr>
        <w:spacing w:after="80"/>
      </w:pPr>
      <w:r>
        <w:rPr>
          <w:b w:val="0"/>
          <w:i w:val="0"/>
        </w:rPr>
        <w:t>‘Vậy thì trả trước tiền tháng sau luôn đi,’ Rashidi nói. ‘Vì Boyle không phải phạm nhân duy nhất tôi muốn chuyển trại, mà cách này ít rủi ro hơn phương án kia. Còn anh thì sao, Ross? Bao giờ anh rời khỏi chúng tôi?’</w:t>
      </w:r>
    </w:p>
    <w:p>
      <w:pPr>
        <w:spacing w:after="80"/>
      </w:pPr>
      <w:r>
        <w:rPr>
          <w:b w:val="0"/>
          <w:i w:val="0"/>
        </w:rPr>
        <w:t>‘Tuần sau là tôi đi trại mở Ford rồi, sếp. Trừ khi sếp muốn tôi ở lại?’</w:t>
      </w:r>
    </w:p>
    <w:p>
      <w:pPr>
        <w:spacing w:after="80"/>
      </w:pPr>
      <w:r>
        <w:rPr>
          <w:b w:val="0"/>
          <w:i w:val="0"/>
        </w:rPr>
        <w:t>‘Không, tôi cần anh quay lại đường phố càng nhanh càng tốt. Ở ngoài kia anh có ích cho tôi hơn nhiều.’</w:t>
      </w:r>
    </w:p>
    <w:p>
      <w:pPr>
        <w:pStyle w:val="Heading2"/>
      </w:pPr>
      <w:r>
        <w:rPr>
          <w:rFonts w:ascii="Calibri" w:hAnsi="Calibri"/>
          <w:b/>
          <w:i w:val="0"/>
          <w:sz w:val="32"/>
        </w:rPr>
        <w:t>3</w:t>
      </w:r>
    </w:p>
    <w:p>
      <w:pPr>
        <w:spacing w:after="80"/>
      </w:pPr>
      <w:r>
        <w:rPr>
          <w:b w:val="0"/>
          <w:i w:val="0"/>
        </w:rPr>
        <w:t>TRONG TÙ, người Do Thái và người Hồi giáo là những giáo phái duy nhất thực sự nghiêm túc với tôn giáo của mình. Tuy vậy, chính những người theo đạo Cơ đốc lại có số người dự lễ đông nhất trong mọi buổi lễ.</w:t>
      </w:r>
    </w:p>
    <w:p>
      <w:pPr>
        <w:spacing w:after="80"/>
      </w:pPr>
      <w:r>
        <w:rPr>
          <w:b w:val="0"/>
          <w:i w:val="0"/>
        </w:rPr>
        <w:t>Mỗi sáng Chủ nhật, nhà nguyện trong tù lại chật kín những kẻ tội lỗi, những người không chỉ không tin vào Chúa, mà phần lớn còn chưa từng dự một buổi lễ nhà thờ nào trước đây. Nhưng vì đi lễ nghĩa là phạm nhân được ra khỏi phòng giam hơn một tiếng đồng hồ, nên họ “thấy ánh sáng” và gia nhập một trong những giáo đoàn đông nhất London vào sáng hôm đó.</w:t>
      </w:r>
    </w:p>
    <w:p>
      <w:pPr>
        <w:spacing w:after="80"/>
      </w:pPr>
      <w:r>
        <w:rPr>
          <w:b w:val="0"/>
          <w:i w:val="0"/>
        </w:rPr>
        <w:t>Phải huy động gần như toàn bộ nhân viên nhà tù để hộ tống 700 “tín đồ mới” từ phòng giam xuống nhà nguyện ở tầng hầm, nơi vị tuyên úy chào đón đàn chiên “cừu đen” của mình bằng dấu thánh giá, và chỉ đọc lời cầu nguyện khai lễ khi phạm nhân cuối cùng đã an vị.</w:t>
      </w:r>
    </w:p>
    <w:p>
      <w:pPr>
        <w:spacing w:after="80"/>
      </w:pPr>
      <w:r>
        <w:rPr>
          <w:b w:val="0"/>
          <w:i w:val="0"/>
        </w:rPr>
        <w:t>Nhà nguyện là căn phòng lớn nhất trong tù: hình bán nguyệt, với hai mươi mốt dãy ghế gỗ xếp bậc thang đối diện bàn thờ, nơi nổi bật một cây thánh giá gỗ lớn. Phần lớn phạm nhân đều biết chỗ của mình. Hai dãy đầu là chỗ của số ít “cừu trắng” thực sự đến để thờ phụng. Trong lúc cầu nguyện, họ quỳ sụp xuống và hô “hallelujah” mỗi khi vị tuyên úy nhắc đến Chúa. Họ cũng chăm chú nghe giảng. Còn phần còn lại của đàn chiên, chiếm đại đa số, thì không như vậy. Họ cũng có thứ bậc riêng, và khác với bất kỳ nơi thờ phụng nào khác vào sáng Chủ nhật hôm đó, những chỗ ngồi được săn đón nhất lại là ở phía cuối.</w:t>
      </w:r>
    </w:p>
    <w:p>
      <w:pPr>
        <w:spacing w:after="80"/>
      </w:pPr>
      <w:r>
        <w:rPr>
          <w:b w:val="0"/>
          <w:i w:val="0"/>
        </w:rPr>
        <w:t>Những kẻ quyền lực nhất ngồi ở hàng ghế cuối và điều hành công việc của mình với những người ngồi phía trước. Assem Rashidi ngồi ở giữa hàng cuối, vị trí mà cho đến gần đây vẫn do Miles Faulkner nắm giữ. Tulip ngồi bên trái anh ta, Ross ngồi bên phải.</w:t>
      </w:r>
    </w:p>
    <w:p>
      <w:pPr>
        <w:spacing w:after="80"/>
      </w:pPr>
      <w:r>
        <w:rPr>
          <w:b w:val="0"/>
          <w:i w:val="0"/>
        </w:rPr>
        <w:t>Những mẩu giấy liên tục được chuyền về phía sau, ghi chi tiết nhu cầu của các tù nhân trong tuần tới: ma túy, rượu và tạp chí khiêu dâm là những mặt hàng phổ biến nhất, mặc dù có một tù nhân chỉ luôn muốn một hũ Marmite.</w:t>
      </w:r>
    </w:p>
    <w:p>
      <w:pPr>
        <w:spacing w:after="80"/>
      </w:pPr>
      <w:r>
        <w:rPr>
          <w:b w:val="0"/>
          <w:i w:val="0"/>
        </w:rPr>
        <w:t>"Bài thánh ca đầu tiên của chúng ta sáng nay," vị tuyên úy tuyên bố, "là 'He who would valiant be'. Các bạn sẽ tìm thấy nó ở trang hai trăm mười một trong sách thánh ca của mình."</w:t>
      </w:r>
    </w:p>
    <w:p>
      <w:pPr>
        <w:spacing w:after="80"/>
      </w:pPr>
      <w:r>
        <w:rPr>
          <w:b w:val="0"/>
          <w:i w:val="0"/>
        </w:rPr>
        <w:t>Những người hành hương ở hai hàng ghế đầu đứng dậy và hát say sưa bằng cả trái tim lẫn giọng nói, trong khi những kẻ buôn bán ở phía sau, những người mà Chúa Kitô chắc chắn sẽ đuổi khỏi đền thờ, vẫn tiếp tục giao dịch.</w:t>
      </w:r>
    </w:p>
    <w:p>
      <w:pPr>
        <w:spacing w:after="80"/>
      </w:pPr>
      <w:r>
        <w:rPr>
          <w:b w:val="0"/>
          <w:i w:val="0"/>
        </w:rPr>
        <w:t>"Ba viên crack cho phòng giam bốn mươi tư," Tulip nói, mở một mẩu giấy ra. "Ba mươi bảng."</w:t>
      </w:r>
    </w:p>
    <w:p>
      <w:pPr>
        <w:spacing w:after="80"/>
      </w:pPr>
      <w:r>
        <w:rPr>
          <w:b w:val="0"/>
          <w:i w:val="0"/>
        </w:rPr>
        <w:t>Không có nhiều thứ mà Rashidi không cung cấp được, miễn là các khoản thanh toán được hoàn tất vào cuối mỗi tuần. Không ai được ghi nợ quá một tuần trong tù. Ba trong số các cai ngục làm người đưa thư, việc này kiếm cho họ trong một ngày nhiều hơn cả tiền lương một tuần. Hai người chịu trách nhiệm mang hàng vào tù, trong khi người thứ ba, đáng tin cậy nhất, thu tiền từ vợ, bạn gái, anh chị em và thậm chí cả các bà mẹ.</w:t>
      </w:r>
    </w:p>
    <w:p>
      <w:pPr>
        <w:spacing w:after="80"/>
      </w:pPr>
      <w:r>
        <w:rPr>
          <w:b w:val="0"/>
          <w:i w:val="0"/>
        </w:rPr>
        <w:t xml:space="preserve">". . . </w:t>
      </w:r>
      <w:r>
        <w:rPr>
          <w:b w:val="0"/>
          <w:i/>
        </w:rPr>
        <w:t>để trở thành người hành hương.</w:t>
      </w:r>
      <w:r>
        <w:rPr>
          <w:b w:val="0"/>
          <w:i w:val="0"/>
        </w:rPr>
        <w:t>"</w:t>
      </w:r>
    </w:p>
    <w:p>
      <w:pPr>
        <w:spacing w:after="80"/>
      </w:pPr>
      <w:r>
        <w:rPr>
          <w:b w:val="0"/>
          <w:i w:val="0"/>
        </w:rPr>
        <w:t>Giáo đoàn ngồi xuống trở lại, và một tù nhân trẻ người Tây Ấn bước lên đọc bài kinh đầu tiên.</w:t>
      </w:r>
    </w:p>
    <w:p>
      <w:pPr>
        <w:spacing w:after="80"/>
      </w:pPr>
      <w:r>
        <w:rPr>
          <w:b w:val="0"/>
          <w:i w:val="0"/>
        </w:rPr>
        <w:t>"</w:t>
      </w:r>
      <w:r>
        <w:rPr>
          <w:b w:val="0"/>
          <w:i/>
        </w:rPr>
        <w:t>Và tôi đã thấy ánh sáng . . .</w:t>
      </w:r>
      <w:r>
        <w:rPr>
          <w:b w:val="0"/>
          <w:i w:val="0"/>
        </w:rPr>
        <w:t>"</w:t>
      </w:r>
    </w:p>
    <w:p>
      <w:pPr>
        <w:spacing w:after="80"/>
      </w:pPr>
      <w:r>
        <w:rPr>
          <w:b w:val="0"/>
          <w:i w:val="0"/>
        </w:rPr>
        <w:t>Tulip đưa cho ông chủ một đơn hàng khác, một gói heroin. "Thằng khốn đó chưa trả tiền suốt hai tuần qua. Cho nó một trận dưới vòi hoa sen?"</w:t>
      </w:r>
    </w:p>
    <w:p>
      <w:pPr>
        <w:spacing w:after="80"/>
      </w:pPr>
      <w:r>
        <w:rPr>
          <w:b w:val="0"/>
          <w:i w:val="0"/>
        </w:rPr>
        <w:t>"Không," Rashidi nói dứt khoát. "Chỉ cần ngừng cung cấp cho nó, thế là chúng ta sẽ sớm biết nó có tiền ở ngoài hay không."</w:t>
      </w:r>
    </w:p>
    <w:p>
      <w:pPr>
        <w:spacing w:after="80"/>
      </w:pPr>
      <w:r>
        <w:rPr>
          <w:b w:val="0"/>
          <w:i w:val="0"/>
        </w:rPr>
        <w:t>Tulip trông có vẻ thất vọng.</w:t>
      </w:r>
    </w:p>
    <w:p>
      <w:pPr>
        <w:spacing w:after="80"/>
      </w:pPr>
      <w:r>
        <w:rPr>
          <w:b w:val="0"/>
          <w:i w:val="0"/>
        </w:rPr>
        <w:t>"Tôi nghĩ một trong những người đưa thư chắc hẳn đang ăn bớt," anh ta nói, "vì lợi nhuận của chúng ta tuần trước giảm hơn hai trăm bảng. Ông muốn tôi làm gì về việc này, ông chủ?"</w:t>
      </w:r>
    </w:p>
    <w:p>
      <w:pPr>
        <w:spacing w:after="80"/>
      </w:pPr>
      <w:r>
        <w:rPr>
          <w:b w:val="0"/>
          <w:i w:val="0"/>
        </w:rPr>
        <w:t>"Làm rõ rằng nếu chuyện này tái diễn, một bản báo cáo nặc danh sẽ nằm trên bàn của thống đốc và cả hai nguồn thu nhập của hắn sẽ cạn khô chỉ sau một đêm."</w:t>
      </w:r>
    </w:p>
    <w:p>
      <w:pPr>
        <w:spacing w:after="80"/>
      </w:pPr>
      <w:r>
        <w:rPr>
          <w:b w:val="0"/>
          <w:i w:val="0"/>
        </w:rPr>
        <w:t>"Còn gì nữa không, ông chủ?" Tulip hỏi sau khi nhận đơn hàng cuối cùng.</w:t>
      </w:r>
    </w:p>
    <w:p>
      <w:pPr>
        <w:spacing w:after="80"/>
      </w:pPr>
      <w:r>
        <w:rPr>
          <w:b w:val="0"/>
          <w:i w:val="0"/>
        </w:rPr>
        <w:t>"Có. Bữa tối của tôi tuần trước đã nguội lạnh khi được mang đến phòng giam, nên hãy đổi nhà cung cấp thực phẩm bên ngoài của chúng ta."</w:t>
      </w:r>
    </w:p>
    <w:p>
      <w:pPr>
        <w:spacing w:after="80"/>
      </w:pPr>
      <w:r>
        <w:rPr>
          <w:b w:val="0"/>
          <w:i w:val="0"/>
        </w:rPr>
        <w:t>‘Sẽ làm ngay,’ Tulip nói khi cả hội chúng ngồi xuống.</w:t>
      </w:r>
    </w:p>
    <w:p>
      <w:pPr>
        <w:spacing w:after="80"/>
      </w:pPr>
      <w:r>
        <w:rPr>
          <w:b w:val="0"/>
          <w:i w:val="0"/>
        </w:rPr>
        <w:t xml:space="preserve">‘Bài giảng tuần này của tôi,’ vị tuyên úy ngân nga, ‘được trích từ Sách Xuất Hành, chương ba mươi tư. </w:t>
      </w:r>
      <w:r>
        <w:rPr>
          <w:b w:val="0"/>
          <w:i/>
        </w:rPr>
        <w:t>Khi Môi-se xuống từ núi Sinai . . .</w:t>
      </w:r>
      <w:r>
        <w:rPr>
          <w:b w:val="0"/>
          <w:i w:val="0"/>
        </w:rPr>
        <w:t>’</w:t>
      </w:r>
    </w:p>
    <w:p>
      <w:pPr>
        <w:spacing w:after="80"/>
      </w:pPr>
      <w:r>
        <w:rPr>
          <w:b w:val="0"/>
          <w:i w:val="0"/>
        </w:rPr>
        <w:t>‘Tình hình mới nhất về Trung sĩ Thám tử Warwick thế nào?’</w:t>
      </w:r>
    </w:p>
    <w:p>
      <w:pPr>
        <w:spacing w:after="80"/>
      </w:pPr>
      <w:r>
        <w:rPr>
          <w:b w:val="0"/>
          <w:i w:val="0"/>
        </w:rPr>
        <w:t>‘Chẳng còn sống được bao lâu nữa đâu,’ Tulip nói. ‘Ước gì chính tôi được ra tay làm việc đó.’</w:t>
      </w:r>
    </w:p>
    <w:p>
      <w:pPr>
        <w:spacing w:after="80"/>
      </w:pPr>
      <w:r>
        <w:rPr>
          <w:b w:val="0"/>
          <w:i w:val="0"/>
        </w:rPr>
        <w:t>‘Không phải trước khi phiên tòa kết thúc. Lúc đó ngươi có thể xử lý Trung sĩ Warwick. Hãy làm cho nó chết chậm rãi, đau đớn để đồng nghiệp của nó phải suy nghĩ lại trước khi chống đối ta.’</w:t>
      </w:r>
    </w:p>
    <w:p>
      <w:pPr>
        <w:spacing w:after="80"/>
      </w:pPr>
      <w:r>
        <w:rPr>
          <w:b w:val="0"/>
          <w:i w:val="0"/>
        </w:rPr>
        <w:t>Ross thấy buồn nôn.</w:t>
      </w:r>
    </w:p>
    <w:p>
      <w:pPr>
        <w:spacing w:after="80"/>
      </w:pPr>
      <w:r>
        <w:rPr>
          <w:b w:val="0"/>
          <w:i w:val="0"/>
        </w:rPr>
        <w:t>‘</w:t>
      </w:r>
      <w:r>
        <w:rPr>
          <w:b w:val="0"/>
          <w:i/>
        </w:rPr>
        <w:t>Ngươi chớ giết người</w:t>
      </w:r>
      <w:r>
        <w:rPr>
          <w:b w:val="0"/>
          <w:i w:val="0"/>
        </w:rPr>
        <w:t>,’ vị tuyên úy nói.</w:t>
      </w:r>
    </w:p>
    <w:p>
      <w:pPr>
        <w:spacing w:after="80"/>
      </w:pPr>
      <w:r>
        <w:rPr>
          <w:b w:val="0"/>
          <w:i w:val="0"/>
        </w:rPr>
        <w:t>‘Amen,’ Ross khẽ nói.</w:t>
      </w:r>
    </w:p>
    <w:p>
      <w:pPr>
        <w:spacing w:after="80"/>
      </w:pPr>
      <w:r>
        <w:rPr>
          <w:b w:val="0"/>
          <w:i w:val="0"/>
        </w:rPr>
        <w:t>‘Chúng ta hãy cầu nguyện,’ vị tuyên úy tiếp tục. Hai hàng ghế đầu quỳ xuống. ‘</w:t>
      </w:r>
      <w:r>
        <w:rPr>
          <w:b w:val="0"/>
          <w:i/>
        </w:rPr>
        <w:t>Lạy Chúa Toàn năng . . .</w:t>
      </w:r>
      <w:r>
        <w:rPr>
          <w:b w:val="0"/>
          <w:i w:val="0"/>
        </w:rPr>
        <w:t>’</w:t>
      </w:r>
    </w:p>
    <w:p>
      <w:pPr>
        <w:spacing w:after="80"/>
      </w:pPr>
      <w:r>
        <w:rPr>
          <w:b w:val="0"/>
          <w:i w:val="0"/>
        </w:rPr>
        <w:t>‘Khi thời cơ đến,’ Rashidi nói, ‘gửi một tá hoa hồng đến cho vợ góa của nó, và để cô ta không còn nghi ngờ gì về việc ai đã gửi.’</w:t>
      </w:r>
    </w:p>
    <w:p>
      <w:pPr>
        <w:spacing w:after="80"/>
      </w:pPr>
      <w:r>
        <w:rPr>
          <w:b w:val="0"/>
          <w:i w:val="0"/>
        </w:rPr>
        <w:t>Ross chăm chú lắng nghe từng lời họ trao đổi. Anh sẽ phải chuyển tin đến cho Hawk càng nhanh càng tốt để Warwick có thể được cảnh báo. Giống như Rashidi, anh cũng có một cai ngục đáng tin cậy để chuyển tin ra thế giới bên ngoài, dù trong trường hợp của anh thì anh không mong được thưởng gì. Ross sẽ phải chắc chắn rằng mình được phân lau dọn hành lang bên ngoài văn phòng của Cán bộ Cấp cao Rose sau bữa sáng ngày mai.</w:t>
      </w:r>
    </w:p>
    <w:p>
      <w:pPr>
        <w:spacing w:after="80"/>
      </w:pPr>
      <w:r>
        <w:rPr>
          <w:b w:val="0"/>
          <w:i w:val="0"/>
        </w:rPr>
        <w:t>‘Khi họ chuyển ngươi đến Ford Open tuần tới,’ Rashidi nói, cắt ngang dòng suy nghĩ của anh, ‘hãy liên lạc với Benson, kẻ kiểm soát nguồn cung ma túy ở đó, và cảnh báo hắn rằng nếu ta không nhận được phần của mình, sẽ không còn con nghiện nào được chuyển đến Ford nữa.’</w:t>
      </w:r>
    </w:p>
    <w:p>
      <w:pPr>
        <w:spacing w:after="80"/>
      </w:pPr>
      <w:r>
        <w:rPr>
          <w:b w:val="0"/>
          <w:i w:val="0"/>
        </w:rPr>
        <w:t>Ross gật đầu.</w:t>
      </w:r>
    </w:p>
    <w:p>
      <w:pPr>
        <w:spacing w:after="80"/>
      </w:pPr>
      <w:r>
        <w:rPr>
          <w:b w:val="0"/>
          <w:i w:val="0"/>
        </w:rPr>
        <w:t>‘Còn gì nữa không, ông chủ?’ Tulip hỏi.</w:t>
      </w:r>
    </w:p>
    <w:p>
      <w:pPr>
        <w:spacing w:after="80"/>
      </w:pPr>
      <w:r>
        <w:rPr>
          <w:b w:val="0"/>
          <w:i w:val="0"/>
        </w:rPr>
        <w:t>‘Có. Ngươi đã giải quyết xong vấn đề khác của ta chưa?’ Rashidi hỏi, quay sự chú ý trở lại với Tulip.</w:t>
      </w:r>
    </w:p>
    <w:p>
      <w:pPr>
        <w:spacing w:after="80"/>
      </w:pPr>
      <w:r>
        <w:rPr>
          <w:b w:val="0"/>
          <w:i w:val="0"/>
        </w:rPr>
        <w:t>‘Chắc chắn rồi, ông chủ, nhưng nó không hề rẻ đâu – vài tên cai ngục sẽ đòi tiền đút lót.’</w:t>
      </w:r>
    </w:p>
    <w:p>
      <w:pPr>
        <w:spacing w:after="80"/>
      </w:pPr>
      <w:r>
        <w:rPr>
          <w:b w:val="0"/>
          <w:i w:val="0"/>
        </w:rPr>
        <w:t>'Cứ trả cho họ. Đó là một thứ xa xỉ tôi không muốn đánh đổi.'</w:t>
      </w:r>
    </w:p>
    <w:p>
      <w:pPr>
        <w:spacing w:after="80"/>
      </w:pPr>
      <w:r>
        <w:rPr>
          <w:b w:val="0"/>
          <w:i w:val="0"/>
        </w:rPr>
        <w:t>'Vậy thì một cô gái sẽ được đưa đến phòng giam của anh ngay sau khi tắt đèn.'</w:t>
      </w:r>
    </w:p>
    <w:p>
      <w:pPr>
        <w:spacing w:after="80"/>
      </w:pPr>
      <w:r>
        <w:rPr>
          <w:b w:val="0"/>
          <w:i w:val="0"/>
        </w:rPr>
        <w:t>'Có tin gì về Faulkner không?' Ross hỏi, biết rằng mọi manh mối của Hawk đều đã nguội lạnh.</w:t>
      </w:r>
    </w:p>
    <w:p>
      <w:pPr>
        <w:spacing w:after="80"/>
      </w:pPr>
      <w:r>
        <w:rPr>
          <w:b w:val="0"/>
          <w:i w:val="0"/>
        </w:rPr>
        <w:t>'Họ vừa đề nghị cho tôi phòng giam của anh ta, nên tôi nghĩ có thể yên tâm rằng giờ anh ta đã ra khỏi nước. Sáng mai tôi có một cuộc hẹn khác với luật sư của anh ta, nên có lẽ lúc đó tôi sẽ biết thêm.'</w:t>
      </w:r>
    </w:p>
    <w:p>
      <w:pPr>
        <w:spacing w:after="80"/>
      </w:pPr>
      <w:r>
        <w:rPr>
          <w:b w:val="0"/>
          <w:i w:val="0"/>
        </w:rPr>
        <w:t>Sau khi đã hỏi xong câu hỏi duy nhất của mình, Ross tiếp tục lắng nghe.</w:t>
      </w:r>
    </w:p>
    <w:p>
      <w:pPr>
        <w:spacing w:after="80"/>
      </w:pPr>
      <w:r>
        <w:rPr>
          <w:b w:val="0"/>
          <w:i w:val="0"/>
        </w:rPr>
        <w:t>'Họ đã ấn định ngày xét xử chưa?' Tulip hỏi.</w:t>
      </w:r>
    </w:p>
    <w:p>
      <w:pPr>
        <w:spacing w:after="80"/>
      </w:pPr>
      <w:r>
        <w:rPr>
          <w:b w:val="0"/>
          <w:i w:val="0"/>
        </w:rPr>
        <w:t>'Ngày 15 tháng 9. Và ngày mai tôi sẽ biết họ đã thu thập được bao nhiêu bằng chứng sau khi khám xét căn hộ của tôi.'</w:t>
      </w:r>
    </w:p>
    <w:p>
      <w:pPr>
        <w:spacing w:after="80"/>
      </w:pPr>
      <w:r>
        <w:rPr>
          <w:b w:val="0"/>
          <w:i w:val="0"/>
        </w:rPr>
        <w:t>Ross biết chính xác họ có bao nhiêu bằng chứng, thậm chí cả bức ảnh đó là của ai trong khung bạc.</w:t>
      </w:r>
    </w:p>
    <w:p>
      <w:pPr>
        <w:spacing w:after="80"/>
      </w:pPr>
      <w:r>
        <w:rPr>
          <w:b w:val="0"/>
          <w:i w:val="0"/>
        </w:rPr>
        <w:t>'Có hy vọng nào để tôi tiếp quản phòng giam của anh khi anh chuyển sang phòng của Faulkner không?' Tulip hỏi.</w:t>
      </w:r>
    </w:p>
    <w:p>
      <w:pPr>
        <w:spacing w:after="80"/>
      </w:pPr>
      <w:r>
        <w:rPr>
          <w:b w:val="0"/>
          <w:i w:val="0"/>
        </w:rPr>
        <w:t>'Coi như xong,' Rashidi nói, người hiểu về phần thưởng cũng rõ như về hình phạt. Ông gật đầu với một cai ngục để cho biết ông sẽ cần gặp anh ta sau buổi lễ.</w:t>
      </w:r>
    </w:p>
    <w:p>
      <w:pPr>
        <w:spacing w:after="80"/>
      </w:pPr>
      <w:r>
        <w:rPr>
          <w:b w:val="0"/>
          <w:i w:val="0"/>
        </w:rPr>
        <w:t>'</w:t>
      </w:r>
      <w:r>
        <w:rPr>
          <w:b w:val="0"/>
          <w:i/>
        </w:rPr>
        <w:t>Phúc lành của Thiên Chúa Toàn Năng, Cha, Con và Chúa Thánh Thần.</w:t>
      </w:r>
      <w:r>
        <w:rPr>
          <w:b w:val="0"/>
          <w:i w:val="0"/>
        </w:rPr>
        <w:t>'</w:t>
      </w:r>
    </w:p>
    <w:p>
      <w:pPr>
        <w:spacing w:after="80"/>
      </w:pPr>
      <w:r>
        <w:rPr>
          <w:b w:val="0"/>
          <w:i w:val="0"/>
        </w:rPr>
        <w:t>'</w:t>
      </w:r>
      <w:r>
        <w:rPr>
          <w:b w:val="0"/>
          <w:i/>
        </w:rPr>
        <w:t>Amen</w:t>
      </w:r>
      <w:r>
        <w:rPr>
          <w:b w:val="0"/>
          <w:i w:val="0"/>
        </w:rPr>
        <w:t>,' cả ba người cùng đồng thanh nói.</w:t>
      </w:r>
    </w:p>
    <w:p>
      <w:pPr>
        <w:jc w:val="center"/>
      </w:pPr>
      <w:r>
        <w:drawing>
          <wp:inline xmlns:a="http://schemas.openxmlformats.org/drawingml/2006/main" xmlns:pic="http://schemas.openxmlformats.org/drawingml/2006/picture">
            <wp:extent cx="752475" cy="161926"/>
            <wp:docPr id="6" name="Picture 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'Cặp song sinh thế nào rồi?' Christina hỏi.</w:t>
      </w:r>
    </w:p>
    <w:p>
      <w:pPr>
        <w:spacing w:after="80"/>
      </w:pPr>
      <w:r>
        <w:rPr>
          <w:b w:val="0"/>
          <w:i w:val="0"/>
        </w:rPr>
        <w:t>'Dạo này tôi chẳng được ngủ mấy,' Beth thú nhận, vừa đẩy xe nôi vừa cùng nhau tản bộ quanh công viên Hyde. 'Bọn trẻ lúc nào cũng như phối hợp với nhau mỗi khi muốn gì đó. Tôi lúc nào cũng kiệt sức, và bỗng nhiên thấy vô cùng ngưỡng mộ bố mẹ mình.'</w:t>
      </w:r>
    </w:p>
    <w:p>
      <w:pPr>
        <w:spacing w:after="80"/>
      </w:pPr>
      <w:r>
        <w:rPr>
          <w:b w:val="0"/>
          <w:i w:val="0"/>
        </w:rPr>
        <w:t>'Tôi ghen tị với cậu đấy,' Christina nói, nhìn xuống cặp song sinh với vẻ khao khát. 'William xoay xở thế nào với trách nhiệm tăng thêm này?'</w:t>
      </w:r>
    </w:p>
    <w:p>
      <w:pPr>
        <w:spacing w:after="80"/>
      </w:pPr>
      <w:r>
        <w:rPr>
          <w:b w:val="0"/>
          <w:i w:val="0"/>
        </w:rPr>
        <w:t>'Anh ấy tuyệt vời lắm mỗi khi ở nhà, nhưng nếu tôi muốn tiếp tục làm việc, chúng tôi sẽ phải thuê một bảo mẫu toàn thời gian, mà chi phí gần bằng số tiền tôi kiếm được.'</w:t>
      </w:r>
    </w:p>
    <w:p>
      <w:pPr>
        <w:spacing w:after="80"/>
      </w:pPr>
      <w:r>
        <w:rPr>
          <w:b w:val="0"/>
          <w:i w:val="0"/>
        </w:rPr>
        <w:t>‘Đáng từng xu,’ Christina nói, ‘nhất là nếu nó giúp William có thêm thời gian để lần ra tung tích chồng tôi, kẻ dường như đã ra khơi đi biệt một năm một ngày.’</w:t>
      </w:r>
    </w:p>
    <w:p>
      <w:pPr>
        <w:spacing w:after="80"/>
      </w:pPr>
      <w:r>
        <w:rPr>
          <w:b w:val="0"/>
          <w:i w:val="0"/>
        </w:rPr>
        <w:t>‘Anh ấy chẳng làm được gì nhiều về Miles khi đang chuẩn bị cho phiên tòa Rashidi.’</w:t>
      </w:r>
    </w:p>
    <w:p>
      <w:pPr>
        <w:spacing w:after="80"/>
      </w:pPr>
      <w:r>
        <w:rPr>
          <w:b w:val="0"/>
          <w:i w:val="0"/>
        </w:rPr>
        <w:t>‘Nếu chỉ một nửa những gì báo chí nói về gã đàn ông đó là thật, tôi mong hắn thối rữa dưới địa ngục.’</w:t>
      </w:r>
    </w:p>
    <w:p>
      <w:pPr>
        <w:spacing w:after="80"/>
      </w:pPr>
      <w:r>
        <w:rPr>
          <w:b w:val="0"/>
          <w:i w:val="0"/>
        </w:rPr>
        <w:t>‘Nơi mà chắc chắn hắn sẽ lại gặp Miles,’ Beth nói.</w:t>
      </w:r>
    </w:p>
    <w:p>
      <w:pPr>
        <w:spacing w:after="80"/>
      </w:pPr>
      <w:r>
        <w:rPr>
          <w:b w:val="0"/>
          <w:i w:val="0"/>
        </w:rPr>
        <w:t>‘Cô có nghĩ đường đi của họ đã giao nhau ở Pentonville không?’</w:t>
      </w:r>
    </w:p>
    <w:p>
      <w:pPr>
        <w:spacing w:after="80"/>
      </w:pPr>
      <w:r>
        <w:rPr>
          <w:b w:val="0"/>
          <w:i w:val="0"/>
        </w:rPr>
        <w:t>‘William tin chắc như vậy, nhất là khi Booth Watson sẽ đại diện cho Rashidi tại phiên tòa của hắn. Và đó là một kẻ sẽ không được phép dự đám tang mẹ mình, phần lớn là vì bà ấy vẫn còn sống sờ sờ. Dù William bảo tôi rằng bà ấy chưa một lần đến thăm con trai trong tù.’</w:t>
      </w:r>
    </w:p>
    <w:p>
      <w:pPr>
        <w:spacing w:after="80"/>
      </w:pPr>
      <w:r>
        <w:rPr>
          <w:b w:val="0"/>
          <w:i w:val="0"/>
        </w:rPr>
        <w:t>‘Có lẽ hắn sẽ tìm cách trốn thoát nào khác?’</w:t>
      </w:r>
    </w:p>
    <w:p>
      <w:pPr>
        <w:spacing w:after="80"/>
      </w:pPr>
      <w:r>
        <w:rPr>
          <w:b w:val="0"/>
          <w:i w:val="0"/>
        </w:rPr>
        <w:t>‘Không đời nào. Cô có thể chắc chắn rằng hắn sẽ được hộ tống bởi cả một đội quân nhỏ trên đường từ nhà tù đến Old Bailey, sau những gì Miles đã thoát được.’</w:t>
      </w:r>
    </w:p>
    <w:p>
      <w:pPr>
        <w:spacing w:after="80"/>
      </w:pPr>
      <w:r>
        <w:rPr>
          <w:b w:val="0"/>
          <w:i w:val="0"/>
        </w:rPr>
        <w:t>‘Miles lúc nào cũng đi trước cảnh sát vài nước cờ. Cuộc trốn thoát của hắn hẳn đã được lên kế hoạch như một chiến dịch quân sự, và cô có thể chắc chắn hắn không để bất cứ điều gì vào may rủi.’</w:t>
      </w:r>
    </w:p>
    <w:p>
      <w:pPr>
        <w:spacing w:after="80"/>
      </w:pPr>
      <w:r>
        <w:rPr>
          <w:b w:val="0"/>
          <w:i w:val="0"/>
        </w:rPr>
        <w:t>Beth không đáp. Dù cô xem Christina như một người bạn, cô biết rõ William không tin tưởng cô ấy. Sáng hôm đó khi đi làm, anh đã dặn cô chỉ nên nghe thôi, vì Christina có thể sẽ nói ra điều gì đó mà sau này cô ấy sẽ hối hận.</w:t>
      </w:r>
    </w:p>
    <w:p>
      <w:pPr>
        <w:spacing w:after="80"/>
      </w:pPr>
      <w:r>
        <w:rPr>
          <w:b w:val="0"/>
          <w:i w:val="0"/>
        </w:rPr>
        <w:t>‘Không phải ngẫu nhiên mà một ngày trước khi hắn trốn thoát khỏi đám tang mẹ mình,’ Christina tiếp tục, ‘du thuyền của Miles lặng lẽ rời Monte Carlo và hướng về bờ biển nước Anh.’</w:t>
      </w:r>
    </w:p>
    <w:p>
      <w:pPr>
        <w:spacing w:after="80"/>
      </w:pPr>
      <w:r>
        <w:rPr>
          <w:b w:val="0"/>
          <w:i w:val="0"/>
        </w:rPr>
        <w:t>‘Sao cô biết điều đó?’</w:t>
      </w:r>
    </w:p>
    <w:p>
      <w:pPr>
        <w:spacing w:after="80"/>
      </w:pPr>
      <w:r>
        <w:rPr>
          <w:b w:val="0"/>
          <w:i w:val="0"/>
        </w:rPr>
        <w:t>‘Một trong những thủy thủ của hắn đã quay lại Monte Carlo sau khi họ cập cảng New York, và sau đó báo lại cho tôi. Tôi cá là cô sẽ không còn nghe tin gì từ Miles nữa.’</w:t>
      </w:r>
    </w:p>
    <w:p>
      <w:pPr>
        <w:spacing w:after="80"/>
      </w:pPr>
      <w:r>
        <w:rPr>
          <w:b w:val="0"/>
          <w:i w:val="0"/>
        </w:rPr>
        <w:t>Beth nhớ ra Miles cũng có một căn hộ ở New York. ‘Còn bộ sưu tập nghệ thuật thì sao?’ cô hỏi.</w:t>
      </w:r>
    </w:p>
    <w:p>
      <w:pPr>
        <w:spacing w:after="80"/>
      </w:pPr>
      <w:r>
        <w:rPr>
          <w:b w:val="0"/>
          <w:i w:val="0"/>
        </w:rPr>
        <w:t>‘Một nửa trong số đó theo lý thuyết thuộc về tôi. Nhưng nếu phải đoán, tôi sẽ không bao giờ được nhìn thấy những báu vật đó nữa. Tôi lùng sục mọi danh mục từ tất cả các nhà đấu giá hàng đầu phòng khi một trong số chúng được đem ra bán, nhưng đến giờ vẫn chưa có gì.’</w:t>
      </w:r>
    </w:p>
    <w:p>
      <w:pPr>
        <w:spacing w:after="80"/>
      </w:pPr>
      <w:r>
        <w:rPr>
          <w:b w:val="0"/>
          <w:i w:val="0"/>
        </w:rPr>
        <w:t>‘Còn căn hộ ở Eaton Square thì sao?’ Beth hỏi khi họ đến hồ Serpentine.</w:t>
      </w:r>
    </w:p>
    <w:p>
      <w:pPr>
        <w:spacing w:after="80"/>
      </w:pPr>
      <w:r>
        <w:rPr>
          <w:b w:val="0"/>
          <w:i w:val="0"/>
        </w:rPr>
        <w:t>‘Hợp đồng thuê chỉ còn vài tháng nữa là hết hạn, nhưng tôi định gia hạn.’</w:t>
      </w:r>
    </w:p>
    <w:p>
      <w:pPr>
        <w:spacing w:after="80"/>
      </w:pPr>
      <w:r>
        <w:rPr>
          <w:b w:val="0"/>
          <w:i w:val="0"/>
        </w:rPr>
        <w:t>‘Làm sao cô có thể xoay xở được việc đó nếu Miles đã cuỗm hết mọi thứ rồi?’</w:t>
      </w:r>
    </w:p>
    <w:p>
      <w:pPr>
        <w:spacing w:after="80"/>
      </w:pPr>
      <w:r>
        <w:rPr>
          <w:b w:val="0"/>
          <w:i w:val="0"/>
        </w:rPr>
        <w:t>‘Bởi vì ông chồng thân yêu của tôi đã bỏ qua một chi tiết nhỏ khi ông ta thiêu rụi ngôi nhà ở quê của chúng tôi và tưởng rằng đã khiến tôi trắng tay.’</w:t>
      </w:r>
    </w:p>
    <w:p>
      <w:pPr>
        <w:spacing w:after="80"/>
      </w:pPr>
      <w:r>
        <w:rPr>
          <w:b w:val="0"/>
          <w:i w:val="0"/>
        </w:rPr>
        <w:t>‘Mình lạc đường rồi,’ Beth nói khi Christina giành lấy việc đẩy xe nôi xuống Rotten Row.</w:t>
      </w:r>
    </w:p>
    <w:p>
      <w:pPr>
        <w:spacing w:after="80"/>
      </w:pPr>
      <w:r>
        <w:rPr>
          <w:b w:val="0"/>
          <w:i w:val="0"/>
        </w:rPr>
        <w:t>‘Tuần trước, anh môi giới bất động sản của tôi gọi điện báo rằng hội đồng địa phương đã cấp phép quy hoạch để xây một tá ngôi nhà trên khu đất đó. Anh ấy đã nhận được lời đề nghị nửa triệu bảng cho mảnh đất, mà họ còn chưa đưa nó lên thị trường nữa cơ.’</w:t>
      </w:r>
    </w:p>
    <w:p>
      <w:pPr>
        <w:spacing w:after="80"/>
      </w:pPr>
      <w:r>
        <w:rPr>
          <w:b w:val="0"/>
          <w:i w:val="0"/>
        </w:rPr>
        <w:t>‘Chà, thế là đủ giải quyết mấy rắc rối trước mắt của bạn rồi.’</w:t>
      </w:r>
    </w:p>
    <w:p>
      <w:pPr>
        <w:spacing w:after="80"/>
      </w:pPr>
      <w:r>
        <w:rPr>
          <w:b w:val="0"/>
          <w:i w:val="0"/>
        </w:rPr>
        <w:t>‘Có thể lắm. Nhưng tôi sẽ chưa ăn mừng cho đến khi Miles bị nhốt lại, tốt nhất là biệt giam, và một nửa số tranh đang được treo trong căn hộ của tôi.’</w:t>
      </w:r>
    </w:p>
    <w:p>
      <w:pPr>
        <w:spacing w:after="80"/>
      </w:pPr>
      <w:r>
        <w:rPr>
          <w:b w:val="0"/>
          <w:i w:val="0"/>
        </w:rPr>
        <w:t>‘Chưa kể bức Vermeer hắn đánh cắp từ bảo tàng Fitzmolean nữa,’ Beth nói. Cô liếc nhìn đồng hồ khi cả hai đến Albert Crescent.</w:t>
      </w:r>
    </w:p>
    <w:p>
      <w:pPr>
        <w:spacing w:after="80"/>
      </w:pPr>
      <w:r>
        <w:rPr>
          <w:b w:val="0"/>
          <w:i w:val="0"/>
        </w:rPr>
        <w:t>‘Nhớ bảo William đừng mất thời gian tìm Miles nhé,’ Christina nói khi họ chia tay. ‘Tập trung vào mấy bức tranh đi. Tìm được chúng, cậu cứ yên tâm là anh ta sẽ ở ngay gần đó thôi.’</w:t>
      </w:r>
    </w:p>
    <w:p>
      <w:pPr>
        <w:spacing w:after="80"/>
      </w:pPr>
      <w:r>
        <w:rPr>
          <w:b w:val="0"/>
          <w:i w:val="0"/>
        </w:rPr>
        <w:t>Beth đột ngột dừng xe đẩy lại, khiến Artemisia bật khóc nức nở. Peter cũng hòa theo ngay sau đó. Phải chăng đó chính là câu mà William đang tìm kiếm, câu mà Christina có lẽ sẽ hối hận về sau?</w:t>
      </w:r>
    </w:p>
    <w:p>
      <w:pPr>
        <w:jc w:val="center"/>
      </w:pPr>
      <w:r>
        <w:drawing>
          <wp:inline xmlns:a="http://schemas.openxmlformats.org/drawingml/2006/main" xmlns:pic="http://schemas.openxmlformats.org/drawingml/2006/picture">
            <wp:extent cx="752475" cy="161926"/>
            <wp:docPr id="7" name="Picture 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w:t>
      </w:r>
    </w:p>
    <w:p>
      <w:pPr>
        <w:spacing w:after="80"/>
      </w:pPr>
      <w:r>
        <w:rPr>
          <w:b w:val="0"/>
          <w:i w:val="0"/>
        </w:rPr>
        <w:t>William ngước lên và thấy DS Summers đang chen qua cánh cửa lật của căng tin.</w:t>
      </w:r>
    </w:p>
    <w:p>
      <w:pPr>
        <w:spacing w:after="80"/>
      </w:pPr>
      <w:r>
        <w:rPr>
          <w:b w:val="0"/>
          <w:i w:val="0"/>
        </w:rPr>
        <w:t>‘Jerry? Cậu làm gì ở đây thế?’ anh ta hỏi, trong lòng đã quá rõ câu trả lời.</w:t>
      </w:r>
    </w:p>
    <w:p>
      <w:pPr>
        <w:spacing w:after="80"/>
      </w:pPr>
      <w:r>
        <w:rPr>
          <w:b w:val="0"/>
          <w:i w:val="0"/>
        </w:rPr>
        <w:t>‘Chắc cũng giống như cậu thôi. Tớ đang chuẩn bị một buổi nói chuyện về cảm giác làm một anh cảnh sát quèn ở vùng quê, chứ không phải một ngôi sao sáng giá ở Scotland Yard.’</w:t>
      </w:r>
    </w:p>
    <w:p>
      <w:pPr>
        <w:spacing w:after="80"/>
      </w:pPr>
      <w:r>
        <w:rPr>
          <w:b w:val="0"/>
          <w:i w:val="0"/>
        </w:rPr>
        <w:t>‘Khó lắm. Tôi đang chuẩn bị một buổi nói chuyện giới thiệu về ma túy, cho một đám tân binh vừa mới ra trường và sẽ chẳng nhận ra ma túy là gì ngay cả khi nhìn thấy.’</w:t>
      </w:r>
    </w:p>
    <w:p>
      <w:pPr>
        <w:spacing w:after="80"/>
      </w:pPr>
      <w:r>
        <w:rPr>
          <w:b w:val="0"/>
          <w:i w:val="0"/>
        </w:rPr>
        <w:t>William nhấc một chiếc cặp táp lên và đặt nó lên bàn trước mặt. Anh mở nó ra, để lộ một tá hộp nhựa nhỏ đựng mẫu của đủ loại ma túy bất hợp pháp, từ heroin cho đến thuốc lắc Ecstasy.</w:t>
      </w:r>
    </w:p>
    <w:p>
      <w:pPr>
        <w:spacing w:after="80"/>
      </w:pPr>
      <w:r>
        <w:rPr>
          <w:b w:val="0"/>
          <w:i w:val="0"/>
        </w:rPr>
        <w:t>‘Ấn tượng đấy,’ Summers nói, tự rót cho mình một tách trà. ‘Nhưng chưa ấn tượng bằng việc cuối cùng cũng tóm được tên Rashidi khốn kiếp đó và tống hắn vào tù. Tôi hy vọng anh có đủ bằng chứng để kết tội hắn, vì tôi nghe nói hắn trơn như lươn, và anh cứ yên tâm là hắn sẽ thuê luật sư giỏi nhất mà tiền có thể mua được.’</w:t>
      </w:r>
    </w:p>
    <w:p>
      <w:pPr>
        <w:spacing w:after="80"/>
      </w:pPr>
      <w:r>
        <w:rPr>
          <w:b w:val="0"/>
          <w:i w:val="0"/>
        </w:rPr>
        <w:t>‘Anh biết hắn à?’ William hỏi.</w:t>
      </w:r>
    </w:p>
    <w:p>
      <w:pPr>
        <w:spacing w:after="80"/>
      </w:pPr>
      <w:r>
        <w:rPr>
          <w:b w:val="0"/>
          <w:i w:val="0"/>
        </w:rPr>
        <w:t>‘Chỉ biết qua tiếng tăm. Nhưng có vài tên đàn em cặn bã của hắn hoạt động ở Romford và Barking. Bọn tôi để ý thấy chuỗi cung ứng của chúng dạo này cạn kiệt, nhờ ơn anh và Tổng thanh tra Lamont.’</w:t>
      </w:r>
    </w:p>
    <w:p>
      <w:pPr>
        <w:spacing w:after="80"/>
      </w:pPr>
      <w:r>
        <w:rPr>
          <w:b w:val="0"/>
          <w:i w:val="0"/>
        </w:rPr>
        <w:t>‘Sao anh biết Lamont?’</w:t>
      </w:r>
    </w:p>
    <w:p>
      <w:pPr>
        <w:spacing w:after="80"/>
      </w:pPr>
      <w:r>
        <w:rPr>
          <w:b w:val="0"/>
          <w:i w:val="0"/>
        </w:rPr>
        <w:t>‘Ông ấy là sếp đầu tiên của tôi khi tôi bắt đầu đi tuần ở Romford. Khoảng hai năm sau thì ông được chuyển về Yard, nên từ đó tôi không gặp lại. Lão già đó dạo này thế nào?’</w:t>
      </w:r>
    </w:p>
    <w:p>
      <w:pPr>
        <w:spacing w:after="80"/>
      </w:pPr>
      <w:r>
        <w:rPr>
          <w:b w:val="0"/>
          <w:i w:val="0"/>
        </w:rPr>
        <w:t>‘Ông ấy nghỉ hưu sớm, nên tôi cũng không gặp gần đây.’</w:t>
      </w:r>
    </w:p>
    <w:p>
      <w:pPr>
        <w:spacing w:after="80"/>
      </w:pPr>
      <w:r>
        <w:rPr>
          <w:b w:val="0"/>
          <w:i w:val="0"/>
        </w:rPr>
        <w:t>‘Sao ông ấy lại làm thế nhỉ?’ Summers nói, gần như tự nói với mình. ‘Ông ấy chắc chỉ còn hơn một năm là đủ điều kiện hưởng lương hưu trọn vẹn.’ Anh ta thả vài viên đường vào tách trà rồi hỏi, ‘Vậy làm việc ở tuyến đầu cảm giác thế nào?’</w:t>
      </w:r>
    </w:p>
    <w:p>
      <w:pPr>
        <w:spacing w:after="80"/>
      </w:pPr>
      <w:r>
        <w:rPr>
          <w:b w:val="0"/>
          <w:i w:val="0"/>
        </w:rPr>
        <w:t>‘Tôi dành nửa thời gian để điền giấy tờ và bắt mấy con nghiện đáng lẽ phải nằm viện chứ không phải vào tù. Nhưng nếu anh gặp nguồn cung mới ở Romford, làm ơn báo cho tôi biết.’</w:t>
      </w:r>
    </w:p>
    <w:p>
      <w:pPr>
        <w:spacing w:after="80"/>
      </w:pPr>
      <w:r>
        <w:rPr>
          <w:b w:val="0"/>
          <w:i w:val="0"/>
        </w:rPr>
        <w:t>‘Anh nên để mắt tới gia đình Payne,’ DS Summers nói. ‘Chúng kiểm soát nguồn cung ma túy ở địa bàn của tôi, nhưng chưa đủ lớn để tiếp quản đế chế của Rashidi. Thực ra, chúng đang cầu trời cho hắn được tha. Vì không có cá mập, lũ cá nhỏ chẳng được ăn.’</w:t>
      </w:r>
    </w:p>
    <w:p>
      <w:pPr>
        <w:spacing w:after="80"/>
      </w:pPr>
      <w:r>
        <w:rPr>
          <w:b w:val="0"/>
          <w:i w:val="0"/>
        </w:rPr>
        <w:t>William ghi chú bằng giấy một điều anh đã biết, và ghi chú trong đầu rằng Summers không hề nhắc đến gia đình Turner.</w:t>
      </w:r>
    </w:p>
    <w:p>
      <w:pPr>
        <w:spacing w:after="80"/>
      </w:pPr>
      <w:r>
        <w:rPr>
          <w:b w:val="0"/>
          <w:i w:val="0"/>
        </w:rPr>
        <w:t>‘Và chúc mừng nhé,’ Summers nói, chọn một chiếc bánh quy sô-cô-la. ‘Tôi nghe nói anh là người đầu tiên trong khóa của chúng ta được thăng chức thanh tra thám tử. Không phải ai cũng sẽ ngạc nhiên đâu.’</w:t>
      </w:r>
    </w:p>
    <w:p>
      <w:pPr>
        <w:spacing w:after="80"/>
      </w:pPr>
      <w:r>
        <w:rPr>
          <w:b w:val="0"/>
          <w:i w:val="0"/>
        </w:rPr>
        <w:t>‘Thăng chức cũng có cái bất lợi,’ William nói với một tiếng thở dài mà anh hy vọng không quá phóng đại.</w:t>
      </w:r>
    </w:p>
    <w:p>
      <w:pPr>
        <w:spacing w:after="80"/>
      </w:pPr>
      <w:r>
        <w:rPr>
          <w:b w:val="0"/>
          <w:i w:val="0"/>
        </w:rPr>
        <w:t>‘Như cái gì?’ Summers hỏi, cắn câu.</w:t>
      </w:r>
    </w:p>
    <w:p>
      <w:pPr>
        <w:spacing w:after="80"/>
      </w:pPr>
      <w:r>
        <w:rPr>
          <w:b w:val="0"/>
          <w:i w:val="0"/>
        </w:rPr>
        <w:t>‘Thanh tra chẳng được trả mấy tiền làm thêm giờ, dù vẫn bị kỳ vọng làm đủ số giờ như nhau.’</w:t>
      </w:r>
    </w:p>
    <w:p>
      <w:pPr>
        <w:spacing w:after="80"/>
      </w:pPr>
      <w:r>
        <w:rPr>
          <w:b w:val="0"/>
          <w:i w:val="0"/>
        </w:rPr>
        <w:t>‘Đó là một phần của thỏa thuận nếu anh muốn gia nhập tầng lớp sĩ quan,’ Summers nói. ‘Đó là một trong nhiều lý do tôi vui vẻ ở lại hàng ngũ lính. Anh có vợ chưa?’</w:t>
      </w:r>
    </w:p>
    <w:p>
      <w:pPr>
        <w:spacing w:after="80"/>
      </w:pPr>
      <w:r>
        <w:rPr>
          <w:b w:val="0"/>
          <w:i w:val="0"/>
        </w:rPr>
        <w:t>‘Rồi, và chúng tôi có một cặp sinh đôi, nên dù được thăng chức, chúng tôi cũng chỉ vừa đủ sống,’ William nói, hy vọng dụ được anh ta buột miệng điều gì đó.</w:t>
      </w:r>
    </w:p>
    <w:p>
      <w:pPr>
        <w:spacing w:after="80"/>
      </w:pPr>
      <w:r>
        <w:rPr>
          <w:b w:val="0"/>
          <w:i w:val="0"/>
        </w:rPr>
        <w:t>‘Đó là lý do tôi vẫn còn độc thân,’ Summers nói. ‘Tốt hơn là đi thôi. Năm phút nữa tôi lên sóng,’ anh nói thêm, uống nốt tách trà trước khi chộp lấy chiếc bánh quy sô-cô-la cuối cùng. ‘Nếu tôi nghe phong thanh được ai là nhà cung cấp mới, tôi sẽ gọi cho anh.’</w:t>
      </w:r>
    </w:p>
    <w:p>
      <w:pPr>
        <w:spacing w:after="80"/>
      </w:pPr>
      <w:r>
        <w:rPr>
          <w:b w:val="0"/>
          <w:i w:val="0"/>
        </w:rPr>
        <w:t>Hai người bắt tay nhau, trước khi Jerry rời đi đến lớp học. William không chắc cuộc gặp được cho là tình cờ này có ích lợi gì không. The Hawk đã sắp xếp để cả hai đến nói chuyện với các tân binh tại Hendon để việc tình cờ gặp nhau trông không quá lộ liễu. Nhưng ngay cả vậy, anh đã phải ngồi trong căng-tin uống trà nguội hơn một tiếng đồng hồ trước khi Summers cuối cùng xuất hiện, và anh không tin mình sẽ còn nghe tin gì từ ông ta nữa.</w:t>
      </w:r>
    </w:p>
    <w:p>
      <w:pPr>
        <w:spacing w:after="80"/>
      </w:pPr>
      <w:r>
        <w:rPr>
          <w:b w:val="0"/>
          <w:i w:val="0"/>
        </w:rPr>
        <w:t>The Hawk đã phân công DS Paul Adaja và PC Nicky Bailey, một tân binh non nớt vừa mới tuyển, theo dõi Summers suốt ngày đêm. Bailey đang tuần tra các đường phố Romford với tư cách cảnh sát, trong khi Adaja vẫn hoạt động bí mật. Trở lại sở, DS Jackie Roycroft tiếp tục làm việc chặt chẽ với William, cùng với một thành viên mới của đội, DC Rebecca Pankhurst, người luôn khiến cả đội phải cảnh giác.</w:t>
      </w:r>
    </w:p>
    <w:p>
      <w:pPr>
        <w:spacing w:after="80"/>
      </w:pPr>
      <w:r>
        <w:rPr>
          <w:b w:val="0"/>
          <w:i w:val="0"/>
        </w:rPr>
        <w:t>The Hawk muốn biết bạn bè của Summers là ai, ông ta gặp gỡ những ai sau giờ làm, liệu có mục nào không giải thích được trong hồ sơ tội phạm của ông ta không. Ông ta có người cung cấp tin không? Cô bạn gái mới nhất của ông ta là ai? Cô ấy có phải là nữ cảnh sát (WPC) không?</w:t>
      </w:r>
    </w:p>
    <w:p>
      <w:pPr>
        <w:spacing w:after="80"/>
      </w:pPr>
      <w:r>
        <w:rPr>
          <w:b w:val="0"/>
          <w:i w:val="0"/>
        </w:rPr>
        <w:t>Adaja và Bailey đã có thể trả lời một số câu hỏi này trong vài ngày, nhưng những câu khác vẫn còn là bí ẩn.</w:t>
      </w:r>
    </w:p>
    <w:p>
      <w:pPr>
        <w:spacing w:after="80"/>
      </w:pPr>
      <w:r>
        <w:rPr>
          <w:b w:val="0"/>
          <w:i w:val="0"/>
        </w:rPr>
        <w:t>Summers có thể là người độc thân, nhưng khi họ trao đổi chuyện trong căng-tin, PC Bailey đã báo cáo rằng không thiếu các nữ cảnh sát (WPC) sẵn lòng xiêu lòng trước sức hút của vị thám tử trẻ này. Cô cũng kể cho William về thành tích ấn tượng của Summers trong việc bắt kẻ trộm, và việc hồ sơ bắt giữ của ông ta không ai sánh bằng. Liệu họ có đang điều tra nhầm người không?</w:t>
      </w:r>
    </w:p>
    <w:p>
      <w:pPr>
        <w:spacing w:after="80"/>
      </w:pPr>
      <w:r>
        <w:rPr>
          <w:b w:val="0"/>
          <w:i w:val="0"/>
        </w:rPr>
        <w:t>William viết báo cáo về cuộc gặp Summers trong chuyến tàu điện ngầm trở về Victoria, và sẽ để nó trên bàn của chỉ huy trước khi về nhà.</w:t>
      </w:r>
    </w:p>
    <w:p>
      <w:pPr>
        <w:spacing w:after="80"/>
      </w:pPr>
      <w:r>
        <w:rPr>
          <w:b w:val="0"/>
          <w:i w:val="0"/>
        </w:rPr>
        <w:t>The Hawk đã nói chỉ cần gieo mầm thôi. ‘Bởi vì nếu ông ta nghĩ anh có thể đang gặp khó khăn tài chính, ông ta có thể sẽ liên lạc lại sớm hơn anh tưởng.’</w:t>
      </w:r>
    </w:p>
    <w:p>
      <w:pPr>
        <w:spacing w:after="80"/>
      </w:pPr>
      <w:r>
        <w:rPr>
          <w:b w:val="0"/>
          <w:i w:val="0"/>
        </w:rPr>
        <w:t>Khó có thể, William nghĩ, vì chính Jerry Summers là người ban đầu nghĩ ra biệt danh Choirboy khi cả hai còn ở Hendon.</w:t>
      </w:r>
    </w:p>
    <w:p>
      <w:pPr>
        <w:jc w:val="center"/>
      </w:pPr>
      <w:r>
        <w:drawing>
          <wp:inline xmlns:a="http://schemas.openxmlformats.org/drawingml/2006/main" xmlns:pic="http://schemas.openxmlformats.org/drawingml/2006/picture">
            <wp:extent cx="752475" cy="161926"/>
            <wp:docPr id="8" name="Picture 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‘Thám tử giám sát Lamont phải không ạ?’</w:t>
      </w:r>
    </w:p>
    <w:p>
      <w:pPr>
        <w:spacing w:after="80"/>
      </w:pPr>
      <w:r>
        <w:rPr>
          <w:b w:val="0"/>
          <w:i w:val="0"/>
        </w:rPr>
        <w:t>‘Ai muốn biết?’</w:t>
      </w:r>
    </w:p>
    <w:p>
      <w:pPr>
        <w:spacing w:after="80"/>
      </w:pPr>
      <w:r>
        <w:rPr>
          <w:b w:val="0"/>
          <w:i w:val="0"/>
        </w:rPr>
        <w:t>‘DS Jerry Summers, thưa ngài. Ngài sẽ không nhớ tôi đâu, nhưng—’</w:t>
      </w:r>
    </w:p>
    <w:p>
      <w:pPr>
        <w:spacing w:after="80"/>
      </w:pPr>
      <w:r>
        <w:rPr>
          <w:b w:val="0"/>
          <w:i w:val="0"/>
        </w:rPr>
        <w:t>‘Slippery Summers,’ Lamont nói, cười. ‘Sao tôi quên được chứ? Nhờ công việc bí mật của cậu, chúng ta đã tống giam phần lớn băng Payne. Vậy tại sao lại gọi?’</w:t>
      </w:r>
    </w:p>
    <w:p>
      <w:pPr>
        <w:spacing w:after="80"/>
      </w:pPr>
      <w:r>
        <w:rPr>
          <w:b w:val="0"/>
          <w:i w:val="0"/>
        </w:rPr>
        <w:t>‘Tôi nghe nói ngài đã nghỉ hưu sớm, thưa ngài.’</w:t>
      </w:r>
    </w:p>
    <w:p>
      <w:pPr>
        <w:spacing w:after="80"/>
      </w:pPr>
      <w:r>
        <w:rPr>
          <w:b w:val="0"/>
          <w:i w:val="0"/>
        </w:rPr>
        <w:t>‘Ai nói với cậu thế?’</w:t>
      </w:r>
    </w:p>
    <w:p>
      <w:pPr>
        <w:spacing w:after="80"/>
      </w:pPr>
      <w:r>
        <w:rPr>
          <w:b w:val="0"/>
          <w:i w:val="0"/>
        </w:rPr>
        <w:t>‘DI Warwick. Tuần trước cả hai chúng tôi đều đến nói chuyện với các tân binh tại Hendon.’</w:t>
      </w:r>
    </w:p>
    <w:p>
      <w:pPr>
        <w:spacing w:after="80"/>
      </w:pPr>
      <w:r>
        <w:rPr>
          <w:b w:val="0"/>
          <w:i w:val="0"/>
        </w:rPr>
        <w:t>‘Thật sao? Thế gã nhóc con đó còn nói gì nữa không?’</w:t>
      </w:r>
    </w:p>
    <w:p>
      <w:pPr>
        <w:spacing w:after="80"/>
      </w:pPr>
      <w:r>
        <w:rPr>
          <w:b w:val="0"/>
          <w:i w:val="0"/>
        </w:rPr>
        <w:t>‘Không nhiều. Thực ra, nó câm như hến khi tôi bảo ông là sếp đầu tiên của tôi.’</w:t>
      </w:r>
    </w:p>
    <w:p>
      <w:pPr>
        <w:spacing w:after="80"/>
      </w:pPr>
      <w:r>
        <w:rPr>
          <w:b w:val="0"/>
          <w:i w:val="0"/>
        </w:rPr>
        <w:t>‘Ông vẫn chưa trả lời câu hỏi của tôi.’</w:t>
      </w:r>
    </w:p>
    <w:p>
      <w:pPr>
        <w:spacing w:after="80"/>
      </w:pPr>
      <w:r>
        <w:rPr>
          <w:b w:val="0"/>
          <w:i w:val="0"/>
        </w:rPr>
        <w:t>‘Tôi đang tự hỏi liệu ông đã kiếm được việc khác chưa, vì tôi chưa bao giờ thấy ông giống kiểu người muốn nghỉ hưu cả.’</w:t>
      </w:r>
    </w:p>
    <w:p>
      <w:pPr>
        <w:spacing w:after="80"/>
      </w:pPr>
      <w:r>
        <w:rPr>
          <w:b w:val="0"/>
          <w:i w:val="0"/>
        </w:rPr>
        <w:t>‘Tôi đang có vài mối làm ăn trong tầm ngắm,’ Lamont nói, ‘nhưng điều đó không có nghĩa là tôi không sẵn sàng đón nhận lời đề nghị.’</w:t>
      </w:r>
    </w:p>
    <w:p>
      <w:pPr>
        <w:spacing w:after="80"/>
      </w:pPr>
      <w:r>
        <w:rPr>
          <w:b w:val="0"/>
          <w:i w:val="0"/>
        </w:rPr>
        <w:t>‘Nghe thế thì tốt quá, thưa ông. Vì tôi có thể có thứ gì đó khiến ông hứng thú. Tốt nhất là không nên bàn chuyện này qua điện thoại. Có lẽ chúng ta gặp nhau ở đâu đó kín đáo nhé?’</w:t>
      </w:r>
    </w:p>
    <w:p>
      <w:pPr>
        <w:pStyle w:val="Heading2"/>
      </w:pPr>
      <w:r>
        <w:rPr>
          <w:rFonts w:ascii="Calibri" w:hAnsi="Calibri"/>
          <w:b/>
          <w:i w:val="0"/>
          <w:sz w:val="32"/>
        </w:rPr>
        <w:t>4</w:t>
      </w:r>
    </w:p>
    <w:p>
      <w:pPr>
        <w:spacing w:after="80"/>
      </w:pPr>
      <w:r>
        <w:rPr>
          <w:b w:val="0"/>
          <w:i w:val="0"/>
        </w:rPr>
        <w:t>‘Ông có muốn ngồi chỗ của tôi không, thưa ông?’ cô gái trẻ lịch sự hỏi.</w:t>
      </w:r>
    </w:p>
    <w:p>
      <w:pPr>
        <w:spacing w:after="80"/>
      </w:pPr>
      <w:r>
        <w:rPr>
          <w:b w:val="0"/>
          <w:i w:val="0"/>
        </w:rPr>
        <w:t>‘Không, cảm ơn cô,’ viên chỉ huy nói, chạm vào vành chiếc mũ trilby, và bỗng thấy mình già đi. Chết tiệt, ông nghĩ, mình chưa đến sáu mươi, dù ông phải thừa nhận con gái mình còn lớn tuổi hơn cô gái chu đáo kia.</w:t>
      </w:r>
    </w:p>
    <w:p>
      <w:pPr>
        <w:spacing w:after="80"/>
      </w:pPr>
      <w:r>
        <w:rPr>
          <w:b w:val="0"/>
          <w:i w:val="0"/>
        </w:rPr>
        <w:t>Vài hành khách xuống ở trạm kế tiếp, giúp Chim Ưng có được chỗ ngồi. Ông mở tờ báo buổi sáng. CẢNH SÁT ĐƯỢC ĐIỀU ĐỘNG ĐỂ KIỂM SOÁT HÀNG RÀO BIỂU TÌNH TẠI WAPPING, đó là dòng tít. Ông bắt đầu đọc bài báo, nhưng tâm trí lại trôi về cuộc gặp sắp diễn ra. Ross Hogan, sĩ quan nằm vùng của ông, vừa mới được thả khỏi Nhà tù Mở Ford, nên một lần nữa ông lại điểm qua những câu hỏi cần được giải đáp. Ông cảm thấy như một đứa trẻ sắp được mở món quà Giáng sinh đã mong đợi từ lâu. Ở trạm kế tiếp, ông đứng dậy nhường ghế cho một cụ bà, và cụ biết ơn nhận lấy. Chưa chết được đâu.</w:t>
      </w:r>
    </w:p>
    <w:p>
      <w:pPr>
        <w:spacing w:after="80"/>
      </w:pPr>
      <w:r>
        <w:rPr>
          <w:b w:val="0"/>
          <w:i w:val="0"/>
        </w:rPr>
        <w:t>Khi tàu vào đến Victoria, Chim Ưng là một trong những người đầu tiên xuống tàu và hòa vào đám đông như bầy chuột lemming đang vội vã lao về phía thang cuốn. Ông đưa thẻ qua cho nhân viên soát vé ở cổng, rồi bước ra dưới ánh nắng ban mai rực rỡ.</w:t>
      </w:r>
    </w:p>
    <w:p>
      <w:pPr>
        <w:spacing w:after="80"/>
      </w:pPr>
      <w:r>
        <w:rPr>
          <w:b w:val="0"/>
          <w:i w:val="0"/>
        </w:rPr>
        <w:t>Ông cố gom lại những suy nghĩ khi chậm rãi đi dọc phố Victoria về hướng Scotland Yard. Nhưng khi đi được nửa đường, ông rẽ phải, rời khỏi vỉa hè đông đúc, và bước vào một quảng trường nhỏ yên tĩnh, nổi bật với một nhà thờ lớn tráng lệ. Phớt lờ vài người đi lễ và những kẻ chỉ tò mò đang tiến về phía lối vào của nhà thờ Công giáo La Mã chính ở Anh và xứ Wales, ông chậm rãi đi dọc phía bên phải của tòa nhà gạch đỏ và kem rộng lớn, không dừng lại cho đến khi đến một lối vào kín đáo mà thường chỉ các linh mục hoặc thành viên ca đoàn mới dùng.</w:t>
      </w:r>
    </w:p>
    <w:p>
      <w:pPr>
        <w:spacing w:after="80"/>
      </w:pPr>
      <w:r>
        <w:rPr>
          <w:b w:val="0"/>
          <w:i w:val="0"/>
        </w:rPr>
        <w:t>Ông mở cửa và bước vào, tin chắc rằng chừng nào trông ông giống như người thuộc về nơi này, sẽ chẳng ai thắc mắc về sự hiện diện của ông. Khi ông đi về phía phòng thánh, một bà lao công đang quỳ cọ sàn đá ngẩng lên. ‘Chào buổi sáng, con của ta,’ ông nói.</w:t>
      </w:r>
    </w:p>
    <w:p>
      <w:pPr>
        <w:spacing w:after="80"/>
      </w:pPr>
      <w:r>
        <w:rPr>
          <w:b w:val="0"/>
          <w:i w:val="0"/>
        </w:rPr>
        <w:t>‘Chào buổi sáng, thưa cha,’ bà đáp khi ông vội vã đi ngang qua.</w:t>
      </w:r>
    </w:p>
    <w:p>
      <w:pPr>
        <w:spacing w:after="80"/>
      </w:pPr>
      <w:r>
        <w:rPr>
          <w:b w:val="0"/>
          <w:i w:val="0"/>
        </w:rPr>
        <w:t>Bước vào phòng thánh, ông đi đến chiếc tủ đựng đồ ở cuối dãy và mở ra. Ông cởi áo khoác và tháo cà vạt, thay vào đó là chiếc áo thụng đen dài, áo lễ trắng, cổ áo giáo sĩ và dải băng cổ, biến mình từ một viên chỉ huy thành một giáo sĩ. Ít nhất thì ông cũng là người Công giáo La Mã, và những lần đánh lừa thỉnh thoảng này đã được Đức Hồng y Tổng giám mục Westminster chấp thuận, dù Chúa của chúng ta thì có lẽ không.</w:t>
      </w:r>
    </w:p>
    <w:p>
      <w:pPr>
        <w:spacing w:after="80"/>
      </w:pPr>
      <w:r>
        <w:rPr>
          <w:b w:val="0"/>
          <w:i w:val="0"/>
        </w:rPr>
        <w:t>Ông liếc nhanh vào tấm gương dài trên tường trước khi bước ra lần nữa vào gian chính của nhà thờ. Ông chậm rãi tiến về phía Nguyện đường Đức Bà – các linh mục, khác với cảnh sát, không đi nhanh – rồi vào gian giữa, cho đến khi đến trước bức phù điêu đồng quen thuộc của Thánh Benedict đang nhìn xuống ông. Ông nhẹ nhõm khi thấy phòng xưng tội trống. Ông bước vào, kéo tấm rèm đỏ nhỏ để báo hiệu mình đã sẵn sàng làm việc, và chuẩn bị tinh thần cho một giáo dân đặc biệt mà ông biết chắc sẽ đến tìm sự xá tội và khó có khả năng để ông phải chờ lâu.</w:t>
      </w:r>
    </w:p>
    <w:p>
      <w:pPr>
        <w:spacing w:after="80"/>
      </w:pPr>
      <w:r>
        <w:rPr>
          <w:b w:val="0"/>
          <w:i w:val="0"/>
        </w:rPr>
        <w:t>Vài phút sau, ông nghe có ai đó bước vào phòng xưng tội, và một giọng nói quen thuộc cất lên với ông qua tấm lưới ngăn cách hai bên. "Thưa Cha, con đã phạm tội và tìm kiếm sự tha thứ của Chúa."</w:t>
      </w:r>
    </w:p>
    <w:p>
      <w:pPr>
        <w:spacing w:after="80"/>
      </w:pPr>
      <w:r>
        <w:rPr>
          <w:b w:val="0"/>
          <w:i w:val="0"/>
        </w:rPr>
        <w:t>"Lần cuối con xưng tội là khi nào, con của ta?"</w:t>
      </w:r>
    </w:p>
    <w:p>
      <w:pPr>
        <w:spacing w:after="80"/>
      </w:pPr>
      <w:r>
        <w:rPr>
          <w:b w:val="0"/>
          <w:i w:val="0"/>
        </w:rPr>
        <w:t>"Đã hơn sáu tháng rồi, thưa Cha, trong khoảng thời gian đó con đã phạm một tội trọng khi tham dự lễ của Giáo hội Anh giáo mỗi sáng Chủ nhật."</w:t>
      </w:r>
    </w:p>
    <w:p>
      <w:pPr>
        <w:spacing w:after="80"/>
      </w:pPr>
      <w:r>
        <w:rPr>
          <w:b w:val="0"/>
          <w:i w:val="0"/>
        </w:rPr>
        <w:t>Vị chỉ huy hài lòng khi thấy viên sĩ quan nằm vùng của mình vẫn không mất đi khiếu hài hước.</w:t>
      </w:r>
    </w:p>
    <w:p>
      <w:pPr>
        <w:spacing w:after="80"/>
      </w:pPr>
      <w:r>
        <w:rPr>
          <w:b w:val="0"/>
          <w:i w:val="0"/>
        </w:rPr>
        <w:t>"Và con đã học được gì từ trải nghiệm đáng tiếc này, con của ta?"</w:t>
      </w:r>
    </w:p>
    <w:p>
      <w:pPr>
        <w:spacing w:after="80"/>
      </w:pPr>
      <w:r>
        <w:rPr>
          <w:b w:val="0"/>
          <w:i w:val="0"/>
        </w:rPr>
        <w:t>"Rằng Assem Rashidi sẽ được đại diện bởi chính Ác quỷ hiện thân khi hắn ra tòa vào tháng tới."</w:t>
      </w:r>
    </w:p>
    <w:p>
      <w:pPr>
        <w:spacing w:after="80"/>
      </w:pPr>
      <w:r>
        <w:rPr>
          <w:b w:val="0"/>
          <w:i w:val="0"/>
        </w:rPr>
        <w:t>"Ta đã biết điều đó rồi, con của ta," Chim Ưng nói. "Chúa hành động theo những cách bí ẩn. Con có tìm ra được ông Booth Watson đánh giá thế nào về cơ hội giúp thân chủ của mình thoát khỏi các cáo buộc khác nhau không?"</w:t>
      </w:r>
    </w:p>
    <w:p>
      <w:pPr>
        <w:spacing w:after="80"/>
      </w:pPr>
      <w:r>
        <w:rPr>
          <w:b w:val="0"/>
          <w:i w:val="0"/>
        </w:rPr>
        <w:t>"Ông ta tự tin sẽ giúp hắn thoát khỏi cáo buộc nghiêm trọng nhất, là đứng đầu một băng nhóm ma túy, vì ông ta tin chắc rằng ngài không có đủ bằng chứng để thuyết phục bồi thẩm đoàn."</w:t>
      </w:r>
    </w:p>
    <w:p>
      <w:pPr>
        <w:spacing w:after="80"/>
      </w:pPr>
      <w:r>
        <w:rPr>
          <w:b w:val="0"/>
          <w:i w:val="0"/>
        </w:rPr>
        <w:t>"Chúng ta có thừa bằng chứng," Chim Ưng nói, "như ông ta sẽ phát hiện ra khi nhìn thấy danh sách các vật chứng chúng ta sẽ trình bày để bồi thẩm đoàn xem xét."</w:t>
      </w:r>
    </w:p>
    <w:p>
      <w:pPr>
        <w:spacing w:after="80"/>
      </w:pPr>
      <w:r>
        <w:rPr>
          <w:b w:val="0"/>
          <w:i w:val="0"/>
        </w:rPr>
        <w:t>"Nhưng Rashidi đảm bảo với con rằng căn hộ đã được dọn sạch mọi bằng chứng buộc tội ngay trước khi người của chúng ta ập vào."</w:t>
      </w:r>
    </w:p>
    <w:p>
      <w:pPr>
        <w:spacing w:after="80"/>
      </w:pPr>
      <w:r>
        <w:rPr>
          <w:b w:val="0"/>
          <w:i w:val="0"/>
        </w:rPr>
        <w:t>"Hắn để lại một tủ đầy những bộ vest may đo và một tá áo sơ mi thủ công mà tình cờ vừa vặn hoàn hảo với hắn."</w:t>
      </w:r>
    </w:p>
    <w:p>
      <w:pPr>
        <w:spacing w:after="80"/>
      </w:pPr>
      <w:r>
        <w:rPr>
          <w:b w:val="0"/>
          <w:i w:val="0"/>
        </w:rPr>
        <w:t>"Như chúng sẽ vừa với hàng ngàn người hoàn toàn vô tội khác, như Booth Watson sẽ chỉ ra. Ông ta cũng sẽ gợi ý rằng ngài không có bằng chứng nào cho thấy Rashidi từng sở hữu hay cư ngụ tại căn hộ đó."</w:t>
      </w:r>
    </w:p>
    <w:p>
      <w:pPr>
        <w:spacing w:after="80"/>
      </w:pPr>
      <w:r>
        <w:rPr>
          <w:b w:val="0"/>
          <w:i w:val="0"/>
        </w:rPr>
        <w:t>"Vậy thì ông ta sẽ phải giải thích về bức ảnh được tìm thấy trên bàn cạnh giường trong phòng ngủ chính."</w:t>
      </w:r>
    </w:p>
    <w:p>
      <w:pPr>
        <w:spacing w:after="80"/>
      </w:pPr>
      <w:r>
        <w:rPr>
          <w:b w:val="0"/>
          <w:i w:val="0"/>
        </w:rPr>
        <w:t>"Ông ta sẽ nói rằng không có bằng chứng nào cho thấy chữ 'A' là viết tắt của Assem."</w:t>
      </w:r>
    </w:p>
    <w:p>
      <w:pPr>
        <w:spacing w:after="80"/>
      </w:pPr>
      <w:r>
        <w:rPr>
          <w:b w:val="0"/>
          <w:i w:val="0"/>
        </w:rPr>
        <w:t>"Đúng là không," Chim Ưng nói. "Nhưng ông ta vẫn sẽ phải giải thích tại sao một bức ảnh của mẹ hắn lại nằm trên bàn cạnh giường."</w:t>
      </w:r>
    </w:p>
    <w:p>
      <w:pPr>
        <w:spacing w:after="80"/>
      </w:pPr>
      <w:r>
        <w:rPr>
          <w:b w:val="0"/>
          <w:i w:val="0"/>
        </w:rPr>
        <w:t>Một tiếng huýt sáo ngắn vang lên, theo sau là câu nói: "Ôi. Bọn dọn dẹp của hắn sẽ phải hối hận vì đã để lại thứ đó. Nó có thể khiến Rashidi lĩnh án hai mươi năm tù."</w:t>
      </w:r>
    </w:p>
    <w:p>
      <w:pPr>
        <w:spacing w:after="80"/>
      </w:pPr>
      <w:r>
        <w:rPr>
          <w:b w:val="0"/>
          <w:i w:val="0"/>
        </w:rPr>
        <w:t>‘Amen,’ viên chỉ huy đáp. ‘Con còn học được gì từ bọn ngoại đạo khi đi xa nữa không, con trai của ta?’</w:t>
      </w:r>
    </w:p>
    <w:p>
      <w:pPr>
        <w:spacing w:after="80"/>
      </w:pPr>
      <w:r>
        <w:rPr>
          <w:b w:val="0"/>
          <w:i w:val="0"/>
        </w:rPr>
        <w:t>‘Tin đồn trong tù cho rằng Faulkner đã sang được Mỹ. Tên mới, hộ chiếu mới và danh tính mới. Nhưng hắn chắc vẫn còn hoạt động trong giới nghệ thuật, vì căn nhà ở Monte Carlo của hắn đang được rao bán và không còn bức tranh nào của hắn treo trên tường nữa.’</w:t>
      </w:r>
    </w:p>
    <w:p>
      <w:pPr>
        <w:spacing w:after="80"/>
      </w:pPr>
      <w:r>
        <w:rPr>
          <w:b w:val="0"/>
          <w:i w:val="0"/>
        </w:rPr>
        <w:t>‘Họ rời đi cùng chuyến tàu với Faulkner,’ Chim Ưng nói. ‘Dù cho đến giờ vẫn chưa có gì xuất hiện trên thị trường mở.’</w:t>
      </w:r>
    </w:p>
    <w:p>
      <w:pPr>
        <w:spacing w:after="80"/>
      </w:pPr>
      <w:r>
        <w:rPr>
          <w:b w:val="0"/>
          <w:i w:val="0"/>
        </w:rPr>
        <w:t>‘Faulkner quá khôn ngoan để mắc sai lầm đó. Hắn sẽ nằm im một thời gian, và nếu có bán gì thì cũng chỉ bán cho khách mua riêng.’</w:t>
      </w:r>
    </w:p>
    <w:p>
      <w:pPr>
        <w:spacing w:after="80"/>
      </w:pPr>
      <w:r>
        <w:rPr>
          <w:b w:val="0"/>
          <w:i w:val="0"/>
        </w:rPr>
        <w:t>‘Con có tìm ra được tên mới của hắn, hay thu thập được manh mối nào về nơi hắn có thể đang ở không?’</w:t>
      </w:r>
    </w:p>
    <w:p>
      <w:pPr>
        <w:spacing w:after="80"/>
      </w:pPr>
      <w:r>
        <w:rPr>
          <w:b w:val="0"/>
          <w:i w:val="0"/>
        </w:rPr>
        <w:t>‘Không, thưa cha. Nhưng Rashidi nghĩ khó có khả năng là New York, vì đó là nơi đầu tiên FBI sẽ tìm. Dù sao đi nữa, căn hộ trên Đại lộ Fifth của Faulkner cũng được rao bán chỉ vài tuần trước khi hắn trốn thoát, và thật bất ngờ, lại chẳng còn đồ đạc nội thất nào.’</w:t>
      </w:r>
    </w:p>
    <w:p>
      <w:pPr>
        <w:spacing w:after="80"/>
      </w:pPr>
      <w:r>
        <w:rPr>
          <w:b w:val="0"/>
          <w:i w:val="0"/>
        </w:rPr>
        <w:t>‘Ta đoán là tất cả các bức tranh đều ở cùng một chỗ. Nhưng ở đâu?’</w:t>
      </w:r>
    </w:p>
    <w:p>
      <w:pPr>
        <w:spacing w:after="80"/>
      </w:pPr>
      <w:r>
        <w:rPr>
          <w:b w:val="0"/>
          <w:i w:val="0"/>
        </w:rPr>
        <w:t>‘Con không biết, ông chủ ạ.’</w:t>
      </w:r>
    </w:p>
    <w:p>
      <w:pPr>
        <w:spacing w:after="80"/>
      </w:pPr>
      <w:r>
        <w:rPr>
          <w:b w:val="0"/>
          <w:i w:val="0"/>
        </w:rPr>
        <w:t>‘Vậy để đó cho ta. Việc tiếp theo của con sẽ là cố gắng tìm ra ai đang điều hành đế chế của Rashidi khi hắn vắng mặt, để hắn sớm được chia sẻ chung phòng giam với kẻ đó.’</w:t>
      </w:r>
    </w:p>
    <w:p>
      <w:pPr>
        <w:spacing w:after="80"/>
      </w:pPr>
      <w:r>
        <w:rPr>
          <w:b w:val="0"/>
          <w:i w:val="0"/>
        </w:rPr>
        <w:t>‘Con đã biết câu trả lời cho câu hỏi đó rồi, nhưng vì lý do hiển nhiên nên con sẽ không nhắc tên hắn. Con đã để mẩu thông tin đó ở chỗ quen thuộc. Tuy nhiên, con phải cảnh báo cha rằng có một sự trùng hợp mà cha sẽ không thích đâu.’</w:t>
      </w:r>
    </w:p>
    <w:p>
      <w:pPr>
        <w:spacing w:after="80"/>
      </w:pPr>
      <w:r>
        <w:rPr>
          <w:b w:val="0"/>
          <w:i w:val="0"/>
        </w:rPr>
        <w:t>‘Ta tò mò đấy.’</w:t>
      </w:r>
    </w:p>
    <w:p>
      <w:pPr>
        <w:spacing w:after="80"/>
      </w:pPr>
      <w:r>
        <w:rPr>
          <w:b w:val="0"/>
          <w:i w:val="0"/>
        </w:rPr>
        <w:t>‘Cha còn gì nữa không, thưa ngài?’</w:t>
      </w:r>
    </w:p>
    <w:p>
      <w:pPr>
        <w:spacing w:after="80"/>
      </w:pPr>
      <w:r>
        <w:rPr>
          <w:b w:val="0"/>
          <w:i w:val="0"/>
        </w:rPr>
        <w:t>‘Có. Sau khi con đã phạm vài tội lỗi phóng đãng hơn mà con bị tước mất trong tù, chúng ta sẽ gặp lại và ta sẽ kể cho con nghe tất tần tật về một Trung sĩ Thám tử Summers nọ.’</w:t>
      </w:r>
    </w:p>
    <w:p>
      <w:pPr>
        <w:spacing w:after="80"/>
      </w:pPr>
      <w:r>
        <w:rPr>
          <w:b w:val="0"/>
          <w:i w:val="0"/>
        </w:rPr>
        <w:t>‘Ông ấy là ai?’</w:t>
      </w:r>
    </w:p>
    <w:p>
      <w:pPr>
        <w:spacing w:after="80"/>
      </w:pPr>
      <w:r>
        <w:rPr>
          <w:b w:val="0"/>
          <w:i w:val="0"/>
        </w:rPr>
        <w:t>‘Không phải bây giờ. Chúc phúc cho con, con trai của ta, và hãy yên tâm rằng con đã được xá tội. Hãy đi trong bình an.’</w:t>
      </w:r>
    </w:p>
    <w:p>
      <w:pPr>
        <w:spacing w:after="80"/>
      </w:pPr>
      <w:r>
        <w:rPr>
          <w:b w:val="0"/>
          <w:i w:val="0"/>
        </w:rPr>
        <w:t>Chim Ưng đợi một lúc, cầu nguyện rằng không có tội nhân nào khác tìm đến xin xá tội trong khi ông lật cuốn sổ tay để kiểm tra xem mọi câu hỏi của mình đã được trả lời chưa.</w:t>
      </w:r>
    </w:p>
    <w:p>
      <w:pPr>
        <w:spacing w:after="80"/>
      </w:pPr>
      <w:r>
        <w:rPr>
          <w:b w:val="0"/>
          <w:i w:val="0"/>
        </w:rPr>
        <w:t>Hài lòng, ông nhét cuốn sổ trở lại túi áo choàng, lẻn ra khỏi phòng xưng tội và tiến về phía một hộp tiền dâng lễ được bao quanh bởi những ngọn nến, không nhiều trong số đó còn cháy. Ông liếc nhìn quanh trước khi lấy từ túi quần ra một chiếc chìa khóa nhỏ và khéo léo mở khóa hộp, thấy bên trong có vài đồng xu, chủ yếu là đồng đỏ, và một vỏ bao thuốc lá Marlboro rỗng kẹt vào một góc.</w:t>
      </w:r>
    </w:p>
    <w:p>
      <w:pPr>
        <w:spacing w:after="80"/>
      </w:pPr>
      <w:r>
        <w:rPr>
          <w:b w:val="0"/>
          <w:i w:val="0"/>
        </w:rPr>
        <w:t>Ông ngước lên và thấy Đức Mẹ Đồng Trinh đang nhìn xuống mình. Ông đáp lại nụ cười bí ẩn của bà trước khi lấy ra gói thuốc đỏ-trắng và nhét vào túi áo bên kia. Ông khóa lại hộp tiền dâng lễ và chậm rãi quay về phòng thánh, tin chắc rằng không ai đã chứng kiến màn ảo thuật khéo léo của mình.</w:t>
      </w:r>
    </w:p>
    <w:p>
      <w:pPr>
        <w:spacing w:after="80"/>
      </w:pPr>
      <w:r>
        <w:rPr>
          <w:b w:val="0"/>
          <w:i w:val="0"/>
        </w:rPr>
        <w:t>Vài phút sau, Chỉ huy Hawksby lẻn ra khỏi cửa hông của nhà thờ và hướng về Scotland Yard. Ông đang bận tâm hai điều: ai đã thay thế Rashidi làm trùm ma túy mới, và Ross có thể muốn nói gì qua câu "một sự trùng hợp mà ông sẽ không thích"? Điều đó sẽ phải đợi đến khi các nhà khoa học dưới tầng hầm tháo tung chiếc vỏ bao thuốc lá rỗng và tiết lộ bí mật sâu kín nhất của nó.</w:t>
      </w:r>
    </w:p>
    <w:p>
      <w:pPr>
        <w:jc w:val="center"/>
      </w:pPr>
      <w:r>
        <w:drawing>
          <wp:inline xmlns:a="http://schemas.openxmlformats.org/drawingml/2006/main" xmlns:pic="http://schemas.openxmlformats.org/drawingml/2006/picture">
            <wp:extent cx="752475" cy="161926"/>
            <wp:docPr id="9" name="Picture 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đã đi làm rồi," Beth nói, một tay cầm bình sữa của em bé, tay kia cầm điện thoại. "Tôi có thể nhắn lại giúp không?"</w:t>
      </w:r>
    </w:p>
    <w:p>
      <w:pPr>
        <w:spacing w:after="80"/>
      </w:pPr>
      <w:r>
        <w:rPr>
          <w:b w:val="0"/>
          <w:i w:val="0"/>
        </w:rPr>
        <w:t>"Không, tôi muốn trực tiếp báo tin vui cho cả hai người," Christina nói.</w:t>
      </w:r>
    </w:p>
    <w:p>
      <w:pPr>
        <w:spacing w:after="80"/>
      </w:pPr>
      <w:r>
        <w:rPr>
          <w:b w:val="0"/>
          <w:i w:val="0"/>
        </w:rPr>
        <w:t>"Gợi ý à?"</w:t>
      </w:r>
    </w:p>
    <w:p>
      <w:pPr>
        <w:spacing w:after="80"/>
      </w:pPr>
      <w:r>
        <w:rPr>
          <w:b w:val="0"/>
          <w:i w:val="0"/>
        </w:rPr>
        <w:t>"Cô còn tệ hơn cả William."</w:t>
      </w:r>
    </w:p>
    <w:p>
      <w:pPr>
        <w:spacing w:after="80"/>
      </w:pPr>
      <w:r>
        <w:rPr>
          <w:b w:val="0"/>
          <w:i w:val="0"/>
        </w:rPr>
        <w:t>"Sao cô không ghé qua uống chút gì vào tối nay? Đến lượt William tắm cho hai đứa nhỏ, nên nếu may mắn thì bảy giờ anh ấy sẽ về tới nhà."</w:t>
      </w:r>
    </w:p>
    <w:p>
      <w:pPr>
        <w:spacing w:after="80"/>
      </w:pPr>
      <w:r>
        <w:rPr>
          <w:b w:val="0"/>
          <w:i w:val="0"/>
        </w:rPr>
        <w:t>"Đó là điều tôi không thể chờ để xem," Christina nói. "Tôi sẽ đến chỗ cô ngay sau bảy giờ."</w:t>
      </w:r>
    </w:p>
    <w:p>
      <w:pPr>
        <w:jc w:val="center"/>
      </w:pPr>
      <w:r>
        <w:drawing>
          <wp:inline xmlns:a="http://schemas.openxmlformats.org/drawingml/2006/main" xmlns:pic="http://schemas.openxmlformats.org/drawingml/2006/picture">
            <wp:extent cx="752475" cy="161926"/>
            <wp:docPr id="10" name="Picture 1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Khi vị chỉ huy trở về Scotland Yard, ông đi xuống chứ không đi lên, theo cầu thang xuống tầng hầm, nơi ông bước nhanh về phía văn phòng ở cuối hành lang. Ông không gõ cửa trước khi bước vào "thế giới ma quái".</w:t>
      </w:r>
    </w:p>
    <w:p>
      <w:pPr>
        <w:spacing w:after="80"/>
      </w:pPr>
      <w:r>
        <w:rPr>
          <w:b w:val="0"/>
          <w:i w:val="0"/>
        </w:rPr>
        <w:t>"Chào buổi sáng, thưa ngài," một trợ lý phòng thí nghiệm mặc áo trắng nói, ngước lên khỏi kính hiển vi. "Hẳn là chuyện quan trọng lắm ngài mới đích thân đến."</w:t>
      </w:r>
    </w:p>
    <w:p>
      <w:pPr>
        <w:spacing w:after="80"/>
      </w:pPr>
      <w:r>
        <w:rPr>
          <w:b w:val="0"/>
          <w:i w:val="0"/>
        </w:rPr>
        <w:t>"Đúng vậy," Hawk nói, khi đưa ra chiếc vỏ bao thuốc lá Marlboro rỗng.</w:t>
      </w:r>
    </w:p>
    <w:p>
      <w:pPr>
        <w:spacing w:after="80"/>
      </w:pPr>
      <w:r>
        <w:rPr>
          <w:b w:val="0"/>
          <w:i w:val="0"/>
        </w:rPr>
        <w:t>"Vậy tôi sẽ bắt tay vào việc ngay và gửi kết quả lên văn phòng ngài ngay khi có."</w:t>
      </w:r>
    </w:p>
    <w:p>
      <w:pPr>
        <w:spacing w:after="80"/>
      </w:pPr>
      <w:r>
        <w:rPr>
          <w:b w:val="0"/>
          <w:i w:val="0"/>
        </w:rPr>
        <w:t>"Tôi sẽ đợi," vị chỉ huy nói, ngồi xuống.</w:t>
      </w:r>
    </w:p>
    <w:p>
      <w:pPr>
        <w:spacing w:after="80"/>
      </w:pPr>
      <w:r>
        <w:rPr>
          <w:b w:val="0"/>
          <w:i w:val="0"/>
        </w:rPr>
        <w:t>Nhà khoa học gật đầu trước khi quay lại bàn làm việc. Với sự trợ giúp của một chiếc nhíp, anh ta lấy ra mẩu giấy bạc mỏng từ bên trong vỏ bao thuốc lá, rồi đặt nó lên một tấm bản đồng. Hawk thầm nghĩ mình sẽ mãi mãi mang ơn Giáo sư Abrahams vì đã giới thiệu cho ông chiếc máy Phân tích Tài liệu Tĩnh điện (Electrostatic Document Analysis), thứ giờ đây đã trở thành một phần trong bộ dụng cụ điều tra tiêu chuẩn của Scotland Yard, và đã tỏ ra đáng tin cậy hơn hầu hết các nhân chứng, đặc biệt là khi nó giúp chứng minh cha của Beth, Arthur Rainsford, vô tội trong vụ án mạng.</w:t>
      </w:r>
    </w:p>
    <w:p>
      <w:pPr>
        <w:spacing w:after="80"/>
      </w:pPr>
      <w:r>
        <w:rPr>
          <w:b w:val="0"/>
          <w:i w:val="0"/>
        </w:rPr>
        <w:t>Nhà khoa học trẻ đặt một tấm màng Mylar lên trên mẩu giấy bạc, rồi lấy từ kệ phía trên một chiếc con lăn nhỏ, và di chuyển nó chậm rãi trên toàn bộ bề mặt tấm màng cho đến khi mọi bọt khí đều được loại bỏ.</w:t>
      </w:r>
    </w:p>
    <w:p>
      <w:pPr>
        <w:spacing w:after="80"/>
      </w:pPr>
      <w:r>
        <w:rPr>
          <w:b w:val="0"/>
          <w:i w:val="0"/>
        </w:rPr>
        <w:t>Sau đó ông đeo một cặp kính bảo hộ tối màu rồi bật một chiếc đèn corona hồng ngoại, giữ nó cách tấm bảng đồng một inch, quét tới lui để phát hiện bất kỳ vết lõm nào trên bề mặt. Tiếp theo ông cầm lên thứ trông như một lọ tiêu và rắc mực máy photocopy lên khắp tờ giấy bạc cho đến khi nó được phủ kín. Ông chờ vài giây rồi nhẹ nhàng thổi phần mực thừa ra khỏi tấm bảng. Cuối cùng, ông bóc lớp màng Mylar mỏng ra và cúi xuống xem thí nghiệm của mình có tạo ra được gì đáng giá không, ý thức rõ rằng lúc này Hawk đang đứng ngay trên ông, chờ đợi một cách sốt ruột.</w:t>
      </w:r>
    </w:p>
    <w:p>
      <w:pPr>
        <w:spacing w:after="80"/>
      </w:pPr>
      <w:r>
        <w:rPr>
          <w:b w:val="0"/>
          <w:i w:val="0"/>
        </w:rPr>
        <w:t>Ông đứng sang một bên để cho thấy mình đã xong, và Hawk nhìn chằm chằm xuống những chữ cái nhỏ xíu hiện ra trên bề mặt lá bạc. Ông ta không mất nhiều thời gian để nhận ra sự trùng hợp là gì, và Booth Watson sẽ đi theo hướng nào khi trình bày lập luận bào chữa.</w:t>
      </w:r>
    </w:p>
    <w:p>
      <w:pPr>
        <w:spacing w:after="80"/>
      </w:pPr>
      <w:r>
        <w:rPr>
          <w:b w:val="0"/>
          <w:i w:val="0"/>
        </w:rPr>
        <w:t>‘Ấn tượng đấy,’ là phản ứng ngay lập tức của Hawk. Nhưng Rashidi vẫn sẽ phải giải thích về bức ảnh trong khung bạc, thứ mà Booth Watson sẽ không thể dễ dàng gạt bỏ như vậy.</w:t>
      </w:r>
    </w:p>
    <w:p>
      <w:pPr>
        <w:jc w:val="center"/>
      </w:pPr>
      <w:r>
        <w:drawing>
          <wp:inline xmlns:a="http://schemas.openxmlformats.org/drawingml/2006/main" xmlns:pic="http://schemas.openxmlformats.org/drawingml/2006/picture">
            <wp:extent cx="752475" cy="161926"/>
            <wp:docPr id="11" name="Picture 1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ấy vẫn chưa về từ Yard,’ Beth nói khi mở cửa trước và thấy Christina đứng trên bậc thềm, ôm chặt một chai sâm panh.</w:t>
      </w:r>
    </w:p>
    <w:p>
      <w:pPr>
        <w:spacing w:after="80"/>
      </w:pPr>
      <w:r>
        <w:rPr>
          <w:b w:val="0"/>
          <w:i w:val="0"/>
        </w:rPr>
        <w:t>‘Vậy thì chuyện này sẽ phải đợi đến khi anh ấy về,’ cô nói, ‘như vậy sẽ có dịp để chúng ta tắm cho hai đứa nhỏ.’</w:t>
      </w:r>
    </w:p>
    <w:p>
      <w:pPr>
        <w:spacing w:after="80"/>
      </w:pPr>
      <w:r>
        <w:rPr>
          <w:b w:val="0"/>
          <w:i w:val="0"/>
        </w:rPr>
        <w:t>‘Nhưng em muốn nghe tin của chị!’ Beth kêu lên. ‘Khi nói đến thời gian, không phải lúc nào cũng có thể trông cậy vào William. Theo lời anh ấy thì tội phạm không nhất thiết phải sắp xếp thuận tiện với giờ tắm của hai đứa nhỏ. Vậy, em có thể cho rằng chị đã tìm được một người đàn ông mới không?’</w:t>
      </w:r>
    </w:p>
    <w:p>
      <w:pPr>
        <w:spacing w:after="80"/>
      </w:pPr>
      <w:r>
        <w:rPr>
          <w:b w:val="0"/>
          <w:i w:val="0"/>
        </w:rPr>
        <w:t>‘Không, nhưng chị đã tìm lại được người cũ,’ Christina nói, khi Beth đặt chai sâm panh vào tủ lạnh. ‘Và trước khi em hỏi thêm câu nào, câu trả lời là không. Không phải cho đến khi William về.’</w:t>
      </w:r>
    </w:p>
    <w:p>
      <w:pPr>
        <w:spacing w:after="80"/>
      </w:pPr>
      <w:r>
        <w:rPr>
          <w:b w:val="0"/>
          <w:i w:val="0"/>
        </w:rPr>
        <w:t>‘Vậy thì có thể chị sẽ phải ở lại qua đêm đấy,’ Beth nói. Hai người mỗi người bế một đứa nhỏ và mang chúng lên lầu vào phòng tắm, Artemisia và Peter tận hưởng sự chú ý thêm này và bi bô đầy thích thú. Cả hai đều nghe thấy tiếng cửa đóng sầm và vài giây sau William bước vào phòng tắm để nhập bọn với họ.</w:t>
      </w:r>
    </w:p>
    <w:p>
      <w:pPr>
        <w:spacing w:after="80"/>
      </w:pPr>
      <w:r>
        <w:rPr>
          <w:b w:val="0"/>
          <w:i w:val="0"/>
        </w:rPr>
        <w:t>‘Vừa kịp lúc để lau khô hai con quái nhỏ và đưa chúng đi ngủ,’ Beth nói, ‘trong khi Christina và em xuống nhà thưởng thức một ly sâm panh.’</w:t>
      </w:r>
    </w:p>
    <w:p>
      <w:pPr>
        <w:spacing w:after="80"/>
      </w:pPr>
      <w:r>
        <w:rPr>
          <w:b w:val="0"/>
          <w:i w:val="0"/>
        </w:rPr>
        <w:t>‘Chúng ta đang ăn mừng chuyện gì vậy?’ William hỏi khi quấn Peter trong khăn tắm.</w:t>
      </w:r>
    </w:p>
    <w:p>
      <w:pPr>
        <w:spacing w:after="80"/>
      </w:pPr>
      <w:r>
        <w:rPr>
          <w:b w:val="0"/>
          <w:i w:val="0"/>
        </w:rPr>
        <w:t>‘Christina sẽ không nói cho chúng ta biết cho đến khi anh đưa chúng đi ngủ.’</w:t>
      </w:r>
    </w:p>
    <w:p>
      <w:pPr>
        <w:spacing w:after="80"/>
      </w:pPr>
      <w:r>
        <w:rPr>
          <w:b w:val="0"/>
          <w:i w:val="0"/>
        </w:rPr>
        <w:t>‘Với anh thì được thôi,’ William nói, khi hai người phụ nữ bỏ mặc anh với nhiệm vụ của mình. Đây luôn là khoảng thời gian yêu thích của anh trong ngày. Thực ra, anh còn không quay lại xuống nhà cho đến khi đọc thêm một chương của PC Plod và hai đứa nhỏ đã ngủ thiếp đi.</w:t>
      </w:r>
    </w:p>
    <w:p>
      <w:pPr>
        <w:spacing w:after="80"/>
      </w:pPr>
      <w:r>
        <w:rPr>
          <w:b w:val="0"/>
          <w:i w:val="0"/>
        </w:rPr>
        <w:t>Anh thong thả bước vào phòng khách và thấy Beth đang rót thêm sâm panh vào ly của Christina.</w:t>
      </w:r>
    </w:p>
    <w:p>
      <w:pPr>
        <w:spacing w:after="80"/>
      </w:pPr>
      <w:r>
        <w:rPr>
          <w:b w:val="0"/>
          <w:i w:val="0"/>
        </w:rPr>
        <w:t>‘Vừa kịp lúc,’ cô nói, ‘nếu không thì bọn em có thể đã dốc sạch chai trước khi Christina kịp kể cho chúng ta biết chúng ta đang ăn mừng chuyện gì.’</w:t>
      </w:r>
    </w:p>
    <w:p>
      <w:pPr>
        <w:spacing w:after="80"/>
      </w:pPr>
      <w:r>
        <w:rPr>
          <w:b w:val="0"/>
          <w:i w:val="0"/>
        </w:rPr>
        <w:t>‘Anh có nên cho rằng em đã có bạn trai mới không?’ William nói, cố tỏ ra quan tâm.</w:t>
      </w:r>
    </w:p>
    <w:p>
      <w:pPr>
        <w:spacing w:after="80"/>
      </w:pPr>
      <w:r>
        <w:rPr>
          <w:b w:val="0"/>
          <w:i w:val="0"/>
        </w:rPr>
        <w:t>‘Không, anh không nên,’ Beth nói, đưa cho anh một cái ly. ‘Em đã hỏi câu đó rồi, và em vẫn chẳng sáng dạ hơn chút nào. Vậy nên, suỵt.’</w:t>
      </w:r>
    </w:p>
    <w:p>
      <w:pPr>
        <w:spacing w:after="80"/>
      </w:pPr>
      <w:r>
        <w:rPr>
          <w:b w:val="0"/>
          <w:i w:val="0"/>
        </w:rPr>
        <w:t>‘Vậy thì hẳn là ông đã bán mảnh đất ở Limpton Hall với giá cắt cổ rồi?’</w:t>
      </w:r>
    </w:p>
    <w:p>
      <w:pPr>
        <w:spacing w:after="80"/>
      </w:pPr>
      <w:r>
        <w:rPr>
          <w:b w:val="0"/>
          <w:i w:val="0"/>
        </w:rPr>
        <w:t>‘Chuyện cũ rồi,’ Beth nói. ‘Suỵt!’</w:t>
      </w:r>
    </w:p>
    <w:p>
      <w:pPr>
        <w:spacing w:after="80"/>
      </w:pPr>
      <w:r>
        <w:rPr>
          <w:b w:val="0"/>
          <w:i w:val="0"/>
        </w:rPr>
        <w:t>Cả hai đều nhìn Christina đầy vẻ chờ đợi, nhưng cô không cưỡng nổi việc nhấp thêm một ngụm champagne trước khi nói: ‘Miles chết rồi.’</w:t>
      </w:r>
    </w:p>
    <w:p>
      <w:pPr>
        <w:pStyle w:val="Heading2"/>
      </w:pPr>
      <w:r>
        <w:rPr>
          <w:rFonts w:ascii="Calibri" w:hAnsi="Calibri"/>
          <w:b/>
          <w:i w:val="0"/>
          <w:sz w:val="32"/>
        </w:rPr>
        <w:t>5</w:t>
      </w:r>
    </w:p>
    <w:p>
      <w:pPr>
        <w:spacing w:after="80"/>
      </w:pPr>
      <w:r>
        <w:rPr>
          <w:b w:val="0"/>
          <w:i w:val="0"/>
        </w:rPr>
        <w:t>‘ĐÁM TANG diễn ra khi nào và ở đâu?’ viên chỉ huy hỏi dồn ngay cả trước khi William kịp ngồi xuống.</w:t>
      </w:r>
    </w:p>
    <w:p>
      <w:pPr>
        <w:spacing w:after="80"/>
      </w:pPr>
      <w:r>
        <w:rPr>
          <w:b w:val="0"/>
          <w:i w:val="0"/>
        </w:rPr>
        <w:t>‘Geneva, thưa ngài. Mười giờ sáng mai.’</w:t>
      </w:r>
    </w:p>
    <w:p>
      <w:pPr>
        <w:spacing w:after="80"/>
      </w:pPr>
      <w:r>
        <w:rPr>
          <w:b w:val="0"/>
          <w:i w:val="0"/>
        </w:rPr>
        <w:t>‘Anh ta chết thế nào?’</w:t>
      </w:r>
    </w:p>
    <w:p>
      <w:pPr>
        <w:spacing w:after="80"/>
      </w:pPr>
      <w:r>
        <w:rPr>
          <w:b w:val="0"/>
          <w:i w:val="0"/>
        </w:rPr>
        <w:t>‘Báo cáo của cảnh sát địa phương nói rằng anh ta bị đau tim trong đêm.’ William mở cuốn sổ tay ra. ‘Một cô hầu phòng phát hiện thi thể vào sáng sớm hôm sau. Trên bàn cạnh giường có một đường cocaine và một chiếc thẻ tín dụng.’</w:t>
      </w:r>
    </w:p>
    <w:p>
      <w:pPr>
        <w:spacing w:after="80"/>
      </w:pPr>
      <w:r>
        <w:rPr>
          <w:b w:val="0"/>
          <w:i w:val="0"/>
        </w:rPr>
        <w:t>‘Thật đáng tiếc. Ta đã hy vọng anh ta chết chậm hơn cơ,’ Chim Ưng nói. ‘Nhưng tại sao lại là Geneva?’</w:t>
      </w:r>
    </w:p>
    <w:p>
      <w:pPr>
        <w:spacing w:after="80"/>
      </w:pPr>
      <w:r>
        <w:rPr>
          <w:b w:val="0"/>
          <w:i w:val="0"/>
        </w:rPr>
        <w:t>‘Tôi đoán là anh ta có một tài khoản ngân hàng Thụy Sĩ đánh số mà không ghi tên.’</w:t>
      </w:r>
    </w:p>
    <w:p>
      <w:pPr>
        <w:spacing w:after="80"/>
      </w:pPr>
      <w:r>
        <w:rPr>
          <w:b w:val="0"/>
          <w:i w:val="0"/>
        </w:rPr>
        <w:t>‘Và một nhân viên ngân hàng không hỏi quá nhiều câu hỏi khó xử về địa chỉ cuối cùng được biết của anh ta,’ Chim Ưng nói. Ông ngừng lại một lát. ‘Được rồi, ta muốn anh bay đến Geneva và đảm bảo rằng chúng ta không bị dẫn vào một ngõ cụt khác. Ta sẽ không tin Faulkner đã chết cho đến khi anh tận mắt thấy thi thể được hạ xuống mồ và vị linh mục đã ban phép lành cuối cùng. Và đừng rời đi trước khi những người đào mộ hoàn thành công việc của họ.’</w:t>
      </w:r>
    </w:p>
    <w:p>
      <w:pPr>
        <w:spacing w:after="80"/>
      </w:pPr>
      <w:r>
        <w:rPr>
          <w:b w:val="0"/>
          <w:i w:val="0"/>
        </w:rPr>
        <w:t>‘Tôi nghĩ anh ta sẽ được hỏa táng, thưa ngài.’</w:t>
      </w:r>
    </w:p>
    <w:p>
      <w:pPr>
        <w:spacing w:after="80"/>
      </w:pPr>
      <w:r>
        <w:rPr>
          <w:b w:val="0"/>
          <w:i w:val="0"/>
        </w:rPr>
        <w:t>‘Vậy thì nhớ mang tro của anh ta về để chúng ta trưng bày trong Bảo tàng Đen cùng với tất cả những tên tội phạm khét tiếng khác đã lọt vào căn phòng kinh hoàng của Met.’</w:t>
      </w:r>
    </w:p>
    <w:p>
      <w:pPr>
        <w:spacing w:after="80"/>
      </w:pPr>
      <w:r>
        <w:rPr>
          <w:b w:val="0"/>
          <w:i w:val="0"/>
        </w:rPr>
        <w:t>‘Tôi có nên mang theo ai làm hỗ trợ không?’</w:t>
      </w:r>
    </w:p>
    <w:p>
      <w:pPr>
        <w:spacing w:after="80"/>
      </w:pPr>
      <w:r>
        <w:rPr>
          <w:b w:val="0"/>
          <w:i w:val="0"/>
        </w:rPr>
        <w:t>‘Có, mang theo DS Roycroft. Nếu cả hai người đều nói với ta rằng Faulkner đã chết, có lẽ ta sẽ tin được đấy.’</w:t>
      </w:r>
    </w:p>
    <w:p>
      <w:pPr>
        <w:jc w:val="center"/>
      </w:pPr>
      <w:r>
        <w:drawing>
          <wp:inline xmlns:a="http://schemas.openxmlformats.org/drawingml/2006/main" xmlns:pic="http://schemas.openxmlformats.org/drawingml/2006/picture">
            <wp:extent cx="752475" cy="161926"/>
            <wp:docPr id="12" name="Picture 1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Họ đã đồng ý gặp nhau trên tuyến Circle line (tuyến Vòng) trong khoảng từ 9.00 đến 9.15 tối hôm đó. Họ sẽ lên tàu điện ngầm ở những ga khác nhau và gặp nhau ở toa cuối. Cuộc gặp sẽ kéo dài không quá năm trạm; họ không muốn mạo hiểm bị nhìn thấy cùng nhau lâu hơn mức cần thiết. Khi công việc xong xuôi, họ sẽ xuống ở những ga khác nhau và mỗi người đi một ngả.</w:t>
      </w:r>
    </w:p>
    <w:p>
      <w:pPr>
        <w:spacing w:after="80"/>
      </w:pPr>
      <w:r>
        <w:rPr>
          <w:b w:val="0"/>
          <w:i w:val="0"/>
        </w:rPr>
        <w:t>DS Jerry Summers lên tàu tại Barbican, hài lòng khi thấy toa cuối gần như trống trơn. Nhưng dĩ nhiên, giờ giấc đã được chọn kỹ càng, và không thể nào gọi đó là giờ cao điểm.</w:t>
      </w:r>
    </w:p>
    <w:p>
      <w:pPr>
        <w:spacing w:after="80"/>
      </w:pPr>
      <w:r>
        <w:rPr>
          <w:b w:val="0"/>
          <w:i w:val="0"/>
        </w:rPr>
        <w:t xml:space="preserve">Summers không mất nhiều thời gian để tìm ra lý do vì sao Lamont lại chọn nghỉ hưu sớm, bất chấp thành công của Chiến dịch Trojan Horse. Cụm từ </w:t>
      </w:r>
      <w:r>
        <w:rPr>
          <w:b w:val="0"/>
          <w:i/>
        </w:rPr>
        <w:t>thò tay vào két</w:t>
      </w:r>
      <w:r>
        <w:rPr>
          <w:b w:val="0"/>
          <w:i w:val="0"/>
        </w:rPr>
        <w:t xml:space="preserve"> được người ta bàn tán trong căng tin cảnh sát, và anh chỉ mất thêm một chút thời gian để xác nhận thói cờ bạc của Lamont. Vài câu hỏi thăm dò tình cờ qua một ly rượu sau giờ làm đã giúp anh nối các đầu mối lại với nhau, và vì Lamont đã trả lại toàn bộ số tiền để đổi lấy việc vị chỉ huy làm ngơ, anh nhận ra rằng lôi kéo ông ta chắc không khó.</w:t>
      </w:r>
    </w:p>
    <w:p>
      <w:pPr>
        <w:spacing w:after="80"/>
      </w:pPr>
      <w:r>
        <w:rPr>
          <w:b w:val="0"/>
          <w:i w:val="0"/>
        </w:rPr>
        <w:t>Khi tàu điện ngầm chạy vào Aldgate, Summers được một cựu sĩ quan đồn của mình nhập bọn, người đã chờ sẵn ở cuối sân ga. Lamont bước lên tàu và ngồi xuống ghế bên cạnh anh, nhưng họ không nhận ra nhau. Theo thói quen, Lamont đảo mắt quét khắp toa, nhưng hành khách duy nhất khác lên tàu ở trạm của ông là một phụ nữ trẻ đã ngồi xuống cuối toa và ngay lập tức bắt đầu đọc một cuốn sách bìa mềm. Dù cô ta ở xa không thể nghe thấy, họ vẫn nói chuyện với giọng thì thầm.</w:t>
      </w:r>
    </w:p>
    <w:p>
      <w:pPr>
        <w:spacing w:after="80"/>
      </w:pPr>
      <w:r>
        <w:rPr>
          <w:b w:val="0"/>
          <w:i w:val="0"/>
        </w:rPr>
        <w:t>‘Rất vui được gặp lại anh, Jerry,’ Lamont nói. ‘Và chúc mừng lần thăng chức xứng đáng của anh.’</w:t>
      </w:r>
    </w:p>
    <w:p>
      <w:pPr>
        <w:spacing w:after="80"/>
      </w:pPr>
      <w:r>
        <w:rPr>
          <w:b w:val="0"/>
          <w:i w:val="0"/>
        </w:rPr>
        <w:t>‘Cảm ơn sếp.’</w:t>
      </w:r>
    </w:p>
    <w:p>
      <w:pPr>
        <w:spacing w:after="80"/>
      </w:pPr>
      <w:r>
        <w:rPr>
          <w:b w:val="0"/>
          <w:i w:val="0"/>
        </w:rPr>
        <w:t>‘Cứ gọi Bruce. Đừng quên tôi không còn là sĩ quan tại ngũ nữa.’</w:t>
      </w:r>
    </w:p>
    <w:p>
      <w:pPr>
        <w:spacing w:after="80"/>
      </w:pPr>
      <w:r>
        <w:rPr>
          <w:b w:val="0"/>
          <w:i w:val="0"/>
        </w:rPr>
        <w:t>‘Nhờ công của thằng Choirboy,’ Summers nói.</w:t>
      </w:r>
    </w:p>
    <w:p>
      <w:pPr>
        <w:spacing w:after="80"/>
      </w:pPr>
      <w:r>
        <w:rPr>
          <w:b w:val="0"/>
          <w:i w:val="0"/>
        </w:rPr>
        <w:t>‘Nhắc tôi xem anh quen tên khốn đó thế nào?’</w:t>
      </w:r>
    </w:p>
    <w:p>
      <w:pPr>
        <w:spacing w:after="80"/>
      </w:pPr>
      <w:r>
        <w:rPr>
          <w:b w:val="0"/>
          <w:i w:val="0"/>
        </w:rPr>
        <w:t>‘Bọn tôi học cùng nhau ở Hendon. Nó đứng đầu mọi thứ trừ rượu chè và gái gú, nên bọn tôi chẳng bao giờ thành bạn thân được.’</w:t>
      </w:r>
    </w:p>
    <w:p>
      <w:pPr>
        <w:spacing w:after="80"/>
      </w:pPr>
      <w:r>
        <w:rPr>
          <w:b w:val="0"/>
          <w:i w:val="0"/>
        </w:rPr>
        <w:t>‘Nghe thế tôi mừng đấy,’ Lamont nói.</w:t>
      </w:r>
    </w:p>
    <w:p>
      <w:pPr>
        <w:spacing w:after="80"/>
      </w:pPr>
      <w:r>
        <w:rPr>
          <w:b w:val="0"/>
          <w:i w:val="0"/>
        </w:rPr>
        <w:t>‘Vậy nếu ông thấy hắn cần bị hạ bệ một chút, có lẽ tôi có thể giúp.’</w:t>
      </w:r>
    </w:p>
    <w:p>
      <w:pPr>
        <w:spacing w:after="80"/>
      </w:pPr>
      <w:r>
        <w:rPr>
          <w:b w:val="0"/>
          <w:i w:val="0"/>
        </w:rPr>
        <w:t>‘Anh định làm gì?’</w:t>
      </w:r>
    </w:p>
    <w:p>
      <w:pPr>
        <w:spacing w:after="80"/>
      </w:pPr>
      <w:r>
        <w:rPr>
          <w:b w:val="0"/>
          <w:i w:val="0"/>
        </w:rPr>
        <w:t>‘Tôi tự hỏi liệu ông có sẵn sàng nhận một công việc bán thời gian trả hậu hĩnh không?’ Summers nhấn mạnh cụm từ ‘trả hậu hĩnh’. ‘Nhưng có lẽ ông đã tìm được việc khác rồi.’</w:t>
      </w:r>
    </w:p>
    <w:p>
      <w:pPr>
        <w:spacing w:after="80"/>
      </w:pPr>
      <w:r>
        <w:rPr>
          <w:b w:val="0"/>
          <w:i w:val="0"/>
        </w:rPr>
        <w:t>‘Thật ra, ngoài kia có quá nhiều cảnh sát về hưu tự nhận mình là cố vấn, tất cả đều tranh nhau cùng một loại việc. Tôi từng nghĩ đến việc mở một quán rượu, thậm chí đã tìm được vị trí lý tưởng ở Blackheath, nhưng tiếc là tôi không gom đủ tiền đặt cọc.’</w:t>
      </w:r>
    </w:p>
    <w:p>
      <w:pPr>
        <w:spacing w:after="80"/>
      </w:pPr>
      <w:r>
        <w:rPr>
          <w:b w:val="0"/>
          <w:i w:val="0"/>
        </w:rPr>
        <w:t>‘Họ đòi bao nhiêu?’</w:t>
      </w:r>
    </w:p>
    <w:p>
      <w:pPr>
        <w:spacing w:after="80"/>
      </w:pPr>
      <w:r>
        <w:rPr>
          <w:b w:val="0"/>
          <w:i w:val="0"/>
        </w:rPr>
        <w:t>‘Hai mươi ngàn. Tôi chỉ vừa đủ xoay xở được mười ngàn, nhưng với hai bà vợ cũ và một khoản vay thế chấp, tôi không thể bù đủ phần chênh lệch.’</w:t>
      </w:r>
    </w:p>
    <w:p>
      <w:pPr>
        <w:spacing w:after="80"/>
      </w:pPr>
      <w:r>
        <w:rPr>
          <w:b w:val="0"/>
          <w:i w:val="0"/>
        </w:rPr>
        <w:t>‘Tôi biết một người có thể sẵn lòng giúp anh giải quyết vấn đề đó,’ Summers nói.</w:t>
      </w:r>
    </w:p>
    <w:p>
      <w:pPr>
        <w:spacing w:after="80"/>
      </w:pPr>
      <w:r>
        <w:rPr>
          <w:b w:val="0"/>
          <w:i w:val="0"/>
        </w:rPr>
        <w:t>‘Họ sẽ mong nhận lại được gì?’</w:t>
      </w:r>
    </w:p>
    <w:p>
      <w:pPr>
        <w:spacing w:after="80"/>
      </w:pPr>
      <w:r>
        <w:rPr>
          <w:b w:val="0"/>
          <w:i w:val="0"/>
        </w:rPr>
        <w:t>‘Không có gì quá đáng đâu. Và tôi không nghĩ ra ai phù hợp hơn anh để thực hiện công việc này.’</w:t>
      </w:r>
    </w:p>
    <w:p>
      <w:pPr>
        <w:spacing w:after="80"/>
      </w:pPr>
      <w:r>
        <w:rPr>
          <w:b w:val="0"/>
          <w:i w:val="0"/>
        </w:rPr>
        <w:t>‘Tôi đang nghe đây.’</w:t>
      </w:r>
    </w:p>
    <w:p>
      <w:pPr>
        <w:spacing w:after="80"/>
      </w:pPr>
      <w:r>
        <w:rPr>
          <w:b w:val="0"/>
          <w:i w:val="0"/>
        </w:rPr>
        <w:t>Summers thong thả nói rõ từng chi tiết về những gì người liên hệ của anh ta sẽ mong nhận lại để đổi lấy mười ngàn bảng tiền mặt.</w:t>
      </w:r>
    </w:p>
    <w:p>
      <w:pPr>
        <w:spacing w:after="80"/>
      </w:pPr>
      <w:r>
        <w:rPr>
          <w:b w:val="0"/>
          <w:i w:val="0"/>
        </w:rPr>
        <w:t>‘Tôi cần suy nghĩ thêm,’ Lamont nói, sau khi DS Summers đã chuyển lời nhắn của mình.</w:t>
      </w:r>
    </w:p>
    <w:p>
      <w:pPr>
        <w:spacing w:after="80"/>
      </w:pPr>
      <w:r>
        <w:rPr>
          <w:b w:val="0"/>
          <w:i w:val="0"/>
        </w:rPr>
        <w:t>‘Tất nhiên rồi, Bruce. Nhưng anh hẳn biết rõ thời hạn chứ.’</w:t>
      </w:r>
    </w:p>
    <w:p>
      <w:pPr>
        <w:spacing w:after="80"/>
      </w:pPr>
      <w:r>
        <w:rPr>
          <w:b w:val="0"/>
          <w:i w:val="0"/>
        </w:rPr>
        <w:t>Tàu dừng lại, và khi cửa mở, DS Summers bước xuống mà thậm chí không kiểm tra xem đó là ga nào. Lamont tiếp tục đi đến Victoria, rồi đổi sang tuyến District.</w:t>
      </w:r>
    </w:p>
    <w:p>
      <w:pPr>
        <w:spacing w:after="80"/>
      </w:pPr>
      <w:r>
        <w:rPr>
          <w:b w:val="0"/>
          <w:i w:val="0"/>
        </w:rPr>
        <w:t>Cô gái trẻ đang đọc cuốn sách bìa mềm không đi theo anh. Nhưng thực ra, DC Pankhurst biết chính xác cựu Tổng thanh tra Lamont đang đi đâu.</w:t>
      </w:r>
    </w:p>
    <w:p>
      <w:pPr>
        <w:jc w:val="center"/>
      </w:pPr>
      <w:r>
        <w:drawing>
          <wp:inline xmlns:a="http://schemas.openxmlformats.org/drawingml/2006/main" xmlns:pic="http://schemas.openxmlformats.org/drawingml/2006/picture">
            <wp:extent cx="752475" cy="161926"/>
            <wp:docPr id="13" name="Picture 1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‘Tôi muốn xem thi thể,’ William nói.</w:t>
      </w:r>
    </w:p>
    <w:p>
      <w:pPr>
        <w:spacing w:after="80"/>
      </w:pPr>
      <w:r>
        <w:rPr>
          <w:b w:val="0"/>
          <w:i w:val="0"/>
        </w:rPr>
        <w:t>‘Anh có phải là người trong gia đình không?’ vị linh mục lớn tuổi hỏi một cách lịch sự.</w:t>
      </w:r>
    </w:p>
    <w:p>
      <w:pPr>
        <w:spacing w:after="80"/>
      </w:pPr>
      <w:r>
        <w:rPr>
          <w:b w:val="0"/>
          <w:i w:val="0"/>
        </w:rPr>
        <w:t>‘Không, thưa cha, nhưng tôi có lệnh bắt ông Faulkner,’ William đáp, biết rõ rằng thẩm quyền của mình không vượt ra ngoài những vách đá Dover.</w:t>
      </w:r>
    </w:p>
    <w:p>
      <w:pPr>
        <w:spacing w:after="80"/>
      </w:pPr>
      <w:r>
        <w:rPr>
          <w:b w:val="0"/>
          <w:i w:val="0"/>
        </w:rPr>
        <w:t>Vị linh mục xem xét lệnh bắt nhưng không hề lay chuyển. ‘Ta e rằng giờ đây ông ấy chỉ có thể bị phán xét bởi một đấng quyền năng cao hơn, con ạ.’</w:t>
      </w:r>
    </w:p>
    <w:p>
      <w:pPr>
        <w:spacing w:after="80"/>
      </w:pPr>
      <w:r>
        <w:rPr>
          <w:b w:val="0"/>
          <w:i w:val="0"/>
        </w:rPr>
        <w:t>‘Tôi chắc cha nói đúng, nhưng tôi vẫn cần xem thi thể trước khi có thể quay về London.’</w:t>
      </w:r>
    </w:p>
    <w:p>
      <w:pPr>
        <w:spacing w:after="80"/>
      </w:pPr>
      <w:r>
        <w:rPr>
          <w:b w:val="0"/>
          <w:i w:val="0"/>
        </w:rPr>
        <w:t>‘Ta xin lỗi, thanh tra, nhưng như ta đã nói, chỉ người trong gia đình mới có thể—’</w:t>
      </w:r>
    </w:p>
    <w:p>
      <w:pPr>
        <w:spacing w:after="80"/>
      </w:pPr>
      <w:r>
        <w:rPr>
          <w:b w:val="0"/>
          <w:i w:val="0"/>
        </w:rPr>
        <w:t>‘Tôi là người trong gia đình,’ Christina nói, bước lên phía trước. Cô mở túi xách và lấy ra hộ chiếu, vẫn còn mang tên bà Christina Faulkner.</w:t>
      </w:r>
    </w:p>
    <w:p>
      <w:pPr>
        <w:spacing w:after="80"/>
      </w:pPr>
      <w:r>
        <w:rPr>
          <w:b w:val="0"/>
          <w:i w:val="0"/>
        </w:rPr>
        <w:t>Vị linh mục nghiên cứu tài liệu, rồi cúi đầu.</w:t>
      </w:r>
    </w:p>
    <w:p>
      <w:pPr>
        <w:spacing w:after="80"/>
      </w:pPr>
      <w:r>
        <w:rPr>
          <w:b w:val="0"/>
          <w:i w:val="0"/>
        </w:rPr>
        <w:t>"Xin cho phép tôi được gửi lời chia buồn chân thành đến bà về mất mát này, bà Faulkner. Xin mời bà đi theo tôi."</w:t>
      </w:r>
    </w:p>
    <w:p>
      <w:pPr>
        <w:spacing w:after="80"/>
      </w:pPr>
      <w:r>
        <w:rPr>
          <w:b w:val="0"/>
          <w:i w:val="0"/>
        </w:rPr>
        <w:t>"Tôi có thể đi cùng bà Faulkner không?" William hỏi.</w:t>
      </w:r>
    </w:p>
    <w:p>
      <w:pPr>
        <w:spacing w:after="80"/>
      </w:pPr>
      <w:r>
        <w:rPr>
          <w:b w:val="0"/>
          <w:i w:val="0"/>
        </w:rPr>
        <w:t>"Không, thanh tra ạ," vị linh mục nói dứt khoát.</w:t>
      </w:r>
    </w:p>
    <w:p>
      <w:pPr>
        <w:spacing w:after="80"/>
      </w:pPr>
      <w:r>
        <w:rPr>
          <w:b w:val="0"/>
          <w:i w:val="0"/>
        </w:rPr>
        <w:t>William và Jackie không còn cách nào khác ngoài việc ở lại phía sau khi vị linh mục dẫn Christina về phía một cánh cửa bên hông của nhà nguyện nhỏ có gắn biển CẤM VÀO. Ông đứng sang một bên để bà bước vào.</w:t>
      </w:r>
    </w:p>
    <w:p>
      <w:pPr>
        <w:spacing w:after="80"/>
      </w:pPr>
      <w:r>
        <w:rPr>
          <w:b w:val="0"/>
          <w:i w:val="0"/>
        </w:rPr>
        <w:t>"Tôi thà tự mình nhìn thấy thi thể còn hơn," William nói.</w:t>
      </w:r>
    </w:p>
    <w:p>
      <w:pPr>
        <w:spacing w:after="80"/>
      </w:pPr>
      <w:r>
        <w:rPr>
          <w:b w:val="0"/>
          <w:i w:val="0"/>
        </w:rPr>
        <w:t>"Tôi cũng vậy," Jackie nói. "Nhưng nếu có một người còn vui mừng hơn cả hai chúng ta khi thấy ông ta chết, thì đó hẳn phải là bà góa đang đau buồn kia."</w:t>
      </w:r>
    </w:p>
    <w:p>
      <w:pPr>
        <w:spacing w:after="80"/>
      </w:pPr>
      <w:r>
        <w:rPr>
          <w:b w:val="0"/>
          <w:i w:val="0"/>
        </w:rPr>
        <w:t>William gật đầu. Họ không phải đợi lâu trước khi cánh cửa lại mở ra và Christina xuất hiện trở lại, với một nụ cười không hợp cảnh trên mặt. Bà bước tới chỗ họ, vị linh mục lẽo đẽo theo sau một bước.</w:t>
      </w:r>
    </w:p>
    <w:p>
      <w:pPr>
        <w:spacing w:after="80"/>
      </w:pPr>
      <w:r>
        <w:rPr>
          <w:b w:val="0"/>
          <w:i w:val="0"/>
        </w:rPr>
        <w:t>"Đúng là Miles rồi. Tôi còn lấy lại được chiếc đồng hồ yêu thích của ông ấy nữa," bà nói, giơ lên một chiếc Cartier Tank có khắc chữ viết tắt 'M.H.F.' ở mặt sau. Bà thả nó vào túi xách. "Đi thôi, ta đi xem ông ta cháy trong địa ngục," bà thì thầm.</w:t>
      </w:r>
    </w:p>
    <w:p>
      <w:pPr>
        <w:spacing w:after="80"/>
      </w:pPr>
      <w:r>
        <w:rPr>
          <w:b w:val="0"/>
          <w:i w:val="0"/>
        </w:rPr>
        <w:t>"Nếu bà đi theo tôi, bà Faulkner, tôi sẽ đưa bà đến hàng ghế dành riêng cho gia đình." Ông dẫn ba người họ đến phía trước nhà nguyện, và khi họ đã ngồi xuống, ông rời đi để chuẩn bị cho buổi lễ.</w:t>
      </w:r>
    </w:p>
    <w:p>
      <w:pPr>
        <w:spacing w:after="80"/>
      </w:pPr>
      <w:r>
        <w:rPr>
          <w:b w:val="0"/>
          <w:i w:val="0"/>
        </w:rPr>
        <w:t>"Anh có để ý ai vừa bước vào không?" Jackie thì thầm. "Ông ta ngồi ở gần phía sau."</w:t>
      </w:r>
    </w:p>
    <w:p>
      <w:pPr>
        <w:spacing w:after="80"/>
      </w:pPr>
      <w:r>
        <w:rPr>
          <w:b w:val="0"/>
          <w:i w:val="0"/>
        </w:rPr>
        <w:t>William quay lại và thấy bóng dáng không thể nhầm lẫn của ông Booth Watson QC, đầu cúi xuống như đang cầu nguyện thật sâu.</w:t>
      </w:r>
    </w:p>
    <w:p>
      <w:pPr>
        <w:spacing w:after="80"/>
      </w:pPr>
      <w:r>
        <w:rPr>
          <w:b w:val="0"/>
          <w:i w:val="0"/>
        </w:rPr>
        <w:t>"Giờ thì tôi tin chắc Faulkner đã chết," William nói, "vì Booth Watson là người duy nhất tôi biết có thể thu phí khi tham dự đám tang rồi sau đó lại gửi hóa đơn cho di sản. Người đàn ông ngồi sau ông ta, cách vài hàng ghế, là ai vậy?"</w:t>
      </w:r>
    </w:p>
    <w:p>
      <w:pPr>
        <w:spacing w:after="80"/>
      </w:pPr>
      <w:r>
        <w:rPr>
          <w:b w:val="0"/>
          <w:i w:val="0"/>
        </w:rPr>
        <w:t>"Không biết nữa," Jackie nói. "Trông như một chú lùn Thụy Sĩ. Chắc là một trong các nhân viên ngân hàng của Faulkner."</w:t>
      </w:r>
    </w:p>
    <w:p>
      <w:pPr>
        <w:spacing w:after="80"/>
      </w:pPr>
      <w:r>
        <w:rPr>
          <w:b w:val="0"/>
          <w:i w:val="0"/>
        </w:rPr>
        <w:t>"Anh có nghĩ Booth Watson biết tranh của tôi ở đâu không?" Christina hỏi.</w:t>
      </w:r>
    </w:p>
    <w:p>
      <w:pPr>
        <w:spacing w:after="80"/>
      </w:pPr>
      <w:r>
        <w:rPr>
          <w:b w:val="0"/>
          <w:i w:val="0"/>
        </w:rPr>
        <w:t>"Dĩ nhiên là ông ta biết," William nói. "Nhưng điều đó không có nghĩa là ông ta sẽ tiết lộ bí mật đó cho bà."</w:t>
      </w:r>
    </w:p>
    <w:p>
      <w:pPr>
        <w:spacing w:after="80"/>
      </w:pPr>
      <w:r>
        <w:rPr>
          <w:b w:val="0"/>
          <w:i w:val="0"/>
        </w:rPr>
        <w:t>‘Nhưng nếu ông ta là người thực thi di chúc của Faulkner,’ Jackie nói, ‘thì ông ta đâu có nhiều lựa chọn.’</w:t>
      </w:r>
    </w:p>
    <w:p>
      <w:pPr>
        <w:spacing w:after="80"/>
      </w:pPr>
      <w:r>
        <w:rPr>
          <w:b w:val="0"/>
          <w:i w:val="0"/>
        </w:rPr>
        <w:t>‘Ông ta thừa khả năng tìm ra cách lách qua cái rắc rối nhỏ đó,’ William nói.</w:t>
      </w:r>
    </w:p>
    <w:p>
      <w:pPr>
        <w:spacing w:after="80"/>
      </w:pPr>
      <w:r>
        <w:rPr>
          <w:b w:val="0"/>
          <w:i w:val="0"/>
        </w:rPr>
        <w:t>‘Cậu bé hát thánh ca, cậu bị làm sao thế?’ Christina nói.</w:t>
      </w:r>
    </w:p>
    <w:p>
      <w:pPr>
        <w:spacing w:after="80"/>
      </w:pPr>
      <w:r>
        <w:rPr>
          <w:b w:val="0"/>
          <w:i w:val="0"/>
        </w:rPr>
        <w:t>‘Chúng ta hãy bắt đầu bằng việc đọc Kinh Lạy Cha nhé,’ vị linh mục ngân nga, nhìn xuống giáo đoàn thưa thớt của mình. ‘</w:t>
      </w:r>
      <w:r>
        <w:rPr>
          <w:b w:val="0"/>
          <w:i/>
        </w:rPr>
        <w:t>Lạy Cha chúng con ở trên trời . . .</w:t>
      </w:r>
      <w:r>
        <w:rPr>
          <w:b w:val="0"/>
          <w:i w:val="0"/>
        </w:rPr>
        <w:t>’</w:t>
      </w:r>
    </w:p>
    <w:p>
      <w:pPr>
        <w:spacing w:after="80"/>
      </w:pPr>
      <w:r>
        <w:rPr>
          <w:b w:val="0"/>
          <w:i w:val="0"/>
        </w:rPr>
        <w:t>‘Ở một nơi nào đó mà Miles sẽ không tới,’ Christina thì thầm.</w:t>
      </w:r>
    </w:p>
    <w:p>
      <w:pPr>
        <w:spacing w:after="80"/>
      </w:pPr>
      <w:r>
        <w:rPr>
          <w:b w:val="0"/>
          <w:i w:val="0"/>
        </w:rPr>
        <w:t>Vị linh mục tiếp tục điều hành buổi lễ, đọc vài lời cầu nguyện chẳng phù hợp chút nào cho những người đưa tang đang không quỳ gối.</w:t>
      </w:r>
    </w:p>
    <w:p>
      <w:pPr>
        <w:spacing w:after="80"/>
      </w:pPr>
      <w:r>
        <w:rPr>
          <w:b w:val="0"/>
          <w:i w:val="0"/>
        </w:rPr>
        <w:t>‘Trước khi lễ hỏa táng diễn ra,’ ông nói, ‘tôi biết có một người trong chúng ta muốn nói vài lời để tưởng nhớ người bạn thân yêu quá cố của mình.’</w:t>
      </w:r>
    </w:p>
    <w:p>
      <w:pPr>
        <w:spacing w:after="80"/>
      </w:pPr>
      <w:r>
        <w:rPr>
          <w:b w:val="0"/>
          <w:i w:val="0"/>
        </w:rPr>
        <w:t>William không giấu nổi vẻ hoài nghi khi Booth Watson chậm rãi bước lên phía trước nhà nguyện và quay mặt về phía giáo đoàn.</w:t>
      </w:r>
    </w:p>
    <w:p>
      <w:pPr>
        <w:spacing w:after="80"/>
      </w:pPr>
      <w:r>
        <w:rPr>
          <w:b w:val="0"/>
          <w:i w:val="0"/>
        </w:rPr>
        <w:t>‘Tôi có vinh dự được biết Miles hơn hai mươi năm,’ ông ta bắt đầu, ‘vừa với tư cách cố vấn pháp lý vừa là một người bạn thân thiết.’</w:t>
      </w:r>
    </w:p>
    <w:p>
      <w:pPr>
        <w:spacing w:after="80"/>
      </w:pPr>
      <w:r>
        <w:rPr>
          <w:b w:val="0"/>
          <w:i w:val="0"/>
        </w:rPr>
        <w:t>‘Miễn là ông ta trả phí cho anh,’ Christina thì thầm.</w:t>
      </w:r>
    </w:p>
    <w:p>
      <w:pPr>
        <w:spacing w:after="80"/>
      </w:pPr>
      <w:r>
        <w:rPr>
          <w:b w:val="0"/>
          <w:i w:val="0"/>
        </w:rPr>
        <w:t>‘Ông ấy là một người có những hành động hào phóng và tử tế lớn lao, luôn đặt lợi ích của đồng loại lên trên lợi ích của bản thân.’</w:t>
      </w:r>
    </w:p>
    <w:p>
      <w:pPr>
        <w:spacing w:after="80"/>
      </w:pPr>
      <w:r>
        <w:rPr>
          <w:b w:val="0"/>
          <w:i w:val="0"/>
        </w:rPr>
        <w:t>‘Chúng ta đang nói về cùng một người đấy chứ?’ Christina lẩm bẩm.</w:t>
      </w:r>
    </w:p>
    <w:p>
      <w:pPr>
        <w:spacing w:after="80"/>
      </w:pPr>
      <w:r>
        <w:rPr>
          <w:b w:val="0"/>
          <w:i w:val="0"/>
        </w:rPr>
        <w:t>‘Ông ấy đã âm thầm phục vụ cộng đồng địa phương, đồng thời chia sẻ tài sản của mình vì lợi ích quốc gia. Ông sẽ được rất nhiều bạn bè thương tiếc.’</w:t>
      </w:r>
    </w:p>
    <w:p>
      <w:pPr>
        <w:spacing w:after="80"/>
      </w:pPr>
      <w:r>
        <w:rPr>
          <w:b w:val="0"/>
          <w:i w:val="0"/>
        </w:rPr>
        <w:t>‘Tôi chẳng thấy mấy người trong số đó ở đây hôm nay,’ Christina nói, nhìn quanh.</w:t>
      </w:r>
    </w:p>
    <w:p>
      <w:pPr>
        <w:spacing w:after="80"/>
      </w:pPr>
      <w:r>
        <w:rPr>
          <w:b w:val="0"/>
          <w:i w:val="0"/>
        </w:rPr>
        <w:t>‘Cư xử cho đàng hoàng,’ William trêu, trong khi Booth Watson tiếp tục ca ngợi những đức tính của người khách hàng thân yêu quá cố, mà không hề thừa nhận sự thật rằng hai sĩ quan cảnh sát từ Scotland Yard chiếm một nửa giáo đoàn. Ông ta kết thúc điếu văn bằng những lời: ‘Tôi không thể diễn tả nổi tôi sẽ nhớ ông ấy đến nhường nào.’</w:t>
      </w:r>
    </w:p>
    <w:p>
      <w:pPr>
        <w:spacing w:after="80"/>
      </w:pPr>
      <w:r>
        <w:rPr>
          <w:b w:val="0"/>
          <w:i w:val="0"/>
        </w:rPr>
        <w:t>‘Chưa kể đến phí và tiền tạm ứng của ông ta,’ Christina thì thầm, khi Booth Watson quay mặt về phía quan tài, cúi đầu nhẹ rồi trở về chỗ ngồi.</w:t>
      </w:r>
    </w:p>
    <w:p>
      <w:pPr>
        <w:spacing w:after="80"/>
      </w:pPr>
      <w:r>
        <w:rPr>
          <w:b w:val="0"/>
          <w:i w:val="0"/>
        </w:rPr>
        <w:t>William quan sát kỹ khi vị linh mục nhấn một nút và cỗ quan tài bắt đầu di chuyển chậm rãi dọc theo một bệ lăn điện tử. Hai cánh cửa nhỏ mở ra, và nó biến mất khỏi tầm nhìn, khép lại tấm màn cho cuộc đời của Miles Faulkner.</w:t>
      </w:r>
    </w:p>
    <w:p>
      <w:pPr>
        <w:spacing w:after="80"/>
      </w:pPr>
      <w:r>
        <w:rPr>
          <w:b w:val="0"/>
          <w:i w:val="0"/>
        </w:rPr>
        <w:t>Sau vài phút im lặng, vị linh mục quay lại bậc thềm nhà nguyện để ban phép lành cuối cùng. Tiếp theo là một bản ghi âm phát qua loa của đoạn đồng ca 'Hallelujah' mà Handel hẳn sẽ không tán thành.</w:t>
      </w:r>
    </w:p>
    <w:p>
      <w:pPr>
        <w:spacing w:after="80"/>
      </w:pPr>
      <w:r>
        <w:rPr>
          <w:b w:val="0"/>
          <w:i w:val="0"/>
        </w:rPr>
        <w:t>Sau khi buổi lễ kết thúc, Christina bước ra ngoài đến khu vườn tưởng niệm, có William và Jackie đi cùng. Booth Watson đang đứng giữa lối đi hẹp, rõ ràng là đang đợi họ.</w:t>
      </w:r>
    </w:p>
    <w:p>
      <w:pPr>
        <w:spacing w:after="80"/>
      </w:pPr>
      <w:r>
        <w:rPr>
          <w:b w:val="0"/>
          <w:i w:val="0"/>
        </w:rPr>
        <w:t>‘Tôi tự hỏi liệu có thể nói riêng vài lời với bà không, bà Faulkner?’ Booth Watson lên tiếng một cách ân cần.</w:t>
      </w:r>
    </w:p>
    <w:p>
      <w:pPr>
        <w:spacing w:after="80"/>
      </w:pPr>
      <w:r>
        <w:rPr>
          <w:b w:val="0"/>
          <w:i w:val="0"/>
        </w:rPr>
        <w:t>‘Bất cứ điều gì ông muốn nói với tôi, ông Booth Watson, đều có thể có nhân chứng là bạn tôi, Thanh tra Thám tử Warwick,’ bà góa phụ đáp, đứng vững tại chỗ.</w:t>
      </w:r>
    </w:p>
    <w:p>
      <w:pPr>
        <w:spacing w:after="80"/>
      </w:pPr>
      <w:r>
        <w:rPr>
          <w:b w:val="0"/>
          <w:i w:val="0"/>
        </w:rPr>
        <w:t>‘Tùy bà muốn, bà Faulkner. Hẳn bà biết rằng theo thỏa thuận ly hôn do Ngài Julian Warwick soạn thảo, bà được quyền nhận một nửa bộ sưu tập nghệ thuật đồ sộ của thân chủ quá cố của tôi.’</w:t>
      </w:r>
    </w:p>
    <w:p>
      <w:pPr>
        <w:spacing w:after="80"/>
      </w:pPr>
      <w:r>
        <w:rPr>
          <w:b w:val="0"/>
          <w:i w:val="0"/>
        </w:rPr>
        <w:t>‘Ông biết nó ở đâu chứ?’</w:t>
      </w:r>
    </w:p>
    <w:p>
      <w:pPr>
        <w:spacing w:after="80"/>
      </w:pPr>
      <w:r>
        <w:rPr>
          <w:b w:val="0"/>
          <w:i w:val="0"/>
        </w:rPr>
        <w:t>‘Hiện nó được lưu giữ trong các hầm của một ngân hàng tư nhân ở đây, tại Geneva,’ Booth Watson nói. ‘Bà có thể tự do đến nhận các tác phẩm bất cứ lúc nào bà muốn.’</w:t>
      </w:r>
    </w:p>
    <w:p>
      <w:pPr>
        <w:spacing w:after="80"/>
      </w:pPr>
      <w:r>
        <w:rPr>
          <w:b w:val="0"/>
          <w:i w:val="0"/>
        </w:rPr>
        <w:t>‘Vậy hôm nay thì sao?’ Christina đáp một cách thách thức.</w:t>
      </w:r>
    </w:p>
    <w:p>
      <w:pPr>
        <w:spacing w:after="80"/>
      </w:pPr>
      <w:r>
        <w:rPr>
          <w:b w:val="0"/>
          <w:i w:val="0"/>
        </w:rPr>
        <w:t>‘Tuy nhiên,’ Booth Watson tiếp tục, phớt lờ câu hỏi, ‘điều mà bà sẽ không biết—’</w:t>
      </w:r>
    </w:p>
    <w:p>
      <w:pPr>
        <w:spacing w:after="80"/>
      </w:pPr>
      <w:r>
        <w:rPr>
          <w:b w:val="0"/>
          <w:i w:val="0"/>
        </w:rPr>
        <w:t>‘Giờ đến phần chữ nhỏ đây,’ Christina nói.</w:t>
      </w:r>
    </w:p>
    <w:p>
      <w:pPr>
        <w:spacing w:after="80"/>
      </w:pPr>
      <w:r>
        <w:rPr>
          <w:b w:val="0"/>
          <w:i w:val="0"/>
        </w:rPr>
        <w:t>‘—là người chồng quá cố của bà đã qua đời mà không để lại di chúc. Vì vụ ly hôn của bà chưa được tòa án tuyên bố là tuyệt đối, và Miles không còn người thân ruột thịt nào còn sống, nên bà là người thân hợp pháp gần nhất của anh ta và là người thừa kế duy nhất của di sản anh ta.’</w:t>
      </w:r>
    </w:p>
    <w:p>
      <w:pPr>
        <w:spacing w:after="80"/>
      </w:pPr>
      <w:r>
        <w:rPr>
          <w:b w:val="0"/>
          <w:i w:val="0"/>
        </w:rPr>
        <w:t>‘Tôi được tất cả?’ Christina nói trong sự hoài nghi.</w:t>
      </w:r>
    </w:p>
    <w:p>
      <w:pPr>
        <w:spacing w:after="80"/>
      </w:pPr>
      <w:r>
        <w:rPr>
          <w:b w:val="0"/>
          <w:i w:val="0"/>
        </w:rPr>
        <w:t>‘Tất cả, thưa bà,’ Booth Watson nói, hơi cúi đầu chào bà.</w:t>
      </w:r>
    </w:p>
    <w:p>
      <w:pPr>
        <w:spacing w:after="80"/>
      </w:pPr>
      <w:r>
        <w:rPr>
          <w:b w:val="0"/>
          <w:i w:val="0"/>
        </w:rPr>
        <w:t>‘Giờ thì tôi thực sự tin là ông ta đã chết,’ William nói khi vị linh mục tiến lại gần họ, đầu cúi xuống. ‘Bởi vì cách duy nhất để bà có được bộ sưu tập nghệ thuật của người đàn ông đó, là phải bước qua xác chết của ông ta . . .’</w:t>
      </w:r>
    </w:p>
    <w:p>
      <w:pPr>
        <w:spacing w:after="80"/>
      </w:pPr>
      <w:r>
        <w:rPr>
          <w:b w:val="0"/>
          <w:i w:val="0"/>
        </w:rPr>
        <w:t>‘Tôi sẽ thu xếp để gửi tro cốt cho bà, bà Faulkner,’ ông nói. ‘Tôi chắc bà sẽ muốn rải chúng ở một nơi thích hợp nào đó.’</w:t>
      </w:r>
    </w:p>
    <w:p>
      <w:pPr>
        <w:spacing w:after="80"/>
      </w:pPr>
      <w:r>
        <w:rPr>
          <w:b w:val="0"/>
          <w:i w:val="0"/>
        </w:rPr>
        <w:t>‘Xuống địa ngục ấy?’ Christina gợi ý.</w:t>
      </w:r>
    </w:p>
    <w:p>
      <w:pPr>
        <w:jc w:val="center"/>
      </w:pPr>
      <w:r>
        <w:drawing>
          <wp:inline xmlns:a="http://schemas.openxmlformats.org/drawingml/2006/main" xmlns:pic="http://schemas.openxmlformats.org/drawingml/2006/picture">
            <wp:extent cx="752475" cy="161926"/>
            <wp:docPr id="14" name="Picture 1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Sáng hôm đó có ba lá thư rơi xuống tấm thảm trước cửa, hai trong số đó đựng trong phong bì nâu. Một lá là bảng sao kê tín dụng của Ladbroke's, nhắc khách hàng của họ nhớ tên vài con ngựa mà bản thân chúng chẳng hề có chút tự tin nào như ông ta đã thể hiện nơi chúng. Lá thứ hai là giấy đòi thuế từ Sở Thuế vụ (Inland Revenue), kèm lời nhắc rằng sẽ cộng thêm lãi nếu không thanh toán đủ trước cuối tháng.</w:t>
      </w:r>
    </w:p>
    <w:p>
      <w:pPr>
        <w:spacing w:after="80"/>
      </w:pPr>
      <w:r>
        <w:rPr>
          <w:b w:val="0"/>
          <w:i w:val="0"/>
        </w:rPr>
        <w:t>Lá thư thứ ba, phong bì trắng, đến từ một luật sư mà ông không đọc nổi chữ ký, nhắc rằng khoản tiền cấp dưỡng cho người vợ thứ hai đã quá hạn một tháng và đe dọa sẽ khởi kiện . . . Chính lúc đó ông đưa ra quyết định.</w:t>
      </w:r>
    </w:p>
    <w:p>
      <w:pPr>
        <w:spacing w:after="80"/>
      </w:pPr>
      <w:r>
        <w:rPr>
          <w:b w:val="0"/>
          <w:i w:val="0"/>
        </w:rPr>
        <w:t>Lamont rời căn hộ ở Hammersmith lúc mười giờ kém mười phút, và thay vì rẽ phải đi về phía ga tàu điện ngầm gần nhất, như ông vẫn làm mỗi sáng ngày thường suốt tám năm qua, ông rẽ trái. Đi được khoảng một trăm thước, ông lại rẽ trái, và tiếp tục bước cho đến khi tới một buồng điện thoại công cộng ở cuối đường. Nhìn quanh kiểm tra xem có ai bám theo không, ông kéo cửa mở và bước vào trong.</w:t>
      </w:r>
    </w:p>
    <w:p>
      <w:pPr>
        <w:spacing w:after="80"/>
      </w:pPr>
      <w:r>
        <w:rPr>
          <w:b w:val="0"/>
          <w:i w:val="0"/>
        </w:rPr>
        <w:t>Ông ngập ngừng một lát, vẫn chưa chắc mình có nên gọi hay không, nhưng khi nghe tiếng chuông nhà thờ gần đó điểm mười giờ, ông nhấc ống nghe lên và bấm số mà ông thuộc lòng, vì ông không thể để nó nằm lộ ra cho vợ tình cờ thấy được.</w:t>
      </w:r>
    </w:p>
    <w:p>
      <w:pPr>
        <w:spacing w:after="80"/>
      </w:pPr>
      <w:r>
        <w:rPr>
          <w:b w:val="0"/>
          <w:i w:val="0"/>
        </w:rPr>
        <w:t>Ông bấm bảy con số thật chậm, biết rằng Summers đang chờ trong một buồng điện thoại khác ở phía bên kia thành phố. Cuộc gọi của ông chỉ đổ một hồi chuông đã có người nhấc máy.</w:t>
      </w:r>
    </w:p>
    <w:p>
      <w:pPr>
        <w:spacing w:after="80"/>
      </w:pPr>
      <w:r>
        <w:rPr>
          <w:b w:val="0"/>
          <w:i w:val="0"/>
        </w:rPr>
        <w:t>‘A lô?’ Không xưng tên, không lộ danh tính.</w:t>
      </w:r>
    </w:p>
    <w:p>
      <w:pPr>
        <w:spacing w:after="80"/>
      </w:pPr>
      <w:r>
        <w:rPr>
          <w:b w:val="0"/>
          <w:i w:val="0"/>
        </w:rPr>
        <w:t>‘Tôi nhận lời đề nghị của ông. Nhưng không theo điều kiện của ông. Tôi cần một khoản ứng trước.’</w:t>
      </w:r>
    </w:p>
    <w:p>
      <w:pPr>
        <w:spacing w:after="80"/>
      </w:pPr>
      <w:r>
        <w:rPr>
          <w:b w:val="0"/>
          <w:i w:val="0"/>
        </w:rPr>
        <w:t>‘Đâu phải thế là những gì chúng ta đã thỏa thuận.’</w:t>
      </w:r>
    </w:p>
    <w:p>
      <w:pPr>
        <w:spacing w:after="80"/>
      </w:pPr>
      <w:r>
        <w:rPr>
          <w:b w:val="0"/>
          <w:i w:val="0"/>
        </w:rPr>
        <w:t>‘Vậy thì ông phải tìm người khác làm việc bẩn thỉu của mình đi.’</w:t>
      </w:r>
    </w:p>
    <w:p>
      <w:pPr>
        <w:spacing w:after="80"/>
      </w:pPr>
      <w:r>
        <w:rPr>
          <w:b w:val="0"/>
          <w:i w:val="0"/>
        </w:rPr>
        <w:t>Một khoảng lặng dài tiếp theo trước khi ông nghe thấy câu, ‘Bao nhiêu?’</w:t>
      </w:r>
    </w:p>
    <w:p>
      <w:pPr>
        <w:spacing w:after="80"/>
      </w:pPr>
      <w:r>
        <w:rPr>
          <w:b w:val="0"/>
          <w:i w:val="0"/>
        </w:rPr>
        <w:t>‘Hai ngàn, phần còn lại khi tôi giao hàng.’</w:t>
      </w:r>
    </w:p>
    <w:p>
      <w:pPr>
        <w:spacing w:after="80"/>
      </w:pPr>
      <w:r>
        <w:rPr>
          <w:b w:val="0"/>
          <w:i w:val="0"/>
        </w:rPr>
        <w:t>‘Khi nào và ở đâu?’</w:t>
      </w:r>
    </w:p>
    <w:p>
      <w:pPr>
        <w:spacing w:after="80"/>
      </w:pPr>
      <w:r>
        <w:rPr>
          <w:b w:val="0"/>
          <w:i w:val="0"/>
        </w:rPr>
        <w:t>‘Tối nay, cùng giờ, cùng chỗ.’ Lamont đặt điện thoại xuống và bắt đầu đi bộ về nhà. Trong một thoáng, ông có cảm giác bất an rằng cô gái trẻ đang đợi ở trạm xe buýt gần nhà trông quen quen.</w:t>
      </w:r>
    </w:p>
    <w:p>
      <w:pPr>
        <w:spacing w:after="80"/>
      </w:pPr>
      <w:r>
        <w:rPr>
          <w:b w:val="0"/>
          <w:i w:val="0"/>
        </w:rPr>
        <w:t>Khi chiếc xe buýt số 211 dừng lại, DC Pankhurst bước lên xe, tự hỏi liệu ông ta có nhận ra cô không. Nếu Rebecca quay lại nhìn, cô sẽ biết câu trả lời.</w:t>
      </w:r>
    </w:p>
    <w:p>
      <w:pPr>
        <w:pStyle w:val="Heading2"/>
      </w:pPr>
      <w:r>
        <w:rPr>
          <w:rFonts w:ascii="Calibri" w:hAnsi="Calibri"/>
          <w:b/>
          <w:i w:val="0"/>
          <w:sz w:val="32"/>
        </w:rPr>
        <w:t>6</w:t>
      </w:r>
    </w:p>
    <w:p>
      <w:pPr>
        <w:spacing w:after="80"/>
      </w:pPr>
      <w:r>
        <w:rPr>
          <w:b w:val="0"/>
          <w:i w:val="0"/>
        </w:rPr>
        <w:t>‘Hôm nay chúng ta có cả một chương trình nghị sự dày đặc,’ viên chỉ huy nói, ngồi vào vị trí đầu bàn, ‘nên đừng để mất thời gian. Chúng ta bắt đầu bằng việc khép lại hồ sơ vụ Miles Faulkner nhé? DI Warwick.’</w:t>
      </w:r>
    </w:p>
    <w:p>
      <w:pPr>
        <w:spacing w:after="80"/>
      </w:pPr>
      <w:r>
        <w:rPr>
          <w:b w:val="0"/>
          <w:i w:val="0"/>
        </w:rPr>
        <w:t>‘Tôi và DS Roycroft,’ William bắt đầu, ‘đã đến Geneva vào thứ Năm tuần trước để dự đám tang của Faulkner. Và dù anh ta có thể không bị nướng trong địa ngục, ít nhất chúng ta đã thấy anh ta cháy trên trần gian. Bà quả phụ vui vẻ trở về Anh vài ngày sau đó với nhiều thứ hơn hẳn tro cốt của người chồng cũ, thứ mà bà ta đã rải khắp mảnh đất của mình ở Limpton, nên đúng là chúng ta có thể khép lại hồ sơ về Miles Faulkner quá cố.’</w:t>
      </w:r>
    </w:p>
    <w:p>
      <w:pPr>
        <w:spacing w:after="80"/>
      </w:pPr>
      <w:r>
        <w:rPr>
          <w:b w:val="0"/>
          <w:i w:val="0"/>
        </w:rPr>
        <w:t>‘Trông ông có vẻ thất vọng, thanh tra,’ viên Hawk nói, nhướng một bên lông mày.</w:t>
      </w:r>
    </w:p>
    <w:p>
      <w:pPr>
        <w:spacing w:after="80"/>
      </w:pPr>
      <w:r>
        <w:rPr>
          <w:b w:val="0"/>
          <w:i w:val="0"/>
        </w:rPr>
        <w:t>‘Đúng vậy, thưa sếp. Tôi nhớ đến lời của Hilaire Belloc khi hay tin nghị sĩ Quốc hội của mình qua đời. “Đây, một cách tráng lệ, với màn phô trương nực cười, thi thể của kẻ chính trị gia được đặt xuống. Trong khi tất cả những người quen của hắn cười nhạo và chửi rủa, tôi khóc: vì tôi đã hằng mong thấy hắn bị treo cổ.” ’</w:t>
      </w:r>
    </w:p>
    <w:p>
      <w:pPr>
        <w:spacing w:after="80"/>
      </w:pPr>
      <w:r>
        <w:rPr>
          <w:b w:val="0"/>
          <w:i w:val="0"/>
        </w:rPr>
        <w:t>Cả đội phá lên cười và đập tay xuống bàn.</w:t>
      </w:r>
    </w:p>
    <w:p>
      <w:pPr>
        <w:spacing w:after="80"/>
      </w:pPr>
      <w:r>
        <w:rPr>
          <w:b w:val="0"/>
          <w:i w:val="0"/>
        </w:rPr>
        <w:t>‘Còn kế hoạch tương lai của bà Faulkner thì sao?’</w:t>
      </w:r>
    </w:p>
    <w:p>
      <w:pPr>
        <w:spacing w:after="80"/>
      </w:pPr>
      <w:r>
        <w:rPr>
          <w:b w:val="0"/>
          <w:i w:val="0"/>
        </w:rPr>
        <w:t>‘Bà ấy sẽ ở lại Anh cho đến khi tất cả các bức tranh được bán hết, rồi sẽ sang Florida sum họp với chị gái.’</w:t>
      </w:r>
    </w:p>
    <w:p>
      <w:pPr>
        <w:spacing w:after="80"/>
      </w:pPr>
      <w:r>
        <w:rPr>
          <w:b w:val="0"/>
          <w:i w:val="0"/>
        </w:rPr>
        <w:t>‘Tôi sẽ chẳng nhớ nhung gì cả hai người họ,’ viên chỉ huy thừa nhận khi đóng một hồ sơ và mở một hồ sơ khác. ‘Chuyển sang DS Summers nào. Chúng ta đã tiến gần hơn đến việc chứng minh anh ta đáng bị điều tra chưa? Anh ta dường như có thành tích bắt trộm không ai sánh bằng.’</w:t>
      </w:r>
    </w:p>
    <w:p>
      <w:pPr>
        <w:spacing w:after="80"/>
      </w:pPr>
      <w:r>
        <w:rPr>
          <w:b w:val="0"/>
          <w:i w:val="0"/>
        </w:rPr>
        <w:t>‘Và cũng không ai sánh bằng về việc thả lỏng cho những kẻ xấu khác thoát tội,’ Paul nói. ‘Điều đó có thể giải thích vì sao anh ta lại thành công đến vậy.’</w:t>
      </w:r>
    </w:p>
    <w:p>
      <w:pPr>
        <w:spacing w:after="80"/>
      </w:pPr>
      <w:r>
        <w:rPr>
          <w:b w:val="0"/>
          <w:i w:val="0"/>
        </w:rPr>
        <w:t>‘Suy đoán và bằng chứng là hai chuyện khác nhau, DS Adaja,’ viên Hawk nhắc nhở anh.</w:t>
      </w:r>
    </w:p>
    <w:p>
      <w:pPr>
        <w:spacing w:after="80"/>
      </w:pPr>
      <w:r>
        <w:rPr>
          <w:b w:val="0"/>
          <w:i w:val="0"/>
        </w:rPr>
        <w:t>‘Tôi đồng ý, thưa sếp,’ Paul nói, ‘nhưng cả DC Pankhurst lẫn PC Bailey đều đã đưa ra vài sự thật thú vị.’</w:t>
      </w:r>
    </w:p>
    <w:p>
      <w:pPr>
        <w:spacing w:after="80"/>
      </w:pPr>
      <w:r>
        <w:rPr>
          <w:b w:val="0"/>
          <w:i w:val="0"/>
        </w:rPr>
        <w:t>William nhìn qua bàn về phía Paul, người mà trong vài năm qua đã trở thành một người bạn thân thiết cả trong lẫn ngoài chiến tuyến. Anh ta không phải kẻ ngồi đếm giờ khi chiến đấu với tội phạm và, giống như viên Hawk, coi những cảnh sát tham nhũng còn tệ hơn cả tội phạm chuyên nghiệp.</w:t>
      </w:r>
    </w:p>
    <w:p>
      <w:pPr>
        <w:spacing w:after="80"/>
      </w:pPr>
      <w:r>
        <w:rPr>
          <w:b w:val="0"/>
          <w:i w:val="0"/>
        </w:rPr>
        <w:t>‘Trong suốt tháng qua,’ Paul tiếp tục, ‘DC Pankhurst đã theo dõi Lamont, còn PC Bailey đã gia nhập phân khu Romford với tư cách một nữ cảnh sát (WPC). Nhiệm vụ của cô ấy ngoài các nhiệm vụ thường lệ là để mắt chặt chẽ đến Summers và tìm hiểu xem anh ta có thực sự trong sạch như anh ta muốn tất cả chúng ta tin hay không.’</w:t>
      </w:r>
    </w:p>
    <w:p>
      <w:pPr>
        <w:spacing w:after="80"/>
      </w:pPr>
      <w:r>
        <w:rPr>
          <w:b w:val="0"/>
          <w:i w:val="0"/>
        </w:rPr>
        <w:t>William hướng sự chú ý sang hai viên cảnh sát trẻ vừa mới gia nhập đơn vị, và mỉm cười khi nghĩ rằng không thể có hai người khác nhau hơn thế.</w:t>
      </w:r>
    </w:p>
    <w:p>
      <w:pPr>
        <w:spacing w:after="80"/>
      </w:pPr>
      <w:r>
        <w:rPr>
          <w:b w:val="0"/>
          <w:i w:val="0"/>
        </w:rPr>
        <w:t>DC Pankhurst đã tự hào tuyên bố trong buổi phỏng vấn rằng cô là hậu duệ của Emmeline Pankhurst, người từng bị bắt nhiều lần với tư cách lãnh đạo phong trào nữ quyền đòi quyền bầu cử (suffragettes), và đã dành rất nhiều thời gian trong tù để tuyệt thực. William đã vui vẻ nhận cô gái trẻ sáng dạ, kiên cường này vào đội của mình. Anh nhanh chóng phát hiện ra rằng anh và Paul phải hết sức tỉnh táo chỉ để theo kịp cô ấy. Cô không ngần ngại sửa sai họ mà chẳng bao giờ tỏ ra vô lễ.</w:t>
      </w:r>
    </w:p>
    <w:p>
      <w:pPr>
        <w:spacing w:after="80"/>
      </w:pPr>
      <w:r>
        <w:rPr>
          <w:b w:val="0"/>
          <w:i w:val="0"/>
        </w:rPr>
        <w:t>Ngược lại, Nicola Bailey chưa từng biết cha mình, người cũng đã dành rất nhiều thời gian trong tù. Cô rời trường năm mười bốn tuổi và lang bạt hết việc này đến việc khác, trước khi nộp đơn xin gia nhập lực lượng cảnh sát. Cô đã bị từ chối ba lần, nhưng Nicky không phải kiểu người dễ bỏ cuộc. William đã mời cô vào đội vì, giống như Rebecca Pankhurst, cô có một cái đầu sắc sảo chẳng kém bất kỳ tên tội phạm nào.</w:t>
      </w:r>
    </w:p>
    <w:p>
      <w:pPr>
        <w:spacing w:after="80"/>
      </w:pPr>
      <w:r>
        <w:rPr>
          <w:b w:val="0"/>
          <w:i w:val="0"/>
        </w:rPr>
        <w:t>‘DC Pankhurst,’ Paul nói, ‘cập nhật cho tất cả chúng tôi đi.’</w:t>
      </w:r>
    </w:p>
    <w:p>
      <w:pPr>
        <w:spacing w:after="80"/>
      </w:pPr>
      <w:r>
        <w:rPr>
          <w:b w:val="0"/>
          <w:i w:val="0"/>
        </w:rPr>
        <w:t>‘Tôi đã theo dõi cựu Tổng thanh tra suốt ngày đêm,’ Rebecca nói. ‘Không có gì đáng báo cáo cho đến khi tôi bám theo Lamont lên một chuyến tàu điện ngầm ở Aldgate, nơi anh ta gặp lại đồng nghiệp cũ là DS Summers.’</w:t>
      </w:r>
    </w:p>
    <w:p>
      <w:pPr>
        <w:spacing w:after="80"/>
      </w:pPr>
      <w:r>
        <w:rPr>
          <w:b w:val="0"/>
          <w:i w:val="0"/>
        </w:rPr>
        <w:t>‘Có thể có một lời giải thích hoàn toàn vô tội cho việc đó,’ Hawk nói, đóng vai người phản biện. ‘Đừng quên rằng anh ta và Summers từng phục vụ cùng nhau ở Romford, nên có thể họ chỉ là bạn bè.’</w:t>
      </w:r>
    </w:p>
    <w:p>
      <w:pPr>
        <w:spacing w:after="80"/>
      </w:pPr>
      <w:r>
        <w:rPr>
          <w:b w:val="0"/>
          <w:i w:val="0"/>
        </w:rPr>
        <w:t>‘Vậy thì tại sao họ lại gặp nhau ở tận cuối toa sau của một chuyến tàu điện ngầm gần như trống rỗng cho buổi gặp gỡ vô tội của họ,’ Pankhurst nói, ‘khi họ có thể làm một cốc bia ở quán quen?’</w:t>
      </w:r>
    </w:p>
    <w:p>
      <w:pPr>
        <w:spacing w:after="80"/>
      </w:pPr>
      <w:r>
        <w:rPr>
          <w:b w:val="0"/>
          <w:i w:val="0"/>
        </w:rPr>
        <w:t>‘Rồi chuyện gì xảy ra?’ Hawk hỏi, bị khiển trách nhưng không hề nao núng.</w:t>
      </w:r>
    </w:p>
    <w:p>
      <w:pPr>
        <w:spacing w:after="80"/>
      </w:pPr>
      <w:r>
        <w:rPr>
          <w:b w:val="0"/>
          <w:i w:val="0"/>
        </w:rPr>
        <w:t>‘Họ nói chuyện khoảng mười lăm phút, không hơn, trước khi Summers xuống ở Westminster, còn Lamont đi thêm hai trạm nữa rồi đổi tàu ở Victoria.’</w:t>
      </w:r>
    </w:p>
    <w:p>
      <w:pPr>
        <w:spacing w:after="80"/>
      </w:pPr>
      <w:r>
        <w:rPr>
          <w:b w:val="0"/>
          <w:i w:val="0"/>
        </w:rPr>
        <w:t>‘Thế là đủ cho tôi rồi,’ Hawk nói.</w:t>
      </w:r>
    </w:p>
    <w:p>
      <w:pPr>
        <w:spacing w:after="80"/>
      </w:pPr>
      <w:r>
        <w:rPr>
          <w:b w:val="0"/>
          <w:i w:val="0"/>
        </w:rPr>
        <w:t>‘Khi Lamont rời nhà ở Hammersmith vào sáng hôm sau –’ Rebecca kiểm tra lại ghi chú – ‘lúc chín giờ năm mươi mốt, anh ta đi bộ đến một bốt điện thoại gần đó, và gọi một cuộc điện thoại dài một phút. Tôi tự hỏi tại sao anh ta không gọi từ nhà.’</w:t>
      </w:r>
    </w:p>
    <w:p>
      <w:pPr>
        <w:spacing w:after="80"/>
      </w:pPr>
      <w:r>
        <w:rPr>
          <w:b w:val="0"/>
          <w:i w:val="0"/>
        </w:rPr>
        <w:t>‘Có lẽ anh ta không muốn vợ biết mình đang gọi cho ai?’ Hawk gợi ý.</w:t>
      </w:r>
    </w:p>
    <w:p>
      <w:pPr>
        <w:spacing w:after="80"/>
      </w:pPr>
      <w:r>
        <w:rPr>
          <w:b w:val="0"/>
          <w:i w:val="0"/>
        </w:rPr>
        <w:t>‘Lúc đó vợ anh ta đang ở tiệm làm tóc, thưa sếp.’</w:t>
      </w:r>
    </w:p>
    <w:p>
      <w:pPr>
        <w:spacing w:after="80"/>
      </w:pPr>
      <w:r>
        <w:rPr>
          <w:b w:val="0"/>
          <w:i w:val="0"/>
        </w:rPr>
        <w:t>‘Còn có thể tệ hơn nữa không?’ Hawk hỏi.</w:t>
      </w:r>
    </w:p>
    <w:p>
      <w:pPr>
        <w:spacing w:after="80"/>
      </w:pPr>
      <w:r>
        <w:rPr>
          <w:b w:val="0"/>
          <w:i w:val="0"/>
        </w:rPr>
        <w:t>‘E là có đấy, thưa sếp,’ PC Bailey xen vào. ‘Sau khi DS Summers hết ca trực tối qua, tôi bám theo anh ta đến ga tàu gần nhất. Anh ta chuyển sang tàu điện ngầm ở Liverpool Street, và ba trạm sau thì lại có Lamont nhập bọn.’</w:t>
      </w:r>
    </w:p>
    <w:p>
      <w:pPr>
        <w:spacing w:after="80"/>
      </w:pPr>
      <w:r>
        <w:rPr>
          <w:b w:val="0"/>
          <w:i w:val="0"/>
        </w:rPr>
        <w:t>‘Lại là một toa sau trống rỗng nữa, chắc chắn rồi,’ Paul nói.</w:t>
      </w:r>
    </w:p>
    <w:p>
      <w:pPr>
        <w:spacing w:after="80"/>
      </w:pPr>
      <w:r>
        <w:rPr>
          <w:b w:val="0"/>
          <w:i w:val="0"/>
        </w:rPr>
        <w:t>‘Vâng, thưa sếp.’</w:t>
      </w:r>
    </w:p>
    <w:p>
      <w:pPr>
        <w:spacing w:after="80"/>
      </w:pPr>
      <w:r>
        <w:rPr>
          <w:b w:val="0"/>
          <w:i w:val="0"/>
        </w:rPr>
        <w:t>‘Họ đang âm mưu gì vậy?’ William nói, gần như tự nói với mình.</w:t>
      </w:r>
    </w:p>
    <w:p>
      <w:pPr>
        <w:spacing w:after="80"/>
      </w:pPr>
      <w:r>
        <w:rPr>
          <w:b w:val="0"/>
          <w:i w:val="0"/>
        </w:rPr>
        <w:t>‘Điều duy nhất tôi có thể nói với sếp, là Summers đưa cho Lamont một phong bì nâu dày, rồi anh ta xuống ở trạm kế tiếp.’</w:t>
      </w:r>
    </w:p>
    <w:p>
      <w:pPr>
        <w:spacing w:after="80"/>
      </w:pPr>
      <w:r>
        <w:rPr>
          <w:b w:val="0"/>
          <w:i w:val="0"/>
        </w:rPr>
        <w:t>‘Cậu có tiếp tục theo dõi anh ta không?’</w:t>
      </w:r>
    </w:p>
    <w:p>
      <w:pPr>
        <w:spacing w:after="80"/>
      </w:pPr>
      <w:r>
        <w:rPr>
          <w:b w:val="0"/>
          <w:i w:val="0"/>
        </w:rPr>
        <w:t>‘Không, thưa sếp. DS Adaja đã chỉ thị cho tôi ở lại trên tàu và xem Summers xuống ở đâu.’</w:t>
      </w:r>
    </w:p>
    <w:p>
      <w:pPr>
        <w:spacing w:after="80"/>
      </w:pPr>
      <w:r>
        <w:rPr>
          <w:b w:val="0"/>
          <w:i w:val="0"/>
        </w:rPr>
        <w:t>‘Khai sáng cho tôi đi,’ Hawk nói.</w:t>
      </w:r>
    </w:p>
    <w:p>
      <w:pPr>
        <w:spacing w:after="80"/>
      </w:pPr>
      <w:r>
        <w:rPr>
          <w:b w:val="0"/>
          <w:i w:val="0"/>
        </w:rPr>
        <w:t>‘Monument. Sau đó anh ta quay lại Liverpool Street và bắt chuyến tàu tiếp theo về Romford.’</w:t>
      </w:r>
    </w:p>
    <w:p>
      <w:pPr>
        <w:spacing w:after="80"/>
      </w:pPr>
      <w:r>
        <w:rPr>
          <w:b w:val="0"/>
          <w:i w:val="0"/>
        </w:rPr>
        <w:t>‘DC Pankhurst, cô vẫn đang bám theo Lamont chứ?’</w:t>
      </w:r>
    </w:p>
    <w:p>
      <w:pPr>
        <w:spacing w:after="80"/>
      </w:pPr>
      <w:r>
        <w:rPr>
          <w:b w:val="0"/>
          <w:i w:val="0"/>
        </w:rPr>
        <w:t>‘Vâng, thưa sếp. Anh ta về nhà ở Hammersmith, quay về ngay trước mười giờ.’</w:t>
      </w:r>
    </w:p>
    <w:p>
      <w:pPr>
        <w:spacing w:after="80"/>
      </w:pPr>
      <w:r>
        <w:rPr>
          <w:b w:val="0"/>
          <w:i w:val="0"/>
        </w:rPr>
        <w:t>‘Cô có nghĩ anh ta phát hiện ra cô không?’ William hỏi.</w:t>
      </w:r>
    </w:p>
    <w:p>
      <w:pPr>
        <w:spacing w:after="80"/>
      </w:pPr>
      <w:r>
        <w:rPr>
          <w:b w:val="0"/>
          <w:i w:val="0"/>
        </w:rPr>
        <w:t>‘Có thể lắm, nhưng không có dấu hiệu nào cho thấy anh ta đã phát hiện.’</w:t>
      </w:r>
    </w:p>
    <w:p>
      <w:pPr>
        <w:spacing w:after="80"/>
      </w:pPr>
      <w:r>
        <w:rPr>
          <w:b w:val="0"/>
          <w:i w:val="0"/>
        </w:rPr>
        <w:t>‘Nếu anh ta đã đoán ra cô đang làm gì, cô sẽ không bao giờ chắc chắn được đâu. Đừng quên anh ta là một tay lão luyện, và hoàn toàn có khả năng xoay cô như chong chóng từ lâu trước khi cô kịp lên tuyến Circle.’</w:t>
      </w:r>
    </w:p>
    <w:p>
      <w:pPr>
        <w:spacing w:after="80"/>
      </w:pPr>
      <w:r>
        <w:rPr>
          <w:b w:val="0"/>
          <w:i w:val="0"/>
        </w:rPr>
        <w:t>‘Nếu một trong hai người họ tiếp cận một trong hai cô,’ William nói, ‘các cô có câu chuyện vỏ bọc chưa?’</w:t>
      </w:r>
    </w:p>
    <w:p>
      <w:pPr>
        <w:spacing w:after="80"/>
      </w:pPr>
      <w:r>
        <w:rPr>
          <w:b w:val="0"/>
          <w:i w:val="0"/>
        </w:rPr>
        <w:t>‘Rồi, thưa sếp,’ DC Pankhurst nói. ‘Tôi là trợ lý thủ thư tại Thư viện Công cộng Hammersmith.’</w:t>
      </w:r>
    </w:p>
    <w:p>
      <w:pPr>
        <w:spacing w:after="80"/>
      </w:pPr>
      <w:r>
        <w:rPr>
          <w:b w:val="0"/>
          <w:i w:val="0"/>
        </w:rPr>
        <w:t>‘Nghe đáng tin đấy,’ Paul nói. ‘Nhưng sẽ không chịu nổi nếu bị soi kỹ đâu.’</w:t>
      </w:r>
    </w:p>
    <w:p>
      <w:pPr>
        <w:spacing w:after="80"/>
      </w:pPr>
      <w:r>
        <w:rPr>
          <w:b w:val="0"/>
          <w:i w:val="0"/>
        </w:rPr>
        <w:t>‘Tôi làm việc ở đó mỗi sáng thứ Bảy với tư cách tình nguyện viên,’ Rebecca nói, ‘và thủ thư chính biết chính xác phải nói gì nếu có một DS Summers Lamont nào đó liên lạc. Chúng tôi từng học đại học cùng nhau.’</w:t>
      </w:r>
    </w:p>
    <w:p>
      <w:pPr>
        <w:spacing w:after="80"/>
      </w:pPr>
      <w:r>
        <w:rPr>
          <w:b w:val="0"/>
          <w:i w:val="0"/>
        </w:rPr>
        <w:t>Hawk chạm tay lên trán. ‘Chapeau,’ ông nói.</w:t>
      </w:r>
    </w:p>
    <w:p>
      <w:pPr>
        <w:spacing w:after="80"/>
      </w:pPr>
      <w:r>
        <w:rPr>
          <w:b w:val="0"/>
          <w:i w:val="0"/>
        </w:rPr>
        <w:t>‘Còn cậu, PC Bailey?’ William hỏi.</w:t>
      </w:r>
    </w:p>
    <w:p>
      <w:pPr>
        <w:spacing w:after="80"/>
      </w:pPr>
      <w:r>
        <w:rPr>
          <w:b w:val="0"/>
          <w:i w:val="0"/>
        </w:rPr>
        <w:t>‘Tôi chưa từng học đại học, thưa sếp. Bỏ học năm mười bốn tuổi.’</w:t>
      </w:r>
    </w:p>
    <w:p>
      <w:pPr>
        <w:spacing w:after="80"/>
      </w:pPr>
      <w:r>
        <w:rPr>
          <w:b w:val="0"/>
          <w:i w:val="0"/>
        </w:rPr>
        <w:t>Tất cả bọn họ đều phá lên cười, trừ Hawk.</w:t>
      </w:r>
    </w:p>
    <w:p>
      <w:pPr>
        <w:spacing w:after="80"/>
      </w:pPr>
      <w:r>
        <w:rPr>
          <w:b w:val="0"/>
          <w:i w:val="0"/>
        </w:rPr>
        <w:t>‘Trả lời câu hỏi đi, PC Bailey,’ ông ta nói.</w:t>
      </w:r>
    </w:p>
    <w:p>
      <w:pPr>
        <w:spacing w:after="80"/>
      </w:pPr>
      <w:r>
        <w:rPr>
          <w:b w:val="0"/>
          <w:i w:val="0"/>
        </w:rPr>
        <w:t>‘Chừng nào Summers còn tin rằng tôi chỉ là một tân binh quèn đang đi tuần, thì tôi không thể có vỏ bọc nào tốt hơn.’</w:t>
      </w:r>
    </w:p>
    <w:p>
      <w:pPr>
        <w:spacing w:after="80"/>
      </w:pPr>
      <w:r>
        <w:rPr>
          <w:b w:val="0"/>
          <w:i w:val="0"/>
        </w:rPr>
        <w:t>‘Đồng ý,’ Hawk nói. ‘Nhưng nếu một trong hai người có chút cảm giác nào rằng mình đã bị lộ, hãy hủy chiến dịch và đảm bảo không bao giờ để ai thấy ở Romford hay trên tuyến Circle line nữa, và tôi sẽ cắt một đội thay thế vào việc.’</w:t>
      </w:r>
    </w:p>
    <w:p>
      <w:pPr>
        <w:spacing w:after="80"/>
      </w:pPr>
      <w:r>
        <w:rPr>
          <w:b w:val="0"/>
          <w:i w:val="0"/>
        </w:rPr>
        <w:t>‘Hiểu rồi,’ Paul nói. ‘Nhất là khi Jackie và tôi không thể mạo hiểm để bị thấy ở bất cứ đâu gần Lamont. Nhưng tôi hy vọng giữ được PCs Bailey và Pankhurst theo dõi càng lâu càng tốt.’</w:t>
      </w:r>
    </w:p>
    <w:p>
      <w:pPr>
        <w:spacing w:after="80"/>
      </w:pPr>
      <w:r>
        <w:rPr>
          <w:b w:val="0"/>
          <w:i w:val="0"/>
        </w:rPr>
        <w:t>‘Không mạo hiểm,’ Hawksby nói dứt khoát.</w:t>
      </w:r>
    </w:p>
    <w:p>
      <w:pPr>
        <w:spacing w:after="80"/>
      </w:pPr>
      <w:r>
        <w:rPr>
          <w:b w:val="0"/>
          <w:i w:val="0"/>
        </w:rPr>
        <w:t>‘Có thể ông sẽ thấy thú vị khi biết, thưa sếp,’ William nói, ‘rằng một cuộc khảo sát gần đây do phía Yard thực hiện cho thấy khi phụ nữ theo dõi, khả năng bị mục tiêu phát hiện thấp hơn nam giới tới bảy mươi hai phần trăm.’</w:t>
      </w:r>
    </w:p>
    <w:p>
      <w:pPr>
        <w:spacing w:after="80"/>
      </w:pPr>
      <w:r>
        <w:rPr>
          <w:b w:val="0"/>
          <w:i w:val="0"/>
        </w:rPr>
        <w:t>‘Không mạo hiểm,’ viên chỉ huy nhắc lại. ‘Giờ thì chuyển sang việc tiếp theo,’ ông nói, lật sang một tập hồ sơ khác. ‘Cậu đã chuẩn bị đầy đủ cho phiên tòa của Rashidi chưa?’ ông hỏi, quay lại chú ý vào William. ‘Bởi vì chúng ta sẽ cần đi trước gã đó hơn một bước dài nếu muốn có được bản án kết tội.’</w:t>
      </w:r>
    </w:p>
    <w:p>
      <w:pPr>
        <w:spacing w:after="80"/>
      </w:pPr>
      <w:r>
        <w:rPr>
          <w:b w:val="0"/>
          <w:i w:val="0"/>
        </w:rPr>
        <w:t>‘Công tố viên chính của phía Crown tin rằng họ có quá đủ bằng chứng để tống gã vào tù trong một thời gian rất dài,’ William nói, không nhắc đến tên cha mình.</w:t>
      </w:r>
    </w:p>
    <w:p>
      <w:pPr>
        <w:spacing w:after="80"/>
      </w:pPr>
      <w:r>
        <w:rPr>
          <w:b w:val="0"/>
          <w:i w:val="0"/>
        </w:rPr>
        <w:t>‘Vững như bàn thạch chứ?’</w:t>
      </w:r>
    </w:p>
    <w:p>
      <w:pPr>
        <w:spacing w:after="80"/>
      </w:pPr>
      <w:r>
        <w:rPr>
          <w:b w:val="0"/>
          <w:i w:val="0"/>
        </w:rPr>
        <w:t>‘Gã để lại một số bộ vest may đo thủ công trong phòng ngủ chính của căn hộ ở Brixton, cùng với một tá áo sơ mi từ Pink’s ở phố Jermyn.’</w:t>
      </w:r>
    </w:p>
    <w:p>
      <w:pPr>
        <w:spacing w:after="80"/>
      </w:pPr>
      <w:r>
        <w:rPr>
          <w:b w:val="0"/>
          <w:i w:val="0"/>
        </w:rPr>
        <w:t>‘Rashidi cao năm foot chín, thân hình trung bình,’ Hawk nói. ‘Booth Watson sẽ lập luận rằng chúng có thể được may cho bất kỳ ai trong số một nghìn khách hàng, kể cả hai ba thành viên bồi thẩm đoàn.’</w:t>
      </w:r>
    </w:p>
    <w:p>
      <w:pPr>
        <w:spacing w:after="80"/>
      </w:pPr>
      <w:r>
        <w:rPr>
          <w:b w:val="0"/>
          <w:i w:val="0"/>
        </w:rPr>
        <w:t>‘Không thể thế được khi có chữ viết tắt “A.R.” thêu ở túi trong, và theo nhãn trên các bộ vest, tất cả đều do Bennett và Reed ở phố Savile may,’ William nói, liếc vào sổ tay. ‘Tôi đã liên lạc với ông Bennett rồi.’</w:t>
      </w:r>
    </w:p>
    <w:p>
      <w:pPr>
        <w:spacing w:after="80"/>
      </w:pPr>
      <w:r>
        <w:rPr>
          <w:b w:val="0"/>
          <w:i w:val="0"/>
        </w:rPr>
        <w:t>‘Ông ấy có sẵn lòng ra làm chứng dưới lời thề không?’</w:t>
      </w:r>
    </w:p>
    <w:p>
      <w:pPr>
        <w:spacing w:after="80"/>
      </w:pPr>
      <w:r>
        <w:rPr>
          <w:b w:val="0"/>
          <w:i w:val="0"/>
        </w:rPr>
        <w:t>‘Miễn cưỡng thôi. Có lẽ chúng ta sẽ phải xin trát triệu tập nhân chứng nếu muốn ông ấy xuất hiện.’</w:t>
      </w:r>
    </w:p>
    <w:p>
      <w:pPr>
        <w:spacing w:after="80"/>
      </w:pPr>
      <w:r>
        <w:rPr>
          <w:b w:val="0"/>
          <w:i w:val="0"/>
        </w:rPr>
        <w:t>‘Chẳng lẽ chúng ta không có bằng chứng nào tốt hơn vest với áo sơ mi sao?’ Hawk hỏi.</w:t>
      </w:r>
    </w:p>
    <w:p>
      <w:pPr>
        <w:spacing w:after="80"/>
      </w:pPr>
      <w:r>
        <w:rPr>
          <w:b w:val="0"/>
          <w:i w:val="0"/>
        </w:rPr>
        <w:t>‘Một bức ảnh của mẹ Rashidi, mà tôi tìm thấy trên bàn cạnh giường trong căn hộ ở Brixton,’ William nói.</w:t>
      </w:r>
    </w:p>
    <w:p>
      <w:pPr>
        <w:spacing w:after="80"/>
      </w:pPr>
      <w:r>
        <w:rPr>
          <w:b w:val="0"/>
          <w:i w:val="0"/>
        </w:rPr>
        <w:t>‘Đúng là như vậy,’ Hawk nói. ‘Và chúng ta có nhân chứng nào đáng tin hơn một gã thợ may miễn cưỡng không?’</w:t>
      </w:r>
    </w:p>
    <w:p>
      <w:pPr>
        <w:spacing w:after="80"/>
      </w:pPr>
      <w:r>
        <w:rPr>
          <w:b w:val="0"/>
          <w:i w:val="0"/>
        </w:rPr>
        <w:t>‘Có, thưa ngài, một ông Gerald Sangster, người đã làm chứng cho bên công tố, đổi lấy một bản án nhẹ hơn.’</w:t>
      </w:r>
    </w:p>
    <w:p>
      <w:pPr>
        <w:spacing w:after="80"/>
      </w:pPr>
      <w:r>
        <w:rPr>
          <w:b w:val="0"/>
          <w:i w:val="0"/>
        </w:rPr>
        <w:t>‘Tôi hy vọng anh ta không ở cùng nhà tù với Rashidi,’ Hawk nói. ‘Vì nếu đúng thế, ngài có thể chắc chắn rằng anh ta sẽ không bao giờ đến được bục nhân chứng.’</w:t>
      </w:r>
    </w:p>
    <w:p>
      <w:pPr>
        <w:spacing w:after="80"/>
      </w:pPr>
      <w:r>
        <w:rPr>
          <w:b w:val="0"/>
          <w:i w:val="0"/>
        </w:rPr>
        <w:t>‘Anh ta đã sống trong một ngôi nhà an toàn suốt năm tháng qua, và chúng tôi sẽ không đưa anh ta ra cho đến ngày khai mạc phiên tòa. Cựu bác sĩ này có một bằng chứng mà Booth Watson sẽ khó lòng chối cãi.’</w:t>
      </w:r>
    </w:p>
    <w:p>
      <w:pPr>
        <w:spacing w:after="80"/>
      </w:pPr>
      <w:r>
        <w:rPr>
          <w:b w:val="0"/>
          <w:i w:val="0"/>
        </w:rPr>
        <w:t>‘Cụ thể là?’</w:t>
      </w:r>
    </w:p>
    <w:p>
      <w:pPr>
        <w:spacing w:after="80"/>
      </w:pPr>
      <w:r>
        <w:rPr>
          <w:b w:val="0"/>
          <w:i w:val="0"/>
        </w:rPr>
        <w:t>‘Anh ta chịu trách nhiệm pha chế ma túy trước khi chúng được các tay buôn của hắn phân phối, và Rashidi thường xuyên kiểm tra chúng trước khi chúng được phép tung ra đường phố.’</w:t>
      </w:r>
    </w:p>
    <w:p>
      <w:pPr>
        <w:spacing w:after="80"/>
      </w:pPr>
      <w:r>
        <w:rPr>
          <w:b w:val="0"/>
          <w:i w:val="0"/>
        </w:rPr>
        <w:t>Hawk mỉm cười lần đầu tiên trước khi hỏi: ‘Rashidi được áp giải từ nhà tù đến Old Bailey bằng cách nào? Tôi hỏi vậy vì hắn sẽ đã tính ra rằng đó là cơ hội trốn thoát duy nhất của mình.’</w:t>
      </w:r>
    </w:p>
    <w:p>
      <w:pPr>
        <w:spacing w:after="80"/>
      </w:pPr>
      <w:r>
        <w:rPr>
          <w:b w:val="0"/>
          <w:i w:val="0"/>
        </w:rPr>
        <w:t>‘Hắn sẽ ngồi trong một chiếc xe bọc thép, hộ tống bởi ba xe cảnh sát và một tá cảnh sát mô tô, cùng với một chiếc trực thăng theo dõi từng tấc của lộ trình,’ William nói.</w:t>
      </w:r>
    </w:p>
    <w:p>
      <w:pPr>
        <w:spacing w:after="80"/>
      </w:pPr>
      <w:r>
        <w:rPr>
          <w:b w:val="0"/>
          <w:i w:val="0"/>
        </w:rPr>
        <w:t>‘Faulkner cũng vậy,’ Hawk nhắc anh, ‘và hắn vẫn lừa được chúng ta.’</w:t>
      </w:r>
    </w:p>
    <w:p>
      <w:pPr>
        <w:spacing w:after="80"/>
      </w:pPr>
      <w:r>
        <w:rPr>
          <w:b w:val="0"/>
          <w:i w:val="0"/>
        </w:rPr>
        <w:t>‘Nhưng khác với hắn,’ Adaja nói, ‘Rashidi sẽ không dừng lại để dự đám tang mẹ mình trên đường đi.’</w:t>
      </w:r>
    </w:p>
    <w:p>
      <w:pPr>
        <w:spacing w:after="80"/>
      </w:pPr>
      <w:r>
        <w:rPr>
          <w:b w:val="0"/>
          <w:i w:val="0"/>
        </w:rPr>
        <w:t>‘Chỉ cần chắc chắn đừng lơ là cảnh giác dù chỉ một giây, nếu không thì đám tang hắn dự sẽ là của ngài đấy. Gã đàn ông đó có đủ nguồn lực để mua chuộc tất cả mọi người, kể cả tài xế và bất kỳ ai có thể can thiệp vào hệ thống đèn giao thông. Đừng quên phiên tòa dự kiến kéo dài nhiều ngày. Rashidi sẽ không hành động vào ngày đầu tiên, nhưng ngay khoảnh khắc chúng ta bắt đầu lơi lỏng . . .’</w:t>
      </w:r>
    </w:p>
    <w:p>
      <w:pPr>
        <w:spacing w:after="80"/>
      </w:pPr>
      <w:r>
        <w:rPr>
          <w:b w:val="0"/>
          <w:i w:val="0"/>
        </w:rPr>
        <w:t>‘Chúng tôi đã nắm chắc mọi thứ,’ William nói.</w:t>
      </w:r>
    </w:p>
    <w:p>
      <w:pPr>
        <w:spacing w:after="80"/>
      </w:pPr>
      <w:r>
        <w:rPr>
          <w:b w:val="0"/>
          <w:i w:val="0"/>
        </w:rPr>
        <w:t>‘Ngài cũng đã hoàn toàn sẵn sàng bị Booth Watson xé nát ngay từ lúc bước vào bục nhân chứng chưa?’</w:t>
      </w:r>
    </w:p>
    <w:p>
      <w:pPr>
        <w:spacing w:after="80"/>
      </w:pPr>
      <w:r>
        <w:rPr>
          <w:b w:val="0"/>
          <w:i w:val="0"/>
        </w:rPr>
        <w:t>‘Sẵn sàng quá mức rồi, thưa ngài. Cuối tuần trước tôi đã bị em gái Grace tra hỏi ráo riết, cô ấy chẳng nương tay chút nào.’</w:t>
      </w:r>
    </w:p>
    <w:p>
      <w:pPr>
        <w:spacing w:after="80"/>
      </w:pPr>
      <w:r>
        <w:rPr>
          <w:b w:val="0"/>
          <w:i w:val="0"/>
        </w:rPr>
        <w:t>‘Tôi mừng khi nghe vậy,’ Hawk nói, ‘vì Booth Watson coi cảnh sát là mồi ngon, càng đúng hơn khi họ là con trai của luật sư trưởng của Nhà nước.’</w:t>
      </w:r>
    </w:p>
    <w:p>
      <w:pPr>
        <w:jc w:val="center"/>
      </w:pPr>
      <w:r>
        <w:drawing>
          <wp:inline xmlns:a="http://schemas.openxmlformats.org/drawingml/2006/main" xmlns:pic="http://schemas.openxmlformats.org/drawingml/2006/picture">
            <wp:extent cx="752475" cy="161926"/>
            <wp:docPr id="15" name="Picture 1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Đầu tiên, ông phải quyết định xem sẽ thực hiện màn lừa dối này vào ngày nào trong tuần, vì ông biết rằng giờ mình đã có một cái bóng theo sau. Ông chọn ngày Chủ nhật trước phiên tòa. Tiếp theo, ông phải tính xem vào thời điểm nào trong ngày hay ban đêm thì ít bị chú ý nhất; ông chọn 3 giờ sáng, vì vào giờ đó chỉ có một nhóm người trực mỏng nhất làm nhiệm vụ. Và cuối cùng, liệu ông nên mặc đồng phục hay thường phục? Ông đi đến kết luận rằng mình sẽ ít bị nhớ mặt hơn nếu ăn mặc thường dân.</w:t>
      </w:r>
    </w:p>
    <w:p>
      <w:pPr>
        <w:spacing w:after="80"/>
      </w:pPr>
      <w:r>
        <w:rPr>
          <w:b w:val="0"/>
          <w:i w:val="0"/>
        </w:rPr>
        <w:t>Đúng ba giờ sáng Chủ nhật hôm sau, ông đứng trên vỉa hè bên ngoài Scotland Yard, kẹp một gói nhỏ dưới cánh tay trái.</w:t>
      </w:r>
    </w:p>
    <w:p>
      <w:pPr>
        <w:spacing w:after="80"/>
      </w:pPr>
      <w:r>
        <w:rPr>
          <w:b w:val="0"/>
          <w:i w:val="0"/>
        </w:rPr>
        <w:t>Ông dùng thẻ ra vào của mình để mở cánh cửa kính rồi tiến đến quầy lễ tân, nơi có một cô gái trẻ đang đọc tạp chí thời trang. Ông bật mở thẻ cảnh sát của mình.</w:t>
      </w:r>
    </w:p>
    <w:p>
      <w:pPr>
        <w:spacing w:after="80"/>
      </w:pPr>
      <w:r>
        <w:rPr>
          <w:b w:val="0"/>
          <w:i w:val="0"/>
        </w:rPr>
        <w:t>"Chào buổi sáng, thưa ngài tổng thanh tra," cô nói, vội nhét cuốn tạp chí xuống dưới quầy.</w:t>
      </w:r>
    </w:p>
    <w:p>
      <w:pPr>
        <w:spacing w:after="80"/>
      </w:pPr>
      <w:r>
        <w:rPr>
          <w:b w:val="0"/>
          <w:i w:val="0"/>
        </w:rPr>
        <w:t>"Chỉ cần lấy một thứ tôi để quên trên bàn làm việc thôi," Lamont giải thích. "Sẽ không lâu đâu."</w:t>
      </w:r>
    </w:p>
    <w:p>
      <w:pPr>
        <w:spacing w:after="80"/>
      </w:pPr>
      <w:r>
        <w:rPr>
          <w:b w:val="0"/>
          <w:i w:val="0"/>
        </w:rPr>
        <w:t>"Dạ vâng, thưa ngài," cô nói, xoay cuốn sổ trực đêm về phía ông để ông ký tên. Nhưng ông đã đang trên đường đi đến thang máy, và cô cảm thấy mình không thể rời quầy để đuổi theo một ngài tổng thanh tra. Cô sẽ phải chặn ông trên đường ra vậy.</w:t>
      </w:r>
    </w:p>
    <w:p>
      <w:pPr>
        <w:spacing w:after="80"/>
      </w:pPr>
      <w:r>
        <w:rPr>
          <w:b w:val="0"/>
          <w:i w:val="0"/>
        </w:rPr>
        <w:t>Ông quay lưng lại với cô trong lúc chờ thang máy đến, và bước vào ngay khi cửa mở. Sau đó ông bấm số 7, Ban Hành chính, bộ phận ít có khả năng nhất có người làm việc vào ba giờ sáng Chủ nhật.</w:t>
      </w:r>
    </w:p>
    <w:p>
      <w:pPr>
        <w:spacing w:after="80"/>
      </w:pPr>
      <w:r>
        <w:rPr>
          <w:b w:val="0"/>
          <w:i w:val="0"/>
        </w:rPr>
        <w:t>Khi cửa mở, ông bước ra vào một hành lang không bật đèn và đợi một lát trước khi đi đến tận cuối, nơi ông mở cửa thoát hiểm và chạy bộ xuống những bậc thang đá xuống tầng hầm. Ông bước vào một hành lang khác cũng không bật đèn, nhưng không bật đèn lên. Ông biết chính xác mình đang đi đâu.</w:t>
      </w:r>
    </w:p>
    <w:p>
      <w:pPr>
        <w:spacing w:after="80"/>
      </w:pPr>
      <w:r>
        <w:rPr>
          <w:b w:val="0"/>
          <w:i w:val="0"/>
        </w:rPr>
        <w:t xml:space="preserve">Ông đi chậm dọc hành lang cho đến khi đến cánh cửa cuối cùng. Vì đã kiểm tra trước ai sẽ trực, ông chắc chắn rằng người gác đêm hoặc đang ngủ say hoặc đang đọc tờ </w:t>
      </w:r>
      <w:r>
        <w:rPr>
          <w:b w:val="0"/>
          <w:i/>
        </w:rPr>
        <w:t>Racing Post</w:t>
      </w:r>
      <w:r>
        <w:rPr>
          <w:b w:val="0"/>
          <w:i w:val="0"/>
        </w:rPr>
        <w:t>. Chỉ những người lười nhất mới tình nguyện nhận ca sáng sớm, vì biết rằng họ vẫn được trả lương kể cả khi thỉnh thoảng có ngủ gật.</w:t>
      </w:r>
    </w:p>
    <w:p>
      <w:pPr>
        <w:spacing w:after="80"/>
      </w:pPr>
      <w:r>
        <w:rPr>
          <w:b w:val="0"/>
          <w:i w:val="0"/>
        </w:rPr>
        <w:t>"Chào buổi sáng, Sam," ông nói khi sải bước vào, đánh thức vị cảnh sát già đang ngủ. "Chỉ cần kiểm tra một thứ thôi. Không lâu đâu."</w:t>
      </w:r>
    </w:p>
    <w:p>
      <w:pPr>
        <w:spacing w:after="80"/>
      </w:pPr>
      <w:r>
        <w:rPr>
          <w:b w:val="0"/>
          <w:i w:val="0"/>
        </w:rPr>
        <w:t>"Cứ tự nhiên đi, ngài tổng thanh tra," Sam nói, hy vọng mình sẽ không bị ghi vào biên bản kỷ luật.</w:t>
      </w:r>
    </w:p>
    <w:p>
      <w:pPr>
        <w:spacing w:after="80"/>
      </w:pPr>
      <w:r>
        <w:rPr>
          <w:b w:val="0"/>
          <w:i w:val="0"/>
        </w:rPr>
        <w:t>Lamont đi thẳng qua mặt ông ta, đẩy một cánh cửa khác rồi tiến về phòng chứa vật chứng. Ông chỉ mất vài phút để tìm thứ mình cần và thực hiện việc tráo đổi. Gói nhỏ vừa khít trong túi áo mưa của ông.</w:t>
      </w:r>
    </w:p>
    <w:p>
      <w:pPr>
        <w:spacing w:after="80"/>
      </w:pPr>
      <w:r>
        <w:rPr>
          <w:b w:val="0"/>
          <w:i w:val="0"/>
        </w:rPr>
        <w:t>"Chúc ngủ ngon," ông nói khi quay lại và thấy Sam cúi đầu, đang cố đánh giá các ngựa đua và nài ngựa cho cuộc đua lúc 4 giờ 30 tại Kempton Park ngày hôm sau.</w:t>
      </w:r>
    </w:p>
    <w:p>
      <w:pPr>
        <w:spacing w:after="80"/>
      </w:pPr>
      <w:r>
        <w:rPr>
          <w:b w:val="0"/>
          <w:i w:val="0"/>
        </w:rPr>
        <w:t>"Ngủ ngon, ngài tổng thanh tra," ông ta đáp, không ngước lên.</w:t>
      </w:r>
    </w:p>
    <w:p>
      <w:pPr>
        <w:spacing w:after="80"/>
      </w:pPr>
      <w:r>
        <w:rPr>
          <w:b w:val="0"/>
          <w:i w:val="0"/>
        </w:rPr>
        <w:t>Ông đi thang bộ xuống tầng trệt, nơi những người dọn vệ sinh ca sáng sớm đang ký tên vào sổ. Ông bước nhanh qua sảnh vào hướng ra cửa, phớt lờ tiếng gọi "Xin lỗi, thưa ngài!" của cô lễ tân. Đến lúc cô kịp nghĩ đến việc đuổi theo ông thì ông đã khuất bóng.</w:t>
      </w:r>
    </w:p>
    <w:p>
      <w:pPr>
        <w:spacing w:after="80"/>
      </w:pPr>
      <w:r>
        <w:rPr>
          <w:b w:val="0"/>
          <w:i w:val="0"/>
        </w:rPr>
        <w:t>Khi đến Buckingham Gate, ông vẫy một chiếc taxi. Một khoản chi cần thiết. Không thể mạo hiểm để ai đó nhận ra ông trên quãng đường dài đi bộ về Hammersmith. Cảnh sát nhìn bạn kỹ hơn vào giờ đó trong đêm. Ông ngả người vào góc xe taxi, nơi tài xế không thể nhìn thấy ông qua gương chiếu hậu, và mỉm cười. Toàn bộ việc này được thực hiện trong chưa đầy mười lăm phút. Sáng mai, ông sẽ thu nốt 8.000 bảng còn lại, và mọi rắc rối của ông sẽ được giải quyết. Nhưng được bao lâu đây?</w:t>
      </w:r>
    </w:p>
    <w:p>
      <w:pPr>
        <w:pStyle w:val="Heading2"/>
      </w:pPr>
      <w:r>
        <w:rPr>
          <w:rFonts w:ascii="Calibri" w:hAnsi="Calibri"/>
          <w:b/>
          <w:i w:val="0"/>
          <w:sz w:val="32"/>
        </w:rPr>
        <w:t>7</w:t>
      </w:r>
    </w:p>
    <w:p>
      <w:pPr>
        <w:spacing w:after="80"/>
      </w:pPr>
      <w:r>
        <w:rPr>
          <w:b w:val="0"/>
          <w:i w:val="0"/>
        </w:rPr>
        <w:t>BETH RÓT cho anh thêm một tách cà phê nữa, ngạc nhiên vì anh chưa động đến phần thịt xông khói và trứng. William có vẻ đang mải nghĩ ngợi, thậm chí lo lắng, và những lúc thế này cô cảm thấy như bị gạt ra ngoài.</w:t>
      </w:r>
    </w:p>
    <w:p>
      <w:pPr>
        <w:spacing w:after="80"/>
      </w:pPr>
      <w:r>
        <w:rPr>
          <w:b w:val="0"/>
          <w:i w:val="0"/>
        </w:rPr>
        <w:t>Cô thử dùng một chiêu cũ. "Có chuyện gì thế, anh chàng người hang động? Đâu phải lần đầu anh đứng vào bục nhân chứng."</w:t>
      </w:r>
    </w:p>
    <w:p>
      <w:pPr>
        <w:spacing w:after="80"/>
      </w:pPr>
      <w:r>
        <w:rPr>
          <w:b w:val="0"/>
          <w:i w:val="0"/>
        </w:rPr>
        <w:t>"Nhưng đây có thể là lần cuối cùng của anh. Nếu anh làm hỏng việc và bồi thẩm đoàn cho rằng Rashidi là một công dân tử tế, đáng kính bị một cảnh sát viên quá khích bắt oan."</w:t>
      </w:r>
    </w:p>
    <w:p>
      <w:pPr>
        <w:spacing w:after="80"/>
      </w:pPr>
      <w:r>
        <w:rPr>
          <w:b w:val="0"/>
          <w:i w:val="0"/>
        </w:rPr>
        <w:t>"Nghe hơi xa vời đấy," Beth nói, trong khi bắt đầu cho hai đứa sinh đôi ăn.</w:t>
      </w:r>
    </w:p>
    <w:p>
      <w:pPr>
        <w:spacing w:after="80"/>
      </w:pPr>
      <w:r>
        <w:rPr>
          <w:b w:val="0"/>
          <w:i w:val="0"/>
        </w:rPr>
        <w:t>"Xa vời chính là nghề của Booth Watson. Và đừng quên những gì ông ta ám chỉ lần cuối anh đối mặt với ông ta trên bục nhân chứng..."</w:t>
      </w:r>
    </w:p>
    <w:p>
      <w:pPr>
        <w:spacing w:after="80"/>
      </w:pPr>
      <w:r>
        <w:rPr>
          <w:b w:val="0"/>
          <w:i w:val="0"/>
        </w:rPr>
        <w:t>"Và anh cũng đừng quên, ông ta đã thua vụ đó," Beth nói, "và Faulkner cuối cùng lĩnh tám năm tù."</w:t>
      </w:r>
    </w:p>
    <w:p>
      <w:pPr>
        <w:spacing w:after="80"/>
      </w:pPr>
      <w:r>
        <w:rPr>
          <w:b w:val="0"/>
          <w:i w:val="0"/>
        </w:rPr>
        <w:t>"Điều đó chỉ khiến ông ta càng quyết tâm hơn để—"</w:t>
      </w:r>
    </w:p>
    <w:p>
      <w:pPr>
        <w:spacing w:after="80"/>
      </w:pPr>
      <w:r>
        <w:rPr>
          <w:b w:val="0"/>
          <w:i w:val="0"/>
        </w:rPr>
        <w:t>"Nhưng anh đã dành cả buổi chiều hôm qua để bị em gái anh tra hỏi, mà Grace thì không nương tay đâu."</w:t>
      </w:r>
    </w:p>
    <w:p>
      <w:pPr>
        <w:spacing w:after="80"/>
      </w:pPr>
      <w:r>
        <w:rPr>
          <w:b w:val="0"/>
          <w:i w:val="0"/>
        </w:rPr>
        <w:t>"Đúng thế, nhưng ngay cả cô ấy cũng không phải lúc nào cũng đoán được Booth Watson sẽ tung ra chiêu gì, và chính anh là người phải đối mặt với vị thẩm vấn quan trọng đó."</w:t>
      </w:r>
    </w:p>
    <w:p>
      <w:pPr>
        <w:spacing w:after="80"/>
      </w:pPr>
      <w:r>
        <w:rPr>
          <w:b w:val="0"/>
          <w:i w:val="0"/>
        </w:rPr>
        <w:t>"Sao Lamont không ra làm chứng thay anh? Dù sao ông ấy cũng là sĩ quan cấp cao trong vụ này."</w:t>
      </w:r>
    </w:p>
    <w:p>
      <w:pPr>
        <w:spacing w:after="80"/>
      </w:pPr>
      <w:r>
        <w:rPr>
          <w:b w:val="0"/>
          <w:i w:val="0"/>
        </w:rPr>
        <w:t>"Lần trước Booth Watson đã bóc mẽ ông ấy tan tành, và ông ta sẽ biết quá rõ lý do vì sao Lamont nghỉ hưu sớm."</w:t>
      </w:r>
    </w:p>
    <w:p>
      <w:pPr>
        <w:spacing w:after="80"/>
      </w:pPr>
      <w:r>
        <w:rPr>
          <w:b w:val="0"/>
          <w:i w:val="0"/>
        </w:rPr>
        <w:t>"Bố anh có cho anh lời khuyên nào không?"</w:t>
      </w:r>
    </w:p>
    <w:p>
      <w:pPr>
        <w:spacing w:after="80"/>
      </w:pPr>
      <w:r>
        <w:rPr>
          <w:b w:val="0"/>
          <w:i w:val="0"/>
        </w:rPr>
        <w:t>"Cả buổi chiều ông không rời khỏi phòng làm việc. Ông đang chuẩn bị phần thẩm vấn phản biện Rashidi. Lúc anh về, ông chỉ dặn mỗi một câu là coi chừng quả bóng xoáy hiểm của Booth Watson."</w:t>
      </w:r>
    </w:p>
    <w:p>
      <w:pPr>
        <w:spacing w:after="80"/>
      </w:pPr>
      <w:r>
        <w:rPr>
          <w:b w:val="0"/>
          <w:i w:val="0"/>
        </w:rPr>
        <w:t>"Bóng xoáy hiểm là gì?"</w:t>
      </w:r>
    </w:p>
    <w:p>
      <w:pPr>
        <w:spacing w:after="80"/>
      </w:pPr>
      <w:r>
        <w:rPr>
          <w:b w:val="0"/>
          <w:i w:val="0"/>
        </w:rPr>
        <w:t>"Vì em chưa bao giờ tỏ ra hứng thú với môn cricket, em yêu ạ, nên anh phải mất cả tuần mới giải thích xong," William nói, nhấc dao nĩa lên và chọc vào lòng đỏ trứng đã bị cứng lại.</w:t>
      </w:r>
    </w:p>
    <w:p>
      <w:pPr>
        <w:spacing w:after="80"/>
      </w:pPr>
      <w:r>
        <w:rPr>
          <w:b w:val="0"/>
          <w:i w:val="0"/>
        </w:rPr>
        <w:t>‘Anh sẽ ổn thôi,’ Beth nói, cố trấn an anh. ‘Bồi thẩm đoàn sẽ chẳng có chút nghi ngờ nào về việc ai trong hai người đang nói thật. Một trùm ma túy khét tiếng, hay là Cậu Bé Hát Thánh Ca.’</w:t>
      </w:r>
    </w:p>
    <w:p>
      <w:pPr>
        <w:spacing w:after="80"/>
      </w:pPr>
      <w:r>
        <w:rPr>
          <w:b w:val="0"/>
          <w:i w:val="0"/>
        </w:rPr>
        <w:t>‘Ước gì mọi chuyện đơn giản thế.’ William bỏ cuộc và đẩy đĩa thức ăn sang một bên. ‘Booth Watson là bậc thầy trong việc gieo rắc mối nghi ngờ vào đầu bồi thẩm viên, trong khi cha tôi, với tư cách là luật sư công tố, phải chứng minh vụ án vượt qua mọi nghi ngờ hợp lý.’</w:t>
      </w:r>
    </w:p>
    <w:p>
      <w:pPr>
        <w:spacing w:after="80"/>
      </w:pPr>
      <w:r>
        <w:rPr>
          <w:b w:val="0"/>
          <w:i w:val="0"/>
        </w:rPr>
        <w:t>‘Sao Booth Watson lại đại diện cho Rashidi?’</w:t>
      </w:r>
    </w:p>
    <w:p>
      <w:pPr>
        <w:spacing w:after="80"/>
      </w:pPr>
      <w:r>
        <w:rPr>
          <w:b w:val="0"/>
          <w:i w:val="0"/>
        </w:rPr>
        <w:t>‘Vì một sai lầm chúng ta đã mắc phải, và lúc đó chẳng ai nghĩ ngợi gì thêm,’ William nói sau khi nhấp một ngụm cà phê nguội. ‘Họ nhốt Rashidi vào cùng nhà tù với Faulkner, nên chỉ còn là vấn đề thời gian trước khi nam châm hút lấy mạt sắt.’</w:t>
      </w:r>
    </w:p>
    <w:p>
      <w:pPr>
        <w:spacing w:after="80"/>
      </w:pPr>
      <w:r>
        <w:rPr>
          <w:b w:val="0"/>
          <w:i w:val="0"/>
        </w:rPr>
        <w:t>‘Không biết sáng nay Rashidi có được ăn thịt xông khói với trứng không nhỉ.’</w:t>
      </w:r>
    </w:p>
    <w:p>
      <w:pPr>
        <w:jc w:val="center"/>
      </w:pPr>
      <w:r>
        <w:drawing>
          <wp:inline xmlns:a="http://schemas.openxmlformats.org/drawingml/2006/main" xmlns:pic="http://schemas.openxmlformats.org/drawingml/2006/picture">
            <wp:extent cx="752475" cy="161926"/>
            <wp:docPr id="16" name="Picture 1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‘Thêm một tách cà phê nữa không, ông Rashidi?’ một trong các cai ngục hỏi.</w:t>
      </w:r>
    </w:p>
    <w:p>
      <w:pPr>
        <w:spacing w:after="80"/>
      </w:pPr>
      <w:r>
        <w:rPr>
          <w:b w:val="0"/>
          <w:i w:val="0"/>
        </w:rPr>
        <w:t>Rashidi gật đầu, trong khi bắt đầu bóc quả trứng luộc ba phẩy năm phút thứ hai của mình.</w:t>
      </w:r>
    </w:p>
    <w:p>
      <w:pPr>
        <w:spacing w:after="80"/>
      </w:pPr>
      <w:r>
        <w:rPr>
          <w:b w:val="0"/>
          <w:i w:val="0"/>
        </w:rPr>
        <w:t>‘Anh muốn tôi làm gì trong lúc anh ở Old Bailey?’ Tulip hỏi, giờ đã là khách quen ở bàn trên cùng.</w:t>
      </w:r>
    </w:p>
    <w:p>
      <w:pPr>
        <w:spacing w:after="80"/>
      </w:pPr>
      <w:r>
        <w:rPr>
          <w:b w:val="0"/>
          <w:i w:val="0"/>
        </w:rPr>
        <w:t>‘Cứ để mọi thứ chạy êm trong lúc tôi vắng mặt. Mỗi sáng vào bữa sáng, và vào Chủ nhật ở nhà thờ, anh có thể cập nhật tình hình cho tôi. Trong khi đó, anh đã xử lý gã cai ngục ăn chặn chưa?’</w:t>
      </w:r>
    </w:p>
    <w:p>
      <w:pPr>
        <w:spacing w:after="80"/>
      </w:pPr>
      <w:r>
        <w:rPr>
          <w:b w:val="0"/>
          <w:i w:val="0"/>
        </w:rPr>
        <w:t>‘Hắn đã bị chuyển sang nhà tù khác. Ở Wolverhampton.’</w:t>
      </w:r>
    </w:p>
    <w:p>
      <w:pPr>
        <w:spacing w:after="80"/>
      </w:pPr>
      <w:r>
        <w:rPr>
          <w:b w:val="0"/>
          <w:i w:val="0"/>
        </w:rPr>
        <w:t>‘Nhưng anh đã tìm được người thay thế hắn chưa?’</w:t>
      </w:r>
    </w:p>
    <w:p>
      <w:pPr>
        <w:spacing w:after="80"/>
      </w:pPr>
      <w:r>
        <w:rPr>
          <w:b w:val="0"/>
          <w:i w:val="0"/>
        </w:rPr>
        <w:t>‘Xếp hàng dài luôn, sếp ạ, và tất cả bọn họ đều đã tính ra hậu quả của việc chống lại sếp.’</w:t>
      </w:r>
    </w:p>
    <w:p>
      <w:pPr>
        <w:spacing w:after="80"/>
      </w:pPr>
      <w:r>
        <w:rPr>
          <w:b w:val="0"/>
          <w:i w:val="0"/>
        </w:rPr>
        <w:t>‘Báo cáo đầy đủ cho tôi vào sáng mai.’</w:t>
      </w:r>
    </w:p>
    <w:p>
      <w:pPr>
        <w:spacing w:after="80"/>
      </w:pPr>
      <w:r>
        <w:rPr>
          <w:b w:val="0"/>
          <w:i w:val="0"/>
        </w:rPr>
        <w:t>‘Có khi anh chẳng quay về đâu,’ Tulip nói, cười toe toét. ‘Vụ án có thể bị tòa tuyên bố hủy bỏ.’</w:t>
      </w:r>
    </w:p>
    <w:p>
      <w:pPr>
        <w:spacing w:after="80"/>
      </w:pPr>
      <w:r>
        <w:rPr>
          <w:b w:val="0"/>
          <w:i w:val="0"/>
        </w:rPr>
        <w:t>‘Đừng có mà đếm gà trước khi nở,’ Rashidi nói, kiểm tra xem mứt cam có phải loại Frank Cooper’s Oxford không trước khi mở nắp. ‘Mặc dù QC của tôi bảo rằng vấn đề lớn nhất đã được giải quyết rồi, và Warwick sẽ biết điều đó khi anh ta lên bục làm chứng.’</w:t>
      </w:r>
    </w:p>
    <w:p>
      <w:pPr>
        <w:spacing w:after="80"/>
      </w:pPr>
      <w:r>
        <w:rPr>
          <w:b w:val="0"/>
          <w:i w:val="0"/>
        </w:rPr>
        <w:t>‘Tôi ngạc nhiên là anh ta vẫn còn sống đấy.’</w:t>
      </w:r>
    </w:p>
    <w:p>
      <w:pPr>
        <w:spacing w:after="80"/>
      </w:pPr>
      <w:r>
        <w:rPr>
          <w:b w:val="0"/>
          <w:i w:val="0"/>
        </w:rPr>
        <w:t>‘Booth Watson không cho tôi nhiều lựa chọn. Nhưng khi phiên tòa kết thúc . . .’</w:t>
      </w:r>
    </w:p>
    <w:p>
      <w:pPr>
        <w:spacing w:after="80"/>
      </w:pPr>
      <w:r>
        <w:rPr>
          <w:b w:val="0"/>
          <w:i w:val="0"/>
        </w:rPr>
        <w:t>‘Còn vị bác sĩ tốt bụng kia thì sao? Ông ta có thể vẫn là một vấn đề?’</w:t>
      </w:r>
    </w:p>
    <w:p>
      <w:pPr>
        <w:spacing w:after="80"/>
      </w:pPr>
      <w:r>
        <w:rPr>
          <w:b w:val="0"/>
          <w:i w:val="0"/>
        </w:rPr>
        <w:t>‘Không đâu, khi bồi thẩm đoàn phát hiện ra Sangster là một bác sĩ tồi tệ đến mức nào. Tôi lo hơn về anh thợ may của mình,’ Rashidi nói, chạm vào ve áo khoác để kiểm tra xem chữ viết tắt A.R. có được khâu ở mặt trong không.</w:t>
      </w:r>
    </w:p>
    <w:p>
      <w:pPr>
        <w:spacing w:after="80"/>
      </w:pPr>
      <w:r>
        <w:rPr>
          <w:b w:val="0"/>
          <w:i w:val="0"/>
        </w:rPr>
        <w:t>‘Đừng lo, anh ta đã được khâu lại gọn gàng rồi,’ Tulip nói, cười vào câu đùa của chính mình.</w:t>
      </w:r>
    </w:p>
    <w:p>
      <w:pPr>
        <w:spacing w:after="80"/>
      </w:pPr>
      <w:r>
        <w:rPr>
          <w:b w:val="0"/>
          <w:i w:val="0"/>
        </w:rPr>
        <w:t>‘Xe của ông đã đến, ông Rashidi,’ một sĩ quan trực nói, xuất hiện bên cạnh ông.</w:t>
      </w:r>
    </w:p>
    <w:p>
      <w:pPr>
        <w:spacing w:after="80"/>
      </w:pPr>
      <w:r>
        <w:rPr>
          <w:b w:val="0"/>
          <w:i w:val="0"/>
        </w:rPr>
        <w:t>‘Nhớ gửi cho mẹ tôi ít hoa,’ Rashidi nói trước khi uống cạn ly cà phê.</w:t>
      </w:r>
    </w:p>
    <w:p>
      <w:pPr>
        <w:spacing w:after="80"/>
      </w:pPr>
      <w:r>
        <w:rPr>
          <w:b w:val="0"/>
          <w:i w:val="0"/>
        </w:rPr>
        <w:t>‘Bà ấy sẽ có mặt ở tòa chứ?’</w:t>
      </w:r>
    </w:p>
    <w:p>
      <w:pPr>
        <w:spacing w:after="80"/>
      </w:pPr>
      <w:r>
        <w:rPr>
          <w:b w:val="0"/>
          <w:i w:val="0"/>
        </w:rPr>
        <w:t>‘Tôi hy vọng là không,’ Rashidi nói.</w:t>
      </w:r>
    </w:p>
    <w:p>
      <w:pPr>
        <w:spacing w:after="80"/>
      </w:pPr>
      <w:r>
        <w:rPr>
          <w:b w:val="0"/>
          <w:i w:val="0"/>
        </w:rPr>
        <w:t>Rashidi đứng dậy khỏi bàn. ‘Đoàn hộ tống của tôi trông thế nào?’ ông hỏi một trong những sĩ quan đi cùng ông ra khỏi căng tin.</w:t>
      </w:r>
    </w:p>
    <w:p>
      <w:pPr>
        <w:spacing w:after="80"/>
      </w:pPr>
      <w:r>
        <w:rPr>
          <w:b w:val="0"/>
          <w:i w:val="0"/>
        </w:rPr>
        <w:t>‘Ba xe bọc thép, một tá cảnh sát mô tô hộ tống và một trực thăng. Chưa ai từng được đối xử kiểu này kể từ khi cặp song sinh Kray bị xét xử.’</w:t>
      </w:r>
    </w:p>
    <w:p>
      <w:pPr>
        <w:spacing w:after="80"/>
      </w:pPr>
      <w:r>
        <w:rPr>
          <w:b w:val="0"/>
          <w:i w:val="0"/>
        </w:rPr>
        <w:t>‘Ai chở tôi đến đó không quan trọng,’ Rashidi nói. ‘Chỉ quan trọng ai chở tôi về.’</w:t>
      </w:r>
    </w:p>
    <w:p>
      <w:pPr>
        <w:spacing w:after="80"/>
      </w:pPr>
      <w:r>
        <w:rPr>
          <w:b w:val="0"/>
          <w:i w:val="0"/>
        </w:rPr>
        <w:t>‘Xin lỗi vì chuyện này,’ viên cai ngục nói, tra còng vào cổ tay tù nhân. ‘Quy định mà.’</w:t>
      </w:r>
    </w:p>
    <w:p>
      <w:pPr>
        <w:spacing w:after="80"/>
      </w:pPr>
      <w:r>
        <w:rPr>
          <w:b w:val="0"/>
          <w:i w:val="0"/>
        </w:rPr>
        <w:t>Khi Rashidi bước ra sân nhà tù, hai sĩ quan cảnh sát nắm chắc lấy cánh tay ông và dẫn ông về phía chiếc thứ hai trong ba chiếc xe bọc thép.</w:t>
      </w:r>
    </w:p>
    <w:p>
      <w:pPr>
        <w:jc w:val="center"/>
      </w:pPr>
      <w:r>
        <w:drawing>
          <wp:inline xmlns:a="http://schemas.openxmlformats.org/drawingml/2006/main" xmlns:pic="http://schemas.openxmlformats.org/drawingml/2006/picture">
            <wp:extent cx="752475" cy="161926"/>
            <wp:docPr id="17" name="Picture 1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Grace bỏ bữa sáng để có thể có mặt ở văn phòng luật trước khi bố cô đến. Cô biết mình sẽ phải dậy rất sớm mới làm được điều đó. Càng khó hơn khi ông có một căn hộ thoải mái ở Lincoln’s Inn mà ông luôn ở lại vào đêm trước một phiên tòa lớn.</w:t>
      </w:r>
    </w:p>
    <w:p>
      <w:pPr>
        <w:spacing w:after="80"/>
      </w:pPr>
      <w:r>
        <w:rPr>
          <w:b w:val="0"/>
          <w:i w:val="0"/>
        </w:rPr>
        <w:t xml:space="preserve">Bạn gái cô, Clare, hẳn sẽ mắng cô vì bỏ bữa sáng – </w:t>
      </w:r>
      <w:r>
        <w:rPr>
          <w:b w:val="0"/>
          <w:i/>
        </w:rPr>
        <w:t>Go to work on an egg</w:t>
      </w:r>
      <w:r>
        <w:rPr>
          <w:b w:val="0"/>
          <w:i w:val="0"/>
        </w:rPr>
        <w:t xml:space="preserve"> là quảng cáo đầu tiên Grace nhớ được từ khi còn nhỏ – nhưng Clare đã rời đi Brent, nơi cô đang biện hộ trong một vụ bảo vệ trẻ em, nên cô ấy sẽ không bao giờ biết. Clare đã gọi chúc cô may mắn ngay trước khi Grace rời đi đến văn phòng luật.</w:t>
      </w:r>
    </w:p>
    <w:p>
      <w:pPr>
        <w:spacing w:after="80"/>
      </w:pPr>
      <w:r>
        <w:rPr>
          <w:b w:val="0"/>
          <w:i w:val="0"/>
        </w:rPr>
        <w:t>Trời vẫn còn tối khi Grace đóng cửa căn hộ và đi về phía ga tàu điện ngầm. Mặt trời chỉ vừa mới ló dạng khi cô bước ra ở Chancery Lane hai mươi phút sau đó. Cô chửi thầm khi vội vã băng qua sân lát đá cuội của Lincoln’s Inn trên đôi giày cao gót, không phải vì cơn mưa phùn nhẹ mà vì nhìn thấy ánh đèn sáng trong văn phòng của trưởng đoàn luật sư.</w:t>
      </w:r>
    </w:p>
    <w:p>
      <w:pPr>
        <w:spacing w:after="80"/>
      </w:pPr>
      <w:r>
        <w:rPr>
          <w:b w:val="0"/>
          <w:i w:val="0"/>
        </w:rPr>
        <w:t>Khi cô đến số 1 Essex Court, cô vội vã chạy lên cầu thang tới tầng ba và gõ cửa phòng luật sư cấp cao, như cô vẫn thường làm, trước khi bước vào lãnh địa của cha mình.</w:t>
      </w:r>
    </w:p>
    <w:p>
      <w:pPr>
        <w:spacing w:after="80"/>
      </w:pPr>
      <w:r>
        <w:rPr>
          <w:b w:val="0"/>
          <w:i w:val="0"/>
        </w:rPr>
        <w:t>Như một nhà hùng biện La Mã, Ngài Julian đang tuyên bố những dòng mở đầu của mình với mặt trời đang mọc.</w:t>
      </w:r>
    </w:p>
    <w:p>
      <w:pPr>
        <w:spacing w:after="80"/>
      </w:pPr>
      <w:r>
        <w:rPr>
          <w:b w:val="0"/>
          <w:i w:val="0"/>
        </w:rPr>
        <w:t>‘Thưa Ngài, thưa các thành viên bồi thẩm đoàn, hôm nay tôi đứng trước các vị thay mặt cho Vương quyền, trong khi người bạn đồng nghiệp uyên bác của tôi, ông Booth Watson QC, đại diện cho bị cáo. Tôi muốn mở đầu phần trình bày của Vương quyền bằng việc tuyên bố rằng trong suốt những năm hành nghề luật sư của mình, tôi chưa từng gặp một tên tội phạm nào nham hiểm hơn thế.’</w:t>
      </w:r>
    </w:p>
    <w:p>
      <w:pPr>
        <w:spacing w:after="80"/>
      </w:pPr>
      <w:r>
        <w:rPr>
          <w:b w:val="0"/>
          <w:i w:val="0"/>
        </w:rPr>
        <w:t>‘Gần như đúng nguyên văn lời của cha khi cha truy tố Faulkner,’ Grace nói, khi cô bắt đầu mở túi xách để tìm bản sao đã chỉnh sửa của bài phát biểu mở đầu.</w:t>
      </w:r>
    </w:p>
    <w:p>
      <w:pPr>
        <w:spacing w:after="80"/>
      </w:pPr>
      <w:r>
        <w:rPr>
          <w:b w:val="0"/>
          <w:i w:val="0"/>
        </w:rPr>
        <w:t>‘Một vị thẩm phán khác và một bồi thẩm đoàn khác,’ Ngài Julian nói, ‘nên sẽ chẳng ai khôn ngoan hơn đâu.’</w:t>
      </w:r>
    </w:p>
    <w:p>
      <w:pPr>
        <w:spacing w:after="80"/>
      </w:pPr>
      <w:r>
        <w:rPr>
          <w:b w:val="0"/>
          <w:i w:val="0"/>
        </w:rPr>
        <w:t>‘Trừ Booth Watson. Và “tên tội phạm nham hiểm” nghe có vẻ thời Victoria, chứ không phải thời Elizabeth. Con đã đề xuất thay bằng “kẻ xấu xa” rồi,’ Grace nói.</w:t>
      </w:r>
    </w:p>
    <w:p>
      <w:pPr>
        <w:spacing w:after="80"/>
      </w:pPr>
      <w:r>
        <w:rPr>
          <w:b w:val="0"/>
          <w:i w:val="0"/>
        </w:rPr>
        <w:t>Ngài Julian gật đầu, và thực hiện thay đổi. ‘Assem Rashidi,’ ông tiếp tục, ‘là một người có học thức và tài năng, người có thể thành công trong bất kỳ nghề nghiệp nào anh ta chọn, nhưng thay vào đó lại quyết định dùng những tài năng không thể phủ nhận của mình không phải để mang lại lợi ích cho đồng loại, mà để—’</w:t>
      </w:r>
    </w:p>
    <w:p>
      <w:pPr>
        <w:spacing w:after="80"/>
      </w:pPr>
      <w:r>
        <w:rPr>
          <w:b w:val="0"/>
          <w:i w:val="0"/>
        </w:rPr>
        <w:t>‘Và cả phụ nữ nữa chứ?’ Grace gợi ý. ‘Sẽ có vài người trong số họ trong bồi thẩm đoàn.’</w:t>
      </w:r>
    </w:p>
    <w:p>
      <w:pPr>
        <w:spacing w:after="80"/>
      </w:pPr>
      <w:r>
        <w:rPr>
          <w:b w:val="0"/>
          <w:i w:val="0"/>
        </w:rPr>
        <w:t>‘—đồng loại cả nam lẫn nữ, mà để gây hại cho họ. Đừng bao giờ quên, thưa các thành viên bồi thẩm đoàn, mục đích duy nhất và độc nhất của anh ta là—’</w:t>
      </w:r>
    </w:p>
    <w:p>
      <w:pPr>
        <w:spacing w:after="80"/>
      </w:pPr>
      <w:r>
        <w:rPr>
          <w:b w:val="0"/>
          <w:i w:val="0"/>
        </w:rPr>
        <w:t>‘Sole và single là đồng nghĩa. Cha nên bỏ một trong hai đi.’</w:t>
      </w:r>
    </w:p>
    <w:p>
      <w:pPr>
        <w:spacing w:after="80"/>
      </w:pPr>
      <w:r>
        <w:rPr>
          <w:b w:val="0"/>
          <w:i w:val="0"/>
        </w:rPr>
        <w:t>‘Mối quan tâm duy nhất của anh ta là kiếm ngày càng nhiều tiền trong khi không hề quan tâm đến nỗi đau khổ mà anh ta gây ra cho người khác.’</w:t>
      </w:r>
    </w:p>
    <w:p>
      <w:pPr>
        <w:spacing w:after="80"/>
      </w:pPr>
      <w:r>
        <w:rPr>
          <w:b w:val="0"/>
          <w:i w:val="0"/>
        </w:rPr>
        <w:t>‘Cha đã dùng từ “quan tâm” hai lần trong cùng một câu. Khát vọng tột cùng của anh ta thì sao?’ Grace gợi ý.</w:t>
      </w:r>
    </w:p>
    <w:p>
      <w:pPr>
        <w:spacing w:after="80"/>
      </w:pPr>
      <w:r>
        <w:rPr>
          <w:b w:val="0"/>
          <w:i w:val="0"/>
        </w:rPr>
        <w:t xml:space="preserve">Cha cô gật đầu, và sửa thêm một chỗ trong bản thảo của mình, trước khi tiếp tục. ‘Ông Rashidi là chủ tịch của một công ty gia đình danh giá đã kiếm được lợi nhuận quá đủ để ông ta tận hưởng một lối sống vượt xa những giấc mơ hoang đường nhất của hầu hết mọi người.’ Ông ghi chú, </w:t>
      </w:r>
      <w:r>
        <w:rPr>
          <w:b w:val="0"/>
          <w:i/>
        </w:rPr>
        <w:t>Nhìn thẳng vào bồi thẩm đoàn</w:t>
      </w:r>
      <w:r>
        <w:rPr>
          <w:b w:val="0"/>
          <w:i w:val="0"/>
        </w:rPr>
        <w:t>. ‘Tuy nhiên, thế vẫn chưa đủ với người đàn ông tham lam và buông thả này, kẻ thay vào đó đã chọn sống một cuộc đời hai mặt. Ban ngày là một thương nhân trà danh giá, ban đêm là một thương nhân của cái chết. Một Janus thời hiện đại.’</w:t>
      </w:r>
    </w:p>
    <w:p>
      <w:pPr>
        <w:spacing w:after="80"/>
      </w:pPr>
      <w:r>
        <w:rPr>
          <w:b w:val="0"/>
          <w:i w:val="0"/>
        </w:rPr>
        <w:t>‘Bồi thẩm đoàn có biết Janus là ai không?’</w:t>
      </w:r>
    </w:p>
    <w:p>
      <w:pPr>
        <w:spacing w:after="80"/>
      </w:pPr>
      <w:r>
        <w:rPr>
          <w:b w:val="0"/>
          <w:i w:val="0"/>
        </w:rPr>
        <w:t>‘Có thể không, nhưng Ngài Thẩm phán thì sẽ biết,’ Ngài Julian nói. ‘Người ta luôn cần thỉnh thoảng có một câu dành cho thẩm phán,’ ông nói trước khi tiếp tục. ‘Mỗi chiều thứ Hai, ông ta rời văn phòng ở City, và không để bất kỳ đồng nghiệp hay thư ký nào biết, đi tàu điện ngầm đến Brixton, nơi ông ta bước vào thế giới khác của mình. Nhưng sự phù phiếm và kiêu ngạo của ông ta đến mức không thể từ bỏ những xa xỉ của cuộc sống, và điều đó chắc chắn sẽ là nguyên nhân khiến ông ta sụp đổ. Vào những đêm ở lại Brixton, ông ta sống trong một căn hộ của triệu phú ở tòa nhà kế bên xưởng ma túy của mình. Thưa các thành viên bồi thẩm đoàn, một khi các vị đã tận mắt xem những bức ảnh của căn hộ đó, các vị sẽ không còn nghi ngờ gì về số tiền ông ta kiếm được từ cuộc sống thay thế mà ông ta chọn theo đuổi. Và có lẽ quan trọng hơn, ai đã sống ở đó?</w:t>
      </w:r>
    </w:p>
    <w:p>
      <w:pPr>
        <w:spacing w:after="80"/>
      </w:pPr>
      <w:r>
        <w:rPr>
          <w:b w:val="0"/>
          <w:i w:val="0"/>
        </w:rPr>
        <w:t>‘Trên ba tầng trên cùng của tòa nhà liền kề, cách xa căn hộ xa hoa của ông ta, là trụ sở tồi tàn của hoạt động kinh doanh ma túy bất hợp pháp của ông ta. Không phải một nơi chuyên nhập khẩu các loại trà chọn lọc từ Malaysia và Sri Lanka để bán trên phố lớn, mà là một nơi nhập khẩu heroin, cocaine và nhựa cần sa từ Colombia và Afghanistan để bán ở những con phố sau.</w:t>
      </w:r>
    </w:p>
    <w:p>
      <w:pPr>
        <w:spacing w:after="80"/>
      </w:pPr>
      <w:r>
        <w:rPr>
          <w:b w:val="0"/>
          <w:i w:val="0"/>
        </w:rPr>
        <w:t>‘Ở City, ông ta thuê ba mươi người, những người mỗi tối năm giờ đều trở về với gia đình và ca ngợi đức hạnh của ông ta. Ở Brixton, ông ta giam giữ ba mươi người nhập cư bất hợp pháp, những người làm việc cho ông ta suốt đêm, sợ bị báo cảnh sát nếu không làm theo lệnh của ông ta.’</w:t>
      </w:r>
    </w:p>
    <w:p>
      <w:pPr>
        <w:spacing w:after="80"/>
      </w:pPr>
      <w:r>
        <w:rPr>
          <w:b w:val="0"/>
          <w:i w:val="0"/>
        </w:rPr>
        <w:t>‘Làm theo yêu cầu của ông ta,’ Grace ngắt lời. ‘“Lệnh” nghe cổ quá. Giống F. E. Smith hơn là J. N. Warwick.’</w:t>
      </w:r>
    </w:p>
    <w:p>
      <w:pPr>
        <w:spacing w:after="80"/>
      </w:pPr>
      <w:r>
        <w:rPr>
          <w:b w:val="0"/>
          <w:i w:val="0"/>
        </w:rPr>
        <w:t>‘Lúc đó tôi sẽ dừng lại,’ Sir Julian nói, ‘để các cô có đủ thời gian đặt tấm sơ đồ mặt bằng lớn của xưởng ma túy Rashidi lên giá vẽ, để tôi có thể mô tả những gì đang diễn ra ở đó, trong khi các cô chỉ vào từng căn phòng liên quan. Như vậy bồi thẩm đoàn không thể không thấy được quy mô thực sự của hoạt động này. Nhớ đặt tấm sơ đồ theo góc nghiêng để họ và thẩm phán có thể nhìn rõ. Những người khác không quan trọng.’</w:t>
      </w:r>
    </w:p>
    <w:p>
      <w:pPr>
        <w:spacing w:after="80"/>
      </w:pPr>
      <w:r>
        <w:rPr>
          <w:b w:val="0"/>
          <w:i w:val="0"/>
        </w:rPr>
        <w:t>Grace gật đầu.</w:t>
      </w:r>
    </w:p>
    <w:p>
      <w:pPr>
        <w:spacing w:after="80"/>
      </w:pPr>
      <w:r>
        <w:rPr>
          <w:b w:val="0"/>
          <w:i w:val="0"/>
        </w:rPr>
        <w:t>‘Tầng hai mươi ba của tòa nhà đó,’ Sir Julian tiếp tục, lật một trang trong bản thảo, ‘là nơi diễn ra những giao dịch bẩn thỉu. Tiền mặt đổi tay, và đổi lại là ma túy được cung cấp. Doanh thu trung bình một ngày khoảng mười nghìn bảng. Gấp mười lần số tiền ông Rashidi có thể kiếm được trong một tuần với tư cách chủ tịch của Marcel and Neffe. Và đừng quên, không một xu thuế nào được nộp.’</w:t>
      </w:r>
    </w:p>
    <w:p>
      <w:pPr>
        <w:spacing w:after="80"/>
      </w:pPr>
      <w:r>
        <w:rPr>
          <w:b w:val="0"/>
          <w:i w:val="0"/>
        </w:rPr>
        <w:t>‘Câu ám chỉ đó luôn khiến tôi lo lắng,’ Grace nói. ‘Nó ngầm gợi ý, dù hơi gián tiếp, rằng ông có thể tán thành việc bán ma túy miễn là lợi nhuận bị đánh thuế. Đêm qua tôi đã nghĩ ra một phương án thay thế mà tôi hy vọng ông sẽ xem xét.’</w:t>
      </w:r>
    </w:p>
    <w:p>
      <w:pPr>
        <w:spacing w:after="80"/>
      </w:pPr>
      <w:r>
        <w:rPr>
          <w:b w:val="0"/>
          <w:i w:val="0"/>
        </w:rPr>
        <w:t>Sir Julian nhướng một bên lông mày.</w:t>
      </w:r>
    </w:p>
    <w:p>
      <w:pPr>
        <w:spacing w:after="80"/>
      </w:pPr>
      <w:r>
        <w:rPr>
          <w:b w:val="0"/>
          <w:i w:val="0"/>
        </w:rPr>
        <w:t>‘Với cương vị chủ tịch một công ty nhập khẩu trà danh tiếng ở City of London, công việc kinh doanh của ông Rashidi được tiến hành công khai và minh bạch, trong khi với vai trò trùm ma túy ở Brixton, nó được tiến hành trong bóng tối và khuất mắt.’</w:t>
      </w:r>
    </w:p>
    <w:p>
      <w:pPr>
        <w:spacing w:after="80"/>
      </w:pPr>
      <w:r>
        <w:rPr>
          <w:b w:val="0"/>
          <w:i w:val="0"/>
        </w:rPr>
        <w:t>Sir Julian gạch bỏ đoạn đó và thay bằng lời của trợ lý. ‘Cảm ơn Grace,’ ông nói, nở một nụ cười ấm áp với cô.</w:t>
      </w:r>
    </w:p>
    <w:p>
      <w:pPr>
        <w:spacing w:after="80"/>
      </w:pPr>
      <w:r>
        <w:rPr>
          <w:b w:val="0"/>
          <w:i w:val="0"/>
        </w:rPr>
        <w:t>‘Thưa Ngài, thưa quý vị bồi thẩm đoàn, bên nguyên sẽ chứng minh vượt quá mọi nghi ngờ hợp lý rằng cá nhân gian xảo và đồi bại này, trong khi giả làm chủ tịch đáng kính của một công ty ở City, đã sống hai mặt như một trùm ma túy quốc tế, lợi dụng những người yếu thế và khốn khổ trong xã hội chúng ta. Ông ta không màng đến hậu quả, ngay cả khi hành động của mình khiến những con người vô tội mất mạng.’</w:t>
      </w:r>
    </w:p>
    <w:p>
      <w:pPr>
        <w:spacing w:after="80"/>
      </w:pPr>
      <w:r>
        <w:rPr>
          <w:b w:val="0"/>
          <w:i w:val="0"/>
        </w:rPr>
        <w:t>‘Cha đã nói điều đó rồi, dù bằng nhiều lời. Sao phải lặp lại?’</w:t>
      </w:r>
    </w:p>
    <w:p>
      <w:pPr>
        <w:spacing w:after="80"/>
      </w:pPr>
      <w:r>
        <w:rPr>
          <w:b w:val="0"/>
          <w:i w:val="0"/>
        </w:rPr>
        <w:t>‘Vì đó là hình ảnh cha muốn để lại trong tâm trí bồi thẩm đoàn, đồng thời cũng xuất hiện trên trang nhất các báo sáng mai. Vậy nên khi Booth Watson cố thuyết phục bồi thẩm đoàn về đức hạnh của thân chủ đi nhà thờ, hay làm từ thiện, được mọi người ngưỡng mộ và kính trọng, thì hạt giống nghi ngờ đã được gieo sẵn, và tất cả những gì báo chí phải làm là tưới cây. Vậy nên, nếu BW tiếp tục gợi ý rằng thân chủ ông ta chỉ thỉnh thoảng hút cần trong sự riêng tư của nhà mình, và vô tình bị cuốn vào làn đạn đêm đó, thì bồi thẩm đoàn sẽ gạt phăng ý đó ngay.’</w:t>
      </w:r>
    </w:p>
    <w:p>
      <w:pPr>
        <w:spacing w:after="80"/>
      </w:pPr>
      <w:r>
        <w:rPr>
          <w:b w:val="0"/>
          <w:i w:val="0"/>
        </w:rPr>
        <w:t>‘Tôi cho rằng ông sẽ hỏi tại sao Rashidi lại có một căn hộ trong tòa nhà cao tầng ở Brixton, khi ông ta có thể sống ở West End, hoặc với mẹ ở The Boltons?’</w:t>
      </w:r>
    </w:p>
    <w:p>
      <w:pPr>
        <w:spacing w:after="80"/>
      </w:pPr>
      <w:r>
        <w:rPr>
          <w:b w:val="0"/>
          <w:i w:val="0"/>
        </w:rPr>
        <w:t>‘Ông ta cũng có thể thuê một căn hộ gần City hơn. Tôi nóng lòng muốn xem Booth Watson sẽ thoái thác thế nào. Tuy nhiên, tôi e rằng ông ta sẽ không để Rashidi đến gần ghế nhân chứng, và tôi cũng vậy. Nhân tiện, hôm qua William thể hiện thế nào dưới phần thẩm vấn của cô?’</w:t>
      </w:r>
    </w:p>
    <w:p>
      <w:pPr>
        <w:spacing w:after="80"/>
      </w:pPr>
      <w:r>
        <w:rPr>
          <w:b w:val="0"/>
          <w:i w:val="0"/>
        </w:rPr>
        <w:t>‘Anh ấy nắm rất vững hồ sơ vụ án, và tôi chắc chắn bồi thẩm đoàn sẽ không khó chọn giữa một trùm ma túy đồi bại và Choirboy.’</w:t>
      </w:r>
    </w:p>
    <w:p>
      <w:pPr>
        <w:spacing w:after="80"/>
      </w:pPr>
      <w:r>
        <w:rPr>
          <w:b w:val="0"/>
          <w:i w:val="0"/>
        </w:rPr>
        <w:t>‘Chúng ta không thể coi bất cứ điều gì là đương nhiên khi Booth Watson còn dính vào,’ Sir Julian nói khi quay lại trang đầu. ‘Thêm một lần nữa.’</w:t>
      </w:r>
    </w:p>
    <w:p>
      <w:pPr>
        <w:spacing w:after="80"/>
      </w:pPr>
      <w:r>
        <w:rPr>
          <w:b w:val="0"/>
          <w:i w:val="0"/>
        </w:rPr>
        <w:t>‘Thưa Ngài, thưa quý vị bồi thẩm đoàn, hôm nay tôi đứng trước quý vị . . .’</w:t>
      </w:r>
    </w:p>
    <w:p>
      <w:pPr>
        <w:jc w:val="center"/>
      </w:pPr>
      <w:r>
        <w:drawing>
          <wp:inline xmlns:a="http://schemas.openxmlformats.org/drawingml/2006/main" xmlns:pic="http://schemas.openxmlformats.org/drawingml/2006/picture">
            <wp:extent cx="752475" cy="161926"/>
            <wp:docPr id="18" name="Picture 1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 xml:space="preserve">Booth Watson đang ngồi ở chiếc bàn quen thuộc trong nhà hàng Savoy Grill, ngấu nghiến một bữa sáng kiểu Anh đầy đủ trong khi đọc tờ </w:t>
      </w:r>
      <w:r>
        <w:rPr>
          <w:b w:val="0"/>
          <w:i/>
        </w:rPr>
        <w:t>The Times</w:t>
      </w:r>
      <w:r>
        <w:rPr>
          <w:b w:val="0"/>
          <w:i w:val="0"/>
        </w:rPr>
        <w:t>. Chỉ vài dòng ngắn ngủi đã báo cho độc giả của tờ báo biết về phiên tòa sắp tới của vụ Crown v Rashidi, sẽ được xét xử trước Thẩm phán Whittaker tại phòng số một của Old Bailey vào sáng hôm đó. Booth Watson chắc chắn rằng ngay lúc này Ngài Julian Warwick đang tập dượt một câu đối đáp sắc bén nào đó với hy vọng nó không chỉ tác động đến bồi thẩm đoàn mà còn đảm bảo những dòng tít giật gân trên các tờ báo lá cải giật gân hơn vào sáng hôm sau – điều mà ông e rằng phần lớn bồi thẩm đoàn có lẽ sẽ đọc, bất chấp việc thẩm phán đã chỉ thị họ không được làm vậy.</w:t>
      </w:r>
    </w:p>
    <w:p>
      <w:pPr>
        <w:spacing w:after="80"/>
      </w:pPr>
      <w:r>
        <w:rPr>
          <w:b w:val="0"/>
          <w:i w:val="0"/>
        </w:rPr>
        <w:t>Booth Watson đã cảnh báo thân chủ của mình rằng sau khi Ngài Julian trình bày lời khai mở đầu, bồi thẩm đoàn sẽ tin chắc rằng ông ta chính là hiện thân của quỷ dữ. Nhưng, ông nhắc nhở anh ta, chính luật sư bào chữa mới là người có tiếng nói cuối cùng.</w:t>
      </w:r>
    </w:p>
    <w:p>
      <w:pPr>
        <w:spacing w:after="80"/>
      </w:pPr>
      <w:r>
        <w:rPr>
          <w:b w:val="0"/>
          <w:i w:val="0"/>
        </w:rPr>
        <w:t>‘Thêm cà phê không, thưa ngài?’ một người phục vụ chu đáo hỏi.</w:t>
      </w:r>
    </w:p>
    <w:p>
      <w:pPr>
        <w:spacing w:after="80"/>
      </w:pPr>
      <w:r>
        <w:rPr>
          <w:b w:val="0"/>
          <w:i w:val="0"/>
        </w:rPr>
        <w:t xml:space="preserve">Booth Watson gật đầu, rồi điền thêm sáu ô nữa vào trò chơi ô chữ của tờ </w:t>
      </w:r>
      <w:r>
        <w:rPr>
          <w:b w:val="0"/>
          <w:i/>
        </w:rPr>
        <w:t>Times</w:t>
      </w:r>
      <w:r>
        <w:rPr>
          <w:b w:val="0"/>
          <w:i w:val="0"/>
        </w:rPr>
        <w:t>. Đó gần như là thứ duy nhất ông có điểm chung với người đồng nghiệp đáng kính của mình. Liệu những suy nghĩ thầm kín nhất của một người có thể mang vẻ mỉa mai không nhỉ? ông tự hỏi.</w:t>
      </w:r>
    </w:p>
    <w:p>
      <w:pPr>
        <w:spacing w:after="80"/>
      </w:pPr>
      <w:r>
        <w:rPr>
          <w:b w:val="0"/>
          <w:i w:val="0"/>
        </w:rPr>
        <w:t>Bất kỳ thực khách nào khác nhìn thấy Booth Watson đang thưởng thức một bữa sáng thịnh soạn sáng hôm đó hẳn sẽ ngạc nhiên khi biết rằng chỉ vài giờ nữa thôi, ông sẽ xuất hiện tại Old Bailey để bào chữa cho một người đàn ông mà bề ngoài trông như thể có thể phải ngồi tù hai mươi năm tới. Tuy nhiên, Booth Watson biết rõ rằng sáng nay chỉ có loạt đạn đầu tiên được bắn ra, và ông khó có thể được gọi đến cho đến chiều muộn hơn, khi ông sẽ thẩm vấn ông Cyril Bennett, nhân chứng đầu tiên của bên công tố – một người thợ may kém may mắn từ phố Savile Row. Nếu mánh khóe nhỏ mà ông đã bàn bạc với thân chủ qua đêm thành công, nó sẽ khiến bồi thẩm đoàn bối rối và không chắc nên tin ai.</w:t>
      </w:r>
    </w:p>
    <w:p>
      <w:pPr>
        <w:spacing w:after="80"/>
      </w:pPr>
      <w:r>
        <w:rPr>
          <w:b w:val="0"/>
          <w:i w:val="0"/>
        </w:rPr>
        <w:t>Tiếp theo sẽ là kẻ phản bội, kẻ đang hy vọng cứu lấy mạng mình bằng cách làm nhân chứng cho Nữ hoàng để đổi lấy một bản án nhẹ hơn. Tuy nhiên, trợ lý cấp dưới của ông đã nghiên cứu kỹ lưỡng về ông Gerald Sangster và tìm ra vài chi tiết quý giá mà ngay cả Hội đồng Y khoa Tổng quát cũng đã bỏ sót.</w:t>
      </w:r>
    </w:p>
    <w:p>
      <w:pPr>
        <w:spacing w:after="80"/>
      </w:pPr>
      <w:r>
        <w:rPr>
          <w:b w:val="0"/>
          <w:i w:val="0"/>
        </w:rPr>
        <w:t>Người tiếp theo xuất hiện trong ghế nhân chứng sẽ là Thanh tra Thám tử Warwick, người mà ông nghi ngờ sẽ bị chính em gái của anh ta thẩm vấn, chứ không phải cha của họ. Một quyết định mà ông hy vọng sẽ khiến họ phải hối hận. Ngài Julian có thể đã nghĩ rằng mình có bằng chứng sắt đá, nhưng ông ta sẽ phát hiện ra điều ngược lại khi Booth Watson bóp cò. Nếu viên đạn thứ hai của ông trúng đích, sẽ không cần gọi thân chủ của ông ra làm chứng, bởi phiên tòa sẽ kết thúc và Assem được tự do bước ra bằng cửa chính, và đến lúc đó Booth Watson sẽ tăng gấp đôi thù lao của mình.</w:t>
      </w:r>
    </w:p>
    <w:p>
      <w:pPr>
        <w:spacing w:after="80"/>
      </w:pPr>
      <w:r>
        <w:rPr>
          <w:b w:val="0"/>
          <w:i w:val="0"/>
        </w:rPr>
        <w:t>‘Thêm cà phê không, thưa ngài?’</w:t>
      </w:r>
    </w:p>
    <w:p>
      <w:pPr>
        <w:spacing w:after="80"/>
      </w:pPr>
      <w:r>
        <w:rPr>
          <w:b w:val="0"/>
          <w:i w:val="0"/>
        </w:rPr>
        <w:t>‘Không,’ Booth Watson nói. Ông gấp tờ báo lại, xem đồng hồ và nói, ‘Chỉ cần tính tiền thôi.’</w:t>
      </w:r>
    </w:p>
    <w:p>
      <w:pPr>
        <w:pStyle w:val="Heading2"/>
      </w:pPr>
      <w:r>
        <w:rPr>
          <w:rFonts w:ascii="Calibri" w:hAnsi="Calibri"/>
          <w:b/>
          <w:i w:val="0"/>
          <w:sz w:val="32"/>
        </w:rPr>
        <w:t>8</w:t>
      </w:r>
    </w:p>
    <w:p>
      <w:pPr>
        <w:spacing w:after="80"/>
      </w:pPr>
      <w:r>
        <w:rPr>
          <w:b w:val="0"/>
          <w:i w:val="0"/>
        </w:rPr>
        <w:t>Cảnh sát Pankhurst ngồi ở góc trạm chờ xe buýt đông đúc, nhưng khi chuyến số 72 dừng lại, cô không bước lên. Cô có tầm nhìn hoàn hảo tới cửa trước nhà Lamont, và chừng nào còn đủ người đứng quanh chờ chuyến xe buýt tiếp theo, bất kể số nào, thì hắn ta không thể nào nhìn thấy cô.</w:t>
      </w:r>
    </w:p>
    <w:p>
      <w:pPr>
        <w:spacing w:after="80"/>
      </w:pPr>
      <w:r>
        <w:rPr>
          <w:b w:val="0"/>
          <w:i w:val="0"/>
        </w:rPr>
        <w:t>Cửa trước mở ra ngay sau bảy giờ sáng hôm đó, và Lamont bước ra, bắt đầu đi về phía trạm xe buýt. Khi một chuyến số 211 xuất hiện từ xa, cô quyết định liều một phen.</w:t>
      </w:r>
    </w:p>
    <w:p>
      <w:pPr>
        <w:spacing w:after="80"/>
      </w:pPr>
      <w:r>
        <w:rPr>
          <w:b w:val="0"/>
          <w:i w:val="0"/>
        </w:rPr>
        <w:t>Khi xe buýt tiến đến trạm, Lamont bắt đầu chạy bộ, một dấu hiệu cho cô đủ tự tin để lên xe. Cô leo cầu thang lên tầng trên và ngồi ở phía sau, không muốn mạo hiểm ngồi ở tầng dưới vì giờ đây có khả năng hắn ta có thể nhận ra cô.</w:t>
      </w:r>
    </w:p>
    <w:p>
      <w:pPr>
        <w:spacing w:after="80"/>
      </w:pPr>
      <w:r>
        <w:rPr>
          <w:b w:val="0"/>
          <w:i w:val="0"/>
        </w:rPr>
        <w:t>Rebecca nhìn ra cửa sổ và thấy Lamont đang liếc nhìn xung quanh. Khi hắn ta chắc chắn rằng cô không có mặt ở đâu cả, hắn bước lên xe. Rebecca mỉm cười. Mánh khóe của cô đã thành công. Nhưng cô vẫn lo lắng rằng vỏ bọc của mình đã bị lộ, và họ sẽ phải thay người khác. Cô có thể cảm thấy bàn tay của Emmeline Pankhurst đang vỗ vào cổ tay mình.</w:t>
      </w:r>
    </w:p>
    <w:p>
      <w:pPr>
        <w:spacing w:after="80"/>
      </w:pPr>
      <w:r>
        <w:rPr>
          <w:b w:val="0"/>
          <w:i w:val="0"/>
        </w:rPr>
        <w:t>Lamont ngồi ở chỗ quen thuộc cạnh cửa sổ ở tầng dưới. Mỗi khi xe buýt dừng lại, Rebecca đều kiểm tra xem hắn có xuống không, dù cô khá chắc chắn mình biết hắn đang đi đâu.</w:t>
      </w:r>
    </w:p>
    <w:p>
      <w:pPr>
        <w:spacing w:after="80"/>
      </w:pPr>
      <w:r>
        <w:rPr>
          <w:b w:val="0"/>
          <w:i w:val="0"/>
        </w:rPr>
        <w:t>Nhưng hôm nay ông ta không xuống ở bến quen thuộc rồi đi thẳng đến tiệm cá cược. Thay vào đó, ông ta ngồi trên xe buýt cho đến khi tới ga Victoria. Lại một cú đánh nhẹ vào cổ tay – lẽ ra cô phải đoán trước được điều đó. Suy cho cùng, tiệm cá cược phải đến chín giờ mới mở cửa.</w:t>
      </w:r>
    </w:p>
    <w:p>
      <w:pPr>
        <w:spacing w:after="80"/>
      </w:pPr>
      <w:r>
        <w:rPr>
          <w:b w:val="0"/>
          <w:i w:val="0"/>
        </w:rPr>
        <w:t xml:space="preserve">Liệu ông ta có đang đến Scotland Yard không? cô tự hỏi. Nhưng không, ông ta đi về phía tàu điện ngầm. Hẳn là tuyến Circle và một cuộc gặp bí mật khác với Jerry Summers. Nhưng cô lại bị bất ngờ lần thứ hai, khi ông ta dừng lại ở một quầy báo, mua một bao thuốc lá và một tờ </w:t>
      </w:r>
      <w:r>
        <w:rPr>
          <w:b w:val="0"/>
          <w:i/>
        </w:rPr>
        <w:t>Daily Mail</w:t>
      </w:r>
      <w:r>
        <w:rPr>
          <w:b w:val="0"/>
          <w:i w:val="0"/>
        </w:rPr>
        <w:t>. Ông ta ngồi xuống một chiếc ghế băng gần đó, châm thuốc và giả vờ đọc báo trong khi thường xuyên liếc về phía những bậc thang dẫn xuống ga tàu điện ngầm.</w:t>
      </w:r>
    </w:p>
    <w:p>
      <w:pPr>
        <w:spacing w:after="80"/>
      </w:pPr>
      <w:r>
        <w:rPr>
          <w:b w:val="0"/>
          <w:i w:val="0"/>
        </w:rPr>
        <w:t>Rebecca lẻn vào một quán cà phê và gọi một ly cappuccino. Cô ngồi xuống chỗ gần cửa sổ, nơi cho cô tầm nhìn rõ ràng về mục tiêu của mình. Cô ngờ rằng ông ta có thể thấy cô đang ngồi trong quán cà phê đông đúc, nhưng ông ta không hề liếc về phía cô lấy một lần. Mắt ông ta vẫn dán chặt vào lối vào tàu điện ngầm. Rõ ràng ông ta đang chờ ai đó. Nhưng là ai?</w:t>
      </w:r>
    </w:p>
    <w:p>
      <w:pPr>
        <w:spacing w:after="80"/>
      </w:pPr>
      <w:r>
        <w:rPr>
          <w:b w:val="0"/>
          <w:i w:val="0"/>
        </w:rPr>
        <w:t>Và rồi cô phát hiện ra con mồi của Lamont. Chỉ huy Hawksby sải bước ra khỏi ga và bắt đầu đi lên phố Victoria theo hướng Scotland Yard. DC Pankhurst chuyển sự chú ý trở lại Lamont, người đang dụi tắt điếu thuốc và gấp tờ báo lại. Ông ta đứng dậy và đi theo Hawk, nhưng không có ý định bắt kịp ông ta.</w:t>
      </w:r>
    </w:p>
    <w:p>
      <w:pPr>
        <w:spacing w:after="80"/>
      </w:pPr>
      <w:r>
        <w:rPr>
          <w:b w:val="0"/>
          <w:i w:val="0"/>
        </w:rPr>
        <w:t>Rebecca rời quán cà phê và tiếp tục bám theo Lamont. Rốt cuộc ông ta đang làm cái quái gì vậy? Một kẻ theo dõi đang theo dõi một kẻ theo dõi.</w:t>
      </w:r>
    </w:p>
    <w:p>
      <w:pPr>
        <w:spacing w:after="80"/>
      </w:pPr>
      <w:r>
        <w:rPr>
          <w:b w:val="0"/>
          <w:i w:val="0"/>
        </w:rPr>
        <w:t>Hawk tiếp tục đi về phía Scotland Yard với tốc độ nhanh, nhưng trước sự ngạc nhiên của Rebecca, khoảng giữa phố Victoria ông ta rẽ phải và biến mất khỏi tầm nhìn. Lamont giữ khoảng cách, biết rằng mình không thể mạo hiểm đến quá gần.</w:t>
      </w:r>
    </w:p>
    <w:p>
      <w:pPr>
        <w:spacing w:after="80"/>
      </w:pPr>
      <w:r>
        <w:rPr>
          <w:b w:val="0"/>
          <w:i w:val="0"/>
        </w:rPr>
        <w:t>Rebecca bước vào quảng trường và nép sau một nhóm nhỏ khách du lịch Nhật Bản đang đi về phía Nhà thờ Westminster, giương ô lên dù trời không mưa. Cô vừa kịp nhìn thấy vị chỉ huy biến mất ở phía bên hông tòa nhà rộng lớn. Lamont không đi theo ông ta, mà bước vào nhà thờ qua cửa chính, khiến Rebecca càng thêm bối rối.</w:t>
      </w:r>
    </w:p>
    <w:p>
      <w:pPr>
        <w:spacing w:after="80"/>
      </w:pPr>
      <w:r>
        <w:rPr>
          <w:b w:val="0"/>
          <w:i w:val="0"/>
        </w:rPr>
        <w:t>Cô bám sát nhóm du lịch khi họ bước vào trong, và phát hiện Lamont đang đi xuống lối đi giữa. Ông ta ngồi xuống gần phía trước, giữa vài tín đồ sùng đạo, cúi đầu, không để ý đến những người xung quanh. Rũ bỏ nhóm du lịch, Rebecca lẻn vào một dãy ghế phía sau, bị che khuất một phần bởi một cây cột đá cẩm thạch, dù cô vẫn có thể nhìn thấy Lamont, người đang quỳ gối, cúi đầu và hơi quay sang phải. Cô vẫn bối rối không hiểu tại sao Lamont lại đi theo ông sếp cũ đến tận nhà thờ rồi để ông ta ra khỏi tầm mắt. Ông ta biết điều gì mà cô không biết?</w:t>
      </w:r>
    </w:p>
    <w:p>
      <w:pPr>
        <w:spacing w:after="80"/>
      </w:pPr>
      <w:r>
        <w:rPr>
          <w:b w:val="0"/>
          <w:i w:val="0"/>
        </w:rPr>
        <w:t>Rồi đến bất ngờ thứ ba, còn gây sốc hơn nhiều, khi Rebecca thấy một người đàn ông trông giống vị chỉ huy đang chậm rãi đi lên lối đi phía nam trong bộ lễ phục thánh. Cô phải nhìn lại lần nữa, chỉ để xác nhận đó chính là Hawk. Một cái liếc nhanh về phía Lamont cho thấy cô không phải là người duy nhất đang quan sát ông ta kỹ lưỡng. Khác biệt duy nhất là ông ta rõ ràng đang mong đợi ông ta.</w:t>
      </w:r>
    </w:p>
    <w:p>
      <w:pPr>
        <w:spacing w:after="80"/>
      </w:pPr>
      <w:r>
        <w:rPr>
          <w:b w:val="0"/>
          <w:i w:val="0"/>
        </w:rPr>
        <w:t>Vị linh mục đi đến một phòng xưng tội và bước vào trong như thể đang làm nhiệm vụ giáo sĩ của mình. Một lúc sau, một người đàn ông bước vào qua cửa bên, ngồi xuống và kéo rèm lại.</w:t>
      </w:r>
    </w:p>
    <w:p>
      <w:pPr>
        <w:spacing w:after="80"/>
      </w:pPr>
      <w:r>
        <w:rPr>
          <w:b w:val="0"/>
          <w:i w:val="0"/>
        </w:rPr>
        <w:t>Giờ thì Rebecca đã biết tại sao Lamont lại quỳ gối trong nhà thờ, giả vờ cầu nguyện. Ông ta ở đó đơn giản chỉ để nhận diện UCO của vị chỉ huy để có thể cảnh báo Summers đề phòng một người đàn ông trung niên cao, gầy, hơi hói với bộ ria mép nâu. Cô nghĩ đến việc báo cho sếp mình ngay tại đó, nhưng nhận ra đó sẽ là điều cuối cùng ông ta muốn, vì khi đó tất cả vỏ bọc của họ sẽ bị lộ. Vậy nên cô ngồi yên và chờ xem điều gì sẽ xảy ra tiếp theo.</w:t>
      </w:r>
    </w:p>
    <w:p>
      <w:pPr>
        <w:spacing w:after="80"/>
      </w:pPr>
      <w:r>
        <w:rPr>
          <w:b w:val="0"/>
          <w:i w:val="0"/>
        </w:rPr>
        <w:t>Mười lăm phút sau, UCO xuất hiện trở lại. Ông ta cúi chào cây thánh giá như một người chuyên nghiệp thực thụ, trước khi đi về phía cửa tây. Lamont đứng dậy khỏi tư thế quỳ và thận trọng đi theo ông ta ra quảng trường, với Rebecca không xa phía sau. UCO giỏi thật. Ông ta dừng lại vài lần để nhìn vào cửa kính các cửa hàng, một mánh cũ để kiểm tra xem mình có bị bám đuôi không. Sau đó ông ta biến mất vào một cửa hàng trang sức, và khi bước ra, ông ta cầm một gói nhỏ. Tiếp theo là chiêu táo bạo nhất của ông ta, bước vào một khách sạn boutique kín đáo với vẻ mặt của một người đang lưu trú ở đó.</w:t>
      </w:r>
    </w:p>
    <w:p>
      <w:pPr>
        <w:spacing w:after="80"/>
      </w:pPr>
      <w:r>
        <w:rPr>
          <w:b w:val="0"/>
          <w:i w:val="0"/>
        </w:rPr>
        <w:t>Lamont không đi theo ông ta vào trong, quá mạo hiểm. Thay vào đó, ông ta quay lại theo bước chân về ga Victoria, nơi ông ta biến mất dưới lòng đất. Suy cho cùng, giờ ông ta đã biết người cung cấp tin Marlboro Man của Hawk trông như thế nào.</w:t>
      </w:r>
    </w:p>
    <w:p>
      <w:pPr>
        <w:spacing w:after="80"/>
      </w:pPr>
      <w:r>
        <w:rPr>
          <w:b w:val="0"/>
          <w:i w:val="0"/>
        </w:rPr>
        <w:t>Rebecca không tiếp tục theo Lamont, không chỉ vì cô biết ông ta đang đi đâu, mà vì cô cần báo cáo lại cho vị chỉ huy càng nhanh càng tốt.</w:t>
      </w:r>
    </w:p>
    <w:p>
      <w:pPr>
        <w:jc w:val="center"/>
      </w:pPr>
      <w:r>
        <w:drawing>
          <wp:inline xmlns:a="http://schemas.openxmlformats.org/drawingml/2006/main" xmlns:pic="http://schemas.openxmlformats.org/drawingml/2006/picture">
            <wp:extent cx="752475" cy="161926"/>
            <wp:docPr id="19" name="Picture 1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Ross để một chút thời gian trôi qua trước khi thực hiện bước đi tiếp theo. Khi đã hài lòng rằng cả ba người họ đều đã rời khỏi nhà thờ và sẽ không quay lại, ông ta chậm rãi đi về phía phòng xưng tội, và bước vào trong.</w:t>
      </w:r>
    </w:p>
    <w:p>
      <w:pPr>
        <w:spacing w:after="80"/>
      </w:pPr>
      <w:r>
        <w:rPr>
          <w:b w:val="0"/>
          <w:i w:val="0"/>
        </w:rPr>
        <w:t>‘Lamont đã theo ông đến đây, thưa ngài,’ là những lời mở đầu của ông ta, sau khi đã kéo rèm lại. ‘Và khi người sám hối vô tội của ngài cuối cùng rời đi, ông ta đã theo anh ta ra khỏi nhà thờ và chưa quay lại.’</w:t>
      </w:r>
    </w:p>
    <w:p>
      <w:pPr>
        <w:spacing w:after="80"/>
      </w:pPr>
      <w:r>
        <w:rPr>
          <w:b w:val="0"/>
          <w:i w:val="0"/>
        </w:rPr>
        <w:t>‘Vậy thì anh ta sẽ có một chuyến đi dài đấy,’ Chim Ưng nói. ‘Anh ta là một doanh nhân từ Montreal, muốn thú nhận về việc ghé thăm một câu lạc bộ thoát y ở Soho tối qua, trước khi trở về nhà với vợ con ở Canada. Nhưng từ giờ trở đi, chúng ta sẽ phải thay đổi địa điểm và cách trao đổi tin nhắn trong tương lai.’</w:t>
      </w:r>
    </w:p>
    <w:p>
      <w:pPr>
        <w:spacing w:after="80"/>
      </w:pPr>
      <w:r>
        <w:rPr>
          <w:b w:val="0"/>
          <w:i w:val="0"/>
        </w:rPr>
        <w:t>‘Hiểu rồi,’ Marlboro Man nói. ‘Mà tiện thể, cô gái mới cũng giỏi đấy.’</w:t>
      </w:r>
    </w:p>
    <w:p>
      <w:pPr>
        <w:spacing w:after="80"/>
      </w:pPr>
      <w:r>
        <w:rPr>
          <w:b w:val="0"/>
          <w:i w:val="0"/>
        </w:rPr>
        <w:t>‘Cô gái mới?’</w:t>
      </w:r>
    </w:p>
    <w:p>
      <w:pPr>
        <w:spacing w:after="80"/>
      </w:pPr>
      <w:r>
        <w:rPr>
          <w:b w:val="0"/>
          <w:i w:val="0"/>
        </w:rPr>
        <w:t>‘Người đi theo Lamont ra khỏi nhà thờ ấy. Lúc đó tôi mới để ý thấy cô ta. Sẽ thú vị lắm khi biết cuối cùng tất cả bọn họ đều đi đâu.’</w:t>
      </w:r>
    </w:p>
    <w:p>
      <w:pPr>
        <w:spacing w:after="80"/>
      </w:pPr>
      <w:r>
        <w:rPr>
          <w:b w:val="0"/>
          <w:i w:val="0"/>
        </w:rPr>
        <w:t>Hawksby mỉm cười, vì ông đoán DC Pankhurst hẳn đang ngồi ngoài văn phòng chờ để kể cho ông nghe những gì cô vừa thấy.</w:t>
      </w:r>
    </w:p>
    <w:p>
      <w:pPr>
        <w:spacing w:after="80"/>
      </w:pPr>
      <w:r>
        <w:rPr>
          <w:b w:val="0"/>
          <w:i w:val="0"/>
        </w:rPr>
        <w:t>‘Lần tới gặp nhau,’ ông nói, ‘tôi sẽ phải di chuyển.’ Một thông điệp mã hóa mà MM hiểu hoàn toàn. ‘Nhưng cho đến lúc đó, con trai ạ, hãy ra đi bình an, và cầu Chúa nhân từ ban phước cho con, bởi nhiệm vụ tiếp theo của con sẽ là cứu một kẻ tội lỗi mà ta e rằng đã hết đường cứu vãn.’</w:t>
      </w:r>
    </w:p>
    <w:p>
      <w:pPr>
        <w:jc w:val="center"/>
      </w:pPr>
      <w:r>
        <w:drawing>
          <wp:inline xmlns:a="http://schemas.openxmlformats.org/drawingml/2006/main" xmlns:pic="http://schemas.openxmlformats.org/drawingml/2006/picture">
            <wp:extent cx="752475" cy="161926"/>
            <wp:docPr id="20" name="Picture 2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Phải hai tuần sau PC Nicky Bailey mới tình cờ gặp DS Summers, dù cô đã thường xuyên ghé vào căng tin cảnh sát mỗi khi có dịp dù là nhỏ nhất. Cô đã bắt đầu hình thành nhận định về người đàn ông mà cô được giao phải theo dõi sát sao, dù cô chỉ có thể nghe lén các cuộc trò chuyện của đồng nghiệp mỗi khi tên anh ta được nhắc đến. Cô chưa bao giờ tỏ ra quan tâm dù chỉ một chút trước những bình luận của họ hay đặt bất kỳ câu hỏi nào.</w:t>
      </w:r>
    </w:p>
    <w:p>
      <w:pPr>
        <w:spacing w:after="80"/>
      </w:pPr>
      <w:r>
        <w:rPr>
          <w:b w:val="0"/>
          <w:i w:val="0"/>
        </w:rPr>
        <w:t>Những từ như ‘may mắn’, ‘kẻ liều lĩnh’, và ‘thợ bắt trộm giỏi’ là những cụm từ phổ biến, kèm theo lời khuyên cho bất kỳ nữ tân binh nào là đừng về căn hộ của anh ta một mình, đặc biệt nếu họ đã uống quá chén. Nicky đã hình thành nhận định về tính cách của Summers từ lâu trước khi anh thong thả bước vào căng tin sáng hôm đó, nhưng thực tế lại là điều cô không ngờ tới.</w:t>
      </w:r>
    </w:p>
    <w:p>
      <w:pPr>
        <w:spacing w:after="80"/>
      </w:pPr>
      <w:r>
        <w:rPr>
          <w:b w:val="0"/>
          <w:i w:val="0"/>
        </w:rPr>
        <w:t>Trung sĩ Thám tử Jerry Summers cao sáu foot hai, thân hình vạm vỡ, với mái tóc vàng óng bù xù và đôi mắt xanh sắc lẹm khiến cô nhớ đến Paul Newman. Cô cố không nhìn lần thứ hai, nhưng chẳng có mấy lựa chọn khi anh băng qua phòng và ngồi xuống cạnh cô. Dù được tâng bốc, Nicky biết đó chỉ vì cô là cô gái mới trong nhóm. Tuy vậy, cô vẫn tò mò muốn biết cách tiếp cận của anh sẽ như thế nào: tinh tế, thô lỗ, quyến rũ? Hay có lẽ là sự kết hợp của cả ba?</w:t>
      </w:r>
    </w:p>
    <w:p>
      <w:pPr>
        <w:spacing w:after="80"/>
      </w:pPr>
      <w:r>
        <w:rPr>
          <w:b w:val="0"/>
          <w:i w:val="0"/>
        </w:rPr>
        <w:t>DS Roycroft đã nói rõ rằng cô phải tìm hiểu càng nhiều càng tốt về những gì Summers đang làm mà không được đến quá gần anh ta. Nếu cô làm vậy, Jackie đã cảnh báo cô sẽ bị rút khỏi nhiệm vụ, và tệ hơn, bị loại khỏi đội của William hoàn toàn. Cô có lẽ sẽ kết thúc ở bộ phận điều tiết giao thông ở một quận ngoại vi. Không nằm trong kế hoạch sự nghiệp của cô.</w:t>
      </w:r>
    </w:p>
    <w:p>
      <w:pPr>
        <w:spacing w:after="80"/>
      </w:pPr>
      <w:r>
        <w:rPr>
          <w:b w:val="0"/>
          <w:i w:val="0"/>
        </w:rPr>
        <w:t>‘Chào. Jerry Summers.’</w:t>
      </w:r>
    </w:p>
    <w:p>
      <w:pPr>
        <w:spacing w:after="80"/>
      </w:pPr>
      <w:r>
        <w:rPr>
          <w:b w:val="0"/>
          <w:i w:val="0"/>
        </w:rPr>
        <w:t>‘Nicky Bailey,’ cô đáp, cẩn thận giữ giọng như thể không biết anh ta tự coi mình quan trọng đến mức nào.</w:t>
      </w:r>
    </w:p>
    <w:p>
      <w:pPr>
        <w:spacing w:after="80"/>
      </w:pPr>
      <w:r>
        <w:rPr>
          <w:b w:val="0"/>
          <w:i w:val="0"/>
        </w:rPr>
        <w:t>‘Cô mới đến quanh đây nhỉ.’</w:t>
      </w:r>
    </w:p>
    <w:p>
      <w:pPr>
        <w:spacing w:after="80"/>
      </w:pPr>
      <w:r>
        <w:rPr>
          <w:b w:val="0"/>
          <w:i w:val="0"/>
        </w:rPr>
        <w:t>‘Nhưng không còn non nớt đâu,’ cô nói với vẻ khinh khỉnh.</w:t>
      </w:r>
    </w:p>
    <w:p>
      <w:pPr>
        <w:spacing w:after="80"/>
      </w:pPr>
      <w:r>
        <w:rPr>
          <w:b w:val="0"/>
          <w:i w:val="0"/>
        </w:rPr>
        <w:t>Anh bật cười. ‘Vậy thì tôi phải cẩn thận rồi, phải không?’</w:t>
      </w:r>
    </w:p>
    <w:p>
      <w:pPr>
        <w:spacing w:after="80"/>
      </w:pPr>
      <w:r>
        <w:rPr>
          <w:b w:val="0"/>
          <w:i w:val="0"/>
        </w:rPr>
        <w:t>‘Có lẽ nên thế. Nhất là khi tôi đang có người yêu rồi,’ cô nói, thêm một dòng nữa vào câu chuyện bối cảnh của mình.</w:t>
      </w:r>
    </w:p>
    <w:p>
      <w:pPr>
        <w:spacing w:after="80"/>
      </w:pPr>
      <w:r>
        <w:rPr>
          <w:b w:val="0"/>
          <w:i w:val="0"/>
        </w:rPr>
        <w:t>‘Anh thật may mắn. Thôi, tôi phải đi đây. Còn tội phạm phải bắt. Chúc một ngày tốt lành, ngài cảnh sát.’</w:t>
      </w:r>
    </w:p>
    <w:p>
      <w:pPr>
        <w:spacing w:after="80"/>
      </w:pPr>
      <w:r>
        <w:rPr>
          <w:b w:val="0"/>
          <w:i w:val="0"/>
        </w:rPr>
        <w:t>Nicky đã chuẩn bị sẵn câu thoại tiếp theo, nhưng anh ta đã đi được nửa đường tới cửa trước khi cô kịp nói ra, và anh ta không hề ngoảnh lại.</w:t>
      </w:r>
    </w:p>
    <w:p>
      <w:pPr>
        <w:pStyle w:val="Heading2"/>
      </w:pPr>
      <w:r>
        <w:rPr>
          <w:rFonts w:ascii="Calibri" w:hAnsi="Calibri"/>
          <w:b/>
          <w:i w:val="0"/>
          <w:sz w:val="32"/>
        </w:rPr>
        <w:t>9</w:t>
      </w:r>
    </w:p>
    <w:p>
      <w:pPr>
        <w:spacing w:after="80"/>
      </w:pPr>
      <w:r>
        <w:rPr>
          <w:b w:val="0"/>
          <w:i w:val="0"/>
        </w:rPr>
        <w:t>‘TẤT CẢ HÃY ĐỨNG DẬY!’ thư ký tòa án gầm lên.</w:t>
      </w:r>
    </w:p>
    <w:p>
      <w:pPr>
        <w:spacing w:after="80"/>
      </w:pPr>
      <w:r>
        <w:rPr>
          <w:b w:val="0"/>
          <w:i w:val="0"/>
        </w:rPr>
        <w:t>Ngài Thẩm phán Whittaker bước vào phòng xử án số một và thấy nó trông giống như đêm khai mạc tại một nhà hát ở West End hơn là buổi sáng đầu tiên của một phiên tòa tại Old Bailey. Các diễn viên, các nhà phê bình và khán giả chật kín chỗ ngồi đều đã yên vị, chờ màn kịch được kéo lên.</w:t>
      </w:r>
    </w:p>
    <w:p>
      <w:pPr>
        <w:spacing w:after="80"/>
      </w:pPr>
      <w:r>
        <w:rPr>
          <w:b w:val="0"/>
          <w:i w:val="0"/>
        </w:rPr>
        <w:t>Vị thẩm phán biết rằng bổn phận của ông là phải trung lập và không thiên vị, và phải đảm bảo bồi thẩm đoàn có đủ mọi cơ hội để đưa ra phán quyết, dựa trên bằng chứng, vượt qua mọi nghi ngờ hợp lý. Trước khi được bổ nhiệm vào ghế thẩm phán, ông đã làm QC (luật sư cấp cao của Vương quốc Anh) trong nhiều năm, và ông tin rằng trong suốt sự nghiệp của mình, ông đã chứng kiến rất ít, nếu có, những vụ án oan sai nghiêm trọng. Nhưng sau khi đọc các bản trình bày cho vụ án này, thật khó để không hình thành một ý kiến bất lợi về bị cáo từ rất lâu trước khi bồi thẩm đoàn bước vào chỗ ngồi của họ.</w:t>
      </w:r>
    </w:p>
    <w:p>
      <w:pPr>
        <w:spacing w:after="80"/>
      </w:pPr>
      <w:r>
        <w:rPr>
          <w:b w:val="0"/>
          <w:i w:val="0"/>
        </w:rPr>
        <w:t>Điều khiến vị thẩm phán càng khó xử hơn là ông đã phải đấu tranh với lương tâm của mình, vì cậu con trai út của ông đã bị đuổi học khỏi trường đại học sau khi bị bắt quả tang hút cần sa trong phòng của mình. Ông biết rõ rằng rất nhiều sinh viên đại học thử nghiệm với ma túy, nhưng Roddy lại gặp vận rủi là bị bắt. Ông đã đề nghị với Lord Chancellor (Đại Pháp quan) rằng, trong hoàn cảnh này, có lẽ nên cân nhắc một thẩm phán khác cho vụ án này. Tuy nhiên, Lord Havers vẫn kiên quyết. Ông ta cần một thẩm phán giàu kinh nghiệm, được kính trọng để chủ trì một phiên tòa nổi bật như vậy.</w:t>
      </w:r>
    </w:p>
    <w:p>
      <w:pPr>
        <w:spacing w:after="80"/>
      </w:pPr>
      <w:r>
        <w:rPr>
          <w:b w:val="0"/>
          <w:i w:val="0"/>
        </w:rPr>
        <w:t>Ngài Thẩm phán Whittaker ngồi vào chiếc ghế da lưng cao ở giữa bục, sắp xếp lại chiếc áo choàng đỏ dài của mình và chỉnh lại bộ tóc giả cổ xưa, thứ mà, giống như chiếc mũ của một cầu thủ cricket thi đấu Test, cho thấy ông đã trải qua bao nhiêu trận.</w:t>
      </w:r>
    </w:p>
    <w:p>
      <w:pPr>
        <w:spacing w:after="80"/>
      </w:pPr>
      <w:r>
        <w:rPr>
          <w:b w:val="0"/>
          <w:i w:val="0"/>
        </w:rPr>
        <w:t>Ông nhìn xuống bàn của các luật sư, ý thức rất rõ rằng thành kiến tiếp theo của ông sẽ khó che giấu hơn.</w:t>
      </w:r>
    </w:p>
    <w:p>
      <w:pPr>
        <w:spacing w:after="80"/>
      </w:pPr>
      <w:r>
        <w:rPr>
          <w:b w:val="0"/>
          <w:i w:val="0"/>
        </w:rPr>
        <w:t>Ông ngưỡng mộ Ngài Julian Warwick, cả với tư cách một luật sư biện hộ lẫn một người bạn đồng nghiệp trong đoàn luật sư. Một người sẽ làm mọi thứ trong khả năng của mình để thắng một vụ án mà không bao giờ vượt quá giới hạn.</w:t>
      </w:r>
    </w:p>
    <w:p>
      <w:pPr>
        <w:spacing w:after="80"/>
      </w:pPr>
      <w:r>
        <w:rPr>
          <w:b w:val="0"/>
          <w:i w:val="0"/>
        </w:rPr>
        <w:t>Ngược lại, Ngài Booth Watson thì không biết giới hạn nằm ở đâu. Mối quan tâm duy nhất của ông ta là thắng bằng bất cứ giá nào, và vị thẩm phán đã lo ngại rằng, khi phiên tòa tiến triển, luật sư bào chữa sẽ thử thách sự kiên nhẫn của ông đến giới hạn. Tuy nhiên, ông quyết tâm không để bị khiêu khích. Qua nhiều năm, Booth Watson bằng cách nào đó đã thoát khỏi cơn thịnh nộ trọn vẹn của Bar Council (Hội đồng Luật sư), nơi đã rút thẻ vàng với ông ta vài lần, nhưng chưa bao giờ rút thẻ đỏ. Nhưng chắc chắn ngay cả ông ta cũng phải thừa nhận rằng sẽ cần một phép màu để ngăn thân chủ của mình kết thúc trong tù.</w:t>
      </w:r>
    </w:p>
    <w:p>
      <w:pPr>
        <w:spacing w:after="80"/>
      </w:pPr>
      <w:r>
        <w:rPr>
          <w:b w:val="0"/>
          <w:i w:val="0"/>
        </w:rPr>
        <w:t>Vị thẩm phán hướng sự chú ý sang bồi thẩm đoàn và nở với họ một nụ cười nhân từ. Điều quan trọng là họ phải tin rằng ông luôn trung lập, bởi ông biết nếu có một điều mà bồi thẩm đoàn không thể chấp nhận, thì đó là cảm giác rằng vị thẩm phán đã đưa ra quyết định ngay cả trước khi phiên tòa bắt đầu.</w:t>
      </w:r>
    </w:p>
    <w:p>
      <w:pPr>
        <w:spacing w:after="80"/>
      </w:pPr>
      <w:r>
        <w:rPr>
          <w:b w:val="0"/>
          <w:i w:val="0"/>
        </w:rPr>
        <w:t>Ông liếc nhìn bảy người đàn ông và năm người phụ nữ, những người sẽ quyết định số phận của Assem Rashidi, đặc biệt chú ý đến người đàn ông mà họ đã chọn làm chủ tọa bồi thẩm đoàn. Ông ta ngồi thẳng đơ, tạo ấn tượng là một người chuyên nghiệp có thể đã làm việc ở Square Mile (khu tài chính London). Ông ta trông như thể là một người tin tưởng vững chắc vào pháp quyền và, quan trọng không kém, rằng ông ta ý thức rõ đây có thể là một trong những quyết định quan trọng nhất trong cuộc đời mình, và về sự cần thiết phải dẫn dắt phần còn lại của bồi thẩm đoàn cùng đi với mình.</w:t>
      </w:r>
    </w:p>
    <w:p>
      <w:pPr>
        <w:spacing w:after="80"/>
      </w:pPr>
      <w:r>
        <w:rPr>
          <w:b w:val="0"/>
          <w:i w:val="0"/>
        </w:rPr>
        <w:t>‘Thưa quý vị bồi thẩm đoàn,’ vị thẩm phán nói. ‘Trước khi phiên tòa bắt đầu, tôi cảm thấy nên báo cho quý vị về một điều bất thường liên quan đến vụ án cụ thể này . . .’</w:t>
      </w:r>
    </w:p>
    <w:p>
      <w:pPr>
        <w:spacing w:after="80"/>
      </w:pPr>
      <w:r>
        <w:rPr>
          <w:b w:val="0"/>
          <w:i w:val="0"/>
        </w:rPr>
        <w:t>Cả mười hai bồi thẩm viên đều dán mắt vào vị thẩm phán.</w:t>
      </w:r>
    </w:p>
    <w:p>
      <w:pPr>
        <w:spacing w:after="80"/>
      </w:pPr>
      <w:r>
        <w:rPr>
          <w:b w:val="0"/>
          <w:i w:val="0"/>
        </w:rPr>
        <w:t>‘Lần này, phía Công tố sẽ do Ngài Julian Warwick QC đại diện, trong khi con gái ông, cô Grace Warwick, sẽ đóng vai trò trợ lý cho ông. Điều đó tự nó không có gì lạ. Tuy nhiên, con trai của Ngài Julian, Thanh tra Thám tử William Warwick, có thể sẽ được triệu tập để ra làm nhân chứng của phía Công tố vào một thời điểm nào đó. Do đó, tôi đã tự mình hỏi Ngài Booth Watson xem ông ấy có phản đối gì về sự sắp xếp này không, và ông ấy đã đảm bảo với tôi rằng không. Nhưng trong hoàn cảnh này, tôi muốn ông ấy xác nhận điều đó trước sự chứng kiến của quý vị.’</w:t>
      </w:r>
    </w:p>
    <w:p>
      <w:pPr>
        <w:spacing w:after="80"/>
      </w:pPr>
      <w:r>
        <w:rPr>
          <w:b w:val="0"/>
          <w:i w:val="0"/>
        </w:rPr>
        <w:t>Booth Watson từ từ đứng dậy khỏi chỗ ngồi, và với vẻ mặt gần như là một nụ cười, nói: "Tôi không phản đối, thưa Ngài; thực ra, tôi hoan nghênh điều đó."</w:t>
      </w:r>
    </w:p>
    <w:p>
      <w:pPr>
        <w:spacing w:after="80"/>
      </w:pPr>
      <w:r>
        <w:rPr>
          <w:b w:val="0"/>
          <w:i w:val="0"/>
        </w:rPr>
        <w:t>Vẻ mặt của công tố viên Hoàng gia không để lộ điều gì, nhưng Ngài Julian phải thừa nhận Booth Watson đã thắng hiệp mở màn trước khi tiếng chuông vang lên.</w:t>
      </w:r>
    </w:p>
    <w:p>
      <w:pPr>
        <w:spacing w:after="80"/>
      </w:pPr>
      <w:r>
        <w:rPr>
          <w:b w:val="0"/>
          <w:i w:val="0"/>
        </w:rPr>
        <w:t>Vị thẩm phán quay sự chú ý trở lại với Ngài Julian, người đang kiên nhẫn chờ đợi để bắt đầu phiên xử. Giá đỡ bằng gỗ nhỏ của ông đã được dựng lên, với bài phát biểu mở đầu đặt sẵn. Ông liếc nhìn sang Booth Watson, người đang ngồi ở đầu kia của bàn luật sư, đang tỉa móng tay, tỏ ra vẻ thờ ơ lãnh đạm với mọi thứ đang diễn ra xung quanh.</w:t>
      </w:r>
    </w:p>
    <w:p>
      <w:pPr>
        <w:spacing w:after="80"/>
      </w:pPr>
      <w:r>
        <w:rPr>
          <w:b w:val="0"/>
          <w:i w:val="0"/>
        </w:rPr>
        <w:t>Thư ký tòa án đứng dậy khỏi chỗ ngồi và quay mặt về phía ghế bị cáo.</w:t>
      </w:r>
    </w:p>
    <w:p>
      <w:pPr>
        <w:spacing w:after="80"/>
      </w:pPr>
      <w:r>
        <w:rPr>
          <w:b w:val="0"/>
          <w:i w:val="0"/>
        </w:rPr>
        <w:t>"Xin mời bị cáo đứng lên," ông ta nói với giọng trang trọng.</w:t>
      </w:r>
    </w:p>
    <w:p>
      <w:pPr>
        <w:spacing w:after="80"/>
      </w:pPr>
      <w:r>
        <w:rPr>
          <w:b w:val="0"/>
          <w:i w:val="0"/>
        </w:rPr>
        <w:t>Rashidi đứng dậy. Mặc bộ vest may đo riêng, áo sơ mi trắng và cà vạt lụa xanh, anh ta trông đúng chuẩn một chủ tịch công ty ở City, người mà chẳng biết Brixton nằm ở đâu.</w:t>
      </w:r>
    </w:p>
    <w:p>
      <w:pPr>
        <w:spacing w:after="80"/>
      </w:pPr>
      <w:r>
        <w:rPr>
          <w:b w:val="0"/>
          <w:i w:val="0"/>
        </w:rPr>
        <w:t>"Về tội danh thứ nhất, sản xuất chất ma túy bị kiểm soát, ông nhận tội hay không nhận tội?"</w:t>
      </w:r>
    </w:p>
    <w:p>
      <w:pPr>
        <w:spacing w:after="80"/>
      </w:pPr>
      <w:r>
        <w:rPr>
          <w:b w:val="0"/>
          <w:i w:val="0"/>
        </w:rPr>
        <w:t>"Không nhận tội."</w:t>
      </w:r>
    </w:p>
    <w:p>
      <w:pPr>
        <w:spacing w:after="80"/>
      </w:pPr>
      <w:r>
        <w:rPr>
          <w:b w:val="0"/>
          <w:i w:val="0"/>
        </w:rPr>
        <w:t>"Và về tội danh thứ hai, tàng trữ chất ma túy bị kiểm soát với ý định phân phối, ông nhận tội hay không nhận tội?"</w:t>
      </w:r>
    </w:p>
    <w:p>
      <w:pPr>
        <w:spacing w:after="80"/>
      </w:pPr>
      <w:r>
        <w:rPr>
          <w:b w:val="0"/>
          <w:i w:val="0"/>
        </w:rPr>
        <w:t>"Không nhận tội," bị cáo lặp lại.</w:t>
      </w:r>
    </w:p>
    <w:p>
      <w:pPr>
        <w:spacing w:after="80"/>
      </w:pPr>
      <w:r>
        <w:rPr>
          <w:b w:val="0"/>
          <w:i w:val="0"/>
        </w:rPr>
        <w:t>"Và về tội danh thứ ba, tàng trữ chất ma túy bị kiểm soát, ông nhận tội hay không nhận tội?"</w:t>
      </w:r>
    </w:p>
    <w:p>
      <w:pPr>
        <w:spacing w:after="80"/>
      </w:pPr>
      <w:r>
        <w:rPr>
          <w:b w:val="0"/>
          <w:i w:val="0"/>
        </w:rPr>
        <w:t>"Không nhận tội."</w:t>
      </w:r>
    </w:p>
    <w:p>
      <w:pPr>
        <w:spacing w:after="80"/>
      </w:pPr>
      <w:r>
        <w:rPr>
          <w:b w:val="0"/>
          <w:i w:val="0"/>
        </w:rPr>
        <w:t>Vị thẩm phán chờ cho phiên tòa ổn định rồi mới nói: "Ngài Julian, ông có thể bắt đầu phiên xử bằng cách trình bày bài phát biểu mở đầu của mình không?"</w:t>
      </w:r>
    </w:p>
    <w:p>
      <w:pPr>
        <w:spacing w:after="80"/>
      </w:pPr>
      <w:r>
        <w:rPr>
          <w:b w:val="0"/>
          <w:i w:val="0"/>
        </w:rPr>
        <w:t>"Cảm ơn Ngài," vị luật sư đại diện Hoàng gia nói. Ông từ từ đứng dậy khỏi chỗ ngồi, cúi chào vị thẩm phán, và nhìn xuống trang đầu tiên của bản thảo, thứ mà ông gần như thuộc lòng.</w:t>
      </w:r>
    </w:p>
    <w:p>
      <w:pPr>
        <w:spacing w:after="80"/>
      </w:pPr>
      <w:r>
        <w:rPr>
          <w:b w:val="0"/>
          <w:i w:val="0"/>
        </w:rPr>
        <w:t>"Thưa Ngài, thưa các thành viên bồi thẩm đoàn," ông bắt đầu, "hôm nay tôi đứng trước quý vị với tư cách đại diện cho Hoàng gia, trong khi người bạn đồng nghiệp uyên bác của tôi, ông Booth Watson QC, đại diện cho bị cáo." Ông hầu như không liếc nhìn đối thủ của mình, và chắc chắn không cúi chào.</w:t>
      </w:r>
    </w:p>
    <w:p>
      <w:pPr>
        <w:spacing w:after="80"/>
      </w:pPr>
      <w:r>
        <w:rPr>
          <w:b w:val="0"/>
          <w:i w:val="0"/>
        </w:rPr>
        <w:t>"Tôi mở đầu phần trình bày của Hoàng gia bằng việc nói với quý vị rằng trong suốt những năm tháng hành nghề luật của tôi . . ."</w:t>
      </w:r>
    </w:p>
    <w:p>
      <w:pPr>
        <w:spacing w:after="80"/>
      </w:pPr>
      <w:r>
        <w:rPr>
          <w:b w:val="0"/>
          <w:i w:val="0"/>
        </w:rPr>
        <w:t>Bồi thẩm đoàn chăm chú lắng nghe từng lời của Ngài Julian, như bồi thẩm đoàn vẫn thường làm trong ngày đầu tiên của bất kỳ phiên tòa nào. Vị thẩm phán đã có thể nhận ra rằng vị luật sư cao cấp của bên nguyên hôm nay đang đặc biệt sung sức, và những lời kết luận của ông hẳn sẽ khiến không ai còn nghi ngờ gì về điều ông tin rằng bản án chắc chắn phải là gì.</w:t>
      </w:r>
    </w:p>
    <w:p>
      <w:pPr>
        <w:spacing w:after="80"/>
      </w:pPr>
      <w:r>
        <w:rPr>
          <w:b w:val="0"/>
          <w:i w:val="0"/>
        </w:rPr>
        <w:t>‘Chính các vị, và chỉ các vị mà thôi,’ Ngài Julian tuyên bố, nhìn thẳng vào bồi thẩm đoàn, ‘sẽ quyết định số phận của người đàn ông đang đứng trong vành móng ngựa. Sau khi các vị đã xem xét mọi bằng chứng trong vụ án này, tôi muốn các vị hãy tưởng tượng rằng chính đứa con của các vị là người đã phải chịu đựng dưới bàn tay của kẻ vô lương tâm này.’</w:t>
      </w:r>
    </w:p>
    <w:p>
      <w:pPr>
        <w:spacing w:after="80"/>
      </w:pPr>
      <w:r>
        <w:rPr>
          <w:b w:val="0"/>
          <w:i w:val="0"/>
        </w:rPr>
        <w:t>Vị thẩm phán bất giác rùng mình, và ông hy vọng không ai để ý thấy.</w:t>
      </w:r>
    </w:p>
    <w:p>
      <w:pPr>
        <w:spacing w:after="80"/>
      </w:pPr>
      <w:r>
        <w:rPr>
          <w:b w:val="0"/>
          <w:i w:val="0"/>
        </w:rPr>
        <w:t>‘Thế giới chắc chắn sẽ là một nơi tốt đẹp hơn nếu Assem Rashidi không được sinh ra. Giờ đây các vị có quyền trong tay để bảo đảm rằng hắn sẽ không bao giờ có thể hủy hoại cuộc đời của những người trẻ, những người dễ bị tổn thương và những người không nơi nương tựa trong xã hội chúng ta nữa. Chính đứa con của các vị,’ ông nhắc lại, mắt không rời khỏi bồi thẩm đoàn.</w:t>
      </w:r>
    </w:p>
    <w:p>
      <w:pPr>
        <w:spacing w:after="80"/>
      </w:pPr>
      <w:r>
        <w:rPr>
          <w:b w:val="0"/>
          <w:i w:val="0"/>
        </w:rPr>
        <w:t>Khi Ngài Julian trở về chỗ ngồi, bồi thẩm đoàn trông như thể họ sẵn lòng khôi phục án tử hình, trong khi các nhà báo vội vã lao ra khỏi phòng xử án để mang đến cho biên tập viên của mình tiêu đề cho số báo ngày mai, CHÍNH ĐỨA CON CỦA CÁC VỊ, ý thức rằng bất cứ điều gì được nói trong phiên tòa đều có thể được in bằng chữ hoa mà không sợ bị kiện vì tội phỉ báng.</w:t>
      </w:r>
    </w:p>
    <w:p>
      <w:pPr>
        <w:spacing w:after="80"/>
      </w:pPr>
      <w:r>
        <w:rPr>
          <w:b w:val="0"/>
          <w:i w:val="0"/>
        </w:rPr>
        <w:t>‘Cảm ơn Ngài Julian,’ vị thẩm phán nói. ‘Ngài có thể gọi nhân chứng đầu tiên của mình.’</w:t>
      </w:r>
    </w:p>
    <w:p>
      <w:pPr>
        <w:jc w:val="center"/>
      </w:pPr>
      <w:r>
        <w:drawing>
          <wp:inline xmlns:a="http://schemas.openxmlformats.org/drawingml/2006/main" xmlns:pic="http://schemas.openxmlformats.org/drawingml/2006/picture">
            <wp:extent cx="752475" cy="161926"/>
            <wp:docPr id="21" name="Picture 2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‘Nhưng liệu anh ta có biết rằng chúng ta biết anh ta biết không?’ vị chỉ huy hỏi.</w:t>
      </w:r>
    </w:p>
    <w:p>
      <w:pPr>
        <w:spacing w:after="80"/>
      </w:pPr>
      <w:r>
        <w:rPr>
          <w:b w:val="0"/>
          <w:i w:val="0"/>
        </w:rPr>
        <w:t>‘Tôi không nghĩ vậy, thưa ngài,’ Rebecca nói, ‘bởi vì cả hai chúng tôi đều đi theo nhầm người ra khỏi nhà thờ, và cuối cùng lại đến khách sạn Goring. Vậy nên cả hai chúng tôi đều không biết Marlboro Man trông như thế nào.’</w:t>
      </w:r>
    </w:p>
    <w:p>
      <w:pPr>
        <w:spacing w:after="80"/>
      </w:pPr>
      <w:r>
        <w:rPr>
          <w:b w:val="0"/>
          <w:i w:val="0"/>
        </w:rPr>
        <w:t>‘Cứ để mọi chuyện như vậy đi,’ Chim Ưng nói.</w:t>
      </w:r>
    </w:p>
    <w:p>
      <w:pPr>
        <w:spacing w:after="80"/>
      </w:pPr>
      <w:r>
        <w:rPr>
          <w:b w:val="0"/>
          <w:i w:val="0"/>
        </w:rPr>
        <w:t>‘Nhưng tại sao Lamont lại cần biết MM là ai?’ Paul hỏi. ‘Đó mới là điều bí ẩn thực sự.’</w:t>
      </w:r>
    </w:p>
    <w:p>
      <w:pPr>
        <w:spacing w:after="80"/>
      </w:pPr>
      <w:r>
        <w:rPr>
          <w:b w:val="0"/>
          <w:i w:val="0"/>
        </w:rPr>
        <w:t>‘Tôi đoán,’ Jackie nói, ‘là anh ta nghi ngờ mình vẫn đang bị theo dõi, sau khi có một ít tiền biến mất sau vụ ba túi đầy.’</w:t>
      </w:r>
    </w:p>
    <w:p>
      <w:pPr>
        <w:spacing w:after="80"/>
      </w:pPr>
      <w:r>
        <w:rPr>
          <w:b w:val="0"/>
          <w:i w:val="0"/>
        </w:rPr>
        <w:t>‘Từng xu đều đã được trả lại,’ Chim Ưng đột ngột nói.</w:t>
      </w:r>
    </w:p>
    <w:p>
      <w:pPr>
        <w:spacing w:after="80"/>
      </w:pPr>
      <w:r>
        <w:rPr>
          <w:b w:val="0"/>
          <w:i w:val="0"/>
        </w:rPr>
        <w:t>‘Hoặc có lẽ anh ta muốn liên lạc với MM vì lý do nào đó mà chúng ta không biết?’ Rebecca gợi ý.</w:t>
      </w:r>
    </w:p>
    <w:p>
      <w:pPr>
        <w:spacing w:after="80"/>
      </w:pPr>
      <w:r>
        <w:rPr>
          <w:b w:val="0"/>
          <w:i w:val="0"/>
        </w:rPr>
        <w:t>‘Đoán mò thì chẳng ích gì,’ Chim Ưng nói. ‘Trước mắt, DC Pankhurst, hãy tiếp tục theo dõi sát sao Lamont, nhưng nếu cô nghi ngờ dù chỉ một giây rằng anh ta đã phát hiện ra cô, hãy biến mất, vì ngay khi điều đó xảy ra, chúng ta sẽ phải thay người.’</w:t>
      </w:r>
    </w:p>
    <w:p>
      <w:pPr>
        <w:spacing w:after="80"/>
      </w:pPr>
      <w:r>
        <w:rPr>
          <w:b w:val="0"/>
          <w:i w:val="0"/>
        </w:rPr>
        <w:t>‘Đã rõ,’ Rebecca nói.</w:t>
      </w:r>
    </w:p>
    <w:p>
      <w:pPr>
        <w:spacing w:after="80"/>
      </w:pPr>
      <w:r>
        <w:rPr>
          <w:b w:val="0"/>
          <w:i w:val="0"/>
        </w:rPr>
        <w:t>‘Còn cô thì sao, PC Bailey?’ Chim Ưng hỏi. ‘Cô có gì đáng để báo cáo không?’</w:t>
      </w:r>
    </w:p>
    <w:p>
      <w:pPr>
        <w:spacing w:after="80"/>
      </w:pPr>
      <w:r>
        <w:rPr>
          <w:b w:val="0"/>
          <w:i w:val="0"/>
        </w:rPr>
        <w:t>‘Không nhiều lắm,’ Nicky thừa nhận. ‘Cuối cùng tôi cũng có một cuộc gặp trực tiếp với Summers, nhưng tôi không thể nói rằng nó diễn ra suôn sẻ.’</w:t>
      </w:r>
    </w:p>
    <w:p>
      <w:pPr>
        <w:spacing w:after="80"/>
      </w:pPr>
      <w:r>
        <w:rPr>
          <w:b w:val="0"/>
          <w:i w:val="0"/>
        </w:rPr>
        <w:t>‘Cứ chờ thời đi,’ Paul nói, ‘rồi cuối cùng ông ta sẽ lộ bộ mặt thật. Cô đã kiểm tra được mấy vụ điều tra gần đây của ông ta chưa?’</w:t>
      </w:r>
    </w:p>
    <w:p>
      <w:pPr>
        <w:spacing w:after="80"/>
      </w:pPr>
      <w:r>
        <w:rPr>
          <w:b w:val="0"/>
          <w:i w:val="0"/>
        </w:rPr>
        <w:t>‘Rồi, và chúng khá ấn tượng. Ông ta đã thực hiện một loạt vụ bắt giữ trong năm qua vì tội ma túy, trộm cắp, và một vụ vì tội gây thương tích nghiêm trọng (GBH) khi ông ta rõ ràng đã thể hiện rất nhiều can đảm. Ông ta được đồng nghiệp nể phục dù không được đặc biệt yêu mến.’</w:t>
      </w:r>
    </w:p>
    <w:p>
      <w:pPr>
        <w:spacing w:after="80"/>
      </w:pPr>
      <w:r>
        <w:rPr>
          <w:b w:val="0"/>
          <w:i w:val="0"/>
        </w:rPr>
        <w:t>‘Cô có gặp điều gì trông đáng ngờ không?’ Jackie hỏi.</w:t>
      </w:r>
    </w:p>
    <w:p>
      <w:pPr>
        <w:spacing w:after="80"/>
      </w:pPr>
      <w:r>
        <w:rPr>
          <w:b w:val="0"/>
          <w:i w:val="0"/>
        </w:rPr>
        <w:t>‘Có một tên tội phạm vặt mà ông ta biến thành người cung cấp tin, đã nhiều lần đưa ra thông tin tình báo dẫn đến các vụ bắt giữ vì trộm cắp và một vụ khác vì cung cấp ma túy.’</w:t>
      </w:r>
    </w:p>
    <w:p>
      <w:pPr>
        <w:spacing w:after="80"/>
      </w:pPr>
      <w:r>
        <w:rPr>
          <w:b w:val="0"/>
          <w:i w:val="0"/>
        </w:rPr>
        <w:t>‘Bóng ma này có tên không?’ Paul hỏi.</w:t>
      </w:r>
    </w:p>
    <w:p>
      <w:pPr>
        <w:spacing w:after="80"/>
      </w:pPr>
      <w:r>
        <w:rPr>
          <w:b w:val="0"/>
          <w:i w:val="0"/>
        </w:rPr>
        <w:t>‘John Smith. Chẳng có gì độc đáo, nhưng mà không thám tử nào muốn tiết lộ danh tính của người cung cấp tin của mình. Một khi tên thật của họ bị lộ, cả hai đều mất việc.’</w:t>
      </w:r>
    </w:p>
    <w:p>
      <w:pPr>
        <w:spacing w:after="80"/>
      </w:pPr>
      <w:r>
        <w:rPr>
          <w:b w:val="0"/>
          <w:i w:val="0"/>
        </w:rPr>
        <w:t>‘Ông ta có được trả tiền cho công sức của mình không?’ the Hawk hỏi.</w:t>
      </w:r>
    </w:p>
    <w:p>
      <w:pPr>
        <w:spacing w:after="80"/>
      </w:pPr>
      <w:r>
        <w:rPr>
          <w:b w:val="0"/>
          <w:i w:val="0"/>
        </w:rPr>
        <w:t>‘Nhiều lần rồi. Hoàn toàn hợp pháp, số tiền nhỏ, luôn được người quản lý của ông ta phê duyệt, một thanh tra địa phương hiếm khi rời khỏi Romford.’</w:t>
      </w:r>
    </w:p>
    <w:p>
      <w:pPr>
        <w:spacing w:after="80"/>
      </w:pPr>
      <w:r>
        <w:rPr>
          <w:b w:val="0"/>
          <w:i w:val="0"/>
        </w:rPr>
        <w:t>‘Điều đó không phải là hiếm trong lực lượng cảnh sát,’ Hawksby nói. ‘Làm tốt lắm, PC Bailey. Và Paul nói đúng. Cứ chờ thời, vì nếu Summers có gian dối, thì chính những điều nhỏ nhặt sẽ tố cáo ông ta.’</w:t>
      </w:r>
    </w:p>
    <w:p>
      <w:pPr>
        <w:spacing w:after="80"/>
      </w:pPr>
      <w:r>
        <w:rPr>
          <w:b w:val="0"/>
          <w:i w:val="0"/>
        </w:rPr>
        <w:t>‘Như những gì?’ Nicky hỏi.</w:t>
      </w:r>
    </w:p>
    <w:p>
      <w:pPr>
        <w:spacing w:after="80"/>
      </w:pPr>
      <w:r>
        <w:rPr>
          <w:b w:val="0"/>
          <w:i w:val="0"/>
        </w:rPr>
        <w:t>‘Lối sống, quần áo, tài sản, thậm chí cả bạn gái của ông ta. Nhưng phải cẩn thận, vì nếu ông ta gian dối thì ông ta cũng có khả năng đang để mắt tới bất kỳ ai đang theo dõi mình. Vậy nên đừng vội. Được rồi, tất cả chúng ta hãy quay lại làm việc,’ viên chỉ huy nói, ‘và hy vọng rằng Booth Watson sẽ vấp phải dây giày của chính mình.’</w:t>
      </w:r>
    </w:p>
    <w:p>
      <w:pPr>
        <w:spacing w:after="80"/>
      </w:pPr>
      <w:r>
        <w:rPr>
          <w:b w:val="0"/>
          <w:i w:val="0"/>
        </w:rPr>
        <w:t>‘Ông ta đang đi giày không dây,’ Paul nói.</w:t>
      </w:r>
    </w:p>
    <w:p>
      <w:pPr>
        <w:jc w:val="center"/>
      </w:pPr>
      <w:r>
        <w:drawing>
          <wp:inline xmlns:a="http://schemas.openxmlformats.org/drawingml/2006/main" xmlns:pic="http://schemas.openxmlformats.org/drawingml/2006/picture">
            <wp:extent cx="752475" cy="161926"/>
            <wp:docPr id="22" name="Picture 2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‘Mời ông Cyril Bennett,’ thư ký tòa án nói.</w:t>
      </w:r>
    </w:p>
    <w:p>
      <w:pPr>
        <w:spacing w:after="80"/>
      </w:pPr>
      <w:r>
        <w:rPr>
          <w:b w:val="0"/>
          <w:i w:val="0"/>
        </w:rPr>
        <w:t>Một người đàn ông thấp bé, ăn mặc chỉnh tề bước vào phòng xử án và tiến về phía bục nhân chứng. Khi ông ta tuyên thệ, Grace nhận thấy bộ vest ba mảnh của ông ta gần như giống hệt bộ mà Rashidi đang mặc.</w:t>
      </w:r>
    </w:p>
    <w:p>
      <w:pPr>
        <w:spacing w:after="80"/>
      </w:pPr>
      <w:r>
        <w:rPr>
          <w:b w:val="0"/>
          <w:i w:val="0"/>
        </w:rPr>
        <w:t>‘Trước khi tôi bắt đầu phần thẩm vấn của mình, thưa Ngài,’ Sir Julian nói, ‘tôi nên chỉ ra rằng ông Bennett đã phải bị triệu tập vì ông ta miễn cưỡng ra làm chứng.’</w:t>
      </w:r>
    </w:p>
    <w:p>
      <w:pPr>
        <w:spacing w:after="80"/>
      </w:pPr>
      <w:r>
        <w:rPr>
          <w:b w:val="0"/>
          <w:i w:val="0"/>
        </w:rPr>
        <w:t>Thẩm phán gật đầu, ghi chú vào tập giấy vàng trước khi nhìn kỹ hơn nhân chứng.</w:t>
      </w:r>
    </w:p>
    <w:p>
      <w:pPr>
        <w:spacing w:after="80"/>
      </w:pPr>
      <w:r>
        <w:rPr>
          <w:b w:val="0"/>
          <w:i w:val="0"/>
        </w:rPr>
        <w:t>"Xin ông vui lòng cho biết họ tên và nghề nghiệp để ghi vào biên bản," Ngài Julian nói.</w:t>
      </w:r>
    </w:p>
    <w:p>
      <w:pPr>
        <w:spacing w:after="80"/>
      </w:pPr>
      <w:r>
        <w:rPr>
          <w:b w:val="0"/>
          <w:i w:val="0"/>
        </w:rPr>
        <w:t>"Tôi tên là Cyril Bennett. Tôi là thợ may đo riêng, và là chủ của Bennett and Reed ở phố Savile Row."</w:t>
      </w:r>
    </w:p>
    <w:p>
      <w:pPr>
        <w:spacing w:after="80"/>
      </w:pPr>
      <w:r>
        <w:rPr>
          <w:b w:val="0"/>
          <w:i w:val="0"/>
        </w:rPr>
        <w:t>"Vậy có thể nói rằng ông may comple cho một số người sành điệu nhất ở London."</w:t>
      </w:r>
    </w:p>
    <w:p>
      <w:pPr>
        <w:spacing w:after="80"/>
      </w:pPr>
      <w:r>
        <w:rPr>
          <w:b w:val="0"/>
          <w:i w:val="0"/>
        </w:rPr>
        <w:t>"Và cả xa hơn London nữa, thưa ngài."</w:t>
      </w:r>
    </w:p>
    <w:p>
      <w:pPr>
        <w:spacing w:after="80"/>
      </w:pPr>
      <w:r>
        <w:rPr>
          <w:b w:val="0"/>
          <w:i w:val="0"/>
        </w:rPr>
        <w:t>"Cho tôi hỏi ông, ông Bennett, may một bộ comple tại Bennett and Reed ở phố Savile Row tốn bao nhiêu tiền?"</w:t>
      </w:r>
    </w:p>
    <w:p>
      <w:pPr>
        <w:spacing w:after="80"/>
      </w:pPr>
      <w:r>
        <w:rPr>
          <w:b w:val="0"/>
          <w:i w:val="0"/>
        </w:rPr>
        <w:t>"Còn tùy ạ."</w:t>
      </w:r>
    </w:p>
    <w:p>
      <w:pPr>
        <w:spacing w:after="80"/>
      </w:pPr>
      <w:r>
        <w:rPr>
          <w:b w:val="0"/>
          <w:i w:val="0"/>
        </w:rPr>
        <w:t>"Hạng sang nhất thì sao?"</w:t>
      </w:r>
    </w:p>
    <w:p>
      <w:pPr>
        <w:spacing w:after="80"/>
      </w:pPr>
      <w:r>
        <w:rPr>
          <w:b w:val="0"/>
          <w:i w:val="0"/>
        </w:rPr>
        <w:t>"Có thể lên tới ba trăm bảng."</w:t>
      </w:r>
    </w:p>
    <w:p>
      <w:pPr>
        <w:spacing w:after="80"/>
      </w:pPr>
      <w:r>
        <w:rPr>
          <w:b w:val="0"/>
          <w:i w:val="0"/>
        </w:rPr>
        <w:t>"Vậy là ông chỉ phục vụ những khách hàng giàu nhất?"</w:t>
      </w:r>
    </w:p>
    <w:p>
      <w:pPr>
        <w:spacing w:after="80"/>
      </w:pPr>
      <w:r>
        <w:rPr>
          <w:b w:val="0"/>
          <w:i w:val="0"/>
        </w:rPr>
        <w:t>"Ngài nói sao thì là vậy."</w:t>
      </w:r>
    </w:p>
    <w:p>
      <w:pPr>
        <w:spacing w:after="80"/>
      </w:pPr>
      <w:r>
        <w:rPr>
          <w:b w:val="0"/>
          <w:i w:val="0"/>
        </w:rPr>
        <w:t>"Vì ba trăm bảng gần gấp đôi mức lương tuần trung bình của một người lao động ở đất nước này, nên vâng, tôi cho là vậy."</w:t>
      </w:r>
    </w:p>
    <w:p>
      <w:pPr>
        <w:spacing w:after="80"/>
      </w:pPr>
      <w:r>
        <w:rPr>
          <w:b w:val="0"/>
          <w:i w:val="0"/>
        </w:rPr>
        <w:t>"Tôi không biết mức lương tuần trung bình của một người lao động ở đất nước này là bao nhiêu."</w:t>
      </w:r>
    </w:p>
    <w:p>
      <w:pPr>
        <w:spacing w:after="80"/>
      </w:pPr>
      <w:r>
        <w:rPr>
          <w:b w:val="0"/>
          <w:i w:val="0"/>
        </w:rPr>
        <w:t>"Tôi chắc là ông không biết, ông Bennett ạ," Ngài Julian nói, mỉm cười với bồi thẩm đoàn. "Giờ đây, tôi sẽ cho ông xem một bộ comple may thủ công được tìm thấy tại căn hộ của bị cáo ở Brixton."</w:t>
      </w:r>
    </w:p>
    <w:p>
      <w:pPr>
        <w:spacing w:after="80"/>
      </w:pPr>
      <w:r>
        <w:rPr>
          <w:b w:val="0"/>
          <w:i w:val="0"/>
        </w:rPr>
        <w:t>Booth Watson lập tức đứng dậy.</w:t>
      </w:r>
    </w:p>
    <w:p>
      <w:pPr>
        <w:spacing w:after="80"/>
      </w:pPr>
      <w:r>
        <w:rPr>
          <w:b w:val="0"/>
          <w:i w:val="0"/>
        </w:rPr>
        <w:t>"Tôi phải phản đối, thưa tòa. Bên công tố không đưa ra bằng chứng nào cho thấy thân chủ của tôi từng sống ở Brixton, chứ chưa nói đến việc sở hữu một căn hộ ở đó."</w:t>
      </w:r>
    </w:p>
    <w:p>
      <w:pPr>
        <w:spacing w:after="80"/>
      </w:pPr>
      <w:r>
        <w:rPr>
          <w:b w:val="0"/>
          <w:i w:val="0"/>
        </w:rPr>
        <w:t>‘Tôi xin lỗi, thưa Ngài,’ Sir Julian nói. ‘Nhưng xin Ngài yên tâm, chúng tôi sẽ làm được. Tuy nhiên, tôi vẫn muốn ông Bennett xác nhận rằng bộ com-lê đặc biệt này được tìm thấy trong một căn hộ ở Brixton là do Bennett và Reed may. Vật chứng số chín, thưa Ngài.’</w:t>
      </w:r>
    </w:p>
    <w:p>
      <w:pPr>
        <w:spacing w:after="80"/>
      </w:pPr>
      <w:r>
        <w:rPr>
          <w:b w:val="0"/>
          <w:i w:val="0"/>
        </w:rPr>
        <w:t>Thư ký tòa án mang bộ com-lê đến chỗ nhân chứng, ông này ngắm nghía một lúc lâu nhưng không nói gì.</w:t>
      </w:r>
    </w:p>
    <w:p>
      <w:pPr>
        <w:spacing w:after="80"/>
      </w:pPr>
      <w:r>
        <w:rPr>
          <w:b w:val="0"/>
          <w:i w:val="0"/>
        </w:rPr>
        <w:t>‘Nếu ông nhìn vào chiếc nhãn đỏ đặc trưng bên trong áo khoác,’ Sir Julian nói, ‘ông sẽ thấy bộ com-lê này do Bennett và Reed may.’</w:t>
      </w:r>
    </w:p>
    <w:p>
      <w:pPr>
        <w:spacing w:after="80"/>
      </w:pPr>
      <w:r>
        <w:rPr>
          <w:b w:val="0"/>
          <w:i w:val="0"/>
        </w:rPr>
        <w:t>Nhân chứng chăm chú nhìn chiếc nhãn rồi nói: ‘Có vẻ là vậy.’</w:t>
      </w:r>
    </w:p>
    <w:p>
      <w:pPr>
        <w:spacing w:after="80"/>
      </w:pPr>
      <w:r>
        <w:rPr>
          <w:b w:val="0"/>
          <w:i w:val="0"/>
        </w:rPr>
        <w:t>‘Và ông có thấy những chữ cái viết tắt được khâu gọn gàng bên trong túi áo khoác không?’</w:t>
      </w:r>
    </w:p>
    <w:p>
      <w:pPr>
        <w:spacing w:after="80"/>
      </w:pPr>
      <w:r>
        <w:rPr>
          <w:b w:val="0"/>
          <w:i w:val="0"/>
        </w:rPr>
        <w:t>‘Vâng, tôi thấy.’</w:t>
      </w:r>
    </w:p>
    <w:p>
      <w:pPr>
        <w:spacing w:after="80"/>
      </w:pPr>
      <w:r>
        <w:rPr>
          <w:b w:val="0"/>
          <w:i w:val="0"/>
        </w:rPr>
        <w:t>‘Ông có thể cho tòa biết đó là chữ cái viết tắt của ai không?’</w:t>
      </w:r>
    </w:p>
    <w:p>
      <w:pPr>
        <w:spacing w:after="80"/>
      </w:pPr>
      <w:r>
        <w:rPr>
          <w:b w:val="0"/>
          <w:i w:val="0"/>
        </w:rPr>
        <w:t>‘Tôi không biết đó là chữ cái viết tắt của ai.’</w:t>
      </w:r>
    </w:p>
    <w:p>
      <w:pPr>
        <w:spacing w:after="80"/>
      </w:pPr>
      <w:r>
        <w:rPr>
          <w:b w:val="0"/>
          <w:i w:val="0"/>
        </w:rPr>
        <w:t>‘Nếu ông nói vậy, thưa ông Bennett. Vậy có lẽ ông có thể cho tòa biết những chữ cái viết tắt đó là gì?’</w:t>
      </w:r>
    </w:p>
    <w:p>
      <w:pPr>
        <w:spacing w:after="80"/>
      </w:pPr>
      <w:r>
        <w:rPr>
          <w:b w:val="0"/>
          <w:i w:val="0"/>
        </w:rPr>
        <w:t>‘A.R.’</w:t>
      </w:r>
    </w:p>
    <w:p>
      <w:pPr>
        <w:spacing w:after="80"/>
      </w:pPr>
      <w:r>
        <w:rPr>
          <w:b w:val="0"/>
          <w:i w:val="0"/>
        </w:rPr>
        <w:t>Một tràng bình luận xì xào vang lên từ một số người ngồi trong phòng xử án. Sir Julian đợi một lát rồi nhìn thẳng vào bồi thẩm đoàn và nhắc lại: ‘A.R.’ Sau đó ông quay lại nhìn nhân chứng miễn cưỡng kia và nói: ‘Ông đã may bộ com-lê này cho ai, thưa ông Bennett?’</w:t>
      </w:r>
    </w:p>
    <w:p>
      <w:pPr>
        <w:spacing w:after="80"/>
      </w:pPr>
      <w:r>
        <w:rPr>
          <w:b w:val="0"/>
          <w:i w:val="0"/>
        </w:rPr>
        <w:t>‘Tôi không biết nó được may cho ai,’ nhân chứng đáp. ‘Những chữ cái viết tắt đó có thể được thêm vào sau khi bộ com-lê đã được mua.’</w:t>
      </w:r>
    </w:p>
    <w:p>
      <w:pPr>
        <w:spacing w:after="80"/>
      </w:pPr>
      <w:r>
        <w:rPr>
          <w:b w:val="0"/>
          <w:i w:val="0"/>
        </w:rPr>
        <w:t>‘Vậy để tôi giúp ông dễ hơn nhé. Hôm nay ông có thấy khách hàng nào của mình trong phòng xử án không?’</w:t>
      </w:r>
    </w:p>
    <w:p>
      <w:pPr>
        <w:spacing w:after="80"/>
      </w:pPr>
      <w:r>
        <w:rPr>
          <w:b w:val="0"/>
          <w:i w:val="0"/>
        </w:rPr>
        <w:t>Ông Bennett chậm rãi nhìn quanh phòng xử án. Ánh mắt ông dừng lại thoáng chốc nơi bị cáo, rồi tiếp tục di chuyển cho đến khi cuối cùng ông ngước nhìn vị thẩm phán và nói: ‘Tôi tin rằng trước đây chúng tôi đã từng may com-lê cho Ngài, thưa Ngài.’</w:t>
      </w:r>
    </w:p>
    <w:p>
      <w:pPr>
        <w:spacing w:after="80"/>
      </w:pPr>
      <w:r>
        <w:rPr>
          <w:b w:val="0"/>
          <w:i w:val="0"/>
        </w:rPr>
        <w:t>Thẩm phán Whittaker gật đầu, trông hơi ngượng ngùng.</w:t>
      </w:r>
    </w:p>
    <w:p>
      <w:pPr>
        <w:spacing w:after="80"/>
      </w:pPr>
      <w:r>
        <w:rPr>
          <w:b w:val="0"/>
          <w:i w:val="0"/>
        </w:rPr>
        <w:t>‘Ông chưa từng thấy bị cáo trong vành móng ngựa trước đây sao?’ Sir Julian nói, cố gắng gượng lại sau cú đánh bất ngờ này.</w:t>
      </w:r>
    </w:p>
    <w:p>
      <w:pPr>
        <w:spacing w:after="80"/>
      </w:pPr>
      <w:r>
        <w:rPr>
          <w:b w:val="0"/>
          <w:i w:val="0"/>
        </w:rPr>
        <w:t>‘Không, tôi chưa,’ Bennett nói.</w:t>
      </w:r>
    </w:p>
    <w:p>
      <w:pPr>
        <w:spacing w:after="80"/>
      </w:pPr>
      <w:r>
        <w:rPr>
          <w:b w:val="0"/>
          <w:i w:val="0"/>
        </w:rPr>
        <w:t>Grace nhìn sang Rashidi, người đang nghiêng người về phía trước và chăm chăm nhìn nhân chứng, như một con cầy mangut nhìn chằm chằm con rắn hổ mang trong tầm ngắm. Cô mỉm cười khi phát hiện ra một nhãn đỏ ở mặt trong áo khoác của Rashidi. Cô viết vội một mẩu giấy và đưa sang cho cha mình.</w:t>
      </w:r>
    </w:p>
    <w:p>
      <w:pPr>
        <w:spacing w:after="80"/>
      </w:pPr>
      <w:r>
        <w:rPr>
          <w:b w:val="0"/>
          <w:i w:val="0"/>
        </w:rPr>
        <w:t>‘Nhưng ông không phủ nhận bộ com-lê này được may bởi công ty của ông, ông Bennett.’</w:t>
      </w:r>
    </w:p>
    <w:p>
      <w:pPr>
        <w:spacing w:after="80"/>
      </w:pPr>
      <w:r>
        <w:rPr>
          <w:b w:val="0"/>
          <w:i w:val="0"/>
        </w:rPr>
        <w:t>‘Tôi có thể xác nhận nó được làm trong xưởng của tôi, nhưng tôi thuê khoảng hai mươi thợ may và có hơn một trăm khách hàng trong sổ sách, bao gồm cả Ngài Chúa.’</w:t>
      </w:r>
    </w:p>
    <w:p>
      <w:pPr>
        <w:spacing w:after="80"/>
      </w:pPr>
      <w:r>
        <w:rPr>
          <w:b w:val="0"/>
          <w:i w:val="0"/>
        </w:rPr>
        <w:t>‘Tôi chắc là ông có. Tuy nhiên, tôi tự hỏi có bao nhiêu người trong số họ cao năm feet chín, vóc dáng trung bình, và có tên viết tắt A.R. Tôi tưởng tượng điều đó sẽ làm giảm con số đi đáng kể.’</w:t>
      </w:r>
    </w:p>
    <w:p>
      <w:pPr>
        <w:spacing w:after="80"/>
      </w:pPr>
      <w:r>
        <w:rPr>
          <w:b w:val="0"/>
          <w:i w:val="0"/>
        </w:rPr>
        <w:t>‘Tôi không biết.’</w:t>
      </w:r>
    </w:p>
    <w:p>
      <w:pPr>
        <w:spacing w:after="80"/>
      </w:pPr>
      <w:r>
        <w:rPr>
          <w:b w:val="0"/>
          <w:i w:val="0"/>
        </w:rPr>
        <w:t>‘Tôi nghi ngờ ông biết từng khách hàng của mình, ông Bennett,’ Ngài Julian nói với một tiếng thở dài bực bội. ‘Không hỏi thêm câu nào nữa, thưa Ngài,’ ông nói thêm trước khi ngồi xuống.</w:t>
      </w:r>
    </w:p>
    <w:p>
      <w:pPr>
        <w:spacing w:after="80"/>
      </w:pPr>
      <w:r>
        <w:rPr>
          <w:b w:val="0"/>
          <w:i w:val="0"/>
        </w:rPr>
        <w:t>‘Ông có muốn thẩm vấn nhân chứng này không, ông Booth Watson?’ vị thẩm phán hỏi.</w:t>
      </w:r>
    </w:p>
    <w:p>
      <w:pPr>
        <w:spacing w:after="80"/>
      </w:pPr>
      <w:r>
        <w:rPr>
          <w:b w:val="0"/>
          <w:i w:val="0"/>
        </w:rPr>
        <w:t>‘Chỉ vài câu hỏi thôi, thưa Ngài,’ ông nói, từ từ đứng dậy khỏi chỗ ngồi.</w:t>
      </w:r>
    </w:p>
    <w:p>
      <w:pPr>
        <w:spacing w:after="80"/>
      </w:pPr>
      <w:r>
        <w:rPr>
          <w:b w:val="0"/>
          <w:i w:val="0"/>
        </w:rPr>
        <w:t>‘Ông Bennett, tôi có thể xác nhận rằng công ty danh giá của ông chưa bao giờ may một bộ com-lê cho bị cáo không?’</w:t>
      </w:r>
    </w:p>
    <w:p>
      <w:pPr>
        <w:spacing w:after="80"/>
      </w:pPr>
      <w:r>
        <w:rPr>
          <w:b w:val="0"/>
          <w:i w:val="0"/>
        </w:rPr>
        <w:t>‘Tôi đã kiểm tra sổ sách của chúng tôi trước khi đến tòa sáng nay và không thể tìm thấy bất cứ điều gì cho thấy chúng tôi đã từng may một bộ com-lê cho ông Rashidi.’</w:t>
      </w:r>
    </w:p>
    <w:p>
      <w:pPr>
        <w:spacing w:after="80"/>
      </w:pPr>
      <w:r>
        <w:rPr>
          <w:b w:val="0"/>
          <w:i w:val="0"/>
        </w:rPr>
        <w:t>Ngài Julian đọc mẩu giấy của Grace và nhận ra nếu Rashidi bước vào ghế nhân chứng, câu nói đó sẽ khiến anh ta mắc bẫy. Ông quay lại và gật đầu với con gái mình.</w:t>
      </w:r>
    </w:p>
    <w:p>
      <w:pPr>
        <w:spacing w:after="80"/>
      </w:pPr>
      <w:r>
        <w:rPr>
          <w:b w:val="0"/>
          <w:i w:val="0"/>
        </w:rPr>
        <w:t>‘Người bạn đồng nghiệp uyên bác của tôi đã nhấn mạnh rất nhiều vào việc tên viết tắt A.R. được khâu ở mặt trong của chiếc áo khoác,’ Booth Watson nói. ‘Ông có tình cờ bao giờ may một bộ com-lê cho ông Arthur Rainsford không?’</w:t>
      </w:r>
    </w:p>
    <w:p>
      <w:pPr>
        <w:spacing w:after="80"/>
      </w:pPr>
      <w:r>
        <w:rPr>
          <w:b w:val="0"/>
          <w:i w:val="0"/>
        </w:rPr>
        <w:t>Ngài Julian trông có vẻ sững sờ.</w:t>
      </w:r>
    </w:p>
    <w:p>
      <w:pPr>
        <w:spacing w:after="80"/>
      </w:pPr>
      <w:r>
        <w:rPr>
          <w:b w:val="0"/>
          <w:i w:val="0"/>
        </w:rPr>
        <w:t>‘Tôi không biết điều đó,’ Bennett nói, đúng ngay lúc cần thiết. ‘Sao ông lại hỏi vậy?’</w:t>
      </w:r>
    </w:p>
    <w:p>
      <w:pPr>
        <w:spacing w:after="80"/>
      </w:pPr>
      <w:r>
        <w:rPr>
          <w:b w:val="0"/>
          <w:i w:val="0"/>
        </w:rPr>
        <w:t>‘Đó chỉ tình cờ là tên viết tắt của cha của con dâu người bạn đồng nghiệp uyên bác của tôi. Nhưng để tôi trấn an tòa,’ Booth Watson nói, giơ tay lên với vẻ kinh hoàng giả tạo, ‘đó chỉ là một sự trùng hợp ngẫu nhiên khác, bởi vì giống như ông Rashidi, ông Arthur Rainsford không có căn hộ ở Brixton, chưa từng may một bộ com-lê nào bởi Bennett và Reed, và không phải là kẻ buôn ma túy. Không hỏi thêm câu nào nữa,’ ông kết luận, dành cho bồi thẩm đoàn nụ cười ngọt ngào nhất của mình.</w:t>
      </w:r>
    </w:p>
    <w:p>
      <w:pPr>
        <w:jc w:val="center"/>
      </w:pPr>
      <w:r>
        <w:drawing>
          <wp:inline xmlns:a="http://schemas.openxmlformats.org/drawingml/2006/main" xmlns:pic="http://schemas.openxmlformats.org/drawingml/2006/picture">
            <wp:extent cx="752475" cy="161926"/>
            <wp:docPr id="23" name="Picture 2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‘Kìa anh chàng si tình xuất hiện,’ cô lẩm bẩm đầy khinh bỉ.</w:t>
      </w:r>
    </w:p>
    <w:p>
      <w:pPr>
        <w:spacing w:after="80"/>
      </w:pPr>
      <w:r>
        <w:rPr>
          <w:b w:val="0"/>
          <w:i w:val="0"/>
        </w:rPr>
        <w:t>Nicky ngước lên khỏi bàn mình bên cửa sổ khi Jerry Summers thong thả bước vào quán rượu và đi ngang qua chỗ đồng nghiệp đang đứng ở quầy bar, nơi một cốc bia đã chờ sẵn anh ta.</w:t>
      </w:r>
    </w:p>
    <w:p>
      <w:pPr>
        <w:spacing w:after="80"/>
      </w:pPr>
      <w:r>
        <w:rPr>
          <w:b w:val="0"/>
          <w:i w:val="0"/>
        </w:rPr>
        <w:t>‘Dù sao thì, cô cũng nên yên tâm,’ viên nữ cảnh sát (WPC) ngồi đối diện cô nói, nhấp một ngụm Coke. ‘Jerry Summers chỉ quan tâm đến mấy cô tóc vàng ngực khủng thôi.’</w:t>
      </w:r>
    </w:p>
    <w:p>
      <w:pPr>
        <w:spacing w:after="80"/>
      </w:pPr>
      <w:r>
        <w:rPr>
          <w:b w:val="0"/>
          <w:i w:val="0"/>
        </w:rPr>
        <w:t>Nicky khó mà giấu được vẻ ngạc nhiên. Liz Morgan, người cố vấn cảnh sát của cô, thường rất kín đáo khi bàn về đồng nghiệp, nhưng rõ ràng lần này thì không.</w:t>
      </w:r>
    </w:p>
    <w:p>
      <w:pPr>
        <w:spacing w:after="80"/>
      </w:pPr>
      <w:r>
        <w:rPr>
          <w:b w:val="0"/>
          <w:i w:val="0"/>
        </w:rPr>
        <w:t>‘Chị nói từ kinh nghiệm bản thân à?’ cô liều hỏi.</w:t>
      </w:r>
    </w:p>
    <w:p>
      <w:pPr>
        <w:spacing w:after="80"/>
      </w:pPr>
      <w:r>
        <w:rPr>
          <w:b w:val="0"/>
          <w:i w:val="0"/>
        </w:rPr>
        <w:t>‘Tôi trụ được vài tuần trước khi anh ta chuyển sang đối tượng khác.’</w:t>
      </w:r>
    </w:p>
    <w:p>
      <w:pPr>
        <w:spacing w:after="80"/>
      </w:pPr>
      <w:r>
        <w:rPr>
          <w:b w:val="0"/>
          <w:i w:val="0"/>
        </w:rPr>
        <w:t>‘Lâu thế cơ à?’ Nicky nói, cố tỏ ra nhẹ nhàng. ‘Nhưng công bằng mà nói, ai cũng bảo anh ta bắt trộm giỏi lắm.’</w:t>
      </w:r>
    </w:p>
    <w:p>
      <w:pPr>
        <w:spacing w:after="80"/>
      </w:pPr>
      <w:r>
        <w:rPr>
          <w:b w:val="0"/>
          <w:i w:val="0"/>
        </w:rPr>
        <w:t>‘Giỏi nhất,’ Liz thừa nhận. ‘Bắt giữ và kết án nhiều hơn bất kỳ ai trong đơn vị. Nhưng tôi nghe nói điều đó không ngăn anh ta kiếm thêm chút đỉnh bên lề.’</w:t>
      </w:r>
    </w:p>
    <w:p>
      <w:pPr>
        <w:spacing w:after="80"/>
      </w:pPr>
      <w:r>
        <w:rPr>
          <w:b w:val="0"/>
          <w:i w:val="0"/>
        </w:rPr>
        <w:t>‘Ý chị là anh ta ăn hối lộ à?’ Nicky nói, giả vờ sốc.</w:t>
      </w:r>
    </w:p>
    <w:p>
      <w:pPr>
        <w:spacing w:after="80"/>
      </w:pPr>
      <w:r>
        <w:rPr>
          <w:b w:val="0"/>
          <w:i w:val="0"/>
        </w:rPr>
        <w:t>‘Ranh giới giữa đen và trắng mong manh lắm. Có thể gọi là dễ uốn nắn. Nhưng chẳng ai phàn nàn về Summers khi anh ta có một chỉ điểm viên cung cấp tin đều đặn như vậy.’</w:t>
      </w:r>
    </w:p>
    <w:p>
      <w:pPr>
        <w:spacing w:after="80"/>
      </w:pPr>
      <w:r>
        <w:rPr>
          <w:b w:val="0"/>
          <w:i w:val="0"/>
        </w:rPr>
        <w:t>‘Vậy là anh ta có thể kiếm thêm chút tiền bên lề?’ Nicky nói. ‘Thế thì có hại gì đâu?’</w:t>
      </w:r>
    </w:p>
    <w:p>
      <w:pPr>
        <w:spacing w:after="80"/>
      </w:pPr>
      <w:r>
        <w:rPr>
          <w:b w:val="0"/>
          <w:i w:val="0"/>
        </w:rPr>
        <w:t>‘Mà anh ta còn khoe khoang nữa chứ. Điều đó không làm anh ta thành người được yêu mến nhất ở đồn. Dù sao thì,’ Liz tiếp tục, nhìn về phía quầy bar, nơi hai viên cảnh sát đang chia sẻ một câu đùa, ‘có vẻ thanh tra Castle (DI Castle) sẵn lòng ký đủ mọi giấy tờ cần thiết để giữ cho thỏa thuận nho nhỏ của họ hợp pháp và minh bạch. Nhưng mà, tôi cũng không ngạc nhiên nếu ông ta nhận được nhiều hơn là vài cốc bia lẻ tẻ để đổi lấy sự phiền toái đó đâu,’ cô cay đắng thêm vào.</w:t>
      </w:r>
    </w:p>
    <w:p>
      <w:pPr>
        <w:spacing w:after="80"/>
      </w:pPr>
      <w:r>
        <w:rPr>
          <w:b w:val="0"/>
          <w:i w:val="0"/>
        </w:rPr>
        <w:t>‘Tối nay mình làm gì đây?’ Nicky hỏi, muốn đổi chủ đề, vì cô đã thu thập đủ thông tin cho một buổi tối rồi.</w:t>
      </w:r>
    </w:p>
    <w:p>
      <w:pPr>
        <w:spacing w:after="80"/>
      </w:pPr>
      <w:r>
        <w:rPr>
          <w:b w:val="0"/>
          <w:i w:val="0"/>
        </w:rPr>
        <w:t>‘Câu lạc bộ Thanh niên Hornchurch. Một số người dân địa phương phàn nàn về những buổi tiệc nhảy thâu đêm. Không thể nói là tôi trách họ được. Tôi nghĩ mình sẽ phải ghé thăm họ và nhắc nhở trưởng nhóm của họ một chút.’</w:t>
      </w:r>
    </w:p>
    <w:p>
      <w:pPr>
        <w:spacing w:after="80"/>
      </w:pPr>
      <w:r>
        <w:rPr>
          <w:b w:val="0"/>
          <w:i w:val="0"/>
        </w:rPr>
        <w:t>‘Còn nếu không hiệu quả thì sao?’</w:t>
      </w:r>
    </w:p>
    <w:p>
      <w:pPr>
        <w:spacing w:after="80"/>
      </w:pPr>
      <w:r>
        <w:rPr>
          <w:b w:val="0"/>
          <w:i w:val="0"/>
        </w:rPr>
        <w:t>‘Tuần sau mình sẽ ập vào, đốt sạch cái chỗ đó, và tống cổ lũ nhóc tì ấy vào tù.’</w:t>
      </w:r>
    </w:p>
    <w:p>
      <w:pPr>
        <w:spacing w:after="80"/>
      </w:pPr>
      <w:r>
        <w:rPr>
          <w:b w:val="0"/>
          <w:i w:val="0"/>
        </w:rPr>
        <w:t>Nicky bật cười, uống cạn ly rồi nói: "Đến lúc phải đi rồi, nếu không muốn bị ghi vào sổ kỷ luật."</w:t>
      </w:r>
    </w:p>
    <w:p>
      <w:pPr>
        <w:spacing w:after="80"/>
      </w:pPr>
      <w:r>
        <w:rPr>
          <w:b w:val="0"/>
          <w:i w:val="0"/>
        </w:rPr>
        <w:t>Họ đứng dậy và hướng ra cửa. Nicky ngoái nhìn lại, bắt gặp Summers đang nhìn chằm chằm vào cô. Anh ta cười toe toét, và cô không thể tin nổi là mình lại đỏ mặt. Nicky vội vàng đóng cửa lại sau lưng và quay về đồn.</w:t>
      </w:r>
    </w:p>
    <w:p>
      <w:pPr>
        <w:pStyle w:val="Heading2"/>
      </w:pPr>
      <w:r>
        <w:rPr>
          <w:rFonts w:ascii="Calibri" w:hAnsi="Calibri"/>
          <w:b/>
          <w:i w:val="0"/>
          <w:sz w:val="32"/>
        </w:rPr>
        <w:t>10</w:t>
      </w:r>
    </w:p>
    <w:p>
      <w:pPr>
        <w:spacing w:after="80"/>
      </w:pPr>
      <w:r>
        <w:rPr>
          <w:b w:val="0"/>
          <w:i w:val="0"/>
        </w:rPr>
        <w:t>"Ngài có thể gọi nhân chứng tiếp theo của mình, Sir Julian."</w:t>
      </w:r>
    </w:p>
    <w:p>
      <w:pPr>
        <w:spacing w:after="80"/>
      </w:pPr>
      <w:r>
        <w:rPr>
          <w:b w:val="0"/>
          <w:i w:val="0"/>
        </w:rPr>
        <w:t>"Cảm ơn ngài, thưa quan tòa. Tôi gọi ông Gerald Sangster."</w:t>
      </w:r>
    </w:p>
    <w:p>
      <w:pPr>
        <w:spacing w:after="80"/>
      </w:pPr>
      <w:r>
        <w:rPr>
          <w:b w:val="0"/>
          <w:i w:val="0"/>
        </w:rPr>
        <w:t>"Gọi Gerald Sangster!" thư ký tòa án gầm lên, và vài giây sau, lời ông ta được vang vọng lại ở hành lang bên ngoài.</w:t>
      </w:r>
    </w:p>
    <w:p>
      <w:pPr>
        <w:spacing w:after="80"/>
      </w:pPr>
      <w:r>
        <w:rPr>
          <w:b w:val="0"/>
          <w:i w:val="0"/>
        </w:rPr>
        <w:t>Cánh cửa mở ra và một người đàn ông trung niên hơi khom lưng, với mái tóc và bộ râu được cắt sát đã bạc trắng sớm, bước vào. Ông tiến vào phòng xử án và chậm rãi đi về phía bục nhân chứng. Ông mặc một chiếc áo blazer màu xanh navy, thắt cà vạt của trường cũ, và chiếc quần flannel xám được là phẳng phiu, tạo cảm giác về một người đàn ông chuyên nghiệp vừa mới nghỉ hưu. Booth Watson cho rằng ông ta còn quá trẻ để nghỉ hưu.</w:t>
      </w:r>
    </w:p>
    <w:p>
      <w:pPr>
        <w:spacing w:after="80"/>
      </w:pPr>
      <w:r>
        <w:rPr>
          <w:b w:val="0"/>
          <w:i w:val="0"/>
        </w:rPr>
        <w:t>Thư ký giơ một tấm thẻ lên, và nhân chứng tuyên thệ với một sự tự tin trái ngược hoàn toàn với vẻ khiêm tốn của mình. Booth Watson ghi chú vào cuốn sổ vàng và đưa cho trợ lý, người này nhanh chóng lẻn ra khỏi phòng xử án.</w:t>
      </w:r>
    </w:p>
    <w:p>
      <w:pPr>
        <w:spacing w:after="80"/>
      </w:pPr>
      <w:r>
        <w:rPr>
          <w:b w:val="0"/>
          <w:i w:val="0"/>
        </w:rPr>
        <w:t>"Xin ông vui lòng cho biết tên và nghề nghiệp của mình để ghi vào biên bản," Sir Julian nói.</w:t>
      </w:r>
    </w:p>
    <w:p>
      <w:pPr>
        <w:spacing w:after="80"/>
      </w:pPr>
      <w:r>
        <w:rPr>
          <w:b w:val="0"/>
          <w:i w:val="0"/>
        </w:rPr>
        <w:t>"Tên tôi là Gerald Sangster, và hiện tại tôi đang thất nghiệp."</w:t>
      </w:r>
    </w:p>
    <w:p>
      <w:pPr>
        <w:spacing w:after="80"/>
      </w:pPr>
      <w:r>
        <w:rPr>
          <w:b w:val="0"/>
          <w:i w:val="0"/>
        </w:rPr>
        <w:t>Booth Watson ghi thêm một dòng nữa.</w:t>
      </w:r>
    </w:p>
    <w:p>
      <w:pPr>
        <w:spacing w:after="80"/>
      </w:pPr>
      <w:r>
        <w:rPr>
          <w:b w:val="0"/>
          <w:i w:val="0"/>
        </w:rPr>
        <w:t>"Tôi có thể ghi vào biên bản được không, ông Sangster, rằng trước đây ông từng là một người nghiện ma túy?"</w:t>
      </w:r>
    </w:p>
    <w:p>
      <w:pPr>
        <w:spacing w:after="80"/>
      </w:pPr>
      <w:r>
        <w:rPr>
          <w:b w:val="0"/>
          <w:i w:val="0"/>
        </w:rPr>
        <w:t>"Đúng vậy, thưa ngài, nhưng giờ tôi đã cai sạch rồi. Tôi đã qua trại cai nghiện, và không đụng đến ma túy trong nhiều tháng nay."</w:t>
      </w:r>
    </w:p>
    <w:p>
      <w:pPr>
        <w:spacing w:after="80"/>
      </w:pPr>
      <w:r>
        <w:rPr>
          <w:b w:val="0"/>
          <w:i w:val="0"/>
        </w:rPr>
        <w:t>"Và trước đó, ông là một bác sĩ," Sir Julian nói, "với một phòng khám thành đạt ở phố Harley?"</w:t>
      </w:r>
    </w:p>
    <w:p>
      <w:pPr>
        <w:spacing w:after="80"/>
      </w:pPr>
      <w:r>
        <w:rPr>
          <w:b w:val="0"/>
          <w:i w:val="0"/>
        </w:rPr>
        <w:t>"Đúng thế."</w:t>
      </w:r>
    </w:p>
    <w:p>
      <w:pPr>
        <w:spacing w:after="80"/>
      </w:pPr>
      <w:r>
        <w:rPr>
          <w:b w:val="0"/>
          <w:i w:val="0"/>
        </w:rPr>
        <w:t>"Nhưng do chứng nghiện ngập của mình, tên ông đã bị xóa khỏi Sổ đăng ký Y khoa, và không lâu sau đó, thật đáng buồn, cuộc hôn nhân của ông tan vỡ."</w:t>
      </w:r>
    </w:p>
    <w:p>
      <w:pPr>
        <w:spacing w:after="80"/>
      </w:pPr>
      <w:r>
        <w:rPr>
          <w:b w:val="0"/>
          <w:i w:val="0"/>
        </w:rPr>
        <w:t>Sangster cúi đầu.</w:t>
      </w:r>
    </w:p>
    <w:p>
      <w:pPr>
        <w:spacing w:after="80"/>
      </w:pPr>
      <w:r>
        <w:rPr>
          <w:b w:val="0"/>
          <w:i w:val="0"/>
        </w:rPr>
        <w:t>‘Cho nhạc lên đi,’ Booth Watson nói, và không phải tự nhủ.</w:t>
      </w:r>
    </w:p>
    <w:p>
      <w:pPr>
        <w:spacing w:after="80"/>
      </w:pPr>
      <w:r>
        <w:rPr>
          <w:b w:val="0"/>
          <w:i w:val="0"/>
        </w:rPr>
        <w:t>‘Đó là khi ông bắt đầu làm việc cho ông Rashidi.’</w:t>
      </w:r>
    </w:p>
    <w:p>
      <w:pPr>
        <w:spacing w:after="80"/>
      </w:pPr>
      <w:r>
        <w:rPr>
          <w:b w:val="0"/>
          <w:i w:val="0"/>
        </w:rPr>
        <w:t>‘Một điều tôi sẽ hối hận suốt đời.’</w:t>
      </w:r>
    </w:p>
    <w:p>
      <w:pPr>
        <w:spacing w:after="80"/>
      </w:pPr>
      <w:r>
        <w:rPr>
          <w:b w:val="0"/>
          <w:i w:val="0"/>
        </w:rPr>
        <w:t>‘Tôi sẽ không đợi lâu đến thế đâu,’ Booth Watson nói.</w:t>
      </w:r>
    </w:p>
    <w:p>
      <w:pPr>
        <w:spacing w:after="80"/>
      </w:pPr>
      <w:r>
        <w:rPr>
          <w:b w:val="0"/>
          <w:i w:val="0"/>
        </w:rPr>
        <w:t>‘Hôm nay ông có thấy ông Rashidi trong phòng xử án không?’</w:t>
      </w:r>
    </w:p>
    <w:p>
      <w:pPr>
        <w:spacing w:after="80"/>
      </w:pPr>
      <w:r>
        <w:rPr>
          <w:b w:val="0"/>
          <w:i w:val="0"/>
        </w:rPr>
        <w:t>‘Có, thưa ngài,’ Sangster nói, chỉ về phía ghế bị cáo.</w:t>
      </w:r>
    </w:p>
    <w:p>
      <w:pPr>
        <w:spacing w:after="80"/>
      </w:pPr>
      <w:r>
        <w:rPr>
          <w:b w:val="0"/>
          <w:i w:val="0"/>
        </w:rPr>
        <w:t>Rashidi nhìn lại anh ta trống rỗng như thể họ chưa từng gặp nhau.</w:t>
      </w:r>
    </w:p>
    <w:p>
      <w:pPr>
        <w:spacing w:after="80"/>
      </w:pPr>
      <w:r>
        <w:rPr>
          <w:b w:val="0"/>
          <w:i w:val="0"/>
        </w:rPr>
        <w:t>‘Tôi có thể hỏi anh đã đóng vai trò gì trong đế chế của ông Rashidi không?’</w:t>
      </w:r>
    </w:p>
    <w:p>
      <w:pPr>
        <w:spacing w:after="80"/>
      </w:pPr>
      <w:r>
        <w:rPr>
          <w:b w:val="0"/>
          <w:i w:val="0"/>
        </w:rPr>
        <w:t>‘Tôi có bằng hóa học, và có thể tư vấn cho ông Rashidi về độ mạnh và thành phần của các loại ma túy ông ấy phân phối, đặc biệt là cocaine.’</w:t>
      </w:r>
    </w:p>
    <w:p>
      <w:pPr>
        <w:spacing w:after="80"/>
      </w:pPr>
      <w:r>
        <w:rPr>
          <w:b w:val="0"/>
          <w:i w:val="0"/>
        </w:rPr>
        <w:t>‘Anh làm ơn đi vào chi tiết một chút được không, anh Sangster, vì tôi nghĩ bồi thẩm đoàn, cũng như tôi, đang bơi trong những vùng nước xa lạ.’</w:t>
      </w:r>
    </w:p>
    <w:p>
      <w:pPr>
        <w:spacing w:after="80"/>
      </w:pPr>
      <w:r>
        <w:rPr>
          <w:b w:val="0"/>
          <w:i w:val="0"/>
        </w:rPr>
        <w:t>‘Một gói cocaine, có lẽ hai gram, sẽ có chất lượng cao hơn và đắt hơn cho một khách hàng giàu có ở Mayfair, so với một gói kém hơn bán cho một con nghiện ở góc phố khu East End. Tôi phụ trách kiểm soát chất lượng. Tôi kiểm tra từng lô, sau đó những người bán hàng, như bất kỳ nhân viên bán hàng nào, quyết định giá, dựa trên hiểu biết của họ về khách hàng.’</w:t>
      </w:r>
    </w:p>
    <w:p>
      <w:pPr>
        <w:spacing w:after="80"/>
      </w:pPr>
      <w:r>
        <w:rPr>
          <w:b w:val="0"/>
          <w:i w:val="0"/>
        </w:rPr>
        <w:t>‘Anh có thể nói cụ thể hơn về cách anh làm việc đó không?’</w:t>
      </w:r>
    </w:p>
    <w:p>
      <w:pPr>
        <w:spacing w:after="80"/>
      </w:pPr>
      <w:r>
        <w:rPr>
          <w:b w:val="0"/>
          <w:i w:val="0"/>
        </w:rPr>
        <w:t>‘Tôi sẽ lấy loại cocaine Colombia tốt nhất, thường có độ tinh khiết khoảng chín mươi phần trăm, rồi trộn với bột nở để dùng được nhiều hơn, mà vẫn trông như hàng thật. Những khách hàng sành sỏi hơn sẽ nếm thử một mẫu và từ chối nếu nó không phải chất lượng cao nhất. Tôi cũng chịu trách nhiệm kiểm soát chất lượng của heroin, crack cocaine, methamphetamine và cần sa. Thỉnh thoảng chúng tôi cho không một ít hàng dự trữ.’</w:t>
      </w:r>
    </w:p>
    <w:p>
      <w:pPr>
        <w:spacing w:after="80"/>
      </w:pPr>
      <w:r>
        <w:rPr>
          <w:b w:val="0"/>
          <w:i w:val="0"/>
        </w:rPr>
        <w:t>‘Tại sao anh lại làm thế?’ Ngài Julian hỏi, biết rõ câu trả lời sẽ là gì.</w:t>
      </w:r>
    </w:p>
    <w:p>
      <w:pPr>
        <w:spacing w:after="80"/>
      </w:pPr>
      <w:r>
        <w:rPr>
          <w:b w:val="0"/>
          <w:i w:val="0"/>
        </w:rPr>
        <w:t>‘Bạn cho một đứa trẻ dùng đủ một tuần, và nó sẽ bị nghiện. Đó là lúc bạn bắt đầu thu tiền.’</w:t>
      </w:r>
    </w:p>
    <w:p>
      <w:pPr>
        <w:spacing w:after="80"/>
      </w:pPr>
      <w:r>
        <w:rPr>
          <w:b w:val="0"/>
          <w:i w:val="0"/>
        </w:rPr>
        <w:t>‘Ai là người bán trong những vụ này?’</w:t>
      </w:r>
    </w:p>
    <w:p>
      <w:pPr>
        <w:spacing w:after="80"/>
      </w:pPr>
      <w:r>
        <w:rPr>
          <w:b w:val="0"/>
          <w:i w:val="0"/>
        </w:rPr>
        <w:t>‘Thường là những đứa trẻ khác, chúng đưa đồ cho nhau ngay trong sân trường.’</w:t>
      </w:r>
    </w:p>
    <w:p>
      <w:pPr>
        <w:spacing w:after="80"/>
      </w:pPr>
      <w:r>
        <w:rPr>
          <w:b w:val="0"/>
          <w:i w:val="0"/>
        </w:rPr>
        <w:t>‘Và lũ trẻ này có trở thành những kẻ buôn ma túy thứ thiệt sau khi rời ghế nhà trường không?’</w:t>
      </w:r>
    </w:p>
    <w:p>
      <w:pPr>
        <w:spacing w:after="80"/>
      </w:pPr>
      <w:r>
        <w:rPr>
          <w:b w:val="0"/>
          <w:i w:val="0"/>
        </w:rPr>
        <w:t>‘Chúng chẳng mất bao lâu để nhận ra mình đã kiếm được nhiều hơn cả bố mẹ, bên cạnh đó, đây thường là công việc duy nhất chúng có thể có. Chưa bao giờ có ví dụ nào rõ ràng hơn về một công việc từ trong bụng mẹ đến khi xuống mồ.’</w:t>
      </w:r>
    </w:p>
    <w:p>
      <w:pPr>
        <w:spacing w:after="80"/>
      </w:pPr>
      <w:r>
        <w:rPr>
          <w:b w:val="0"/>
          <w:i w:val="0"/>
        </w:rPr>
        <w:t>‘Con ruột của ông,’ Ngài Julian nhắc lại, nhìn thẳng vào bồi thẩm đoàn, trước khi tiếp tục. ‘Và ông đã thực hiện công việc này ở đâu, ông Sangster?’</w:t>
      </w:r>
    </w:p>
    <w:p>
      <w:pPr>
        <w:spacing w:after="80"/>
      </w:pPr>
      <w:r>
        <w:rPr>
          <w:b w:val="0"/>
          <w:i w:val="0"/>
        </w:rPr>
        <w:t>‘Trong xưởng ma túy của ông Rashidi.’</w:t>
      </w:r>
    </w:p>
    <w:p>
      <w:pPr>
        <w:spacing w:after="80"/>
      </w:pPr>
      <w:r>
        <w:rPr>
          <w:b w:val="0"/>
          <w:i w:val="0"/>
        </w:rPr>
        <w:t>‘Ông có thể nói cụ thể hơn không?’</w:t>
      </w:r>
    </w:p>
    <w:p>
      <w:pPr>
        <w:spacing w:after="80"/>
      </w:pPr>
      <w:r>
        <w:rPr>
          <w:b w:val="0"/>
          <w:i w:val="0"/>
        </w:rPr>
        <w:t>‘Xưởng của ông ta nằm ở tầng hai mươi ba, hai mươi bốn và hai mươi lăm của một tòa nhà cao tầng ở Brixton.’</w:t>
      </w:r>
    </w:p>
    <w:p>
      <w:pPr>
        <w:spacing w:after="80"/>
      </w:pPr>
      <w:r>
        <w:rPr>
          <w:b w:val="0"/>
          <w:i w:val="0"/>
        </w:rPr>
        <w:t>Grace bước tới chỗ tấm sơ đồ tòa nhà đặt trên giá vẽ, và chỉ vào từng tầng khi Sangster nhắc đến.</w:t>
      </w:r>
    </w:p>
    <w:p>
      <w:pPr>
        <w:spacing w:after="80"/>
      </w:pPr>
      <w:r>
        <w:rPr>
          <w:b w:val="0"/>
          <w:i w:val="0"/>
        </w:rPr>
        <w:t>‘Và ông Rashidi có mặt ở đó thường xuyên không?’</w:t>
      </w:r>
    </w:p>
    <w:p>
      <w:pPr>
        <w:spacing w:after="80"/>
      </w:pPr>
      <w:r>
        <w:rPr>
          <w:b w:val="0"/>
          <w:i w:val="0"/>
        </w:rPr>
        <w:t>‘Hầu hết thời gian. Ông ta giám sát toàn bộ hoạt động từ văn phòng ở tầng hai mươi ba khi không ở trong căn hộ của mình.’</w:t>
      </w:r>
    </w:p>
    <w:p>
      <w:pPr>
        <w:spacing w:after="80"/>
      </w:pPr>
      <w:r>
        <w:rPr>
          <w:b w:val="0"/>
          <w:i w:val="0"/>
        </w:rPr>
        <w:t>‘Ông ta có một căn hộ trong cùng tòa nhà đó à?’</w:t>
      </w:r>
    </w:p>
    <w:p>
      <w:pPr>
        <w:spacing w:after="80"/>
      </w:pPr>
      <w:r>
        <w:rPr>
          <w:b w:val="0"/>
          <w:i w:val="0"/>
        </w:rPr>
        <w:t>‘Không, nó nằm ở tòa nhà liền kề. Nhưng có một lối đi nối hai tòa nhà, đó là đường thoát của ông ta phòng khi xưởng bị đột kích.’</w:t>
      </w:r>
    </w:p>
    <w:p>
      <w:pPr>
        <w:spacing w:after="80"/>
      </w:pPr>
      <w:r>
        <w:rPr>
          <w:b w:val="0"/>
          <w:i w:val="0"/>
        </w:rPr>
        <w:t>‘Ông ta có cố dùng lối thoát đó trong đêm bị đột kích không?’</w:t>
      </w:r>
    </w:p>
    <w:p>
      <w:pPr>
        <w:spacing w:after="80"/>
      </w:pPr>
      <w:r>
        <w:rPr>
          <w:b w:val="0"/>
          <w:i w:val="0"/>
        </w:rPr>
        <w:t>‘Có, thưa ngài. Nhưng chắc hẳn nó đã bị chặn, vì vài phút sau tôi thấy ông ta lao trở lại phòng cùng với hai vệ sĩ. Nhưng ông ta không kịp ra khỏi cửa trước trước khi cảnh sát ập đến.’</w:t>
      </w:r>
    </w:p>
    <w:p>
      <w:pPr>
        <w:spacing w:after="80"/>
      </w:pPr>
      <w:r>
        <w:rPr>
          <w:b w:val="0"/>
          <w:i w:val="0"/>
        </w:rPr>
        <w:t>‘Lần tiếp theo ông gặp ông ta là khi nào?’</w:t>
      </w:r>
    </w:p>
    <w:p>
      <w:pPr>
        <w:spacing w:after="80"/>
      </w:pPr>
      <w:r>
        <w:rPr>
          <w:b w:val="0"/>
          <w:i w:val="0"/>
        </w:rPr>
        <w:t>‘Anh ta quỳ giữa phòng, giả vờ làm một trong những công nhân.’</w:t>
      </w:r>
    </w:p>
    <w:p>
      <w:pPr>
        <w:spacing w:after="80"/>
      </w:pPr>
      <w:r>
        <w:rPr>
          <w:b w:val="0"/>
          <w:i w:val="0"/>
        </w:rPr>
        <w:t>‘Lúc anh ta bị bắt, cô có mặt ở đó không?’</w:t>
      </w:r>
    </w:p>
    <w:p>
      <w:pPr>
        <w:spacing w:after="80"/>
      </w:pPr>
      <w:r>
        <w:rPr>
          <w:b w:val="0"/>
          <w:i w:val="0"/>
        </w:rPr>
        <w:t>‘Không, tôi không có mặt.’</w:t>
      </w:r>
    </w:p>
    <w:p>
      <w:pPr>
        <w:spacing w:after="80"/>
      </w:pPr>
      <w:r>
        <w:rPr>
          <w:b w:val="0"/>
          <w:i/>
        </w:rPr>
        <w:t>Tại sao lại không?</w:t>
      </w:r>
      <w:r>
        <w:rPr>
          <w:b w:val="0"/>
          <w:i w:val="0"/>
        </w:rPr>
        <w:t xml:space="preserve"> Booth Watson ghi vào sổ tay trước khi Sir Julian chuyển sang câu hỏi khác.</w:t>
      </w:r>
    </w:p>
    <w:p>
      <w:pPr>
        <w:spacing w:after="80"/>
      </w:pPr>
      <w:r>
        <w:rPr>
          <w:b w:val="0"/>
          <w:i w:val="0"/>
        </w:rPr>
        <w:t>‘Cô làm việc ở tầng nào?’</w:t>
      </w:r>
    </w:p>
    <w:p>
      <w:pPr>
        <w:spacing w:after="80"/>
      </w:pPr>
      <w:r>
        <w:rPr>
          <w:b w:val="0"/>
          <w:i w:val="0"/>
        </w:rPr>
        <w:t>‘Tầng hai mươi tư. Tầng mà ma túy được pha chế để phân phối.’</w:t>
      </w:r>
    </w:p>
    <w:p>
      <w:pPr>
        <w:spacing w:after="80"/>
      </w:pPr>
      <w:r>
        <w:rPr>
          <w:b w:val="0"/>
          <w:i w:val="0"/>
        </w:rPr>
        <w:t>Grace chỉ tay về phía tầng hai mươi tư.</w:t>
      </w:r>
    </w:p>
    <w:p>
      <w:pPr>
        <w:spacing w:after="80"/>
      </w:pPr>
      <w:r>
        <w:rPr>
          <w:b w:val="0"/>
          <w:i w:val="0"/>
        </w:rPr>
        <w:t>‘Cô được trả lương như thế nào?’</w:t>
      </w:r>
    </w:p>
    <w:p>
      <w:pPr>
        <w:spacing w:after="80"/>
      </w:pPr>
      <w:r>
        <w:rPr>
          <w:b w:val="0"/>
          <w:i w:val="0"/>
        </w:rPr>
        <w:t>‘Bằng tiền mặt vào cuối mỗi ngày làm việc.’</w:t>
      </w:r>
    </w:p>
    <w:p>
      <w:pPr>
        <w:spacing w:after="80"/>
      </w:pPr>
      <w:r>
        <w:rPr>
          <w:b w:val="0"/>
          <w:i w:val="0"/>
        </w:rPr>
        <w:t>‘Và cô có thể kiếm được bao nhiêu trong một tuần?’</w:t>
      </w:r>
    </w:p>
    <w:p>
      <w:pPr>
        <w:spacing w:after="80"/>
      </w:pPr>
      <w:r>
        <w:rPr>
          <w:b w:val="0"/>
          <w:i w:val="0"/>
        </w:rPr>
        <w:t>‘Ít nhất một nghìn bảng. Có khi còn hơn.’</w:t>
      </w:r>
    </w:p>
    <w:p>
      <w:pPr>
        <w:spacing w:after="80"/>
      </w:pPr>
      <w:r>
        <w:rPr>
          <w:b w:val="0"/>
          <w:i w:val="0"/>
        </w:rPr>
        <w:t>‘Hơn năm mươi nghìn bảng một năm,’ Sir Julian nói, nhấn mạnh từng từ. ‘Gấp hơn sáu lần mức lương trung bình hằng năm của một người lao động ở đất nước này. Và ai là người trả lương cho cô?’</w:t>
      </w:r>
    </w:p>
    <w:p>
      <w:pPr>
        <w:spacing w:after="80"/>
      </w:pPr>
      <w:r>
        <w:rPr>
          <w:b w:val="0"/>
          <w:i w:val="0"/>
        </w:rPr>
        <w:t>‘Lúc nào cũng là Assem Rashidi. Không ai khác được phép xử lý việc thanh toán.’</w:t>
      </w:r>
    </w:p>
    <w:p>
      <w:pPr>
        <w:spacing w:after="80"/>
      </w:pPr>
      <w:r>
        <w:rPr>
          <w:b w:val="0"/>
          <w:i w:val="0"/>
        </w:rPr>
        <w:t>‘Cô có thể kiếm thêm nhờ làm thêm giờ không?’</w:t>
      </w:r>
    </w:p>
    <w:p>
      <w:pPr>
        <w:spacing w:after="80"/>
      </w:pPr>
      <w:r>
        <w:rPr>
          <w:b w:val="0"/>
          <w:i w:val="0"/>
        </w:rPr>
        <w:t>‘Tất nhiên rồi. Giờ cao điểm của bất kỳ kẻ buôn ma túy nào là từ mười giờ đêm đến bốn giờ sáng. Nếu sẵn sàng làm xuyên đêm và vào cuối tuần, cô có thể nhân đôi thu nhập.’</w:t>
      </w:r>
    </w:p>
    <w:p>
      <w:pPr>
        <w:spacing w:after="80"/>
      </w:pPr>
      <w:r>
        <w:rPr>
          <w:b w:val="0"/>
          <w:i w:val="0"/>
        </w:rPr>
        <w:t>‘Vậy một kẻ buôn ma túy dày dạn kinh nghiệm có thể hy vọng kiếm được bao nhiêu trong một tuần?’</w:t>
      </w:r>
    </w:p>
    <w:p>
      <w:pPr>
        <w:spacing w:after="80"/>
      </w:pPr>
      <w:r>
        <w:rPr>
          <w:b w:val="0"/>
          <w:i w:val="0"/>
        </w:rPr>
        <w:t>‘Khoảng vài nghìn bảng.’</w:t>
      </w:r>
    </w:p>
    <w:p>
      <w:pPr>
        <w:spacing w:after="80"/>
      </w:pPr>
      <w:r>
        <w:rPr>
          <w:b w:val="0"/>
          <w:i w:val="0"/>
        </w:rPr>
        <w:t>‘Hơn một trăm nghìn bảng một năm,’ Ngài Julian nói, giả vờ không tin.</w:t>
      </w:r>
    </w:p>
    <w:p>
      <w:pPr>
        <w:spacing w:after="80"/>
      </w:pPr>
      <w:r>
        <w:rPr>
          <w:b w:val="0"/>
          <w:i w:val="0"/>
        </w:rPr>
        <w:t>‘Ngay cả một đứa chạy vặt còn đi học cũng có thể kiếm được hai ba trăm bảng một tuần. Nhưng nếu chính mày bị nghiện thứ đó, thì chẳng sống được lâu. Còn nếu bị bắt quả tang ăn bớt hàng, hoặc thò tay vào két, thì chúng chặt tay.’</w:t>
      </w:r>
    </w:p>
    <w:p>
      <w:pPr>
        <w:spacing w:after="80"/>
      </w:pPr>
      <w:r>
        <w:rPr>
          <w:b w:val="0"/>
          <w:i w:val="0"/>
        </w:rPr>
        <w:t>‘Tôi cho rằng ngài không nói theo nghĩa đen,’ Ngài Julian nói.</w:t>
      </w:r>
    </w:p>
    <w:p>
      <w:pPr>
        <w:spacing w:after="80"/>
      </w:pPr>
      <w:r>
        <w:rPr>
          <w:b w:val="0"/>
          <w:i w:val="0"/>
        </w:rPr>
        <w:t>‘Hoàn toàn theo nghĩa đen,’ Sangster nói. ‘Ngay trên sàn của các tay buôn, với đủ mặt những kẻ buôn khác chứng kiến hình phạt.’</w:t>
      </w:r>
    </w:p>
    <w:p>
      <w:pPr>
        <w:spacing w:after="80"/>
      </w:pPr>
      <w:r>
        <w:rPr>
          <w:b w:val="0"/>
          <w:i w:val="0"/>
        </w:rPr>
        <w:t>Ngài Julian im lặng một lúc để bồi thẩm đoàn kịp tiêu hóa những gì họ vừa nghe.</w:t>
      </w:r>
    </w:p>
    <w:p>
      <w:pPr>
        <w:spacing w:after="80"/>
      </w:pPr>
      <w:r>
        <w:rPr>
          <w:b w:val="0"/>
          <w:i w:val="0"/>
        </w:rPr>
        <w:t>‘Có nạn nhân nào từng báo những hành vi tàn bạo dã man này cho cảnh sát chưa?’</w:t>
      </w:r>
    </w:p>
    <w:p>
      <w:pPr>
        <w:spacing w:after="80"/>
      </w:pPr>
      <w:r>
        <w:rPr>
          <w:b w:val="0"/>
          <w:i w:val="0"/>
        </w:rPr>
        <w:t>‘Chỉ có một người mà tôi biết.’</w:t>
      </w:r>
    </w:p>
    <w:p>
      <w:pPr>
        <w:spacing w:after="80"/>
      </w:pPr>
      <w:r>
        <w:rPr>
          <w:b w:val="0"/>
          <w:i w:val="0"/>
        </w:rPr>
        <w:t>‘Và giờ anh ta ở đâu?’</w:t>
      </w:r>
    </w:p>
    <w:p>
      <w:pPr>
        <w:spacing w:after="80"/>
      </w:pPr>
      <w:r>
        <w:rPr>
          <w:b w:val="0"/>
          <w:i w:val="0"/>
        </w:rPr>
        <w:t>‘Từ đó đến nay tôi không còn thấy hay nghe tin gì về anh ta nữa.’</w:t>
      </w:r>
    </w:p>
    <w:p>
      <w:pPr>
        <w:spacing w:after="80"/>
      </w:pPr>
      <w:r>
        <w:rPr>
          <w:b w:val="0"/>
          <w:i w:val="0"/>
        </w:rPr>
        <w:t>Ngài Julian quay sang nhìn bồi thẩm đoàn và thấy vài người đang cúi gằm đầu, nhưng không phải vị chủ tọa; ông ta đang nhìn thẳng vào bị cáo ở vành móng ngựa.</w:t>
      </w:r>
    </w:p>
    <w:p>
      <w:pPr>
        <w:spacing w:after="80"/>
      </w:pPr>
      <w:r>
        <w:rPr>
          <w:b w:val="0"/>
          <w:i w:val="0"/>
        </w:rPr>
        <w:t>‘Có công bằng không khi nói rằng anh đang liều lĩnh hơn cả việc mất một bàn tay khi đồng ý ra làm chứng trong phiên tòa này?’</w:t>
      </w:r>
    </w:p>
    <w:p>
      <w:pPr>
        <w:spacing w:after="80"/>
      </w:pPr>
      <w:r>
        <w:rPr>
          <w:b w:val="0"/>
          <w:i w:val="0"/>
        </w:rPr>
        <w:t>‘Hiện tôi đang được cảnh sát bảo vệ,’ Sangster nói, ‘nên tôi thấy tương đối an toàn chừng nào Rashidi còn ngồi tù. Nhưng nếu hắn được thả,’ anh ta nói thêm, nhìn thẳng vào bị cáo, ‘thì tôi sẽ lên chuyến bay đầu tiên rời khỏi đất nước.’</w:t>
      </w:r>
    </w:p>
    <w:p>
      <w:pPr>
        <w:spacing w:after="80"/>
      </w:pPr>
      <w:r>
        <w:rPr>
          <w:b w:val="0"/>
          <w:i w:val="0"/>
        </w:rPr>
        <w:t>‘Và ai có thể trách anh chứ?’ Ngài Julian nói. ‘Tôi chắc rằng tất cả chúng ta đều ngả mũ kính phục quyết định dũng cảm của anh khi ra làm chứng trong phiên tòa này, anh Sangster, nhất là khi xét đến những hậu quả có thể xảy ra nếu bị cáo được trả tự do.’</w:t>
      </w:r>
    </w:p>
    <w:p>
      <w:pPr>
        <w:spacing w:after="80"/>
      </w:pPr>
      <w:r>
        <w:rPr>
          <w:b w:val="0"/>
          <w:i w:val="0"/>
        </w:rPr>
        <w:t>‘Đó là điều tối thiểu tôi có thể làm,’ Sangster nói, quay mặt về phía Rashidi. ‘Tôi chỉ mong rằng qua việc ra làm chứng hôm nay, tôi sẽ góp một phần nhỏ để cuối cùng công lý được thực thi cho tất cả những nạn nhân bất lực, già cũng như trẻ, những người đã chịu đau khổ dưới tay con quái vật này.’</w:t>
      </w:r>
    </w:p>
    <w:p>
      <w:pPr>
        <w:spacing w:after="80"/>
      </w:pPr>
      <w:r>
        <w:rPr>
          <w:b w:val="0"/>
          <w:i w:val="0"/>
        </w:rPr>
        <w:t>‘Hơi diễn kịch quá,’ Booth Watson nói, vừa đủ lớn để bồi thẩm đoàn nghe thấy.</w:t>
      </w:r>
    </w:p>
    <w:p>
      <w:pPr>
        <w:spacing w:after="80"/>
      </w:pPr>
      <w:r>
        <w:rPr>
          <w:b w:val="0"/>
          <w:i w:val="0"/>
        </w:rPr>
        <w:t>Sir Julian phớt lờ lời bình luận khi trợ lý của Booth Watson vội vã quay lại phòng xử án và đưa cho ông trùm của mình một mẩu giấy. Booth Watson mỉm cười khi Sir Julian ngước nhìn thẩm phán và nói: "Không còn câu hỏi nào nữa, thưa Ngài."</w:t>
      </w:r>
    </w:p>
    <w:p>
      <w:pPr>
        <w:jc w:val="center"/>
      </w:pPr>
      <w:r>
        <w:drawing>
          <wp:inline xmlns:a="http://schemas.openxmlformats.org/drawingml/2006/main" xmlns:pic="http://schemas.openxmlformats.org/drawingml/2006/picture">
            <wp:extent cx="752475" cy="161926"/>
            <wp:docPr id="24" name="Picture 2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"Cô uống gì nào?" anh ta hỏi khi leo lên chiếc ghế đẩu bên cạnh cô.</w:t>
      </w:r>
    </w:p>
    <w:p>
      <w:pPr>
        <w:spacing w:after="80"/>
      </w:pPr>
      <w:r>
        <w:rPr>
          <w:b w:val="0"/>
          <w:i w:val="0"/>
        </w:rPr>
        <w:t>"Nửa cốc shandy," Nicky đáp. Bình thường nếu đi uống với cả đội, cô sẽ gọi một cốc bia đắng (bitter). Nhưng tối nay thì không.</w:t>
      </w:r>
    </w:p>
    <w:p>
      <w:pPr>
        <w:spacing w:after="80"/>
      </w:pPr>
      <w:r>
        <w:rPr>
          <w:b w:val="0"/>
          <w:i w:val="0"/>
        </w:rPr>
        <w:t>Jackie đã cảnh báo cô phải thận trọng, vì sẽ không lâu nữa trước khi hắn có động thái đầu tiên. Những kẻ kiểu Jerry Summers trên đời này, Jackie đảm bảo với cô, chẳng bao giờ chần chừ. Họ coi bất cứ thứ gì mặc váy đều là mồi ngon. Ở Sở Cảnh sát có giai thoại rằng khi Jackie còn là cảnh sát tập sự, một viên thanh tra từng đặt tay lên đùi cô, và cô đã hạ gục ông ta bằng một cú đấm. Dù điều đó không giúp gì cho cơ hội thăng chức của cô, đó là lần đầu và cũng là lần cuối cô phải chịu đựng những bàn tay sàm sỡ.</w:t>
      </w:r>
    </w:p>
    <w:p>
      <w:pPr>
        <w:spacing w:after="80"/>
      </w:pPr>
      <w:r>
        <w:rPr>
          <w:b w:val="0"/>
          <w:i w:val="0"/>
        </w:rPr>
        <w:t>"Để hắn nói," Jackie đã khuyên. "Nếu hắn hy vọng lôi được cô lên giường, hắn sẽ bắt đầu khoe khoang, phóng đại chiến tích của mình. Nhưng nếu cô chỉ cần nghĩ trong một khoảnh khắc rằng hắn nghi ngờ cô đang làm nội gián, hãy báo ngay cho tôi và tôi sẽ đưa cô ra khỏi đó ngay trong ngày."</w:t>
      </w:r>
    </w:p>
    <w:p>
      <w:pPr>
        <w:spacing w:after="80"/>
      </w:pPr>
      <w:r>
        <w:rPr>
          <w:b w:val="0"/>
          <w:i w:val="0"/>
        </w:rPr>
        <w:t>"Một cốc bia đắng và nửa cốc shandy," Summers nói, nháy mắt với người pha chế. "Thế cô thấy cuộc sống tuần tra thế nào?" anh ta hỏi.</w:t>
      </w:r>
    </w:p>
    <w:p>
      <w:pPr>
        <w:spacing w:after="80"/>
      </w:pPr>
      <w:r>
        <w:rPr>
          <w:b w:val="0"/>
          <w:i w:val="0"/>
        </w:rPr>
        <w:t>"Vui lắm," Nicky đáp, không muốn thừa nhận rằng cô ghét phải quay lại mặc đồng phục.</w:t>
      </w:r>
    </w:p>
    <w:p>
      <w:pPr>
        <w:spacing w:after="80"/>
      </w:pPr>
      <w:r>
        <w:rPr>
          <w:b w:val="0"/>
          <w:i w:val="0"/>
        </w:rPr>
        <w:t>"Còn Liz thì sao?" anh ta dò hỏi.</w:t>
      </w:r>
    </w:p>
    <w:p>
      <w:pPr>
        <w:spacing w:after="80"/>
      </w:pPr>
      <w:r>
        <w:rPr>
          <w:b w:val="0"/>
          <w:i w:val="0"/>
        </w:rPr>
        <w:t>"Tôi may mắn có cô ấy làm người hướng dẫn cảnh sát cho mình."</w:t>
      </w:r>
    </w:p>
    <w:p>
      <w:pPr>
        <w:spacing w:after="80"/>
      </w:pPr>
      <w:r>
        <w:rPr>
          <w:b w:val="0"/>
          <w:i w:val="0"/>
        </w:rPr>
        <w:t>"Chỉ cần cẩn thận. Cô ấy không thân thiện như vẻ ngoài đâu."</w:t>
      </w:r>
    </w:p>
    <w:p>
      <w:pPr>
        <w:spacing w:after="80"/>
      </w:pPr>
      <w:r>
        <w:rPr>
          <w:b w:val="0"/>
          <w:i w:val="0"/>
        </w:rPr>
        <w:t>"Ý anh là gì?"</w:t>
      </w:r>
    </w:p>
    <w:p>
      <w:pPr>
        <w:spacing w:after="80"/>
      </w:pPr>
      <w:r>
        <w:rPr>
          <w:b w:val="0"/>
          <w:i w:val="0"/>
        </w:rPr>
        <w:t>"Chắc chắn cô ấy sẽ coi cô là đối thủ khi nói đến chuyện thăng chức."</w:t>
      </w:r>
    </w:p>
    <w:p>
      <w:pPr>
        <w:spacing w:after="80"/>
      </w:pPr>
      <w:r>
        <w:rPr>
          <w:b w:val="0"/>
          <w:i w:val="0"/>
        </w:rPr>
        <w:t>"Nhưng cô ấy đã có ba năm thâm niên rồi mà."</w:t>
      </w:r>
    </w:p>
    <w:p>
      <w:pPr>
        <w:spacing w:after="80"/>
      </w:pPr>
      <w:r>
        <w:rPr>
          <w:b w:val="0"/>
          <w:i w:val="0"/>
        </w:rPr>
        <w:t>"Đúng, nhưng khác với cô, ba năm đó không phải dành ở trường đại học. Với tấm bằng, cô có cơ hội thăng chức nhanh hơn nhiều."</w:t>
      </w:r>
    </w:p>
    <w:p>
      <w:pPr>
        <w:spacing w:after="80"/>
      </w:pPr>
      <w:r>
        <w:rPr>
          <w:b w:val="0"/>
          <w:i w:val="0"/>
        </w:rPr>
        <w:t>Nicky đã quên mất mình đã kể cho hắn bao nhiêu về lai lịch của mình.</w:t>
      </w:r>
    </w:p>
    <w:p>
      <w:pPr>
        <w:spacing w:after="80"/>
      </w:pPr>
      <w:r>
        <w:rPr>
          <w:b w:val="0"/>
          <w:i w:val="0"/>
        </w:rPr>
        <w:t>"Làm thám tử thì thế nào?" cô hỏi, đổi chủ đề.</w:t>
      </w:r>
    </w:p>
    <w:p>
      <w:pPr>
        <w:spacing w:after="80"/>
      </w:pPr>
      <w:r>
        <w:rPr>
          <w:b w:val="0"/>
          <w:i w:val="0"/>
        </w:rPr>
        <w:t>‘Chẳng bao giờ có phút nào buồn chán cả. Cậu nên nghĩ đến việc thi đi. Cậu sẽ là một thám tử giỏi đấy.’</w:t>
      </w:r>
    </w:p>
    <w:p>
      <w:pPr>
        <w:spacing w:after="80"/>
      </w:pPr>
      <w:r>
        <w:rPr>
          <w:b w:val="0"/>
          <w:i w:val="0"/>
        </w:rPr>
        <w:t>‘Tớ mới đi tuần được vài tháng thôi, nhưng phải thừa nhận là tớ cũng đã nghĩ đến chuyện đó,’ cô nói trong khi nhấp một ngụm bia pha chanh.</w:t>
      </w:r>
    </w:p>
    <w:p>
      <w:pPr>
        <w:spacing w:after="80"/>
      </w:pPr>
      <w:r>
        <w:rPr>
          <w:b w:val="0"/>
          <w:i w:val="0"/>
        </w:rPr>
        <w:t>‘Cậu biết là Liz đã trượt kỳ thi thám tử rồi đấy, nên đừng có nhắc đến chuyện đó với cô ấy.’</w:t>
      </w:r>
    </w:p>
    <w:p>
      <w:pPr>
        <w:spacing w:after="80"/>
      </w:pPr>
      <w:r>
        <w:rPr>
          <w:b w:val="0"/>
          <w:i w:val="0"/>
        </w:rPr>
        <w:t>Nicky biết chứ, và cô đã không nhắc. ‘Thế, hôm nay cậu làm gì rồi?’ cô hỏi.</w:t>
      </w:r>
    </w:p>
    <w:p>
      <w:pPr>
        <w:spacing w:after="80"/>
      </w:pPr>
      <w:r>
        <w:rPr>
          <w:b w:val="0"/>
          <w:i w:val="0"/>
        </w:rPr>
        <w:t>‘Bắt được một tay buôn ma túy ngay trước Ngân hàng Midland. Đúng là một tên tội phạm nhỏ mà ghê. Hắn không thấy tớ đến.’</w:t>
      </w:r>
    </w:p>
    <w:p>
      <w:pPr>
        <w:spacing w:after="80"/>
      </w:pPr>
      <w:r>
        <w:rPr>
          <w:b w:val="0"/>
          <w:i w:val="0"/>
        </w:rPr>
        <w:t>‘Trên phố chính à?’ Nicky nói.</w:t>
      </w:r>
    </w:p>
    <w:p>
      <w:pPr>
        <w:spacing w:after="80"/>
      </w:pPr>
      <w:r>
        <w:rPr>
          <w:b w:val="0"/>
          <w:i w:val="0"/>
        </w:rPr>
        <w:t>‘Ừ. Hắn định lẻn đi chỗ khác khi thấy cậu và Liz đi xuống đường, thế là đi thẳng vào vòng tay tớ.’</w:t>
      </w:r>
    </w:p>
    <w:p>
      <w:pPr>
        <w:spacing w:after="80"/>
      </w:pPr>
      <w:r>
        <w:rPr>
          <w:b w:val="0"/>
          <w:i w:val="0"/>
        </w:rPr>
        <w:t>‘Làm tốt lắm,’ Nicky nói. ‘Bọn tớ thì chỉ hài lòng với một kẻ trộm cắp vặt đã ăn cắp một hộp cá hồi.’</w:t>
      </w:r>
    </w:p>
    <w:p>
      <w:pPr>
        <w:spacing w:after="80"/>
      </w:pPr>
      <w:r>
        <w:rPr>
          <w:b w:val="0"/>
          <w:i w:val="0"/>
        </w:rPr>
        <w:t>‘Tù chung thân,’ Summers nói sau khi tu một hơi dài bia đắng.</w:t>
      </w:r>
    </w:p>
    <w:p>
      <w:pPr>
        <w:spacing w:after="80"/>
      </w:pPr>
      <w:r>
        <w:rPr>
          <w:b w:val="0"/>
          <w:i w:val="0"/>
        </w:rPr>
        <w:t>Nicky bật cười. ‘Tay buôn của cậu có chống cự không?’</w:t>
      </w:r>
    </w:p>
    <w:p>
      <w:pPr>
        <w:spacing w:after="80"/>
      </w:pPr>
      <w:r>
        <w:rPr>
          <w:b w:val="0"/>
          <w:i w:val="0"/>
        </w:rPr>
        <w:t>‘Không. Ước gì hắn có chống cự, vì tớ có đai đen, nên hắn sẽ sớm phát hiện ra rằng đụng vào tớ là không đáng đâu.’</w:t>
      </w:r>
    </w:p>
    <w:p>
      <w:pPr>
        <w:spacing w:after="80"/>
      </w:pPr>
      <w:r>
        <w:rPr>
          <w:b w:val="0"/>
          <w:i w:val="0"/>
        </w:rPr>
        <w:t>Nicky tỏ ra ấn tượng đúng mức, dù cô biết thực ra đai đen của anh ta là màu nâu. ‘Chắc hẳn phải thú vị lắm khi không bao giờ biết ngày mai mình sẽ đối mặt với chuyện gì hay với ai.’</w:t>
      </w:r>
    </w:p>
    <w:p>
      <w:pPr>
        <w:spacing w:after="80"/>
      </w:pPr>
      <w:r>
        <w:rPr>
          <w:b w:val="0"/>
          <w:i w:val="0"/>
        </w:rPr>
        <w:t>‘Ngày mai,’ Summers nói, ‘tớ sẽ bắt một tên trộm xe hơi đã ăn cắp quá nhiều xe Jag rồi.’</w:t>
      </w:r>
    </w:p>
    <w:p>
      <w:pPr>
        <w:spacing w:after="80"/>
      </w:pPr>
      <w:r>
        <w:rPr>
          <w:b w:val="0"/>
          <w:i w:val="0"/>
        </w:rPr>
        <w:t>‘Sao cậu chắc chắn được?’</w:t>
      </w:r>
    </w:p>
    <w:p>
      <w:pPr>
        <w:spacing w:after="80"/>
      </w:pPr>
      <w:r>
        <w:rPr>
          <w:b w:val="0"/>
          <w:i w:val="0"/>
        </w:rPr>
        <w:t>‘Tớ đã theo dõi hắn mấy ngày nay rồi. Còn biết cả ga-ra, mẫu xe và thời điểm chính xác hắn định ra tay nữa,’ Summers nói khi tu cạn cốc bia. ‘Có thời gian làm thêm cốc nữa không?’</w:t>
      </w:r>
    </w:p>
    <w:p>
      <w:pPr>
        <w:spacing w:after="80"/>
      </w:pPr>
      <w:r>
        <w:rPr>
          <w:b w:val="0"/>
          <w:i w:val="0"/>
        </w:rPr>
        <w:t>‘Không, cảm ơn. Tớ phải về nhà thôi. Mai tớ trực ca sáng sớm.’</w:t>
      </w:r>
    </w:p>
    <w:p>
      <w:pPr>
        <w:spacing w:after="80"/>
      </w:pPr>
      <w:r>
        <w:rPr>
          <w:b w:val="0"/>
          <w:i w:val="0"/>
        </w:rPr>
        <w:t>‘Cô sống ở đâu?’</w:t>
      </w:r>
    </w:p>
    <w:p>
      <w:pPr>
        <w:spacing w:after="80"/>
      </w:pPr>
      <w:r>
        <w:rPr>
          <w:b w:val="0"/>
          <w:i w:val="0"/>
        </w:rPr>
        <w:t>‘Peckham. Tôi ở chung căn hộ với một người bạn.’</w:t>
      </w:r>
    </w:p>
    <w:p>
      <w:pPr>
        <w:spacing w:after="80"/>
      </w:pPr>
      <w:r>
        <w:rPr>
          <w:b w:val="0"/>
          <w:i w:val="0"/>
        </w:rPr>
        <w:t>‘Bạn gái, tôi hy vọng thế?’</w:t>
      </w:r>
    </w:p>
    <w:p>
      <w:pPr>
        <w:spacing w:after="80"/>
      </w:pPr>
      <w:r>
        <w:rPr>
          <w:b w:val="0"/>
          <w:i w:val="0"/>
        </w:rPr>
        <w:t>Nicky gật đầu khi uống cạn ly.</w:t>
      </w:r>
    </w:p>
    <w:p>
      <w:pPr>
        <w:spacing w:after="80"/>
      </w:pPr>
      <w:r>
        <w:rPr>
          <w:b w:val="0"/>
          <w:i w:val="0"/>
        </w:rPr>
        <w:t>‘Cô ấy có phải người trong nhóm chúng ta không?’</w:t>
      </w:r>
    </w:p>
    <w:p>
      <w:pPr>
        <w:spacing w:after="80"/>
      </w:pPr>
      <w:r>
        <w:rPr>
          <w:b w:val="0"/>
          <w:i w:val="0"/>
        </w:rPr>
        <w:t>‘Không, Rebecca quá lý trí để làm chuyện đó,’ cô nói, rồi lập tức hối hận vì lỡ lời. ‘Cô ấy là thủ thư ở Hammersmith. Chúng tôi học cùng trường,’ cô nói thêm, tiết lộ thêm một mẩu chuyện về quá khứ của mình. ‘Có lẽ sáng mai tôi sẽ gặp anh,’ Nicky nói khi đứng dậy ra về.</w:t>
      </w:r>
    </w:p>
    <w:p>
      <w:pPr>
        <w:spacing w:after="80"/>
      </w:pPr>
      <w:r>
        <w:rPr>
          <w:b w:val="0"/>
          <w:i w:val="0"/>
        </w:rPr>
        <w:t>‘Tôi biết tôi muốn gặp em ở đâu vào sáng mai,’ Summers nói, hôn lên má cô.</w:t>
      </w:r>
    </w:p>
    <w:p>
      <w:pPr>
        <w:spacing w:after="80"/>
      </w:pPr>
      <w:r>
        <w:rPr>
          <w:b w:val="0"/>
          <w:i w:val="0"/>
        </w:rPr>
        <w:t>Nicky không đáp. Nhưng khi trên đường ra ga, cô không khỏi tự hỏi . . .</w:t>
      </w:r>
    </w:p>
    <w:p>
      <w:pPr>
        <w:pStyle w:val="Heading2"/>
      </w:pPr>
      <w:r>
        <w:rPr>
          <w:rFonts w:ascii="Calibri" w:hAnsi="Calibri"/>
          <w:b/>
          <w:i w:val="0"/>
          <w:sz w:val="32"/>
        </w:rPr>
        <w:t>11</w:t>
      </w:r>
    </w:p>
    <w:p>
      <w:pPr>
        <w:spacing w:after="80"/>
      </w:pPr>
      <w:r>
        <w:rPr>
          <w:b w:val="0"/>
          <w:i w:val="0"/>
        </w:rPr>
        <w:t>‘Ông có muốn chất vấn nhân chứng này không, ông Booth Watson?’</w:t>
      </w:r>
    </w:p>
    <w:p>
      <w:pPr>
        <w:spacing w:after="80"/>
      </w:pPr>
      <w:r>
        <w:rPr>
          <w:b w:val="0"/>
          <w:i w:val="0"/>
        </w:rPr>
        <w:t>‘Tất nhiên là có, thưa ngài,’ luật sư bào chữa đáp khi đứng dậy khỏi chỗ ngồi. Ông chỉnh lại bộ tóc giả và kéo vạt áo choàng đen, rồi cúi xuống nhìn danh sách dài những câu hỏi đã chuẩn bị sẵn. Ông cố tình chần chừ trước khi nói; một mánh cũ đảm bảo mọi người sẽ chờ đợi câu hỏi đầu tiên của ông.</w:t>
      </w:r>
    </w:p>
    <w:p>
      <w:pPr>
        <w:spacing w:after="80"/>
      </w:pPr>
      <w:r>
        <w:rPr>
          <w:b w:val="0"/>
          <w:i w:val="0"/>
        </w:rPr>
        <w:t>‘Ông Sangster,’ ông bắt đầu, nhìn chằm chằm vào nhân chứng. ‘Tôi muốn đưa ông trở lại những lời đầu tiên ông thốt ra sau khi tuyên thệ long trọng, vì tôi sẽ hỏi ông câu hỏi giống như người bạn đồng nghiệp uyên bác của tôi. Xin ông vui lòng cho biết tên và nghề nghiệp của ông?’</w:t>
      </w:r>
    </w:p>
    <w:p>
      <w:pPr>
        <w:spacing w:after="80"/>
      </w:pPr>
      <w:r>
        <w:rPr>
          <w:b w:val="0"/>
          <w:i w:val="0"/>
        </w:rPr>
        <w:t>Nhân chứng tỏ vẻ bối rối. ‘Gerald Sangster, và hiện tại tôi đang thất nghiệp.’</w:t>
      </w:r>
    </w:p>
    <w:p>
      <w:pPr>
        <w:spacing w:after="80"/>
      </w:pPr>
      <w:r>
        <w:rPr>
          <w:b w:val="0"/>
          <w:i w:val="0"/>
        </w:rPr>
        <w:t>‘Nếu tôi hỏi ông câu hỏi đó cách đây mười tám tháng, ông sẽ trả lời thế nào?’</w:t>
      </w:r>
    </w:p>
    <w:p>
      <w:pPr>
        <w:spacing w:after="80"/>
      </w:pPr>
      <w:r>
        <w:rPr>
          <w:b w:val="0"/>
          <w:i w:val="0"/>
        </w:rPr>
        <w:t>Sangster ngập ngừng một lát rồi nói, ‘Tiến sĩ Gerald Sangster.’</w:t>
      </w:r>
    </w:p>
    <w:p>
      <w:pPr>
        <w:spacing w:after="80"/>
      </w:pPr>
      <w:r>
        <w:rPr>
          <w:b w:val="0"/>
          <w:i w:val="0"/>
        </w:rPr>
        <w:t>‘Khi một bác sĩ quay lại thành ông, thường là vì họ đã được bổ nhiệm làm bác sĩ phẫu thuật, hoặc bác sĩ chuyên khoa. Có phải đó là trường hợp của ông không?’</w:t>
      </w:r>
    </w:p>
    <w:p>
      <w:pPr>
        <w:spacing w:after="80"/>
      </w:pPr>
      <w:r>
        <w:rPr>
          <w:b w:val="0"/>
          <w:i w:val="0"/>
        </w:rPr>
        <w:t>‘Không.’</w:t>
      </w:r>
    </w:p>
    <w:p>
      <w:pPr>
        <w:spacing w:after="80"/>
      </w:pPr>
      <w:r>
        <w:rPr>
          <w:b w:val="0"/>
          <w:i w:val="0"/>
        </w:rPr>
        <w:t>‘Vậy có lẽ ông muốn giải thích với tòa án lý do tại sao ông không còn được quyền tự gọi mình là bác sĩ nữa.’</w:t>
      </w:r>
    </w:p>
    <w:p>
      <w:pPr>
        <w:spacing w:after="80"/>
      </w:pPr>
      <w:r>
        <w:rPr>
          <w:b w:val="0"/>
          <w:i w:val="0"/>
        </w:rPr>
        <w:t>‘Tòa án đã được thông báo rằng Hội đồng Y khoa Tổng quát (General Medical Council) đã xóa tên tôi khỏi danh sách hành nghề.’</w:t>
      </w:r>
    </w:p>
    <w:p>
      <w:pPr>
        <w:spacing w:after="80"/>
      </w:pPr>
      <w:r>
        <w:rPr>
          <w:b w:val="0"/>
          <w:i w:val="0"/>
        </w:rPr>
        <w:t>‘ “Bị gạch tên”, tôi tin đó là thuật ngữ chính xác. Và cho tôi hỏi, tội danh của ông là gì?’</w:t>
      </w:r>
    </w:p>
    <w:p>
      <w:pPr>
        <w:spacing w:after="80"/>
      </w:pPr>
      <w:r>
        <w:rPr>
          <w:b w:val="0"/>
          <w:i w:val="0"/>
        </w:rPr>
        <w:t>Sangster ngập ngừng một lát trước khi thừa nhận: ‘Tôi bị cáo buộc vi phạm Lời thề Hippocrates của mình.’</w:t>
      </w:r>
    </w:p>
    <w:p>
      <w:pPr>
        <w:spacing w:after="80"/>
      </w:pPr>
      <w:r>
        <w:rPr>
          <w:b w:val="0"/>
          <w:i w:val="0"/>
        </w:rPr>
        <w:t>Booth Watson không cưỡng lại được một khoảng lặng dài nữa.</w:t>
      </w:r>
    </w:p>
    <w:p>
      <w:pPr>
        <w:spacing w:after="80"/>
      </w:pPr>
      <w:r>
        <w:rPr>
          <w:b w:val="0"/>
          <w:i w:val="0"/>
        </w:rPr>
        <w:t>‘ “Vi phạm”,’ ông ta nhắc lại. ‘Điều đó thực sự có nghĩa là gì?’</w:t>
      </w:r>
    </w:p>
    <w:p>
      <w:pPr>
        <w:spacing w:after="80"/>
      </w:pPr>
      <w:r>
        <w:rPr>
          <w:b w:val="0"/>
          <w:i w:val="0"/>
        </w:rPr>
        <w:t>‘Tôi đã kê quá liều các loại thuốc bị kiểm soát, và điều đó gây hại cho một số bệnh nhân của tôi.’</w:t>
      </w:r>
    </w:p>
    <w:p>
      <w:pPr>
        <w:spacing w:after="80"/>
      </w:pPr>
      <w:r>
        <w:rPr>
          <w:b w:val="0"/>
          <w:i w:val="0"/>
        </w:rPr>
        <w:t>‘Có bao nhiêu bệnh nhân liên quan?’</w:t>
      </w:r>
    </w:p>
    <w:p>
      <w:pPr>
        <w:spacing w:after="80"/>
      </w:pPr>
      <w:r>
        <w:rPr>
          <w:b w:val="0"/>
          <w:i w:val="0"/>
        </w:rPr>
        <w:t>‘Có ba nhân chứng đã đưa ra bằng chứng tại phiên điều trần.’</w:t>
      </w:r>
    </w:p>
    <w:p>
      <w:pPr>
        <w:spacing w:after="80"/>
      </w:pPr>
      <w:r>
        <w:rPr>
          <w:b w:val="0"/>
          <w:i w:val="0"/>
        </w:rPr>
        <w:t>‘Đó không phải là câu hỏi tôi đã hỏi, ông Sangster,’ Booth Watson nói, khi trợ lý của ông ta đưa cho ông một tập hồ sơ dày.</w:t>
      </w:r>
    </w:p>
    <w:p>
      <w:pPr>
        <w:spacing w:after="80"/>
      </w:pPr>
      <w:r>
        <w:rPr>
          <w:b w:val="0"/>
          <w:i w:val="0"/>
        </w:rPr>
        <w:t>‘Mười một,’ Sangster nói, giọng nhỏ hơn.</w:t>
      </w:r>
    </w:p>
    <w:p>
      <w:pPr>
        <w:spacing w:after="80"/>
      </w:pPr>
      <w:r>
        <w:rPr>
          <w:b w:val="0"/>
          <w:i w:val="0"/>
        </w:rPr>
        <w:t>‘Ông có thể cho tòa án biết số phận của một bệnh nhân cụ thể, cô Amy Watson, không?’</w:t>
      </w:r>
    </w:p>
    <w:p>
      <w:pPr>
        <w:spacing w:after="80"/>
      </w:pPr>
      <w:r>
        <w:rPr>
          <w:b w:val="0"/>
          <w:i w:val="0"/>
        </w:rPr>
        <w:t>‘Đáng buồn thay, cô ấy đã qua đời.’</w:t>
      </w:r>
    </w:p>
    <w:p>
      <w:pPr>
        <w:spacing w:after="80"/>
      </w:pPr>
      <w:r>
        <w:rPr>
          <w:b w:val="0"/>
          <w:i w:val="0"/>
        </w:rPr>
        <w:t>‘Cô ấy chết như thế nào?’</w:t>
      </w:r>
    </w:p>
    <w:p>
      <w:pPr>
        <w:spacing w:after="80"/>
      </w:pPr>
      <w:r>
        <w:rPr>
          <w:b w:val="0"/>
          <w:i w:val="0"/>
        </w:rPr>
        <w:t>‘Do dùng thuốc quá liều.’</w:t>
      </w:r>
    </w:p>
    <w:p>
      <w:pPr>
        <w:spacing w:after="80"/>
      </w:pPr>
      <w:r>
        <w:rPr>
          <w:b w:val="0"/>
          <w:i w:val="0"/>
        </w:rPr>
        <w:t>‘Trong số những loại thuốc do ông kê đơn, ông Sangster. Cô ấy bao nhiêu tuổi?’</w:t>
      </w:r>
    </w:p>
    <w:p>
      <w:pPr>
        <w:spacing w:after="80"/>
      </w:pPr>
      <w:r>
        <w:rPr>
          <w:b w:val="0"/>
          <w:i w:val="0"/>
        </w:rPr>
        <w:t>‘Hai mươi bảy.’</w:t>
      </w:r>
    </w:p>
    <w:p>
      <w:pPr>
        <w:spacing w:after="80"/>
      </w:pPr>
      <w:r>
        <w:rPr>
          <w:b w:val="0"/>
          <w:i w:val="0"/>
        </w:rPr>
        <w:t>‘Và một bệnh nhân khác của ông, cô Esther Lockhart. Cô ấy chết thế nào?’</w:t>
      </w:r>
    </w:p>
    <w:p>
      <w:pPr>
        <w:spacing w:after="80"/>
      </w:pPr>
      <w:r>
        <w:rPr>
          <w:b w:val="0"/>
          <w:i w:val="0"/>
        </w:rPr>
        <w:t>‘Tự sát.’</w:t>
      </w:r>
    </w:p>
    <w:p>
      <w:pPr>
        <w:spacing w:after="80"/>
      </w:pPr>
      <w:r>
        <w:rPr>
          <w:b w:val="0"/>
          <w:i w:val="0"/>
        </w:rPr>
        <w:t>‘Cô ấy treo cổ tự vẫn,’ Booth Watson nói, trước khi lật sang trang tiếp theo của báo cáo GMC. ‘Tôi sẽ không đi sâu vào chi tiết của chín bệnh nhân bất hạnh khác từng được ông chăm sóc, ông Sangster, tất nhiên trừ khi ông muốn tôi làm vậy.’</w:t>
      </w:r>
    </w:p>
    <w:p>
      <w:pPr>
        <w:spacing w:after="80"/>
      </w:pPr>
      <w:r>
        <w:rPr>
          <w:b w:val="0"/>
          <w:i w:val="0"/>
        </w:rPr>
        <w:t>Ngài Julian đứng dậy khỏi chỗ ngồi. ‘Thưa Ngài, tôi không hề biết rằng ông Sangster đang bị xét xử trong vụ án này.’</w:t>
      </w:r>
    </w:p>
    <w:p>
      <w:pPr>
        <w:spacing w:after="80"/>
      </w:pPr>
      <w:r>
        <w:rPr>
          <w:b w:val="0"/>
          <w:i w:val="0"/>
        </w:rPr>
        <w:t>‘Ông ấy không bị xét xử, thưa Ngài,’ Booth Watson xen vào trước khi thẩm phán kịp đáp lời, ‘nhưng tính xác thực trong lời khai của ông ấy thì đang bị xét xử, và tôi sẽ để bồi thẩm đoàn quyết định xem họ có thể tin dù chỉ một lời của nhân chứng này hay không.’</w:t>
      </w:r>
    </w:p>
    <w:p>
      <w:pPr>
        <w:spacing w:after="80"/>
      </w:pPr>
      <w:r>
        <w:rPr>
          <w:b w:val="0"/>
          <w:i w:val="0"/>
        </w:rPr>
        <w:t>‘Ông đã nói rõ quan điểm của mình rồi, ông Booth Watson. Tiếp tục đi.’</w:t>
      </w:r>
    </w:p>
    <w:p>
      <w:pPr>
        <w:spacing w:after="80"/>
      </w:pPr>
      <w:r>
        <w:rPr>
          <w:b w:val="0"/>
          <w:i w:val="0"/>
        </w:rPr>
        <w:t>‘Theo ý Ngài,’ luật sư bào chữa nói, rồi quay lại đối diện với nhân chứng. ‘Ông Sangster, ông bị xóa tên khỏi Sổ đăng ký Y khoa (Medical Register) khi nào?’</w:t>
      </w:r>
    </w:p>
    <w:p>
      <w:pPr>
        <w:spacing w:after="80"/>
      </w:pPr>
      <w:r>
        <w:rPr>
          <w:b w:val="0"/>
          <w:i w:val="0"/>
        </w:rPr>
        <w:t>Sangster lại ngập ngừng.</w:t>
      </w:r>
    </w:p>
    <w:p>
      <w:pPr>
        <w:spacing w:after="80"/>
      </w:pPr>
      <w:r>
        <w:rPr>
          <w:b w:val="0"/>
          <w:i w:val="0"/>
        </w:rPr>
        <w:t>‘Nào, nào. Tôi không thể tin rằng ngày đó lại không khắc sâu trong trí nhớ của ông.’</w:t>
      </w:r>
    </w:p>
    <w:p>
      <w:pPr>
        <w:spacing w:after="80"/>
      </w:pPr>
      <w:r>
        <w:rPr>
          <w:b w:val="0"/>
          <w:i w:val="0"/>
        </w:rPr>
        <w:t>‘Ngày chín tháng Bảy năm ngoái.’</w:t>
      </w:r>
    </w:p>
    <w:p>
      <w:pPr>
        <w:spacing w:after="80"/>
      </w:pPr>
      <w:r>
        <w:rPr>
          <w:b w:val="0"/>
          <w:i w:val="0"/>
        </w:rPr>
        <w:t>‘Và ông khẳng định mình đã làm việc cho ông Rashidi trong bao lâu?’</w:t>
      </w:r>
    </w:p>
    <w:p>
      <w:pPr>
        <w:spacing w:after="80"/>
      </w:pPr>
      <w:r>
        <w:rPr>
          <w:b w:val="0"/>
          <w:i w:val="0"/>
        </w:rPr>
        <w:t>‘Tôi mới gia nhập với ông ấy khá gần đây.’</w:t>
      </w:r>
    </w:p>
    <w:p>
      <w:pPr>
        <w:spacing w:after="80"/>
      </w:pPr>
      <w:r>
        <w:rPr>
          <w:b w:val="0"/>
          <w:i w:val="0"/>
        </w:rPr>
        <w:t>‘Gần đây là bao lâu?’</w:t>
      </w:r>
    </w:p>
    <w:p>
      <w:pPr>
        <w:spacing w:after="80"/>
      </w:pPr>
      <w:r>
        <w:rPr>
          <w:b w:val="0"/>
          <w:i w:val="0"/>
        </w:rPr>
        <w:t>‘Vài tuần trước khi nhà máy bị đột kích.’</w:t>
      </w:r>
    </w:p>
    <w:p>
      <w:pPr>
        <w:spacing w:after="80"/>
      </w:pPr>
      <w:r>
        <w:rPr>
          <w:b w:val="0"/>
          <w:i w:val="0"/>
        </w:rPr>
        <w:t>‘Tôi nghĩ hai tuần sẽ chính xác hơn, phải không, ông Sangster? Nhưng mà, sự chính xác vốn không phải là điểm mạnh của ông.’</w:t>
      </w:r>
    </w:p>
    <w:p>
      <w:pPr>
        <w:spacing w:after="80"/>
      </w:pPr>
      <w:r>
        <w:rPr>
          <w:b w:val="0"/>
          <w:i w:val="0"/>
        </w:rPr>
        <w:t>‘Nó đã hơn hai tuần rồi.’</w:t>
      </w:r>
    </w:p>
    <w:p>
      <w:pPr>
        <w:spacing w:after="80"/>
      </w:pPr>
      <w:r>
        <w:rPr>
          <w:b w:val="0"/>
          <w:i w:val="0"/>
        </w:rPr>
        <w:t>‘Vậy thì, cứ cho là ba tuần đi, nhé? Trong suốt ba tuần đó, ông đã gặp ông Rashidi bao nhiêu lần?’</w:t>
      </w:r>
    </w:p>
    <w:p>
      <w:pPr>
        <w:spacing w:after="80"/>
      </w:pPr>
      <w:r>
        <w:rPr>
          <w:b w:val="0"/>
          <w:i w:val="0"/>
        </w:rPr>
        <w:t>‘Nhiều lần.’</w:t>
      </w:r>
    </w:p>
    <w:p>
      <w:pPr>
        <w:spacing w:after="80"/>
      </w:pPr>
      <w:r>
        <w:rPr>
          <w:b w:val="0"/>
          <w:i w:val="0"/>
        </w:rPr>
        <w:t>‘Và có phải một trong những lần đó là trong cuộc đột kích của cảnh sát không?’</w:t>
      </w:r>
    </w:p>
    <w:p>
      <w:pPr>
        <w:spacing w:after="80"/>
      </w:pPr>
      <w:r>
        <w:rPr>
          <w:b w:val="0"/>
          <w:i w:val="0"/>
        </w:rPr>
        <w:t>‘Đúng vậy,’ Sangster nói một cách dứt khoát.</w:t>
      </w:r>
    </w:p>
    <w:p>
      <w:pPr>
        <w:spacing w:after="80"/>
      </w:pPr>
      <w:r>
        <w:rPr>
          <w:b w:val="0"/>
          <w:i w:val="0"/>
        </w:rPr>
        <w:t>‘Khi chính ông bị bắt giữ?’</w:t>
      </w:r>
    </w:p>
    <w:p>
      <w:pPr>
        <w:spacing w:after="80"/>
      </w:pPr>
      <w:r>
        <w:rPr>
          <w:b w:val="0"/>
          <w:i w:val="0"/>
        </w:rPr>
        <w:t>‘Ông Booth Watson, hãy cẩn thận,’ vị thẩm phán nói một cách nghiêm khắc.</w:t>
      </w:r>
    </w:p>
    <w:p>
      <w:pPr>
        <w:spacing w:after="80"/>
      </w:pPr>
      <w:r>
        <w:rPr>
          <w:b w:val="0"/>
          <w:i w:val="0"/>
        </w:rPr>
        <w:t>‘Tôi chỉ đơn thuần là cố gắng tìm ra sự thật thôi, thưa ngài. Và ông có bị buộc tội trong lần đó không, ông Sangster?’</w:t>
      </w:r>
    </w:p>
    <w:p>
      <w:pPr>
        <w:spacing w:after="80"/>
      </w:pPr>
      <w:r>
        <w:rPr>
          <w:b w:val="0"/>
          <w:i w:val="0"/>
        </w:rPr>
        <w:t>‘Có.’</w:t>
      </w:r>
    </w:p>
    <w:p>
      <w:pPr>
        <w:spacing w:after="80"/>
      </w:pPr>
      <w:r>
        <w:rPr>
          <w:b w:val="0"/>
          <w:i w:val="0"/>
        </w:rPr>
        <w:t>‘Với tội danh gì?’</w:t>
      </w:r>
    </w:p>
    <w:p>
      <w:pPr>
        <w:spacing w:after="80"/>
      </w:pPr>
      <w:r>
        <w:rPr>
          <w:b w:val="0"/>
          <w:i w:val="0"/>
        </w:rPr>
        <w:t>‘Cung cấp các chất bất hợp pháp.’</w:t>
      </w:r>
    </w:p>
    <w:p>
      <w:pPr>
        <w:spacing w:after="80"/>
      </w:pPr>
      <w:r>
        <w:rPr>
          <w:b w:val="0"/>
          <w:i w:val="0"/>
        </w:rPr>
        <w:t>‘Vi phạm Đạo luật Lạm dụng Ma túy năm 1971. Và khi vụ án của ông được đưa ra tòa, ông đã nhận tội thế nào?’</w:t>
      </w:r>
    </w:p>
    <w:p>
      <w:pPr>
        <w:spacing w:after="80"/>
      </w:pPr>
      <w:r>
        <w:rPr>
          <w:b w:val="0"/>
          <w:i w:val="0"/>
        </w:rPr>
        <w:t>‘Có tội,’ Sangster nói, nhỏ đến mức gần như không thể nghe thấy.</w:t>
      </w:r>
    </w:p>
    <w:p>
      <w:pPr>
        <w:spacing w:after="80"/>
      </w:pPr>
      <w:r>
        <w:rPr>
          <w:b w:val="0"/>
          <w:i w:val="0"/>
        </w:rPr>
        <w:t>‘Ông có thể nhắc lại điều đó không, ông Sangster? Tôi không chắc bồi thẩm đoàn đã nghe thấy ông.’</w:t>
      </w:r>
    </w:p>
    <w:p>
      <w:pPr>
        <w:spacing w:after="80"/>
      </w:pPr>
      <w:r>
        <w:rPr>
          <w:b w:val="0"/>
          <w:i w:val="0"/>
        </w:rPr>
        <w:t>‘Có tội.’</w:t>
      </w:r>
    </w:p>
    <w:p>
      <w:pPr>
        <w:spacing w:after="80"/>
      </w:pPr>
      <w:r>
        <w:rPr>
          <w:b w:val="0"/>
          <w:i w:val="0"/>
        </w:rPr>
        <w:t>‘Còn bản án của anh thì sao?’</w:t>
      </w:r>
    </w:p>
    <w:p>
      <w:pPr>
        <w:spacing w:after="80"/>
      </w:pPr>
      <w:r>
        <w:rPr>
          <w:b w:val="0"/>
          <w:i w:val="0"/>
        </w:rPr>
        <w:t>‘Hai năm.’</w:t>
      </w:r>
    </w:p>
    <w:p>
      <w:pPr>
        <w:spacing w:after="80"/>
      </w:pPr>
      <w:r>
        <w:rPr>
          <w:b w:val="0"/>
          <w:i w:val="0"/>
        </w:rPr>
        <w:t>‘Chỉ hai năm cho một tội danh thường có khung hình phạt bảy năm? Có vẻ như đó là một bản án khoan hồng bất thường cho một tội ác nghiêm trọng như vậy. Tôi có thể cho rằng anh vẫn đang ở trong tù chứ?’</w:t>
      </w:r>
    </w:p>
    <w:p>
      <w:pPr>
        <w:spacing w:after="80"/>
      </w:pPr>
      <w:r>
        <w:rPr>
          <w:b w:val="0"/>
          <w:i w:val="0"/>
        </w:rPr>
        <w:t>‘Không, tôi được thả tuần trước.’</w:t>
      </w:r>
    </w:p>
    <w:p>
      <w:pPr>
        <w:spacing w:after="80"/>
      </w:pPr>
      <w:r>
        <w:rPr>
          <w:b w:val="0"/>
          <w:i w:val="0"/>
        </w:rPr>
        <w:t>‘Thật là tiện lợi. Vừa kịp lúc để đưa ra bằng chứng trong phiên tòa này.’</w:t>
      </w:r>
    </w:p>
    <w:p>
      <w:pPr>
        <w:spacing w:after="80"/>
      </w:pPr>
      <w:r>
        <w:rPr>
          <w:b w:val="0"/>
          <w:i w:val="0"/>
        </w:rPr>
        <w:t>‘Ông đã nói rõ quan điểm của mình rồi, ông Booth Watson,’ thẩm phán nhắc lại. ‘Tiếp tục đi.’</w:t>
      </w:r>
    </w:p>
    <w:p>
      <w:pPr>
        <w:spacing w:after="80"/>
      </w:pPr>
      <w:r>
        <w:rPr>
          <w:b w:val="0"/>
          <w:i w:val="0"/>
        </w:rPr>
        <w:t>Booth Watson nhìn về phía bồi thẩm đoàn, và buộc phải đồng ý với thẩm phán. Ông đặt xuống một tập hồ sơ, nhặt lên một tập khác, và lật vài trang trước khi bắt đầu mưu mẹo tiếp theo. ‘Ông Sangster, tôi muốn tìm hiểu xem ông biết ông Rashidi rõ đến mức nào. Ví dụ, ông có thể cho tôi biết tên công ty mà ông ấy đã làm chủ tịch trong mười năm qua không?’</w:t>
      </w:r>
    </w:p>
    <w:p>
      <w:pPr>
        <w:spacing w:after="80"/>
      </w:pPr>
      <w:r>
        <w:rPr>
          <w:b w:val="0"/>
          <w:i w:val="0"/>
        </w:rPr>
        <w:t>‘Marcel và Neffe,’ Sangster nói, gần như trong vẻ đắc thắng.</w:t>
      </w:r>
    </w:p>
    <w:p>
      <w:pPr>
        <w:spacing w:after="80"/>
      </w:pPr>
      <w:r>
        <w:rPr>
          <w:b w:val="0"/>
          <w:i w:val="0"/>
        </w:rPr>
        <w:t>‘Và họ làm gì?’</w:t>
      </w:r>
    </w:p>
    <w:p>
      <w:pPr>
        <w:spacing w:after="80"/>
      </w:pPr>
      <w:r>
        <w:rPr>
          <w:b w:val="0"/>
          <w:i w:val="0"/>
        </w:rPr>
        <w:t>‘Nhập khẩu trà.’</w:t>
      </w:r>
    </w:p>
    <w:p>
      <w:pPr>
        <w:spacing w:after="80"/>
      </w:pPr>
      <w:r>
        <w:rPr>
          <w:b w:val="0"/>
          <w:i w:val="0"/>
        </w:rPr>
        <w:t>‘Mà tôi nghĩ chúng ta sẽ không thấy được liệt kê là một chất bất hợp pháp theo Đạo luật Lạm dụng Ma túy năm 1971.’</w:t>
      </w:r>
    </w:p>
    <w:p>
      <w:pPr>
        <w:spacing w:after="80"/>
      </w:pPr>
      <w:r>
        <w:rPr>
          <w:b w:val="0"/>
          <w:i w:val="0"/>
        </w:rPr>
        <w:t>Vài người mỉm cười, một hai người trong số đó thuộc bồi thẩm đoàn.</w:t>
      </w:r>
    </w:p>
    <w:p>
      <w:pPr>
        <w:spacing w:after="80"/>
      </w:pPr>
      <w:r>
        <w:rPr>
          <w:b w:val="0"/>
          <w:i w:val="0"/>
        </w:rPr>
        <w:t>‘Và văn phòng của Marcel và Neffe ở đâu?’</w:t>
      </w:r>
    </w:p>
    <w:p>
      <w:pPr>
        <w:spacing w:after="80"/>
      </w:pPr>
      <w:r>
        <w:rPr>
          <w:b w:val="0"/>
          <w:i w:val="0"/>
        </w:rPr>
        <w:t>‘Trong City.’</w:t>
      </w:r>
    </w:p>
    <w:p>
      <w:pPr>
        <w:spacing w:after="80"/>
      </w:pPr>
      <w:r>
        <w:rPr>
          <w:b w:val="0"/>
          <w:i w:val="0"/>
        </w:rPr>
        <w:t>‘Ông có thể nói chính xác hơn một chút không?’</w:t>
      </w:r>
    </w:p>
    <w:p>
      <w:pPr>
        <w:spacing w:after="80"/>
      </w:pPr>
      <w:r>
        <w:rPr>
          <w:b w:val="0"/>
          <w:i w:val="0"/>
        </w:rPr>
        <w:t>Sangster cắn môi, nhưng không trả lời.</w:t>
      </w:r>
    </w:p>
    <w:p>
      <w:pPr>
        <w:spacing w:after="80"/>
      </w:pPr>
      <w:r>
        <w:rPr>
          <w:b w:val="0"/>
          <w:i w:val="0"/>
        </w:rPr>
        <w:t>‘Không, dĩ nhiên là ông không thể rồi, ông Sangster ạ, bởi vì tôi cho rằng ông chẳng biết gì nhiều về ông Rashidi, ngoài những gì ông đọc trên báo, hay nhặt nhạnh được khi còn trong tù.’</w:t>
      </w:r>
    </w:p>
    <w:p>
      <w:pPr>
        <w:spacing w:after="80"/>
      </w:pPr>
      <w:r>
        <w:rPr>
          <w:b w:val="0"/>
          <w:i w:val="0"/>
        </w:rPr>
        <w:t>‘Tôi biết xưởng ma túy của ông ta ở đâu, vì tôi từng làm việc ở đó.’</w:t>
      </w:r>
    </w:p>
    <w:p>
      <w:pPr>
        <w:spacing w:after="80"/>
      </w:pPr>
      <w:r>
        <w:rPr>
          <w:b w:val="0"/>
          <w:i w:val="0"/>
        </w:rPr>
        <w:t>‘Tôi không nghi ngờ việc ông từng làm việc ở đó, ông Sangster ạ, tôi chỉ nghi ngờ việc ông từng nhìn thấy ông Rashidi ở đó, ngoài cái đêm bị đột kích.’</w:t>
      </w:r>
    </w:p>
    <w:p>
      <w:pPr>
        <w:spacing w:after="80"/>
      </w:pPr>
      <w:r>
        <w:rPr>
          <w:b w:val="0"/>
          <w:i w:val="0"/>
        </w:rPr>
        <w:t>‘Nhưng tôi biết ông ta có một căn hộ trong cùng tòa nhà đó.’</w:t>
      </w:r>
    </w:p>
    <w:p>
      <w:pPr>
        <w:spacing w:after="80"/>
      </w:pPr>
      <w:r>
        <w:rPr>
          <w:b w:val="0"/>
          <w:i w:val="0"/>
        </w:rPr>
        <w:t>‘Trong cùng tòa nhà đó?’ Booth Watson lặp lại từng chữ một, để chắc chắn rằng điều đó được ghi vào biên bản.</w:t>
      </w:r>
    </w:p>
    <w:p>
      <w:pPr>
        <w:spacing w:after="80"/>
      </w:pPr>
      <w:r>
        <w:rPr>
          <w:b w:val="0"/>
          <w:i w:val="0"/>
        </w:rPr>
        <w:t>‘Ý tôi là ở tòa nhà liền kề.’</w:t>
      </w:r>
    </w:p>
    <w:p>
      <w:pPr>
        <w:spacing w:after="80"/>
      </w:pPr>
      <w:r>
        <w:rPr>
          <w:b w:val="0"/>
          <w:i w:val="0"/>
        </w:rPr>
        <w:t>‘Có lẽ chính ông mới là người có căn hộ trong cùng tòa nhà đó,’ Booth Watson gợi ý, nhưng chỉ nhận được một sự im lặng lạnh như đá.</w:t>
      </w:r>
    </w:p>
    <w:p>
      <w:pPr>
        <w:spacing w:after="80"/>
      </w:pPr>
      <w:r>
        <w:rPr>
          <w:b w:val="0"/>
          <w:i w:val="0"/>
        </w:rPr>
        <w:t>Ngài Julian cau mày và chuyển một mẩu giấy cho Grace.</w:t>
      </w:r>
    </w:p>
    <w:p>
      <w:pPr>
        <w:spacing w:after="80"/>
      </w:pPr>
      <w:r>
        <w:rPr>
          <w:b w:val="0"/>
          <w:i w:val="0"/>
        </w:rPr>
        <w:t>‘Ông đã bao giờ đến thăm căn hộ đó chưa?’</w:t>
      </w:r>
    </w:p>
    <w:p>
      <w:pPr>
        <w:spacing w:after="80"/>
      </w:pPr>
      <w:r>
        <w:rPr>
          <w:b w:val="0"/>
          <w:i w:val="0"/>
        </w:rPr>
        <w:t>‘Chưa, tôi đâu phải bạn của Rashidi.’</w:t>
      </w:r>
    </w:p>
    <w:p>
      <w:pPr>
        <w:spacing w:after="80"/>
      </w:pPr>
      <w:r>
        <w:rPr>
          <w:b w:val="0"/>
          <w:i w:val="0"/>
        </w:rPr>
        <w:t>‘Vậy thì làm sao ông biết về cái căn hộ được cho là đó?’</w:t>
      </w:r>
    </w:p>
    <w:p>
      <w:pPr>
        <w:spacing w:after="80"/>
      </w:pPr>
      <w:r>
        <w:rPr>
          <w:b w:val="0"/>
          <w:i w:val="0"/>
        </w:rPr>
        <w:t>‘Đó là điều ai cũng biết.’</w:t>
      </w:r>
    </w:p>
    <w:p>
      <w:pPr>
        <w:spacing w:after="80"/>
      </w:pPr>
      <w:r>
        <w:rPr>
          <w:b w:val="0"/>
          <w:i w:val="0"/>
        </w:rPr>
        <w:t>‘Ai cũng biết, ông Sangster ạ, rằng Nữ hoàng Elizabeth Đệ Nhất đã gặp Nữ hoàng Mary xứ Scots tại lâu đài Fotheringhay, nhưng tôi có thể đảm bảo với ông rằng cuộc gặp như vậy chưa từng diễn ra. Tôi cho rằng ông chưa bao giờ gặp ông Rashidi, và toàn bộ câu chuyện của ông chẳng qua chỉ là vài mẩu “điều ai cũng biết” mà ông nhặt nhạnh được trong tù, được thêu dệt thêm bằng mấy phát minh công phu của riêng ông để đảm bảo mình được giảm án.’</w:t>
      </w:r>
    </w:p>
    <w:p>
      <w:pPr>
        <w:spacing w:after="80"/>
      </w:pPr>
      <w:r>
        <w:rPr>
          <w:b w:val="0"/>
          <w:i w:val="0"/>
        </w:rPr>
        <w:t>‘Không đúng. Tôi làm việc cho Rashidi.’</w:t>
      </w:r>
    </w:p>
    <w:p>
      <w:pPr>
        <w:spacing w:after="80"/>
      </w:pPr>
      <w:r>
        <w:rPr>
          <w:b w:val="0"/>
          <w:i w:val="0"/>
        </w:rPr>
        <w:t>‘Và có phải chính ông Rashidi đã đề nghị giao việc cho ông không?’</w:t>
      </w:r>
    </w:p>
    <w:p>
      <w:pPr>
        <w:spacing w:after="80"/>
      </w:pPr>
      <w:r>
        <w:rPr>
          <w:b w:val="0"/>
          <w:i w:val="0"/>
        </w:rPr>
        <w:t>‘Không, một tay buôn giới thiệu tôi.’</w:t>
      </w:r>
    </w:p>
    <w:p>
      <w:pPr>
        <w:spacing w:after="80"/>
      </w:pPr>
      <w:r>
        <w:rPr>
          <w:b w:val="0"/>
          <w:i w:val="0"/>
        </w:rPr>
        <w:t>‘Người cung cấp hàng riêng của ông à?’</w:t>
      </w:r>
    </w:p>
    <w:p>
      <w:pPr>
        <w:spacing w:after="80"/>
      </w:pPr>
      <w:r>
        <w:rPr>
          <w:b w:val="0"/>
          <w:i w:val="0"/>
        </w:rPr>
        <w:t>Một khoảng lặng dài nữa trôi qua trước khi Sangster đáp lời. ‘Vâng. Trước đây, như tôi đã thừa nhận, tôi từng thỉnh thoảng dùng cocaine, nhưng giờ tất cả đã là quá khứ rồi.’</w:t>
      </w:r>
    </w:p>
    <w:p>
      <w:pPr>
        <w:spacing w:after="80"/>
      </w:pPr>
      <w:r>
        <w:rPr>
          <w:b w:val="0"/>
          <w:i w:val="0"/>
        </w:rPr>
        <w:t>Booth Watson lại cầm bản báo cáo của GMC lên, và chậm rãi tìm đúng trang cần thiết trước khi nói: ‘“Thỉnh thoảng” không phải là từ mà chủ tịch GMC dùng để mô tả tình trạng nghiện của ông.’</w:t>
      </w:r>
    </w:p>
    <w:p>
      <w:pPr>
        <w:spacing w:after="80"/>
      </w:pPr>
      <w:r>
        <w:rPr>
          <w:b w:val="0"/>
          <w:i w:val="0"/>
        </w:rPr>
        <w:t>Sangster không hề có ý tự bào chữa.</w:t>
      </w:r>
    </w:p>
    <w:p>
      <w:pPr>
        <w:spacing w:after="80"/>
      </w:pPr>
      <w:r>
        <w:rPr>
          <w:b w:val="0"/>
          <w:i w:val="0"/>
        </w:rPr>
        <w:t xml:space="preserve">‘Rõ ràng ông là người chỉ có mối liên hệ </w:t>
      </w:r>
      <w:r>
        <w:rPr>
          <w:b w:val="0"/>
          <w:i/>
        </w:rPr>
        <w:t>thỉnh thoảng</w:t>
      </w:r>
      <w:r>
        <w:rPr>
          <w:b w:val="0"/>
          <w:i w:val="0"/>
        </w:rPr>
        <w:t xml:space="preserve"> với sự thật.’ Ngài Julian bắt đầu đứng dậy khỏi chỗ ngồi. ‘Nhưng trước khi người bạn đồng nghiệp uyên bác của tôi phản đối, để tôi hỏi xem đó có phải là cùng một người cung cấp hàng mà ông đã chia sẻ buồng giam trong khoảng thời gian ngắn ngủi đáng ngạc nhiên ở tù không?’</w:t>
      </w:r>
    </w:p>
    <w:p>
      <w:pPr>
        <w:spacing w:after="80"/>
      </w:pPr>
      <w:r>
        <w:rPr>
          <w:b w:val="0"/>
          <w:i w:val="0"/>
        </w:rPr>
        <w:t>Lần này sự do dự còn kéo dài hơn nữa.</w:t>
      </w:r>
    </w:p>
    <w:p>
      <w:pPr>
        <w:spacing w:after="80"/>
      </w:pPr>
      <w:r>
        <w:rPr>
          <w:b w:val="0"/>
          <w:i w:val="0"/>
        </w:rPr>
        <w:t>‘Và có phải trong thời gian đó ông ta đã kể cho ông nghe câu chuyện về một kẻ buôn ma túy bị mất bàn tay không?’</w:t>
      </w:r>
    </w:p>
    <w:p>
      <w:pPr>
        <w:spacing w:after="80"/>
      </w:pPr>
      <w:r>
        <w:rPr>
          <w:b w:val="0"/>
          <w:i w:val="0"/>
        </w:rPr>
        <w:t>‘Có thể là vậy.’</w:t>
      </w:r>
    </w:p>
    <w:p>
      <w:pPr>
        <w:spacing w:after="80"/>
      </w:pPr>
      <w:r>
        <w:rPr>
          <w:b w:val="0"/>
          <w:i w:val="0"/>
        </w:rPr>
        <w:t>‘Trong trường hợp đó thì đó chẳng qua chỉ là lời đồn đại, và bồi thẩm đoàn có thể bỏ qua tùy theo giá trị của nó. Vậy người cung cấp hàng này giờ đang ở đâu?’ Booth Watson hỏi trước khi nhân chứng kịp lấy lại bình tĩnh.</w:t>
      </w:r>
    </w:p>
    <w:p>
      <w:pPr>
        <w:spacing w:after="80"/>
      </w:pPr>
      <w:r>
        <w:rPr>
          <w:b w:val="0"/>
          <w:i w:val="0"/>
        </w:rPr>
        <w:t>‘Ông ta vẫn đang ở trong tù.’</w:t>
      </w:r>
    </w:p>
    <w:p>
      <w:pPr>
        <w:spacing w:after="80"/>
      </w:pPr>
      <w:r>
        <w:rPr>
          <w:b w:val="0"/>
          <w:i w:val="0"/>
        </w:rPr>
        <w:t>‘Lại thêm một nhân chứng không đáng tin, mà tôi đoán ngài Julian sẽ không triệu tập để đưa ra bằng chứng trong phiên xử này,’ Booth Watson nói khi quay mặt về phía bồi thẩm đoàn. ‘Vậy nên, cho phép tôi tóm tắt lời khai của ông, ông Sangster. Ông từng là bác sĩ trước khi bị xóa tên khỏi Sổ đăng ký Y khoa vì vi phạm quy tắc đạo đức nghề nghiệp. Ông là một kẻ nghiện ma túy sẵn sàng đưa ra lời khai dưới lời thề mà hóa ra chỉ là lời đồn đại nghe được từ một tù nhân khác khi ông đang ở tù. Ông chỉ làm việc trong xưởng ma túy hai, có thể là ba, tuần, vậy mà ông lại khai rằng đã biết bị cáo trong một khoảng thời gian đáng kể. Ông bị xóa tên vì đã gây hại cho bệnh nhân bằng cách kê đơn quá liều các loại thuốc nguy hiểm, và sau đó nhận một bản án hai năm khoan hồng đáng ngạc nhiên, rồi bằng cách nào đó ông chỉ phải ngồi tù chưa đầy một năm. Ít nhất thì đó là điều ai cũng biết.’</w:t>
      </w:r>
    </w:p>
    <w:p>
      <w:pPr>
        <w:spacing w:after="80"/>
      </w:pPr>
      <w:r>
        <w:rPr>
          <w:b w:val="0"/>
          <w:i w:val="0"/>
        </w:rPr>
        <w:t>‘Ông đang bóp méo lời tôi,’ Sangster hét lên.</w:t>
      </w:r>
    </w:p>
    <w:p>
      <w:pPr>
        <w:spacing w:after="80"/>
      </w:pPr>
      <w:r>
        <w:rPr>
          <w:b w:val="0"/>
          <w:i w:val="0"/>
        </w:rPr>
        <w:t>‘Tôi nghĩ chúng vốn đã bị bóp méo rồi, ông Sangster. Nhưng tôi sẵn lòng cho ông cơ hội để nắn lại chúng trước khi tôi hỏi thêm câu nào.’</w:t>
      </w:r>
    </w:p>
    <w:p>
      <w:pPr>
        <w:spacing w:after="80"/>
      </w:pPr>
      <w:r>
        <w:rPr>
          <w:b w:val="0"/>
          <w:i w:val="0"/>
        </w:rPr>
        <w:t>Booth Watson nhìn chằm chằm không chút cảm xúc vào nhân chứng chủ chốt của bên nguyên, chờ đợi một câu trả lời, nhưng không có câu nào được đưa ra.</w:t>
      </w:r>
    </w:p>
    <w:p>
      <w:pPr>
        <w:spacing w:after="80"/>
      </w:pPr>
      <w:r>
        <w:rPr>
          <w:b w:val="0"/>
          <w:i w:val="0"/>
        </w:rPr>
        <w:t>‘Sự thật là, ông Sangster, ông là một kẻ chỉ điểm cừ khôi mà chẳng có gì để chỉ điểm. Tôi chỉ có thể hy vọng bên nguyên sẽ triệu tập thêm vài nhân chứng đáng tin cậy hơn để củng cố cho vụ án khá yếu ớt của họ.’</w:t>
      </w:r>
    </w:p>
    <w:p>
      <w:pPr>
        <w:spacing w:after="80"/>
      </w:pPr>
      <w:r>
        <w:rPr>
          <w:b w:val="0"/>
          <w:i w:val="0"/>
        </w:rPr>
        <w:t>Vị thẩm phán trông không có vẻ hài lòng. ‘Ông còn câu hỏi nào cho nhân chứng này nữa không, ông Booth Watson?’ ông hỏi.</w:t>
      </w:r>
    </w:p>
    <w:p>
      <w:pPr>
        <w:spacing w:after="80"/>
      </w:pPr>
      <w:r>
        <w:rPr>
          <w:b w:val="0"/>
          <w:i w:val="0"/>
        </w:rPr>
        <w:t>“Không có câu nào mà tôi nghĩ sẽ nhận được câu trả lời trung thực, thưa ngài,” luật sư bào chữa nói trước khi quay lại chỗ ngồi với một tiếng thở dài phóng đại.</w:t>
      </w:r>
    </w:p>
    <w:p>
      <w:pPr>
        <w:jc w:val="center"/>
      </w:pPr>
      <w:r>
        <w:drawing>
          <wp:inline xmlns:a="http://schemas.openxmlformats.org/drawingml/2006/main" xmlns:pic="http://schemas.openxmlformats.org/drawingml/2006/picture">
            <wp:extent cx="752475" cy="161926"/>
            <wp:docPr id="25" name="Picture 2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t>
      </w:r>
      <w:r>
        <w:rPr>
          <w:b w:val="0"/>
          <w:i/>
        </w:rPr>
        <w:t>Chẳng có gì sai khi muốn trở thành triệu phú cả</w:t>
      </w:r>
      <w:r>
        <w:rPr>
          <w:b w:val="0"/>
          <w:i w:val="0"/>
        </w:rPr>
        <w:t>,’ Marty nói.</w:t>
      </w:r>
    </w:p>
    <w:p>
      <w:pPr>
        <w:spacing w:after="80"/>
      </w:pPr>
      <w:r>
        <w:rPr>
          <w:b w:val="0"/>
          <w:i w:val="0"/>
        </w:rPr>
        <w:t>Jerry vòng tay qua vai Nicky và nhẹ nhàng kéo cô về phía mình.</w:t>
      </w:r>
    </w:p>
    <w:p>
      <w:pPr>
        <w:spacing w:after="80"/>
      </w:pPr>
      <w:r>
        <w:rPr>
          <w:b w:val="0"/>
          <w:i w:val="0"/>
        </w:rPr>
        <w:t>‘</w:t>
      </w:r>
      <w:r>
        <w:rPr>
          <w:b w:val="0"/>
          <w:i/>
        </w:rPr>
        <w:t>Anh nói thì dễ lắm, nhưng em chẳng có xu nào.</w:t>
      </w:r>
      <w:r>
        <w:rPr>
          <w:b w:val="0"/>
          <w:i w:val="0"/>
        </w:rPr>
        <w:t>’</w:t>
      </w:r>
    </w:p>
    <w:p>
      <w:pPr>
        <w:spacing w:after="80"/>
      </w:pPr>
      <w:r>
        <w:rPr>
          <w:b w:val="0"/>
          <w:i w:val="0"/>
        </w:rPr>
        <w:t>‘</w:t>
      </w:r>
      <w:r>
        <w:rPr>
          <w:b w:val="0"/>
          <w:i/>
        </w:rPr>
        <w:t>Vậy thì em sẽ phải học cách trộm của người giàu, và nhớ đừng có trả lại gì cho người nghèo nhé.</w:t>
      </w:r>
      <w:r>
        <w:rPr>
          <w:b w:val="0"/>
          <w:i w:val="0"/>
        </w:rPr>
        <w:t>’</w:t>
      </w:r>
    </w:p>
    <w:p>
      <w:pPr>
        <w:spacing w:after="80"/>
      </w:pPr>
      <w:r>
        <w:rPr>
          <w:b w:val="0"/>
          <w:i w:val="0"/>
        </w:rPr>
        <w:t>Đầu cô tựa vào vai anh.</w:t>
      </w:r>
    </w:p>
    <w:p>
      <w:pPr>
        <w:spacing w:after="80"/>
      </w:pPr>
      <w:r>
        <w:rPr>
          <w:b w:val="0"/>
          <w:i w:val="0"/>
        </w:rPr>
        <w:t>‘</w:t>
      </w:r>
      <w:r>
        <w:rPr>
          <w:b w:val="0"/>
          <w:i/>
        </w:rPr>
        <w:t>Nhưng thế là vô đạo đức.</w:t>
      </w:r>
      <w:r>
        <w:rPr>
          <w:b w:val="0"/>
          <w:i w:val="0"/>
        </w:rPr>
        <w:t>’</w:t>
      </w:r>
    </w:p>
    <w:p>
      <w:pPr>
        <w:spacing w:after="80"/>
      </w:pPr>
      <w:r>
        <w:rPr>
          <w:b w:val="0"/>
          <w:i w:val="0"/>
        </w:rPr>
        <w:t>Anh quay sang đối diện với cô và mỉm cười, dù cô chẳng thể thấy anh trong bóng tối của rạp chiếu phim.</w:t>
      </w:r>
    </w:p>
    <w:p>
      <w:pPr>
        <w:spacing w:after="80"/>
      </w:pPr>
      <w:r>
        <w:rPr>
          <w:b w:val="0"/>
          <w:i w:val="0"/>
        </w:rPr>
        <w:t>‘</w:t>
      </w:r>
      <w:r>
        <w:rPr>
          <w:b w:val="0"/>
          <w:i/>
        </w:rPr>
        <w:t>Vậy anh vạch ranh giới ở đâu khi phải phá luật?</w:t>
      </w:r>
      <w:r>
        <w:rPr>
          <w:b w:val="0"/>
          <w:i w:val="0"/>
        </w:rPr>
        <w:t>’</w:t>
      </w:r>
    </w:p>
    <w:p>
      <w:pPr>
        <w:spacing w:after="80"/>
      </w:pPr>
      <w:r>
        <w:rPr>
          <w:b w:val="0"/>
          <w:i w:val="0"/>
        </w:rPr>
        <w:t>Anh cúi xuống và nhẹ nhàng hôn lên môi cô.</w:t>
      </w:r>
    </w:p>
    <w:p>
      <w:pPr>
        <w:spacing w:after="80"/>
      </w:pPr>
      <w:r>
        <w:rPr>
          <w:b w:val="0"/>
          <w:i w:val="0"/>
        </w:rPr>
        <w:t>‘</w:t>
      </w:r>
      <w:r>
        <w:rPr>
          <w:b w:val="0"/>
          <w:i/>
        </w:rPr>
        <w:t>Anh không vạch. Anh để luật sư của mình đưa ra những quyết định đó.</w:t>
      </w:r>
      <w:r>
        <w:rPr>
          <w:b w:val="0"/>
          <w:i w:val="0"/>
        </w:rPr>
        <w:t>’</w:t>
      </w:r>
    </w:p>
    <w:p>
      <w:pPr>
        <w:spacing w:after="80"/>
      </w:pPr>
      <w:r>
        <w:rPr>
          <w:b w:val="0"/>
          <w:i w:val="0"/>
        </w:rPr>
        <w:t>Lưỡi họ chạm nhau.</w:t>
      </w:r>
    </w:p>
    <w:p>
      <w:pPr>
        <w:spacing w:after="80"/>
      </w:pPr>
      <w:r>
        <w:rPr>
          <w:b w:val="0"/>
          <w:i w:val="0"/>
        </w:rPr>
        <w:t>‘</w:t>
      </w:r>
      <w:r>
        <w:rPr>
          <w:b w:val="0"/>
          <w:i/>
        </w:rPr>
        <w:t>Vậy làm sao để em gia nhập câu lạc bộ tham lam đây?</w:t>
      </w:r>
      <w:r>
        <w:rPr>
          <w:b w:val="0"/>
          <w:i w:val="0"/>
        </w:rPr>
        <w:t>’</w:t>
      </w:r>
    </w:p>
    <w:p>
      <w:pPr>
        <w:spacing w:after="80"/>
      </w:pPr>
      <w:r>
        <w:rPr>
          <w:b w:val="0"/>
          <w:i w:val="0"/>
        </w:rPr>
        <w:t>Cô dứt ra và quay lại chú ý vào màn hình, dù cô đã mất mạch câu chuyện.</w:t>
      </w:r>
    </w:p>
    <w:p>
      <w:pPr>
        <w:spacing w:after="80"/>
      </w:pPr>
      <w:r>
        <w:rPr>
          <w:b w:val="0"/>
          <w:i w:val="0"/>
        </w:rPr>
        <w:t>‘</w:t>
      </w:r>
      <w:r>
        <w:rPr>
          <w:b w:val="0"/>
          <w:i/>
        </w:rPr>
        <w:t>Đầu tiên em xác định một công ty gia đình có nền tảng tài sản vững mạnh, hiện đang được điều hành bởi thế hệ thứ ba.</w:t>
      </w:r>
      <w:r>
        <w:rPr>
          <w:b w:val="0"/>
          <w:i w:val="0"/>
        </w:rPr>
        <w:t>’</w:t>
      </w:r>
    </w:p>
    <w:p>
      <w:pPr>
        <w:spacing w:after="80"/>
      </w:pPr>
      <w:r>
        <w:rPr>
          <w:b w:val="0"/>
          <w:i w:val="0"/>
        </w:rPr>
        <w:t>Anh đặt một tay lên đùi cô.</w:t>
      </w:r>
    </w:p>
    <w:p>
      <w:pPr>
        <w:spacing w:after="80"/>
      </w:pPr>
      <w:r>
        <w:rPr>
          <w:b w:val="0"/>
          <w:i w:val="0"/>
        </w:rPr>
        <w:t>‘</w:t>
      </w:r>
      <w:r>
        <w:rPr>
          <w:b w:val="0"/>
          <w:i/>
        </w:rPr>
        <w:t>Loại tài sản nào?</w:t>
      </w:r>
      <w:r>
        <w:rPr>
          <w:b w:val="0"/>
          <w:i w:val="0"/>
        </w:rPr>
        <w:t>’</w:t>
      </w:r>
    </w:p>
    <w:p>
      <w:pPr>
        <w:spacing w:after="80"/>
      </w:pPr>
      <w:r>
        <w:rPr>
          <w:b w:val="0"/>
          <w:i w:val="0"/>
        </w:rPr>
        <w:t>Cô nhẹ nhàng gỡ tay anh ra.</w:t>
      </w:r>
    </w:p>
    <w:p>
      <w:pPr>
        <w:spacing w:after="80"/>
      </w:pPr>
      <w:r>
        <w:rPr>
          <w:b w:val="0"/>
          <w:i w:val="0"/>
        </w:rPr>
        <w:t>‘</w:t>
      </w:r>
      <w:r>
        <w:rPr>
          <w:b w:val="0"/>
          <w:i/>
        </w:rPr>
        <w:t>Đất đai, bất động sản, tranh vẽ, thậm chí cả trang sức. Bất cứ thứ gì cậu có thể bán tống bán tháo nhanh chóng.</w:t>
      </w:r>
      <w:r>
        <w:rPr>
          <w:b w:val="0"/>
          <w:i w:val="0"/>
        </w:rPr>
        <w:t>’</w:t>
      </w:r>
    </w:p>
    <w:p>
      <w:pPr>
        <w:spacing w:after="80"/>
      </w:pPr>
      <w:r>
        <w:rPr>
          <w:b w:val="0"/>
          <w:i w:val="0"/>
        </w:rPr>
        <w:t>Anh lại hôn cô với vẻ tự tin đầy lão luyện, khiến cô không còn chút nghi ngờ gì rằng đây không phải lần đầu anh ngồi ở hàng ghế cuối. Có khi còn đúng cái ghế đó nữa.</w:t>
      </w:r>
    </w:p>
    <w:p>
      <w:pPr>
        <w:spacing w:after="80"/>
      </w:pPr>
      <w:r>
        <w:rPr>
          <w:b w:val="0"/>
          <w:i w:val="0"/>
        </w:rPr>
        <w:t>‘</w:t>
      </w:r>
      <w:r>
        <w:rPr>
          <w:b w:val="0"/>
          <w:i/>
        </w:rPr>
        <w:t>Bước tiếp theo của tôi là gì?</w:t>
      </w:r>
      <w:r>
        <w:rPr>
          <w:b w:val="0"/>
          <w:i w:val="0"/>
        </w:rPr>
        <w:t>’</w:t>
      </w:r>
    </w:p>
    <w:p>
      <w:pPr>
        <w:spacing w:after="80"/>
      </w:pPr>
      <w:r>
        <w:rPr>
          <w:b w:val="0"/>
          <w:i w:val="0"/>
        </w:rPr>
        <w:t>Tay anh luồn vào trong áo len của cô.</w:t>
      </w:r>
    </w:p>
    <w:p>
      <w:pPr>
        <w:spacing w:after="80"/>
      </w:pPr>
      <w:r>
        <w:rPr>
          <w:b w:val="0"/>
          <w:i w:val="0"/>
        </w:rPr>
        <w:t>‘</w:t>
      </w:r>
      <w:r>
        <w:rPr>
          <w:b w:val="0"/>
          <w:i/>
        </w:rPr>
        <w:t>Bắt đầu mua cổ phiếu của công ty dưới nhiều cái tên khác nhau, nhưng đừng mua số lượng lớn kẻo họ sẽ phát hiện ra cậu đang làm gì.</w:t>
      </w:r>
      <w:r>
        <w:rPr>
          <w:b w:val="0"/>
          <w:i w:val="0"/>
        </w:rPr>
        <w:t>’</w:t>
      </w:r>
    </w:p>
    <w:p>
      <w:pPr>
        <w:spacing w:after="80"/>
      </w:pPr>
      <w:r>
        <w:rPr>
          <w:b w:val="0"/>
          <w:i w:val="0"/>
        </w:rPr>
        <w:t>Anh cởi móc áo ngực của cô.</w:t>
      </w:r>
    </w:p>
    <w:p>
      <w:pPr>
        <w:spacing w:after="80"/>
      </w:pPr>
      <w:r>
        <w:rPr>
          <w:b w:val="0"/>
          <w:i w:val="0"/>
        </w:rPr>
        <w:t>‘</w:t>
      </w:r>
      <w:r>
        <w:rPr>
          <w:b w:val="0"/>
          <w:i/>
        </w:rPr>
        <w:t>Và nếu cậu làm được điều đó?</w:t>
      </w:r>
      <w:r>
        <w:rPr>
          <w:b w:val="0"/>
          <w:i w:val="0"/>
        </w:rPr>
        <w:t>’</w:t>
      </w:r>
    </w:p>
    <w:p>
      <w:pPr>
        <w:spacing w:after="80"/>
      </w:pPr>
      <w:r>
        <w:rPr>
          <w:b w:val="0"/>
          <w:i w:val="0"/>
        </w:rPr>
        <w:t>Anh bắt đầu nhẹ nhàng xoa bóp bầu ngực của cô.</w:t>
      </w:r>
    </w:p>
    <w:p>
      <w:pPr>
        <w:spacing w:after="80"/>
      </w:pPr>
      <w:r>
        <w:rPr>
          <w:b w:val="0"/>
          <w:i w:val="0"/>
        </w:rPr>
        <w:t>‘</w:t>
      </w:r>
      <w:r>
        <w:rPr>
          <w:b w:val="0"/>
          <w:i/>
        </w:rPr>
        <w:t>Cậu thay ban lãnh đạo và sa thải toàn bộ nhân viên.</w:t>
      </w:r>
      <w:r>
        <w:rPr>
          <w:b w:val="0"/>
          <w:i w:val="0"/>
        </w:rPr>
        <w:t>’</w:t>
      </w:r>
    </w:p>
    <w:p>
      <w:pPr>
        <w:spacing w:after="80"/>
      </w:pPr>
      <w:r>
        <w:rPr>
          <w:b w:val="0"/>
          <w:i/>
        </w:rPr>
        <w:t>‘Rồi nó sẽ kết thúc thế nào?’</w:t>
      </w:r>
    </w:p>
    <w:p>
      <w:pPr>
        <w:spacing w:after="80"/>
      </w:pPr>
      <w:r>
        <w:rPr>
          <w:b w:val="0"/>
          <w:i w:val="0"/>
        </w:rPr>
        <w:t>Núm vú của cô cứng lại.</w:t>
      </w:r>
    </w:p>
    <w:p>
      <w:pPr>
        <w:spacing w:after="80"/>
      </w:pPr>
      <w:r>
        <w:rPr>
          <w:b w:val="0"/>
          <w:i w:val="0"/>
        </w:rPr>
        <w:t>‘</w:t>
      </w:r>
      <w:r>
        <w:rPr>
          <w:b w:val="0"/>
          <w:i/>
        </w:rPr>
        <w:t>Cậu bán tháo toàn bộ tài sản và kiếm một món hời lớn, trước khi các cổ đông phát hiện ra cậu đã làm gì.</w:t>
      </w:r>
      <w:r>
        <w:rPr>
          <w:b w:val="0"/>
          <w:i w:val="0"/>
        </w:rPr>
        <w:t>’</w:t>
      </w:r>
    </w:p>
    <w:p>
      <w:pPr>
        <w:spacing w:after="80"/>
      </w:pPr>
      <w:r>
        <w:rPr>
          <w:b w:val="0"/>
          <w:i w:val="0"/>
        </w:rPr>
        <w:t>Lần này cô không kháng cự nữa.</w:t>
      </w:r>
    </w:p>
    <w:p>
      <w:pPr>
        <w:spacing w:after="80"/>
      </w:pPr>
      <w:r>
        <w:rPr>
          <w:b w:val="0"/>
          <w:i w:val="0"/>
        </w:rPr>
        <w:t>‘</w:t>
      </w:r>
      <w:r>
        <w:rPr>
          <w:b w:val="0"/>
          <w:i/>
        </w:rPr>
        <w:t>Người ta gọi đó là gì?</w:t>
      </w:r>
      <w:r>
        <w:rPr>
          <w:b w:val="0"/>
          <w:i w:val="0"/>
        </w:rPr>
        <w:t>’</w:t>
      </w:r>
    </w:p>
    <w:p>
      <w:pPr>
        <w:spacing w:after="80"/>
      </w:pPr>
      <w:r>
        <w:rPr>
          <w:b w:val="0"/>
          <w:i w:val="0"/>
        </w:rPr>
        <w:t>‘</w:t>
      </w:r>
      <w:r>
        <w:rPr>
          <w:b w:val="0"/>
          <w:i/>
        </w:rPr>
        <w:t>Tẩu tán tài sản.</w:t>
      </w:r>
      <w:r>
        <w:rPr>
          <w:b w:val="0"/>
          <w:i w:val="0"/>
        </w:rPr>
        <w:t>’</w:t>
      </w:r>
    </w:p>
    <w:p>
      <w:pPr>
        <w:jc w:val="center"/>
      </w:pPr>
      <w:r>
        <w:drawing>
          <wp:inline xmlns:a="http://schemas.openxmlformats.org/drawingml/2006/main" xmlns:pic="http://schemas.openxmlformats.org/drawingml/2006/picture">
            <wp:extent cx="752475" cy="161926"/>
            <wp:docPr id="26" name="Picture 2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‘Lẽ ra nó có thể suôn sẻ hơn,’ William thừa nhận.</w:t>
      </w:r>
    </w:p>
    <w:p>
      <w:pPr>
        <w:spacing w:after="80"/>
      </w:pPr>
      <w:r>
        <w:rPr>
          <w:b w:val="0"/>
          <w:i w:val="0"/>
        </w:rPr>
        <w:t>‘Nói rõ cho tôi nghe đi,’ viên chỉ huy nói, khi ông ngả người vào chiếc ghế yêu thích bên lò sưởi và chăm chú lắng nghe.</w:t>
      </w:r>
    </w:p>
    <w:p>
      <w:pPr>
        <w:spacing w:after="80"/>
      </w:pPr>
      <w:r>
        <w:rPr>
          <w:b w:val="0"/>
          <w:i w:val="0"/>
        </w:rPr>
        <w:t>‘Bố tôi bắt đầu với chuyên gia pháp y, người đã đưa ra một số vật chứng từ xưởng ma túy cho thấy rõ ràng dấu vân tay của Rashidi.’</w:t>
      </w:r>
    </w:p>
    <w:p>
      <w:pPr>
        <w:spacing w:after="80"/>
      </w:pPr>
      <w:r>
        <w:rPr>
          <w:b w:val="0"/>
          <w:i w:val="0"/>
        </w:rPr>
        <w:t>‘Tôi không nghĩ Rashidi sẽ phủ nhận việc hắn ở đó,’ Hawk nói.</w:t>
      </w:r>
    </w:p>
    <w:p>
      <w:pPr>
        <w:spacing w:after="80"/>
      </w:pPr>
      <w:r>
        <w:rPr>
          <w:b w:val="0"/>
          <w:i w:val="0"/>
        </w:rPr>
        <w:t>‘Tiếp theo là Tiến sĩ Webb, chuyên gia hàng đầu về ma túy của chính phủ. Cô ấy hoàn toàn thuyết phục và không để bồi thẩm đoàn nghi ngờ gì về quy mô hoạt động mà Rashidi đang điều hành. Booth Watson thậm chí không buồn chất vấn cô ấy.’</w:t>
      </w:r>
    </w:p>
    <w:p>
      <w:pPr>
        <w:spacing w:after="80"/>
      </w:pPr>
      <w:r>
        <w:rPr>
          <w:b w:val="0"/>
          <w:i w:val="0"/>
        </w:rPr>
        <w:t>‘Nghe có vẻ như chúng ta đang dẫn trước khá xa—’</w:t>
      </w:r>
    </w:p>
    <w:p>
      <w:pPr>
        <w:spacing w:after="80"/>
      </w:pPr>
      <w:r>
        <w:rPr>
          <w:b w:val="0"/>
          <w:i w:val="0"/>
        </w:rPr>
        <w:t>‘Cho đến khi ông Bennett, thợ may ở Savile Row, xuất hiện. Tôi e rằng ông ấy không thực sự hữu ích. Ông ấy nói không nhớ từng gặp Rashidi, chứ đừng nói đến việc may một bộ vest cho hắn.’</w:t>
      </w:r>
    </w:p>
    <w:p>
      <w:pPr>
        <w:spacing w:after="80"/>
      </w:pPr>
      <w:r>
        <w:rPr>
          <w:b w:val="0"/>
          <w:i w:val="0"/>
        </w:rPr>
        <w:t>‘Vậy thì ông ta có trí nhớ rất chọn lọc,’ Hawksby nói.</w:t>
      </w:r>
    </w:p>
    <w:p>
      <w:pPr>
        <w:spacing w:after="80"/>
      </w:pPr>
      <w:r>
        <w:rPr>
          <w:b w:val="0"/>
          <w:i w:val="0"/>
        </w:rPr>
        <w:t>‘Nhất là khi tôi nghĩ Rashidi đang mặc một trong những bộ vest của ông ấy tại tòa.’</w:t>
      </w:r>
    </w:p>
    <w:p>
      <w:pPr>
        <w:spacing w:after="80"/>
      </w:pPr>
      <w:r>
        <w:rPr>
          <w:b w:val="0"/>
          <w:i w:val="0"/>
        </w:rPr>
        <w:t>‘Nếu đúng như vậy, hắn sẽ bị mắc kẹt ngay khi bước vào ghế nhân chứng.’</w:t>
      </w:r>
    </w:p>
    <w:p>
      <w:pPr>
        <w:spacing w:after="80"/>
      </w:pPr>
      <w:r>
        <w:rPr>
          <w:b w:val="0"/>
          <w:i w:val="0"/>
        </w:rPr>
        <w:t>‘</w:t>
      </w:r>
      <w:r>
        <w:rPr>
          <w:b w:val="0"/>
          <w:i/>
        </w:rPr>
        <w:t>Nếu</w:t>
      </w:r>
      <w:r>
        <w:rPr>
          <w:b w:val="0"/>
          <w:i w:val="0"/>
        </w:rPr>
        <w:t xml:space="preserve"> hắn bước vào ghế nhân chứng, điều khó xảy ra, vì hắn sẽ không muốn thừa nhận bức ảnh chúng ta tìm thấy trên bàn đầu giường trong căn hộ của hắn là của ai.’</w:t>
      </w:r>
    </w:p>
    <w:p>
      <w:pPr>
        <w:spacing w:after="80"/>
      </w:pPr>
      <w:r>
        <w:rPr>
          <w:b w:val="0"/>
          <w:i w:val="0"/>
        </w:rPr>
        <w:t>‘Hắn và Booth Watson hẳn đã nghĩ về điều đó suốt nhiều tuần, nên ta có thể giả định rằng đến giờ họ đã nghĩ ra một lời giải thích khác.’</w:t>
      </w:r>
    </w:p>
    <w:p>
      <w:pPr>
        <w:spacing w:after="80"/>
      </w:pPr>
      <w:r>
        <w:rPr>
          <w:b w:val="0"/>
          <w:i w:val="0"/>
        </w:rPr>
        <w:t>‘Họ sẽ không thể thoát tội bằng cách ám chỉ rằng tôi đã cài bức ảnh đó. Ngay từ đầu tôi làm sao có thể có được nó trong tay chứ?’</w:t>
      </w:r>
    </w:p>
    <w:p>
      <w:pPr>
        <w:spacing w:after="80"/>
      </w:pPr>
      <w:r>
        <w:rPr>
          <w:b w:val="0"/>
          <w:i w:val="0"/>
        </w:rPr>
        <w:t>‘Khi anh đến nhà mẹ hắn ở The Boltons để thẩm vấn bà ấy?’</w:t>
      </w:r>
    </w:p>
    <w:p>
      <w:pPr>
        <w:spacing w:after="80"/>
      </w:pPr>
      <w:r>
        <w:rPr>
          <w:b w:val="0"/>
          <w:i w:val="0"/>
        </w:rPr>
        <w:t>‘Từ khi hắn bị bắt, bà ấy đã từ chối mọi liên hệ với hắn, nên có lẽ hắn thậm chí không biết tôi đã đến thăm bà ấy.’</w:t>
      </w:r>
    </w:p>
    <w:p>
      <w:pPr>
        <w:spacing w:after="80"/>
      </w:pPr>
      <w:r>
        <w:rPr>
          <w:b w:val="0"/>
          <w:i w:val="0"/>
        </w:rPr>
        <w:t>‘Cô ấy có tài xế riêng và quản gia, đều do Rashidi trả lương, nên ông ta sẽ biết chuyện,’ Hawk nói. ‘Nhưng còn Sangster thì sao? Chắc chắn bồi thẩm đoàn thấy lời khai của anh ta rất thuyết phục chứ?’</w:t>
      </w:r>
    </w:p>
    <w:p>
      <w:pPr>
        <w:spacing w:after="80"/>
      </w:pPr>
      <w:r>
        <w:rPr>
          <w:b w:val="0"/>
          <w:i w:val="0"/>
        </w:rPr>
        <w:t>‘Sau khi cha tôi hoàn tất phần thẩm vấn, bồi thẩm đoàn trông như thể không còn chút nghi ngờ nào rằng Rashidi là ông chủ của Sangster. Thực ra, tôi tưởng chúng ta đã thắng chắc rồi, cho đến khi Booth Watson đứng dậy.’</w:t>
      </w:r>
    </w:p>
    <w:p>
      <w:pPr>
        <w:spacing w:after="80"/>
      </w:pPr>
      <w:r>
        <w:rPr>
          <w:b w:val="0"/>
          <w:i w:val="0"/>
        </w:rPr>
        <w:t>‘Lại nữa rồi.’</w:t>
      </w:r>
    </w:p>
    <w:p>
      <w:pPr>
        <w:spacing w:after="80"/>
      </w:pPr>
      <w:r>
        <w:rPr>
          <w:b w:val="0"/>
          <w:i w:val="0"/>
        </w:rPr>
        <w:t>‘Tôi phải thừa nhận phần đối chất của ông ta sắc bén đến chết người. Đến lúc ông ta ngồi xuống, bồi thẩm đoàn có thể được tha thứ nếu họ tự hỏi liệu Sangster mới là người đáng bị đưa ra vành móng ngựa.’</w:t>
      </w:r>
    </w:p>
    <w:p>
      <w:pPr>
        <w:spacing w:after="80"/>
      </w:pPr>
      <w:r>
        <w:rPr>
          <w:b w:val="0"/>
          <w:i w:val="0"/>
        </w:rPr>
        <w:t>Hawk thở dài một hơi. ‘Vậy giờ sẽ tùy thuộc vào anh, William, phải đảm bảo rằng sau khi anh đưa ra lời khai vào ngày mai, bồi thẩm đoàn sẽ quay lại đứng về phía chính nghĩa.’</w:t>
      </w:r>
    </w:p>
    <w:p>
      <w:pPr>
        <w:spacing w:after="80"/>
      </w:pPr>
      <w:r>
        <w:rPr>
          <w:b w:val="0"/>
          <w:i w:val="0"/>
        </w:rPr>
        <w:t>‘Một canh bạc mong manh,’ William nói.</w:t>
      </w:r>
    </w:p>
    <w:p>
      <w:pPr>
        <w:spacing w:after="80"/>
      </w:pPr>
      <w:r>
        <w:rPr>
          <w:b w:val="0"/>
          <w:i w:val="0"/>
        </w:rPr>
        <w:t>‘Hãy dẫn họ đi qua cách anh phát hiện ra Rashidi sống hai mặt,’ Hawk nói, như thể không nghe thấy lời bình luận kia, vì sợ lại phải nghe ông ta giảng giải về nguồn gốc của nó. ‘Và kết thúc bằng những gì đã xảy ra vào đêm đột kích. Rồi chúng ta có thể để bồi thẩm đoàn quyết định xem họ tin ai – trùm ma túy hay Cậu Bé Hát Thánh.’</w:t>
      </w:r>
    </w:p>
    <w:p>
      <w:pPr>
        <w:spacing w:after="80"/>
      </w:pPr>
      <w:r>
        <w:rPr>
          <w:b w:val="0"/>
          <w:i w:val="0"/>
        </w:rPr>
        <w:t>‘Nếu tôi làm được điều đó,’ William nói, ‘thì Rashidi thậm chí có thể tính đến chuyện ra làm chứng trong một nỗ lực tuyệt vọng cuối cùng để tránh bị tống trở lại tù.’</w:t>
      </w:r>
    </w:p>
    <w:p>
      <w:pPr>
        <w:spacing w:after="80"/>
      </w:pPr>
      <w:r>
        <w:rPr>
          <w:b w:val="0"/>
          <w:i w:val="0"/>
        </w:rPr>
        <w:t>‘Booth Watson sẽ khuyên ông ta đừng làm điều gì ngu ngốc đến thế. Tuy nhiên tôi nghi Rashidi sẽ phớt lờ lời khuyên đó. Ông ta là kẻ liều lĩnh tung con xúc xắc cuối cùng, sẽ tin rằng mình có thể thuyết phục bồi thẩm đoàn về sự vô tội của mình, bất kể cơ hội mong manh đến đâu.’</w:t>
      </w:r>
    </w:p>
    <w:p>
      <w:pPr>
        <w:spacing w:after="80"/>
      </w:pPr>
      <w:r>
        <w:rPr>
          <w:b w:val="0"/>
          <w:i w:val="0"/>
        </w:rPr>
        <w:t>‘Ông ta không thể ngu ngốc đến thế chứ,’ William nói.</w:t>
      </w:r>
    </w:p>
    <w:p>
      <w:pPr>
        <w:spacing w:after="80"/>
      </w:pPr>
      <w:r>
        <w:rPr>
          <w:b w:val="0"/>
          <w:i w:val="0"/>
        </w:rPr>
        <w:t>‘Không, nhưng ông ta có thể ngạo mạn đến thế.’</w:t>
      </w:r>
    </w:p>
    <w:p>
      <w:pPr>
        <w:spacing w:after="80"/>
      </w:pPr>
      <w:r>
        <w:rPr>
          <w:b w:val="0"/>
          <w:i w:val="0"/>
        </w:rPr>
        <w:t>‘Có lời khuyên nào về cách tôi nên đối phó với Booth Watson không?’</w:t>
      </w:r>
    </w:p>
    <w:p>
      <w:pPr>
        <w:spacing w:after="80"/>
      </w:pPr>
      <w:r>
        <w:rPr>
          <w:b w:val="0"/>
          <w:i w:val="0"/>
        </w:rPr>
        <w:t>‘Nếu anh làm tốt việc của mình, tôi nghi ông ta sẽ chẳng buồn đối chất với anh đâu. Ông ta sẽ muốn lời khai của Cậu Bé Hát Thánh bị xóa khỏi ký ức bồi thẩm đoàn càng nhanh càng tốt. Nhưng hãy chắc chắn ngủ một giấc thật ngon, phòng khi cần,’ viên chỉ huy nói thêm, trước khi đặt điện thoại xuống.</w:t>
      </w:r>
    </w:p>
    <w:p>
      <w:pPr>
        <w:spacing w:after="80"/>
      </w:pPr>
      <w:r>
        <w:rPr>
          <w:b w:val="0"/>
          <w:i w:val="0"/>
        </w:rPr>
        <w:t>‘Mơ đi,’ William nói khi Beth bước vào phòng.</w:t>
      </w:r>
    </w:p>
    <w:p>
      <w:pPr>
        <w:spacing w:after="80"/>
      </w:pPr>
      <w:r>
        <w:rPr>
          <w:b w:val="0"/>
          <w:i w:val="0"/>
        </w:rPr>
        <w:t>‘Mơ đi cái gì?’ cô hỏi.</w:t>
      </w:r>
    </w:p>
    <w:p>
      <w:pPr>
        <w:jc w:val="center"/>
      </w:pPr>
      <w:r>
        <w:drawing>
          <wp:inline xmlns:a="http://schemas.openxmlformats.org/drawingml/2006/main" xmlns:pic="http://schemas.openxmlformats.org/drawingml/2006/picture">
            <wp:extent cx="752475" cy="161926"/>
            <wp:docPr id="27" name="Picture 2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Nicky tỉnh dậy ngay sau năm giờ sáng hôm sau. Cô chớp mắt khi nhận ra khung cảnh xa lạ xung quanh.</w:t>
      </w:r>
    </w:p>
    <w:p>
      <w:pPr>
        <w:spacing w:after="80"/>
      </w:pPr>
      <w:r>
        <w:rPr>
          <w:b w:val="0"/>
          <w:i w:val="0"/>
        </w:rPr>
        <w:t>Sau bộ phim, mà cô chẳng nhớ được bao nhiêu, họ đã bỏ qua việc chia nhau một chiếc Margherita ở tiệm pizza gần đó và về thẳng nhà anh. Quy tắc số một bị phá vỡ. Sau vài ly đồ uống, hóa ra là cả một chai vang, cô bảo anh rằng mình nên về, nhưng cô đang tự lừa ai chứ.</w:t>
      </w:r>
    </w:p>
    <w:p>
      <w:pPr>
        <w:spacing w:after="80"/>
      </w:pPr>
      <w:r>
        <w:rPr>
          <w:b w:val="0"/>
          <w:i w:val="0"/>
        </w:rPr>
        <w:t>Lần đầu tiên họ ân ái, quần áo bị xé toạc từ lâu trước khi họ tới được phòng ngủ, kết thúc bằng cảnh hai người nằm trong vòng tay nhau, kiệt sức trên sàn. Suy nghĩ đầu tiên của cô sau đó là cô vẫn còn kịp chuyến tàu cuối về nhà, nhưng chẳng bao lâu sau cô đã ngủ thiếp đi trong vòng tay anh.</w:t>
      </w:r>
    </w:p>
    <w:p>
      <w:pPr>
        <w:spacing w:after="80"/>
      </w:pPr>
      <w:r>
        <w:rPr>
          <w:b w:val="0"/>
          <w:i w:val="0"/>
        </w:rPr>
        <w:t>Cô nằm đó, đau đớn nhận thức rằng sớm muộn gì cô cũng sẽ phải thú nhận với DI Warwick chuyện đã xảy ra. Cô không chỉ phải từ chức, mà còn có thể phải đi tìm một công việc xếp hàng lên kệ ở Tesco. Một phần quá khứ của cô có lẽ sắp trở thành hiện tại. Cô không cười. Nicky thậm chí không muốn thừa nhận với cả Rebecca rằng đã từ lâu lắm rồi cô mới cảm thấy như thế này với một người. Cô hy vọng rồi sẽ hóa ra Jerry có thể thỉnh thoảng liều lĩnh một chút nhưng không thể bị coi là tội phạm.</w:t>
      </w:r>
    </w:p>
    <w:p>
      <w:pPr>
        <w:spacing w:after="80"/>
      </w:pPr>
      <w:r>
        <w:rPr>
          <w:b w:val="0"/>
          <w:i w:val="0"/>
        </w:rPr>
        <w:t>Cô nhìn quanh phòng, để mắt tới chiếc tivi lớn đặt trên một chiếc bàn console mạ crôm kiểu cách mà đặt trong một căn hộ duplex ở West End cũng chẳng lạc lõng chút nào. Rõ ràng không phải toàn bộ số hàng ăn cắp mà Summers thu hồi được sau số vụ bắt giữ trộm cắp ấn tượng của anh ta đều đã được đưa vào kho tang vật của đồn cảnh sát. Ít nhất đó sẽ là một điều đáng để báo cáo khi cô gặp Jackie sáng hôm đó, dù cô không chắc mình sẽ giải thích thế nào về việc kết thúc trên giường với nghi phạm.</w:t>
      </w:r>
    </w:p>
    <w:p>
      <w:pPr>
        <w:spacing w:after="80"/>
      </w:pPr>
      <w:r>
        <w:rPr>
          <w:b w:val="0"/>
          <w:i w:val="0"/>
        </w:rPr>
        <w:t>Cô cảm thấy anh cựa mình, và một bàn tay vươn sang nhẹ nhàng kéo cô về phía anh, trì hoãn quyết định thêm vài phút nữa.</w:t>
      </w:r>
    </w:p>
    <w:p>
      <w:pPr>
        <w:spacing w:after="80"/>
      </w:pPr>
      <w:r>
        <w:rPr>
          <w:b w:val="0"/>
          <w:i w:val="0"/>
        </w:rPr>
        <w:t>‘Em có thời gian ăn sáng không?’ anh hỏi khi cuối cùng cô bước ra khỏi giường và đi về phía phòng tắm.</w:t>
      </w:r>
    </w:p>
    <w:p>
      <w:pPr>
        <w:spacing w:after="80"/>
      </w:pPr>
      <w:r>
        <w:rPr>
          <w:b w:val="0"/>
          <w:i w:val="0"/>
        </w:rPr>
        <w:t>‘Không, em nên về nhà thay đồ. Em không thể đến chỗ làm với bộ dạng thế này.’</w:t>
      </w:r>
    </w:p>
    <w:p>
      <w:pPr>
        <w:spacing w:after="80"/>
      </w:pPr>
      <w:r>
        <w:rPr>
          <w:b w:val="0"/>
          <w:i w:val="0"/>
        </w:rPr>
        <w:t>‘Nếu em chuyển đến ở với anh thì sẽ không thành vấn đề.’</w:t>
      </w:r>
    </w:p>
    <w:p>
      <w:pPr>
        <w:spacing w:after="80"/>
      </w:pPr>
      <w:r>
        <w:rPr>
          <w:b w:val="0"/>
          <w:i w:val="0"/>
        </w:rPr>
        <w:t>Nicky không thể tin nổi những gì mình vừa nghe, và tự hỏi liệu đó có phải chỉ là một câu cửa miệng anh dùng với mọi chiến lợi phẩm của mình. Khi cô ra về, anh lại hôn cô một lần nữa. Không phải nụ hôn của một cuộc tình một đêm. Cô sợ hãi bước đi đầy xấu hổ từ nhà Jerry ra ga, và nhẹ nhõm vì không đụng mặt đồng nghiệp nào trên đường. Cô có thừa thời gian để nghĩ về hậu quả trong chuyến hành trình dài trở về Peckham. Jerry có thực sự nghiêm túc với những gì anh nói không?</w:t>
      </w:r>
    </w:p>
    <w:p>
      <w:pPr>
        <w:spacing w:after="80"/>
      </w:pPr>
      <w:r>
        <w:rPr>
          <w:b w:val="0"/>
          <w:i w:val="0"/>
        </w:rPr>
        <w:t>Khi đoàn tàu cuối cùng cũng vào ga gần nhà, cô nhảy xuống và chạy bộ suốt quãng đường về, đến trước cửa căn hộ của mình ngay sau sáu giờ. Cô xoay chìa khóa chậm rãi trong ổ, hy vọng vào được phòng mình mà Rebecca không thấy. Cô lặng lẽ đóng cửa sau lưng, tuột đôi giày cao gót và rón rén bước lên lầu, nhẹ nhõm khi thấy ánh đèn hắt ra dưới cửa phòng Rebecca. Thêm vài bước nữa là cô tới nơi. Khi đã an toàn trong phòng ngủ, cô vứt bỏ bộ quần áo tối qua và mặc áo choàng tắm vào. Chốc lát sau cô đã ở trong phòng tắm tắm lần thứ hai.</w:t>
      </w:r>
    </w:p>
    <w:p>
      <w:pPr>
        <w:spacing w:after="80"/>
      </w:pPr>
      <w:r>
        <w:rPr>
          <w:b w:val="0"/>
          <w:i w:val="0"/>
        </w:rPr>
        <w:t>Họ lướt qua nhau ở hành lang với một câu ‘Chào buổi sáng’ vui vẻ, trước khi Nicky quay về phòng ngủ và thay đồ. Jerry luôn ở trong tâm trí cô.</w:t>
      </w:r>
    </w:p>
    <w:p>
      <w:pPr>
        <w:spacing w:after="80"/>
      </w:pPr>
      <w:r>
        <w:rPr>
          <w:b w:val="0"/>
          <w:i w:val="0"/>
        </w:rPr>
        <w:t>Trong bữa sáng, họ nói về đủ thứ trừ công việc, một quy tắc vàng, trước khi cùng nhau rời đi dự buổi giao ban buổi sáng của chỉ huy. Tất cả đã ngồi quanh bàn của sếp lúc 7.55, chờ Hawk khai mạc cuộc họp.</w:t>
      </w:r>
    </w:p>
    <w:p>
      <w:pPr>
        <w:spacing w:after="80"/>
      </w:pPr>
      <w:r>
        <w:rPr>
          <w:b w:val="0"/>
          <w:i w:val="0"/>
        </w:rPr>
        <w:t>‘Bắt đầu với cô đi, PC Bailey,’ viên chỉ huy nói, ‘vì tôi biết cô phải về Romford kịp ca chiều. Cập nhật cho chúng tôi tiến độ của cô với Summers.’</w:t>
      </w:r>
    </w:p>
    <w:p>
      <w:pPr>
        <w:spacing w:after="80"/>
      </w:pPr>
      <w:r>
        <w:rPr>
          <w:b w:val="0"/>
          <w:i w:val="0"/>
        </w:rPr>
        <w:t>‘Không có gì nhiều để báo cáo, thưa sếp. Tối qua anh ta mời tôi đi uống nước, nhưng không xuất hiện.’</w:t>
      </w:r>
    </w:p>
    <w:p>
      <w:pPr>
        <w:spacing w:after="80"/>
      </w:pPr>
      <w:r>
        <w:rPr>
          <w:b w:val="0"/>
          <w:i w:val="0"/>
        </w:rPr>
        <w:t>‘Điển hình,’ Jackie nói. ‘Nhưng đó chỉ là một phần trong kế hoạch dài hạn của anh ta thôi, nên cứ kiên trì đi.’</w:t>
      </w:r>
    </w:p>
    <w:p>
      <w:pPr>
        <w:spacing w:after="80"/>
      </w:pPr>
      <w:r>
        <w:rPr>
          <w:b w:val="0"/>
          <w:i w:val="0"/>
        </w:rPr>
        <w:t>‘Anh ta để cô chờ bao lâu?’ Paul hỏi.</w:t>
      </w:r>
    </w:p>
    <w:p>
      <w:pPr>
        <w:spacing w:after="80"/>
      </w:pPr>
      <w:r>
        <w:rPr>
          <w:b w:val="0"/>
          <w:i w:val="0"/>
        </w:rPr>
        <w:t>‘Khoảng một tiếng. Rồi tôi kết thúc ngày làm việc và về nhà.’</w:t>
      </w:r>
    </w:p>
    <w:p>
      <w:pPr>
        <w:spacing w:after="80"/>
      </w:pPr>
      <w:r>
        <w:rPr>
          <w:b w:val="0"/>
          <w:i w:val="0"/>
        </w:rPr>
        <w:t>Rebecca ngạc nhiên trước câu trả lời của Nicky, nhưng quyết định không nói gì với William cho đến khi cô bạn cùng phòng rời đi Romford. Ngay cả lúc đó, cô vẫn phân vân.</w:t>
      </w:r>
    </w:p>
    <w:p>
      <w:pPr>
        <w:pStyle w:val="Heading2"/>
      </w:pPr>
      <w:r>
        <w:rPr>
          <w:rFonts w:ascii="Calibri" w:hAnsi="Calibri"/>
          <w:b/>
          <w:i w:val="0"/>
          <w:sz w:val="32"/>
        </w:rPr>
        <w:t>12</w:t>
      </w:r>
    </w:p>
    <w:p>
      <w:pPr>
        <w:spacing w:after="80"/>
      </w:pPr>
      <w:r>
        <w:rPr>
          <w:b w:val="0"/>
          <w:i w:val="0"/>
        </w:rPr>
        <w:t>WILLIAM CẦM QUYỂN Kinh Thánh bằng tay phải và tuyên thệ với một vẻ tự tin mà anh không hề cảm thấy.</w:t>
      </w:r>
    </w:p>
    <w:p>
      <w:pPr>
        <w:spacing w:after="80"/>
      </w:pPr>
      <w:r>
        <w:rPr>
          <w:b w:val="0"/>
          <w:i w:val="0"/>
        </w:rPr>
        <w:t>Grace Warwick đứng dậy khỏi chỗ ngồi trên ghế luật sư bào chữa, kéo nhẹ ve áo choàng đen và chỉnh lại bộ tóc giả, vô thức bắt chước cha mình.</w:t>
      </w:r>
    </w:p>
    <w:p>
      <w:pPr>
        <w:spacing w:after="80"/>
      </w:pPr>
      <w:r>
        <w:rPr>
          <w:b w:val="0"/>
          <w:i w:val="0"/>
        </w:rPr>
        <w:t>‘Thanh tra Warwick,’ cô bắt đầu, nở một nụ cười ấm áp với anh trai, ‘ông có thể cho tòa án biết tên và cấp bậc của ông để ghi vào biên bản không.’</w:t>
      </w:r>
    </w:p>
    <w:p>
      <w:pPr>
        <w:spacing w:after="80"/>
      </w:pPr>
      <w:r>
        <w:rPr>
          <w:b w:val="0"/>
          <w:i w:val="0"/>
        </w:rPr>
        <w:t>‘Tên tôi là William Warwick, và tôi là thanh tra thám tử thuộc đội chống ma túy của Scotland Yard.’</w:t>
      </w:r>
    </w:p>
    <w:p>
      <w:pPr>
        <w:spacing w:after="80"/>
      </w:pPr>
      <w:r>
        <w:rPr>
          <w:b w:val="0"/>
          <w:i w:val="0"/>
        </w:rPr>
        <w:t>‘Vào đêm xảy ra vụ việc, Thanh tra Warwick, ông có phải là viên cảnh sát đã bắt giữ ông Rashidi, sau cuộc đột kích vào xưởng sản xuất ma túy của ông ta ở Brixton không?’</w:t>
      </w:r>
    </w:p>
    <w:p>
      <w:pPr>
        <w:spacing w:after="80"/>
      </w:pPr>
      <w:r>
        <w:rPr>
          <w:b w:val="0"/>
          <w:i w:val="0"/>
        </w:rPr>
        <w:t>Booth Watson từ từ đứng dậy khỏi chỗ, vẻ mặt bực bội, và thốt lên, ‘Tôi phải phản đối, thưa quý tòa,’ trước khi William kịp trả lời câu hỏi. ‘Vẫn chưa xác định được ai là chủ sở hữu bất động sản đó, và lời khẳng định tùy tiện của người bạn đồng nghiệp uyên bác của tôi có thể khiến bồi thẩm đoàn tin rằng đó là bị cáo, trong khi thực tế không gì xa sự thật hơn thế.’</w:t>
      </w:r>
    </w:p>
    <w:p>
      <w:pPr>
        <w:spacing w:after="80"/>
      </w:pPr>
      <w:r>
        <w:rPr>
          <w:b w:val="0"/>
          <w:i w:val="0"/>
        </w:rPr>
        <w:t>‘Tôi xin lỗi, thưa quý tòa,’ Grace nói, ‘nhưng nếu tôi được phép tiếp tục hướng thẩm vấn của mình, bồi thẩm đoàn sẽ không còn chút nghi ngờ nào về việc ai là người điều hành xưởng sản xuất ma túy đêm đó, và ai là người ở trong căn hộ rộng rãi tại tòa nhà liền kề.’</w:t>
      </w:r>
    </w:p>
    <w:p>
      <w:pPr>
        <w:spacing w:after="80"/>
      </w:pPr>
      <w:r>
        <w:rPr>
          <w:b w:val="0"/>
          <w:i w:val="0"/>
        </w:rPr>
        <w:t>Ngài Julian mỉm cười, trong khi Booth Watson lùi lại vào chỗ ngồi.</w:t>
      </w:r>
    </w:p>
    <w:p>
      <w:pPr>
        <w:spacing w:after="80"/>
      </w:pPr>
      <w:r>
        <w:rPr>
          <w:b w:val="0"/>
          <w:i w:val="0"/>
        </w:rPr>
        <w:t>‘Thanh tra Warwick,’ Grace tiếp tục, nhìn lại những câu hỏi đã chuẩn bị sẵn, mà cô tin chắc mình đều biết câu trả lời, ‘sau khi bắt giữ ông Rashidi, sau đó ông có thẩm vấn ông ta tại đồn cảnh sát Brixton không?’</w:t>
      </w:r>
    </w:p>
    <w:p>
      <w:pPr>
        <w:spacing w:after="80"/>
      </w:pPr>
      <w:r>
        <w:rPr>
          <w:b w:val="0"/>
          <w:i w:val="0"/>
        </w:rPr>
        <w:t>‘Có, thưa bà,’ William đáp, lần đầu tiên gọi em gái mình như vậy, và tự hỏi liệu mình có bao giờ quen được với điều đó không. ‘Và sau cuộc thẩm vấn đó, tôi đã buộc tội ông ta với ba tội danh theo mục bốn và mục năm của Đạo luật Lạm dụng Ma túy năm 1971.’</w:t>
      </w:r>
    </w:p>
    <w:p>
      <w:pPr>
        <w:spacing w:after="80"/>
      </w:pPr>
      <w:r>
        <w:rPr>
          <w:b w:val="0"/>
          <w:i w:val="0"/>
        </w:rPr>
        <w:t>‘Ông có thể cho tòa án biết nội dung của những tội danh đó không?’</w:t>
      </w:r>
    </w:p>
    <w:p>
      <w:pPr>
        <w:spacing w:after="80"/>
      </w:pPr>
      <w:r>
        <w:rPr>
          <w:b w:val="0"/>
          <w:i w:val="0"/>
        </w:rPr>
        <w:t>‘Mục bốn của Đạo luật đề cập đến việc sản xuất chất ma túy bị kiểm soát. Mục năm liên quan đến việc tàng trữ chất ma túy bị kiểm soát với ý định cung cấp, và tội nhẹ hơn là tàng trữ chất ma túy bị kiểm soát.’</w:t>
      </w:r>
    </w:p>
    <w:p>
      <w:pPr>
        <w:spacing w:after="80"/>
      </w:pPr>
      <w:r>
        <w:rPr>
          <w:b w:val="0"/>
          <w:i w:val="0"/>
        </w:rPr>
        <w:t>‘Bị cáo phản ứng thế nào khi ông đưa ra những cáo buộc này với ông ta?’</w:t>
      </w:r>
    </w:p>
    <w:p>
      <w:pPr>
        <w:spacing w:after="80"/>
      </w:pPr>
      <w:r>
        <w:rPr>
          <w:b w:val="0"/>
          <w:i w:val="0"/>
        </w:rPr>
        <w:t>‘Theo lời khuyên của người đại diện pháp lý, anh ta chọn cách không trả lời.’</w:t>
      </w:r>
    </w:p>
    <w:p>
      <w:pPr>
        <w:spacing w:after="80"/>
      </w:pPr>
      <w:r>
        <w:rPr>
          <w:b w:val="0"/>
          <w:i w:val="0"/>
        </w:rPr>
        <w:t>‘Không hơn quyền hợp pháp của anh ta,’ Booth Watson khịt mũi.</w:t>
      </w:r>
    </w:p>
    <w:p>
      <w:pPr>
        <w:spacing w:after="80"/>
      </w:pPr>
      <w:r>
        <w:rPr>
          <w:b w:val="0"/>
          <w:i w:val="0"/>
        </w:rPr>
        <w:t>‘Và ông có tìm thấy chất cấm nào trên người anh ta không?’</w:t>
      </w:r>
    </w:p>
    <w:p>
      <w:pPr>
        <w:spacing w:after="80"/>
      </w:pPr>
      <w:r>
        <w:rPr>
          <w:b w:val="0"/>
          <w:i w:val="0"/>
        </w:rPr>
        <w:t>William ngập ngừng. ‘Một lượng nhỏ cần sa.’</w:t>
      </w:r>
    </w:p>
    <w:p>
      <w:pPr>
        <w:spacing w:after="80"/>
      </w:pPr>
      <w:r>
        <w:rPr>
          <w:b w:val="0"/>
          <w:i w:val="0"/>
        </w:rPr>
        <w:t>‘Không có gì khác?’</w:t>
      </w:r>
    </w:p>
    <w:p>
      <w:pPr>
        <w:spacing w:after="80"/>
      </w:pPr>
      <w:r>
        <w:rPr>
          <w:b w:val="0"/>
          <w:i w:val="0"/>
        </w:rPr>
        <w:t>‘Mười sáu bảng tiền mặt và một vé xe buýt.’</w:t>
      </w:r>
    </w:p>
    <w:p>
      <w:pPr>
        <w:spacing w:after="80"/>
      </w:pPr>
      <w:r>
        <w:rPr>
          <w:b w:val="0"/>
          <w:i w:val="0"/>
        </w:rPr>
        <w:t xml:space="preserve">Booth Watson mỉm cười và ghi chú vào tập giấy vàng đặt trên đùi: </w:t>
      </w:r>
      <w:r>
        <w:rPr>
          <w:b w:val="0"/>
          <w:i/>
        </w:rPr>
        <w:t>Vé xe buýt</w:t>
      </w:r>
      <w:r>
        <w:rPr>
          <w:b w:val="0"/>
          <w:i w:val="0"/>
        </w:rPr>
        <w:t>.</w:t>
      </w:r>
    </w:p>
    <w:p>
      <w:pPr>
        <w:spacing w:after="80"/>
      </w:pPr>
      <w:r>
        <w:rPr>
          <w:b w:val="0"/>
          <w:i w:val="0"/>
        </w:rPr>
        <w:t>‘Anh ta khai rằng mình đang trên đường từ chỗ làm về nhà và ghé qua căn hộ để mua một lượng nhỏ cần sa dùng cho cá nhân trong dịp cuối tuần, chỉ để rồi thấy mình bị cuốn vào cơn bão tố,’ William nói, đọc trực tiếp từ cuốn sổ tay của mình.</w:t>
      </w:r>
    </w:p>
    <w:p>
      <w:pPr>
        <w:spacing w:after="80"/>
      </w:pPr>
      <w:r>
        <w:rPr>
          <w:b w:val="0"/>
          <w:i w:val="0"/>
        </w:rPr>
        <w:t>‘Bị cáo có dùng từ “cơn bão tố” không?’ thẩm phán hỏi.</w:t>
      </w:r>
    </w:p>
    <w:p>
      <w:pPr>
        <w:spacing w:after="80"/>
      </w:pPr>
      <w:r>
        <w:rPr>
          <w:b w:val="0"/>
          <w:i w:val="0"/>
        </w:rPr>
        <w:t>‘Có, thưa ngài,’ William đáp.</w:t>
      </w:r>
    </w:p>
    <w:p>
      <w:pPr>
        <w:spacing w:after="80"/>
      </w:pPr>
      <w:r>
        <w:rPr>
          <w:b w:val="0"/>
          <w:i w:val="0"/>
        </w:rPr>
        <w:t>Thẩm phán ghi chú. ‘Xin mời cô tiếp tục, cô Warwick.’</w:t>
      </w:r>
    </w:p>
    <w:p>
      <w:pPr>
        <w:spacing w:after="80"/>
      </w:pPr>
      <w:r>
        <w:rPr>
          <w:b w:val="0"/>
          <w:i w:val="0"/>
        </w:rPr>
        <w:t>‘Và trước khi cuộc đột kích diễn ra, thưa thanh tra, ông đã điều tra ông Rashidi từ trước rồi phải không?’</w:t>
      </w:r>
    </w:p>
    <w:p>
      <w:pPr>
        <w:spacing w:after="80"/>
      </w:pPr>
      <w:r>
        <w:rPr>
          <w:b w:val="0"/>
          <w:i w:val="0"/>
        </w:rPr>
        <w:t>‘Đúng vậy, thưa bà. Trong khoảng gần sáu tháng, chúng tôi đã theo dõi sát sao các hoạt động hằng ngày của anh ta.’</w:t>
      </w:r>
    </w:p>
    <w:p>
      <w:pPr>
        <w:spacing w:after="80"/>
      </w:pPr>
      <w:r>
        <w:rPr>
          <w:b w:val="0"/>
          <w:i w:val="0"/>
        </w:rPr>
        <w:t>‘Chúng tôi?’</w:t>
      </w:r>
    </w:p>
    <w:p>
      <w:pPr>
        <w:spacing w:after="80"/>
      </w:pPr>
      <w:r>
        <w:rPr>
          <w:b w:val="0"/>
          <w:i w:val="0"/>
        </w:rPr>
        <w:t>‘Lúc đó tôi đang đứng đầu một đơn vị nhỏ gồm các sĩ quan được huấn luyện bài bản, những người đã xác định được trong quá trình điều tra rằng bị cáo đang sống một cuộc đời hai mặt. Ban ngày, anh ta giả làm chủ tịch của một công ty trà gia đình danh giá có trụ sở tại City of London, còn ban đêm anh ta điều hành một xưởng sản xuất ma túy bất hợp pháp từ ba tầng trên cùng của một tòa nhà cao tầng ở Brixton.’</w:t>
      </w:r>
    </w:p>
    <w:p>
      <w:pPr>
        <w:spacing w:after="80"/>
      </w:pPr>
      <w:r>
        <w:rPr>
          <w:b w:val="0"/>
          <w:i w:val="0"/>
        </w:rPr>
        <w:t>‘Làm thế nào ông có thể đột kích xưởng đó mà ông Rashidi không hay biết, khi nó nằm ở ba tầng trên cùng của một tòa nhà cao tầng, và hẳn là được bảo vệ nghiêm ngặt?’ Grace hỏi.</w:t>
      </w:r>
    </w:p>
    <w:p>
      <w:pPr>
        <w:spacing w:after="80"/>
      </w:pPr>
      <w:r>
        <w:rPr>
          <w:b w:val="0"/>
          <w:i w:val="0"/>
        </w:rPr>
        <w:t>‘Đúng là như vậy, thưa bà, nhưng đội của tôi đã dựng một chiến dịch bí mật, mang tên Trojan Horse. Chúng tôi ý thức rất rõ về hệ thống an ninh chặt chẽ bao quanh Block A, tòa nhà nơi đặt xưởng ma túy. Nó bao gồm bốn người canh gác đóng ở tầng trệt bên ngoài lối vào tòa nhà, khiến gần như không thể để bất kỳ sĩ quan nào của tôi lên được các tầng trên trước khi ông Rashidi có thể được cảnh báo về sự hiện diện của chúng tôi, cho ông ta quá đủ thời gian để chạy đến nơi an toàn là căn hộ của mình trên tầng hai mươi ba ở tòa nhà liền kề, Block B, nơi được nối với Block A bằng một lối đi bộ trên tầng đó.’</w:t>
      </w:r>
    </w:p>
    <w:p>
      <w:pPr>
        <w:spacing w:after="80"/>
      </w:pPr>
      <w:r>
        <w:rPr>
          <w:b w:val="0"/>
          <w:i w:val="0"/>
        </w:rPr>
        <w:t xml:space="preserve">Booth Watson viết hai chữ </w:t>
      </w:r>
      <w:r>
        <w:rPr>
          <w:b w:val="0"/>
          <w:i/>
        </w:rPr>
        <w:t>Block B</w:t>
      </w:r>
      <w:r>
        <w:rPr>
          <w:b w:val="0"/>
          <w:i w:val="0"/>
        </w:rPr>
        <w:t xml:space="preserve"> lên tập giấy vàng của mình.</w:t>
      </w:r>
    </w:p>
    <w:p>
      <w:pPr>
        <w:spacing w:after="80"/>
      </w:pPr>
      <w:r>
        <w:rPr>
          <w:b w:val="0"/>
          <w:i w:val="0"/>
        </w:rPr>
        <w:t>‘Xét đến tất cả những điều này, thưa thanh tra, làm sao một đội cảnh sát vũ trang có thể hy vọng lên được tầng hai mươi ba của Block A trước khi bị cáo kịp trốn về căn hộ của mình ở tòa nhà liền kề?’</w:t>
      </w:r>
    </w:p>
    <w:p>
      <w:pPr>
        <w:spacing w:after="80"/>
      </w:pPr>
      <w:r>
        <w:rPr>
          <w:b w:val="0"/>
          <w:i w:val="0"/>
        </w:rPr>
        <w:t>‘Người bạn học uyên bác của tôi lại giở trò rồi, thưa ngài,’ Booth Watson nói, đứng dậy lần này nhanh hơn. ‘Chưa có gì chứng minh được rằng thân chủ của tôi có một căn hộ ở tòa nhà liền kề. Thực tế, nhân chứng chủ chốt của bên nguyên đã khai rằng bị cáo sống trong cùng tòa nhà – Block A – như tôi chắc chắn ngài vẫn còn nhớ, thưa ngài.’</w:t>
      </w:r>
    </w:p>
    <w:p>
      <w:pPr>
        <w:spacing w:after="80"/>
      </w:pPr>
      <w:r>
        <w:rPr>
          <w:b w:val="0"/>
          <w:i w:val="0"/>
        </w:rPr>
        <w:t>Vị thẩm phán ghi lại nhận xét này, và trưởng bồi thẩm đoàn cũng vậy.</w:t>
      </w:r>
    </w:p>
    <w:p>
      <w:pPr>
        <w:spacing w:after="80"/>
      </w:pPr>
      <w:r>
        <w:rPr>
          <w:b w:val="0"/>
          <w:i w:val="0"/>
        </w:rPr>
        <w:t xml:space="preserve">‘Và người bạn học uyên bác </w:t>
      </w:r>
      <w:r>
        <w:rPr>
          <w:b w:val="0"/>
          <w:i/>
        </w:rPr>
        <w:t>của tôi</w:t>
      </w:r>
      <w:r>
        <w:rPr>
          <w:b w:val="0"/>
          <w:i w:val="0"/>
        </w:rPr>
        <w:t xml:space="preserve"> lại giở trò rồi,’ Grace nói. ‘Nếu ông ấy kiên nhẫn hơn một chút, tôi hứa sẽ cung cấp cho ông ấy tất cả bằng chứng mà ông ấy cần.’</w:t>
      </w:r>
    </w:p>
    <w:p>
      <w:pPr>
        <w:spacing w:after="80"/>
      </w:pPr>
      <w:r>
        <w:rPr>
          <w:b w:val="0"/>
          <w:i w:val="0"/>
        </w:rPr>
        <w:t>Booth Watson ngồi xuống, trong khi Sir Julian khó lòng ngăn mình vỗ tay.</w:t>
      </w:r>
    </w:p>
    <w:p>
      <w:pPr>
        <w:spacing w:after="80"/>
      </w:pPr>
      <w:r>
        <w:rPr>
          <w:b w:val="0"/>
          <w:i w:val="0"/>
        </w:rPr>
        <w:t>‘Sau khi đã xác lập được sự tồn tại của một lối thoát từ xưởng ma túy ở Block A đến một căn hộ ở Block B, ông đã vượt qua vấn đề đó như thế nào?’</w:t>
      </w:r>
    </w:p>
    <w:p>
      <w:pPr>
        <w:spacing w:after="80"/>
      </w:pPr>
      <w:r>
        <w:rPr>
          <w:b w:val="0"/>
          <w:i w:val="0"/>
        </w:rPr>
        <w:t>‘Ngay trước khi cuộc đột kích bắt đầu, một người thợ mộc đã chờ sẵn trên chiếu nghỉ tầng hai mươi ba của Block B đã đóng kín lối vào lối đi bộ. Điều đó cho người của tôi đủ thời gian tiếp cận xưởng ma túy trước khi Rashidi kịp trốn thoát.’</w:t>
      </w:r>
    </w:p>
    <w:p>
      <w:pPr>
        <w:spacing w:after="80"/>
      </w:pPr>
      <w:r>
        <w:rPr>
          <w:b w:val="0"/>
          <w:i w:val="0"/>
        </w:rPr>
        <w:t>Grace quay sang Booth Watson và nở với ông ta một nụ cười ấm áp, nhưng ông ta không đáp lại.</w:t>
      </w:r>
    </w:p>
    <w:p>
      <w:pPr>
        <w:spacing w:after="80"/>
      </w:pPr>
      <w:r>
        <w:rPr>
          <w:b w:val="0"/>
          <w:i w:val="0"/>
        </w:rPr>
        <w:t>‘Và sau khi bắt giữ ông Rashidi tại chỗ, ông đã đưa ông ta đến đồn cảnh sát Brixton, nơi ông ta bị giam qua đêm?’</w:t>
      </w:r>
    </w:p>
    <w:p>
      <w:pPr>
        <w:spacing w:after="80"/>
      </w:pPr>
      <w:r>
        <w:rPr>
          <w:b w:val="0"/>
          <w:i w:val="0"/>
        </w:rPr>
        <w:t>‘Vâng, thưa bà.’</w:t>
      </w:r>
    </w:p>
    <w:p>
      <w:pPr>
        <w:spacing w:after="80"/>
      </w:pPr>
      <w:r>
        <w:rPr>
          <w:b w:val="0"/>
          <w:i w:val="0"/>
        </w:rPr>
        <w:t>‘Sáng hôm sau, ông được vào một căn hộ ở Block B. Mục đích của chuyến viếng thăm đó là gì, thưa thanh tra?’</w:t>
      </w:r>
    </w:p>
    <w:p>
      <w:pPr>
        <w:spacing w:after="80"/>
      </w:pPr>
      <w:r>
        <w:rPr>
          <w:b w:val="0"/>
          <w:i w:val="0"/>
        </w:rPr>
        <w:t>‘Theo mục mười tám của PACE, tôi có thẩm quyền khám xét bất kỳ căn hộ nào trong tòa nhà đó để xác định xem liệu đó có phải là nơi cư trú của ông Rashidi mỗi khi ông ta ở London hay không.’</w:t>
      </w:r>
    </w:p>
    <w:p>
      <w:pPr>
        <w:spacing w:after="80"/>
      </w:pPr>
      <w:r>
        <w:rPr>
          <w:b w:val="0"/>
          <w:i w:val="0"/>
        </w:rPr>
        <w:t xml:space="preserve">Booth Watson mỉm cười khi viết xuống chữ, </w:t>
      </w:r>
      <w:r>
        <w:rPr>
          <w:b w:val="0"/>
          <w:i/>
        </w:rPr>
        <w:t>Nếu.</w:t>
      </w:r>
    </w:p>
    <w:p>
      <w:pPr>
        <w:spacing w:after="80"/>
      </w:pPr>
      <w:r>
        <w:rPr>
          <w:b w:val="0"/>
          <w:i w:val="0"/>
        </w:rPr>
        <w:t>‘Và ông có làm được điều đó không, thưa thanh tra?’</w:t>
      </w:r>
    </w:p>
    <w:p>
      <w:pPr>
        <w:spacing w:after="80"/>
      </w:pPr>
      <w:r>
        <w:rPr>
          <w:b w:val="0"/>
          <w:i w:val="0"/>
        </w:rPr>
        <w:t>‘Tôi tìm thấy trong phòng ngủ một tủ quần áo đầy những bộ com-lê may đo do Bennett và Reed ở phố Savile Row thực hiện, cùng với cả tá áo sơ-mi thủ công từ Pink's ở phố Jermyn — và thật tình cờ là chúng vừa khít với bị cáo một cách hoàn hảo.’</w:t>
      </w:r>
    </w:p>
    <w:p>
      <w:pPr>
        <w:spacing w:after="80"/>
      </w:pPr>
      <w:r>
        <w:rPr>
          <w:b w:val="0"/>
          <w:i w:val="0"/>
        </w:rPr>
        <w:t>‘Khớp may thì đúng hơn,’ Booth Watson vừa nói vừa đứng dậy. ‘Thưa Ngài, có phải vị đồng nghiệp đáng kính của tôi đã tiện thể quên mất rằng chính vị thợ may đó đã xác nhận ông Rashidi không phải là khách hàng của mình?’</w:t>
      </w:r>
    </w:p>
    <w:p>
      <w:pPr>
        <w:spacing w:after="80"/>
      </w:pPr>
      <w:r>
        <w:rPr>
          <w:b w:val="0"/>
          <w:i w:val="0"/>
        </w:rPr>
        <w:t>‘Chúng ta hãy chuyển sang một bằng chứng mà ngay cả vị đồng nghiệp đáng kính của tôi cũng sẽ không thể dễ dàng gạt bỏ đến thế. Thưa Thanh tra,’ Grace nói, quay lại đối diện với anh trai mình, ‘trong quá trình điều tra căn hộ xa hoa ở Tòa B, ông có bắt gặp điều gì chứng minh vượt qua mọi nghi ngờ hợp lý rằng chính ông Rashidi là người đã qua đêm ở đó trong những ngày trong tuần không?’</w:t>
      </w:r>
    </w:p>
    <w:p>
      <w:pPr>
        <w:spacing w:after="80"/>
      </w:pPr>
      <w:r>
        <w:rPr>
          <w:b w:val="0"/>
          <w:i w:val="0"/>
        </w:rPr>
        <w:t>‘Có, thưa bà. Trên một chiếc bàn nhỏ cạnh giường trong phòng ngủ chính, tôi bắt gặp một bức ảnh, khung bạc của nó được khắc chữ cái A.’</w:t>
      </w:r>
    </w:p>
    <w:p>
      <w:pPr>
        <w:spacing w:after="80"/>
      </w:pPr>
      <w:r>
        <w:rPr>
          <w:b w:val="0"/>
          <w:i w:val="0"/>
        </w:rPr>
        <w:t>‘Và ông cho rằng chữ A đó là viết tắt của Assem.’</w:t>
      </w:r>
    </w:p>
    <w:p>
      <w:pPr>
        <w:spacing w:after="80"/>
      </w:pPr>
      <w:r>
        <w:rPr>
          <w:b w:val="0"/>
          <w:i w:val="0"/>
        </w:rPr>
        <w:t>‘Đúng vậy, thưa bà.’</w:t>
      </w:r>
    </w:p>
    <w:p>
      <w:pPr>
        <w:spacing w:after="80"/>
      </w:pPr>
      <w:r>
        <w:rPr>
          <w:b w:val="0"/>
          <w:i w:val="0"/>
        </w:rPr>
        <w:t>Booth Watson lập tức đứng dậy, nhưng Grace đã tiếp tục trước khi ông kịp can thiệp.</w:t>
      </w:r>
    </w:p>
    <w:p>
      <w:pPr>
        <w:spacing w:after="80"/>
      </w:pPr>
      <w:r>
        <w:rPr>
          <w:b w:val="0"/>
          <w:i w:val="0"/>
        </w:rPr>
        <w:t xml:space="preserve">‘Tuy nhiên, hóa ra điều đó </w:t>
      </w:r>
      <w:r>
        <w:rPr>
          <w:b w:val="0"/>
          <w:i/>
        </w:rPr>
        <w:t>không</w:t>
      </w:r>
      <w:r>
        <w:rPr>
          <w:b w:val="0"/>
          <w:i w:val="0"/>
        </w:rPr>
        <w:t xml:space="preserve"> phải như vậy?’</w:t>
      </w:r>
    </w:p>
    <w:p>
      <w:pPr>
        <w:spacing w:after="80"/>
      </w:pPr>
      <w:r>
        <w:rPr>
          <w:b w:val="0"/>
          <w:i w:val="0"/>
        </w:rPr>
        <w:t>‘Chính xác, thưa bà. Sau đó tôi phát hiện ra chữ A là viết tắt của Asprey, công ty hàng xa xỉ nổi tiếng ở phố Bond.’</w:t>
      </w:r>
    </w:p>
    <w:p>
      <w:pPr>
        <w:spacing w:after="80"/>
      </w:pPr>
      <w:r>
        <w:rPr>
          <w:b w:val="0"/>
          <w:i w:val="0"/>
        </w:rPr>
        <w:t>‘Vậy điều gì khiến ông tin rằng có mối liên hệ nào đó giữa bức ảnh đó và bị cáo?’</w:t>
      </w:r>
    </w:p>
    <w:p>
      <w:pPr>
        <w:spacing w:after="80"/>
      </w:pPr>
      <w:r>
        <w:rPr>
          <w:b w:val="0"/>
          <w:i w:val="0"/>
        </w:rPr>
        <w:t>‘Đó là một bức ảnh chụp mẹ của ông Rashidi.’</w:t>
      </w:r>
    </w:p>
    <w:p>
      <w:pPr>
        <w:spacing w:after="80"/>
      </w:pPr>
      <w:r>
        <w:rPr>
          <w:b w:val="0"/>
          <w:i w:val="0"/>
        </w:rPr>
        <w:t>Cả phòng xử án bùng lên những tiếng xì xào bàn tán, và Grace phải đợi một lúc lâu mới có thể đặt câu hỏi tiếp theo. ‘Bức ảnh này là một phần trong bằng chứng của bên Công tố, thưa Ngài, và đã được cả hai bên chấp nhận.’ Cô nở một nụ cười ấm áp với Booth Watson, rồi nói thêm, ‘Và nếu được Ngài cho phép, tôi sẽ đề nghị thư ký tòa án đưa nó cho nhân chứng xem để ông ấy có thể xác nhận đây chính là bức ảnh mình đã tìm thấy trên bàn cạnh giường trong căn hộ rộng rãi ở Tòa B.’</w:t>
      </w:r>
    </w:p>
    <w:p>
      <w:pPr>
        <w:spacing w:after="80"/>
      </w:pPr>
      <w:r>
        <w:rPr>
          <w:b w:val="0"/>
          <w:i w:val="0"/>
        </w:rPr>
        <w:t>Vị thẩm phán gật đầu, và thư ký tòa án lấy ra một bức ảnh đóng khung bạc từ chồng bằng chứng, bước tới bục nhân chứng và trao nó cho Thanh tra Thám tử Warwick.</w:t>
      </w:r>
    </w:p>
    <w:p>
      <w:pPr>
        <w:spacing w:after="80"/>
      </w:pPr>
      <w:r>
        <w:rPr>
          <w:b w:val="0"/>
          <w:i w:val="0"/>
        </w:rPr>
        <w:t>‘Thưa Thanh tra,’ Grace nói, ‘ông có thể xác nhận đây chính là chiếc khung bạc mà ông đã tìm thấy trên bàn cạnh giường trong căn hộ ở Tòa B không?’</w:t>
      </w:r>
    </w:p>
    <w:p>
      <w:pPr>
        <w:spacing w:after="80"/>
      </w:pPr>
      <w:r>
        <w:rPr>
          <w:b w:val="0"/>
          <w:i w:val="0"/>
        </w:rPr>
        <w:t>‘Vâng, tôi xác nhận được.’</w:t>
      </w:r>
    </w:p>
    <w:p>
      <w:pPr>
        <w:spacing w:after="80"/>
      </w:pPr>
      <w:r>
        <w:rPr>
          <w:b w:val="0"/>
          <w:i w:val="0"/>
        </w:rPr>
        <w:t>‘Ông có nhận ra người phụ nữ trong bức ảnh không?’</w:t>
      </w:r>
    </w:p>
    <w:p>
      <w:pPr>
        <w:spacing w:after="80"/>
      </w:pPr>
      <w:r>
        <w:rPr>
          <w:b w:val="0"/>
          <w:i w:val="0"/>
        </w:rPr>
        <w:t>Cả phòng xử im phăng phắc, ai nấy đều chờ William trả lời.</w:t>
      </w:r>
    </w:p>
    <w:p>
      <w:pPr>
        <w:spacing w:after="80"/>
      </w:pPr>
      <w:r>
        <w:rPr>
          <w:b w:val="0"/>
          <w:i w:val="0"/>
        </w:rPr>
        <w:t>"Không, tôi không," cuối cùng ông nói, mắt vẫn dán xuống bức ảnh. "Chắc chắn ai đó đã tráo bức ảnh gốc."</w:t>
      </w:r>
    </w:p>
    <w:p>
      <w:pPr>
        <w:spacing w:after="80"/>
      </w:pPr>
      <w:r>
        <w:rPr>
          <w:b w:val="0"/>
          <w:i w:val="0"/>
        </w:rPr>
        <w:t>Đến khi trật tự được lập lại, Booth Watson đã đứng dậy.</w:t>
      </w:r>
    </w:p>
    <w:p>
      <w:pPr>
        <w:spacing w:after="80"/>
      </w:pPr>
      <w:r>
        <w:rPr>
          <w:b w:val="0"/>
          <w:i w:val="0"/>
        </w:rPr>
        <w:t>"Thưa Ngài, tôi tự hỏi liệu bồi thẩm đoàn, và cả Ngài lẫn tôi, có thể được phép xem bức ảnh đang được nhắc đến hay không, vì viên thanh tra giờ đây dường như không còn tin rằng nó chứng minh được tội của thân chủ tôi," ông ngừng một chút, "vượt quá mọi nghi ngờ hợp lý."</w:t>
      </w:r>
    </w:p>
    <w:p>
      <w:pPr>
        <w:spacing w:after="80"/>
      </w:pPr>
      <w:r>
        <w:rPr>
          <w:b w:val="0"/>
          <w:i w:val="0"/>
        </w:rPr>
        <w:t>Thẩm phán Whittaker ngập ngừng rồi mới gật đầu.</w:t>
      </w:r>
    </w:p>
    <w:p>
      <w:pPr>
        <w:spacing w:after="80"/>
      </w:pPr>
      <w:r>
        <w:rPr>
          <w:b w:val="0"/>
          <w:i w:val="0"/>
        </w:rPr>
        <w:t>Viên thư ký trao bức ảnh lên cho thẩm phán, nhưng sau khi ngắm nghía, ông chẳng sáng mắt ra thêm chút nào. Ông chuyển lại cho viên thư ký, người này lại đưa cho trưởng bồi thẩm đoàn. Ông ta thong thả xem bức ảnh một bà cụ rồi mới đưa cho các bồi thẩm viên khác xem.</w:t>
      </w:r>
    </w:p>
    <w:p>
      <w:pPr>
        <w:spacing w:after="80"/>
      </w:pPr>
      <w:r>
        <w:rPr>
          <w:b w:val="0"/>
          <w:i w:val="0"/>
        </w:rPr>
        <w:t>Grace và Sir Julian là những người tiếp theo xem xét chứng cứ, trước khi nó cuối cùng đến tay ông Booth Watson, người chỉ liếc qua bức ảnh một cách hời hợt rồi trả lại cho viên thư ký tòa. Sir Julian nghiêng người qua và thì thầm một chỉ dẫn rõ ràng cho con gái mình, cô liền làm theo ý ông.</w:t>
      </w:r>
    </w:p>
    <w:p>
      <w:pPr>
        <w:spacing w:after="80"/>
      </w:pPr>
      <w:r>
        <w:rPr>
          <w:b w:val="0"/>
          <w:i w:val="0"/>
        </w:rPr>
        <w:t>"Thưa Ngài," cô nói, "tôi tự hỏi liệu Ngài có thể cho chúng tôi tạm nghỉ một lát, để phía công tố có thể xem xét lại lập trường của mình."</w:t>
      </w:r>
    </w:p>
    <w:p>
      <w:pPr>
        <w:spacing w:after="80"/>
      </w:pPr>
      <w:r>
        <w:rPr>
          <w:b w:val="0"/>
          <w:i w:val="0"/>
        </w:rPr>
        <w:t>"Ta cho cô ba mươi phút, cô Warwick," thẩm phán nói. "Không hơn." Ông xem đồng hồ. "Các luật sư sẽ trở lại vị trí của mình trước mười một giờ mười lăm."</w:t>
      </w:r>
    </w:p>
    <w:p>
      <w:pPr>
        <w:spacing w:after="80"/>
      </w:pPr>
      <w:r>
        <w:rPr>
          <w:b w:val="0"/>
          <w:i w:val="0"/>
        </w:rPr>
        <w:t>"Tất cả đứng lên."</w:t>
      </w:r>
    </w:p>
    <w:p>
      <w:pPr>
        <w:jc w:val="center"/>
      </w:pPr>
      <w:r>
        <w:drawing>
          <wp:inline xmlns:a="http://schemas.openxmlformats.org/drawingml/2006/main" xmlns:pic="http://schemas.openxmlformats.org/drawingml/2006/picture">
            <wp:extent cx="752475" cy="161926"/>
            <wp:docPr id="28" name="Picture 2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Rebecca không khỏi nghĩ về chuyện xảy ra sáng sớm hôm đó, khi Nicky lẻn vào căn hộ ngay sau sáu giờ, rõ ràng là mong không bị ai nhìn thấy.</w:t>
      </w:r>
    </w:p>
    <w:p>
      <w:pPr>
        <w:spacing w:after="80"/>
      </w:pPr>
      <w:r>
        <w:rPr>
          <w:b w:val="0"/>
          <w:i w:val="0"/>
        </w:rPr>
        <w:t>Khi cô ngồi ăn sáng cùng bạn cùng phòng, Nicky không hề nhắc đến việc mình đã qua đêm ở đâu. Cô ấy thường cởi mở về những người đàn ông trong đời mình và hay khiến Rebecca cười nghiêng ngả vì những anh chàng "Romeo tập sự" của cô. Cuốn nhật ký của Nicky lúc nào cũng kín lịch, còn của Rebecca thì toàn những trang trắng.</w:t>
      </w:r>
    </w:p>
    <w:p>
      <w:pPr>
        <w:spacing w:after="80"/>
      </w:pPr>
      <w:r>
        <w:rPr>
          <w:b w:val="0"/>
          <w:i w:val="0"/>
        </w:rPr>
        <w:t>Mỗi khi mẹ cô nhắc đến chuyện bạn trai, mà gần như cách tuần nào cũng nhắc, Rebecca đều bảo với mẹ rằng khó lắm vì công việc và giờ giấc của cô. Cô giải thích rằng hầu hết đàn ông đều rút lui ngay khi biết cô làm trong ngành cảnh sát. Mà này, điều đó dường như chẳng cản trở gì Nicky trong việc có một đời sống xã hội bận rộn. Rebecca hy vọng đây chỉ là một cuộc tình một đêm nữa, và cách xa Romford. Nhưng nếu đúng là vậy, thì tại sao Nicky lại không . . . Rebecca ngồi xuống bàn làm việc và bắt đầu viết một bản báo cáo . . .</w:t>
      </w:r>
    </w:p>
    <w:p>
      <w:pPr>
        <w:jc w:val="center"/>
      </w:pPr>
      <w:r>
        <w:drawing>
          <wp:inline xmlns:a="http://schemas.openxmlformats.org/drawingml/2006/main" xmlns:pic="http://schemas.openxmlformats.org/drawingml/2006/picture">
            <wp:extent cx="752475" cy="161926"/>
            <wp:docPr id="29" name="Picture 2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"Lần cuối cô nhìn thấy bức ảnh là khi nào?" Sir Julian hỏi, khi ông đóng cửa một phòng họp riêng.</w:t>
      </w:r>
    </w:p>
    <w:p>
      <w:pPr>
        <w:spacing w:after="80"/>
      </w:pPr>
      <w:r>
        <w:rPr>
          <w:b w:val="0"/>
          <w:i w:val="0"/>
        </w:rPr>
        <w:t>"Vài ngày trước," Grace nói, "trước sự chứng kiến của trợ lý của Booth Watson và viên phụ trách vật chứng, khi chúng tôi thống nhất bộ chứng cứ của bên công tố. Chắc chắn ai đó đã tráo ảnh trong dịp cuối tuần."</w:t>
      </w:r>
    </w:p>
    <w:p>
      <w:pPr>
        <w:spacing w:after="80"/>
      </w:pPr>
      <w:r>
        <w:rPr>
          <w:b w:val="0"/>
          <w:i w:val="0"/>
        </w:rPr>
        <w:t>"Rõ ràng rồi," Sir Julian nói. "Nhưng là ai?" ông gặng hỏi, đập nắm đấm xuống bàn.</w:t>
      </w:r>
    </w:p>
    <w:p>
      <w:pPr>
        <w:spacing w:after="80"/>
      </w:pPr>
      <w:r>
        <w:rPr>
          <w:b w:val="0"/>
          <w:i w:val="0"/>
        </w:rPr>
        <w:t>‘Một kẻ nào đó làm tay sai cho Rashidi, kẻ đã có thể ra vào Scotland Yard mà không bị ai cản trở. Tôi không biết người phụ nữ đó là ai,’ Grace nói, nhìn kỹ hơn vào bức ảnh. ‘Nhưng tôi có thể nói với ông một điều. Đó không phải là bà Rashidi.’</w:t>
      </w:r>
    </w:p>
    <w:p>
      <w:pPr>
        <w:spacing w:after="80"/>
      </w:pPr>
      <w:r>
        <w:rPr>
          <w:b w:val="0"/>
          <w:i w:val="0"/>
        </w:rPr>
        <w:t>‘Chắc chắn rồi,’ Ngài Julian nói, ‘nhưng tôi có cảm giác chúng ta sắp sửa tìm ra đó là ai.’</w:t>
      </w:r>
    </w:p>
    <w:p>
      <w:pPr>
        <w:jc w:val="center"/>
      </w:pPr>
      <w:r>
        <w:drawing>
          <wp:inline xmlns:a="http://schemas.openxmlformats.org/drawingml/2006/main" xmlns:pic="http://schemas.openxmlformats.org/drawingml/2006/picture">
            <wp:extent cx="752475" cy="161926"/>
            <wp:docPr id="30" name="Picture 3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‘Đó là tất cả những gì tôi cần,’ Hawk nói sau khi đọc xong báo cáo của Rebecca.</w:t>
      </w:r>
    </w:p>
    <w:p>
      <w:pPr>
        <w:spacing w:after="80"/>
      </w:pPr>
      <w:r>
        <w:rPr>
          <w:b w:val="0"/>
          <w:i w:val="0"/>
        </w:rPr>
        <w:t>‘Hãy hy vọng tôi sai, thưa ngài.’</w:t>
      </w:r>
    </w:p>
    <w:p>
      <w:pPr>
        <w:spacing w:after="80"/>
      </w:pPr>
      <w:r>
        <w:rPr>
          <w:b w:val="0"/>
          <w:i w:val="0"/>
        </w:rPr>
        <w:t>‘Nhưng nếu cô đúng,’ Jackie nói, ‘thì chúng ta sẽ phải chơi với họ theo đúng luật của họ.’</w:t>
      </w:r>
    </w:p>
    <w:p>
      <w:pPr>
        <w:spacing w:after="80"/>
      </w:pPr>
      <w:r>
        <w:rPr>
          <w:b w:val="0"/>
          <w:i w:val="0"/>
        </w:rPr>
        <w:t>‘Cô định làm gì, DS Roycroft?’ Hawk hỏi.</w:t>
      </w:r>
    </w:p>
    <w:p>
      <w:pPr>
        <w:spacing w:after="80"/>
      </w:pPr>
      <w:r>
        <w:rPr>
          <w:b w:val="0"/>
          <w:i w:val="0"/>
        </w:rPr>
        <w:t>‘Từ giờ trở đi, chúng ta sẽ phải tổ chức hai cuộc họp riêng biệt. Một cuộc có mặt Nicky, và một cuộc khác khi cô ấy không có mặt, cùng với hai chương trình nghị sự khác nhau.’</w:t>
      </w:r>
    </w:p>
    <w:p>
      <w:pPr>
        <w:spacing w:after="80"/>
      </w:pPr>
      <w:r>
        <w:rPr>
          <w:b w:val="0"/>
          <w:i w:val="0"/>
        </w:rPr>
        <w:t>‘Nhưng làm sao chúng ta có thể theo dõi cô ấy khi cô ấy ở Romford,’ Paul xen vào, ‘mà không bị lộ?’</w:t>
      </w:r>
    </w:p>
    <w:p>
      <w:pPr>
        <w:spacing w:after="80"/>
      </w:pPr>
      <w:r>
        <w:rPr>
          <w:b w:val="0"/>
          <w:i w:val="0"/>
        </w:rPr>
        <w:t>‘Tôi sẽ phải nhờ Marlboro Man làm việc đó,’ Hawk nói. ‘Tôi để cô liên lạc với anh ta, DS Roycroft, và sắp xếp một cuộc gặp càng sớm càng tốt.’</w:t>
      </w:r>
    </w:p>
    <w:p>
      <w:pPr>
        <w:spacing w:after="80"/>
      </w:pPr>
      <w:r>
        <w:rPr>
          <w:b w:val="0"/>
          <w:i w:val="0"/>
        </w:rPr>
        <w:t>Jackie gật đầu.</w:t>
      </w:r>
    </w:p>
    <w:p>
      <w:pPr>
        <w:spacing w:after="80"/>
      </w:pPr>
      <w:r>
        <w:rPr>
          <w:b w:val="0"/>
          <w:i w:val="0"/>
        </w:rPr>
        <w:t>‘Và DC Pankhurst, tôi hoàn toàn hiểu nếu cô cảm thấy không thể theo dõi bạn mình. Tuy nhiên, nếu PC Bailey đã đổi phe . . .’</w:t>
      </w:r>
    </w:p>
    <w:p>
      <w:pPr>
        <w:spacing w:after="80"/>
      </w:pPr>
      <w:r>
        <w:rPr>
          <w:b w:val="0"/>
          <w:i w:val="0"/>
        </w:rPr>
        <w:t>‘Tôi vẫn đang hy vọng mình đã phạm một sai lầm khủng khiếp, thưa ngài, và rằng Nicky đã qua đêm với một gã nào khác. Nhưng tôi e rằng mọi thứ đều chỉ về Summers.’</w:t>
      </w:r>
    </w:p>
    <w:p>
      <w:pPr>
        <w:spacing w:after="80"/>
      </w:pPr>
      <w:r>
        <w:rPr>
          <w:b w:val="0"/>
          <w:i w:val="0"/>
        </w:rPr>
        <w:t>‘Tôi đồng ý với cô,’ Hawk nói. ‘Vậy nên hiện tại chúng ta nên giả định điều tồi tệ nhất. Và nhân đang nói về chuyện đổi phe, tin mới nhất về Lamont là gì?’</w:t>
      </w:r>
    </w:p>
    <w:p>
      <w:pPr>
        <w:spacing w:after="80"/>
      </w:pPr>
      <w:r>
        <w:rPr>
          <w:b w:val="0"/>
          <w:i w:val="0"/>
        </w:rPr>
        <w:t>Rebecca mở sổ tay ra. ‘Sáng hôm qua anh ta rời nhà ngay sau chín giờ, và đi tàu điện ngầm đến Moorgate, nơi anh ta dành cả ngày ngồi ở hàng ghế cuối cùng của phòng trưng bày công cộng của phòng xử án số một tại Old Bailey.’</w:t>
      </w:r>
    </w:p>
    <w:p>
      <w:pPr>
        <w:spacing w:after="80"/>
      </w:pPr>
      <w:r>
        <w:rPr>
          <w:b w:val="0"/>
          <w:i w:val="0"/>
        </w:rPr>
        <w:t>‘Anh ta làm gì ở đó?’ Hawk hỏi, nhưng không ai đưa ra ý kiến gì.</w:t>
      </w:r>
    </w:p>
    <w:p>
      <w:pPr>
        <w:jc w:val="center"/>
      </w:pPr>
      <w:r>
        <w:drawing>
          <wp:inline xmlns:a="http://schemas.openxmlformats.org/drawingml/2006/main" xmlns:pic="http://schemas.openxmlformats.org/drawingml/2006/picture">
            <wp:extent cx="752475" cy="161926"/>
            <wp:docPr id="31" name="Picture 3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Ngài Julian và Grace quay lại phòng xử án chỉ vài khoảnh khắc trước khi vị thẩm phán xuất hiện trở lại.</w:t>
      </w:r>
    </w:p>
    <w:p>
      <w:pPr>
        <w:spacing w:after="80"/>
      </w:pPr>
      <w:r>
        <w:rPr>
          <w:b w:val="0"/>
          <w:i w:val="0"/>
        </w:rPr>
        <w:t>Grace trông có vẻ cam chịu khi anh trai cô đi ngang qua cô trên đường đến ghế nhân chứng. Cô đợi cho mọi người ổn định chỗ ngồi rồi mới đứng dậy khỏi chỗ của mình và nói, 'Thưa Ngài, bên nguyên không còn câu hỏi nào cho nhân chứng này nữa.'</w:t>
      </w:r>
    </w:p>
    <w:p>
      <w:pPr>
        <w:spacing w:after="80"/>
      </w:pPr>
      <w:r>
        <w:rPr>
          <w:b w:val="0"/>
          <w:i w:val="0"/>
        </w:rPr>
        <w:t>William hít một hơi thật sâu, và như một võ sĩ hạng nặng, anh vào tư thế đứng giữa võ đài và chờ Booth Watson tung cú đấm đầu tiên. Đó là một cú đấm bất ngờ.</w:t>
      </w:r>
    </w:p>
    <w:p>
      <w:pPr>
        <w:spacing w:after="80"/>
      </w:pPr>
      <w:r>
        <w:rPr>
          <w:b w:val="0"/>
          <w:i w:val="0"/>
        </w:rPr>
        <w:t>'Ông có muốn thẩm vấn nhân chứng này không, ông Booth Watson?' vị trọng tài hỏi.</w:t>
      </w:r>
    </w:p>
    <w:p>
      <w:pPr>
        <w:spacing w:after="80"/>
      </w:pPr>
      <w:r>
        <w:rPr>
          <w:b w:val="0"/>
          <w:i w:val="0"/>
        </w:rPr>
        <w:t>Booth Watson không vội trả lời.</w:t>
      </w:r>
    </w:p>
    <w:p>
      <w:pPr>
        <w:spacing w:after="80"/>
      </w:pPr>
      <w:r>
        <w:rPr>
          <w:b w:val="0"/>
          <w:i w:val="0"/>
        </w:rPr>
        <w:t>'Không, cảm ơn Ngài,' ông ta nói, gần như không nhổm dậy khỏi chỗ.</w:t>
      </w:r>
    </w:p>
    <w:p>
      <w:pPr>
        <w:spacing w:after="80"/>
      </w:pPr>
      <w:r>
        <w:rPr>
          <w:b w:val="0"/>
          <w:i w:val="0"/>
        </w:rPr>
        <w:t>'Ông có thể rời khỏi ghế nhân chứng, Thanh tra Warwick.'</w:t>
      </w:r>
    </w:p>
    <w:p>
      <w:pPr>
        <w:spacing w:after="80"/>
      </w:pPr>
      <w:r>
        <w:rPr>
          <w:b w:val="0"/>
          <w:i w:val="0"/>
        </w:rPr>
        <w:t>William rời khỏi ghế nhân chứng, không rõ mình nhẹ nhõm vì đã thoát ra mà không bị tổn hại gì, hay bực bội vì thậm chí không được phép phản kháng một chút nào.</w:t>
      </w:r>
    </w:p>
    <w:p>
      <w:pPr>
        <w:spacing w:after="80"/>
      </w:pPr>
      <w:r>
        <w:rPr>
          <w:b w:val="0"/>
          <w:i w:val="0"/>
        </w:rPr>
        <w:t>Grace lại đứng dậy, nhưng đợi anh trai rời đi rồi mới lên tiếng với tòa. 'Thưa Ngài, chúng tôi sẽ không triệu tập thêm nhân chứng nào nữa, vậy là phần trình bày của bên công tố đã hoàn tất.'</w:t>
      </w:r>
    </w:p>
    <w:p>
      <w:pPr>
        <w:spacing w:after="80"/>
      </w:pPr>
      <w:r>
        <w:rPr>
          <w:b w:val="0"/>
          <w:i w:val="0"/>
        </w:rPr>
        <w:t>'Cảm ơn cô Warwick.' Vị thẩm phán chuyển sự chú ý sang đầu bên kia của ghế xét xử. 'Ông có thể gọi nhân chứng đầu tiên của mình, ông Booth Watson.'</w:t>
      </w:r>
    </w:p>
    <w:p>
      <w:pPr>
        <w:spacing w:after="80"/>
      </w:pPr>
      <w:r>
        <w:rPr>
          <w:b w:val="0"/>
          <w:i w:val="0"/>
        </w:rPr>
        <w:t>'Cảm ơn Ngài.' Luật sư bào chữa thong thả xem xét danh sách tên trước khi nói, 'Tôi gọi ông Tony Roberts.'</w:t>
      </w:r>
    </w:p>
    <w:p>
      <w:pPr>
        <w:jc w:val="center"/>
      </w:pPr>
      <w:r>
        <w:drawing>
          <wp:inline xmlns:a="http://schemas.openxmlformats.org/drawingml/2006/main" xmlns:pic="http://schemas.openxmlformats.org/drawingml/2006/picture">
            <wp:extent cx="752475" cy="161926"/>
            <wp:docPr id="32" name="Picture 3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không giấu được cơn giận khi bước ra khỏi phòng xử án số một và đi đến chiếc điện thoại gần nhất. Ai đó, bằng cách nào đó, đã tráo đổi mảnh bằng chứng duy nhất có thể khiến bồi thẩm đoàn không còn chút nghi ngờ nào về tội lỗi của Rashidi, và tống hắn vào tù với bản án chung thân.</w:t>
      </w:r>
    </w:p>
    <w:p>
      <w:pPr>
        <w:spacing w:after="80"/>
      </w:pPr>
      <w:r>
        <w:rPr>
          <w:b w:val="0"/>
          <w:i w:val="0"/>
        </w:rPr>
        <w:t>Khi nhấc điện thoại và bấm số của vị chỉ huy, anh vẫn đang cố gắng tìm ra ai có thể là kẻ mới nhất nằm trong danh sách tay sai của hắn. Tay sai nào của Rashidi có thể tiếp cận Scotland Yard hoặc Old Bailey?</w:t>
      </w:r>
    </w:p>
    <w:p>
      <w:pPr>
        <w:spacing w:after="80"/>
      </w:pPr>
      <w:r>
        <w:rPr>
          <w:b w:val="0"/>
          <w:i w:val="0"/>
        </w:rPr>
        <w:t>'Hawksby,' vang lên giọng nói quen thuộc.</w:t>
      </w:r>
    </w:p>
    <w:p>
      <w:pPr>
        <w:spacing w:after="80"/>
      </w:pPr>
      <w:r>
        <w:rPr>
          <w:b w:val="0"/>
          <w:i w:val="0"/>
        </w:rPr>
        <w:t>'Chúng ta bị gài bẫy rồi,' William nói.</w:t>
      </w:r>
    </w:p>
    <w:p>
      <w:pPr>
        <w:spacing w:after="80"/>
      </w:pPr>
      <w:r>
        <w:rPr>
          <w:b w:val="0"/>
          <w:i w:val="0"/>
        </w:rPr>
        <w:t>Anh không cần mở sổ tay ra để nhắc lại nguyên văn những gì đã diễn ra tại phòng xử án số một sáng hôm đó.</w:t>
      </w:r>
    </w:p>
    <w:p>
      <w:pPr>
        <w:spacing w:after="80"/>
      </w:pPr>
      <w:r>
        <w:rPr>
          <w:b w:val="0"/>
          <w:i w:val="0"/>
        </w:rPr>
        <w:t>'Có vẻ như Rashidi cũng mưu mẹo chẳng kém gì Faulkner,' vị chỉ huy nói, 'và đã tìm ra cách riêng của mình để trốn thoát.'</w:t>
      </w:r>
    </w:p>
    <w:p>
      <w:pPr>
        <w:spacing w:after="80"/>
      </w:pPr>
      <w:r>
        <w:rPr>
          <w:b w:val="0"/>
          <w:i w:val="0"/>
        </w:rPr>
        <w:t>‘Ông ấy còn có Booth Watson đứng về phía mình, nên việc tráo ảnh có khi lại là chuyện nhỏ nhất trong đống rắc rối của chúng ta.’</w:t>
      </w:r>
    </w:p>
    <w:p>
      <w:pPr>
        <w:spacing w:after="80"/>
      </w:pPr>
      <w:r>
        <w:rPr>
          <w:b w:val="0"/>
          <w:i w:val="0"/>
        </w:rPr>
        <w:t>‘Vậy thì anh nên quay lại và tìm hiểu xem Tony Roberts là ai đi. Gọi cho tôi ngay khi phiên tòa tạm nghỉ trong ngày, vì có một rắc rối khác vừa nảy sinh có thể nổ tung vào mặt chúng ta.’</w:t>
      </w:r>
    </w:p>
    <w:p>
      <w:pPr>
        <w:spacing w:after="80"/>
      </w:pPr>
      <w:r>
        <w:rPr>
          <w:b w:val="0"/>
          <w:i w:val="0"/>
        </w:rPr>
        <w:t>‘Một manh mối ạ, thưa ngài?’</w:t>
      </w:r>
    </w:p>
    <w:p>
      <w:pPr>
        <w:spacing w:after="80"/>
      </w:pPr>
      <w:r>
        <w:rPr>
          <w:b w:val="0"/>
          <w:i w:val="0"/>
        </w:rPr>
        <w:t>‘Không. Tôi muốn anh tìm ra Tony Roberts là ai, trước khi tôi chia sẻ mẩu tin đó với anh.’</w:t>
      </w:r>
    </w:p>
    <w:p>
      <w:pPr>
        <w:spacing w:after="80"/>
      </w:pPr>
      <w:r>
        <w:rPr>
          <w:b w:val="0"/>
          <w:i w:val="0"/>
        </w:rPr>
        <w:t>Vị chỉ huy đặt điện thoại xuống, mở tập hồ sơ trước mặt và đọc lại báo cáo của DC Pankhurst. Vẻ mặt ông không hề giãn ra.</w:t>
      </w:r>
    </w:p>
    <w:p>
      <w:pPr>
        <w:pStyle w:val="Heading2"/>
      </w:pPr>
      <w:r>
        <w:rPr>
          <w:rFonts w:ascii="Calibri" w:hAnsi="Calibri"/>
          <w:b/>
          <w:i w:val="0"/>
          <w:sz w:val="32"/>
        </w:rPr>
        <w:t>13</w:t>
      </w:r>
    </w:p>
    <w:p>
      <w:pPr>
        <w:spacing w:after="80"/>
      </w:pPr>
      <w:r>
        <w:rPr>
          <w:b w:val="0"/>
          <w:i w:val="0"/>
        </w:rPr>
        <w:t>‘XIN HÃY NÊU tên và nghề nghiệp của ông để ghi vào biên bản,’ Booth Watson nói.</w:t>
      </w:r>
    </w:p>
    <w:p>
      <w:pPr>
        <w:spacing w:after="80"/>
      </w:pPr>
      <w:r>
        <w:rPr>
          <w:b w:val="0"/>
          <w:i w:val="0"/>
        </w:rPr>
        <w:t>‘Tôi tên là Tony Roberts, và tôi sở hữu một chuỗi cửa hàng bán báo phía nam sông.’</w:t>
      </w:r>
    </w:p>
    <w:p>
      <w:pPr>
        <w:spacing w:after="80"/>
      </w:pPr>
      <w:r>
        <w:rPr>
          <w:b w:val="0"/>
          <w:i w:val="0"/>
        </w:rPr>
        <w:t>‘Và địa chỉ nhà của ông?’</w:t>
      </w:r>
    </w:p>
    <w:p>
      <w:pPr>
        <w:spacing w:after="80"/>
      </w:pPr>
      <w:r>
        <w:rPr>
          <w:b w:val="0"/>
          <w:i w:val="0"/>
        </w:rPr>
        <w:t>‘Căn hộ 97, Napier Mansions, Brixton.’</w:t>
      </w:r>
    </w:p>
    <w:p>
      <w:pPr>
        <w:spacing w:after="80"/>
      </w:pPr>
      <w:r>
        <w:rPr>
          <w:b w:val="0"/>
          <w:i w:val="0"/>
        </w:rPr>
        <w:t>‘Tôi có thể xác nhận, ông Roberts, rằng căn hộ của ông nằm trên tầng hai mươi ba của Tòa B chứ?’</w:t>
      </w:r>
    </w:p>
    <w:p>
      <w:pPr>
        <w:spacing w:after="80"/>
      </w:pPr>
      <w:r>
        <w:rPr>
          <w:b w:val="0"/>
          <w:i w:val="0"/>
        </w:rPr>
        <w:t>‘Đúng vậy, thưa ngài.’</w:t>
      </w:r>
    </w:p>
    <w:p>
      <w:pPr>
        <w:spacing w:after="80"/>
      </w:pPr>
      <w:r>
        <w:rPr>
          <w:b w:val="0"/>
          <w:i w:val="0"/>
        </w:rPr>
        <w:t>‘Và ông đã sống ở đó bao lâu rồi?’</w:t>
      </w:r>
    </w:p>
    <w:p>
      <w:pPr>
        <w:spacing w:after="80"/>
      </w:pPr>
      <w:r>
        <w:rPr>
          <w:b w:val="0"/>
          <w:i w:val="0"/>
        </w:rPr>
        <w:t>‘Hơn mười năm một chút. Tôi thuê nó bốn năm, rồi mua lại chỗ đó khi chính phủ cho phép, sáu năm trước.’</w:t>
      </w:r>
    </w:p>
    <w:p>
      <w:pPr>
        <w:spacing w:after="80"/>
      </w:pPr>
      <w:r>
        <w:rPr>
          <w:b w:val="0"/>
          <w:i w:val="0"/>
        </w:rPr>
        <w:t xml:space="preserve">Sir Julian ghi chú, gạch chân cụm </w:t>
      </w:r>
      <w:r>
        <w:rPr>
          <w:b w:val="0"/>
          <w:i/>
        </w:rPr>
        <w:t>Mười năm</w:t>
      </w:r>
      <w:r>
        <w:rPr>
          <w:b w:val="0"/>
          <w:i w:val="0"/>
        </w:rPr>
        <w:t>.</w:t>
      </w:r>
    </w:p>
    <w:p>
      <w:pPr>
        <w:spacing w:after="80"/>
      </w:pPr>
      <w:r>
        <w:rPr>
          <w:b w:val="0"/>
          <w:i w:val="0"/>
        </w:rPr>
        <w:t>‘Và căn hộ của ông lớn hơn bất kỳ căn nào khác trong tòa nhà.’</w:t>
      </w:r>
    </w:p>
    <w:p>
      <w:pPr>
        <w:spacing w:after="80"/>
      </w:pPr>
      <w:r>
        <w:rPr>
          <w:b w:val="0"/>
          <w:i w:val="0"/>
        </w:rPr>
        <w:t>‘Đúng vậy, tôi đã xin được giấy phép quy hoạch để gộp hai căn hộ thành một.’</w:t>
      </w:r>
    </w:p>
    <w:p>
      <w:pPr>
        <w:spacing w:after="80"/>
      </w:pPr>
      <w:r>
        <w:rPr>
          <w:b w:val="0"/>
          <w:i w:val="0"/>
        </w:rPr>
        <w:t xml:space="preserve">Ngài Julian viết dòng chữ </w:t>
      </w:r>
      <w:r>
        <w:rPr>
          <w:b w:val="0"/>
          <w:i/>
        </w:rPr>
        <w:t>Kiểm tra xem tên ai đứng trên giấy phép quy hoạch</w:t>
      </w:r>
      <w:r>
        <w:rPr>
          <w:b w:val="0"/>
          <w:i w:val="0"/>
        </w:rPr>
        <w:t>, rồi chuyển câu hỏi của mình sang cho Clare, người đang ngồi trên ghế của các luật sư phía sau ông.</w:t>
      </w:r>
    </w:p>
    <w:p>
      <w:pPr>
        <w:spacing w:after="80"/>
      </w:pPr>
      <w:r>
        <w:rPr>
          <w:b w:val="0"/>
          <w:i w:val="0"/>
        </w:rPr>
        <w:t>‘Vậy là công việc kinh doanh báo chí của ông hẳn phải khá thành công nhỉ?’</w:t>
      </w:r>
    </w:p>
    <w:p>
      <w:pPr>
        <w:spacing w:after="80"/>
      </w:pPr>
      <w:r>
        <w:rPr>
          <w:b w:val="0"/>
          <w:i w:val="0"/>
        </w:rPr>
        <w:t>‘Cũng không có gì để phàn nàn. Tôi tiếp quản cửa hàng của ông già tôi khi ông ấy nghỉ hưu. Và từ đó đến nay, công việc làm ăn cứ thế lớn dần.’</w:t>
      </w:r>
    </w:p>
    <w:p>
      <w:pPr>
        <w:spacing w:after="80"/>
      </w:pPr>
      <w:r>
        <w:rPr>
          <w:b w:val="0"/>
          <w:i w:val="0"/>
        </w:rPr>
        <w:t>‘Và giờ ông sở hữu bao nhiêu cửa hàng rồi?’</w:t>
      </w:r>
    </w:p>
    <w:p>
      <w:pPr>
        <w:spacing w:after="80"/>
      </w:pPr>
      <w:r>
        <w:rPr>
          <w:b w:val="0"/>
          <w:i w:val="0"/>
        </w:rPr>
        <w:t>‘Mười một, với vài cái nữa đang trong quá trình thương lượng.’</w:t>
      </w:r>
    </w:p>
    <w:p>
      <w:pPr>
        <w:spacing w:after="80"/>
      </w:pPr>
      <w:r>
        <w:rPr>
          <w:b w:val="0"/>
          <w:i w:val="0"/>
        </w:rPr>
        <w:t>‘Vì công việc kinh doanh của ông thành công đến vậy, ông Roberts, ông đã bao giờ nghĩ đến việc mở một cửa hàng báo chí ở bên kia sông chưa?’</w:t>
      </w:r>
    </w:p>
    <w:p>
      <w:pPr>
        <w:spacing w:after="80"/>
      </w:pPr>
      <w:r>
        <w:rPr>
          <w:b w:val="0"/>
          <w:i w:val="0"/>
        </w:rPr>
        <w:t>Ngài Julian gạch chéo một trong những câu hỏi mà ông định hỏi.</w:t>
      </w:r>
    </w:p>
    <w:p>
      <w:pPr>
        <w:spacing w:after="80"/>
      </w:pPr>
      <w:r>
        <w:rPr>
          <w:b w:val="0"/>
          <w:i w:val="0"/>
        </w:rPr>
        <w:t>‘Tôi không phải dân quý tộc như ông đâu,’ Roberts nói. ‘Sinh ra ở Brixton, học trường trung học phổ thông địa phương, cưới một cô gái Brixton, và khi đến lúc, tôi sẽ được chôn cất ở Brixton.’</w:t>
      </w:r>
    </w:p>
    <w:p>
      <w:pPr>
        <w:spacing w:after="80"/>
      </w:pPr>
      <w:r>
        <w:rPr>
          <w:b w:val="0"/>
          <w:i w:val="0"/>
        </w:rPr>
        <w:t>‘Nhưng chắc thỉnh thoảng ông cũng phải qua sông chứ?’ Booth Watson nói. ‘Vì tôi không thể tin nổi bộ vest ông đang mặc lại được mua ở Brixton.’</w:t>
      </w:r>
    </w:p>
    <w:p>
      <w:pPr>
        <w:spacing w:after="80"/>
      </w:pPr>
      <w:r>
        <w:rPr>
          <w:b w:val="0"/>
          <w:i w:val="0"/>
        </w:rPr>
        <w:t>Ngài Julian lại gạch bỏ thêm một câu hỏi nữa trong danh sách của mình.</w:t>
      </w:r>
    </w:p>
    <w:p>
      <w:pPr>
        <w:spacing w:after="80"/>
      </w:pPr>
      <w:r>
        <w:rPr>
          <w:b w:val="0"/>
          <w:i w:val="0"/>
        </w:rPr>
        <w:t>‘Đồ mặc ngày Chủ nhật đấy,’ Roberts nói. ‘Bà nhà tôi nghĩ nó sẽ phù hợp cho việc tôi ra tòa.’</w:t>
      </w:r>
    </w:p>
    <w:p>
      <w:pPr>
        <w:spacing w:after="80"/>
      </w:pPr>
      <w:r>
        <w:rPr>
          <w:b w:val="0"/>
          <w:i w:val="0"/>
        </w:rPr>
        <w:t>‘Cho tôi hỏi thợ may là ai được không?’</w:t>
      </w:r>
    </w:p>
    <w:p>
      <w:pPr>
        <w:spacing w:after="80"/>
      </w:pPr>
      <w:r>
        <w:rPr>
          <w:b w:val="0"/>
          <w:i w:val="0"/>
        </w:rPr>
        <w:t>Roberts mở áo khoác ra một cách đầy kiêu hãnh để lộ chiếc nhãn đỏ của Bennett and Reed ở phố Savile Row.</w:t>
      </w:r>
    </w:p>
    <w:p>
      <w:pPr>
        <w:spacing w:after="80"/>
      </w:pPr>
      <w:r>
        <w:rPr>
          <w:b w:val="0"/>
          <w:i w:val="0"/>
        </w:rPr>
        <w:t>Ngài Julian ghi thêm một dòng nữa vào danh sách câu hỏi của mình.</w:t>
      </w:r>
    </w:p>
    <w:p>
      <w:pPr>
        <w:spacing w:after="80"/>
      </w:pPr>
      <w:r>
        <w:rPr>
          <w:b w:val="0"/>
          <w:i w:val="0"/>
        </w:rPr>
        <w:t>‘Ông Roberts, tôi sẽ cho ông xem một bức ảnh được tìm thấy trên bàn cạnh giường trong căn hộ của ông.’</w:t>
      </w:r>
    </w:p>
    <w:p>
      <w:pPr>
        <w:spacing w:after="80"/>
      </w:pPr>
      <w:r>
        <w:rPr>
          <w:b w:val="0"/>
          <w:i w:val="0"/>
        </w:rPr>
        <w:t>Một lần nữa, thư ký lại lấy tấm ảnh khung bạc ra khỏi chồng vật chứng và trao cho nhân chứng.</w:t>
      </w:r>
    </w:p>
    <w:p>
      <w:pPr>
        <w:spacing w:after="80"/>
      </w:pPr>
      <w:r>
        <w:rPr>
          <w:b w:val="0"/>
          <w:i w:val="0"/>
        </w:rPr>
        <w:t>‘Ông có nhận ra người phụ nữ trong bức ảnh này không?’</w:t>
      </w:r>
    </w:p>
    <w:p>
      <w:pPr>
        <w:spacing w:after="80"/>
      </w:pPr>
      <w:r>
        <w:rPr>
          <w:b w:val="0"/>
          <w:i w:val="0"/>
        </w:rPr>
        <w:t>‘Tất nhiên là có. Đó là mẹ kính yêu đã khuất của tôi, cầu cho linh hồn bà được yên nghỉ.’</w:t>
      </w:r>
    </w:p>
    <w:p>
      <w:pPr>
        <w:spacing w:after="80"/>
      </w:pPr>
      <w:r>
        <w:rPr>
          <w:b w:val="0"/>
          <w:i w:val="0"/>
        </w:rPr>
        <w:t>Grace ghi chú lại, rồi đưa cho cha cô.</w:t>
      </w:r>
    </w:p>
    <w:p>
      <w:pPr>
        <w:spacing w:after="80"/>
      </w:pPr>
      <w:r>
        <w:rPr>
          <w:b w:val="0"/>
          <w:i w:val="0"/>
        </w:rPr>
        <w:t>‘Ông đang ở đâu vào đêm cảnh sát đột kích tòa nhà liền kề, Tòa A?’</w:t>
      </w:r>
    </w:p>
    <w:p>
      <w:pPr>
        <w:spacing w:after="80"/>
      </w:pPr>
      <w:r>
        <w:rPr>
          <w:b w:val="0"/>
          <w:i w:val="0"/>
        </w:rPr>
        <w:t>‘Đang nhậu vài ly ở quán Rose and Crown, với mấy ông bạn.’</w:t>
      </w:r>
    </w:p>
    <w:p>
      <w:pPr>
        <w:spacing w:after="80"/>
      </w:pPr>
      <w:r>
        <w:rPr>
          <w:b w:val="0"/>
          <w:i w:val="0"/>
        </w:rPr>
        <w:t>‘Vậy là ông không hay biết gì về cuộc đột kích?’</w:t>
      </w:r>
    </w:p>
    <w:p>
      <w:pPr>
        <w:spacing w:after="80"/>
      </w:pPr>
      <w:r>
        <w:rPr>
          <w:b w:val="0"/>
          <w:i w:val="0"/>
        </w:rPr>
        <w:t>‘Lúc đó thì đúng là không, nhưng đến khi tôi về đến nhà thì cả hai tòa nhà đã bị cảnh sát vây kín. Nhiều cảnh phục đến mức tôi tưởng chiến tranh thế giới thứ ba đã nổ ra rồi.’</w:t>
      </w:r>
    </w:p>
    <w:p>
      <w:pPr>
        <w:spacing w:after="80"/>
      </w:pPr>
      <w:r>
        <w:rPr>
          <w:b w:val="0"/>
          <w:i w:val="0"/>
        </w:rPr>
        <w:t>Một hai người trong phòng xử bật cười, trong đó có một thành viên bồi thẩm đoàn.</w:t>
      </w:r>
    </w:p>
    <w:p>
      <w:pPr>
        <w:spacing w:after="80"/>
      </w:pPr>
      <w:r>
        <w:rPr>
          <w:b w:val="0"/>
          <w:i w:val="0"/>
        </w:rPr>
        <w:t>‘Ông không biết là có một xưởng sản xuất ma túy đang hoạt động ở tòa nhà bên cạnh sao?’</w:t>
      </w:r>
    </w:p>
    <w:p>
      <w:pPr>
        <w:spacing w:after="80"/>
      </w:pPr>
      <w:r>
        <w:rPr>
          <w:b w:val="0"/>
          <w:i w:val="0"/>
        </w:rPr>
        <w:t>‘Tất nhiên là có nghe đồn rồi. Nếu đúng là vậy, tôi mong lũ khốn đó nhận được cái giá thích đáng,’ ông ta nói, mắt nhìn thẳng vào Rashidi.</w:t>
      </w:r>
    </w:p>
    <w:p>
      <w:pPr>
        <w:spacing w:after="80"/>
      </w:pPr>
      <w:r>
        <w:rPr>
          <w:b w:val="0"/>
          <w:i w:val="0"/>
        </w:rPr>
        <w:t>‘Tuyệt vời,’ Grace thì thầm. ‘Một diễn viên của Nhà hát Quốc gia cũng không thể nói câu đó thuyết phục hơn được.’</w:t>
      </w:r>
    </w:p>
    <w:p>
      <w:pPr>
        <w:spacing w:after="80"/>
      </w:pPr>
      <w:r>
        <w:rPr>
          <w:b w:val="0"/>
          <w:i w:val="0"/>
        </w:rPr>
        <w:t>‘Tôi đồng ý,’ Sir Julian nói. ‘Nhưng hãy xem ông ta thế nào khi bị đối chất, lúc không còn kịch bản soạn sẵn để dựa vào, chỉ thỉnh thoảng có người nhắc tuồng từ cánh gà.’</w:t>
      </w:r>
    </w:p>
    <w:p>
      <w:pPr>
        <w:spacing w:after="80"/>
      </w:pPr>
      <w:r>
        <w:rPr>
          <w:b w:val="0"/>
          <w:i w:val="0"/>
        </w:rPr>
        <w:t>‘Tôi muốn chuyển sang ngày hôm sau khi cuộc đột kích diễn ra,’ Booth Watson nói, ‘khi cảnh sát có được lệnh khám xét căn hộ của ông và mang đi một số bộ com-lê, áo sơ mi của ông, cùng bức ảnh mẹ ông mà ông vừa nhận diện.’</w:t>
      </w:r>
    </w:p>
    <w:p>
      <w:pPr>
        <w:spacing w:after="80"/>
      </w:pPr>
      <w:r>
        <w:rPr>
          <w:b w:val="0"/>
          <w:i w:val="0"/>
        </w:rPr>
        <w:t>‘Chưa kể số tiền biến mất khỏi két sắt của tôi.’</w:t>
      </w:r>
    </w:p>
    <w:p>
      <w:pPr>
        <w:spacing w:after="80"/>
      </w:pPr>
      <w:r>
        <w:rPr>
          <w:b w:val="0"/>
          <w:i w:val="0"/>
        </w:rPr>
        <w:t>‘Có số tiền bị mất à?’ Booth Watson nói, giả vờ ngạc nhiên trong khi nhìn thẳng vào bồi thẩm đoàn. ‘Cho tôi hỏi là bao nhiêu?’</w:t>
      </w:r>
    </w:p>
    <w:p>
      <w:pPr>
        <w:spacing w:after="80"/>
      </w:pPr>
      <w:r>
        <w:rPr>
          <w:b w:val="0"/>
          <w:i w:val="0"/>
        </w:rPr>
        <w:t>'Thiếu vài đồng nữa mới đủ bảy trăm bảng, mà tôi định sáng hôm sau sẽ mang ra ngân hàng gửi.'</w:t>
      </w:r>
    </w:p>
    <w:p>
      <w:pPr>
        <w:spacing w:after="80"/>
      </w:pPr>
      <w:r>
        <w:rPr>
          <w:b w:val="0"/>
          <w:i w:val="0"/>
        </w:rPr>
        <w:t>Lần này đến lượt Clare ghi chú và đưa cho luật sư. Ngài Julian gật đầu và thêm câu hỏi vào danh sách của mình.</w:t>
      </w:r>
    </w:p>
    <w:p>
      <w:pPr>
        <w:spacing w:after="80"/>
      </w:pPr>
      <w:r>
        <w:rPr>
          <w:b w:val="0"/>
          <w:i w:val="0"/>
        </w:rPr>
        <w:t>'Vậy tôi cho rằng ông đã chính thức khiếu nại lên cảnh sát?'</w:t>
      </w:r>
    </w:p>
    <w:p>
      <w:pPr>
        <w:spacing w:after="80"/>
      </w:pPr>
      <w:r>
        <w:rPr>
          <w:b w:val="0"/>
          <w:i w:val="0"/>
        </w:rPr>
        <w:t>'Khiếu nại thì ích gì, khi chính họ là người lấy tiền?'</w:t>
      </w:r>
    </w:p>
    <w:p>
      <w:pPr>
        <w:spacing w:after="80"/>
      </w:pPr>
      <w:r>
        <w:rPr>
          <w:b w:val="0"/>
          <w:i w:val="0"/>
        </w:rPr>
        <w:t>Cả phòng xử án náo loạn, khi các nhà báo bắt đầu viết nên một câu chuyện mà họ không hề ngờ tới. Booth Watson kiên nhẫn chờ tiếng xì xào lắng xuống rồi mới đặt câu hỏi tiếp theo. 'Ông có tìm ra được viên sĩ quan nào chịu trách nhiệm khám xét căn hộ trong lúc ông vắng mặt không?'</w:t>
      </w:r>
    </w:p>
    <w:p>
      <w:pPr>
        <w:spacing w:after="80"/>
      </w:pPr>
      <w:r>
        <w:rPr>
          <w:b w:val="0"/>
          <w:i w:val="0"/>
        </w:rPr>
        <w:t>'Chuẩn luôn, tôi có một người bạn làm ở đồn cảnh sát Brixton. Nó bảo người đó không phải dân khu vực chúng tôi, mà là người từ bên kia sông tới. Scotland Yard hẳn hoi đấy.'</w:t>
      </w:r>
    </w:p>
    <w:p>
      <w:pPr>
        <w:spacing w:after="80"/>
      </w:pPr>
      <w:r>
        <w:rPr>
          <w:b w:val="0"/>
          <w:i w:val="0"/>
        </w:rPr>
        <w:t>'Anh ta có cho ông biết tên không?'</w:t>
      </w:r>
    </w:p>
    <w:p>
      <w:pPr>
        <w:spacing w:after="80"/>
      </w:pPr>
      <w:r>
        <w:rPr>
          <w:b w:val="0"/>
          <w:i w:val="0"/>
        </w:rPr>
        <w:t>'Có chứ. Thanh tra Thám tử William Warwick.'</w:t>
      </w:r>
    </w:p>
    <w:p>
      <w:pPr>
        <w:spacing w:after="80"/>
      </w:pPr>
      <w:r>
        <w:rPr>
          <w:b w:val="0"/>
          <w:i w:val="0"/>
        </w:rPr>
        <w:t>Nhiều người quay đầu lại và nhìn chằm chằm về phía William. Chỉ có các nhà báo vẫn cúi đầu, cắm cúi viết.</w:t>
      </w:r>
    </w:p>
    <w:p>
      <w:pPr>
        <w:spacing w:after="80"/>
      </w:pPr>
      <w:r>
        <w:rPr>
          <w:b w:val="0"/>
          <w:i w:val="0"/>
        </w:rPr>
        <w:t>Ngài Julian lập tức đứng dậy. 'Tôi phải phản đối, thưa Ngài.'</w:t>
      </w:r>
    </w:p>
    <w:p>
      <w:pPr>
        <w:spacing w:after="80"/>
      </w:pPr>
      <w:r>
        <w:rPr>
          <w:b w:val="0"/>
          <w:i w:val="0"/>
        </w:rPr>
        <w:t>'Tất nhiên là ông phải phản đối rồi,' Booth Watson nói. 'Dù sao thì, cậu ta là con trai ông mà.'</w:t>
      </w:r>
    </w:p>
    <w:p>
      <w:pPr>
        <w:spacing w:after="80"/>
      </w:pPr>
      <w:r>
        <w:rPr>
          <w:b w:val="0"/>
          <w:i w:val="0"/>
        </w:rPr>
        <w:t>Giờ thì các nhà báo đã có tiêu đề lớn của mình, và nó vẫn là CON RUỘT CỦA CHÍNH ÔNG. Phải một lúc lâu tiếng ồn ào mới lắng xuống đủ để người ta nghe được ai đó nói. Thẩm phán Whittaker nhìn chằm chằm xuống luật sư bào chữa.</w:t>
      </w:r>
    </w:p>
    <w:p>
      <w:pPr>
        <w:spacing w:after="80"/>
      </w:pPr>
      <w:r>
        <w:rPr>
          <w:b w:val="0"/>
          <w:i w:val="0"/>
        </w:rPr>
        <w:t>'Điều đó là không cần thiết, ông Booth Watson,' ông nói, gần như không giấu nổi cơn giận.</w:t>
      </w:r>
    </w:p>
    <w:p>
      <w:pPr>
        <w:spacing w:after="80"/>
      </w:pPr>
      <w:r>
        <w:rPr>
          <w:b w:val="0"/>
          <w:i w:val="0"/>
        </w:rPr>
        <w:t>'Tôi xin vô cùng hối lỗi,' luật sư bào chữa nói, hơi cúi đầu chào thẩm phán. 'Tuy nhiên, thưa Ngài, tôi phải chỉ ra rằng tôi không hỏi nhân chứng ai đã lấy trộm tiền của ông ta, mà chỉ hỏi ai đã tiến hành khám xét.'</w:t>
      </w:r>
    </w:p>
    <w:p>
      <w:pPr>
        <w:spacing w:after="80"/>
      </w:pPr>
      <w:r>
        <w:rPr>
          <w:b w:val="0"/>
          <w:i w:val="0"/>
        </w:rPr>
        <w:t>Thẩm phán vẫn còn đang sôi sục, nhưng cố kiềm chế được cơn giận. 'Được rồi. Ông có thể tiếp tục, ông Booth Watson.'</w:t>
      </w:r>
    </w:p>
    <w:p>
      <w:pPr>
        <w:spacing w:after="80"/>
      </w:pPr>
      <w:r>
        <w:rPr>
          <w:b w:val="0"/>
          <w:i w:val="0"/>
        </w:rPr>
        <w:t>'Cho phép tôi hỏi ông một lần nữa, ông Roberts, ông đã sống trong căn hộ của mình ở Tòa B bao lâu rồi?'</w:t>
      </w:r>
    </w:p>
    <w:p>
      <w:pPr>
        <w:spacing w:after="80"/>
      </w:pPr>
      <w:r>
        <w:rPr>
          <w:b w:val="0"/>
          <w:i w:val="0"/>
        </w:rPr>
        <w:t>‘Mới hơn mười năm thôi.’</w:t>
      </w:r>
    </w:p>
    <w:p>
      <w:pPr>
        <w:spacing w:after="80"/>
      </w:pPr>
      <w:r>
        <w:rPr>
          <w:b w:val="0"/>
          <w:i w:val="0"/>
        </w:rPr>
        <w:t>'Và giờ ông có thể nhìn kỹ người đàn ông đang đứng ở vành móng ngựa không.' Nhân chứng nhìn sang Rashidi. 'Ông đã từng thấy anh ta trước đây chưa?'</w:t>
      </w:r>
    </w:p>
    <w:p>
      <w:pPr>
        <w:spacing w:after="80"/>
      </w:pPr>
      <w:r>
        <w:rPr>
          <w:b w:val="0"/>
          <w:i w:val="0"/>
        </w:rPr>
        <w:t>‘Không, chưa bao giờ,’ Roberts nói không chút do dự.</w:t>
      </w:r>
    </w:p>
    <w:p>
      <w:pPr>
        <w:spacing w:after="80"/>
      </w:pPr>
      <w:r>
        <w:rPr>
          <w:b w:val="0"/>
          <w:i w:val="0"/>
        </w:rPr>
        <w:t>“Cảm ơn ông Roberts,” Booth Watson nói, rồi quay sang thẩm phán và nói, “Tôi không còn câu hỏi nào cho nhân chứng này nữa, thưa Ngài,” trước khi ngồi trở lại chỗ của mình, vô cùng hài lòng với công việc buổi chiều hôm ấy.</w:t>
      </w:r>
    </w:p>
    <w:p>
      <w:pPr>
        <w:spacing w:after="80"/>
      </w:pPr>
      <w:r>
        <w:rPr>
          <w:b w:val="0"/>
          <w:i w:val="0"/>
        </w:rPr>
        <w:t>Grace, người vẫn tỏ ra bình tĩnh bên ngoài trong suốt những màn đối đáp gay gắt, nghiêng người qua và thì thầm với cha cô, ‘Cha có để ý thấy Roberts và Rashidi đang mặc những bộ vest giống hệt nhau không?’</w:t>
      </w:r>
    </w:p>
    <w:p>
      <w:pPr>
        <w:spacing w:after="80"/>
      </w:pPr>
      <w:r>
        <w:rPr>
          <w:b w:val="0"/>
          <w:i w:val="0"/>
        </w:rPr>
        <w:t>Ngài Julian nhìn kỹ cả hai người họ trước khi nói: "Cậu có thể đúng. Nhưng ta không thể làm gì được trừ khi Rashidi đưa ra bằng chứng từ bục nhân chứng, và ta không nghĩ BW sẽ cho phép điều đó."</w:t>
      </w:r>
    </w:p>
    <w:p>
      <w:pPr>
        <w:spacing w:after="80"/>
      </w:pPr>
      <w:r>
        <w:rPr>
          <w:b w:val="0"/>
          <w:i w:val="0"/>
        </w:rPr>
        <w:t>‘Ngài có định thẩm vấn nhân chứng này không, Sir Julian?’ thẩm phán hỏi.</w:t>
      </w:r>
    </w:p>
    <w:p>
      <w:pPr>
        <w:spacing w:after="80"/>
      </w:pPr>
      <w:r>
        <w:rPr>
          <w:b w:val="0"/>
          <w:i w:val="0"/>
        </w:rPr>
        <w:t>‘Thưa ngài, tôi hoàn toàn chắc chắn,’ vị trạng sư đứng đầu của bên nguyên nói, khi ông đứng dậy khỏi chỗ ngồi.</w:t>
      </w:r>
    </w:p>
    <w:p>
      <w:pPr>
        <w:spacing w:after="80"/>
      </w:pPr>
      <w:r>
        <w:rPr>
          <w:b w:val="0"/>
          <w:i w:val="0"/>
        </w:rPr>
        <w:t>‘Ông Roberts, nếu đó đúng là tên thật của ông,’ anh ta bắt đầu, nhìn thẳng vào nhân chứng.</w:t>
      </w:r>
    </w:p>
    <w:p>
      <w:pPr>
        <w:spacing w:after="80"/>
      </w:pPr>
      <w:r>
        <w:rPr>
          <w:b w:val="0"/>
          <w:i w:val="0"/>
        </w:rPr>
        <w:t>‘Anh đang ám chỉ điều gì vậy?’ Roberts đáp lại một cách thách thức.</w:t>
      </w:r>
    </w:p>
    <w:p>
      <w:pPr>
        <w:spacing w:after="80"/>
      </w:pPr>
      <w:r>
        <w:rPr>
          <w:b w:val="0"/>
          <w:i w:val="0"/>
        </w:rPr>
        <w:t>‘Tôi chỉ thắc mắc liệu Tony Roberts có phải là tên trên giấy khai sinh của anh không. Hãy suy nghĩ kỹ trước khi trả lời câu hỏi này, vì tôi tin chắc quan tòa sẽ cho tôi tạm nghỉ phiên để tôi có thể đến Cục Lưu trữ Hồ sơ Tổng hợp kiểm tra tài liệu gốc.’</w:t>
      </w:r>
    </w:p>
    <w:p>
      <w:pPr>
        <w:spacing w:after="80"/>
      </w:pPr>
      <w:r>
        <w:rPr>
          <w:b w:val="0"/>
          <w:i w:val="0"/>
        </w:rPr>
        <w:t>‘Được thôi, tôi sinh ra là Tony Burke. Thì sao nào?’</w:t>
      </w:r>
    </w:p>
    <w:p>
      <w:pPr>
        <w:spacing w:after="80"/>
      </w:pPr>
      <w:r>
        <w:rPr>
          <w:b w:val="0"/>
          <w:i w:val="0"/>
        </w:rPr>
        <w:t>‘Và cậu đổi tên thành Roberts từ khi nào vậy?’</w:t>
      </w:r>
    </w:p>
    <w:p>
      <w:pPr>
        <w:spacing w:after="80"/>
      </w:pPr>
      <w:r>
        <w:rPr>
          <w:b w:val="0"/>
          <w:i w:val="0"/>
        </w:rPr>
        <w:t>‘Không nhớ chính xác ngày nào.’</w:t>
      </w:r>
    </w:p>
    <w:p>
      <w:pPr>
        <w:spacing w:after="80"/>
      </w:pPr>
      <w:r>
        <w:rPr>
          <w:b w:val="0"/>
          <w:i w:val="0"/>
        </w:rPr>
        <w:t>‘Có thể là khoảng mười năm trước không?’</w:t>
      </w:r>
    </w:p>
    <w:p>
      <w:pPr>
        <w:spacing w:after="80"/>
      </w:pPr>
      <w:r>
        <w:rPr>
          <w:b w:val="0"/>
          <w:i w:val="0"/>
        </w:rPr>
        <w:t>‘Có thể lắm.’</w:t>
      </w:r>
    </w:p>
    <w:p>
      <w:pPr>
        <w:spacing w:after="80"/>
      </w:pPr>
      <w:r>
        <w:rPr>
          <w:b w:val="0"/>
          <w:i w:val="0"/>
        </w:rPr>
        <w:t>‘Bạn có làm vậy vì lý do gì đặc biệt không?’</w:t>
      </w:r>
    </w:p>
    <w:p>
      <w:pPr>
        <w:spacing w:after="80"/>
      </w:pPr>
      <w:r>
        <w:rPr>
          <w:b w:val="0"/>
          <w:i w:val="0"/>
        </w:rPr>
        <w:t>‘Không thích bị gọi là đồ ngốc, đơn giản vậy thôi.’ Nhân chứng ngả người ra sau, chờ ai đó bật cười, nhưng chẳng ai cười cả.</w:t>
      </w:r>
    </w:p>
    <w:p>
      <w:pPr>
        <w:spacing w:after="80"/>
      </w:pPr>
      <w:r>
        <w:rPr>
          <w:b w:val="0"/>
          <w:i w:val="0"/>
        </w:rPr>
        <w:t>‘Tôi không nghĩ mọi chuyện lại đơn giản như vậy,’ Sir Julian nói, ‘bởi vì những chữ cái viết tắt được khâu ở mặt trong áo khoác của anh . . .’</w:t>
      </w:r>
    </w:p>
    <w:p>
      <w:pPr>
        <w:spacing w:after="80"/>
      </w:pPr>
      <w:r>
        <w:rPr>
          <w:b w:val="0"/>
          <w:i w:val="0"/>
        </w:rPr>
        <w:t>‘A.R., Anthony Roberts. Mẹ tôi, người luôn kính sợ Chúa, chưa bao giờ gọi tôi là Tony. Tôi chỉ ước gì bà vẫn còn sống đến hôm nay, để bà có thể tự kể cho bạn nghe.’</w:t>
      </w:r>
    </w:p>
    <w:p>
      <w:pPr>
        <w:spacing w:after="80"/>
      </w:pPr>
      <w:r>
        <w:rPr>
          <w:b w:val="0"/>
          <w:i w:val="0"/>
        </w:rPr>
        <w:t>‘Tôi cũng vậy,’ Ngài Julian nói, ‘vì khi đó tôi có thể đã hỏi bà ấy thêm vài câu về con trai bà.’</w:t>
      </w:r>
    </w:p>
    <w:p>
      <w:pPr>
        <w:spacing w:after="80"/>
      </w:pPr>
      <w:r>
        <w:rPr>
          <w:b w:val="0"/>
          <w:i w:val="0"/>
        </w:rPr>
        <w:t>‘Như cái gì cơ?’ Roberts đáp, giọng thách thức.</w:t>
      </w:r>
    </w:p>
    <w:p>
      <w:pPr>
        <w:spacing w:after="80"/>
      </w:pPr>
      <w:r>
        <w:rPr>
          <w:b w:val="0"/>
          <w:i w:val="0"/>
        </w:rPr>
        <w:t>‘Giá mà anh ta biết đường đến Savile Row.’</w:t>
      </w:r>
    </w:p>
    <w:p>
      <w:pPr>
        <w:spacing w:after="80"/>
      </w:pPr>
      <w:r>
        <w:rPr>
          <w:b w:val="0"/>
          <w:i w:val="0"/>
        </w:rPr>
        <w:t>‘Cô ấy hẳn đã đồng ý.’</w:t>
      </w:r>
    </w:p>
    <w:p>
      <w:pPr>
        <w:spacing w:after="80"/>
      </w:pPr>
      <w:r>
        <w:rPr>
          <w:b w:val="0"/>
          <w:i w:val="0"/>
        </w:rPr>
        <w:t>‘Vậy khi rời nhà ở Brixton để đến gặp thợ may thử đồ lần nữa, bạn sẽ đi qua cây cầu nào?’</w:t>
      </w:r>
    </w:p>
    <w:p>
      <w:pPr>
        <w:spacing w:after="80"/>
      </w:pPr>
      <w:r>
        <w:rPr>
          <w:b w:val="0"/>
          <w:i w:val="0"/>
        </w:rPr>
        <w:t>‘Không biết nữa. Tôi lúc nào cũng đi taxi.’ Ông ấy ngừng lại một chút. ‘Nếu tôi nhớ không lầm thì nó ở đâu đó trong khu West End.’</w:t>
      </w:r>
    </w:p>
    <w:p>
      <w:pPr>
        <w:spacing w:after="80"/>
      </w:pPr>
      <w:r>
        <w:rPr>
          <w:b w:val="0"/>
          <w:i w:val="0"/>
        </w:rPr>
        <w:t>‘Đâu đó ở khu West End,’ Ngài Julian nhắc lại, mắt nhìn về phía bồi thẩm đoàn. ‘Vậy để tôi hỏi ông về một địa điểm mà có vẻ ông quen thuộc hơn, quán Rose and Crown.’</w:t>
      </w:r>
    </w:p>
    <w:p>
      <w:pPr>
        <w:spacing w:after="80"/>
      </w:pPr>
      <w:r>
        <w:rPr>
          <w:b w:val="0"/>
          <w:i w:val="0"/>
        </w:rPr>
        <w:t>'Chỗ quen của tôi.'</w:t>
      </w:r>
    </w:p>
    <w:p>
      <w:pPr>
        <w:spacing w:after="80"/>
      </w:pPr>
      <w:r>
        <w:rPr>
          <w:b w:val="0"/>
          <w:i w:val="0"/>
        </w:rPr>
        <w:t>‘Bạn đã khai trước tòa rằng vào đêm cảnh sát đột kích xưởng ma túy ở Khu A, bạn đang “làm vài cốc bia ở quán Rose and Crown, cùng mấy người bạn”.’</w:t>
      </w:r>
    </w:p>
    <w:p>
      <w:pPr>
        <w:spacing w:after="80"/>
      </w:pPr>
      <w:r>
        <w:rPr>
          <w:b w:val="0"/>
          <w:i w:val="0"/>
        </w:rPr>
        <w:t>‘Đúng vậy, và hơn thế nữa, tôi có thể kể tên từng người trong số họ.’</w:t>
      </w:r>
    </w:p>
    <w:p>
      <w:pPr>
        <w:spacing w:after="80"/>
      </w:pPr>
      <w:r>
        <w:rPr>
          <w:b w:val="0"/>
          <w:i w:val="0"/>
        </w:rPr>
        <w:t>‘Tôi chắc chắn là anh làm được,’ Sir Julian nói. ‘Tuy nhiên, anh tiếp tục kể rằng đến lúc anh về đến nhà đêm hôm đó, cả hai tòa nhà đều đã bị cảnh sát vây kín. Anh tưởng chừng như chiến tranh thế giới thứ ba đã nổ ra, nếu tôi nhớ đúng nguyên văn lời anh.’</w:t>
      </w:r>
    </w:p>
    <w:p>
      <w:pPr>
        <w:spacing w:after="80"/>
      </w:pPr>
      <w:r>
        <w:rPr>
          <w:b w:val="0"/>
          <w:i w:val="0"/>
        </w:rPr>
        <w:t>‘Ít ra thì mày cũng làm đúng được một thứ.’</w:t>
      </w:r>
    </w:p>
    <w:p>
      <w:pPr>
        <w:spacing w:after="80"/>
      </w:pPr>
      <w:r>
        <w:rPr>
          <w:b w:val="0"/>
          <w:i w:val="0"/>
        </w:rPr>
        <w:t>‘Ông rời quán rượu lúc mấy giờ?’</w:t>
      </w:r>
    </w:p>
    <w:p>
      <w:pPr>
        <w:spacing w:after="80"/>
      </w:pPr>
      <w:r>
        <w:rPr>
          <w:b w:val="0"/>
          <w:i w:val="0"/>
        </w:rPr>
        <w:t>‘Ngay trước mười giờ. Đừng quên là tôi có mấy cửa hàng bán báo nên tôi phải dậy sớm.’</w:t>
      </w:r>
    </w:p>
    <w:p>
      <w:pPr>
        <w:spacing w:after="80"/>
      </w:pPr>
      <w:r>
        <w:rPr>
          <w:b w:val="0"/>
          <w:i w:val="0"/>
        </w:rPr>
        <w:t>‘Và từ quán rượu đến nhà ông ở đường Napier là bao xa?’</w:t>
      </w:r>
    </w:p>
    <w:p>
      <w:pPr>
        <w:spacing w:after="80"/>
      </w:pPr>
      <w:r>
        <w:rPr>
          <w:b w:val="0"/>
          <w:i w:val="0"/>
        </w:rPr>
        <w:t>‘Khoảng nửa dặm.’</w:t>
      </w:r>
    </w:p>
    <w:p>
      <w:pPr>
        <w:spacing w:after="80"/>
      </w:pPr>
      <w:r>
        <w:rPr>
          <w:b w:val="0"/>
          <w:i w:val="0"/>
        </w:rPr>
        <w:t>‘Vậy chắc ông mất mười, có lẽ mười lăm phút để về đến nhà?’</w:t>
      </w:r>
    </w:p>
    <w:p>
      <w:pPr>
        <w:spacing w:after="80"/>
      </w:pPr>
      <w:r>
        <w:rPr>
          <w:b w:val="0"/>
          <w:i w:val="0"/>
        </w:rPr>
        <w:t>‘Nghe có vẻ đúng đấy.’</w:t>
      </w:r>
    </w:p>
    <w:p>
      <w:pPr>
        <w:spacing w:after="80"/>
      </w:pPr>
      <w:r>
        <w:rPr>
          <w:b w:val="0"/>
          <w:i w:val="0"/>
        </w:rPr>
        <w:t>‘Tôi phải nói với ông rằng có ghi chép cho thấy cảnh sát mãi đến sau mười giờ ba mươi đêm đó mới xuất hiện ở đường Napier. Vậy ông giải thích thế nào về mười lăm phút bị mất đó?’</w:t>
      </w:r>
    </w:p>
    <w:p>
      <w:pPr>
        <w:spacing w:after="80"/>
      </w:pPr>
      <w:r>
        <w:rPr>
          <w:b w:val="0"/>
          <w:i w:val="0"/>
        </w:rPr>
        <w:t>Lần đầu tiên một vẻ lo lắng hiện lên trên mặt nhân chứng, rồi ông ta buột miệng: ‘Ồ đúng rồi, tôi quên. Tôi rời quán rượu cùng một người bạn, và bọn tôi ghé nhà anh ta làm thêm một ly nữa.’</w:t>
      </w:r>
    </w:p>
    <w:p>
      <w:pPr>
        <w:spacing w:after="80"/>
      </w:pPr>
      <w:r>
        <w:rPr>
          <w:b w:val="0"/>
          <w:i w:val="0"/>
        </w:rPr>
        <w:t>‘Ông có nhớ tên và địa chỉ của người bạn đó không, ông Roberts?’</w:t>
      </w:r>
    </w:p>
    <w:p>
      <w:pPr>
        <w:spacing w:after="80"/>
      </w:pPr>
      <w:r>
        <w:rPr>
          <w:b w:val="0"/>
          <w:i w:val="0"/>
        </w:rPr>
        <w:t>‘Không dám nói là tôi nhớ, nhưng mà chuyện đó cũng hơn sáu tháng rồi.’</w:t>
      </w:r>
    </w:p>
    <w:p>
      <w:pPr>
        <w:spacing w:after="80"/>
      </w:pPr>
      <w:r>
        <w:rPr>
          <w:b w:val="0"/>
          <w:i w:val="0"/>
        </w:rPr>
        <w:t>‘Nhưng chỉ vài phút trước thôi ông đã nói với tòa rằng ông có thể kể tên từng người bạn của mình có mặt ở quán rượu đêm đó.’</w:t>
      </w:r>
    </w:p>
    <w:p>
      <w:pPr>
        <w:spacing w:after="80"/>
      </w:pPr>
      <w:r>
        <w:rPr>
          <w:b w:val="0"/>
          <w:i w:val="0"/>
        </w:rPr>
        <w:t>Nhân chứng mím môi, nhưng không có ý định trả lời.</w:t>
      </w:r>
    </w:p>
    <w:p>
      <w:pPr>
        <w:spacing w:after="80"/>
      </w:pPr>
      <w:r>
        <w:rPr>
          <w:b w:val="0"/>
          <w:i w:val="0"/>
        </w:rPr>
        <w:t>‘Vậy thì, hãy chuyển sang một chuyện mà ông có vẻ nhớ rất chi tiết. Ông đã nói với người bạn đồng nghiệp uyên bác của tôi rằng cảnh sát đến nhà ông vào sáng hôm sau vụ đột kích và lấy đi một số bộ com-lê Savile Row, một tá áo sơ mi, một bức ảnh mẹ ông trong khung bạc, cùng với “thiếu vài đồng nữa là đủ bảy trăm bảng”, mà sau đó ông phát hiện là mất khỏi két sắt của mình.’</w:t>
      </w:r>
    </w:p>
    <w:p>
      <w:pPr>
        <w:spacing w:after="80"/>
      </w:pPr>
      <w:r>
        <w:rPr>
          <w:b w:val="0"/>
          <w:i w:val="0"/>
        </w:rPr>
        <w:t>‘Chuẩn luôn. Và tôi muốn biết ai đã lấy trộm nó.’</w:t>
      </w:r>
    </w:p>
    <w:p>
      <w:pPr>
        <w:spacing w:after="80"/>
      </w:pPr>
      <w:r>
        <w:rPr>
          <w:b w:val="0"/>
          <w:i w:val="0"/>
        </w:rPr>
        <w:t>‘Tôi cũng vậy,’ Ngài Julian nói, ‘bởi vì ông cũng đã nói với tòa rằng ông định mang bảy trăm bảng đó đi gửi ngân hàng sáng hôm đó.’</w:t>
      </w:r>
    </w:p>
    <w:p>
      <w:pPr>
        <w:spacing w:after="80"/>
      </w:pPr>
      <w:r>
        <w:rPr>
          <w:b w:val="0"/>
          <w:i w:val="0"/>
        </w:rPr>
        <w:t>‘Đúng vậy. Sáng nào tôi cũng gửi số tiền thu được của ngày hôm trước trên đường đi làm, không bao giờ bỏ.’</w:t>
      </w:r>
    </w:p>
    <w:p>
      <w:pPr>
        <w:spacing w:after="80"/>
      </w:pPr>
      <w:r>
        <w:rPr>
          <w:b w:val="0"/>
          <w:i w:val="0"/>
        </w:rPr>
        <w:t>‘Nhưng lần này ông đã sai, ông Roberts ạ, bởi vì ông đã nói với tòa rằng số tiền vẫn còn trong két sắt của ông khi cảnh sát khám xét nhà ông.’</w:t>
      </w:r>
    </w:p>
    <w:p>
      <w:pPr>
        <w:spacing w:after="80"/>
      </w:pPr>
      <w:r>
        <w:rPr>
          <w:b w:val="0"/>
          <w:i w:val="0"/>
        </w:rPr>
        <w:t>‘Chắc là có lần tôi quên mất thôi.’</w:t>
      </w:r>
    </w:p>
    <w:p>
      <w:pPr>
        <w:spacing w:after="80"/>
      </w:pPr>
      <w:r>
        <w:rPr>
          <w:b w:val="0"/>
          <w:i w:val="0"/>
        </w:rPr>
        <w:t>‘Vậy để tôi hỏi ông một điều mà ông không thể nào quên được, nếu đúng như ông khai rằng ông đã sống trong căn hộ đó suốt mười năm qua. Số điện thoại của ông là gì?’</w:t>
      </w:r>
    </w:p>
    <w:p>
      <w:pPr>
        <w:spacing w:after="80"/>
      </w:pPr>
      <w:r>
        <w:rPr>
          <w:b w:val="0"/>
          <w:i w:val="0"/>
        </w:rPr>
        <w:t>‘Hai bảy bốn—’ Roberts bắt đầu, rồi dừng lại và ngơ ngác nhìn Ngài Julian.</w:t>
      </w:r>
    </w:p>
    <w:p>
      <w:pPr>
        <w:spacing w:after="80"/>
      </w:pPr>
      <w:r>
        <w:rPr>
          <w:b w:val="0"/>
          <w:i w:val="0"/>
        </w:rPr>
        <w:t>‘Đây không phải là câu hỏi đánh đố đâu, ông Roberts. Tôi nghĩ mỗi thành viên trong bồi thẩm đoàn đều có thể nhớ số điện thoại nhà mình, nhất là những người đã sống ở cùng một địa chỉ suốt mười năm qua.’ Ông được đền đáp bằng vài cái gật đầu vô thức từ ghế bồi thẩm đoàn.</w:t>
      </w:r>
    </w:p>
    <w:p>
      <w:pPr>
        <w:spacing w:after="80"/>
      </w:pPr>
      <w:r>
        <w:rPr>
          <w:b w:val="0"/>
          <w:i w:val="0"/>
        </w:rPr>
        <w:t>‘Tôi nghĩ có lẽ nó mới được đổi gần đây,’ Roberts nói.</w:t>
      </w:r>
    </w:p>
    <w:p>
      <w:pPr>
        <w:spacing w:after="80"/>
      </w:pPr>
      <w:r>
        <w:rPr>
          <w:b w:val="0"/>
          <w:i w:val="0"/>
        </w:rPr>
        <w:t>‘Không phải theo British Telecom,’ Ngài Julian nói, giơ một lá thư lên cho tòa xem. ‘Giám đốc tài khoản khu vực Brixton đảm bảo với tôi rằng,’ ông nói, đọc những dòng Grace đã gạch chân, ‘số này chưa từng bị đổi kể từ khi được lắp đặt vào năm 1976.’</w:t>
      </w:r>
    </w:p>
    <w:p>
      <w:pPr>
        <w:spacing w:after="80"/>
      </w:pPr>
      <w:r>
        <w:rPr>
          <w:b w:val="0"/>
          <w:i w:val="0"/>
        </w:rPr>
        <w:t>‘Nếu ông nói vậy thì đúng là vậy.’</w:t>
      </w:r>
    </w:p>
    <w:p>
      <w:pPr>
        <w:spacing w:after="80"/>
      </w:pPr>
      <w:r>
        <w:rPr>
          <w:b w:val="0"/>
          <w:i w:val="0"/>
        </w:rPr>
        <w:t>‘Không phải tôi nói vậy, ông Roberts ạ, mà là British Telecom nói vậy.’ Ngài Julian không chuyển sang vấn đề khác cho đến khi ông chắc chắn bồi thẩm đoàn đã nhận ra nhân chứng không có ý định đáp lại. ‘Tôi muốn quay lại chiếc khung bạc của Asprey được tìm thấy trong căn hộ của ông, trong đó có bức ảnh người mẹ quá cố đáng kính của ông.’</w:t>
      </w:r>
    </w:p>
    <w:p>
      <w:pPr>
        <w:spacing w:after="80"/>
      </w:pPr>
      <w:r>
        <w:rPr>
          <w:b w:val="0"/>
          <w:i w:val="0"/>
        </w:rPr>
        <w:t>‘Cầu cho linh hồn bà được yên nghỉ,’ Roberts nói.</w:t>
      </w:r>
    </w:p>
    <w:p>
      <w:pPr>
        <w:spacing w:after="80"/>
      </w:pPr>
      <w:r>
        <w:rPr>
          <w:b w:val="0"/>
          <w:i w:val="0"/>
        </w:rPr>
        <w:t>‘Đúng vậy, thật vậy,’ Ngài Julian nói, ‘bởi vì nếu bà còn sống, tôi còn một câu hỏi khác muốn hỏi bà. Bà thường ghé vào Asprey mua quà cho con trai mình bao nhiêu lần?’</w:t>
      </w:r>
    </w:p>
    <w:p>
      <w:pPr>
        <w:spacing w:after="80"/>
      </w:pPr>
      <w:r>
        <w:rPr>
          <w:b w:val="0"/>
          <w:i w:val="0"/>
        </w:rPr>
        <w:t>‘Ông đang ám chỉ điều gì?’</w:t>
      </w:r>
    </w:p>
    <w:p>
      <w:pPr>
        <w:spacing w:after="80"/>
      </w:pPr>
      <w:r>
        <w:rPr>
          <w:b w:val="0"/>
          <w:i w:val="0"/>
        </w:rPr>
        <w:t>‘Cũng giống như lúc nãy chúng ta được biết rằng ông không biết phố Savile Row ở đâu, dù ông có cả tủ đầy những bộ com-lê may đo từ một trong những hiệu may lâu đời nhất ở đó, tôi có cảm giác mẹ ông chưa từng đặt chân đến phố Bond.’</w:t>
      </w:r>
    </w:p>
    <w:p>
      <w:pPr>
        <w:spacing w:after="80"/>
      </w:pPr>
      <w:r>
        <w:rPr>
          <w:b w:val="0"/>
          <w:i w:val="0"/>
        </w:rPr>
        <w:t>‘Ông không thể chứng minh được điều đó.’</w:t>
      </w:r>
    </w:p>
    <w:p>
      <w:pPr>
        <w:spacing w:after="80"/>
      </w:pPr>
      <w:r>
        <w:rPr>
          <w:b w:val="0"/>
          <w:i w:val="0"/>
        </w:rPr>
        <w:t>‘Ông nói đúng, tôi không thể.’ Roberts nở vẻ mặt đắc thắng, cho đến khi Ngài Julian hỏi, ‘Ông có tin vào sự trùng hợp ngẫu nhiên không?’</w:t>
      </w:r>
    </w:p>
    <w:p>
      <w:pPr>
        <w:spacing w:after="80"/>
      </w:pPr>
      <w:r>
        <w:rPr>
          <w:b w:val="0"/>
          <w:i w:val="0"/>
        </w:rPr>
        <w:t>‘Ông đang muốn nói tới điều gì?’</w:t>
      </w:r>
    </w:p>
    <w:p>
      <w:pPr>
        <w:spacing w:after="80"/>
      </w:pPr>
      <w:r>
        <w:rPr>
          <w:b w:val="0"/>
          <w:i w:val="0"/>
        </w:rPr>
        <w:t>‘Để tôi giải thích chính xác điều tôi đang muốn nói. Mười năm trước, ông đã đổi tên, thuê một căn hộ mới toanh trong một tòa nhà vừa xây xong, và tậu một tiệm may đo riêng, dù ông không hoàn toàn chắc Savile Row nằm ở đâu. Lúc đó ông là chủ của một cửa hàng bán báo duy nhất, và giờ ông sở hữu mười một cửa hàng, với hai cửa hàng nữa đang trong quá trình đàm phán.’</w:t>
      </w:r>
    </w:p>
    <w:p>
      <w:pPr>
        <w:spacing w:after="80"/>
      </w:pPr>
      <w:r>
        <w:rPr>
          <w:b w:val="0"/>
          <w:i w:val="0"/>
        </w:rPr>
        <w:t>‘Điều đó chứng minh được gì?’</w:t>
      </w:r>
    </w:p>
    <w:p>
      <w:pPr>
        <w:spacing w:after="80"/>
      </w:pPr>
      <w:r>
        <w:rPr>
          <w:b w:val="0"/>
          <w:i w:val="0"/>
        </w:rPr>
        <w:t>‘Rằng ông là một người rất tháo vát, ông Roberts. Nhưng bồi thẩm đoàn có thể thấy đó là một sự trùng hợp đáng ngờ khi tất cả những điều này xảy ra cùng lúc với việc ông Assem Rashidi chuyển đến khu vực này, mở một xưởng sản xuất ma túy ở dãy nhà kế bên, và có thể đã cần một người địa phương sẵn sàng chuyển vào căn hộ của ông ta bất cứ lúc nào, và trông như thể đã sống ở đó suốt mười năm qua dù thực tế ông ta thậm chí không biết số điện thoại của căn hộ.’</w:t>
      </w:r>
    </w:p>
    <w:p>
      <w:pPr>
        <w:spacing w:after="80"/>
      </w:pPr>
      <w:r>
        <w:rPr>
          <w:b w:val="0"/>
          <w:i w:val="0"/>
        </w:rPr>
        <w:t>‘Căn hộ đó luôn là của tôi, không phải của Assem,’ Roberts hét lên, chỉ tay vào bị cáo.</w:t>
      </w:r>
    </w:p>
    <w:p>
      <w:pPr>
        <w:spacing w:after="80"/>
      </w:pPr>
      <w:r>
        <w:rPr>
          <w:b w:val="0"/>
          <w:i w:val="0"/>
        </w:rPr>
        <w:t xml:space="preserve">‘Chúng ta để bồi thẩm đoàn quyết định xem đó là căn hộ của ông hay của </w:t>
      </w:r>
      <w:r>
        <w:rPr>
          <w:b w:val="0"/>
          <w:i/>
        </w:rPr>
        <w:t>Assem</w:t>
      </w:r>
      <w:r>
        <w:rPr>
          <w:b w:val="0"/>
          <w:i w:val="0"/>
        </w:rPr>
        <w:t xml:space="preserve"> nhé?’ Sir Julian nói, cho phép mình mỉm cười. ‘Không còn câu hỏi nào nữa, thưa ngài.’</w:t>
      </w:r>
    </w:p>
    <w:p>
      <w:pPr>
        <w:pStyle w:val="Heading2"/>
      </w:pPr>
      <w:r>
        <w:rPr>
          <w:rFonts w:ascii="Calibri" w:hAnsi="Calibri"/>
          <w:b/>
          <w:i w:val="0"/>
          <w:sz w:val="32"/>
        </w:rPr>
        <w:t>14</w:t>
      </w:r>
    </w:p>
    <w:p>
      <w:pPr>
        <w:spacing w:after="80"/>
      </w:pPr>
      <w:r>
        <w:rPr>
          <w:b w:val="0"/>
          <w:i w:val="0"/>
        </w:rPr>
        <w:t>CHIẾC TAXI RẼ TRÁI ra khỏi Scotland Yard và hướng về phía Westminster. Biển ‘For Hire’ (Cho thuê) đã được tắt, nhưng điều đó không ngăn được một hai vị khách đầy hy vọng cố vẫy anh ta dừng lại. Người tài xế phớt lờ họ vì anh ta đã có khách đặt trước.</w:t>
      </w:r>
    </w:p>
    <w:p>
      <w:pPr>
        <w:spacing w:after="80"/>
      </w:pPr>
      <w:r>
        <w:rPr>
          <w:b w:val="0"/>
          <w:i w:val="0"/>
        </w:rPr>
        <w:t>Anh ta chạy xuống phố Victoria, với Tu viện Westminster ở bên phải và, bên trái, là trung tâm QEII vừa mới được Nữ hoàng khánh thành. Như thường lệ, giao thông ở Quảng trường Nghị viện gần như đứng yên, nhưng điều đó lại hợp với ý đồ của anh ta. Anh ta nhìn lên Big Ben khi người giữ giờ của nước Anh điểm mười hai tiếng, tiếng chuông vang vọng khắp quảng trường.</w:t>
      </w:r>
    </w:p>
    <w:p>
      <w:pPr>
        <w:spacing w:after="80"/>
      </w:pPr>
      <w:r>
        <w:rPr>
          <w:b w:val="0"/>
          <w:i w:val="0"/>
        </w:rPr>
        <w:t>Anh ta nhẹ nhàng chuyển sang làn trong và giảm tốc độ. Thời điểm của anh ta cần phải hoàn hảo. Đèn chuyển đỏ khi anh ta rẽ trái, dừng lại ở đầu phố Whitehall, nhường đường cho một đám đông người đi bộ qua đường. Ở Whitehall không có vạch kẻ đường cho người đi bộ, vì nếu có, giao thông sẽ đứng yên vĩnh viễn, và trụ sở chính phủ cũng vậy.</w:t>
      </w:r>
    </w:p>
    <w:p>
      <w:pPr>
        <w:spacing w:after="80"/>
      </w:pPr>
      <w:r>
        <w:rPr>
          <w:b w:val="0"/>
          <w:i w:val="0"/>
        </w:rPr>
        <w:t>Một người phụ nữ gõ vào cửa kính bên cạnh anh ta, nhận ra rằng dù đèn vàng đã tắt, không có ai ngồi ở ghế sau.</w:t>
      </w:r>
    </w:p>
    <w:p>
      <w:pPr>
        <w:spacing w:after="80"/>
      </w:pPr>
      <w:r>
        <w:rPr>
          <w:b w:val="0"/>
          <w:i w:val="0"/>
        </w:rPr>
        <w:t>‘Anh có rảnh không?’</w:t>
      </w:r>
    </w:p>
    <w:p>
      <w:pPr>
        <w:spacing w:after="80"/>
      </w:pPr>
      <w:r>
        <w:rPr>
          <w:b w:val="0"/>
          <w:i w:val="0"/>
        </w:rPr>
        <w:t>‘Không, thưa bà. Tôi có khách đặt trước.’</w:t>
      </w:r>
    </w:p>
    <w:p>
      <w:pPr>
        <w:spacing w:after="80"/>
      </w:pPr>
      <w:r>
        <w:rPr>
          <w:b w:val="0"/>
          <w:i w:val="0"/>
        </w:rPr>
        <w:t>Cô ta trông ngạc nhiên khi một hành khách trông không giống ai mở cửa sau của chiếc taxi và leo vào. Đèn giao thông chuyển xanh.</w:t>
      </w:r>
    </w:p>
    <w:p>
      <w:pPr>
        <w:spacing w:after="80"/>
      </w:pPr>
      <w:r>
        <w:rPr>
          <w:b w:val="0"/>
          <w:i w:val="0"/>
        </w:rPr>
        <w:t>Khi người tài xế khởi hành, anh ta liếc vào gương chiếu hậu và thấy một kẻ ăn mặc lôi thôi, râu ria lởm chởm đang ngồi thoải mái trên ghế sau, kẻ mà hầu hết các tài xế taxi sẽ từ chối đón. Nhưng không phải vị chỉ huy.</w:t>
      </w:r>
    </w:p>
    <w:p>
      <w:pPr>
        <w:spacing w:after="80"/>
      </w:pPr>
      <w:r>
        <w:rPr>
          <w:b w:val="0"/>
          <w:i w:val="0"/>
        </w:rPr>
        <w:t>‘Chào buổi sáng, thưa ngài,’ vị khách của anh ta nói khi họ lái xe ngang qua Bộ Ngoại giao.</w:t>
      </w:r>
    </w:p>
    <w:p>
      <w:pPr>
        <w:spacing w:after="80"/>
      </w:pPr>
      <w:r>
        <w:rPr>
          <w:b w:val="0"/>
          <w:i w:val="0"/>
        </w:rPr>
        <w:t>‘Chào buổi sáng Ross,’ vị Diều hâu đáp, khi anh ta lách vào làn xe buýt.</w:t>
      </w:r>
    </w:p>
    <w:p>
      <w:pPr>
        <w:spacing w:after="80"/>
      </w:pPr>
      <w:r>
        <w:rPr>
          <w:b w:val="0"/>
          <w:i w:val="0"/>
        </w:rPr>
        <w:t>‘Theo chỉ thị, tôi đã theo dõi sát sao đồng nghiệp cũ của chúng ta, Tổng thanh tra Lamont, và tôi rất tiếc phải báo cáo rằng nỗi lo sợ tồi tệ nhất của ngài đã thành hiện thực.’</w:t>
      </w:r>
    </w:p>
    <w:p>
      <w:pPr>
        <w:spacing w:after="80"/>
      </w:pPr>
      <w:r>
        <w:rPr>
          <w:b w:val="0"/>
          <w:i w:val="0"/>
        </w:rPr>
        <w:t>Vị chỉ huy thở dài một hơi khi họ đi ngang qua Đài tưởng niệm Cenotaph và hướng về Quảng trường Trafalgar. ‘Đừng có che giấu vết nứt, Ross,’ ông nói.</w:t>
      </w:r>
    </w:p>
    <w:p>
      <w:pPr>
        <w:spacing w:after="80"/>
      </w:pPr>
      <w:r>
        <w:rPr>
          <w:b w:val="0"/>
          <w:i w:val="0"/>
        </w:rPr>
        <w:t>‘Sau khi ngài gây áp lực buộc anh ta phải trả lại số tiền mặt, hoặc ít nhất là phần lớn trong đó, số tiền đã tạm thời bị thất lạc sau cuộc đột kích vào lò mổ của Rashidi, anh ta đã quyết định, như ngài biết đấy, từ chức khỏi lực lượng thay vì đối mặt với một cuộc điều tra. Hệ quả của quyết định đó là anh ta rơi vào cảnh nợ nần chồng chất. Anh ta thậm chí còn nghĩ đến việc mua một quán rượu ở Blackheath, nhưng vợ anh ta đã dập tắt ý định đó. Tôi e rằng anh ta đang ở trong tình cảnh tồi tệ và Summers thấy quá dễ dàng để lợi dụng tình thế đó.’</w:t>
      </w:r>
    </w:p>
    <w:p>
      <w:pPr>
        <w:spacing w:after="80"/>
      </w:pPr>
      <w:r>
        <w:rPr>
          <w:b w:val="0"/>
          <w:i w:val="0"/>
        </w:rPr>
        <w:t>‘Sao lại thế?’</w:t>
      </w:r>
    </w:p>
    <w:p>
      <w:pPr>
        <w:spacing w:after="80"/>
      </w:pPr>
      <w:r>
        <w:rPr>
          <w:b w:val="0"/>
          <w:i w:val="0"/>
        </w:rPr>
        <w:t>‘Vấn đề về ngựa, thưa ngài, do một bà vợ nuôi tốn kém và những con ngựa nuôi rẻ tiền gây ra.’</w:t>
      </w:r>
    </w:p>
    <w:p>
      <w:pPr>
        <w:spacing w:after="80"/>
      </w:pPr>
      <w:r>
        <w:rPr>
          <w:b w:val="0"/>
          <w:i w:val="0"/>
        </w:rPr>
        <w:t>‘Đừng bỏ qua chi tiết nào cho tôi.’</w:t>
      </w:r>
    </w:p>
    <w:p>
      <w:pPr>
        <w:spacing w:after="80"/>
      </w:pPr>
      <w:r>
        <w:rPr>
          <w:b w:val="0"/>
          <w:i w:val="0"/>
        </w:rPr>
        <w:t>‘Vợ anh ta, Lauren, nghĩ rằng Harrods là cửa hàng duy nhất cô ấy nên lui tới, và Caprice là nhà hàng duy nhất xứng đáng với sự ghé thăm của cô ấy.’</w:t>
      </w:r>
    </w:p>
    <w:p>
      <w:pPr>
        <w:spacing w:after="80"/>
      </w:pPr>
      <w:r>
        <w:rPr>
          <w:b w:val="0"/>
          <w:i w:val="0"/>
        </w:rPr>
        <w:t>‘Tội nghiệp anh ta.’</w:t>
      </w:r>
    </w:p>
    <w:p>
      <w:pPr>
        <w:spacing w:after="80"/>
      </w:pPr>
      <w:r>
        <w:rPr>
          <w:b w:val="0"/>
          <w:i w:val="0"/>
        </w:rPr>
        <w:t>‘Và nghèo là kết quả, bởi vì mỗi khi anh ta thỉnh thoảng thắng độ ở các cuộc đua thì anh ta ăn mừng, và quên hết đi những lần thua thường xuyên hơn nhiều. Đó là lý do tại sao cho đến gần đây anh ta luôn luôn khánh kiệt.’</w:t>
      </w:r>
    </w:p>
    <w:p>
      <w:pPr>
        <w:spacing w:after="80"/>
      </w:pPr>
      <w:r>
        <w:rPr>
          <w:b w:val="0"/>
          <w:i w:val="0"/>
        </w:rPr>
        <w:t>‘Cho đến gần đây?’</w:t>
      </w:r>
    </w:p>
    <w:p>
      <w:pPr>
        <w:spacing w:after="80"/>
      </w:pPr>
      <w:r>
        <w:rPr>
          <w:b w:val="0"/>
          <w:i w:val="0"/>
        </w:rPr>
        <w:t>‘Trong vài tuần qua anh ta đã trả hết mọi khoản nợ cho các nhà cái, và vài khoản chi tiêu lớn khác không dễ giải thích,’ Ross nói khi chiếc taxi lao ra khỏi Quảng trường Trafalgar và phóng xuống đại lộ The Mall.</w:t>
      </w:r>
    </w:p>
    <w:p>
      <w:pPr>
        <w:spacing w:after="80"/>
      </w:pPr>
      <w:r>
        <w:rPr>
          <w:b w:val="0"/>
          <w:i w:val="0"/>
        </w:rPr>
        <w:t>‘Như những gì?’ Chim Ưng hỏi, khi Cung điện Buckingham hiện ra trước mắt.</w:t>
      </w:r>
    </w:p>
    <w:p>
      <w:pPr>
        <w:spacing w:after="80"/>
      </w:pPr>
      <w:r>
        <w:rPr>
          <w:b w:val="0"/>
          <w:i w:val="0"/>
        </w:rPr>
        <w:t>‘Gần đây anh ta đã đặt cọc mua một căn nhà lớn hơn ở Fulham, kèm theo một khoản thế chấp còn lớn hơn nữa. Vợ anh ta đang trang bị nội thất cho nó bằng đồ từ Harrods, và anh ta đang lái một chiếc Audi mới mà anh ta trả bằng tiền mặt. Anh ta chắc chắn không kiếm được loại tiền đó từ quỹ lương hưu của mình.’</w:t>
      </w:r>
    </w:p>
    <w:p>
      <w:pPr>
        <w:spacing w:after="80"/>
      </w:pPr>
      <w:r>
        <w:rPr>
          <w:b w:val="0"/>
          <w:i w:val="0"/>
        </w:rPr>
        <w:t>‘Chúng ta có một ý tưởng khá rõ về ai là người trả tiền cho anh ta,’ Chim Ưng nói. ‘Lamont đã có ba cuộc gặp riêng với Trung sĩ Summers trong tháng qua. Họ lên xuống ở các ga khác nhau trên tuyến Circle line, và không bao giờ ở bên nhau quá vài phút. Có một lần nhân viên chìm của chúng ta thấy một phong bì nâu dày cộm đổi tay. Điều chúng ta không biết là Lamont đưa lại thứ gì, mặc dù chúng ta rất nghi ngờ anh ta là người chịu trách nhiệm tráo đổi bức ảnh đã khoét một lỗ thủng vào bằng chứng của bên nguyên tại phiên tòa xét xử Rashidi.’ Ông đạp phanh và chửi thề khi một người chạy bộ lao ra trước đầu xe taxi. ‘Chúng ta đã biết về mối liên hệ giữa Lamont và Summers,’ Chim Ưng trầm ngâm, ‘nhưng mối liên hệ giữa Rashidi và Summers là gì?’</w:t>
      </w:r>
    </w:p>
    <w:p>
      <w:pPr>
        <w:spacing w:after="80"/>
      </w:pPr>
      <w:r>
        <w:rPr>
          <w:b w:val="0"/>
          <w:i w:val="0"/>
        </w:rPr>
        <w:t>‘Cái đó dễ giải thích,’ Ross nói. ‘Gia đình Turner. Họ kiểm soát đường dây ma túy ở Romford, và là một trong những khách hàng thân thiết nhất của Rashidi. Tôi sẽ không ngạc nhiên nếu Summers nằm trong danh sách trả lương của họ.’</w:t>
      </w:r>
    </w:p>
    <w:p>
      <w:pPr>
        <w:spacing w:after="80"/>
      </w:pPr>
      <w:r>
        <w:rPr>
          <w:b w:val="0"/>
          <w:i w:val="0"/>
        </w:rPr>
        <w:t>‘Vậy thì hãy tập trung vào nguồn gốc của số tiền vì đó luôn là động cơ tốt nhất. Có gì mới ở phía Romford không?’</w:t>
      </w:r>
    </w:p>
    <w:p>
      <w:pPr>
        <w:spacing w:after="80"/>
      </w:pPr>
      <w:r>
        <w:rPr>
          <w:b w:val="0"/>
          <w:i w:val="0"/>
        </w:rPr>
        <w:t>‘PC Bailey đã dành ba đêm qua tại nhà Summers. Tôi được một nguồn tin đáng tin cậy cho biết rằng hầu hết các cô bạn gái của anh ta chỉ kéo dài khoảng một tuần, cùng lắm là hai tuần. Nếu kéo sang tuần thứ ba, có lẽ anh sẽ gặp rắc rối nghiêm trọng hơn đấy.’</w:t>
      </w:r>
    </w:p>
    <w:p>
      <w:pPr>
        <w:spacing w:after="80"/>
      </w:pPr>
      <w:r>
        <w:rPr>
          <w:b w:val="0"/>
          <w:i w:val="0"/>
        </w:rPr>
        <w:t>‘Đó là câu nói giảm nhẹ của năm đấy. Một sĩ quan trong đội điều tra của tôi lại ngủ với chính người mà cô ta phải điều tra. Tôi biết giải thích thế nào với ủy viên đây?’</w:t>
      </w:r>
    </w:p>
    <w:p>
      <w:pPr>
        <w:spacing w:after="80"/>
      </w:pPr>
      <w:r>
        <w:rPr>
          <w:b w:val="0"/>
          <w:i w:val="0"/>
        </w:rPr>
        <w:t>Marlboro Man không đưa ra ý kiến gì.</w:t>
      </w:r>
    </w:p>
    <w:p>
      <w:pPr>
        <w:spacing w:after="80"/>
      </w:pPr>
      <w:r>
        <w:rPr>
          <w:b w:val="0"/>
          <w:i w:val="0"/>
        </w:rPr>
        <w:t>‘Cứ để mắt đến cả hai người họ,’ cuối cùng Hawk nói được, ‘và hãy gặp lại nhau sau một tuần nữa. Cùng giờ, cùng địa điểm. Nếu anh phát hiện Lamont đang làm gì, hãy liên lạc với Jackie và báo ngay cho cô ấy.’</w:t>
      </w:r>
    </w:p>
    <w:p>
      <w:pPr>
        <w:spacing w:after="80"/>
      </w:pPr>
      <w:r>
        <w:rPr>
          <w:b w:val="0"/>
          <w:i w:val="0"/>
        </w:rPr>
        <w:t>Vị chỉ huy dừng lại ở đèn giao thông đối diện Cửa hàng Lục quân và Hải quân. Hành khách của ông nhảy ra khỏi xe, chưa trả tiền cước, và biến mất giữa đám đông người mua sắm buổi sáng.</w:t>
      </w:r>
    </w:p>
    <w:p>
      <w:pPr>
        <w:spacing w:after="80"/>
      </w:pPr>
      <w:r>
        <w:rPr>
          <w:b w:val="0"/>
          <w:i w:val="0"/>
        </w:rPr>
        <w:t>‘Ông bạn tốt của tôi ơi, có thể đưa tôi đến Câu lạc bộ Cận vệ được không?’ một quý ông lớn tuổi hỏi, gõ cây gậy xuống cửa kính bên hông xe.</w:t>
      </w:r>
    </w:p>
    <w:p>
      <w:pPr>
        <w:spacing w:after="80"/>
      </w:pPr>
      <w:r>
        <w:rPr>
          <w:b w:val="0"/>
          <w:i w:val="0"/>
        </w:rPr>
        <w:t>‘Không, tôi không thể,’ Hawk nói, và nhanh chóng tăng tốc phóng đi.</w:t>
      </w:r>
    </w:p>
    <w:p>
      <w:pPr>
        <w:spacing w:after="80"/>
      </w:pPr>
      <w:r>
        <w:rPr>
          <w:b w:val="0"/>
          <w:i w:val="0"/>
        </w:rPr>
        <w:t>‘Tôi không biết đất nước này sẽ đi về đâu nữa,’ ông lão càu nhàu.</w:t>
      </w:r>
    </w:p>
    <w:p>
      <w:pPr>
        <w:spacing w:after="80"/>
      </w:pPr>
      <w:r>
        <w:rPr>
          <w:b w:val="0"/>
          <w:i w:val="0"/>
        </w:rPr>
        <w:t>Hawk rẽ vào phố Victoria, vẫn đang cố gắng tìm hiểu xem Summers mong đợi điều gì từ Lamont để đổi lấy chiếc phong bì nâu dày cộp mới nhất. Khi đỗ xe ở chỗ đỗ dành riêng của mình tại Scotland Yard, ông nói to: ‘Tôi không thể tin nổi anh ta lại có thể hạ mình thấp đến thế.’</w:t>
      </w:r>
    </w:p>
    <w:p>
      <w:pPr>
        <w:jc w:val="center"/>
      </w:pPr>
      <w:r>
        <w:drawing>
          <wp:inline xmlns:a="http://schemas.openxmlformats.org/drawingml/2006/main" xmlns:pic="http://schemas.openxmlformats.org/drawingml/2006/picture">
            <wp:extent cx="752475" cy="161926"/>
            <wp:docPr id="33" name="Picture 3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‘Tiến sĩ Goddard, ông vui lòng cho tòa biết nghề nghiệp của mình?’ Booth Watson nói, mỉm cười ấm áp với nhân chứng tiếp theo của mình.</w:t>
      </w:r>
    </w:p>
    <w:p>
      <w:pPr>
        <w:spacing w:after="80"/>
      </w:pPr>
      <w:r>
        <w:rPr>
          <w:b w:val="0"/>
          <w:i w:val="0"/>
        </w:rPr>
        <w:t>‘Tôi là giám đốc lâm sàng của một trung tâm cai nghiện ma túy ở Bromsgrove.’</w:t>
      </w:r>
    </w:p>
    <w:p>
      <w:pPr>
        <w:spacing w:after="80"/>
      </w:pPr>
      <w:r>
        <w:rPr>
          <w:b w:val="0"/>
          <w:i w:val="0"/>
        </w:rPr>
        <w:t>‘Và ông biết bị cáo như thế nào?’</w:t>
      </w:r>
    </w:p>
    <w:p>
      <w:pPr>
        <w:spacing w:after="80"/>
      </w:pPr>
      <w:r>
        <w:rPr>
          <w:b w:val="0"/>
          <w:i w:val="0"/>
        </w:rPr>
        <w:t>‘Có một thời anh ta là bệnh nhân của tôi, nhưng tôi vui mừng nói rằng hiện giờ anh ta đã hồi phục hoàn toàn.’</w:t>
      </w:r>
    </w:p>
    <w:p>
      <w:pPr>
        <w:spacing w:after="80"/>
      </w:pPr>
      <w:r>
        <w:rPr>
          <w:b w:val="0"/>
          <w:i w:val="0"/>
        </w:rPr>
        <w:t>‘Tiến sĩ Goddard, ông Rashidi đã là bệnh nhân tại phòng khám của ông trong bao lâu?’</w:t>
      </w:r>
    </w:p>
    <w:p>
      <w:pPr>
        <w:spacing w:after="80"/>
      </w:pPr>
      <w:r>
        <w:rPr>
          <w:b w:val="0"/>
          <w:i w:val="0"/>
        </w:rPr>
        <w:t>‘Anh ta đã ở trung tâm cai nghiện khoảng vài tháng.’</w:t>
      </w:r>
    </w:p>
    <w:p>
      <w:pPr>
        <w:spacing w:after="80"/>
      </w:pPr>
      <w:r>
        <w:rPr>
          <w:b w:val="0"/>
          <w:i w:val="0"/>
        </w:rPr>
        <w:t>‘Và trong thời gian đó, ông có bao giờ thấy một bức ảnh trên bàn cạnh giường của anh ta không?’</w:t>
      </w:r>
    </w:p>
    <w:p>
      <w:pPr>
        <w:spacing w:after="80"/>
      </w:pPr>
      <w:r>
        <w:rPr>
          <w:b w:val="0"/>
          <w:i w:val="0"/>
        </w:rPr>
        <w:t>‘Đúng vậy, một bức ảnh khung bạc chụp mẹ anh ta, người thường xuyên đến thăm anh ta tại phòng khám.’</w:t>
      </w:r>
    </w:p>
    <w:p>
      <w:pPr>
        <w:spacing w:after="80"/>
      </w:pPr>
      <w:r>
        <w:rPr>
          <w:b w:val="0"/>
          <w:i w:val="0"/>
        </w:rPr>
        <w:t>‘Và có phải có một chữ “A” lớn được khắc trên đỉnh khung ảnh không?’</w:t>
      </w:r>
    </w:p>
    <w:p>
      <w:pPr>
        <w:spacing w:after="80"/>
      </w:pPr>
      <w:r>
        <w:rPr>
          <w:b w:val="0"/>
          <w:i w:val="0"/>
        </w:rPr>
        <w:t>‘Đúng vậy, thưa ngài,’ Goddard nói, trông có vẻ ngạc nhiên.</w:t>
      </w:r>
    </w:p>
    <w:p>
      <w:pPr>
        <w:spacing w:after="80"/>
      </w:pPr>
      <w:r>
        <w:rPr>
          <w:b w:val="0"/>
          <w:i w:val="0"/>
        </w:rPr>
        <w:t>‘Ông có biết chữ A đó viết tắt cho cái gì không?’</w:t>
      </w:r>
    </w:p>
    <w:p>
      <w:pPr>
        <w:spacing w:after="80"/>
      </w:pPr>
      <w:r>
        <w:rPr>
          <w:b w:val="0"/>
          <w:i w:val="0"/>
        </w:rPr>
        <w:t>‘Asprey. Nhưng tôi chỉ biết điều đó khi mẹ anh ta nói với tôi rằng bà đã mua khung ảnh đó ở Bond Street.’</w:t>
      </w:r>
    </w:p>
    <w:p>
      <w:pPr>
        <w:spacing w:after="80"/>
      </w:pPr>
      <w:r>
        <w:rPr>
          <w:b w:val="0"/>
          <w:i w:val="0"/>
        </w:rPr>
        <w:t>‘Và khi ông Rashidi rời khỏi sự chăm sóc của ông, ông ta có mang bức ảnh theo không?’</w:t>
      </w:r>
    </w:p>
    <w:p>
      <w:pPr>
        <w:spacing w:after="80"/>
      </w:pPr>
      <w:r>
        <w:rPr>
          <w:b w:val="0"/>
          <w:i w:val="0"/>
        </w:rPr>
        <w:t>‘Có, ông ta có mang theo.’</w:t>
      </w:r>
    </w:p>
    <w:p>
      <w:pPr>
        <w:spacing w:after="80"/>
      </w:pPr>
      <w:r>
        <w:rPr>
          <w:b w:val="0"/>
          <w:i w:val="0"/>
        </w:rPr>
        <w:t>‘Sao ông có thể chắc chắn đến vậy?’</w:t>
      </w:r>
    </w:p>
    <w:p>
      <w:pPr>
        <w:spacing w:after="80"/>
      </w:pPr>
      <w:r>
        <w:rPr>
          <w:b w:val="0"/>
          <w:i w:val="0"/>
        </w:rPr>
        <w:t>‘Vì tôi đã nhìn thấy nó lần nữa khi tôi uống trà với ông ta tại nhà mẹ ông ta ở The Boltons.’</w:t>
      </w:r>
    </w:p>
    <w:p>
      <w:pPr>
        <w:spacing w:after="80"/>
      </w:pPr>
      <w:r>
        <w:rPr>
          <w:b w:val="0"/>
          <w:i w:val="0"/>
        </w:rPr>
        <w:t>‘Sau khi xuất viện, ông Rashidi có tiếp tục quan tâm đến công việc vô giá của phòng khám ông không?’</w:t>
      </w:r>
    </w:p>
    <w:p>
      <w:pPr>
        <w:spacing w:after="80"/>
      </w:pPr>
      <w:r>
        <w:rPr>
          <w:b w:val="0"/>
          <w:i w:val="0"/>
        </w:rPr>
        <w:t>‘Không chỉ là quan tâm. Tôi có thể nói ông ta là một trong những người ủng hộ tận tâm nhất của chúng tôi. Ông ta không chỉ đến thăm phòng khám thường xuyên, mà trong mười năm qua, công ty của gia đình ông ta còn quyên góp hằng năm một trăm nghìn bảng để hỗ trợ công việc của chúng tôi.’</w:t>
      </w:r>
    </w:p>
    <w:p>
      <w:pPr>
        <w:spacing w:after="80"/>
      </w:pPr>
      <w:r>
        <w:rPr>
          <w:b w:val="0"/>
          <w:i w:val="0"/>
        </w:rPr>
        <w:t xml:space="preserve">‘Đúng là cái giá của một tấm thẻ thoát tội khác,’ Sir Julian lẩm bẩm, nói nhỏ, trong khi Clare ghi xuống dòng chữ </w:t>
      </w:r>
      <w:r>
        <w:rPr>
          <w:b w:val="0"/>
          <w:i/>
        </w:rPr>
        <w:t>Mười năm</w:t>
      </w:r>
      <w:r>
        <w:rPr>
          <w:b w:val="0"/>
          <w:i w:val="0"/>
        </w:rPr>
        <w:t>. Lại một sự trùng hợp nữa ư?</w:t>
      </w:r>
    </w:p>
    <w:p>
      <w:pPr>
        <w:spacing w:after="80"/>
      </w:pPr>
      <w:r>
        <w:rPr>
          <w:b w:val="0"/>
          <w:i w:val="0"/>
        </w:rPr>
        <w:t>‘Vậy là, qua nhiều năm,’ Booth Watson tiếp tục, ‘phòng khám của ông đã được hưởng lợi khoảng một triệu bảng nhờ sự hào phóng của ông Rashidi.’</w:t>
      </w:r>
    </w:p>
    <w:p>
      <w:pPr>
        <w:spacing w:after="80"/>
      </w:pPr>
      <w:r>
        <w:rPr>
          <w:b w:val="0"/>
          <w:i w:val="0"/>
        </w:rPr>
        <w:t>‘Hơn một triệu,’ Goddard nói, ‘vì gần đây ông ta đã quyên góp một lần khi chúng tôi cần xây một khu điều trị mới.’</w:t>
      </w:r>
    </w:p>
    <w:p>
      <w:pPr>
        <w:spacing w:after="80"/>
      </w:pPr>
      <w:r>
        <w:rPr>
          <w:b w:val="0"/>
          <w:i w:val="0"/>
        </w:rPr>
        <w:t>‘Sau khi ông ta bị bắt, chắc chắn rồi,’ Sir Julian nói, không còn nhỏ giọng nữa.</w:t>
      </w:r>
    </w:p>
    <w:p>
      <w:pPr>
        <w:spacing w:after="80"/>
      </w:pPr>
      <w:r>
        <w:rPr>
          <w:b w:val="0"/>
          <w:i w:val="0"/>
        </w:rPr>
        <w:t>‘Phản ứng của ông thế nào, Tiến sĩ Goddard, khi ông nghe tin ông Rashidi bị bắt và bị buộc tội là kẻ buôn ma túy?’</w:t>
      </w:r>
    </w:p>
    <w:p>
      <w:pPr>
        <w:spacing w:after="80"/>
      </w:pPr>
      <w:r>
        <w:rPr>
          <w:b w:val="0"/>
          <w:i w:val="0"/>
        </w:rPr>
        <w:t>‘Tôi tưởng cảnh sát sẽ nhanh chóng nhận ra họ đã bắt nhầm người và thả anh ta ra. Suy cho cùng, không ai có thể làm nhiều hơn thế để giúp đỡ những nạn nhân đáng thương của ma túy.’</w:t>
      </w:r>
    </w:p>
    <w:p>
      <w:pPr>
        <w:spacing w:after="80"/>
      </w:pPr>
      <w:r>
        <w:rPr>
          <w:b w:val="0"/>
          <w:i w:val="0"/>
        </w:rPr>
        <w:t>‘Và cũng không ai có thể làm nhiều hơn thế để đưa họ vào hoàn cảnh đó ngay từ đầu,’ Sir Julian lẩm bẩm.</w:t>
      </w:r>
    </w:p>
    <w:p>
      <w:pPr>
        <w:spacing w:after="80"/>
      </w:pPr>
      <w:r>
        <w:rPr>
          <w:b w:val="0"/>
          <w:i w:val="0"/>
        </w:rPr>
        <w:t>‘Ông nói ông Rashidi đã hoàn toàn hồi phục khỏi chứng nghiện, nhưng khi bị bắt, anh ta bị phát hiện đang tàng trữ một lượng nhỏ cần sa.’</w:t>
      </w:r>
    </w:p>
    <w:p>
      <w:pPr>
        <w:spacing w:after="80"/>
      </w:pPr>
      <w:r>
        <w:rPr>
          <w:b w:val="0"/>
          <w:i w:val="0"/>
        </w:rPr>
        <w:t>‘Assem luôn khá cởi mở về việc thỉnh thoảng anh ấy thích hút một điếu cần sa vào cuối tuần, nhưng hơn năm triệu người ở đất nước này cũng vậy. Có lẽ tất cả họ nên bị nhốt vào tù? Tuy nhiên, tôi có thể đảm bảo với ông, ông Booth Watson, rằng hơn mười năm nay anh ấy không đụng đến thứ gì nghiêm trọng hơn thế.’</w:t>
      </w:r>
    </w:p>
    <w:p>
      <w:pPr>
        <w:spacing w:after="80"/>
      </w:pPr>
      <w:r>
        <w:rPr>
          <w:b w:val="0"/>
          <w:i w:val="0"/>
        </w:rPr>
        <w:t>‘Chỉ bán nó cho người trả giá cao nhất thôi,’ Sir Julian lẩm bẩm trong hơi thở.</w:t>
      </w:r>
    </w:p>
    <w:p>
      <w:pPr>
        <w:spacing w:after="80"/>
      </w:pPr>
      <w:r>
        <w:rPr>
          <w:b w:val="0"/>
          <w:i w:val="0"/>
        </w:rPr>
        <w:t>‘Tôi không có câu hỏi nào thêm, Tiến sĩ Goddard, và tôi chắc rằng tất cả chúng ta đều biết ơn sự đóng góp của bà. Nhưng bà có thể ở lại trong ghế nhân chứng không, vì tôi nghi ngờ người bạn đồng nghiệp uyên bác của tôi sẽ muốn hỏi bà thêm, sau khi đã đưa ra bao nhiêu nhận xét từ tư thế ngồi yên đó.’</w:t>
      </w:r>
    </w:p>
    <w:p>
      <w:pPr>
        <w:spacing w:after="80"/>
      </w:pPr>
      <w:r>
        <w:rPr>
          <w:b w:val="0"/>
          <w:i w:val="0"/>
        </w:rPr>
        <w:t>‘Tôi chắc chắn có, thưa Ngài,’ Sir Julian nói và định đứng dậy thì Grace đặt tay lên cánh tay ông. ‘Đừng dại mà làm thế, Cha,’ cô thì thầm. ‘Ông ấy chỉ là một người ngoài cuộc vô tội, và khác với Tony Roberts, chẳng thu được gì từ việc chất vấn ông ấy cả.’</w:t>
      </w:r>
    </w:p>
    <w:p>
      <w:pPr>
        <w:spacing w:after="80"/>
      </w:pPr>
      <w:r>
        <w:rPr>
          <w:b w:val="0"/>
          <w:i w:val="0"/>
        </w:rPr>
        <w:t>‘Nhưng còn cái khung bạc thì sao, nó phải là cùng một cái—’</w:t>
      </w:r>
    </w:p>
    <w:p>
      <w:pPr>
        <w:spacing w:after="80"/>
      </w:pPr>
      <w:r>
        <w:rPr>
          <w:b w:val="0"/>
          <w:i w:val="0"/>
        </w:rPr>
        <w:t>‘Có thể,’ Clare nói, nghiêng người về phía trước từ hàng ghế phía sau, ‘nhưng người quản lý của Asprey nói với tôi rằng đó là một trong những mặt hàng bán chạy nhất của họ. Năm ngoái họ đã bán được hơn hai trăm cái.’</w:t>
      </w:r>
    </w:p>
    <w:p>
      <w:pPr>
        <w:spacing w:after="80"/>
      </w:pPr>
      <w:r>
        <w:rPr>
          <w:b w:val="0"/>
          <w:i w:val="0"/>
        </w:rPr>
        <w:t>‘Nhưng làm sao Rashidi có thể xoay xở trả hơn một triệu bảng cho phòng khám của Goddard khi nguồn thu nhập chính thức duy nhất của anh ta là lợi nhuận khai báo từ một công ty nhập khẩu trà nhỏ bé.’</w:t>
      </w:r>
    </w:p>
    <w:p>
      <w:pPr>
        <w:spacing w:after="80"/>
      </w:pPr>
      <w:r>
        <w:rPr>
          <w:b w:val="0"/>
          <w:i w:val="0"/>
        </w:rPr>
        <w:t>‘Goddard không thể nào biết câu trả lời cho câu hỏi đó,’ Grace nói.</w:t>
      </w:r>
    </w:p>
    <w:p>
      <w:pPr>
        <w:spacing w:after="80"/>
      </w:pPr>
      <w:r>
        <w:rPr>
          <w:b w:val="0"/>
          <w:i w:val="0"/>
        </w:rPr>
        <w:t>‘Nhưng ít nhất tôi sẽ ghi nó vào biên bản,’ Sir Julian khăng khăng.</w:t>
      </w:r>
    </w:p>
    <w:p>
      <w:pPr>
        <w:spacing w:after="80"/>
      </w:pPr>
      <w:r>
        <w:rPr>
          <w:b w:val="0"/>
          <w:i w:val="0"/>
        </w:rPr>
        <w:t>‘Hãy để dành hỏa lực của Cha cho Rashidi, khi đó nó sẽ hiệu quả hơn nhiều.’</w:t>
      </w:r>
    </w:p>
    <w:p>
      <w:pPr>
        <w:spacing w:after="80"/>
      </w:pPr>
      <w:r>
        <w:rPr>
          <w:b w:val="0"/>
          <w:i w:val="0"/>
        </w:rPr>
        <w:t>‘Đó là giả sử Booth Watson cho phép anh ta bước chân vào ghế nhân chứng.’</w:t>
      </w:r>
    </w:p>
    <w:p>
      <w:pPr>
        <w:spacing w:after="80"/>
      </w:pPr>
      <w:r>
        <w:rPr>
          <w:b w:val="0"/>
          <w:i w:val="0"/>
        </w:rPr>
        <w:t>‘Chắc chắn ông ta sẽ làm vậy,’ Grace nói, ‘nếu ông ta còn chút hy vọng nào để xoay chuyển tình thế sau lời khai thảm hại của Roberts.’</w:t>
      </w:r>
    </w:p>
    <w:p>
      <w:pPr>
        <w:spacing w:after="80"/>
      </w:pPr>
      <w:r>
        <w:rPr>
          <w:b w:val="0"/>
          <w:i w:val="0"/>
        </w:rPr>
        <w:t>Sir Julian ngồi sụp xuống ghế. ‘Tôi chỉ tự hỏi con lấy sự khôn ngoan ấy từ đâu ra,’ ông nhận xét, với một thoáng mỉm cười.</w:t>
      </w:r>
    </w:p>
    <w:p>
      <w:pPr>
        <w:spacing w:after="80"/>
      </w:pPr>
      <w:r>
        <w:rPr>
          <w:b w:val="0"/>
          <w:i w:val="0"/>
        </w:rPr>
        <w:t>‘Ngài Julian, ngài có định thẩm vấn nhân chứng này không?’ vị thẩm phán hỏi.</w:t>
      </w:r>
    </w:p>
    <w:p>
      <w:pPr>
        <w:spacing w:after="80"/>
      </w:pPr>
      <w:r>
        <w:rPr>
          <w:b w:val="0"/>
          <w:i w:val="0"/>
        </w:rPr>
        <w:t>‘Không, thưa ngài,’ luật sư bên nguyên đáp, khẽ đứng dậy một lát từ chỗ ngồi của mình.</w:t>
      </w:r>
    </w:p>
    <w:p>
      <w:pPr>
        <w:jc w:val="center"/>
      </w:pPr>
      <w:r>
        <w:drawing>
          <wp:inline xmlns:a="http://schemas.openxmlformats.org/drawingml/2006/main" xmlns:pic="http://schemas.openxmlformats.org/drawingml/2006/picture">
            <wp:extent cx="752475" cy="161926"/>
            <wp:docPr id="34" name="Picture 3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Marlboro Man lái xe xuống Romford ngay sau khi rời khỏi chỗ viên chỉ huy.</w:t>
      </w:r>
    </w:p>
    <w:p>
      <w:pPr>
        <w:spacing w:after="80"/>
      </w:pPr>
      <w:r>
        <w:rPr>
          <w:b w:val="0"/>
          <w:i w:val="0"/>
        </w:rPr>
        <w:t>Anh ta không thể liều đi tàu, dù biết chính xác lúc đó Lamont, Summers và Bailey đang ở đâu. Lamont đang ngồi ở hàng ghế cuối của phòng trưng bày công chúng tại tòa án số một ở Old Bailey để ghi chép, dù Ross vẫn chưa hiểu nổi tại sao. Summers đang phỏng vấn một tên tội phạm vặt chuyên trộm xe Jaguar, còn PC Bailey thì đang đi tuần và sẽ không báo cáo về đồn trước sáu giờ.</w:t>
      </w:r>
    </w:p>
    <w:p>
      <w:pPr>
        <w:spacing w:after="80"/>
      </w:pPr>
      <w:r>
        <w:rPr>
          <w:b w:val="0"/>
          <w:i w:val="0"/>
        </w:rPr>
        <w:t>Ngày thứ tư liên tiếp, anh ta đỗ xe ngay dưới con đường từ đồn cảnh sát Romford. Tầm nhìn không hoàn hảo, nhưng có lợi thế là khó ai phát hiện ra anh ta.</w:t>
      </w:r>
    </w:p>
    <w:p>
      <w:pPr>
        <w:spacing w:after="80"/>
      </w:pPr>
      <w:r>
        <w:rPr>
          <w:b w:val="0"/>
          <w:i w:val="0"/>
        </w:rPr>
        <w:t>PC Bailey về đến đồn ngay sau sáu giờ, và xuất hiện lại mười lăm phút sau đó, trong bộ quần áo thường ngày. Anh ta bước ra khỏi xe và bắt đầu bám theo cô, giữ một khoảng cách an toàn. Bất ngờ đầu tiên: cô không đi về phía ga tàu, mà đến quán rượu quen thuộc của họ.</w:t>
      </w:r>
    </w:p>
    <w:p>
      <w:pPr>
        <w:spacing w:after="80"/>
      </w:pPr>
      <w:r>
        <w:rPr>
          <w:b w:val="0"/>
          <w:i w:val="0"/>
        </w:rPr>
        <w:t>Anh ta băng qua đường và lẻn vào một quán cà phê nhỏ, mua một ly cà phê đen và một chiếc bánh mì kẹp phô mai cà chua. "Lúc nào có cơ hội thì cứ nạp cái gì đó vào bụng," viên trung sĩ huấn luyện SAS ngày xưa của anh vẫn thường nói. Anh ta chọn chỗ ngồi gần cửa sổ, nơi có thể nhìn rõ quán rượu. Anh ta ăn chiếc bánh hơi vội, nhưng dù sao thì anh cũng không chắc khi nào mình lại phải lên đường.</w:t>
      </w:r>
    </w:p>
    <w:p>
      <w:pPr>
        <w:spacing w:after="80"/>
      </w:pPr>
      <w:r>
        <w:rPr>
          <w:b w:val="0"/>
          <w:i w:val="0"/>
        </w:rPr>
        <w:t>Summers nghênh ngang bước vào quán rượu khoảng mười lăm phút sau đó. Ross đoán chắc Gã Jaguar đã được nhốt an toàn trong buồng giam qua đêm.</w:t>
      </w:r>
    </w:p>
    <w:p>
      <w:pPr>
        <w:spacing w:after="80"/>
      </w:pPr>
      <w:r>
        <w:rPr>
          <w:b w:val="0"/>
          <w:i w:val="0"/>
        </w:rPr>
        <w:t>Hai mươi phút nữa trôi qua trước khi họ xuất hiện lại, tay trong tay, và đi về hướng căn hộ của Summers. Marlboro Man quay về xe và chọn một vị trí khác, từ đó có thể nhìn rõ cửa sổ tầng bốn. Dù đây là công việc của mình, anh ta vẫn cảm thấy như một kẻ tò mò rình mò, nhất là khi theo dõi một đồng nghiệp. Mãi đến hơn mười một giờ, khi đèn phòng ngủ cuối cùng tắt, anh ta mới bật lại chìa khóa điện.</w:t>
      </w:r>
    </w:p>
    <w:p>
      <w:pPr>
        <w:spacing w:after="80"/>
      </w:pPr>
      <w:r>
        <w:rPr>
          <w:b w:val="0"/>
          <w:i w:val="0"/>
        </w:rPr>
        <w:t>Bình thường anh ta sẽ về nhà và cố chợp mắt vài tiếng, nhưng lần này anh quyết định đến căn hộ của Jackie ở Lambeth để truyền đạt thông tin tình báo mới nhất. Anh hy vọng cô đã cuộn tròn trên giường – một mình.</w:t>
      </w:r>
    </w:p>
    <w:p>
      <w:pPr>
        <w:spacing w:after="80"/>
      </w:pPr>
      <w:r>
        <w:rPr>
          <w:b w:val="0"/>
          <w:i w:val="0"/>
        </w:rPr>
        <w:t>Anh ta đỗ xe trong một con phố nhỏ ngay sau nửa đêm và trong giây lát cân nhắc không đánh thức cô, nhưng anh biết viên chỉ huy sẽ không muốn đợi cả tuần mới biết rằng PC Bailey giờ có vẻ đã trở thành một nhân vật thường trực trong nhà của DS Summers. Hoặc ít nhất đó là cái cớ của anh ta.</w:t>
      </w:r>
    </w:p>
    <w:p>
      <w:pPr>
        <w:spacing w:after="80"/>
      </w:pPr>
      <w:r>
        <w:rPr>
          <w:b w:val="0"/>
          <w:i w:val="0"/>
        </w:rPr>
        <w:t>Anh ta leo lên thang thoát hiểm như một tên trộm chuyên nghiệp: chậm rãi, lặng lẽ. Khi lên đến tầng ba, anh nhìn qua một khe hở nhỏ trên rèm cửa. Anh có thể thấy cô, nhưng không rõ cô có ở một mình không.</w:t>
      </w:r>
    </w:p>
    <w:p>
      <w:pPr>
        <w:spacing w:after="80"/>
      </w:pPr>
      <w:r>
        <w:rPr>
          <w:b w:val="0"/>
          <w:i w:val="0"/>
        </w:rPr>
        <w:t>Anh ta gõ nhẹ vào cửa sổ, ba một ba, để cho cô biết đó là anh. Vài giây sau, một bóng người ngái ngủ xuất hiện, kéo rèm và mở cửa sổ.</w:t>
      </w:r>
    </w:p>
    <w:p>
      <w:pPr>
        <w:spacing w:after="80"/>
      </w:pPr>
      <w:r>
        <w:rPr>
          <w:b w:val="0"/>
          <w:i w:val="0"/>
        </w:rPr>
        <w:t>‘Công việc hay niềm vui đây?’ Jackie hỏi, cố nở một nụ cười.</w:t>
      </w:r>
    </w:p>
    <w:p>
      <w:pPr>
        <w:spacing w:after="80"/>
      </w:pPr>
      <w:r>
        <w:rPr>
          <w:b w:val="0"/>
          <w:i w:val="0"/>
        </w:rPr>
        <w:t>‘Tôi hy vọng chúng ta có thể có cả hai,’ UCO của cô đáp.</w:t>
      </w:r>
    </w:p>
    <w:p>
      <w:pPr>
        <w:jc w:val="center"/>
      </w:pPr>
      <w:r>
        <w:drawing>
          <wp:inline xmlns:a="http://schemas.openxmlformats.org/drawingml/2006/main" xmlns:pic="http://schemas.openxmlformats.org/drawingml/2006/picture">
            <wp:extent cx="752475" cy="161926"/>
            <wp:docPr id="35" name="Picture 3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‘Đêm nay chúng ta không làm được gì nhiều hơn nữa đâu,’ Ngài Julian nói khi đồng hồ trên tháp nhà thờ gần đó điểm mười hai giờ.</w:t>
      </w:r>
    </w:p>
    <w:p>
      <w:pPr>
        <w:spacing w:after="80"/>
      </w:pPr>
      <w:r>
        <w:rPr>
          <w:b w:val="0"/>
          <w:i w:val="0"/>
        </w:rPr>
        <w:t>‘Hoặc thậm chí ngay sáng nay,’ Grace nhận xét, mắt nhìn xuống danh sách dài những câu hỏi họ đã chuẩn bị với hy vọng gài bẫy được Rashidi.</w:t>
      </w:r>
    </w:p>
    <w:p>
      <w:pPr>
        <w:spacing w:after="80"/>
      </w:pPr>
      <w:r>
        <w:rPr>
          <w:b w:val="0"/>
          <w:i w:val="0"/>
        </w:rPr>
        <w:t>‘Booth Watson hẳn sẽ vui lắm khi biết chúng ta đã thức nửa đêm để chuẩn bị chất vấn một bị cáo mà ông ta có lẽ chẳng hề có ý định đưa lên bục nhân chứng.’</w:t>
      </w:r>
    </w:p>
    <w:p>
      <w:pPr>
        <w:spacing w:after="80"/>
      </w:pPr>
      <w:r>
        <w:rPr>
          <w:b w:val="0"/>
          <w:i w:val="0"/>
        </w:rPr>
        <w:t>‘Nhưng chắc chắn sau màn trình diễn thảm hại của Tony Roberts, ông ta sẽ không còn lựa chọn nào khác ngoài việc muốn kể cho bồi thẩm đoàn nghe phía câu chuyện của mình, dù nó có khó tin đến đâu.’</w:t>
      </w:r>
    </w:p>
    <w:p>
      <w:pPr>
        <w:spacing w:after="80"/>
      </w:pPr>
      <w:r>
        <w:rPr>
          <w:b w:val="0"/>
          <w:i w:val="0"/>
        </w:rPr>
        <w:t>Ngài Julian lắc đầu. ‘Roberts có thể đã không giúp gì cho cơ hội của họ, nhưng Tiến sĩ Goddard đã thuyết phục được, và còn tệ hơn khi bằng chứng duy nhất chúng ta có, thứ lẽ ra khiến bồi thẩm đoàn không còn chút nghi ngờ nào về tội của Rashidi, lại tiện thể biến mất vào thinh không. Tôi chỉ có thể nói rằng, nếu Rashidi là thân chủ của tôi, tôi sẽ không để anh ta đến gần bục nhân chứng dù chỉ một bước.’</w:t>
      </w:r>
    </w:p>
    <w:p>
      <w:pPr>
        <w:spacing w:after="80"/>
      </w:pPr>
      <w:r>
        <w:rPr>
          <w:b w:val="0"/>
          <w:i w:val="0"/>
        </w:rPr>
        <w:t>‘Nhưng đừng quên,’ Grace nhắc ông, ‘sau khi Goddard rời bục, BW đã nói với thẩm phán rằng ông ta sẽ gọi nhân chứng cuối cùng vào buổi sáng. Vậy nếu không phải Rashidi thì có thể là ai chứ?’</w:t>
      </w:r>
    </w:p>
    <w:p>
      <w:pPr>
        <w:spacing w:after="80"/>
      </w:pPr>
      <w:r>
        <w:rPr>
          <w:b w:val="0"/>
          <w:i w:val="0"/>
        </w:rPr>
        <w:t>‘Mẹ của Rashidi?’</w:t>
      </w:r>
    </w:p>
    <w:p>
      <w:pPr>
        <w:spacing w:after="80"/>
      </w:pPr>
      <w:r>
        <w:rPr>
          <w:b w:val="0"/>
          <w:i w:val="0"/>
        </w:rPr>
        <w:t>‘Không, bà ấy đứng về phía thiên thần, nên ông ta sẽ không dại gì gọi bà ấy đâu.’</w:t>
      </w:r>
    </w:p>
    <w:p>
      <w:pPr>
        <w:spacing w:after="80"/>
      </w:pPr>
      <w:r>
        <w:rPr>
          <w:b w:val="0"/>
          <w:i w:val="0"/>
        </w:rPr>
        <w:t>‘Vậy thì tôi đồng ý, chắc chắn là Rashidi.’</w:t>
      </w:r>
    </w:p>
    <w:p>
      <w:pPr>
        <w:spacing w:after="80"/>
      </w:pPr>
      <w:r>
        <w:rPr>
          <w:b w:val="0"/>
          <w:i w:val="0"/>
        </w:rPr>
        <w:t>‘Nếu đúng thế, tôi nóng lòng muốn biết suốt mười năm qua anh ta ngủ ở đâu vào các ngày trong tuần, nếu không phải trong căn hộ ở Brixton.’</w:t>
      </w:r>
    </w:p>
    <w:p>
      <w:pPr>
        <w:spacing w:after="80"/>
      </w:pPr>
      <w:r>
        <w:rPr>
          <w:b w:val="0"/>
          <w:i w:val="0"/>
        </w:rPr>
        <w:t>‘Tôi cá là trong một phòng suite ở khách sạn Savoy,’ Ngài Julian nói. ‘Và cứ yên tâm là Booth Watson sẽ đưa ra đủ mọi hóa đơn và biên lai để chứng minh. Lại thêm một điều khoản miễn trừ nữa trong gói bảo hiểm toàn diện đã đóng đủ phí của anh ta.’</w:t>
      </w:r>
    </w:p>
    <w:p>
      <w:pPr>
        <w:spacing w:after="80"/>
      </w:pPr>
      <w:r>
        <w:rPr>
          <w:b w:val="0"/>
          <w:i w:val="0"/>
        </w:rPr>
        <w:t>Ông đứng dậy từ sau bàn làm việc, thu dọn giấy tờ rồi đi về phía cửa.</w:t>
      </w:r>
    </w:p>
    <w:p>
      <w:pPr>
        <w:spacing w:after="80"/>
      </w:pPr>
      <w:r>
        <w:rPr>
          <w:b w:val="0"/>
          <w:i w:val="0"/>
        </w:rPr>
        <w:t>‘Booth Watson vẫn sẽ phải giải thích thân chủ của ông ta làm gì ở Brixton đêm hôm đó, vì khó có thể nói đó là trên đường về nhà ở vùng nông thôn Oxfordshire, và đi một quãng đường dài như thế chỉ để lấy vài điếu cần sa trong khi có cả tá quán rượu ở City sẵn sàng bán qua quầy thì thật vô lý,’ Grace nhận xét khi cha cô giúp cô mặc áo khoác.</w:t>
      </w:r>
    </w:p>
    <w:p>
      <w:pPr>
        <w:spacing w:after="80"/>
      </w:pPr>
      <w:r>
        <w:rPr>
          <w:b w:val="0"/>
          <w:i w:val="0"/>
        </w:rPr>
        <w:t>‘Đừng nói thế với William,’ Julian nói, ‘không thì cậu ấy sẽ cho chó ra đuổi chúng đấy.’</w:t>
      </w:r>
    </w:p>
    <w:p>
      <w:pPr>
        <w:spacing w:after="80"/>
      </w:pPr>
      <w:r>
        <w:rPr>
          <w:b w:val="0"/>
          <w:i w:val="0"/>
        </w:rPr>
        <w:t>‘Cha đã quyết định sẽ làm gì nếu mai Rashidi mặc đúng bộ vest anh ta mặc vào ngày đầu phiên tòa chưa?’ cô hỏi khi họ bắt đầu bước xuống cầu thang gỗ kẽo kẹt.</w:t>
      </w:r>
    </w:p>
    <w:p>
      <w:pPr>
        <w:spacing w:after="80"/>
      </w:pPr>
      <w:r>
        <w:rPr>
          <w:b w:val="0"/>
          <w:i w:val="0"/>
        </w:rPr>
        <w:t>‘Có thể cha sẽ chẳng làm gì cả,’ Ngài Julian nói. ‘Thành thật mà nói, cha không nghĩ đó là một rủi ro đáng để đánh đổi.’</w:t>
      </w:r>
    </w:p>
    <w:p>
      <w:pPr>
        <w:spacing w:after="80"/>
      </w:pPr>
      <w:r>
        <w:rPr>
          <w:b w:val="0"/>
          <w:i w:val="0"/>
        </w:rPr>
        <w:t>‘Nhưng Clare đã phát hiện một nhãn đỏ có chữ viết tắt A.R. ở mặt trong áo khoác của anh ta.’</w:t>
      </w:r>
    </w:p>
    <w:p>
      <w:pPr>
        <w:spacing w:after="80"/>
      </w:pPr>
      <w:r>
        <w:rPr>
          <w:b w:val="0"/>
          <w:i w:val="0"/>
        </w:rPr>
        <w:t>‘Mà Booth Watson và Rashidi rất có thể đã cố ý để cô nhìn thấy,’ Ngài Julian nói. ‘Đừng bao giờ đặt câu hỏi trừ khi cô chắc chắn về câu trả lời,’ ông nhắc cô khi họ tản bộ qua Lincoln’s Inn Fields. ‘Sáng nay lát nữa gặp nhau rồi xem lại các câu hỏi thêm một lần nữa nhé,’ ông gợi ý. ‘Cô sẽ đóng vai Rashidi, còn tôi sẽ chất vấn cô.’</w:t>
      </w:r>
    </w:p>
    <w:p>
      <w:pPr>
        <w:spacing w:after="80"/>
      </w:pPr>
      <w:r>
        <w:rPr>
          <w:b w:val="0"/>
          <w:i w:val="0"/>
        </w:rPr>
        <w:t>‘Nhưng gã đàn ông đó xảo quyệt lắm, tôi không thể nào tưởng tượng nổi hắn sẽ giở trò gì.’</w:t>
      </w:r>
    </w:p>
    <w:p>
      <w:pPr>
        <w:spacing w:after="80"/>
      </w:pPr>
      <w:r>
        <w:rPr>
          <w:b w:val="0"/>
          <w:i w:val="0"/>
        </w:rPr>
        <w:t>‘Thử nghĩ như hắn xem, dù tôi vẫn chưa tin Booth Watson sẽ liều đưa hắn vào ghế nhân chứng.’</w:t>
      </w:r>
    </w:p>
    <w:p>
      <w:pPr>
        <w:spacing w:after="80"/>
      </w:pPr>
      <w:r>
        <w:rPr>
          <w:b w:val="0"/>
          <w:i w:val="0"/>
        </w:rPr>
        <w:t>‘Vậy thì còn ai khác được chứ?’ Grace nói, rùng mình và cài kín áo khoác để chống lại cái lạnh của đêm khuya.</w:t>
      </w:r>
    </w:p>
    <w:p>
      <w:pPr>
        <w:spacing w:after="80"/>
      </w:pPr>
      <w:r>
        <w:rPr>
          <w:b w:val="0"/>
          <w:i w:val="0"/>
        </w:rPr>
        <w:t>‘Nhớ mang theo một bình cà phê đen và một cái bánh mì kẹp thịt xông khói. Và đừng có mơ mà nói với mẹ con đấy.’</w:t>
      </w:r>
    </w:p>
    <w:p>
      <w:pPr>
        <w:spacing w:after="80"/>
      </w:pPr>
      <w:r>
        <w:rPr>
          <w:b w:val="0"/>
          <w:i w:val="0"/>
        </w:rPr>
        <w:t>Grace bật cười khi bố cô rảo bước về căn hộ của ông ở phía bên kia quảng trường, còn cô thì đi tìm taxi. Rashidi và Booth Watson đồng hành cùng cô suốt quãng đường về tây London. Trong tâm trí cô.</w:t>
      </w:r>
    </w:p>
    <w:p>
      <w:pPr>
        <w:pStyle w:val="Heading2"/>
      </w:pPr>
      <w:r>
        <w:rPr>
          <w:rFonts w:ascii="Calibri" w:hAnsi="Calibri"/>
          <w:b/>
          <w:i w:val="0"/>
          <w:sz w:val="32"/>
        </w:rPr>
        <w:t>15</w:t>
      </w:r>
    </w:p>
    <w:p>
      <w:pPr>
        <w:spacing w:after="80"/>
      </w:pPr>
      <w:r>
        <w:rPr>
          <w:b w:val="0"/>
          <w:i w:val="0"/>
        </w:rPr>
        <w:t>NGÀI JULIAN VÀ Grace đến Old Bailey ngay sau chín giờ sáng hôm đó.</w:t>
      </w:r>
    </w:p>
    <w:p>
      <w:pPr>
        <w:spacing w:after="80"/>
      </w:pPr>
      <w:r>
        <w:rPr>
          <w:b w:val="0"/>
          <w:i w:val="0"/>
        </w:rPr>
        <w:t>Qua một đêm, Clare đã nghĩ ra thêm vài câu hỏi sắc bén hơn mà cô cảm thấy sẽ khiến Rashidi mất cảnh giác, và Ngài Julian có vẻ lạc quan hơn một chút rằng Booth Watson đã không còn lựa chọn nào khác ngoài việc để thân chủ của mình bước vào ghế nhân chứng.</w:t>
      </w:r>
    </w:p>
    <w:p>
      <w:pPr>
        <w:spacing w:after="80"/>
      </w:pPr>
      <w:r>
        <w:rPr>
          <w:b w:val="0"/>
          <w:i w:val="0"/>
        </w:rPr>
        <w:t>Khi họ đến phòng xử án, Booth Watson đã dựng sẵn "sạp hàng" của mình để chuẩn bị cho nhân chứng cuối cùng. Ngài Julian rất muốn được xem danh sách câu hỏi mà ông ta đã chuẩn bị cho Rashidi, nhưng chấp nhận rằng mình sẽ phải chờ đợi như mọi người, cho đến khi đồng hồ điểm mười giờ.</w:t>
      </w:r>
    </w:p>
    <w:p>
      <w:pPr>
        <w:spacing w:after="80"/>
      </w:pPr>
      <w:r>
        <w:rPr>
          <w:b w:val="0"/>
          <w:i w:val="0"/>
        </w:rPr>
        <w:t>Khi ánh mắt họ gặp nhau, hai đấu sĩ chỉ khẽ nhấc tấm che mặt lên.</w:t>
      </w:r>
    </w:p>
    <w:p>
      <w:pPr>
        <w:spacing w:after="80"/>
      </w:pPr>
      <w:r>
        <w:rPr>
          <w:b w:val="0"/>
          <w:i w:val="0"/>
        </w:rPr>
        <w:t>Người tiếp theo bước vào đấu trường là bị cáo, ông ta vào vị trí trong vành móng ngựa. Booth Watson nhìn quanh và nở với ông ta một nụ cười ấm áp. Nếu Rashidi có lo lắng khi làm chứng để tự bào chữa cho mình thì cũng chẳng có dấu hiệu nào cho thấy điều đó.</w:t>
      </w:r>
    </w:p>
    <w:p>
      <w:pPr>
        <w:spacing w:after="80"/>
      </w:pPr>
      <w:r>
        <w:rPr>
          <w:b w:val="0"/>
          <w:i w:val="0"/>
        </w:rPr>
        <w:t>‘Tôi khá chắc là ông ta vẫn mặc bộ vest y như ngày khai mạc,’ Grace mạo muội nói sau khi lén liếc về phía Rashidi.</w:t>
      </w:r>
    </w:p>
    <w:p>
      <w:pPr>
        <w:spacing w:after="80"/>
      </w:pPr>
      <w:r>
        <w:rPr>
          <w:b w:val="0"/>
          <w:i w:val="0"/>
        </w:rPr>
        <w:t>‘Có thể cô đúng,’ Ngài Julian nói, ‘nhưng tôi vẫn chưa tin đó là một rủi ro đáng để đánh đổi. Suy cho cùng, BW đã đoán trước được mọi thứ khác mà chúng ta nghĩ ra cho đến giờ.’</w:t>
      </w:r>
    </w:p>
    <w:p>
      <w:pPr>
        <w:spacing w:after="80"/>
      </w:pPr>
      <w:r>
        <w:rPr>
          <w:b w:val="0"/>
          <w:i w:val="0"/>
        </w:rPr>
        <w:t>Đúng lúc ấy, trọng tài bước vào đấu trường. Thẩm phán Whittaker cúi người chào thật thấp trước khi ngồi vào chiếc ghế tựa lưng cao phía trên họ, và chờ bảy người đàn ông cùng năm người phụ nữ lần lượt bước vào và trở lại vị trí trong bồi thẩm đoàn. Grace cảm thấy sáng hôm đó ai nấy đều có vẻ đặc biệt tỉnh táo, chẳng nghi ngờ gì nữa là vì đang mong chờ màn trình diễn chính.</w:t>
      </w:r>
    </w:p>
    <w:p>
      <w:pPr>
        <w:spacing w:after="80"/>
      </w:pPr>
      <w:r>
        <w:rPr>
          <w:b w:val="0"/>
          <w:i w:val="0"/>
        </w:rPr>
        <w:t>William lẻn vào vài phút sau đó và ngồi ở hàng ghế cuối phòng xử án, đúng lúc phiên tòa sắp bắt đầu.</w:t>
      </w:r>
    </w:p>
    <w:p>
      <w:pPr>
        <w:spacing w:after="80"/>
      </w:pPr>
      <w:r>
        <w:rPr>
          <w:b w:val="0"/>
          <w:i w:val="0"/>
        </w:rPr>
        <w:t>‘Ông Booth Watson,’ vị thẩm phán tuyên bố, nhìn xuống từ trên cao. ‘Ông có thể gọi nhân chứng tiếp theo của mình.’</w:t>
      </w:r>
    </w:p>
    <w:p>
      <w:pPr>
        <w:spacing w:after="80"/>
      </w:pPr>
      <w:r>
        <w:rPr>
          <w:b w:val="0"/>
          <w:i w:val="0"/>
        </w:rPr>
        <w:t>‘Cảm ơn Ngài,’ luật sư bào chữa nói, một lần nữa liếc về phía Rashidi trước khi nói, ‘Tôi gọi ông Bruce Lamont.’</w:t>
      </w:r>
    </w:p>
    <w:p>
      <w:pPr>
        <w:spacing w:after="80"/>
      </w:pPr>
      <w:r>
        <w:rPr>
          <w:b w:val="0"/>
          <w:i w:val="0"/>
        </w:rPr>
        <w:t>William thoáng sững sờ, trong khi mọi người xung quanh anh bắt đầu nói ồn ào cùng lúc. Dù vậy, anh cho rằng cha mình hẳn không bị bất ngờ, cho đến khi anh thấy ông bật dậy.</w:t>
      </w:r>
    </w:p>
    <w:p>
      <w:pPr>
        <w:spacing w:after="80"/>
      </w:pPr>
      <w:r>
        <w:rPr>
          <w:b w:val="0"/>
          <w:i w:val="0"/>
        </w:rPr>
        <w:t>‘Thưa Ngài, phía Công tố chưa được thông báo về khả năng nhân chứng này sẽ đưa ra lời khai, và do đó không có thời gian để chuẩn bị cho tình huống như vậy. Chúng tôi đã cho rằng ông Rashidi sẽ là nhân chứng cuối cùng của bên bào chữa.’</w:t>
      </w:r>
    </w:p>
    <w:p>
      <w:pPr>
        <w:spacing w:after="80"/>
      </w:pPr>
      <w:r>
        <w:rPr>
          <w:b w:val="0"/>
          <w:i w:val="0"/>
        </w:rPr>
        <w:t>‘Tôi không thể tưởng tượng nổi tại sao,’ Booth Watson nói, với vẻ mặt ngây thơ. ‘Dù sao thì, tôi đã đăng ký ý định thẩm vấn nhân chứng này với thư ký tòa án vào chiều hôm qua, sau khi một số bằng chứng mới được phát hiện, và đã yêu cầu ông ấy thông báo cho Ngài không được bỏ sót.’</w:t>
      </w:r>
    </w:p>
    <w:p>
      <w:pPr>
        <w:spacing w:after="80"/>
      </w:pPr>
      <w:r>
        <w:rPr>
          <w:b w:val="0"/>
          <w:i w:val="0"/>
        </w:rPr>
        <w:t>‘Ông ấy đã làm vậy,’ vị thẩm phán nói. ‘Có lẽ sẽ lịch sự hơn nếu ông cũng thông báo cho phía Công tố về ý định của mình.’</w:t>
      </w:r>
    </w:p>
    <w:p>
      <w:pPr>
        <w:spacing w:after="80"/>
      </w:pPr>
      <w:r>
        <w:rPr>
          <w:b w:val="0"/>
          <w:i w:val="0"/>
        </w:rPr>
        <w:t>‘Đó là sơ suất của tôi,’ Booth Watson nói. ‘Tôi sẽ đảm bảo không mắc lại sai lầm tương tự.’</w:t>
      </w:r>
    </w:p>
    <w:p>
      <w:pPr>
        <w:spacing w:after="80"/>
      </w:pPr>
      <w:r>
        <w:rPr>
          <w:b w:val="0"/>
          <w:i w:val="0"/>
        </w:rPr>
        <w:t>‘Đó không phải là sai lầm,’ Grace nói, không thể kìm nén thêm được nữa.</w:t>
      </w:r>
    </w:p>
    <w:p>
      <w:pPr>
        <w:spacing w:after="80"/>
      </w:pPr>
      <w:r>
        <w:rPr>
          <w:b w:val="0"/>
          <w:i w:val="0"/>
        </w:rPr>
        <w:t>‘Tôi có phải là người trông coi em gái mình đâu?’ Booth Watson nói với một tiếng thở dài.</w:t>
      </w:r>
    </w:p>
    <w:p>
      <w:pPr>
        <w:spacing w:after="80"/>
      </w:pPr>
      <w:r>
        <w:rPr>
          <w:b w:val="0"/>
          <w:i w:val="0"/>
        </w:rPr>
        <w:t>‘Vì nhân chứng đang chờ được gọi,’ vị thẩm phán nói, ‘tôi sẽ cho phép luật sư bào chữa tiến hành thẩm vấn chính. Nếu sau đó ông cảm thấy, thưa Ngài Julian, ông cần thêm thời gian để xem xét lời khai của nhân chứng, tất nhiên tôi sẵn sàng cho hoãn phiên trước khi yêu cầu ông tiến hành thẩm vấn đối chất.’</w:t>
      </w:r>
    </w:p>
    <w:p>
      <w:pPr>
        <w:spacing w:after="80"/>
      </w:pPr>
      <w:r>
        <w:rPr>
          <w:b w:val="0"/>
          <w:i w:val="0"/>
        </w:rPr>
        <w:t>‘Tùy ý Ngài,’ Ngài Julian nói, trông chẳng có vẻ gì là hài lòng. Ông gạt sang một bên danh sách câu hỏi dài mà ông và Grace đã dành cả đêm hôm trước để chuẩn bị, và tập dượt vào sáng sớm, để đổi lấy một tập giấy vàng còn trinh và một cây bút máy. Ông hài lòng khi thấy cả Grace và Clare đều đã sẵn sàng cầm bút chì.</w:t>
      </w:r>
    </w:p>
    <w:p>
      <w:pPr>
        <w:spacing w:after="80"/>
      </w:pPr>
      <w:r>
        <w:rPr>
          <w:b w:val="0"/>
          <w:i w:val="0"/>
        </w:rPr>
        <w:t>William vẫn đang sôi sục ở phía sau phòng xử án khi một bóng người quen thuộc bước vào, và tiến về phía bục nhân chứng. Lamont mặc một chiếc áo blazer hai hàng khuy màu xanh đậm, một chiếc quần âu xám vừa được là phẳng, áo sơ mi màu kem và cà vạt của Sở Cảnh sát Metropolitan. William nhớ lại câu nói ông hay lặp đi lặp lại: luôn ăn mặc chỉnh tề khi bạn đứng ở bục nhân chứng. Điều đó giúp giành được thiện cảm của bồi thẩm đoàn.</w:t>
      </w:r>
    </w:p>
    <w:p>
      <w:pPr>
        <w:spacing w:after="80"/>
      </w:pPr>
      <w:r>
        <w:rPr>
          <w:b w:val="0"/>
          <w:i w:val="0"/>
        </w:rPr>
        <w:t>Thư ký đưa cho Lamont một cuốn Kinh Thánh mà ông cầm bằng tay phải. Ông tuyên thệ một cách tự tin, không nhìn vào tấm thẻ được đưa ra, thêm vào những lời, ‘Xin Chúa giúp con.’</w:t>
      </w:r>
    </w:p>
    <w:p>
      <w:pPr>
        <w:jc w:val="center"/>
      </w:pPr>
      <w:r>
        <w:drawing>
          <wp:inline xmlns:a="http://schemas.openxmlformats.org/drawingml/2006/main" xmlns:pic="http://schemas.openxmlformats.org/drawingml/2006/picture">
            <wp:extent cx="752475" cy="161926"/>
            <wp:docPr id="36" name="Picture 3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‘Câu nào trong báo cáo của MM khiến anh giật mình nhất, Trung sĩ Roycroft?’ viên chỉ huy hỏi.</w:t>
      </w:r>
    </w:p>
    <w:p>
      <w:pPr>
        <w:spacing w:after="80"/>
      </w:pPr>
      <w:r>
        <w:rPr>
          <w:b w:val="0"/>
          <w:i w:val="0"/>
        </w:rPr>
        <w:t>‘Họ lại qua thêm một đêm nữa cùng nhau trong căn hộ,’ Jackie gợi ý.</w:t>
      </w:r>
    </w:p>
    <w:p>
      <w:pPr>
        <w:spacing w:after="80"/>
      </w:pPr>
      <w:r>
        <w:rPr>
          <w:b w:val="0"/>
          <w:i w:val="0"/>
        </w:rPr>
        <w:t>‘Không, điều đó không làm tôi bất ngờ. Nhưng có một điều khác thì có.’</w:t>
      </w:r>
    </w:p>
    <w:p>
      <w:pPr>
        <w:spacing w:after="80"/>
      </w:pPr>
      <w:r>
        <w:rPr>
          <w:b w:val="0"/>
          <w:i w:val="0"/>
        </w:rPr>
        <w:t>Jackie nhanh chóng lướt lại một lần nữa bản báo cáo dài hai trang của MM, nhưng không thể nhận ra ẩn ý của Hawk. Ông bèn giải thoát cho cô khỏi nỗi băn khoăn.</w:t>
      </w:r>
    </w:p>
    <w:p>
      <w:pPr>
        <w:spacing w:after="80"/>
      </w:pPr>
      <w:r>
        <w:rPr>
          <w:b w:val="0"/>
          <w:i w:val="0"/>
        </w:rPr>
        <w:t>"Khi hai người họ rời quán rượu, họ nắm tay nhau. Summers không có vẻ gì là tuýp người thích nắm tay, nên ta phải giả định đây là một mối quan hệ nghiêm túc hơn những gì ta tưởng ban đầu. Điều đó đặt ra cho ta một loại vấn đề khác."</w:t>
      </w:r>
    </w:p>
    <w:p>
      <w:pPr>
        <w:spacing w:after="80"/>
      </w:pPr>
      <w:r>
        <w:rPr>
          <w:b w:val="0"/>
          <w:i w:val="0"/>
        </w:rPr>
        <w:t>"Phương án B?" Paul gợi ý.</w:t>
      </w:r>
    </w:p>
    <w:p>
      <w:pPr>
        <w:spacing w:after="80"/>
      </w:pPr>
      <w:r>
        <w:rPr>
          <w:b w:val="0"/>
          <w:i w:val="0"/>
        </w:rPr>
        <w:t>"Chúng ta không có nhiều lựa chọn, DS Adaja," viên chỉ huy nói. "Với suy nghĩ đó, mọi cuộc họp đội trong tương lai sẽ chỉ được tổ chức khi PC Bailey đang làm nhiệm vụ ở Romford. Chúng ta cũng sẽ phải dựa vào DC Pankhurst để cập nhật cho chúng ta về những di chuyển của Nicky, nếu không muốn cô ta sinh nghi. Cô ta có thể ngây thơ, nhưng không phải là kẻ ngốc."</w:t>
      </w:r>
    </w:p>
    <w:p>
      <w:pPr>
        <w:spacing w:after="80"/>
      </w:pPr>
      <w:r>
        <w:rPr>
          <w:b w:val="0"/>
          <w:i w:val="0"/>
        </w:rPr>
        <w:t>Rebecca gật đầu, nhưng không bình luận gì.</w:t>
      </w:r>
    </w:p>
    <w:p>
      <w:pPr>
        <w:spacing w:after="80"/>
      </w:pPr>
      <w:r>
        <w:rPr>
          <w:b w:val="0"/>
          <w:i w:val="0"/>
        </w:rPr>
        <w:t>"Ngoại lệ duy nhất sẽ là các cuộc họp sáng thứ Hai thường lệ của chúng ta, vẫn phải diễn ra, với sự có mặt của PC Bailey. Cô ta có thể tiếp tục báo cáo tiến độ hàng tuần cho chúng ta, điều đó hẳn sẽ rất sáng tỏ."</w:t>
      </w:r>
    </w:p>
    <w:p>
      <w:pPr>
        <w:spacing w:after="80"/>
      </w:pPr>
      <w:r>
        <w:rPr>
          <w:b w:val="0"/>
          <w:i w:val="0"/>
        </w:rPr>
        <w:t>"Có lẽ cô ta sẽ thú nhận," Rebecca nói, "và thừa nhận mình đã phạm một sai lầm khủng khiếp đến mức nào?"</w:t>
      </w:r>
    </w:p>
    <w:p>
      <w:pPr>
        <w:spacing w:after="80"/>
      </w:pPr>
      <w:r>
        <w:rPr>
          <w:b w:val="0"/>
          <w:i w:val="0"/>
        </w:rPr>
        <w:t>"Tôi sẽ không đặt tiền lương của cô vào đó đâu, DC Pankhurst," Hawk nói.</w:t>
      </w:r>
    </w:p>
    <w:p>
      <w:pPr>
        <w:jc w:val="center"/>
      </w:pPr>
      <w:r>
        <w:drawing>
          <wp:inline xmlns:a="http://schemas.openxmlformats.org/drawingml/2006/main" xmlns:pic="http://schemas.openxmlformats.org/drawingml/2006/picture">
            <wp:extent cx="752475" cy="161926"/>
            <wp:docPr id="37" name="Picture 3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"Xin hãy nêu tên và nghề nghiệp của ông để ghi vào biên bản," Booth Watson nói sau khi nhân chứng đã tuyên thệ.</w:t>
      </w:r>
    </w:p>
    <w:p>
      <w:pPr>
        <w:spacing w:after="80"/>
      </w:pPr>
      <w:r>
        <w:rPr>
          <w:b w:val="0"/>
          <w:i w:val="0"/>
        </w:rPr>
        <w:t>"Tên tôi là Bruce Lamont, và cho đến gần đây tôi là thanh tra cấp cao (detective superintendent) thuộc đội chống ma túy đóng tại Scotland Yard."</w:t>
      </w:r>
    </w:p>
    <w:p>
      <w:pPr>
        <w:spacing w:after="80"/>
      </w:pPr>
      <w:r>
        <w:rPr>
          <w:b w:val="0"/>
          <w:i w:val="0"/>
        </w:rPr>
        <w:t>"Và ông là sĩ quan phụ trách chiến dịch thành công mang tên Trojan Horse, chiến dịch đã triệt phá xưởng ma túy ở Brixton."</w:t>
      </w:r>
    </w:p>
    <w:p>
      <w:pPr>
        <w:spacing w:after="80"/>
      </w:pPr>
      <w:r>
        <w:rPr>
          <w:b w:val="0"/>
          <w:i w:val="0"/>
        </w:rPr>
        <w:t>"Đúng vậy, thưa ngài."</w:t>
      </w:r>
    </w:p>
    <w:p>
      <w:pPr>
        <w:spacing w:after="80"/>
      </w:pPr>
      <w:r>
        <w:rPr>
          <w:b w:val="0"/>
          <w:i w:val="0"/>
        </w:rPr>
        <w:t>"Và có phải chính ông là người đã bắt giữ thân chủ của tôi, ông Assem Rashidi?"</w:t>
      </w:r>
    </w:p>
    <w:p>
      <w:pPr>
        <w:spacing w:after="80"/>
      </w:pPr>
      <w:r>
        <w:rPr>
          <w:b w:val="0"/>
          <w:i w:val="0"/>
        </w:rPr>
        <w:t>"Không, thưa ngài, lúc đó tôi đang ở trên xe chỉ huy (battle bus), phụ trách chiến lược tổng thể cho chiến dịch."</w:t>
      </w:r>
    </w:p>
    <w:p>
      <w:pPr>
        <w:spacing w:after="80"/>
      </w:pPr>
      <w:r>
        <w:rPr>
          <w:b w:val="0"/>
          <w:i w:val="0"/>
        </w:rPr>
        <w:t>William mừng vì Hawk không có mặt tại tòa để nghe lời tuyên bố này.</w:t>
      </w:r>
    </w:p>
    <w:p>
      <w:pPr>
        <w:spacing w:after="80"/>
      </w:pPr>
      <w:r>
        <w:rPr>
          <w:b w:val="0"/>
          <w:i w:val="0"/>
        </w:rPr>
        <w:t>"Một chiến dịch được cả báo chí lẫn công chúng ca ngợi là thành công vang dội."</w:t>
      </w:r>
    </w:p>
    <w:p>
      <w:pPr>
        <w:spacing w:after="80"/>
      </w:pPr>
      <w:r>
        <w:rPr>
          <w:b w:val="0"/>
          <w:i w:val="0"/>
        </w:rPr>
        <w:t>‘Lúc đó thì ai trong chúng tôi cũng nghĩ vậy, nhưng vài ngày sau tôi bắt đầu thấy nghi ngờ.’</w:t>
      </w:r>
    </w:p>
    <w:p>
      <w:pPr>
        <w:spacing w:after="80"/>
      </w:pPr>
      <w:r>
        <w:rPr>
          <w:b w:val="0"/>
          <w:i w:val="0"/>
        </w:rPr>
        <w:t>‘Nhưng đêm hôm đó đội của ông đã bắt được hai mươi tám tên tội phạm, trong đó có vài kẻ sản xuất ma túy, kẻ buôn bán, kẻ vận chuyển, và quan trọng nhất là ông Assem Rashidi, người mà ông tin là kẻ điều hành bọn chúng.’</w:t>
      </w:r>
    </w:p>
    <w:p>
      <w:pPr>
        <w:spacing w:after="80"/>
      </w:pPr>
      <w:r>
        <w:rPr>
          <w:b w:val="0"/>
          <w:i w:val="0"/>
        </w:rPr>
        <w:t>‘Lúc đó tôi cũng nghĩ vậy, nhưng sau khi điều tra thêm, tôi bắt đầu tự hỏi liệu chúng tôi có bắt nhầm người không.’</w:t>
      </w:r>
    </w:p>
    <w:p>
      <w:pPr>
        <w:spacing w:after="80"/>
      </w:pPr>
      <w:r>
        <w:rPr>
          <w:b w:val="0"/>
          <w:i w:val="0"/>
        </w:rPr>
        <w:t>Ngài Julian không khỏi nhận ra rằng bồi thẩm đoàn đang chăm chú nghe từng lời của Lamont.</w:t>
      </w:r>
    </w:p>
    <w:p>
      <w:pPr>
        <w:spacing w:after="80"/>
      </w:pPr>
      <w:r>
        <w:rPr>
          <w:b w:val="0"/>
          <w:i w:val="0"/>
        </w:rPr>
        <w:t>‘Ông không còn tin chắc rằng thủ lĩnh của đường dây ma túy nằm trong số những người mà các ông đã bắt và buộc tội đêm hôm đó nữa?’</w:t>
      </w:r>
    </w:p>
    <w:p>
      <w:pPr>
        <w:spacing w:after="80"/>
      </w:pPr>
      <w:r>
        <w:rPr>
          <w:b w:val="0"/>
          <w:i w:val="0"/>
        </w:rPr>
        <w:t>‘Đúng vậy, tôi không còn tin chắc, thưa ngài.’</w:t>
      </w:r>
    </w:p>
    <w:p>
      <w:pPr>
        <w:spacing w:after="80"/>
      </w:pPr>
      <w:r>
        <w:rPr>
          <w:b w:val="0"/>
          <w:i w:val="0"/>
        </w:rPr>
        <w:t>‘Ông có nghĩ hắn ta có thể đã trốn thoát không?’</w:t>
      </w:r>
    </w:p>
    <w:p>
      <w:pPr>
        <w:spacing w:after="80"/>
      </w:pPr>
      <w:r>
        <w:rPr>
          <w:b w:val="0"/>
          <w:i w:val="0"/>
        </w:rPr>
        <w:t>‘Không, thưa ngài. Tôi không nghĩ hắn ta có mặt ở đó khi chúng tôi ập đến.’</w:t>
      </w:r>
    </w:p>
    <w:p>
      <w:pPr>
        <w:spacing w:after="80"/>
      </w:pPr>
      <w:r>
        <w:rPr>
          <w:b w:val="0"/>
          <w:i w:val="0"/>
        </w:rPr>
        <w:t>‘Sao có thể như vậy được khi chiến dịch đã được lên kế hoạch tỉ mỉ suốt mấy tháng trời?’</w:t>
      </w:r>
    </w:p>
    <w:p>
      <w:pPr>
        <w:spacing w:after="80"/>
      </w:pPr>
      <w:r>
        <w:rPr>
          <w:b w:val="0"/>
          <w:i w:val="0"/>
        </w:rPr>
        <w:t>‘Tôi đành phải đi đến kết luận rằng ắt hẳn có ai đó đã báo trước cho hắn ta trước khi chúng tôi đến.’</w:t>
      </w:r>
    </w:p>
    <w:p>
      <w:pPr>
        <w:spacing w:after="80"/>
      </w:pPr>
      <w:r>
        <w:rPr>
          <w:b w:val="0"/>
          <w:i w:val="0"/>
        </w:rPr>
        <w:t>‘Liệu người đó có thể là một thành viên trong đội nòng cốt của ông không?’</w:t>
      </w:r>
    </w:p>
    <w:p>
      <w:pPr>
        <w:spacing w:after="80"/>
      </w:pPr>
      <w:r>
        <w:rPr>
          <w:b w:val="0"/>
          <w:i w:val="0"/>
        </w:rPr>
        <w:t>‘Có lẽ vậy, nhưng tôi vẫn không muốn tin điều đó.’</w:t>
      </w:r>
    </w:p>
    <w:p>
      <w:pPr>
        <w:spacing w:after="80"/>
      </w:pPr>
      <w:r>
        <w:rPr>
          <w:b w:val="0"/>
          <w:i w:val="0"/>
        </w:rPr>
        <w:t>‘Ông có manh mối nào về việc người đó có thể là ai không?’</w:t>
      </w:r>
    </w:p>
    <w:p>
      <w:pPr>
        <w:spacing w:after="80"/>
      </w:pPr>
      <w:r>
        <w:rPr>
          <w:b w:val="0"/>
          <w:i w:val="0"/>
        </w:rPr>
        <w:t>‘Tôi có những nghi ngờ của mình,’ Lamont nói, nhìn thẳng vào William. ‘Nhưng chỉ riêng nghi ngờ thì không bao giờ đủ đối với một cảnh sát giỏi.’</w:t>
      </w:r>
    </w:p>
    <w:p>
      <w:pPr>
        <w:spacing w:after="80"/>
      </w:pPr>
      <w:r>
        <w:rPr>
          <w:b w:val="0"/>
          <w:i w:val="0"/>
        </w:rPr>
        <w:t>William có thể cảm thấy cơ thể mình căng lên, nhưng anh chấp nhận rằng mình chẳng làm được gì ngoài ngồi yên chờ xem chuyện gì sẽ đến tiếp theo.</w:t>
      </w:r>
    </w:p>
    <w:p>
      <w:pPr>
        <w:spacing w:after="80"/>
      </w:pPr>
      <w:r>
        <w:rPr>
          <w:b w:val="0"/>
          <w:i w:val="0"/>
        </w:rPr>
        <w:t>‘Tuy nhiên,’ Booth Watson tiếp tục, ‘thân chủ của tôi đã bị bắt và bị buộc tội về hành vi sản xuất và phân phối ma túy bất hợp pháp, một tội ác đáng khinh. Có phải chính ông là người đã bắt ông ta không?’</w:t>
      </w:r>
    </w:p>
    <w:p>
      <w:pPr>
        <w:spacing w:after="80"/>
      </w:pPr>
      <w:r>
        <w:rPr>
          <w:b w:val="0"/>
          <w:i w:val="0"/>
        </w:rPr>
        <w:t>‘Không, thưa ngài. Chính Thanh tra Thám tử William Warwick là người đã bắt giữ và buộc tội ông ta. Anh ấy có vẻ tin chắc mình đã bắt đúng người. Nhưng rồi, ông Rashidi lại tình cờ khớp với chân dung mặc định của một trùm ma túy.’</w:t>
      </w:r>
    </w:p>
    <w:p>
      <w:pPr>
        <w:spacing w:after="80"/>
      </w:pPr>
      <w:r>
        <w:rPr>
          <w:b w:val="0"/>
          <w:i w:val="0"/>
        </w:rPr>
        <w:t>‘Tôi không chắc mình hiểu ý ngài muốn nói gì, thưa tổng thanh tra,’ Booth Watson nói, trong khi thực ra hiểu quá rõ.</w:t>
      </w:r>
    </w:p>
    <w:p>
      <w:pPr>
        <w:spacing w:after="80"/>
      </w:pPr>
      <w:r>
        <w:rPr>
          <w:b w:val="0"/>
          <w:i w:val="0"/>
        </w:rPr>
        <w:t>‘Một người nhập cư Algeria điều hành một công ty nhập khẩu, từng có vấn đề về ma túy, và tình cờ lại có mặt ở đó đúng lúc không nên có. Chúng tôi tưởng đã trúng mánh lớn, nhưng với tôi mọi thứ có vẻ hơi quá thuận lợi. Thế là tôi bắt đầu tự mình tiến hành một cuộc điều tra kỹ lưỡng hơn.’</w:t>
      </w:r>
    </w:p>
    <w:p>
      <w:pPr>
        <w:spacing w:after="80"/>
      </w:pPr>
      <w:r>
        <w:rPr>
          <w:b w:val="0"/>
          <w:i w:val="0"/>
        </w:rPr>
        <w:t>‘Nhưng chắc hẳn, thưa tổng thanh tra, ngài cũng đã từng bị cám dỗ im lặng và tận hưởng thành công của mình chứ?’</w:t>
      </w:r>
    </w:p>
    <w:p>
      <w:pPr>
        <w:spacing w:after="80"/>
      </w:pPr>
      <w:r>
        <w:rPr>
          <w:b w:val="0"/>
          <w:i w:val="0"/>
        </w:rPr>
        <w:t>‘Cám dỗ thì có,’ Lamont nói, ‘nhưng rồi tôi nghĩ đến việc một người vô tội bị tống vào tù vì một tội ác mà anh ta không hề gây ra sẽ còn đáng xấu hổ hơn biết bao.’</w:t>
      </w:r>
    </w:p>
    <w:p>
      <w:pPr>
        <w:spacing w:after="80"/>
      </w:pPr>
      <w:r>
        <w:rPr>
          <w:b w:val="0"/>
          <w:i w:val="0"/>
        </w:rPr>
        <w:t>‘Và trong quá trình điều tra, ngài có phát hiện ra điều gì giải thích được vì sao ông Rashidi lại tình cờ có mặt ở đó đúng lúc cuộc đột kích diễn ra không?’</w:t>
      </w:r>
    </w:p>
    <w:p>
      <w:pPr>
        <w:spacing w:after="80"/>
      </w:pPr>
      <w:r>
        <w:rPr>
          <w:b w:val="0"/>
          <w:i w:val="0"/>
        </w:rPr>
        <w:t>‘Ông ta đang trên đường về nhà từ một kho hàng nhỏ ở Battersea mà ông ta ghé thăm vào mỗi tối thứ Sáu.’</w:t>
      </w:r>
    </w:p>
    <w:p>
      <w:pPr>
        <w:spacing w:after="80"/>
      </w:pPr>
      <w:r>
        <w:rPr>
          <w:b w:val="0"/>
          <w:i w:val="0"/>
        </w:rPr>
        <w:t>‘Để làm gì?’ Booth Watson hỏi.</w:t>
      </w:r>
    </w:p>
    <w:p>
      <w:pPr>
        <w:spacing w:after="80"/>
      </w:pPr>
      <w:r>
        <w:rPr>
          <w:b w:val="0"/>
          <w:i w:val="0"/>
        </w:rPr>
        <w:t>‘Công ty gia đình của ông Rashidi nhập khẩu trà, và ông ta luôn kiểm tra đơn hàng của tuần sau vào tối thứ Sáu trước khi trở về nhà ở vùng quê.’</w:t>
      </w:r>
    </w:p>
    <w:p>
      <w:pPr>
        <w:spacing w:after="80"/>
      </w:pPr>
      <w:r>
        <w:rPr>
          <w:b w:val="0"/>
          <w:i w:val="0"/>
        </w:rPr>
        <w:t>‘Điều đó không giải thích được ông ta đang làm gì ở xưởng ma túy đêm hôm đó.’</w:t>
      </w:r>
    </w:p>
    <w:p>
      <w:pPr>
        <w:spacing w:after="80"/>
      </w:pPr>
      <w:r>
        <w:rPr>
          <w:b w:val="0"/>
          <w:i w:val="0"/>
        </w:rPr>
        <w:t>‘Đội giám sát của tôi đã xác định được rằng ông ta thỉnh thoảng có ghé xưởng, nhưng không bao giờ ở lại quá vài phút. Tôi đành đi đến kết luận miễn cưỡng rằng ông ta chỉ đơn giản là một khách hàng thỉnh thoảng, chứ không phải người mà chúng tôi đang tìm.’</w:t>
      </w:r>
    </w:p>
    <w:p>
      <w:pPr>
        <w:spacing w:after="80"/>
      </w:pPr>
      <w:r>
        <w:rPr>
          <w:b w:val="0"/>
          <w:i w:val="0"/>
        </w:rPr>
        <w:t>‘Nhưng ông ta có thể mua bất kỳ lượng ma túy nào ở City. Sao lại phải đi tận Brixton?’</w:t>
      </w:r>
    </w:p>
    <w:p>
      <w:pPr>
        <w:spacing w:after="80"/>
      </w:pPr>
      <w:r>
        <w:rPr>
          <w:b w:val="0"/>
          <w:i w:val="0"/>
        </w:rPr>
        <w:t>‘Không phải ai cũng muốn đi tiểu ngay trong sân nhà mình, nếu ngài bỏ qua cách nói đó, thưa ngài,’ Lamont nói, ngước nhìn lên vị thẩm phán.</w:t>
      </w:r>
    </w:p>
    <w:p>
      <w:pPr>
        <w:spacing w:after="80"/>
      </w:pPr>
      <w:r>
        <w:rPr>
          <w:b w:val="0"/>
          <w:i w:val="0"/>
        </w:rPr>
        <w:t>‘Bên công tố muốn chúng ta tin rằng ông Rashidi sống trong một căn hộ sang trọng ở tòa nhà liền kề trong suốt tuần.’</w:t>
      </w:r>
    </w:p>
    <w:p>
      <w:pPr>
        <w:spacing w:after="80"/>
      </w:pPr>
      <w:r>
        <w:rPr>
          <w:b w:val="0"/>
          <w:i w:val="0"/>
        </w:rPr>
        <w:t>‘Tôi cũng đã điều tra khả năng đó, và nhanh chóng xác định được rằng bị cáo trở về nhà ở The Boltons mỗi tối sau một ngày làm việc ở City.’</w:t>
      </w:r>
    </w:p>
    <w:p>
      <w:pPr>
        <w:spacing w:after="80"/>
      </w:pPr>
      <w:r>
        <w:rPr>
          <w:b w:val="0"/>
          <w:i w:val="0"/>
        </w:rPr>
        <w:t>‘Ngài có tìm được ai xác nhận điều đó không?’</w:t>
      </w:r>
    </w:p>
    <w:p>
      <w:pPr>
        <w:spacing w:after="80"/>
      </w:pPr>
      <w:r>
        <w:rPr>
          <w:b w:val="0"/>
          <w:i w:val="0"/>
        </w:rPr>
        <w:t>‘Vâng, thưa ngài – quản gia và tài xế riêng của ông ta, một cựu binh Falklands, cả hai đều sẵn sàng ra làm chứng.’</w:t>
      </w:r>
    </w:p>
    <w:p>
      <w:pPr>
        <w:spacing w:after="80"/>
      </w:pPr>
      <w:r>
        <w:rPr>
          <w:b w:val="0"/>
          <w:i w:val="0"/>
        </w:rPr>
        <w:t xml:space="preserve">Clare viết </w:t>
      </w:r>
      <w:r>
        <w:rPr>
          <w:b w:val="0"/>
          <w:i/>
        </w:rPr>
        <w:t>Còn mẹ của ông ta thì sao?</w:t>
      </w:r>
      <w:r>
        <w:rPr>
          <w:b w:val="0"/>
          <w:i w:val="0"/>
        </w:rPr>
        <w:t xml:space="preserve"> lên tập giấy vàng của mình, rồi chuyển ý kiến đó cho Sir Julian.</w:t>
      </w:r>
    </w:p>
    <w:p>
      <w:pPr>
        <w:spacing w:after="80"/>
      </w:pPr>
      <w:r>
        <w:rPr>
          <w:b w:val="0"/>
          <w:i w:val="0"/>
        </w:rPr>
        <w:t>‘Cũng có thể liên quan rằng căn nhà đứng tên ông Rashidi,’ Booth Watson tiếp tục.</w:t>
      </w:r>
    </w:p>
    <w:p>
      <w:pPr>
        <w:spacing w:after="80"/>
      </w:pPr>
      <w:r>
        <w:rPr>
          <w:b w:val="0"/>
          <w:i w:val="0"/>
        </w:rPr>
        <w:t>‘Tất nhiên rồi,’ Grace lẩm bẩm. ‘Và đoán xem ai là người trả lương cho cả tài xế lẫn quản gia.’</w:t>
      </w:r>
    </w:p>
    <w:p>
      <w:pPr>
        <w:spacing w:after="80"/>
      </w:pPr>
      <w:r>
        <w:rPr>
          <w:b w:val="0"/>
          <w:i w:val="0"/>
        </w:rPr>
        <w:t>‘Không điều nào trong số này giải thích được lời khai của DI Warwick rằng anh ta tìm thấy một bức ảnh mẹ của ông Rashidi trên bàn cạnh giường trong một căn hộ ở Block B.’</w:t>
      </w:r>
    </w:p>
    <w:p>
      <w:pPr>
        <w:spacing w:after="80"/>
      </w:pPr>
      <w:r>
        <w:rPr>
          <w:b w:val="0"/>
          <w:i w:val="0"/>
        </w:rPr>
        <w:t>‘Nếu anh ta có thấy,’ Lamont nói, ‘thì tôi chưa từng thấy nó. Bức ảnh duy nhất tôi bắt gặp trong căn hộ là bức ảnh mẹ của ông Roberts, thứ đã được đưa ra trước tòa này làm bằng chứng. Tuy nhiên, tôi có tìm hiểu xem liệu chiếc khung bạc đó có thể là hàng hiếm, thậm chí là độc nhất hay không.’</w:t>
      </w:r>
    </w:p>
    <w:p>
      <w:pPr>
        <w:spacing w:after="80"/>
      </w:pPr>
      <w:r>
        <w:rPr>
          <w:b w:val="0"/>
          <w:i w:val="0"/>
        </w:rPr>
        <w:t>‘Và có phải như vậy không?’</w:t>
      </w:r>
    </w:p>
    <w:p>
      <w:pPr>
        <w:spacing w:after="80"/>
      </w:pPr>
      <w:r>
        <w:rPr>
          <w:b w:val="0"/>
          <w:i w:val="0"/>
        </w:rPr>
        <w:t>‘Không, thưa ngài. Asprey cho tôi biết họ bán khoảng hai trăm chiếc khung như thế mỗi năm. Đó là một trong những mặt hàng bán chạy nhất của họ.’</w:t>
      </w:r>
    </w:p>
    <w:p>
      <w:pPr>
        <w:spacing w:after="80"/>
      </w:pPr>
      <w:r>
        <w:rPr>
          <w:b w:val="0"/>
          <w:i w:val="0"/>
        </w:rPr>
        <w:t>Clare gật đầu, Sir Julian cau mày, còn William thì gần như không kiềm chế nổi. Anh đoán cha mình đang nóng lòng muốn xé nát Lamont.</w:t>
      </w:r>
    </w:p>
    <w:p>
      <w:pPr>
        <w:spacing w:after="80"/>
      </w:pPr>
      <w:r>
        <w:rPr>
          <w:b w:val="0"/>
          <w:i w:val="0"/>
        </w:rPr>
        <w:t>‘Và chiếc két rỗng mà ông Roberts khai có bảy trăm bảng trong đó,’ Booth Watson truy vấn. ‘Ông nói gì về điều này?’</w:t>
      </w:r>
    </w:p>
    <w:p>
      <w:pPr>
        <w:spacing w:after="80"/>
      </w:pPr>
      <w:r>
        <w:rPr>
          <w:b w:val="0"/>
          <w:i w:val="0"/>
        </w:rPr>
        <w:t>‘Lúc đó tôi tin lời DI Warwick và cho rằng nó rỗng.’</w:t>
      </w:r>
    </w:p>
    <w:p>
      <w:pPr>
        <w:spacing w:after="80"/>
      </w:pPr>
      <w:r>
        <w:rPr>
          <w:b w:val="0"/>
          <w:i w:val="0"/>
        </w:rPr>
        <w:t>William nhận ra gần như mọi người trong phòng xử án lúc này đều đang nhìn chằm chằm vào anh.</w:t>
      </w:r>
    </w:p>
    <w:p>
      <w:pPr>
        <w:spacing w:after="80"/>
      </w:pPr>
      <w:r>
        <w:rPr>
          <w:b w:val="0"/>
          <w:i w:val="0"/>
        </w:rPr>
        <w:t>‘Ông có từng nhắc với cấp trên nào về khả năng ông Rashidi có thể vô tội không?’</w:t>
      </w:r>
    </w:p>
    <w:p>
      <w:pPr>
        <w:spacing w:after="80"/>
      </w:pPr>
      <w:r>
        <w:rPr>
          <w:b w:val="0"/>
          <w:i w:val="0"/>
        </w:rPr>
        <w:t>‘Tôi ngần ngại làm vậy vì mọi người, kể cả ủy viên cảnh sát Met, đều tin chắc Trojan Horse đã thành công rực rỡ. Thật vậy, ngay sau khi Rashidi bị bắt, DS Warwick được thăng chức thanh tra. Nên cũng dễ hiểu nếu anh ta đã nhắm mắt làm ngơ. Tôi thú nhận mình cũng từng mắc sai lầm tương tự khi còn là một trung sĩ thám tử trẻ, và tôi đã hối hận về điều đó kể từ đó.’</w:t>
      </w:r>
    </w:p>
    <w:p>
      <w:pPr>
        <w:spacing w:after="80"/>
      </w:pPr>
      <w:r>
        <w:rPr>
          <w:b w:val="0"/>
          <w:i w:val="0"/>
        </w:rPr>
        <w:t>‘Tuyệt vời,’ Sir Julian thì thầm. ‘Ông ta không chỉ đưa nó vào biên bản mà còn biến nó thành lợi thế cho mình.’</w:t>
      </w:r>
    </w:p>
    <w:p>
      <w:pPr>
        <w:spacing w:after="80"/>
      </w:pPr>
      <w:r>
        <w:rPr>
          <w:b w:val="0"/>
          <w:i w:val="0"/>
        </w:rPr>
        <w:t>‘Nhưng ông cũng đã nhắm mắt làm ngơ, thưa tổng thanh tra.’</w:t>
      </w:r>
    </w:p>
    <w:p>
      <w:pPr>
        <w:spacing w:after="80"/>
      </w:pPr>
      <w:r>
        <w:rPr>
          <w:b w:val="0"/>
          <w:i w:val="0"/>
        </w:rPr>
        <w:t>‘Để bắt đầu thì đúng vậy, thưa ngài, nhưng khi tôi nhận ra rằng không ai sẵn lòng xem xét khả năng đây có thể là một vụ án oan sai nghiêm trọng, tôi đã làm điều mà tôi tin là hành động danh dự duy nhất trong hoàn cảnh đó, và từ chức khỏi Sở Cảnh sát Metropolitan.’</w:t>
      </w:r>
    </w:p>
    <w:p>
      <w:pPr>
        <w:spacing w:after="80"/>
      </w:pPr>
      <w:r>
        <w:rPr>
          <w:b w:val="0"/>
          <w:i w:val="0"/>
        </w:rPr>
        <w:t>Ngài Julian ôm đầu trong tay, trong khi William chỉ biết sững sờ nhìn Rashidi, người rõ ràng đang nhận được đủ giá trị đồng tiền của mình.</w:t>
      </w:r>
    </w:p>
    <w:p>
      <w:pPr>
        <w:spacing w:after="80"/>
      </w:pPr>
      <w:r>
        <w:rPr>
          <w:b w:val="0"/>
          <w:i w:val="0"/>
        </w:rPr>
        <w:t>‘Có đúng không, ông Lamont, rằng nếu ông ở lại lực lượng thêm mười tám tháng nữa, ông sẽ đủ điều kiện hưởng lương hưu trọn vẹn, và sẽ không ai khôn ngoan hơn được?’</w:t>
      </w:r>
    </w:p>
    <w:p>
      <w:pPr>
        <w:spacing w:after="80"/>
      </w:pPr>
      <w:r>
        <w:rPr>
          <w:b w:val="0"/>
          <w:i w:val="0"/>
        </w:rPr>
        <w:t>‘Đúng vậy, thưa ngài. Nhưng đến lúc đó, tôi đã tin chắc rằng một người vô tội đã bị gán tội cho một tội ác mà anh ta không hề phạm, và tôi không muốn mang điều đó trong lương tâm mình suốt những ngày còn lại.’</w:t>
      </w:r>
    </w:p>
    <w:p>
      <w:pPr>
        <w:spacing w:after="80"/>
      </w:pPr>
      <w:r>
        <w:rPr>
          <w:b w:val="0"/>
          <w:i w:val="0"/>
        </w:rPr>
        <w:t>‘Dễ hiểu thôi, ông Lamont,’ Booth Watson nói. ‘Tôi ca ngợi sự kiên cường và lòng can đảm mà ông đã thể hiện khi muốn làm sáng tỏ sự thật, thay vì chọn con đường dễ dàng. Tôi không có câu hỏi nào thêm. Nhưng xin ông hãy ở lại trong ghế nhân chứng, vì tôi chắc rằng người bạn đồng nghiệp uyên bác của tôi sẽ muốn thẩm vấn ông.’</w:t>
      </w:r>
    </w:p>
    <w:p>
      <w:pPr>
        <w:spacing w:after="80"/>
      </w:pPr>
      <w:r>
        <w:rPr>
          <w:b w:val="0"/>
          <w:i w:val="0"/>
        </w:rPr>
        <w:t>Ngài Julian đứng dậy khỏi chỗ ngồi và định xin hoãn phiên tòa thì Booth Watson lại đứng lên. ‘Tôi xin lỗi, thưa ngài, nhưng còn một câu hỏi nữa mà lẽ ra tôi phải hỏi nhân chứng này.’</w:t>
      </w:r>
    </w:p>
    <w:p>
      <w:pPr>
        <w:spacing w:after="80"/>
      </w:pPr>
      <w:r>
        <w:rPr>
          <w:b w:val="0"/>
          <w:i w:val="0"/>
        </w:rPr>
        <w:t>Vị thẩm phán gật đầu đồng ý, và ngài Julian miễn cưỡng ngồi lại xuống.</w:t>
      </w:r>
    </w:p>
    <w:p>
      <w:pPr>
        <w:spacing w:after="80"/>
      </w:pPr>
      <w:r>
        <w:rPr>
          <w:b w:val="0"/>
          <w:i w:val="0"/>
        </w:rPr>
        <w:t>‘Trước đó trong phiên tòa này, ông Lamont, bên công tố đã rất chú trọng đến việc thân chủ của tôi may bộ com-lê ở Savile Row bởi Bennett và Reed, và chúng ta biết rằng Thanh tra Warwick đã lấy đi vài bộ com-lê từ căn hộ ở Tòa B làm bằng chứng rằng ông Rashidi sống ở đó. Cuộc điều tra cá nhân của ông có bao gồm việc xem xét tuyên bố đó không?’</w:t>
      </w:r>
    </w:p>
    <w:p>
      <w:pPr>
        <w:spacing w:after="80"/>
      </w:pPr>
      <w:r>
        <w:rPr>
          <w:b w:val="0"/>
          <w:i w:val="0"/>
        </w:rPr>
        <w:t>‘Thực sự là có, thưa ngài. Và dù đã đi lên đi xuống Savile Row hàng giờ liền, tôi vẫn không thể tìm được ai từng nghe nói đến ông Rashidi, chứ đừng nói đến việc may com-lê cho ông ấy.’</w:t>
      </w:r>
    </w:p>
    <w:p>
      <w:pPr>
        <w:spacing w:after="80"/>
      </w:pPr>
      <w:r>
        <w:rPr>
          <w:b w:val="0"/>
          <w:i w:val="0"/>
        </w:rPr>
        <w:t>‘Ông có phát hiện ra ông Rashidi may com-lê ở đâu không?’</w:t>
      </w:r>
    </w:p>
    <w:p>
      <w:pPr>
        <w:spacing w:after="80"/>
      </w:pPr>
      <w:r>
        <w:rPr>
          <w:b w:val="0"/>
          <w:i w:val="0"/>
        </w:rPr>
        <w:t>‘Có, thưa ngài. Trong quá trình điều tra, khi hỏi mẹ ông Rashidi để xác nhận rằng ông ấy sống với bà ở The Boltons trong tuần, tôi đã hỏi bà có biết ông ấy may com-lê ở đâu không. Bà ấy nói với tôi –’ Lamont ngừng lại, và nhìn lên vị thẩm phán, nói, ‘Thưa ngài, tôi có được phép tham khảo ghi chú tôi đã ghi lại lúc đó không?’ Thẩm phán Whittaker gật đầu, và tòa án chờ đợi trong khi Lamont lật qua vài trang trong cuốn sổ tay cho đến khi tìm thấy trang mình cần. ‘Nguyên văn lời bà Rashidi là, “Tôi nghĩ Assem mua tất cả com-lê may sẵn từ Harrods. Nó mặc cỡ trung bình, và không thích lãng phí tiền một cách không cần thiết.” ’</w:t>
      </w:r>
    </w:p>
    <w:p>
      <w:pPr>
        <w:spacing w:after="80"/>
      </w:pPr>
      <w:r>
        <w:rPr>
          <w:b w:val="0"/>
          <w:i w:val="0"/>
        </w:rPr>
        <w:t>Ngài Julian bắt đầu ghi chú.</w:t>
      </w:r>
    </w:p>
    <w:p>
      <w:pPr>
        <w:spacing w:after="80"/>
      </w:pPr>
      <w:r>
        <w:rPr>
          <w:b w:val="0"/>
          <w:i w:val="0"/>
        </w:rPr>
        <w:t>‘Và sau đó ông có—’</w:t>
      </w:r>
    </w:p>
    <w:p>
      <w:pPr>
        <w:spacing w:after="80"/>
      </w:pPr>
      <w:r>
        <w:rPr>
          <w:b w:val="0"/>
          <w:i w:val="0"/>
        </w:rPr>
        <w:t>‘Xin lỗi vì đã ngắt lời ông, ông Booth Watson,’ vị thẩm phán nói, ‘nhưng liệu vấn đề này có thể được giải quyết khá đơn giản bằng cách yêu cầu bị cáo cho chúng ta xem nhãn bên trong chiếc áo khoác mà anh ta đang mặc không?’</w:t>
      </w:r>
    </w:p>
    <w:p>
      <w:pPr>
        <w:spacing w:after="80"/>
      </w:pPr>
      <w:r>
        <w:rPr>
          <w:b w:val="0"/>
          <w:i w:val="0"/>
        </w:rPr>
        <w:t>‘Ngài có không cho rằng, thưa ngài,’ Booth Watson nói, ‘điều đó sẽ phù hợp hơn khi thân chủ của tôi được thẩm vấn trong ghế nhân chứng sao?’</w:t>
      </w:r>
    </w:p>
    <w:p>
      <w:pPr>
        <w:spacing w:after="80"/>
      </w:pPr>
      <w:r>
        <w:rPr>
          <w:b w:val="0"/>
          <w:i w:val="0"/>
        </w:rPr>
        <w:t>‘Tôi sẽ đồng ý với ông, ông Booth Watson, nếu ông chưa thông báo cho thư ký của tôi rằng ông Lamont sẽ là nhân chứng cuối cùng của ông. Ngoài ra, nếu bị cáo đưa ra lời khai, anh ta sẽ có thừa thời gian để thay sang một bộ com-lê khác.’</w:t>
      </w:r>
    </w:p>
    <w:p>
      <w:pPr>
        <w:spacing w:after="80"/>
      </w:pPr>
      <w:r>
        <w:rPr>
          <w:b w:val="0"/>
          <w:i w:val="0"/>
        </w:rPr>
        <w:t>‘Chính tôi cũng không thể diễn đạt hay hơn được nữa,’ Grace thì thầm. Ngài Julian trông không có vẻ gì là bị thuyết phục.</w:t>
      </w:r>
    </w:p>
    <w:p>
      <w:pPr>
        <w:spacing w:after="80"/>
      </w:pPr>
      <w:r>
        <w:rPr>
          <w:b w:val="0"/>
          <w:i w:val="0"/>
        </w:rPr>
        <w:t>‘Tất nhiên ông không có nghĩa vụ phải tiết lộ nhãn hiệu bộ vest ông đang mặc, ông Rashidi,’ vị thẩm phán nói, nhìn về phía bị cáo. ‘Tuy nhiên, sẽ có ích cho bồi thẩm đoàn trong quá trình cân nhắc nếu ông cảm thấy có thể làm được điều đó.’</w:t>
      </w:r>
    </w:p>
    <w:p>
      <w:pPr>
        <w:spacing w:after="80"/>
      </w:pPr>
      <w:r>
        <w:rPr>
          <w:b w:val="0"/>
          <w:i w:val="0"/>
        </w:rPr>
        <w:t>Đột nhiên, mọi ánh mắt đều đổ dồn về một hướng. Qua nét mặt của Rashidi, rõ ràng là ông ta miễn cưỡng làm theo gợi ý của thẩm phán.</w:t>
      </w:r>
    </w:p>
    <w:p>
      <w:pPr>
        <w:spacing w:after="80"/>
      </w:pPr>
      <w:r>
        <w:rPr>
          <w:b w:val="0"/>
          <w:i w:val="0"/>
        </w:rPr>
        <w:t>‘Bắt được rồi,’ William lẩm bẩm, khi ánh mắt họ gặp nhau lần thứ hai, hài lòng khi thấy nụ cười tự mãn đã biến mất khỏi mặt Rashidi.</w:t>
      </w:r>
    </w:p>
    <w:p>
      <w:pPr>
        <w:spacing w:after="80"/>
      </w:pPr>
      <w:r>
        <w:rPr>
          <w:b w:val="0"/>
          <w:i w:val="0"/>
        </w:rPr>
        <w:t>Rashidi từ từ đứng dậy khỏi ghế ở vành móng ngựa, cởi cúc áo khoác và kéo mở ra để lộ một nhãn hiệu xanh lá và vàng quen thuộc ghi HARRODS. Không có dấu vết nào của chữ viết tắt A.R.</w:t>
      </w:r>
    </w:p>
    <w:p>
      <w:pPr>
        <w:spacing w:after="80"/>
      </w:pPr>
      <w:r>
        <w:rPr>
          <w:b w:val="0"/>
          <w:i w:val="0"/>
        </w:rPr>
        <w:t>Ngài Julian xin hoãn phiên tòa, và thẩm phán đồng ý.</w:t>
      </w:r>
    </w:p>
    <w:p>
      <w:pPr>
        <w:jc w:val="center"/>
      </w:pPr>
      <w:r>
        <w:drawing>
          <wp:inline xmlns:a="http://schemas.openxmlformats.org/drawingml/2006/main" xmlns:pic="http://schemas.openxmlformats.org/drawingml/2006/picture">
            <wp:extent cx="752475" cy="161926"/>
            <wp:docPr id="38" name="Picture 3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‘Ông nghĩ Lamont được trả bao nhiêu để khai man?’ William hỏi.</w:t>
      </w:r>
    </w:p>
    <w:p>
      <w:pPr>
        <w:spacing w:after="80"/>
      </w:pPr>
      <w:r>
        <w:rPr>
          <w:b w:val="0"/>
          <w:i w:val="0"/>
        </w:rPr>
        <w:t>‘Nhiều hơn ba mươi đồng bạc một cách khốn nạn,’ Grace đáp, với đầy cảm xúc.</w:t>
      </w:r>
    </w:p>
    <w:p>
      <w:pPr>
        <w:spacing w:after="80"/>
      </w:pPr>
      <w:r>
        <w:rPr>
          <w:b w:val="0"/>
          <w:i w:val="0"/>
        </w:rPr>
        <w:t>‘Đừng quên đây chính là kẻ đã trộm một chiếc túi đầy tiền,’ William nói, ‘và có lẽ đã tráo đổi mấy bức ảnh.’</w:t>
      </w:r>
    </w:p>
    <w:p>
      <w:pPr>
        <w:spacing w:after="80"/>
      </w:pPr>
      <w:r>
        <w:rPr>
          <w:b w:val="0"/>
          <w:i w:val="0"/>
        </w:rPr>
        <w:t>‘Chúng ta không có bằng chứng về điều đó,’ ngài Julian nói, ‘dù cô lễ tân có báo cáo rằng người cô ấy thấy đêm hôm đó là một thanh tra, nhưng viên cảnh sát phụ trách vật chứng không thể xác nhận đó là Lamont.’</w:t>
      </w:r>
    </w:p>
    <w:p>
      <w:pPr>
        <w:spacing w:after="80"/>
      </w:pPr>
      <w:r>
        <w:rPr>
          <w:b w:val="0"/>
          <w:i w:val="0"/>
        </w:rPr>
        <w:t>‘Không thể,’ Grace nói, ‘hay không sẵn lòng?’</w:t>
      </w:r>
    </w:p>
    <w:p>
      <w:pPr>
        <w:spacing w:after="80"/>
      </w:pPr>
      <w:r>
        <w:rPr>
          <w:b w:val="0"/>
          <w:i w:val="0"/>
        </w:rPr>
        <w:t>‘Dù sao đi nữa,’ ngài Julian suy ngẫm, ‘tôi không thể không nhận thấy rằng vài thành viên bồi thẩm đoàn trông có vẻ bị thuyết phục bởi lời khai chân thành và tha thiết của Lamont. Tệ hơn nữa, dù đó hoàn toàn là một màn dàn dựng, nhãn hiệu Harrods cũng chẳng giúp gì cho chúng ta.’</w:t>
      </w:r>
    </w:p>
    <w:p>
      <w:pPr>
        <w:spacing w:after="80"/>
      </w:pPr>
      <w:r>
        <w:rPr>
          <w:b w:val="0"/>
          <w:i w:val="0"/>
        </w:rPr>
        <w:t>‘Lỗi tại tôi,’ Grace nói. ‘Tôi đã sập bẫy cái mánh nhỏ đó ngay ngày khai mạc, khi Rashidi mặc một bộ vest có nhãn Bennett and Reed bên trong.’</w:t>
      </w:r>
    </w:p>
    <w:p>
      <w:pPr>
        <w:spacing w:after="80"/>
      </w:pPr>
      <w:r>
        <w:rPr>
          <w:b w:val="0"/>
          <w:i w:val="0"/>
        </w:rPr>
        <w:t>‘Bồi thẩm đoàn cũng có thể đã lầm tưởng rằng họ đang dự một buổi công diễn đêm đầu tiên,’ ngài Julian nói, ‘nhưng nó mang đủ mọi dấu hiệu của một vở diễn được dàn dựng kỹ lưỡng, với Booth Watson làm đạo diễn, Lamont làm diễn viên chính, và cả hai đều không được trả thù lao theo mức của công đoàn diễn viên.’</w:t>
      </w:r>
    </w:p>
    <w:p>
      <w:pPr>
        <w:spacing w:after="80"/>
      </w:pPr>
      <w:r>
        <w:rPr>
          <w:b w:val="0"/>
          <w:i w:val="0"/>
        </w:rPr>
        <w:t>‘Nhưng thế là phạm pháp,’ William nói. ‘Luật sư biện hộ không được phép huấn luyện nhân chứng.’</w:t>
      </w:r>
    </w:p>
    <w:p>
      <w:pPr>
        <w:spacing w:after="80"/>
      </w:pPr>
      <w:r>
        <w:rPr>
          <w:b w:val="0"/>
          <w:i w:val="0"/>
        </w:rPr>
        <w:t>‘Cậu bé hát thánh ca,’ ngài Julian và Grace đồng thanh nói.</w:t>
      </w:r>
    </w:p>
    <w:p>
      <w:pPr>
        <w:spacing w:after="80"/>
      </w:pPr>
      <w:r>
        <w:rPr>
          <w:b w:val="0"/>
          <w:i w:val="0"/>
        </w:rPr>
        <w:t>‘Nếu chúng ta có thể thuyết phục bà Rashidi ra làm chứng,’ Grace nói, ‘thì chúng ta vẫn có thể đập tan lời khai của Lamont.’</w:t>
      </w:r>
    </w:p>
    <w:p>
      <w:pPr>
        <w:spacing w:after="80"/>
      </w:pPr>
      <w:r>
        <w:rPr>
          <w:b w:val="0"/>
          <w:i w:val="0"/>
        </w:rPr>
        <w:t>‘Có thể lắm, nhưng khi William phỏng vấn bà ấy sau cuộc đột kích, bà khăng khăng sẽ không bao giờ làm chứng chống lại con trai mình,’ Sir Julian nói, ‘dù bà có phản đối những hoạt động phạm pháp của anh ta đến mức nào. Nếu tôi triệu tập bà ấy, rất có thể sẽ phản tác dụng, vì sự đồng cảm của bồi thẩm đoàn sẽ nghiêng về một bà cụ đáng kính bị một ông già thành kiến buộc phải lên án đứa con duy nhất của mình, trong khi ông ta đang cố bảo vệ con mình.’</w:t>
      </w:r>
    </w:p>
    <w:p>
      <w:pPr>
        <w:spacing w:after="80"/>
      </w:pPr>
      <w:r>
        <w:rPr>
          <w:b w:val="0"/>
          <w:i w:val="0"/>
        </w:rPr>
        <w:t>‘Nhưng chúng ta biết bà ấy chưa bao giờ nói với Lamont rằng Rashidi ở nhà bà mỗi tối trong tuần,’ Clare nói.</w:t>
      </w:r>
    </w:p>
    <w:p>
      <w:pPr>
        <w:spacing w:after="80"/>
      </w:pPr>
      <w:r>
        <w:rPr>
          <w:b w:val="0"/>
          <w:i w:val="0"/>
        </w:rPr>
        <w:t>‘Chắc chắn rồi. Nhưng quản gia của bà ấy sẽ nói là anh ta có ở đó, và tài xế của anh ta sẽ xác nhận rằng anh ta chở anh ấy từ The Boltons đến City mỗi sáng và đưa về lại vào buổi tối. Hơn nữa, cô có thể chắc chắn Booth Watson sẽ giữ cả hai người họ trên ghế nhân chứng lâu đến mức bồi thẩm đoàn sẽ quên mất lời khai của bà Rashidi. Không, chúng ta sẽ phải dành cả cuối tuần để rà soát lời khai của Lamont thật kỹ lưỡng và cố gắng tìm ra bất kỳ mâu thuẫn nào, vì cô có thể chắc chắn Booth Watson cũng sẽ làm y như vậy khi họ cố đoán trước mọi câu hỏi tôi có thể đặt ra cho anh ta. Tôi thậm chí có thể phải tính đến việc thỉnh thoảng chấp nhận mạo hiểm.’</w:t>
      </w:r>
    </w:p>
    <w:p>
      <w:pPr>
        <w:spacing w:after="80"/>
      </w:pPr>
      <w:r>
        <w:rPr>
          <w:b w:val="0"/>
          <w:i w:val="0"/>
        </w:rPr>
        <w:t>Grace không chắc mình đã nghe đúng lời cha mình.</w:t>
      </w:r>
    </w:p>
    <w:p>
      <w:pPr>
        <w:pStyle w:val="Heading2"/>
      </w:pPr>
      <w:r>
        <w:rPr>
          <w:rFonts w:ascii="Calibri" w:hAnsi="Calibri"/>
          <w:b/>
          <w:i w:val="0"/>
          <w:sz w:val="32"/>
        </w:rPr>
        <w:t>16</w:t>
      </w:r>
    </w:p>
    <w:p>
      <w:pPr>
        <w:spacing w:after="80"/>
      </w:pPr>
      <w:r>
        <w:rPr>
          <w:b w:val="0"/>
          <w:i w:val="0"/>
        </w:rPr>
        <w:t>‘ÔNG LAMONT, tôi muốn bắt đầu bằng việc hỏi ông tại sao ông lại từ chức khỏi lực lượng cảnh sát chỉ vài tháng trước khi ông đủ điều kiện nhận lương hưu trọn vẹn.’</w:t>
      </w:r>
    </w:p>
    <w:p>
      <w:pPr>
        <w:spacing w:after="80"/>
      </w:pPr>
      <w:r>
        <w:rPr>
          <w:b w:val="0"/>
          <w:i w:val="0"/>
        </w:rPr>
        <w:t>‘Như tôi đã khai trước tòa, thưa Sir Julian, đó là vấn đề lương tâm. Tôi không thể đứng nhìn một người vô tội bị kết án vì một tội ác anh ta không gây ra.’</w:t>
      </w:r>
    </w:p>
    <w:p>
      <w:pPr>
        <w:spacing w:after="80"/>
      </w:pPr>
      <w:r>
        <w:rPr>
          <w:b w:val="0"/>
          <w:i w:val="0"/>
        </w:rPr>
        <w:t>Clare, với tư cách là luật sư tư vấn, đang ngồi ở hàng ghế phía sau các luật sư QC, đánh dấu X vào câu hỏi số một. 0–1.</w:t>
      </w:r>
    </w:p>
    <w:p>
      <w:pPr>
        <w:spacing w:after="80"/>
      </w:pPr>
      <w:r>
        <w:rPr>
          <w:b w:val="0"/>
          <w:i w:val="0"/>
        </w:rPr>
        <w:t>‘Ông đã nói với tòa rằng ông Rashidi trở về nhà ở The Boltons mỗi tối trong tuần, và sau đó ở lại đó qua đêm trước khi được chở trở lại làm việc ở City vào ngày hôm sau.’</w:t>
      </w:r>
    </w:p>
    <w:p>
      <w:pPr>
        <w:spacing w:after="80"/>
      </w:pPr>
      <w:r>
        <w:rPr>
          <w:b w:val="0"/>
          <w:i w:val="0"/>
        </w:rPr>
        <w:t>‘Đó là điều mẹ anh ta nói với tôi, và tôi không có lý do gì để không tin bà ấy.’</w:t>
      </w:r>
    </w:p>
    <w:p>
      <w:pPr>
        <w:spacing w:after="80"/>
      </w:pPr>
      <w:r>
        <w:rPr>
          <w:b w:val="0"/>
          <w:i w:val="0"/>
        </w:rPr>
        <w:t>‘Chính xác thì ông đã gặp bà Rashidi khi nào?’</w:t>
      </w:r>
    </w:p>
    <w:p>
      <w:pPr>
        <w:spacing w:after="80"/>
      </w:pPr>
      <w:r>
        <w:rPr>
          <w:b w:val="0"/>
          <w:i w:val="0"/>
        </w:rPr>
        <w:t>Lamont ngước nhìn lên quan tòa. ‘Thưa Ngài,’ anh ta nói, ‘tôi có thể tham khảo những ghi chú tôi đã ghi lại vào thời điểm đó không?’ Quan tòa gật đầu. Lamont mở cuốn sổ tay và lật qua vài trang. ‘Ngày mười hai, mười bốn và mười chín tháng Năm,’ anh ta đọc rõ. ‘Tôi cũng đã phỏng vấn quản gia của bà Rashidi và tài xế của anh ta.’</w:t>
      </w:r>
    </w:p>
    <w:p>
      <w:pPr>
        <w:spacing w:after="80"/>
      </w:pPr>
      <w:r>
        <w:rPr>
          <w:b w:val="0"/>
          <w:i w:val="0"/>
        </w:rPr>
        <w:t>Grace đánh dấu X vào câu hỏi đó. 0–2.</w:t>
      </w:r>
    </w:p>
    <w:p>
      <w:pPr>
        <w:spacing w:after="80"/>
      </w:pPr>
      <w:r>
        <w:rPr>
          <w:b w:val="0"/>
          <w:i w:val="0"/>
        </w:rPr>
        <w:t>‘Ông cũng đã nói với tòa rằng ông là sĩ quan phụ trách Chiến dịch Trojan Horse. Điều đó có hoàn toàn chính xác không?’</w:t>
      </w:r>
    </w:p>
    <w:p>
      <w:pPr>
        <w:spacing w:after="80"/>
      </w:pPr>
      <w:r>
        <w:rPr>
          <w:b w:val="0"/>
          <w:i w:val="0"/>
        </w:rPr>
        <w:t>‘Tôi phụ trách việc lập kế hoạch hằng ngày, nhưng tôi báo cáo lên Chỉ huy Hawksby, người đứng đầu đơn vị và đã cùng chúng tôi tham gia vào đêm đột kích. Ông ấy lại báo cáo lên trợ lý ủy viên của Sở Cảnh sát Metropolitan.’</w:t>
      </w:r>
    </w:p>
    <w:p>
      <w:pPr>
        <w:spacing w:after="80"/>
      </w:pPr>
      <w:r>
        <w:rPr>
          <w:b w:val="0"/>
          <w:i w:val="0"/>
        </w:rPr>
        <w:t>‘Cậu ta đã tự gỡ mình ra khỏi thế bí bằng câu trả lời đó,’ Clare thừa nhận. 0–3. Cô phải thừa nhận rằng cho đến lúc này, Ngài Julian vẫn chưa đánh trúng được ông ta một đòn nào.</w:t>
      </w:r>
    </w:p>
    <w:p>
      <w:pPr>
        <w:spacing w:after="80"/>
      </w:pPr>
      <w:r>
        <w:rPr>
          <w:b w:val="0"/>
          <w:i w:val="0"/>
        </w:rPr>
        <w:t>‘Ông cũng đã thông báo với tòa rằng cuộc điều tra riêng của ông cho thấy vào đêm xảy ra cuộc đột kích, ông Rashidi đã đến một nhà kho ở Battersea, đúng như ông ấy vẫn làm vào mỗi tối thứ Sáu. Sau đó, ông ấy tiếp tục đến xưởng ma túy để mua một lượng nhỏ cần sa cho mục đích cá nhân, và ông cho rằng điều đó giải thích vì sao ông ấy có mặt ở đó khi cơ sở bị đột kích.’</w:t>
      </w:r>
    </w:p>
    <w:p>
      <w:pPr>
        <w:spacing w:after="80"/>
      </w:pPr>
      <w:r>
        <w:rPr>
          <w:b w:val="0"/>
          <w:i w:val="0"/>
        </w:rPr>
        <w:t>‘Đúng vậy.’</w:t>
      </w:r>
    </w:p>
    <w:p>
      <w:pPr>
        <w:spacing w:after="80"/>
      </w:pPr>
      <w:r>
        <w:rPr>
          <w:b w:val="0"/>
          <w:i w:val="0"/>
        </w:rPr>
        <w:t>‘Từ nhà kho đến xưởng ma túy xa bao nhiêu?’</w:t>
      </w:r>
    </w:p>
    <w:p>
      <w:pPr>
        <w:spacing w:after="80"/>
      </w:pPr>
      <w:r>
        <w:rPr>
          <w:b w:val="0"/>
          <w:i w:val="0"/>
        </w:rPr>
        <w:t>Lamont lần đầu tiên ngập ngừng. ‘Khoảng một dặm,’ ông ta nói, ‘điều đó lý giải cho tấm vé xe buýt mà chúng tôi tìm thấy trong túi ông ấy vào thời điểm bắt giữ.’</w:t>
      </w:r>
    </w:p>
    <w:p>
      <w:pPr>
        <w:spacing w:after="80"/>
      </w:pPr>
      <w:r>
        <w:rPr>
          <w:b w:val="0"/>
          <w:i w:val="0"/>
        </w:rPr>
        <w:t>‘Tại sao ông Rashidi lại cần đi xe buýt đến xưởng ma túy, khi ông ấy có xe hơi và tài xế riêng?’</w:t>
      </w:r>
    </w:p>
    <w:p>
      <w:pPr>
        <w:spacing w:after="80"/>
      </w:pPr>
      <w:r>
        <w:rPr>
          <w:b w:val="0"/>
          <w:i w:val="0"/>
        </w:rPr>
        <w:t>Lần thứ hai Lamont trông như thể đó là một câu hỏi mà ông ta chưa được chuẩn bị. Ông ta tuyệt vọng liếc nhìn Booth Watson, người đang ngồi đó, cúi đầu. 1–3.</w:t>
      </w:r>
    </w:p>
    <w:p>
      <w:pPr>
        <w:spacing w:after="80"/>
      </w:pPr>
      <w:r>
        <w:rPr>
          <w:b w:val="0"/>
          <w:i w:val="0"/>
        </w:rPr>
        <w:t>‘Vì ông có vẻ không có câu trả lời cho câu hỏi đó, tôi sẽ chuyển sang vấn đề khác. Đêm hôm đó nhà kho đóng cửa lúc mấy giờ?’</w:t>
      </w:r>
    </w:p>
    <w:p>
      <w:pPr>
        <w:spacing w:after="80"/>
      </w:pPr>
      <w:r>
        <w:rPr>
          <w:b w:val="0"/>
          <w:i w:val="0"/>
        </w:rPr>
        <w:t>‘Tôi không biết,’ Lamont thừa nhận.</w:t>
      </w:r>
    </w:p>
    <w:p>
      <w:pPr>
        <w:spacing w:after="80"/>
      </w:pPr>
      <w:r>
        <w:rPr>
          <w:b w:val="0"/>
          <w:i w:val="0"/>
        </w:rPr>
        <w:t>‘Nhưng chẳng phải ông đã nói với tòa rằng ông đã tiến hành một cuộc điều tra kỹ lưỡng sau khi ông tin chắc rằng Rashidi bị bắt giữ oan sao?’</w:t>
      </w:r>
    </w:p>
    <w:p>
      <w:pPr>
        <w:spacing w:after="80"/>
      </w:pPr>
      <w:r>
        <w:rPr>
          <w:b w:val="0"/>
          <w:i w:val="0"/>
        </w:rPr>
        <w:t>Lại một câu hỏi nữa rõ ràng không có trong bản ghi chú của Booth Watson. 2–3.</w:t>
      </w:r>
    </w:p>
    <w:p>
      <w:pPr>
        <w:spacing w:after="80"/>
      </w:pPr>
      <w:r>
        <w:rPr>
          <w:b w:val="0"/>
          <w:i w:val="0"/>
        </w:rPr>
        <w:t>‘Vậy để tôi nói cho ông biết,’ Ngài Julian nói. ‘Một tấm biển trên cổng nhà kho ghi rằng họ đóng cửa lúc sáu giờ. Ông đang ám chỉ rằng ông Rashidi đứng ở trạm xe buýt ba tiếng đồng hồ chờ chuyến 127, trong khi ông ấy có thể đi bộ đi và về vài lần rồi sao?’</w:t>
      </w:r>
    </w:p>
    <w:p>
      <w:pPr>
        <w:spacing w:after="80"/>
      </w:pPr>
      <w:r>
        <w:rPr>
          <w:b w:val="0"/>
          <w:i w:val="0"/>
        </w:rPr>
        <w:t>Lamont không đưa ra ý kiến gì, nên Clare đánh dấu X bên cạnh câu hỏi. 3–3.</w:t>
      </w:r>
    </w:p>
    <w:p>
      <w:pPr>
        <w:spacing w:after="80"/>
      </w:pPr>
      <w:r>
        <w:rPr>
          <w:b w:val="0"/>
          <w:i w:val="0"/>
        </w:rPr>
        <w:t>‘Một lần nữa, bồi thẩm đoàn hẳn sẽ không bỏ qua việc ông đã không trả lời câu hỏi,’ Ngài Julian nói. ‘Vậy tôi sẽ chuyển sang vấn đề khác. Ông Lamont, ông đã nói với tòa rằng khi ông đến căn hộ mà cảnh sát cho là của ông Rashidi ở Tòa nhà B vào ngày hôm sau cuộc đột kích, bức ảnh duy nhất ông thấy ở đó là ảnh mẹ của ông Roberts.’</w:t>
      </w:r>
    </w:p>
    <w:p>
      <w:pPr>
        <w:spacing w:after="80"/>
      </w:pPr>
      <w:r>
        <w:rPr>
          <w:b w:val="0"/>
          <w:i w:val="0"/>
        </w:rPr>
        <w:t>‘Đúng vậy,’ Lamont nói, đã trở lại đúng hướng.</w:t>
      </w:r>
    </w:p>
    <w:p>
      <w:pPr>
        <w:spacing w:after="80"/>
      </w:pPr>
      <w:r>
        <w:rPr>
          <w:b w:val="0"/>
          <w:i w:val="0"/>
        </w:rPr>
        <w:t>‘Bây giờ tôi sẽ đề nghị thư ký tòa án cho ông xem một bức ảnh khác, ông Lamont, và tôi muốn ông cho tôi biết ông đã từng thấy nó chưa.’</w:t>
      </w:r>
    </w:p>
    <w:p>
      <w:pPr>
        <w:spacing w:after="80"/>
      </w:pPr>
      <w:r>
        <w:rPr>
          <w:b w:val="0"/>
          <w:i w:val="0"/>
        </w:rPr>
        <w:t>Ngài Julian đưa một bức ảnh đóng khung bạc cho viên thư ký, người này lại chuyển nó cho Lamont. Ông ta ngắm nghía bức ảnh một lúc trước khi thừa nhận: ‘Đúng, tôi đã từng thấy bức ảnh này. Nó nằm trong phòng khách của ông Rashidi ở The Boltons khi tôi phỏng vấn mẹ ông ấy.’</w:t>
      </w:r>
    </w:p>
    <w:p>
      <w:pPr>
        <w:spacing w:after="80"/>
      </w:pPr>
      <w:r>
        <w:rPr>
          <w:b w:val="0"/>
          <w:i w:val="0"/>
        </w:rPr>
        <w:t>‘Ông ta đoán trước được câu này rồi,’ Clare thì thầm, và thêm một dấu X vào danh sách của mình. 3–4.</w:t>
      </w:r>
    </w:p>
    <w:p>
      <w:pPr>
        <w:spacing w:after="80"/>
      </w:pPr>
      <w:r>
        <w:rPr>
          <w:b w:val="0"/>
          <w:i w:val="0"/>
        </w:rPr>
        <w:t>‘Vậy thì tôi buộc phải hỏi,’ ngài Julian nói, ‘làm sao cảnh sát có được một bản sao của đúng bức ảnh đó, mà lại tình cờ nằm trong một khung ảnh y hệt?’</w:t>
      </w:r>
    </w:p>
    <w:p>
      <w:pPr>
        <w:spacing w:after="80"/>
      </w:pPr>
      <w:r>
        <w:rPr>
          <w:b w:val="0"/>
          <w:i w:val="0"/>
        </w:rPr>
        <w:t>‘Tôi không biết. Nhưng tôi có cảm giác con trai ngài có thể trả lời câu hỏi đó.’</w:t>
      </w:r>
    </w:p>
    <w:p>
      <w:pPr>
        <w:spacing w:after="80"/>
      </w:pPr>
      <w:r>
        <w:rPr>
          <w:b w:val="0"/>
          <w:i w:val="0"/>
        </w:rPr>
        <w:t>Một hai thành viên bồi thẩm đoàn mỉm cười, và Clare lại đánh thêm một dấu X vào câu hỏi đó. 3–5. Cô liếc sang câu tiếp theo và thấy hy vọng hơn.</w:t>
      </w:r>
    </w:p>
    <w:p>
      <w:pPr>
        <w:spacing w:after="80"/>
      </w:pPr>
      <w:r>
        <w:rPr>
          <w:b w:val="0"/>
          <w:i w:val="0"/>
        </w:rPr>
        <w:t>‘Ngài đã phỏng vấn ông Rashidi bao nhiêu lần trong quá trình điều tra tư nhân của mình?’</w:t>
      </w:r>
    </w:p>
    <w:p>
      <w:pPr>
        <w:spacing w:after="80"/>
      </w:pPr>
      <w:r>
        <w:rPr>
          <w:b w:val="0"/>
          <w:i w:val="0"/>
        </w:rPr>
        <w:t>‘Ba lần riêng biệt.’</w:t>
      </w:r>
    </w:p>
    <w:p>
      <w:pPr>
        <w:spacing w:after="80"/>
      </w:pPr>
      <w:r>
        <w:rPr>
          <w:b w:val="0"/>
          <w:i w:val="0"/>
        </w:rPr>
        <w:t>‘Tôi để ý lần này ngài không cần kiểm tra ngày tháng trong sổ tay của mình.’ 4–5.</w:t>
      </w:r>
    </w:p>
    <w:p>
      <w:pPr>
        <w:spacing w:after="80"/>
      </w:pPr>
      <w:r>
        <w:rPr>
          <w:b w:val="0"/>
          <w:i w:val="0"/>
        </w:rPr>
        <w:t>‘Ngài đâu có hỏi tôi ngày tháng,’ Lamont nói. ‘Chỉ hỏi bao nhiêu lần thôi.’ 4–6.</w:t>
      </w:r>
    </w:p>
    <w:p>
      <w:pPr>
        <w:spacing w:after="80"/>
      </w:pPr>
      <w:r>
        <w:rPr>
          <w:b w:val="0"/>
          <w:i w:val="0"/>
        </w:rPr>
        <w:t>‘Vậy thì tôi buộc phải hỏi ngài đã gặp ông Rashidi bao nhiêu lần kể từ khi ngài từ chức khỏi Sở Cảnh sát Metropolitan.’</w:t>
      </w:r>
    </w:p>
    <w:p>
      <w:pPr>
        <w:spacing w:after="80"/>
      </w:pPr>
      <w:r>
        <w:rPr>
          <w:b w:val="0"/>
          <w:i w:val="0"/>
        </w:rPr>
        <w:t>‘Không một lần nào,’ Lamont đáp đầy tự tin.</w:t>
      </w:r>
    </w:p>
    <w:p>
      <w:pPr>
        <w:spacing w:after="80"/>
      </w:pPr>
      <w:r>
        <w:rPr>
          <w:b w:val="0"/>
          <w:i w:val="0"/>
        </w:rPr>
        <w:t>‘Còn ông Booth Watson?’</w:t>
      </w:r>
    </w:p>
    <w:p>
      <w:pPr>
        <w:spacing w:after="80"/>
      </w:pPr>
      <w:r>
        <w:rPr>
          <w:b w:val="0"/>
          <w:i w:val="0"/>
        </w:rPr>
        <w:t>Booth Watson lập tức đứng dậy. ‘Tôi có thể trả lời câu hỏi đó, thưa ngài.’</w:t>
      </w:r>
    </w:p>
    <w:p>
      <w:pPr>
        <w:spacing w:after="80"/>
      </w:pPr>
      <w:r>
        <w:rPr>
          <w:b w:val="0"/>
          <w:i w:val="0"/>
        </w:rPr>
        <w:t>‘Tôi chắc là ông có thể,’ Thẩm phán Whittaker nói. ‘Nhưng bồi thẩm đoàn muốn nghe câu trả lời của ông Lamont, chứ không phải của ông.’</w:t>
      </w:r>
    </w:p>
    <w:p>
      <w:pPr>
        <w:spacing w:after="80"/>
      </w:pPr>
      <w:r>
        <w:rPr>
          <w:b w:val="0"/>
          <w:i w:val="0"/>
        </w:rPr>
        <w:t>Booth Watson miễn cưỡng ngồi xuống lại. 5–6.</w:t>
      </w:r>
    </w:p>
    <w:p>
      <w:pPr>
        <w:spacing w:after="80"/>
      </w:pPr>
      <w:r>
        <w:rPr>
          <w:b w:val="0"/>
          <w:i w:val="0"/>
        </w:rPr>
        <w:t>‘Hai lần,’ Lamont nói, giọng không còn tự tin lắm. ‘Khi tôi cung cấp cho ông ta bằng chứng bằng văn bản có tuyên thệ, với một nhân chứng có mặt.’</w:t>
      </w:r>
    </w:p>
    <w:p>
      <w:pPr>
        <w:spacing w:after="80"/>
      </w:pPr>
      <w:r>
        <w:rPr>
          <w:b w:val="0"/>
          <w:i w:val="0"/>
        </w:rPr>
        <w:t>‘Ông có được đền bù cho những rắc rối của mình không?’</w:t>
      </w:r>
    </w:p>
    <w:p>
      <w:pPr>
        <w:spacing w:after="80"/>
      </w:pPr>
      <w:r>
        <w:rPr>
          <w:b w:val="0"/>
          <w:i w:val="0"/>
        </w:rPr>
        <w:t>‘Đó là một gợi ý đáng xấu hổ,’ Booth Watson nói, thậm chí trước khi ông ta kịp đứng dậy.</w:t>
      </w:r>
    </w:p>
    <w:p>
      <w:pPr>
        <w:spacing w:after="80"/>
      </w:pPr>
      <w:r>
        <w:rPr>
          <w:b w:val="0"/>
          <w:i w:val="0"/>
        </w:rPr>
        <w:t>‘Có lẽ vậy,’ vị thẩm phán nói, ‘nhưng một lần nữa, tôi muốn nghe câu trả lời của nhân chứng.’</w:t>
      </w:r>
    </w:p>
    <w:p>
      <w:pPr>
        <w:spacing w:after="80"/>
      </w:pPr>
      <w:r>
        <w:rPr>
          <w:b w:val="0"/>
          <w:i w:val="0"/>
        </w:rPr>
        <w:t>‘Không, thưa ngài,’ Lamont nói, quay về phía thẩm phán. ‘Tôi không nhận được gì khi nói sự thật.’ 4–7.</w:t>
      </w:r>
    </w:p>
    <w:p>
      <w:pPr>
        <w:spacing w:after="80"/>
      </w:pPr>
      <w:r>
        <w:rPr>
          <w:b w:val="0"/>
          <w:i w:val="0"/>
        </w:rPr>
        <w:t>‘Vậy ông nhận được bao nhiêu khi nói dối?’ Sir Julian hỏi. 5–7.</w:t>
      </w:r>
    </w:p>
    <w:p>
      <w:pPr>
        <w:spacing w:after="80"/>
      </w:pPr>
      <w:r>
        <w:rPr>
          <w:b w:val="0"/>
          <w:i w:val="0"/>
        </w:rPr>
        <w:t>Khi phòng xử án bùng nổ, Sir Julian quay lại phía Clare, người đưa cho ông một phong bì lớn màu nâu. Ông từ từ mở nó ra và lấy ra ba bức ảnh, thong thả ngắm nghía.</w:t>
      </w:r>
    </w:p>
    <w:p>
      <w:pPr>
        <w:spacing w:after="80"/>
      </w:pPr>
      <w:r>
        <w:rPr>
          <w:b w:val="0"/>
          <w:i w:val="0"/>
        </w:rPr>
        <w:t>‘Đêm qua có phải là một trong những lần ông đến thăm người bạn đồng nghiệp uyên bác của tôi không?’</w:t>
      </w:r>
    </w:p>
    <w:p>
      <w:pPr>
        <w:spacing w:after="80"/>
      </w:pPr>
      <w:r>
        <w:rPr>
          <w:b w:val="0"/>
          <w:i w:val="0"/>
        </w:rPr>
        <w:t>Booth Watson bật dậy.</w:t>
      </w:r>
    </w:p>
    <w:p>
      <w:pPr>
        <w:spacing w:after="80"/>
      </w:pPr>
      <w:r>
        <w:rPr>
          <w:b w:val="0"/>
          <w:i w:val="0"/>
        </w:rPr>
        <w:t>‘Ngồi xuống đi, ông Booth Watson,’ vị thẩm phán nói, ‘nếu không tôi sẽ buộc tội ông khinh thường tòa.’</w:t>
      </w:r>
    </w:p>
    <w:p>
      <w:pPr>
        <w:spacing w:after="80"/>
      </w:pPr>
      <w:r>
        <w:rPr>
          <w:b w:val="0"/>
          <w:i w:val="0"/>
        </w:rPr>
        <w:t>Booth Watson lơ lửng như một con mèo chờ vồ mồi, nhưng cuối cùng cũng lặng lẽ ngồi xuống.</w:t>
      </w:r>
    </w:p>
    <w:p>
      <w:pPr>
        <w:spacing w:after="80"/>
      </w:pPr>
      <w:r>
        <w:rPr>
          <w:b w:val="0"/>
          <w:i w:val="0"/>
        </w:rPr>
        <w:t>‘Để tôi hỏi ông một lần nữa,’ Sir Julian nói. ‘Đêm qua ông có cuộc gặp với ông Booth Watson phải không, mà như ông hẳn phải biết là phạm pháp, trong khi ông vẫn đang làm chứng?’ 6–7.</w:t>
      </w:r>
    </w:p>
    <w:p>
      <w:pPr>
        <w:spacing w:after="80"/>
      </w:pPr>
      <w:r>
        <w:rPr>
          <w:b w:val="0"/>
          <w:i w:val="0"/>
        </w:rPr>
        <w:t>Lamont nhìn chằm chằm vào Booth Watson, người vẫn cúi mắt xuống.</w:t>
      </w:r>
    </w:p>
    <w:p>
      <w:pPr>
        <w:spacing w:after="80"/>
      </w:pPr>
      <w:r>
        <w:rPr>
          <w:b w:val="0"/>
          <w:i w:val="0"/>
        </w:rPr>
        <w:t>Sir Julian chờ một lúc rồi nói, ‘Vì ông Lamont có vẻ không muốn trả lời câu hỏi, thưa ngài, tôi rất mong người bạn đồng nghiệp uyên bác của tôi xác nhận hoặc phủ nhận liệu cuộc gặp như vậy có diễn ra hay không.’ 7–7. Thêm giờ.</w:t>
      </w:r>
    </w:p>
    <w:p>
      <w:pPr>
        <w:spacing w:after="80"/>
      </w:pPr>
      <w:r>
        <w:rPr>
          <w:b w:val="0"/>
          <w:i w:val="0"/>
        </w:rPr>
        <w:t>Booth Watson không nhúc nhích. Sir Julian đặt ba bức ảnh chụp William lúc còn là cậu bé hát thánh ca trở lại phong bì, rồi đưa cho Clare. 8–7.</w:t>
      </w:r>
    </w:p>
    <w:p>
      <w:pPr>
        <w:spacing w:after="80"/>
      </w:pPr>
      <w:r>
        <w:rPr>
          <w:b w:val="0"/>
          <w:i w:val="0"/>
        </w:rPr>
        <w:t>‘Tôi không còn câu hỏi nào cho nhân chứng này nữa, thưa ngài.’</w:t>
      </w:r>
    </w:p>
    <w:p>
      <w:pPr>
        <w:spacing w:after="80"/>
      </w:pPr>
      <w:r>
        <w:rPr>
          <w:b w:val="0"/>
          <w:i w:val="0"/>
        </w:rPr>
        <w:t>Lamont bước ra khỏi bục nhân chứng và nhanh chóng rời khỏi phòng xử án, không nhìn Rashidi hay Booth Watson. Tiếng còi mãn cuộc.</w:t>
      </w:r>
    </w:p>
    <w:p>
      <w:pPr>
        <w:jc w:val="center"/>
      </w:pPr>
      <w:r>
        <w:drawing>
          <wp:inline xmlns:a="http://schemas.openxmlformats.org/drawingml/2006/main" xmlns:pic="http://schemas.openxmlformats.org/drawingml/2006/picture">
            <wp:extent cx="752475" cy="161926"/>
            <wp:docPr id="39" name="Picture 3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 xml:space="preserve">Lamont đã lường trước gần như mọi câu hỏi của Ngài Julian, cho đến khi ông ta đưa ra những bức ảnh đó. Nhưng ông ta đã không trình chúng trước tòa. Phải chăng ông ta đang bốc phét? Lamont đã định vạch trần </w:t>
      </w:r>
      <w:r>
        <w:rPr>
          <w:b w:val="0"/>
          <w:i/>
        </w:rPr>
        <w:t>ông ta</w:t>
      </w:r>
      <w:r>
        <w:rPr>
          <w:b w:val="0"/>
          <w:i w:val="0"/>
        </w:rPr>
        <w:t>, và nói rằng mình không hề gặp Booth Watson vào đêm hôm trước, nhưng đến phút cuối anh tự hỏi liệu Marlboro Man có theo dõi mình và chứng kiến mình đến buổi gặp bí mật hay không. Nếu đúng là vậy, thì không chỉ Rashidi phải vào tù, bởi Booth Watson sẽ bị lôi ra trước Hội đồng Luật sư (Bar Council) lần cuối cùng. Thế nên Lamont quyết định làm theo một lời khuyên khôn ngoan khác của Booth Watson: nếu còn nghi ngờ, hãy im lặng.</w:t>
      </w:r>
    </w:p>
    <w:p>
      <w:pPr>
        <w:spacing w:after="80"/>
      </w:pPr>
      <w:r>
        <w:rPr>
          <w:b w:val="0"/>
          <w:i w:val="0"/>
        </w:rPr>
        <w:t>Vị luật sư cấp cao (QC) dẻo miệng ấy đã không thể nói rõ lập trường của mình hơn khi họ gặp nhau vào đêm hôm trước. Nếu Rashidi thoát khỏi các tội danh chính, Lamont sẽ được thưởng hậu hĩnh. Nhưng nếu không thoát . . .</w:t>
      </w:r>
    </w:p>
    <w:p>
      <w:pPr>
        <w:spacing w:after="80"/>
      </w:pPr>
      <w:r>
        <w:rPr>
          <w:b w:val="0"/>
          <w:i w:val="0"/>
        </w:rPr>
        <w:t>Lamont nhận ra mình vẫn còn một cơ hội cuối cùng để tác động đến bồi thẩm đoàn và chuộc lỗi với Booth Watson. May thay, thẩm phán đã tạm hoãn phiên tòa đến sáng thứ Hai, khi ông sẽ bắt đầu phần tổng kết.</w:t>
      </w:r>
    </w:p>
    <w:p>
      <w:pPr>
        <w:spacing w:after="80"/>
      </w:pPr>
      <w:r>
        <w:rPr>
          <w:b w:val="0"/>
          <w:i w:val="0"/>
        </w:rPr>
        <w:t>Anh đã tiến hành nghiên cứu kỹ lưỡng về cả mười hai bồi thẩm viên, phòng khi mọi chuyện bắt đầu chệch hướng. Và mọi chuyện đã chệch hướng thảm hại. Tuy nhiên, chưa phải tất cả đều mất, khi Lamont phát hiện ra mình có thể gài bẫy hai người trong số họ với giá của một.</w:t>
      </w:r>
    </w:p>
    <w:p>
      <w:pPr>
        <w:spacing w:after="80"/>
      </w:pPr>
      <w:r>
        <w:rPr>
          <w:b w:val="0"/>
          <w:i w:val="0"/>
        </w:rPr>
        <w:t>Khi phiên tòa kết thúc trong ngày vào đầu tuần đó, anh đã theo chân bồi thẩm viên số ba khi cô ta rời tòa, và ngạc nhiên khi thấy cô ta ghé vào một khách sạn gần đó. Chốc lát sau, bồi thẩm viên số bảy xuất hiện và bước vào cùng khách sạn ấy. Lamont lảng vảng ở phía bên kia đường, trong cái lạnh cắt da, hơn một tiếng đồng hồ, trước khi bồi thẩm viên số bảy xuất hiện trở lại. Anh ta nhanh chóng rảo bước về phía ga tàu điện ngầm (Tube) gần nhất.</w:t>
      </w:r>
    </w:p>
    <w:p>
      <w:pPr>
        <w:spacing w:after="80"/>
      </w:pPr>
      <w:r>
        <w:rPr>
          <w:b w:val="0"/>
          <w:i w:val="0"/>
        </w:rPr>
        <w:t>Vài phút sau, bồi thẩm viên số ba bước ra khỏi khách sạn, và bắt đầu đi về hướng ngược lại.</w:t>
      </w:r>
    </w:p>
    <w:p>
      <w:pPr>
        <w:spacing w:after="80"/>
      </w:pPr>
      <w:r>
        <w:rPr>
          <w:b w:val="0"/>
          <w:i w:val="0"/>
        </w:rPr>
        <w:t xml:space="preserve">Lamont không mất nhiều thời gian để phát hiện ra rằng cả hai đều đã kết hôn 'hạnh phúc', với tổng cộng năm đứa con, một trong số đó mới đây đã thông báo đính hôn trên tờ </w:t>
      </w:r>
      <w:r>
        <w:rPr>
          <w:b w:val="0"/>
          <w:i/>
        </w:rPr>
        <w:t>Farnham Gazette</w:t>
      </w:r>
      <w:r>
        <w:rPr>
          <w:b w:val="0"/>
          <w:i w:val="0"/>
        </w:rPr>
        <w:t>. Người kia thì đang hy vọng được bầu làm chủ tịch câu lạc bộ golf địa phương của mình tại đại hội thường niên (AGM) vào tháng tới.</w:t>
      </w:r>
    </w:p>
    <w:p>
      <w:pPr>
        <w:spacing w:after="80"/>
      </w:pPr>
      <w:r>
        <w:rPr>
          <w:b w:val="0"/>
          <w:i w:val="0"/>
        </w:rPr>
        <w:t>Anh đã biết cả hai người họ sống ở đâu, và những chặng đường họ đi về nhà từ tòa mỗi ngày. Tối nay anh sẽ đi cùng chuyến tàu với bồi thẩm viên số bảy.</w:t>
      </w:r>
    </w:p>
    <w:p>
      <w:pPr>
        <w:pStyle w:val="Heading2"/>
      </w:pPr>
      <w:r>
        <w:rPr>
          <w:rFonts w:ascii="Calibri" w:hAnsi="Calibri"/>
          <w:b/>
          <w:i w:val="0"/>
          <w:sz w:val="32"/>
        </w:rPr>
        <w:t>17</w:t>
      </w:r>
    </w:p>
    <w:p>
      <w:pPr>
        <w:spacing w:after="80"/>
      </w:pPr>
      <w:r>
        <w:rPr>
          <w:b w:val="0"/>
          <w:i w:val="0"/>
        </w:rPr>
        <w:t>'NHIỆM VỤ CỦA QUÝ vị,' Ngài Thẩm phán Whittaker bắt đầu, nhìn xuống bồi thẩm đoàn, 'khi xem xét phán quyết của mình, là chỉ được tính đến những bằng chứng quý vị đã nghe tại tòa án này. Bất cứ điều gì quý vị đọc trên báo chí, hay những ý kiến do gia đình hoặc bạn bè quý vị đưa ra, đều phải bỏ qua. Họ đã không được nghe toàn bộ bằng chứng.</w:t>
      </w:r>
    </w:p>
    <w:p>
      <w:pPr>
        <w:spacing w:after="80"/>
      </w:pPr>
      <w:r>
        <w:rPr>
          <w:b w:val="0"/>
          <w:i w:val="0"/>
        </w:rPr>
        <w:t>'Quý vị không bị áp lực về thời gian. Tương lai của một con người đang nằm trong tay quý vị. Một khi quý vị lui vào nghị án, phán quyết duy nhất tôi có thể chấp nhận là một phán quyết nhất trí. Để tôi nhắc lại rằng nghĩa vụ chứng minh thuộc về bên công tố, phải chứng minh bị cáo có tội, vượt quá mức nghi ngờ hợp lý (beyond reasonable doubt).</w:t>
      </w:r>
    </w:p>
    <w:p>
      <w:pPr>
        <w:spacing w:after="80"/>
      </w:pPr>
      <w:r>
        <w:rPr>
          <w:b w:val="0"/>
          <w:i w:val="0"/>
        </w:rPr>
        <w:t>'Giờ đây quý vị sẽ lui vào phòng nghị án để xem xét phán quyết của mình.' Ông gật đầu với thư ký tòa, người đứng trước bồi thẩm đoàn và tuyên bố: 'Tôi xin thề trước Đấng Toàn Năng rằng tôi sẽ giữ bồi thẩm đoàn này ở một nơi riêng tư và thuận tiện. Tôi sẽ không để ai nói chuyện với họ, cũng sẽ không nói chuyện với họ, trừ khi để hỏi xem họ đã đạt được phán quyết hay chưa.'</w:t>
      </w:r>
    </w:p>
    <w:p>
      <w:pPr>
        <w:spacing w:after="80"/>
      </w:pPr>
      <w:r>
        <w:rPr>
          <w:b w:val="0"/>
          <w:i w:val="0"/>
        </w:rPr>
        <w:t>Sau đó ông dẫn mười hai người được giao phó của mình ra khỏi phòng xử án, đến phòng nghị án.</w:t>
      </w:r>
    </w:p>
    <w:p>
      <w:pPr>
        <w:spacing w:after="80"/>
      </w:pPr>
      <w:r>
        <w:rPr>
          <w:b w:val="0"/>
          <w:i w:val="0"/>
        </w:rPr>
        <w:t>Bảy người đàn ông và năm người phụ nữ đã ở bên nhau được mười ngày, và đã hiểu khá rõ về nhau. Tình bạn đã nảy nở và những sự ganh đua cũng đã lộ diện, đặc biệt là khi đến việc chọn ai sẽ được cử làm chủ tọa bồi thẩm đoàn (foreman). Ông Anscombe đã thắng bà Parish, nhưng bà Parish hóa ra lại là một người thua không biết chấp nhận.</w:t>
      </w:r>
    </w:p>
    <w:p>
      <w:pPr>
        <w:spacing w:after="80"/>
      </w:pPr>
      <w:r>
        <w:rPr>
          <w:b w:val="0"/>
          <w:i w:val="0"/>
        </w:rPr>
        <w:t>Anscombe không hề nghi ngờ rằng Rashidi có tội ở cả ba tội danh. Tuy nhiên, ông cảm thấy với tư cách chủ tọa, nhiệm vụ của mình không phải là áp đặt quan điểm lên các thành viên khác của bồi thẩm đoàn, mà là lắng nghe một cách chăm chú mọi ý kiến của họ.</w:t>
      </w:r>
    </w:p>
    <w:p>
      <w:pPr>
        <w:spacing w:after="80"/>
      </w:pPr>
      <w:r>
        <w:rPr>
          <w:b w:val="0"/>
          <w:i w:val="0"/>
        </w:rPr>
        <w:t>Ông đã làm giáo viên suốt cả cuộc đời đi làm, kết thúc sự nghiệp với vai trò hiệu trưởng một trường trung học phổ thông (grammar school) ở Kent. Nhưng đây không phải là một cuộc họp hội đồng giáo viên để quyết định xem một cậu học trò có bị phạt giữ lại sau giờ học (detention) hay thậm chí bị đuổi học hay không. Họ sắp sửa quyết định xem một người đàn ông nên được trả tự do hay bị kết án tù giam dài hạn.</w:t>
      </w:r>
    </w:p>
    <w:p>
      <w:pPr>
        <w:spacing w:after="80"/>
      </w:pPr>
      <w:r>
        <w:rPr>
          <w:b w:val="0"/>
          <w:i w:val="0"/>
        </w:rPr>
        <w:t>Khi tất cả đã ngồi vào chỗ, ông nhìn quanh bàn, cố nhớ tên từng người, như ông vẫn thường làm với các cậu con trai mình. Dù ông tưởng mình đã hiểu khá rõ về họ qua suốt phiên tòa, ông sắp sửa phát hiện ra rằng thực ra ông chẳng biết gì về họ cả.</w:t>
      </w:r>
    </w:p>
    <w:p>
      <w:pPr>
        <w:spacing w:after="80"/>
      </w:pPr>
      <w:r>
        <w:rPr>
          <w:b w:val="0"/>
          <w:i w:val="0"/>
        </w:rPr>
        <w:t>‘Có lẽ sẽ hữu ích,’ ông mở lời khi mọi người đã ổn định, ‘nếu chúng ta bỏ phiếu để xem liệu tất cả có cùng một ý kiến, và nhờ đó có thể đưa ra phán quyết khá nhanh chóng.’</w:t>
      </w:r>
    </w:p>
    <w:p>
      <w:pPr>
        <w:spacing w:after="80"/>
      </w:pPr>
      <w:r>
        <w:rPr>
          <w:b w:val="0"/>
          <w:i w:val="0"/>
        </w:rPr>
        <w:t>‘Hoàn toàn đồng ý, thưa chủ tọa hội đồng,’ một giọng nói vang lên từ đầu bên kia bàn. Vài thành viên bồi thẩm đoàn khác gật đầu, thậm chí có người còn thốt lên ‘Chuẩn đấy!’</w:t>
      </w:r>
    </w:p>
    <w:p>
      <w:pPr>
        <w:spacing w:after="80"/>
      </w:pPr>
      <w:r>
        <w:rPr>
          <w:b w:val="0"/>
          <w:i w:val="0"/>
        </w:rPr>
        <w:t>‘Vậy tôi sẽ bắt đầu bằng việc hỏi xem bao nhiêu người trong các vị cho rằng bị cáo có tội,’ Anscombe nói. ‘Để không gây ảnh hưởng quá mức với tư cách chủ tọa hội đồng của các vị, tôi sẽ không bỏ phiếu ở thời điểm này.’ Ông đếm số cánh tay giơ lên và, cố giấu đi vẻ ngạc nhiên, viết con số 8 lên tập giấy trước mặt. ‘Còn những ai nghĩ anh ta vô tội?’</w:t>
      </w:r>
    </w:p>
    <w:p>
      <w:pPr>
        <w:spacing w:after="80"/>
      </w:pPr>
      <w:r>
        <w:rPr>
          <w:b w:val="0"/>
          <w:i w:val="0"/>
        </w:rPr>
        <w:t>Hai cánh tay lập tức giơ lên. Của bà Parish theo sau vài giây lát.</w:t>
      </w:r>
    </w:p>
    <w:p>
      <w:pPr>
        <w:spacing w:after="80"/>
      </w:pPr>
      <w:r>
        <w:rPr>
          <w:b w:val="0"/>
          <w:i w:val="0"/>
        </w:rPr>
        <w:t>Khi viết con số 3 lên tập giấy, ông nhớ lại lời vị thẩm phán: ‘Phán quyết duy nhất mà tôi có thể xem xét là một phán quyết nhất trí.’</w:t>
      </w:r>
    </w:p>
    <w:p>
      <w:pPr>
        <w:spacing w:after="80"/>
      </w:pPr>
      <w:r>
        <w:rPr>
          <w:b w:val="0"/>
          <w:i w:val="0"/>
        </w:rPr>
        <w:t>‘Chúng ta bắt đầu nhé,’ Anscombe nói, ‘bằng việc lắng nghe quan điểm của ba người trong chúng ta, những người cho rằng ông Rashidi vô tội ở cả ba tội danh?’</w:t>
      </w:r>
    </w:p>
    <w:p>
      <w:pPr>
        <w:jc w:val="center"/>
      </w:pPr>
      <w:r>
        <w:drawing>
          <wp:inline xmlns:a="http://schemas.openxmlformats.org/drawingml/2006/main" xmlns:pic="http://schemas.openxmlformats.org/drawingml/2006/picture">
            <wp:extent cx="752475" cy="161926"/>
            <wp:docPr id="40" name="Picture 4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Beth đang sốt ruột chờ bên cửa khi William trở về từ tòa án Old Bailey.</w:t>
      </w:r>
    </w:p>
    <w:p>
      <w:pPr>
        <w:spacing w:after="80"/>
      </w:pPr>
      <w:r>
        <w:rPr>
          <w:b w:val="0"/>
          <w:i w:val="0"/>
        </w:rPr>
        <w:t>‘Có tội hay vô tội?’ cô hỏi dồn.</w:t>
      </w:r>
    </w:p>
    <w:p>
      <w:pPr>
        <w:spacing w:after="80"/>
      </w:pPr>
      <w:r>
        <w:rPr>
          <w:b w:val="0"/>
          <w:i w:val="0"/>
        </w:rPr>
        <w:t>‘Ý em là anh hay Rashidi?’</w:t>
      </w:r>
    </w:p>
    <w:p>
      <w:pPr>
        <w:spacing w:after="80"/>
      </w:pPr>
      <w:r>
        <w:rPr>
          <w:b w:val="0"/>
          <w:i w:val="0"/>
        </w:rPr>
        <w:t>‘Tất nhiên là Rashidi rồi.’</w:t>
      </w:r>
    </w:p>
    <w:p>
      <w:pPr>
        <w:spacing w:after="80"/>
      </w:pPr>
      <w:r>
        <w:rPr>
          <w:b w:val="0"/>
          <w:i w:val="0"/>
        </w:rPr>
        <w:t>‘Bồi thẩm đoàn vẫn chưa có kết luận.’</w:t>
      </w:r>
    </w:p>
    <w:p>
      <w:pPr>
        <w:spacing w:after="80"/>
      </w:pPr>
      <w:r>
        <w:rPr>
          <w:b w:val="0"/>
          <w:i w:val="0"/>
        </w:rPr>
        <w:t>‘Còn anh?’</w:t>
      </w:r>
    </w:p>
    <w:p>
      <w:pPr>
        <w:spacing w:after="80"/>
      </w:pPr>
      <w:r>
        <w:rPr>
          <w:b w:val="0"/>
          <w:i w:val="0"/>
        </w:rPr>
        <w:t>Vẻ mặt của William khiến cô không còn nghi ngờ gì rằng đây không phải chuyện có thể bàn ngay ở bậc cửa. Ông dẫn vợ vào phòng khách phía trước và đợi cô ngồi xuống rồi mới kể cho cô nghe chuyện đã xảy ra tại tòa, cùng quyết định của vị chỉ huy.</w:t>
      </w:r>
    </w:p>
    <w:p>
      <w:pPr>
        <w:spacing w:after="80"/>
      </w:pPr>
      <w:r>
        <w:rPr>
          <w:b w:val="0"/>
          <w:i w:val="0"/>
        </w:rPr>
        <w:t>‘Nhưng tại sao?’ cô phản đối giận dữ.</w:t>
      </w:r>
    </w:p>
    <w:p>
      <w:pPr>
        <w:spacing w:after="80"/>
      </w:pPr>
      <w:r>
        <w:rPr>
          <w:b w:val="0"/>
          <w:i w:val="0"/>
        </w:rPr>
        <w:t>‘Ông ấy không còn cách nào khác ngoài việc đình chỉ công tác của anh sau khi Lamont, sĩ quan cấp cao phụ trách chiến dịch Trojan Horse, gần như buộc tội anh đã lấy trộm bảy trăm bảng từ một két sắt trong căn hộ.’</w:t>
      </w:r>
    </w:p>
    <w:p>
      <w:pPr>
        <w:spacing w:after="80"/>
      </w:pPr>
      <w:r>
        <w:rPr>
          <w:b w:val="0"/>
          <w:i w:val="0"/>
        </w:rPr>
        <w:t>‘Vậy chuyện gì xảy ra tiếp theo?’ Beth hỏi.</w:t>
      </w:r>
    </w:p>
    <w:p>
      <w:pPr>
        <w:spacing w:after="80"/>
      </w:pPr>
      <w:r>
        <w:rPr>
          <w:b w:val="0"/>
          <w:i w:val="0"/>
        </w:rPr>
        <w:t>‘Việc đình chỉ của anh chỉ là tạm thời, chờ điều tra thôi.’</w:t>
      </w:r>
    </w:p>
    <w:p>
      <w:pPr>
        <w:spacing w:after="80"/>
      </w:pPr>
      <w:r>
        <w:rPr>
          <w:b w:val="0"/>
          <w:i w:val="0"/>
        </w:rPr>
        <w:t>‘Nhưng chuyện đó sẽ mất bao lâu?’</w:t>
      </w:r>
    </w:p>
    <w:p>
      <w:pPr>
        <w:spacing w:after="80"/>
      </w:pPr>
      <w:r>
        <w:rPr>
          <w:b w:val="0"/>
          <w:i w:val="0"/>
        </w:rPr>
        <w:t>‘Cùng lắm là ba bốn tháng. Và trước khi em hỏi, anh vẫn được hưởng nguyên lương, và Hawk nghĩ rằng cả vụ này sẽ bị tòa cười cho thối mũi từ lâu trước đó rồi.’</w:t>
      </w:r>
    </w:p>
    <w:p>
      <w:pPr>
        <w:spacing w:after="80"/>
      </w:pPr>
      <w:r>
        <w:rPr>
          <w:b w:val="0"/>
          <w:i w:val="0"/>
        </w:rPr>
        <w:t>‘Có lẽ anh nên học theo gương của Lamont.’</w:t>
      </w:r>
    </w:p>
    <w:p>
      <w:pPr>
        <w:spacing w:after="80"/>
      </w:pPr>
      <w:r>
        <w:rPr>
          <w:b w:val="0"/>
          <w:i w:val="0"/>
        </w:rPr>
        <w:t>‘Gì cơ, đi làm kẻ gian à?’ William nói, giọng mệt mỏi.</w:t>
      </w:r>
    </w:p>
    <w:p>
      <w:pPr>
        <w:spacing w:after="80"/>
      </w:pPr>
      <w:r>
        <w:rPr>
          <w:b w:val="0"/>
          <w:i w:val="0"/>
        </w:rPr>
        <w:t>‘Không, từ chức. Thế thì sẽ không có cuộc điều tra nào, và anh có thể kiếm một công việc trả lương thực tế hơn cho số giờ anh bỏ ra, lại còn được làm việc với những đồng nghiệp anh có thể tin tưởng.’</w:t>
      </w:r>
    </w:p>
    <w:p>
      <w:pPr>
        <w:spacing w:after="80"/>
      </w:pPr>
      <w:r>
        <w:rPr>
          <w:b w:val="0"/>
          <w:i w:val="0"/>
        </w:rPr>
        <w:t>‘Nhưng làm thế chẳng khác nào thừa nhận anh có tội, mà điều đó sẽ chẳng làm cho việc tìm công việc khác dễ dàng hơn chút nào. Hơn nữa, anh sẽ bị báo chí xử tơi bời.’</w:t>
      </w:r>
    </w:p>
    <w:p>
      <w:pPr>
        <w:spacing w:after="80"/>
      </w:pPr>
      <w:r>
        <w:rPr>
          <w:b w:val="0"/>
          <w:i w:val="0"/>
        </w:rPr>
        <w:t>‘Báo chí có định săn đuổi anh không?’ Beth hỏi, giọng lo lắng.</w:t>
      </w:r>
    </w:p>
    <w:p>
      <w:pPr>
        <w:spacing w:after="80"/>
      </w:pPr>
      <w:r>
        <w:rPr>
          <w:b w:val="0"/>
          <w:i w:val="0"/>
        </w:rPr>
        <w:t>‘Hiện tại thì khó xảy ra. Hawk đã ra một thông báo nội bộ ủng hộ anh hoàn toàn, và đích thân gọi điện cho tất cả các phóng viên chuyên mảng tội phạm hàng đầu ở Fleet Street, khiến họ không còn nghi ngờ gì về việc nên lục lọi ở đâu, đồng thời khéo léo nhắc họ về luật phỉ báng. Và nếu hóa ra anh phải đệ đơn kiện, thì Met sẽ trả tiền. Lần này, danh tiếng ngoan hiền của anh lại có lợi cho anh.’</w:t>
      </w:r>
    </w:p>
    <w:p>
      <w:pPr>
        <w:spacing w:after="80"/>
      </w:pPr>
      <w:r>
        <w:rPr>
          <w:b w:val="0"/>
          <w:i w:val="0"/>
        </w:rPr>
        <w:t>‘Nhưng chắc chắn điều Lamont buộc tội anh là một tội ác chứ?’</w:t>
      </w:r>
    </w:p>
    <w:p>
      <w:pPr>
        <w:spacing w:after="80"/>
      </w:pPr>
      <w:r>
        <w:rPr>
          <w:b w:val="0"/>
          <w:i w:val="0"/>
        </w:rPr>
        <w:t>‘Hawk đã nói rõ rằng không có thủ tục tố tụng hình sự nào được xem xét. Đó là cách ông ấy cho mọi người, kể cả báo chí, biết rằng anh vô tội, và rằng ngón tay đang chỉ sai người.’</w:t>
      </w:r>
    </w:p>
    <w:p>
      <w:pPr>
        <w:spacing w:after="80"/>
      </w:pPr>
      <w:r>
        <w:rPr>
          <w:b w:val="0"/>
          <w:i w:val="0"/>
        </w:rPr>
        <w:t>‘Anh định làm gì trong ba bốn tháng tới?’ Beth hỏi, kìm lại những giọt nước mắt đã thay thế cho cơn giận của cô.</w:t>
      </w:r>
    </w:p>
    <w:p>
      <w:pPr>
        <w:spacing w:after="80"/>
      </w:pPr>
      <w:r>
        <w:rPr>
          <w:b w:val="0"/>
          <w:i w:val="0"/>
        </w:rPr>
        <w:t>‘Cuối cùng thì cũng thành thạo nghệ thuật thay tã, trong khi cho hai cái thùng rác phiên bản người ăn cùng lúc.’</w:t>
      </w:r>
    </w:p>
    <w:p>
      <w:pPr>
        <w:spacing w:after="80"/>
      </w:pPr>
      <w:r>
        <w:rPr>
          <w:b w:val="0"/>
          <w:i w:val="0"/>
        </w:rPr>
        <w:t>‘Mơ đi nhé,’ Beth nói, lấy lại bình tĩnh. ‘Anh sống nổi ba ngày đã là giỏi, chứ đừng nói ba tháng. Nhưng hãy hứa với em một điều.’</w:t>
      </w:r>
    </w:p>
    <w:p>
      <w:pPr>
        <w:spacing w:after="80"/>
      </w:pPr>
      <w:r>
        <w:rPr>
          <w:b w:val="0"/>
          <w:i w:val="0"/>
        </w:rPr>
        <w:t>‘Bất cứ điều gì, em yêu.’</w:t>
      </w:r>
    </w:p>
    <w:p>
      <w:pPr>
        <w:spacing w:after="80"/>
      </w:pPr>
      <w:r>
        <w:rPr>
          <w:b w:val="0"/>
          <w:i w:val="0"/>
        </w:rPr>
        <w:t>‘Có lẽ anh đã quên là tối mai chúng ta sẽ đến Fitzmolean để dự buổi ra mắt bức tranh của Vermeer. Làm ơn đừng nhắc chuyện anh bị đình chỉ với bố mẹ em hay bố mẹ anh, nếu không một dịp lẽ ra phải vui vẻ lại có thể biến thành đám tang mất.’</w:t>
      </w:r>
    </w:p>
    <w:p>
      <w:pPr>
        <w:spacing w:after="80"/>
      </w:pPr>
      <w:r>
        <w:rPr>
          <w:b w:val="0"/>
          <w:i w:val="0"/>
        </w:rPr>
        <w:t>‘Anh sẽ không nói một lời nào cho đến khi chúng ta ăn trưa với bố mẹ anh vào cuối tuần. Mặc dù bố anh và Grace đã đoán được là anh có khả năng bị đình chỉ, nên chuyện đó cũng chẳng khiến họ bất ngờ lắm. Thật ra, họ đã đề nghị làm đội bào chữa cho anh, với Clare làm luật sư của anh.’</w:t>
      </w:r>
    </w:p>
    <w:p>
      <w:pPr>
        <w:spacing w:after="80"/>
      </w:pPr>
      <w:r>
        <w:rPr>
          <w:b w:val="0"/>
          <w:i w:val="0"/>
        </w:rPr>
        <w:t>‘Mong là mọi chuyện không đến mức đó,’ Beth nói, giọng còn lo lắng hơn nữa.</w:t>
      </w:r>
    </w:p>
    <w:p>
      <w:pPr>
        <w:spacing w:after="80"/>
      </w:pPr>
      <w:r>
        <w:rPr>
          <w:b w:val="0"/>
          <w:i w:val="0"/>
        </w:rPr>
        <w:t>William ôm cô vào lòng. Anh ước gì mình có thể nói cho cô biết sự thật.</w:t>
      </w:r>
    </w:p>
    <w:p>
      <w:pPr>
        <w:jc w:val="center"/>
      </w:pPr>
      <w:r>
        <w:drawing>
          <wp:inline xmlns:a="http://schemas.openxmlformats.org/drawingml/2006/main" xmlns:pic="http://schemas.openxmlformats.org/drawingml/2006/picture">
            <wp:extent cx="752475" cy="161926"/>
            <wp:docPr id="41" name="Picture 4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Chỉ huy Hawksby ngồi vào vị trí đầu bàn để chủ trì cuộc họp sáng thứ Hai của đội. Vì William không thể tham dự nên ông không mở đầu bằng lời chào thân mật thường lệ.</w:t>
      </w:r>
    </w:p>
    <w:p>
      <w:pPr>
        <w:spacing w:after="80"/>
      </w:pPr>
      <w:r>
        <w:rPr>
          <w:b w:val="0"/>
          <w:i w:val="0"/>
        </w:rPr>
        <w:t>‘Như mọi người đều biết,’ ông nói, ‘sau lời khai của cựu thanh tra cấp cao Lamont trước tòa dưới lời thề, Thanh tra Warwick đã bị đình chỉ, chờ một cuộc điều tra toàn diện.’</w:t>
      </w:r>
    </w:p>
    <w:p>
      <w:pPr>
        <w:spacing w:after="80"/>
      </w:pPr>
      <w:r>
        <w:rPr>
          <w:b w:val="0"/>
          <w:i w:val="0"/>
        </w:rPr>
        <w:t>‘Thật là một sự sỉ nhục,’ Paul nói. ‘Cứ như thể sa thải Churchill sau khi ông ấy đã thắng Thế chiến thứ Hai vậy.’</w:t>
      </w:r>
    </w:p>
    <w:p>
      <w:pPr>
        <w:spacing w:after="80"/>
      </w:pPr>
      <w:r>
        <w:rPr>
          <w:b w:val="0"/>
          <w:i w:val="0"/>
        </w:rPr>
        <w:t>‘Mà đó chính xác là điều người dân Anh đã làm,’ Hawk nhắc anh ta. ‘Nhưng đừng quên, ông ấy đã trở lại trong vinh quang vào năm 1951, và phục vụ thêm bốn năm nữa. Tuy nhiên, ủy viên cảnh sát đã nói rõ là chúng ta không được tiếp tục điều tra Lamont và Summers trong khi cuộc điều tra Warwick đang diễn ra. Với tinh thần đó, DC Pankhurst sẽ được chuyển sang các nhiệm vụ khác, mà tôi sẽ nói đến ngay sau đây. PC Bailey sẽ tạm thời ở lại Romford, cho đến khi tôi tìm được thời điểm thích hợp để chuyển cô ấy về lại Yard.’</w:t>
      </w:r>
    </w:p>
    <w:p>
      <w:pPr>
        <w:spacing w:after="80"/>
      </w:pPr>
      <w:r>
        <w:rPr>
          <w:b w:val="0"/>
          <w:i w:val="0"/>
        </w:rPr>
        <w:t>‘Có lẽ thế là tốt nhất,’ Nicky nói, ‘vì tôi vẫn chưa tin Summers là kẻ tham nhũng. Mới tuần trước anh ta đã bắt được hai người, trong đó có một tên tội phạm chuyên trộm xe Jaguar, kẻ mà đội chúng ta đã truy lùng suốt bao năm.’</w:t>
      </w:r>
    </w:p>
    <w:p>
      <w:pPr>
        <w:spacing w:after="80"/>
      </w:pPr>
      <w:r>
        <w:rPr>
          <w:b w:val="0"/>
          <w:i w:val="0"/>
        </w:rPr>
        <w:t>Những người còn lại trong đội lắng nghe trong im lặng.</w:t>
      </w:r>
    </w:p>
    <w:p>
      <w:pPr>
        <w:spacing w:after="80"/>
      </w:pPr>
      <w:r>
        <w:rPr>
          <w:b w:val="0"/>
          <w:i w:val="0"/>
        </w:rPr>
        <w:t>‘Có tin đồn,’ Nicky tiếp tục, ‘rằng Summers sắp được đề xuất một bằng khen nữa. Tôi bắt đầu tự hỏi liệu người cung cấp tin cho chúng ta có phải chỉ là một Lamont khác, đang tìm cách trả thù.’</w:t>
      </w:r>
    </w:p>
    <w:p>
      <w:pPr>
        <w:spacing w:after="80"/>
      </w:pPr>
      <w:r>
        <w:rPr>
          <w:b w:val="0"/>
          <w:i w:val="0"/>
        </w:rPr>
        <w:t>‘Rất có thể,’ Hawk nói. ‘Vậy nên tôi sẽ cố đưa cô trở lại Yard mà không để lộ quá rõ là cô đang làm gì.’</w:t>
      </w:r>
    </w:p>
    <w:p>
      <w:pPr>
        <w:spacing w:after="80"/>
      </w:pPr>
      <w:r>
        <w:rPr>
          <w:b w:val="0"/>
          <w:i w:val="0"/>
        </w:rPr>
        <w:t>‘Cảm ơn ngài,’ Nicky nói. ‘Tôi nóng lòng được trở lại đội.’</w:t>
      </w:r>
    </w:p>
    <w:p>
      <w:pPr>
        <w:spacing w:after="80"/>
      </w:pPr>
      <w:r>
        <w:rPr>
          <w:b w:val="0"/>
          <w:i w:val="0"/>
        </w:rPr>
        <w:t>Không phải ai cũng mỉm cười.</w:t>
      </w:r>
    </w:p>
    <w:p>
      <w:pPr>
        <w:spacing w:after="80"/>
      </w:pPr>
      <w:r>
        <w:rPr>
          <w:b w:val="0"/>
          <w:i w:val="0"/>
        </w:rPr>
        <w:t>‘Có tin gì mới từ phòng xử án số một không?’ Jackie hỏi, đổi chủ đề.</w:t>
      </w:r>
    </w:p>
    <w:p>
      <w:pPr>
        <w:spacing w:after="80"/>
      </w:pPr>
      <w:r>
        <w:rPr>
          <w:b w:val="0"/>
          <w:i w:val="0"/>
        </w:rPr>
        <w:t>‘Sau vụ tai nạn xe của Lamont, tôi không tin là bồi thẩm đoàn sẽ mất nhiều thời gian đến thế để đưa ra phán quyết. Nhưng chúng ta vẫn phải lên kế hoạch cho những điều bất ngờ, nên nếu Rashidi bằng cách nào đó thoát được, một trong các bạn sẽ phải theo dõi hắn hai mươi bốn trên bảy, vì một khi hắn ra ngoài tôi chắc hắn sẽ dẫn chúng ta thẳng tới băng giết người mới. Và điều tương tự cũng đúng với Tony Roberts, hay bất kể tên thật của hắn là gì, người mà tôi có cảm giác đã điều hành hoạt động của Rashidi trong thời gian hắn vắng mặt.’</w:t>
      </w:r>
    </w:p>
    <w:p>
      <w:pPr>
        <w:spacing w:after="80"/>
      </w:pPr>
      <w:r>
        <w:rPr>
          <w:b w:val="0"/>
          <w:i w:val="0"/>
        </w:rPr>
        <w:t>‘Cậu ta không đủ thông minh để làm việc đó đâu,’ Paul nói. ‘Cùng lắm thì cậu ta chỉ giữ cho nó chạy cầm chừng cho đến khi Rashidi quay về thôi.’</w:t>
      </w:r>
    </w:p>
    <w:p>
      <w:pPr>
        <w:spacing w:after="80"/>
      </w:pPr>
      <w:r>
        <w:rPr>
          <w:b w:val="0"/>
          <w:i w:val="0"/>
        </w:rPr>
        <w:t>‘Nếu đúng là vậy,’ Chim Ưng nói, ‘thì rốt cuộc chúng ta có thể tóm gọn cả hai. Nếu Roberts thậm chí chỉ mới nghĩ đến việc mở một lò mổ mới, tôi sẽ đóng sập nó trước khi nó kịp cung cấp hàng cho khách đầu tiên. Sau đó chúng ta sẽ nhốt hắn vào một phòng giam nhỏ hơn nhiều so với căn hộ mà hắn khai đã sống suốt mười năm qua, và lần này hắn sẽ không còn số điện thoại nào để nhớ nữa. Nhưng thôi, đừng phí thêm thời gian đoán già đoán non về phán quyết nữa,’ ông nói trong lúc đưa cho mỗi người một tập hồ sơ.</w:t>
      </w:r>
    </w:p>
    <w:p>
      <w:pPr>
        <w:spacing w:after="80"/>
      </w:pPr>
      <w:r>
        <w:rPr>
          <w:b w:val="0"/>
          <w:i w:val="0"/>
        </w:rPr>
        <w:t>‘Xin lỗi ngài,’ Nicky nói. ‘Tôi nên đi thôi. Khoảng vài tiếng nữa tôi phải có mặt lại ở Romford.’</w:t>
      </w:r>
    </w:p>
    <w:p>
      <w:pPr>
        <w:spacing w:after="80"/>
      </w:pPr>
      <w:r>
        <w:rPr>
          <w:b w:val="0"/>
          <w:i w:val="0"/>
        </w:rPr>
        <w:t>‘Không còn lâu nữa đâu,’ Chim Ưng nói khi cô thu dọn hồ sơ. Sau khi Nicky đóng cửa lại, Chim Ưng chờ một lát rồi nói, ‘Giờ cô ấy đã ra ngoài rồi, ta quay lại chương trình ban đầu của chúng ta. Đầu tiên, DI Warwick không bị đình chỉ. Tuy nhiên, tôi cần Lamont, Summers và đặc biệt là PC Bailey tin rằng anh ta đã bị đình chỉ. Với ý đó . . .’</w:t>
      </w:r>
    </w:p>
    <w:p>
      <w:pPr>
        <w:jc w:val="center"/>
      </w:pPr>
      <w:r>
        <w:drawing>
          <wp:inline xmlns:a="http://schemas.openxmlformats.org/drawingml/2006/main" xmlns:pic="http://schemas.openxmlformats.org/drawingml/2006/picture">
            <wp:extent cx="752475" cy="161926"/>
            <wp:docPr id="42" name="Picture 4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Vị chủ tọa kiểm tra một bảng ghi tên từng bồi thẩm viên. Ông đánh dấu vào số bảy. ‘Ông Pugh, có lẽ tôi có thể bắt đầu bằng việc hỏi ông tại sao ông cho rằng ông Rashidi vô tội?’</w:t>
      </w:r>
    </w:p>
    <w:p>
      <w:pPr>
        <w:spacing w:after="80"/>
      </w:pPr>
      <w:r>
        <w:rPr>
          <w:b w:val="0"/>
          <w:i w:val="0"/>
        </w:rPr>
        <w:t>Vị chủ tọa thắc mắc không hiểu tại sao Pugh lại đổi ý, trong khi đầu tuần ông ta còn nói với ông rằng tù chung thân là quá nhẹ cho những kẻ như Rashidi, và gã khốn đó đáng bị treo cổ. Nhưng ông ngồi lại và lắng nghe, hy vọng ông ta sẽ giải thích cú lật kèo đột ngột của mình.</w:t>
      </w:r>
    </w:p>
    <w:p>
      <w:pPr>
        <w:spacing w:after="80"/>
      </w:pPr>
      <w:r>
        <w:rPr>
          <w:b w:val="0"/>
          <w:i w:val="0"/>
        </w:rPr>
        <w:t>‘Tôi muốn bắt đầu,’ Pugh nói, ‘bằng việc nhắc mọi người rằng tất cả những gì chúng ta biết chắc chắn về Assem Rashidi chỉ là ông ta là chủ tịch một công ty danh giá ở City, và chưa từng có tiền án tiền sự gì trong đời. Đến cả vé phạt đỗ xe cũng không, như ông Booth Watson đã chỉ ra.’</w:t>
      </w:r>
    </w:p>
    <w:p>
      <w:pPr>
        <w:spacing w:after="80"/>
      </w:pPr>
      <w:r>
        <w:rPr>
          <w:b w:val="0"/>
          <w:i w:val="0"/>
        </w:rPr>
        <w:t>‘Khó lắm, khi ông ta có tài xế riêng?’ một bồi thẩm viên khác gợi ý.</w:t>
      </w:r>
    </w:p>
    <w:p>
      <w:pPr>
        <w:spacing w:after="80"/>
      </w:pPr>
      <w:r>
        <w:rPr>
          <w:b w:val="0"/>
          <w:i w:val="0"/>
        </w:rPr>
        <w:t>‘Không cần phải nói đùa như vậy,’ Pugh gắt lên. ‘Và tôi buộc phải nói thêm rằng tôi thấy lời khai của Sangster không thuyết phục chút nào, nói nhẹ đi thì là vậy. Lẽ nào chúng ta để vụ án này dựa vào lời của một kẻ nghiện ma túy đã bị tước giấy phép hành nghề y vì cung cấp chất cấm cho bệnh nhân của mình?’</w:t>
      </w:r>
    </w:p>
    <w:p>
      <w:pPr>
        <w:spacing w:after="80"/>
      </w:pPr>
      <w:r>
        <w:rPr>
          <w:b w:val="0"/>
          <w:i w:val="0"/>
        </w:rPr>
        <w:t>‘Có thể đúng là vậy,’ một bồi thẩm viên khác nói, ‘nhưng tôi không chút nghi ngờ rằng anh ta làm việc cho Rashidi.’</w:t>
      </w:r>
    </w:p>
    <w:p>
      <w:pPr>
        <w:spacing w:after="80"/>
      </w:pPr>
      <w:r>
        <w:rPr>
          <w:b w:val="0"/>
          <w:i w:val="0"/>
        </w:rPr>
        <w:t>‘Trong khi đó,’ Pugh tiếp tục, phớt lờ lời ngắt lời, ‘tôi thấy lời khai chân thành của bác sĩ Goddard rất thuyết phục. Một người chuyên nghiệp tận tụy đã nói với chúng ta rằng ông Rashidi đã quyên góp hơn một triệu bảng cho phòng khám của ông ấy. Đó khó có thể là hành động của một trùm ma túy. Và chắc các vị cũng nhận thấy Ngài Julian thậm chí không buồn chất vấn ông ấy.’</w:t>
      </w:r>
    </w:p>
    <w:p>
      <w:pPr>
        <w:spacing w:after="80"/>
      </w:pPr>
      <w:r>
        <w:rPr>
          <w:b w:val="0"/>
          <w:i w:val="0"/>
        </w:rPr>
        <w:t>‘Nhưng còn Roberts thì sao? Rõ ràng anh ta nói dối ngay từ lúc bước vào bục nhân chứng. Các vị không thấy lạ khi anh ta gọi Rashidi là Assem, trong khi anh ta đã nói là không hề quen biết ông ta sao?’</w:t>
      </w:r>
    </w:p>
    <w:p>
      <w:pPr>
        <w:spacing w:after="80"/>
      </w:pPr>
      <w:r>
        <w:rPr>
          <w:b w:val="0"/>
          <w:i w:val="0"/>
        </w:rPr>
        <w:t>‘Các vị có kết tội một người phải ngồi tù suốt quãng đời còn lại chỉ dựa vào bằng chứng mỏng manh như vậy không?’ bà Parish hỏi, lần đầu tiên lên tiếng. ‘Con cái tôi gọi ai cũng bằng tên riêng, kể cả những người nổi tiếng mà chúng chưa từng gặp.’</w:t>
      </w:r>
    </w:p>
    <w:p>
      <w:pPr>
        <w:spacing w:after="80"/>
      </w:pPr>
      <w:r>
        <w:rPr>
          <w:b w:val="0"/>
          <w:i w:val="0"/>
        </w:rPr>
        <w:t>‘Anh ta không biết số điện thoại của căn hộ mà anh ta khai đã sống suốt mười năm qua!’ bồi thẩm viên số tám xen vào.</w:t>
      </w:r>
    </w:p>
    <w:p>
      <w:pPr>
        <w:spacing w:after="80"/>
      </w:pPr>
      <w:r>
        <w:rPr>
          <w:b w:val="0"/>
          <w:i w:val="0"/>
        </w:rPr>
        <w:t>Điều này khiến bà Parish im lặng, nhưng chỉ trong chốc lát.</w:t>
      </w:r>
    </w:p>
    <w:p>
      <w:pPr>
        <w:spacing w:after="80"/>
      </w:pPr>
      <w:r>
        <w:rPr>
          <w:b w:val="0"/>
          <w:i w:val="0"/>
        </w:rPr>
        <w:t>‘Đừng quên,’ bà phản pháo, ‘họ đã cố gài bẫy Rashidi về chỗ ông ta mua bộ com-lê và việc đó đã phản tác dụng thảm hại.’</w:t>
      </w:r>
    </w:p>
    <w:p>
      <w:pPr>
        <w:spacing w:after="80"/>
      </w:pPr>
      <w:r>
        <w:rPr>
          <w:b w:val="0"/>
          <w:i w:val="0"/>
        </w:rPr>
        <w:t>‘Nếu Rashidi vô tội,’ một người phụ nữ khác hỏi, ‘thì tại sao anh ta không đối mặt với Ngài Julian trên ghế nhân chứng?’</w:t>
      </w:r>
    </w:p>
    <w:p>
      <w:pPr>
        <w:spacing w:after="80"/>
      </w:pPr>
      <w:r>
        <w:rPr>
          <w:b w:val="0"/>
          <w:i w:val="0"/>
        </w:rPr>
        <w:t>‘Thẩm phán đã bảo chúng ta bỏ qua điều đó,’ Pugh nhắc cô ấy. ‘Đó là quyền hợp pháp của anh ta khi không phải đưa ra bằng chứng.’</w:t>
      </w:r>
    </w:p>
    <w:p>
      <w:pPr>
        <w:spacing w:after="80"/>
      </w:pPr>
      <w:r>
        <w:rPr>
          <w:b w:val="0"/>
          <w:i w:val="0"/>
        </w:rPr>
        <w:t>‘Nhưng nếu anh ta không phụ trách xưởng ma túy,’ bồi thẩm số hai hỏi, ‘thì nửa đêm anh ta làm gì ở đó?’</w:t>
      </w:r>
    </w:p>
    <w:p>
      <w:pPr>
        <w:spacing w:after="80"/>
      </w:pPr>
      <w:r>
        <w:rPr>
          <w:b w:val="0"/>
          <w:i w:val="0"/>
        </w:rPr>
        <w:t>Vài bồi thẩm gật đầu.</w:t>
      </w:r>
    </w:p>
    <w:p>
      <w:pPr>
        <w:spacing w:after="80"/>
      </w:pPr>
      <w:r>
        <w:rPr>
          <w:b w:val="0"/>
          <w:i w:val="0"/>
        </w:rPr>
        <w:t>‘Tôi chỉ nghĩ anh ta là kẻ xấu thôi,’ bồi thẩm số chín lên tiếng, người mà trưởng bồi thẩm đoàn tưởng đang ngủ.</w:t>
      </w:r>
    </w:p>
    <w:p>
      <w:pPr>
        <w:spacing w:after="80"/>
      </w:pPr>
      <w:r>
        <w:rPr>
          <w:b w:val="0"/>
          <w:i w:val="0"/>
        </w:rPr>
        <w:t>‘Như viên thanh tra đã chỉ ra,’ Pugh nói, ‘anh ta vừa khớp một cách tiện lợi với chân dung của một trùm ma túy.’</w:t>
      </w:r>
    </w:p>
    <w:p>
      <w:pPr>
        <w:spacing w:after="80"/>
      </w:pPr>
      <w:r>
        <w:rPr>
          <w:b w:val="0"/>
          <w:i w:val="0"/>
        </w:rPr>
        <w:t>‘Tôi buộc phải nói rằng,’ bồi thẩm số hai nói, ‘tôi không tin Lamont đã kể cho chúng ta toàn bộ sự thật.’</w:t>
      </w:r>
    </w:p>
    <w:p>
      <w:pPr>
        <w:spacing w:after="80"/>
      </w:pPr>
      <w:r>
        <w:rPr>
          <w:b w:val="0"/>
          <w:i w:val="0"/>
        </w:rPr>
        <w:t>‘Cố đừng quên,’ bà Longstaff, người phản đối thứ ba, xen vào, ‘rằng anh ta sẵn sàng hy sinh sự nghiệp của mình chứ không muốn thấy một người vô tội phải vào tù.’</w:t>
      </w:r>
    </w:p>
    <w:p>
      <w:pPr>
        <w:spacing w:after="80"/>
      </w:pPr>
      <w:r>
        <w:rPr>
          <w:b w:val="0"/>
          <w:i w:val="0"/>
        </w:rPr>
        <w:t>‘Đó là câu chuyện của anh ta, nhưng tôi có cảm giác còn nhiều điều hơn thế.’</w:t>
      </w:r>
    </w:p>
    <w:p>
      <w:pPr>
        <w:spacing w:after="80"/>
      </w:pPr>
      <w:r>
        <w:rPr>
          <w:b w:val="0"/>
          <w:i w:val="0"/>
        </w:rPr>
        <w:t>‘Như thế nào?’ bà Longstaff chất vấn.</w:t>
      </w:r>
    </w:p>
    <w:p>
      <w:pPr>
        <w:spacing w:after="80"/>
      </w:pPr>
      <w:r>
        <w:rPr>
          <w:b w:val="0"/>
          <w:i w:val="0"/>
        </w:rPr>
        <w:t>‘Tôi không biết,’ bồi thẩm số sáu thừa nhận.</w:t>
      </w:r>
    </w:p>
    <w:p>
      <w:pPr>
        <w:spacing w:after="80"/>
      </w:pPr>
      <w:r>
        <w:rPr>
          <w:b w:val="0"/>
          <w:i w:val="0"/>
        </w:rPr>
        <w:t>‘Thẩm phán đã bảo chúng ta đưa ra quyết định dựa trên bằng chứng được trình bày tại tòa, chứ không phải suy đoán,’ trưởng bồi thẩm đoàn nhắc nhở họ.</w:t>
      </w:r>
    </w:p>
    <w:p>
      <w:pPr>
        <w:spacing w:after="80"/>
      </w:pPr>
      <w:r>
        <w:rPr>
          <w:b w:val="0"/>
          <w:i w:val="0"/>
        </w:rPr>
        <w:t>Điều này khiến mọi người im lặng trong vài phút, cho đến khi một bồi thẩm khác lên tiếng.</w:t>
      </w:r>
    </w:p>
    <w:p>
      <w:pPr>
        <w:spacing w:after="80"/>
      </w:pPr>
      <w:r>
        <w:rPr>
          <w:b w:val="0"/>
          <w:i w:val="0"/>
        </w:rPr>
        <w:t>‘Nếu Rashidi chẳng qua chỉ là một khách hàng cuối tuần qua đường, thì tại sao lại giả làm một công nhân nhập cư?’</w:t>
      </w:r>
    </w:p>
    <w:p>
      <w:pPr>
        <w:spacing w:after="80"/>
      </w:pPr>
      <w:r>
        <w:rPr>
          <w:b w:val="0"/>
          <w:i w:val="0"/>
        </w:rPr>
        <w:t>‘Tôi từng bị bắt quả tang trong một nhà thổ,’ Pugh thú nhận. ‘Tôi có thể nói với bạn rằng tôi sẽ giả làm bất cứ thứ gì để chắc chắn vợ tôi không phát hiện ra.’</w:t>
      </w:r>
    </w:p>
    <w:p>
      <w:pPr>
        <w:spacing w:after="80"/>
      </w:pPr>
      <w:r>
        <w:rPr>
          <w:b w:val="0"/>
          <w:i w:val="0"/>
        </w:rPr>
        <w:t>‘Anh ta không có vợ,’ vị bồi thẩm đó đáp trả gay gắt.</w:t>
      </w:r>
    </w:p>
    <w:p>
      <w:pPr>
        <w:spacing w:after="80"/>
      </w:pPr>
      <w:r>
        <w:rPr>
          <w:b w:val="0"/>
          <w:i w:val="0"/>
        </w:rPr>
        <w:t>‘Nhưng cậu ấy có mẹ mà,’ bà Longstaff phản bác.</w:t>
      </w:r>
    </w:p>
    <w:p>
      <w:pPr>
        <w:spacing w:after="80"/>
      </w:pPr>
      <w:r>
        <w:rPr>
          <w:b w:val="0"/>
          <w:i w:val="0"/>
        </w:rPr>
        <w:t>‘Người mà không sẵn lòng ra tòa chỉ để xác nhận con trai mình sống cùng bà ấy ở The Boltons,’ vị chủ tọa nhắc họ.</w:t>
      </w:r>
    </w:p>
    <w:p>
      <w:pPr>
        <w:spacing w:after="80"/>
      </w:pPr>
      <w:r>
        <w:rPr>
          <w:b w:val="0"/>
          <w:i w:val="0"/>
        </w:rPr>
        <w:t>‘Hơn nữa, với tôi Rashidi trông chẳng giống trùm ma túy chút nào,’ bà Longstaff nói thêm.</w:t>
      </w:r>
    </w:p>
    <w:p>
      <w:pPr>
        <w:spacing w:after="80"/>
      </w:pPr>
      <w:r>
        <w:rPr>
          <w:b w:val="0"/>
          <w:i w:val="0"/>
        </w:rPr>
        <w:t>Mấy thành viên bồi thẩm đoàn rên rỉ, và vị chủ tọa nhận ra rằng đạt được một phán quyết nhất trí có lẽ không hề đơn giản như ông tưởng ban đầu. Ông vẫn cảm thấy y như vậy sau khi họ nghỉ trưa. Những lý lẽ cũ vẫn được nêu đi nêu lại suốt buổi chiều, sau khi vị chủ tọa đã nói rõ rằng mọi người phải được phép bày tỏ ý kiến cá nhân. Tuy nhiên, ông không có ý nói rằng cùng một ý kiến được lặp lại nhiều lần.</w:t>
      </w:r>
    </w:p>
    <w:p>
      <w:pPr>
        <w:spacing w:after="80"/>
      </w:pPr>
      <w:r>
        <w:rPr>
          <w:b w:val="0"/>
          <w:i w:val="0"/>
        </w:rPr>
        <w:t>Vị chủ tọa liếc nhìn đồng hồ, và khi một giờ sau, không ai trong ba người phản đối có dấu hiệu thay đổi ý định, ông đề nghị họ gác lại hôm nay và tiếp tục vào sáng hôm sau. Cuối cùng ông đã tìm được một điều mà tất cả đều đồng ý.</w:t>
      </w:r>
    </w:p>
    <w:p>
      <w:pPr>
        <w:jc w:val="center"/>
      </w:pPr>
      <w:r>
        <w:drawing>
          <wp:inline xmlns:a="http://schemas.openxmlformats.org/drawingml/2006/main" xmlns:pic="http://schemas.openxmlformats.org/drawingml/2006/picture">
            <wp:extent cx="752475" cy="161926"/>
            <wp:docPr id="43" name="Picture 4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‘Có phải tôi tưởng tượng không,’ Ngài Julian nói, ‘hay hôm nay William không buồn cạo râu?’</w:t>
      </w:r>
    </w:p>
    <w:p>
      <w:pPr>
        <w:spacing w:after="80"/>
      </w:pPr>
      <w:r>
        <w:rPr>
          <w:b w:val="0"/>
          <w:i w:val="0"/>
        </w:rPr>
        <w:t>‘Tôi nghĩ ông sẽ thấy người ta gọi đó là râu quai nón cách điệu đấy, anh yêu,’ vợ ông đáp. ‘Đang mốt lắm.’</w:t>
      </w:r>
    </w:p>
    <w:p>
      <w:pPr>
        <w:spacing w:after="80"/>
      </w:pPr>
      <w:r>
        <w:rPr>
          <w:b w:val="0"/>
          <w:i w:val="0"/>
        </w:rPr>
        <w:t>‘Ở Nettleford thì không đâu. Cứ cảm ơn trời rằng Chỉ huy Hawksby không có ở đây đi.’</w:t>
      </w:r>
    </w:p>
    <w:p>
      <w:pPr>
        <w:spacing w:after="80"/>
      </w:pPr>
      <w:r>
        <w:rPr>
          <w:b w:val="0"/>
          <w:i w:val="0"/>
        </w:rPr>
        <w:t>‘Nhưng ông ấy có đấy,’ Marjorie nói. ‘Ông ấy và vợ đang ở phía bên kia phòng trưng bày, chiêm ngưỡng bức Rembrandt.’</w:t>
      </w:r>
    </w:p>
    <w:p>
      <w:pPr>
        <w:spacing w:after="80"/>
      </w:pPr>
      <w:r>
        <w:rPr>
          <w:b w:val="0"/>
          <w:i w:val="0"/>
        </w:rPr>
        <w:t>‘Nhắc tôi nhớ tên bà ấy đi,’ Ngài Julian thì thầm.</w:t>
      </w:r>
    </w:p>
    <w:p>
      <w:pPr>
        <w:spacing w:after="80"/>
      </w:pPr>
      <w:r>
        <w:rPr>
          <w:b w:val="0"/>
          <w:i w:val="0"/>
        </w:rPr>
        <w:t>‘Josephine. Còn các con họ là Ben và Alice.’</w:t>
      </w:r>
    </w:p>
    <w:p>
      <w:pPr>
        <w:spacing w:after="80"/>
      </w:pPr>
      <w:r>
        <w:rPr>
          <w:b w:val="0"/>
          <w:i w:val="0"/>
        </w:rPr>
        <w:t>‘Tôi không biết mình sẽ làm gì—’ Ngài Julian bắt đầu nói khi bố mẹ Beth đến chỗ họ.</w:t>
      </w:r>
    </w:p>
    <w:p>
      <w:pPr>
        <w:spacing w:after="80"/>
      </w:pPr>
      <w:r>
        <w:rPr>
          <w:b w:val="0"/>
          <w:i w:val="0"/>
        </w:rPr>
        <w:t>‘Chào buổi tối Arthur, Joanna,’ Ngài Julian nói, hôn lên má mẹ của Beth. ‘Hai người có để ý thấy hôm nay William hình như quên cạo râu không?’</w:t>
      </w:r>
    </w:p>
    <w:p>
      <w:pPr>
        <w:spacing w:after="80"/>
      </w:pPr>
      <w:r>
        <w:rPr>
          <w:b w:val="0"/>
          <w:i w:val="0"/>
        </w:rPr>
        <w:t>‘Đó là tội tử hình à?’ Arthur hỏi, cười toe toét.</w:t>
      </w:r>
    </w:p>
    <w:p>
      <w:pPr>
        <w:spacing w:after="80"/>
      </w:pPr>
      <w:r>
        <w:rPr>
          <w:b w:val="0"/>
          <w:i w:val="0"/>
        </w:rPr>
        <w:t>‘Trong gia đình chúng ta thì đúng thế,’ Marjorie nói. ‘Nhưng quan trọng hơn, Beth thế nào rồi? Con bé có vẻ đang lo lắng về điều gì đó.’</w:t>
      </w:r>
    </w:p>
    <w:p>
      <w:pPr>
        <w:spacing w:after="80"/>
      </w:pPr>
      <w:r>
        <w:rPr>
          <w:b w:val="0"/>
          <w:i w:val="0"/>
        </w:rPr>
        <w:t>‘Mà sao con bé lại không lo chứ?’ Ngài Julian nói. ‘Đâu phải ngày nào bảo tàng cũng khánh thành một bức Vermeer, và chính Beth đã làm nên điều đó.’</w:t>
      </w:r>
    </w:p>
    <w:p>
      <w:pPr>
        <w:spacing w:after="80"/>
      </w:pPr>
      <w:r>
        <w:rPr>
          <w:b w:val="0"/>
          <w:i w:val="0"/>
        </w:rPr>
        <w:t>‘Đúng vậy,’ Arthur nói. ‘Nhưng giống như cô, Marjorie, tôi có cảm giác có điều gì đó cô ấy không nói với chúng ta.’</w:t>
      </w:r>
    </w:p>
    <w:p>
      <w:pPr>
        <w:spacing w:after="80"/>
      </w:pPr>
      <w:r>
        <w:rPr>
          <w:b w:val="0"/>
          <w:i w:val="0"/>
        </w:rPr>
        <w:t>‘Có khi nào cô ấy lại mang thai không?’ Joanna hỏi. ‘Tôi thật mong là vậy, vì tôi rất thích được làm bà ngoại.’</w:t>
      </w:r>
    </w:p>
    <w:p>
      <w:pPr>
        <w:spacing w:after="80"/>
      </w:pPr>
      <w:r>
        <w:rPr>
          <w:b w:val="0"/>
          <w:i w:val="0"/>
        </w:rPr>
        <w:t>‘Tôi cũng thế,’ Marjorie nói. ‘Cặp sinh đôi lớn nhanh quá. Mới hôm qua thôi—’</w:t>
      </w:r>
    </w:p>
    <w:p>
      <w:pPr>
        <w:spacing w:after="80"/>
      </w:pPr>
      <w:r>
        <w:rPr>
          <w:b w:val="0"/>
          <w:i w:val="0"/>
        </w:rPr>
        <w:t>‘Mấy người đang âm mưu gì sau lưng tôi thế?’ Beth hỏi khi bước tới chỗ họ.</w:t>
      </w:r>
    </w:p>
    <w:p>
      <w:pPr>
        <w:spacing w:after="80"/>
      </w:pPr>
      <w:r>
        <w:rPr>
          <w:b w:val="0"/>
          <w:i w:val="0"/>
        </w:rPr>
        <w:t>‘Có lẽ cô có thể giải thích tại sao—’ Ngài Julian bắt đầu.</w:t>
      </w:r>
    </w:p>
    <w:p>
      <w:pPr>
        <w:spacing w:after="80"/>
      </w:pPr>
      <w:r>
        <w:rPr>
          <w:b w:val="0"/>
          <w:i w:val="0"/>
        </w:rPr>
        <w:t>‘Suỵt,’ Marjorie nói, khi một người phục vụ trao cho ông một ly sâm panh.</w:t>
      </w:r>
    </w:p>
    <w:p>
      <w:pPr>
        <w:spacing w:after="80"/>
      </w:pPr>
      <w:r>
        <w:rPr>
          <w:b w:val="0"/>
          <w:i w:val="0"/>
        </w:rPr>
        <w:t>‘Chúng tôi đang nói về cặp sinh đôi,’ mẹ cô nói, ‘và việc chúng lớn nhanh đến mức nào.’</w:t>
      </w:r>
    </w:p>
    <w:p>
      <w:pPr>
        <w:spacing w:after="80"/>
      </w:pPr>
      <w:r>
        <w:rPr>
          <w:b w:val="0"/>
          <w:i w:val="0"/>
        </w:rPr>
        <w:t>‘Artemisia gần như đã biết bò, trong khi anh trai cô bé thì đứng nhìn . . .’</w:t>
      </w:r>
    </w:p>
    <w:p>
      <w:pPr>
        <w:spacing w:after="80"/>
      </w:pPr>
      <w:r>
        <w:rPr>
          <w:b w:val="0"/>
          <w:i w:val="0"/>
        </w:rPr>
        <w:t>Tiếng gõ mạnh của chiếc búa chủ tọa trên bục giảng khiến tất cả quay lại, và họ thấy giám đốc bảo tàng đang đứng trên một bệ cao, mỉm cười nhìn xuống họ.</w:t>
      </w:r>
    </w:p>
    <w:p>
      <w:pPr>
        <w:spacing w:after="80"/>
      </w:pPr>
      <w:r>
        <w:rPr>
          <w:b w:val="0"/>
          <w:i w:val="0"/>
        </w:rPr>
        <w:t xml:space="preserve">‘Chào buổi tối, thưa quý vị,’ ông bắt đầu. ‘Cảm ơn quý vị đã đến với chúng tôi trong dịp trọng đại này. Chỉ vài phút nữa, chúng ta sẽ khánh thành tác phẩm mới nhất của phòng trưng bày, </w:t>
      </w:r>
      <w:r>
        <w:rPr>
          <w:b w:val="0"/>
          <w:i/>
        </w:rPr>
        <w:t>The White Lace Collar</w:t>
      </w:r>
      <w:r>
        <w:rPr>
          <w:b w:val="0"/>
          <w:i w:val="0"/>
        </w:rPr>
        <w:t xml:space="preserve"> của Vermeer, một món quà tặng được thực hiện nhờ nhà hảo tâm hào phóng nhất của chúng ta, Christina Faulkner.’</w:t>
      </w:r>
    </w:p>
    <w:p>
      <w:pPr>
        <w:spacing w:after="80"/>
      </w:pPr>
      <w:r>
        <w:rPr>
          <w:b w:val="0"/>
          <w:i w:val="0"/>
        </w:rPr>
        <w:t>Một tràng pháo tay nồng nhiệt vang lên, và William đưa mắt nhìn khắp phòng, thấy Christina đang đứng cạnh một quý ông trông thật nổi bật, cao có lẽ hơn sáu feet một chút, và lớn tuổi hơn hẳn những người bạn đồng hành thường thấy của cô. Bộ râu trắng được tỉa gọn gàng, mái tóc hoa râm và khuôn mặt rám nắng của ông cho thấy ông đã dành nhiều thời gian trên biển hơn là trên bờ.</w:t>
      </w:r>
    </w:p>
    <w:p>
      <w:pPr>
        <w:spacing w:after="80"/>
      </w:pPr>
      <w:r>
        <w:rPr>
          <w:b w:val="0"/>
          <w:i w:val="0"/>
        </w:rPr>
        <w:t>‘Nhưng trước khi chúng ta khánh thành kiệt tác này, tôi có một thông báo. Sam Waterstone, Người Giữ Tranh, sẽ nghỉ hưu vào cuối tháng này, sau hơn ba mươi năm phục vụ tại Fitzmolean, nên tôi thấy thật thích hợp khi để ông ấy thực hiện nghi thức khánh thành.’</w:t>
      </w:r>
    </w:p>
    <w:p>
      <w:pPr>
        <w:spacing w:after="80"/>
      </w:pPr>
      <w:r>
        <w:rPr>
          <w:b w:val="0"/>
          <w:i w:val="0"/>
        </w:rPr>
        <w:t>Beth mỉm cười khi trưởng bộ phận của cô thong thả bước tới micro, trông như một ông thầy giáo lôi thôi. Ông hướng ánh mắt học giả về phía các vị khách như thể họ là một đám học trò ngỗ nghịch.</w:t>
      </w:r>
    </w:p>
    <w:p>
      <w:pPr>
        <w:spacing w:after="80"/>
      </w:pPr>
      <w:r>
        <w:rPr>
          <w:b w:val="0"/>
          <w:i w:val="0"/>
        </w:rPr>
        <w:t>‘Cảm ơn, Tim,’ ông bắt đầu. ‘Johannes Vermeer xứ Delft chắc chắn là một trong những bậc thầy hàng đầu của Hà Lan thế kỷ mười bảy. Đáng buồn thay, ông chỉ sống đến năm bốn mươi ba tuổi, và chỉ có ba mươi bốn bức tranh của ông còn tồn tại, nên chúng ta thật may mắn khi sở hữu một trong số đó.’</w:t>
      </w:r>
    </w:p>
    <w:p>
      <w:pPr>
        <w:spacing w:after="80"/>
      </w:pPr>
      <w:r>
        <w:rPr>
          <w:b w:val="0"/>
          <w:i w:val="0"/>
        </w:rPr>
        <w:t xml:space="preserve">Không nói thêm lời nào, ông lùi lại và kéo một sợi dây. Một đôi rèm nhung tách ra để lộ </w:t>
      </w:r>
      <w:r>
        <w:rPr>
          <w:b w:val="0"/>
          <w:i/>
        </w:rPr>
        <w:t>The White Lace Collar</w:t>
      </w:r>
      <w:r>
        <w:rPr>
          <w:b w:val="0"/>
          <w:i w:val="0"/>
        </w:rPr>
        <w:t>.</w:t>
      </w:r>
    </w:p>
    <w:p>
      <w:pPr>
        <w:spacing w:after="80"/>
      </w:pPr>
      <w:r>
        <w:rPr>
          <w:b w:val="0"/>
          <w:i w:val="0"/>
        </w:rPr>
        <w:t>Những tiếng xuýt xoa vang lên, tiếp theo là tràng pháo tay vang dội.</w:t>
      </w:r>
    </w:p>
    <w:p>
      <w:pPr>
        <w:spacing w:after="80"/>
      </w:pPr>
      <w:r>
        <w:rPr>
          <w:b w:val="0"/>
          <w:i w:val="0"/>
        </w:rPr>
        <w:t>‘Cảm ơn Sam,’ vị giám đốc nói, rồi quay sang khán giả, ông nói thêm, ‘Trước khi để tất cả các bạn tiếp tục tận hưởng dịp đặc biệt này, tôi có một thông báo nữa, và tôi nghi rằng nó sẽ không làm một số người trong các bạn hoàn toàn bất ngờ. Tôi rất vui mừng được thông báo rằng người kế nhiệm Sam với vai trò Người Giữ Tranh sẽ chính là người của chúng ta, và rất đặc biệt, Beth Warwick.’</w:t>
      </w:r>
    </w:p>
    <w:p>
      <w:pPr>
        <w:spacing w:after="80"/>
      </w:pPr>
      <w:r>
        <w:rPr>
          <w:b w:val="0"/>
          <w:i w:val="0"/>
        </w:rPr>
        <w:t>Lần này tiếng vỗ tay còn lớn hơn, và vài người quay lại mỉm cười với Người Giữ Tranh mới.</w:t>
      </w:r>
    </w:p>
    <w:p>
      <w:pPr>
        <w:spacing w:after="80"/>
      </w:pPr>
      <w:r>
        <w:rPr>
          <w:b w:val="0"/>
          <w:i w:val="0"/>
        </w:rPr>
        <w:t>‘Beth,’ vị giám đốc tiếp tục, ‘đã đóng vai trò chủ chốt trong việc giành được ba kiệt tác quý giá nhất của bảo tàng: bức Rubens thất lạc từ lâu, bức Rembrandt huyền thoại, và giờ là bức Vermeer tuyệt đẹp này. Khi Sam đề xuất Betty nên thay ông ấy, tôi chỉ mất một nano giây để đồng ý, và hội đồng quản trị đã xác nhận việc bổ nhiệm cô ấy sáng nay.’</w:t>
      </w:r>
    </w:p>
    <w:p>
      <w:pPr>
        <w:spacing w:after="80"/>
      </w:pPr>
      <w:r>
        <w:rPr>
          <w:b w:val="0"/>
          <w:i w:val="0"/>
        </w:rPr>
        <w:t>William siết tay Beth. ‘Anh rất tự hào về em, Người Giữ Tranh,’ anh nói, khi những người còn lại trong gia đình tụ lại chúc mừng cô.</w:t>
      </w:r>
    </w:p>
    <w:p>
      <w:pPr>
        <w:spacing w:after="80"/>
      </w:pPr>
      <w:r>
        <w:rPr>
          <w:b w:val="0"/>
          <w:i w:val="0"/>
        </w:rPr>
        <w:t>‘Em không thể làm được nếu không có anh và Christina,’ cô thì thầm.</w:t>
      </w:r>
    </w:p>
    <w:p>
      <w:pPr>
        <w:spacing w:after="80"/>
      </w:pPr>
      <w:r>
        <w:rPr>
          <w:b w:val="0"/>
          <w:i w:val="0"/>
        </w:rPr>
        <w:t>‘Chưa kể Miles Faulkner,’ William nói, ‘người đã chết thật đúng lúc.’</w:t>
      </w:r>
    </w:p>
    <w:p>
      <w:pPr>
        <w:spacing w:after="80"/>
      </w:pPr>
      <w:r>
        <w:rPr>
          <w:b w:val="0"/>
          <w:i w:val="0"/>
        </w:rPr>
        <w:t>‘Tôi cũng đóng một vai nhỏ,’ Chỉ huy Hawksby nhắc họ, khi ông bắt tay Beth và gửi lời chúc mừng.</w:t>
      </w:r>
    </w:p>
    <w:p>
      <w:pPr>
        <w:spacing w:after="80"/>
      </w:pPr>
      <w:r>
        <w:rPr>
          <w:b w:val="0"/>
          <w:i w:val="0"/>
        </w:rPr>
        <w:t>‘Hoặc ít nhất đó là những gì tôi đã nói với ủy viên của Met,’ William nói, giọng cộc lốc. Anh lập tức hối hận về lời mình vừa nói, cho đến khi mọi người, kể cả Hawk, phá lên cười.</w:t>
      </w:r>
    </w:p>
    <w:p>
      <w:pPr>
        <w:spacing w:after="80"/>
      </w:pPr>
      <w:r>
        <w:rPr>
          <w:b w:val="0"/>
          <w:i w:val="0"/>
        </w:rPr>
        <w:t>‘Arsenal đấu với Chelsea, cùng giờ, chỗ quen thuộc,’ Hawksby thì thầm với William, trước khi bước đi để ngắm kỹ hơn bức Vermeer.</w:t>
      </w:r>
    </w:p>
    <w:p>
      <w:pPr>
        <w:spacing w:after="80"/>
      </w:pPr>
      <w:r>
        <w:rPr>
          <w:b w:val="0"/>
          <w:i w:val="0"/>
        </w:rPr>
        <w:t>‘Chúc mừng nhiều nhé, em yêu,’ một giọng nói vang lên từ phía sau cô. Beth quay lại và thấy Christina cùng một quý ông trông rất sang trọng đang tiến về phía mình.</w:t>
      </w:r>
    </w:p>
    <w:p>
      <w:pPr>
        <w:spacing w:after="80"/>
      </w:pPr>
      <w:r>
        <w:rPr>
          <w:b w:val="0"/>
          <w:i w:val="0"/>
        </w:rPr>
        <w:t>‘Cảm ơn Christina. Và phòng trưng bày sẽ mãi mãi mang ơn nhà hảo tâm hào phóng nhất của mình.’</w:t>
      </w:r>
    </w:p>
    <w:p>
      <w:pPr>
        <w:spacing w:after="80"/>
      </w:pPr>
      <w:r>
        <w:rPr>
          <w:b w:val="0"/>
          <w:i w:val="0"/>
        </w:rPr>
        <w:t>‘Tất cả đều nhờ William,’ cô đáp. ‘Nếu anh ấy không chứng minh được rằng những bức tranh của Miles không bị phá hủy sau khi anh ta đốt cháy Limpton Hall, thì tôi đã là một kẻ lang thang không một xu dính túi.’</w:t>
      </w:r>
    </w:p>
    <w:p>
      <w:pPr>
        <w:spacing w:after="80"/>
      </w:pPr>
      <w:r>
        <w:rPr>
          <w:b w:val="0"/>
          <w:i w:val="0"/>
        </w:rPr>
        <w:t>‘Và lạc lõng nữa, điều đó chắc chắn không hợp với cô,’ William nói, cúi xuống hôn lên cả hai má cô.</w:t>
      </w:r>
    </w:p>
    <w:p>
      <w:pPr>
        <w:spacing w:after="80"/>
      </w:pPr>
      <w:r>
        <w:rPr>
          <w:b w:val="0"/>
          <w:i w:val="0"/>
        </w:rPr>
        <w:t>‘Tôi muốn giới thiệu với anh Đại úy Ralph Neville,’ Christina nói. Người bạn đồng hành của cô bước tới và bắt tay William và Beth khá trang trọng.</w:t>
      </w:r>
    </w:p>
    <w:p>
      <w:pPr>
        <w:spacing w:after="80"/>
      </w:pPr>
      <w:r>
        <w:rPr>
          <w:b w:val="0"/>
          <w:i w:val="0"/>
        </w:rPr>
        <w:t>‘Cho phép tôi gửi lời chúc mừng về việc bổ nhiệm của bà, bà Warwick,’ ông nói. ‘Nhưng thật lòng mà nói, điều đó không làm tôi quá bất ngờ sau tất cả những gì Christina đã kể về bà.’</w:t>
      </w:r>
    </w:p>
    <w:p>
      <w:pPr>
        <w:spacing w:after="80"/>
      </w:pPr>
      <w:r>
        <w:rPr>
          <w:b w:val="0"/>
          <w:i w:val="0"/>
        </w:rPr>
        <w:t>‘Christina!’ vị giám đốc nói khi ông hối hả bước tới. ‘Tôi biết bắt đầu cảm ơn cô từ đâu đây?’</w:t>
      </w:r>
    </w:p>
    <w:p>
      <w:pPr>
        <w:spacing w:after="80"/>
      </w:pPr>
      <w:r>
        <w:rPr>
          <w:b w:val="0"/>
          <w:i w:val="0"/>
        </w:rPr>
        <w:t>‘Rất hân hạnh, Tim. Cho tôi giới thiệu vị khách của tôi, Đại úy Ralph Neville.’</w:t>
      </w:r>
    </w:p>
    <w:p>
      <w:pPr>
        <w:spacing w:after="80"/>
      </w:pPr>
      <w:r>
        <w:rPr>
          <w:b w:val="0"/>
          <w:i w:val="0"/>
        </w:rPr>
        <w:t>‘Chào buổi tối, thưa ngài,’ Neville nói, trong khi William và Beth lẻn đi để ngắm kỹ hơn bức tranh Vermeer.</w:t>
      </w:r>
    </w:p>
    <w:p>
      <w:pPr>
        <w:spacing w:after="80"/>
      </w:pPr>
      <w:r>
        <w:rPr>
          <w:b w:val="0"/>
          <w:i w:val="0"/>
        </w:rPr>
        <w:t>‘Và tôi cứ tưởng chỉ có mình tôi biết giữ bí mật,’ William nói. ‘Anh thậm chí còn không hé lộ rằng anh có thể được bổ nhiệm làm Người Giữ Tranh, hay rằng Christina có một người hộ tống mới.’</w:t>
      </w:r>
    </w:p>
    <w:p>
      <w:pPr>
        <w:spacing w:after="80"/>
      </w:pPr>
      <w:r>
        <w:rPr>
          <w:b w:val="0"/>
          <w:i w:val="0"/>
        </w:rPr>
        <w:t>‘Tôi chưa đủ tự tin để kể với anh về việc thăng chức, và chỉ mới biết về Đại úy Neville khá gần đây. Thật ra đây là lần đầu tiên tôi gặp anh ấy.’</w:t>
      </w:r>
    </w:p>
    <w:p>
      <w:pPr>
        <w:spacing w:after="80"/>
      </w:pPr>
      <w:r>
        <w:rPr>
          <w:b w:val="0"/>
          <w:i w:val="0"/>
        </w:rPr>
        <w:t>‘Tôi thích cái dáng vẻ của anh ta đấy,’ William châm chọc, vay mượn một trong những cách nói của cha mình.</w:t>
      </w:r>
    </w:p>
    <w:p>
      <w:pPr>
        <w:spacing w:after="80"/>
      </w:pPr>
      <w:r>
        <w:rPr>
          <w:b w:val="0"/>
          <w:i w:val="0"/>
        </w:rPr>
        <w:t>‘Thật là hợp lý. Hóa ra Ralph từng là đại úy trong Hải quân Hoàng gia, mới nghỉ hưu gần đây.’</w:t>
      </w:r>
    </w:p>
    <w:p>
      <w:pPr>
        <w:spacing w:after="80"/>
      </w:pPr>
      <w:r>
        <w:rPr>
          <w:b w:val="0"/>
          <w:i w:val="0"/>
        </w:rPr>
        <w:t>‘Và anh ta trông cứ như thể muốn thả neo xuống, nếu chưa thả rồi ấy chứ,’ William nói thêm.</w:t>
      </w:r>
    </w:p>
    <w:p>
      <w:pPr>
        <w:spacing w:after="80"/>
      </w:pPr>
      <w:r>
        <w:rPr>
          <w:b w:val="0"/>
          <w:i w:val="0"/>
        </w:rPr>
        <w:t>‘Cư xử cho đàng hoàng đi, đồ người hang động,’ Beth nói, nhìn quanh thấy Christina và viên đại úy đang trò chuyện với giám đốc.</w:t>
      </w:r>
    </w:p>
    <w:p>
      <w:pPr>
        <w:spacing w:after="80"/>
      </w:pPr>
      <w:r>
        <w:rPr>
          <w:b w:val="0"/>
          <w:i w:val="0"/>
        </w:rPr>
        <w:t>‘Hơi tương phản với người chồng quá cố không được thương tiếc của cô ấy nhỉ,’ William nói.</w:t>
      </w:r>
    </w:p>
    <w:p>
      <w:pPr>
        <w:spacing w:after="80"/>
      </w:pPr>
      <w:r>
        <w:rPr>
          <w:b w:val="0"/>
          <w:i w:val="0"/>
        </w:rPr>
        <w:t>‘Chưa kể đến cả một dãy trai trẻ đã bám lấy cô ấy gần đây.’</w:t>
      </w:r>
    </w:p>
    <w:p>
      <w:pPr>
        <w:spacing w:after="80"/>
      </w:pPr>
      <w:r>
        <w:rPr>
          <w:b w:val="0"/>
          <w:i w:val="0"/>
        </w:rPr>
        <w:t>‘Tôi nghĩ cô ấy luôn biết mình nhận được gì để đổi lại.’</w:t>
      </w:r>
    </w:p>
    <w:p>
      <w:pPr>
        <w:spacing w:after="80"/>
      </w:pPr>
      <w:r>
        <w:rPr>
          <w:b w:val="0"/>
          <w:i w:val="0"/>
        </w:rPr>
        <w:t>‘Người này trông có vẻ hứa hẹn hơn một chút,’ Beth nói. ‘Vậy hãy mừng cho cô ấy.’</w:t>
      </w:r>
    </w:p>
    <w:p>
      <w:pPr>
        <w:spacing w:after="80"/>
      </w:pPr>
      <w:r>
        <w:rPr>
          <w:b w:val="0"/>
          <w:i w:val="0"/>
        </w:rPr>
        <w:t>‘Tôi dám hỏi không, vì anh có vẻ giấu tôi bao nhiêu thứ, rằng liệu tất cả những bức tranh khác cũng đã được trả lại cho Christina chưa?’</w:t>
      </w:r>
    </w:p>
    <w:p>
      <w:pPr>
        <w:spacing w:after="80"/>
      </w:pPr>
      <w:r>
        <w:rPr>
          <w:b w:val="0"/>
          <w:i w:val="0"/>
        </w:rPr>
        <w:t>‘Toàn bộ bộ sưu tập, cô ấy bảo tôi thế. Tôi nghĩ Christina dự định bán hết chúng và tiếp tục sống theo một cách mà ít ai trong chúng ta dám mơ tới.’</w:t>
      </w:r>
    </w:p>
    <w:p>
      <w:pPr>
        <w:spacing w:after="80"/>
      </w:pPr>
      <w:r>
        <w:rPr>
          <w:b w:val="0"/>
          <w:i w:val="0"/>
        </w:rPr>
        <w:t>‘Vậy thì hãy hy vọng Đại úy Neville không hóa ra lại là một kẻ đào mỏ khác,’ William nói, nhìn kỹ hơn người đàn ông mới trong đời Christina.</w:t>
      </w:r>
    </w:p>
    <w:p>
      <w:pPr>
        <w:jc w:val="center"/>
      </w:pPr>
      <w:r>
        <w:drawing>
          <wp:inline xmlns:a="http://schemas.openxmlformats.org/drawingml/2006/main" xmlns:pic="http://schemas.openxmlformats.org/drawingml/2006/picture">
            <wp:extent cx="752475" cy="161926"/>
            <wp:docPr id="44" name="Picture 4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‘Chúng tôi sắp đi Monte Carlo vài ngày,’ Christina đang nói với giám đốc. ‘Ralph rất mong được thấy cái tổ ấm nhỏ của tôi.’</w:t>
      </w:r>
    </w:p>
    <w:p>
      <w:pPr>
        <w:spacing w:after="80"/>
      </w:pPr>
      <w:r>
        <w:rPr>
          <w:b w:val="0"/>
          <w:i w:val="0"/>
        </w:rPr>
        <w:t>‘William đâu có mô tả ngôi nhà Monte Carlo của bà như vậy,’ Tim nói. ‘Nghe cứ như một cung điện chứa đầy kiệt tác ấy.’</w:t>
      </w:r>
    </w:p>
    <w:p>
      <w:pPr>
        <w:spacing w:after="80"/>
      </w:pPr>
      <w:r>
        <w:rPr>
          <w:b w:val="0"/>
          <w:i w:val="0"/>
        </w:rPr>
        <w:t>‘À, điều đó thì tôi phải cảm ơn người chồng quá cố đáng kính của mình. Vì mấy bức tranh sẽ chẳng còn ở đây lâu nữa, nên anh phải đến xem khi còn có dịp.’</w:t>
      </w:r>
    </w:p>
    <w:p>
      <w:pPr>
        <w:spacing w:after="80"/>
      </w:pPr>
      <w:r>
        <w:rPr>
          <w:b w:val="0"/>
          <w:i w:val="0"/>
        </w:rPr>
        <w:t>‘Không gì làm tôi vui hơn,’ Tim nói, dù Beth đã cảnh báo anh rằng Christina định bán toàn bộ bộ sưu tập.</w:t>
      </w:r>
    </w:p>
    <w:p>
      <w:pPr>
        <w:spacing w:after="80"/>
      </w:pPr>
      <w:r>
        <w:rPr>
          <w:b w:val="0"/>
          <w:i w:val="0"/>
        </w:rPr>
        <w:t>‘E rằng chúng tôi sẽ phải đi khá sớm,’ Christina nói. ‘Sáng mai chúng tôi bắt chuyến bay sớm đến Nice và sẽ không về cho đến sau Giáng sinh. Nhưng đầu năm mới tôi dự định tổ chức một bữa tối cho vài người bạn, và rất mong anh có thể tham gia.’</w:t>
      </w:r>
    </w:p>
    <w:p>
      <w:pPr>
        <w:spacing w:after="80"/>
      </w:pPr>
      <w:r>
        <w:rPr>
          <w:b w:val="0"/>
          <w:i w:val="0"/>
        </w:rPr>
        <w:t>‘Tôi sẽ rất mong chờ,’ Tim nói, hơi cúi đầu chào bà trước khi rời đi để hòa mình vào những vị khách khác.</w:t>
      </w:r>
    </w:p>
    <w:p>
      <w:pPr>
        <w:spacing w:after="80"/>
      </w:pPr>
      <w:r>
        <w:rPr>
          <w:b w:val="0"/>
          <w:i w:val="0"/>
        </w:rPr>
        <w:t>‘Mình lẻn đi thôi,’ Christina nói. ‘Chúng ta ở đây đủ lâu rồi.’</w:t>
      </w:r>
    </w:p>
    <w:p>
      <w:pPr>
        <w:spacing w:after="80"/>
      </w:pPr>
      <w:r>
        <w:rPr>
          <w:b w:val="0"/>
          <w:i w:val="0"/>
        </w:rPr>
        <w:t>Bà và vị thuyền trưởng nắm tay nhau, chậm rãi bước qua căn phòng, rời khỏi phòng tranh, đi xuống cầu thang trải thảm rộng rãi và ra phố.</w:t>
      </w:r>
    </w:p>
    <w:p>
      <w:pPr>
        <w:spacing w:after="80"/>
      </w:pPr>
      <w:r>
        <w:rPr>
          <w:b w:val="0"/>
          <w:i w:val="0"/>
        </w:rPr>
        <w:t>Tài xế của Christina mở cửa sau chiếc Rolls để họ bước vào, rồi quay lại ghế lái. Ông từ tốn cho xe lăn bánh và hòa vào dòng xe buổi chiều muộn, nhưng mãi đến khi rẽ vào góc phố, Christina mới nhìn người bạn đồng hành và nói: ‘Anh có nghĩ chúng ta thoát được rồi không?’</w:t>
      </w:r>
    </w:p>
    <w:p>
      <w:pPr>
        <w:pStyle w:val="Heading2"/>
      </w:pPr>
      <w:r>
        <w:rPr>
          <w:rFonts w:ascii="Calibri" w:hAnsi="Calibri"/>
          <w:b/>
          <w:i w:val="0"/>
          <w:sz w:val="32"/>
        </w:rPr>
        <w:t>18</w:t>
      </w:r>
    </w:p>
    <w:p>
      <w:pPr>
        <w:spacing w:after="80"/>
      </w:pPr>
      <w:r>
        <w:rPr>
          <w:b w:val="0"/>
          <w:i w:val="0"/>
        </w:rPr>
        <w:t>‘CHÀO BUỔI SÁNG, bà Faulkner. Thật vui được gặp bà.’</w:t>
      </w:r>
    </w:p>
    <w:p>
      <w:pPr>
        <w:spacing w:after="80"/>
      </w:pPr>
      <w:r>
        <w:rPr>
          <w:b w:val="0"/>
          <w:i w:val="0"/>
        </w:rPr>
        <w:t>Christina phải khâm phục cách Booth Watson có thể nói dối không chút xấu hổ mà vẫn giữ vẻ mặt tỉnh bơ. Bà ngồi xuống chiếc ghế đối diện ông ta, nhưng không đáp lại lời chào.</w:t>
      </w:r>
    </w:p>
    <w:p>
      <w:pPr>
        <w:spacing w:after="80"/>
      </w:pPr>
      <w:r>
        <w:rPr>
          <w:b w:val="0"/>
          <w:i w:val="0"/>
        </w:rPr>
        <w:t>‘Miles cảm thấy chúng ta nên gặp nhau để tránh mọi hiểu lầm có thể xảy ra trong tương lai.’</w:t>
      </w:r>
    </w:p>
    <w:p>
      <w:pPr>
        <w:spacing w:after="80"/>
      </w:pPr>
      <w:r>
        <w:rPr>
          <w:b w:val="0"/>
          <w:i w:val="0"/>
        </w:rPr>
        <w:t>‘Ông ấy thật chu đáo,’ Christina nói.</w:t>
      </w:r>
    </w:p>
    <w:p>
      <w:pPr>
        <w:spacing w:after="80"/>
      </w:pPr>
      <w:r>
        <w:rPr>
          <w:b w:val="0"/>
          <w:i w:val="0"/>
        </w:rPr>
        <w:t>‘Như bà biết, ông ấy sẵn lòng làm cho cuộc sống của bà thoải mái nhất có thể,’ Booth Watson nói, phớt lờ lời châm chọc, ‘nhưng đổi lại, ông ấy sẽ mong bà tuân thủ một số quy tắc.’</w:t>
      </w:r>
    </w:p>
    <w:p>
      <w:pPr>
        <w:spacing w:after="80"/>
      </w:pPr>
      <w:r>
        <w:rPr>
          <w:b w:val="0"/>
          <w:i w:val="0"/>
        </w:rPr>
        <w:t>‘Như những gì?’</w:t>
      </w:r>
    </w:p>
    <w:p>
      <w:pPr>
        <w:spacing w:after="80"/>
      </w:pPr>
      <w:r>
        <w:rPr>
          <w:b w:val="0"/>
          <w:i w:val="0"/>
        </w:rPr>
        <w:t>‘Ông ấy sẽ mua cho bà một ngôi nhà ở vùng nông thôn, tiếp tục trả tiền thuê căn hộ ở Chelsea, và chu cấp cho bà một khoản thu nhập một ngàn bảng mỗi tuần. Và tất nhiên bà sẽ được giữ xe và tài xế.’</w:t>
      </w:r>
    </w:p>
    <w:p>
      <w:pPr>
        <w:spacing w:after="80"/>
      </w:pPr>
      <w:r>
        <w:rPr>
          <w:b w:val="0"/>
          <w:i w:val="0"/>
        </w:rPr>
        <w:t>‘Còn nửa triệu mà chúng ta đã thỏa thuận trong thỏa thuận ly hôn thì sao?’</w:t>
      </w:r>
    </w:p>
    <w:p>
      <w:pPr>
        <w:spacing w:after="80"/>
      </w:pPr>
      <w:r>
        <w:rPr>
          <w:b w:val="0"/>
          <w:i w:val="0"/>
        </w:rPr>
        <w:t>‘Một thỏa thuận mà đáng tiếc là chưa bao giờ được chính thức hóa. Dù sao đi nữa, gần đây cô đã bán mảnh đất ở khu Limpton Hall với giá –’ ông ta kiểm tra con số – ‘bảy trăm bảy mươi nghìn bảng, nên cô đâu đến nỗi túng thiếu,’ ông ta nói thêm.</w:t>
      </w:r>
    </w:p>
    <w:p>
      <w:pPr>
        <w:spacing w:after="80"/>
      </w:pPr>
      <w:r>
        <w:rPr>
          <w:b w:val="0"/>
          <w:i w:val="0"/>
        </w:rPr>
        <w:t>‘Tôi sẽ cần ít nhất hai nghìn bảng một tuần để trang trải chi phí sinh hoạt. Điều đó cũng đã được thỏa thuận trong thỏa thuận ly hôn của chúng ta, phòng khi ông quên.’</w:t>
      </w:r>
    </w:p>
    <w:p>
      <w:pPr>
        <w:spacing w:after="80"/>
      </w:pPr>
      <w:r>
        <w:rPr>
          <w:b w:val="0"/>
          <w:i w:val="0"/>
        </w:rPr>
        <w:t>‘Miles đã lường trước cô có thể nói vậy, và là một người hào phóng, anh ta sẽ đồng ý mười lăm trăm một tuần.’</w:t>
      </w:r>
    </w:p>
    <w:p>
      <w:pPr>
        <w:spacing w:after="80"/>
      </w:pPr>
      <w:r>
        <w:rPr>
          <w:b w:val="0"/>
          <w:i w:val="0"/>
        </w:rPr>
        <w:t>‘Còn những bức tranh thì sao? Một nửa trong số đó thuộc về tôi.’</w:t>
      </w:r>
    </w:p>
    <w:p>
      <w:pPr>
        <w:spacing w:after="80"/>
      </w:pPr>
      <w:r>
        <w:rPr>
          <w:b w:val="0"/>
          <w:i w:val="0"/>
        </w:rPr>
        <w:t>‘Hữu thực vi chủ (Possession is nine tenths of the law). Và giờ chúng đã nằm ngoài tầm với của cô rồi.’</w:t>
      </w:r>
    </w:p>
    <w:p>
      <w:pPr>
        <w:spacing w:after="80"/>
      </w:pPr>
      <w:r>
        <w:rPr>
          <w:b w:val="0"/>
          <w:i w:val="0"/>
        </w:rPr>
        <w:t>‘Hai nghìn một tuần.’</w:t>
      </w:r>
    </w:p>
    <w:p>
      <w:pPr>
        <w:spacing w:after="80"/>
      </w:pPr>
      <w:r>
        <w:rPr>
          <w:b w:val="0"/>
          <w:i w:val="0"/>
        </w:rPr>
        <w:t>‘Được thôi. Miễn là cô không cố gắng đòi lại bức Vermeer từ bảo tàng Fitzmolean nếu vì bất kỳ lý do gì cô lâm vào cảnh khó khăn.’</w:t>
      </w:r>
    </w:p>
    <w:p>
      <w:pPr>
        <w:spacing w:after="80"/>
      </w:pPr>
      <w:r>
        <w:rPr>
          <w:b w:val="0"/>
          <w:i w:val="0"/>
        </w:rPr>
        <w:t>‘Chỉ khi Miles đồng ý không đánh cắp bức tranh từ phòng trưng bày lần thứ hai.’</w:t>
      </w:r>
    </w:p>
    <w:p>
      <w:pPr>
        <w:spacing w:after="80"/>
      </w:pPr>
      <w:r>
        <w:rPr>
          <w:b w:val="0"/>
          <w:i w:val="0"/>
        </w:rPr>
        <w:t>‘Anh ta khó có thể làm vậy,’ Booth Watson nói, ‘vì cảnh sát sẽ không mất nhiều thời gian để phát hiện ra anh ta vẫn còn sống.’</w:t>
      </w:r>
    </w:p>
    <w:p>
      <w:pPr>
        <w:spacing w:after="80"/>
      </w:pPr>
      <w:r>
        <w:rPr>
          <w:b w:val="0"/>
          <w:i w:val="0"/>
        </w:rPr>
        <w:t>‘Nếu tôi đồng ý với các điều khoản của anh ta, anh ta sẽ mong đợi điều gì để đổi lại?’</w:t>
      </w:r>
    </w:p>
    <w:p>
      <w:pPr>
        <w:spacing w:after="80"/>
      </w:pPr>
      <w:r>
        <w:rPr>
          <w:b w:val="0"/>
          <w:i w:val="0"/>
        </w:rPr>
        <w:t>‘Cô sẽ duy trì huyền thoại rằng anh ta đã chết, đặc biệt là với bạn cô Beth Warwick và chồng cô ấy. Chừng nào họ còn tiếp tục tin anh ta là Đại úy Ralph Neville, một sĩ quan hải quân vừa mới nghỉ hưu, thì anh ta sẽ có thể lo công việc của mình mà không sợ bị lộ.’</w:t>
      </w:r>
    </w:p>
    <w:p>
      <w:pPr>
        <w:spacing w:after="80"/>
      </w:pPr>
      <w:r>
        <w:rPr>
          <w:b w:val="0"/>
          <w:i w:val="0"/>
        </w:rPr>
        <w:t>‘William sẽ không mất nhiều thời gian để phát hiện ra rằng chưa từng có một sĩ quan Hải quân Hoàng gia nào như vậy tồn tại.’</w:t>
      </w:r>
    </w:p>
    <w:p>
      <w:pPr>
        <w:spacing w:after="80"/>
      </w:pPr>
      <w:r>
        <w:rPr>
          <w:b w:val="0"/>
          <w:i w:val="0"/>
        </w:rPr>
        <w:t>‘À, nhưng có đấy,’ Booth Watson nói, ‘và anh ta vừa mới nghỉ hưu với mức lương hưu lớn hơn nhiều so với những gì anh ta từng nghĩ là có thể trước khi gặp Miles, với một điều kiện duy nhất là anh ta không bao giờ đặt chân đến nước Anh nữa.’</w:t>
      </w:r>
    </w:p>
    <w:p>
      <w:pPr>
        <w:spacing w:after="80"/>
      </w:pPr>
      <w:r>
        <w:rPr>
          <w:b w:val="0"/>
          <w:i w:val="0"/>
        </w:rPr>
        <w:t>‘Và nếu tôi từ chối đi theo kế hoạch của ông và quyết định vạch trần anh ta thì sao?’ Christina nói, đầy thách thức.</w:t>
      </w:r>
    </w:p>
    <w:p>
      <w:pPr>
        <w:spacing w:after="80"/>
      </w:pPr>
      <w:r>
        <w:rPr>
          <w:b w:val="0"/>
          <w:i w:val="0"/>
        </w:rPr>
        <w:t>‘Ngôi nhà ở nông thôn sẽ không bao giờ thuộc về cô, căn hộ ở London sẽ trải qua một đợt xem xét lại tiền thuê mà cô sẽ không đủ khả năng chi trả, và khoản trợ cấp hàng tuần của cô sẽ cạn kiệt chỉ sau một đêm.’</w:t>
      </w:r>
    </w:p>
    <w:p>
      <w:pPr>
        <w:spacing w:after="80"/>
      </w:pPr>
      <w:r>
        <w:rPr>
          <w:b w:val="0"/>
          <w:i w:val="0"/>
        </w:rPr>
        <w:t>‘Cô quên mất chiếc xe và người tài xế rồi,’ Christina nói một cách mỉa mai.</w:t>
      </w:r>
    </w:p>
    <w:p>
      <w:pPr>
        <w:spacing w:after="80"/>
      </w:pPr>
      <w:r>
        <w:rPr>
          <w:b w:val="0"/>
          <w:i w:val="0"/>
        </w:rPr>
        <w:t>‘Người tài xế của cô sẽ bị cho nghỉ việc, và chiếc Rolls-Royce có thể sẽ gặp một tai nạn đáng tiếc, để nhắc bạn bè cô nhớ rằng sau bao nhiêu năm có tài xế riêng, cô không còn an toàn trên đường nữa.’</w:t>
      </w:r>
    </w:p>
    <w:p>
      <w:pPr>
        <w:spacing w:after="80"/>
      </w:pPr>
      <w:r>
        <w:rPr>
          <w:b w:val="0"/>
          <w:i w:val="0"/>
        </w:rPr>
        <w:t>Christina bất giác rùng mình. ‘Đến Miles cũng không đi xa đến thế,’ cuối cùng cô cố nói.</w:t>
      </w:r>
    </w:p>
    <w:p>
      <w:pPr>
        <w:spacing w:after="80"/>
      </w:pPr>
      <w:r>
        <w:rPr>
          <w:b w:val="0"/>
          <w:i w:val="0"/>
        </w:rPr>
        <w:t>‘Có thể cô nói đúng, nhưng chắc chắn lần nào lên xe cô cũng sẽ phải nghĩ đến chuyện đó.’</w:t>
      </w:r>
    </w:p>
    <w:p>
      <w:pPr>
        <w:spacing w:after="80"/>
      </w:pPr>
      <w:r>
        <w:rPr>
          <w:b w:val="0"/>
          <w:i w:val="0"/>
        </w:rPr>
        <w:t xml:space="preserve">Christina cố </w:t>
      </w:r>
      <w:r>
        <w:rPr>
          <w:b w:val="0"/>
          <w:i/>
        </w:rPr>
        <w:t>không</w:t>
      </w:r>
      <w:r>
        <w:rPr>
          <w:b w:val="0"/>
          <w:i w:val="0"/>
        </w:rPr>
        <w:t xml:space="preserve"> nghĩ đến chuyện đó.</w:t>
      </w:r>
    </w:p>
    <w:p>
      <w:pPr>
        <w:spacing w:after="80"/>
      </w:pPr>
      <w:r>
        <w:rPr>
          <w:b w:val="0"/>
          <w:i w:val="0"/>
        </w:rPr>
        <w:t>‘Và còn một điều nữa tôi nên nói, nhân đang bàn về tương lai của cô. Những bức tranh không còn ở Monte Carlo nữa, và toàn bộ tài sản của Miles đã được gửi vào vài tài khoản đánh số ở Zurich, Geneva và Bern, nên nếu cô không muốn kết cục phải sống nhờ trợ cấp xã hội, tôi khuyên cô nên giữ đúng phần của mình trong thỏa thuận.’</w:t>
      </w:r>
    </w:p>
    <w:p>
      <w:pPr>
        <w:spacing w:after="80"/>
      </w:pPr>
      <w:r>
        <w:rPr>
          <w:b w:val="0"/>
          <w:i w:val="0"/>
        </w:rPr>
        <w:t>‘Vậy có nghĩa là tôi không được gặp Beth Warwick nữa, vì cô ấy gần như là người bạn duy nhất tôi có?’</w:t>
      </w:r>
    </w:p>
    <w:p>
      <w:pPr>
        <w:spacing w:after="80"/>
      </w:pPr>
      <w:r>
        <w:rPr>
          <w:b w:val="0"/>
          <w:i w:val="0"/>
        </w:rPr>
        <w:t>‘Ngược lại, chúng tôi muốn cô tiếp tục gặp Beth Warwick. Chỉ cần chắc chắn rằng cô ấy vẫn tin cô là góa phụ, vì ngày cô ấy không còn tin, thì cô cũng coi như xong.’</w:t>
      </w:r>
    </w:p>
    <w:p>
      <w:pPr>
        <w:spacing w:after="80"/>
      </w:pPr>
      <w:r>
        <w:rPr>
          <w:b w:val="0"/>
          <w:i w:val="0"/>
        </w:rPr>
        <w:t>‘Tôi cũng phải sống chung với Miles à?’</w:t>
      </w:r>
    </w:p>
    <w:p>
      <w:pPr>
        <w:spacing w:after="80"/>
      </w:pPr>
      <w:r>
        <w:rPr>
          <w:b w:val="0"/>
          <w:i w:val="0"/>
        </w:rPr>
        <w:t>‘Không, đó là điều cuối cùng anh ta muốn. Anh ta không phản đối việc cô tiếp tục lối sống cũ, miễn là cô kín đáo. Tuy nhiên, sẽ có những dịp cô buộc phải xuất hiện công khai cùng nhau để duy trì vỏ bọc.’</w:t>
      </w:r>
    </w:p>
    <w:p>
      <w:pPr>
        <w:spacing w:after="80"/>
      </w:pPr>
      <w:r>
        <w:rPr>
          <w:b w:val="0"/>
          <w:i w:val="0"/>
        </w:rPr>
        <w:t>‘Miles thực sự tin là anh ta sẽ thoát được sao?’</w:t>
      </w:r>
    </w:p>
    <w:p>
      <w:pPr>
        <w:spacing w:after="80"/>
      </w:pPr>
      <w:r>
        <w:rPr>
          <w:b w:val="0"/>
          <w:i w:val="0"/>
        </w:rPr>
        <w:t>‘Tôi hy vọng thế, vì lợi ích của cô. Anh ta bảo tôi là đã vượt qua bài kiểm tra trong buổi ra mắt bức tranh Vermeer một cách xuất sắc, nên rõ ràng bác sĩ phẫu thuật thẩm mỹ người Thụy Sĩ đã làm rất tốt. Và đừng quên, chẳng ai thèm nhìn anh ta lần thứ hai khi anh ta ngồi ở hàng ghế sau lưng tôi trong chính đám tang của mình. Còn câu hỏi nào nữa không?’ ông ta hỏi dứt khoát.</w:t>
      </w:r>
    </w:p>
    <w:p>
      <w:pPr>
        <w:spacing w:after="80"/>
      </w:pPr>
      <w:r>
        <w:rPr>
          <w:b w:val="0"/>
          <w:i w:val="0"/>
        </w:rPr>
        <w:t>‘Làm sao tôi biết khi nào phải đóng vai của mình?’</w:t>
      </w:r>
    </w:p>
    <w:p>
      <w:pPr>
        <w:spacing w:after="80"/>
      </w:pPr>
      <w:r>
        <w:rPr>
          <w:b w:val="0"/>
          <w:i w:val="0"/>
        </w:rPr>
        <w:t>‘Tôi sẽ liên lạc. Tôi sẽ cố báo trước cho cô ít nhất hai mươi bốn giờ.’</w:t>
      </w:r>
    </w:p>
    <w:p>
      <w:pPr>
        <w:spacing w:after="80"/>
      </w:pPr>
      <w:r>
        <w:rPr>
          <w:b w:val="0"/>
          <w:i w:val="0"/>
        </w:rPr>
        <w:t>‘Ông thật chu đáo.’</w:t>
      </w:r>
    </w:p>
    <w:p>
      <w:pPr>
        <w:spacing w:after="80"/>
      </w:pPr>
      <w:r>
        <w:rPr>
          <w:b w:val="0"/>
          <w:i w:val="0"/>
        </w:rPr>
        <w:t>‘Tôi hy vọng cô sẽ sớm chấp nhận, bà Faulkner, rằng đây là một thỏa thuận thân thiện có lợi cho cả hai bên. Tuy nhiên, nếu cô cần bất kỳ lời khuyên pháp lý nào, cứ thoải mái gọi cho tôi.’</w:t>
      </w:r>
    </w:p>
    <w:p>
      <w:pPr>
        <w:spacing w:after="80"/>
      </w:pPr>
      <w:r>
        <w:rPr>
          <w:b w:val="0"/>
          <w:i w:val="0"/>
        </w:rPr>
        <w:t>‘Ông thật tốt bụng, ông Booth Watson, nhưng may mắn thay Ngài Julian Warwick đảm nhận vai trò đó khá xuất sắc.’</w:t>
      </w:r>
    </w:p>
    <w:p>
      <w:pPr>
        <w:spacing w:after="80"/>
      </w:pPr>
      <w:r>
        <w:rPr>
          <w:b w:val="0"/>
          <w:i w:val="0"/>
        </w:rPr>
        <w:t>‘Tương lai thì ông ta sẽ không còn làm được thế nữa đâu,’ Booth Watson khẳng định chắc nịch.</w:t>
      </w:r>
    </w:p>
    <w:p>
      <w:pPr>
        <w:spacing w:after="80"/>
      </w:pPr>
      <w:r>
        <w:rPr>
          <w:b w:val="0"/>
          <w:i w:val="0"/>
        </w:rPr>
        <w:t>‘Ông sợ ông ta,’ Christina nói, cảm thấy cuối cùng mình đã ghi được một điểm.</w:t>
      </w:r>
    </w:p>
    <w:p>
      <w:pPr>
        <w:spacing w:after="80"/>
      </w:pPr>
      <w:r>
        <w:rPr>
          <w:b w:val="0"/>
          <w:i w:val="0"/>
        </w:rPr>
        <w:t>Booth Watson ngập ngừng một lát. ‘Không phải sợ,’ cuối cùng ông ta nói được, ‘nhưng tôi có một sự kính trọng nhất định đối với kỹ năng nghề nghiệp của ông ta. Vậy nên, cô sẽ không bao giờ được nhờ đến sự phục vụ của ông ta nữa.’</w:t>
      </w:r>
    </w:p>
    <w:p>
      <w:pPr>
        <w:spacing w:after="80"/>
      </w:pPr>
      <w:r>
        <w:rPr>
          <w:b w:val="0"/>
          <w:i w:val="0"/>
        </w:rPr>
        <w:t>Christina định phản đối thì Booth Watson nói thêm, ‘Đây là điều kiện tiên quyết, không thương lượng được.’ Cô im lặng.</w:t>
      </w:r>
    </w:p>
    <w:p>
      <w:pPr>
        <w:spacing w:after="80"/>
      </w:pPr>
      <w:r>
        <w:rPr>
          <w:b w:val="0"/>
          <w:i w:val="0"/>
        </w:rPr>
        <w:t>Booth Watson xoay bản thỏa thuận lại, đưa cho cô một cây bút và nói, ‘Cô ký ở đây, đây và đây. Nhân tiện,’ ông ta nói thêm, ‘tôi thấy màn trình diễn của cô ở đám tang khá là xuất sắc. Nhưng mà, dù sao thì việc thuyết phục Thanh tra Warwick tin rằng Miles đã chết luôn nằm trong lợi ích tốt nhất của cô.’</w:t>
      </w:r>
    </w:p>
    <w:p>
      <w:pPr>
        <w:jc w:val="center"/>
      </w:pPr>
      <w:r>
        <w:drawing>
          <wp:inline xmlns:a="http://schemas.openxmlformats.org/drawingml/2006/main" xmlns:pic="http://schemas.openxmlformats.org/drawingml/2006/picture">
            <wp:extent cx="752475" cy="161926"/>
            <wp:docPr id="45" name="Picture 4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Phiên họp buổi sáng ngày hôm sau diễn ra suôn sẻ hơn một khi bà Parish cuối cùng đã chấp nhận rằng lý do duy nhất khiến Rashidi có thể đến thăm một xưởng sản xuất ma túy sau nửa đêm là để mua ma túy. Tuy nhiên, bà ấy không chịu nhượng bộ khi nói đến tội danh chính, đó là làm kẻ buôn bán và là kẻ chủ mưu đứng sau toàn bộ hoạt động.</w:t>
      </w:r>
    </w:p>
    <w:p>
      <w:pPr>
        <w:spacing w:after="80"/>
      </w:pPr>
      <w:r>
        <w:rPr>
          <w:b w:val="0"/>
          <w:i w:val="0"/>
        </w:rPr>
        <w:t>Vị chủ tọa một lần nữa kêu gọi bỏ phiếu về cả ba tội danh, và với tội danh nhẹ hơn là tàng trữ, cuối cùng ông đã giành được phán quyết có tội với tỷ lệ mười phiếu thuận, hai phiếu chống. Nhưng với hai tội danh nghiêm trọng hơn, tỷ lệ bỏ phiếu vẫn là chín phiếu thuận, ba phiếu chống.</w:t>
      </w:r>
    </w:p>
    <w:p>
      <w:pPr>
        <w:spacing w:after="80"/>
      </w:pPr>
      <w:r>
        <w:rPr>
          <w:b w:val="0"/>
          <w:i w:val="0"/>
        </w:rPr>
        <w:t>Vị chủ tọa nhìn quanh bàn, trước khi đề xuất với những người bạn đồng hành đã kiệt sức của mình rằng ‘Có lẽ đã đến lúc chúng ta gửi một mẩu giấy cho thẩm phán và hỏi Ngài ấy liệu có xem xét cho phán quyết theo đa số không.’</w:t>
      </w:r>
    </w:p>
    <w:p>
      <w:pPr>
        <w:spacing w:after="80"/>
      </w:pPr>
      <w:r>
        <w:rPr>
          <w:b w:val="0"/>
          <w:i w:val="0"/>
        </w:rPr>
        <w:t>Không ai phản đối.</w:t>
      </w:r>
    </w:p>
    <w:p>
      <w:pPr>
        <w:spacing w:after="80"/>
      </w:pPr>
      <w:r>
        <w:rPr>
          <w:b w:val="0"/>
          <w:i w:val="0"/>
        </w:rPr>
        <w:t>Thẩm phán Whittaker chăm chú lắng nghe vị chủ tọa hội đồng xét xử và vấn đề nan giải mà ông ấy đang phải đối mặt.</w:t>
      </w:r>
    </w:p>
    <w:p>
      <w:pPr>
        <w:spacing w:after="80"/>
      </w:pPr>
      <w:r>
        <w:rPr>
          <w:b w:val="0"/>
          <w:i w:val="0"/>
        </w:rPr>
        <w:t>‘Tôi sẽ yêu cầu các vị lui vào nghị án một lần nữa, và cố gắng thêm một lần nữa để đạt được phán quyết nhất trí. Nếu các vị không thể làm được, tôi sẽ chấp nhận một phán quyết mà ít nhất mười người trong các vị đồng ý.’</w:t>
      </w:r>
    </w:p>
    <w:p>
      <w:pPr>
        <w:spacing w:after="80"/>
      </w:pPr>
      <w:r>
        <w:rPr>
          <w:b w:val="0"/>
          <w:i w:val="0"/>
        </w:rPr>
        <w:t>Vị chủ tọa cúi đầu, và viên cảnh vệ tòa án một lần nữa dẫn những người được giao phó của mình trở lại phòng nghị án.</w:t>
      </w:r>
    </w:p>
    <w:p>
      <w:pPr>
        <w:spacing w:after="80"/>
      </w:pPr>
      <w:r>
        <w:rPr>
          <w:b w:val="0"/>
          <w:i w:val="0"/>
        </w:rPr>
        <w:t>Vị thẩm phán trở về phòng làm việc và lướt mắt qua một dãy dài những cuốn sách bọc da trên kệ phía sau bàn làm việc. Ông rút ra một cuốn trước khi ngồi xuống và tra cứu mục lục. Ông lật đến trang 213 và kiểm tra mức án tối đa mà ông có thể tuyên cho tội tàng trữ cần sa, và liệu có tình tiết tăng nặng nào cho phép ông tăng mức án hay không. Ông cau mày. Ông đang đọc lại đoạn văn liên quan thì bị ngắt quãng bởi tiếng gõ cửa, và viên thư ký của ông bước vào phòng.</w:t>
      </w:r>
    </w:p>
    <w:p>
      <w:pPr>
        <w:spacing w:after="80"/>
      </w:pPr>
      <w:r>
        <w:rPr>
          <w:b w:val="0"/>
          <w:i w:val="0"/>
        </w:rPr>
        <w:t>‘Hội đồng xét xử đang quay lại, thưa Ngài,’ anh ta nói, trong khi giữ mở cánh cửa.</w:t>
      </w:r>
    </w:p>
    <w:p>
      <w:pPr>
        <w:jc w:val="center"/>
      </w:pPr>
      <w:r>
        <w:drawing>
          <wp:inline xmlns:a="http://schemas.openxmlformats.org/drawingml/2006/main" xmlns:pic="http://schemas.openxmlformats.org/drawingml/2006/picture">
            <wp:extent cx="752475" cy="161926"/>
            <wp:docPr id="46" name="Picture 4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Cảnh sát Bailey đang rảo bước trên đường trong ca trực từ mười giờ đến sáu giờ khi William lái xe vào Romford. Cô ấy về đồn muộn vì phải xử lý một vụ tai nạn giao thông. Đó chỉ là một vụ va chạm nhỏ, nhưng một trong những người lái xe không có bằng lái, nên khi cuối cùng cô ấy về đến đồn, có mấy tờ biểu mẫu phải điền.</w:t>
      </w:r>
    </w:p>
    <w:p>
      <w:pPr>
        <w:spacing w:after="80"/>
      </w:pPr>
      <w:r>
        <w:rPr>
          <w:b w:val="0"/>
          <w:i w:val="0"/>
        </w:rPr>
        <w:t>Cô ấy không xuất hiện lại cho đến 6 giờ 32 phút tối. Cô mặc thường phục, đi về hướng căn hộ của DS Summers, dừng lại trên đường để lấy một bộ vest của anh ta từ tiệm giặt khô. Lúc 6 giờ 58 phút, cô tự mở cửa bước vào nhà.</w:t>
      </w:r>
    </w:p>
    <w:p>
      <w:pPr>
        <w:jc w:val="center"/>
      </w:pPr>
      <w:r>
        <w:drawing>
          <wp:inline xmlns:a="http://schemas.openxmlformats.org/drawingml/2006/main" xmlns:pic="http://schemas.openxmlformats.org/drawingml/2006/picture">
            <wp:extent cx="752475" cy="161926"/>
            <wp:docPr id="47" name="Picture 4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đặt bút bi xuống sau khi ghi xong mục mới nhất vào sổ nhật ký. Anh bật radio và nghe bản tin lúc bảy giờ.</w:t>
      </w:r>
    </w:p>
    <w:p>
      <w:pPr>
        <w:spacing w:after="80"/>
      </w:pPr>
      <w:r>
        <w:rPr>
          <w:b w:val="0"/>
          <w:i w:val="0"/>
        </w:rPr>
        <w:t>Phiên tòa ma túy của Rashidi vẫn là tin chính, và thông tin mới duy nhất là vị thẩm phán sẽ tuyên án vào buổi sáng.</w:t>
      </w:r>
    </w:p>
    <w:p>
      <w:pPr>
        <w:spacing w:after="80"/>
      </w:pPr>
      <w:r>
        <w:rPr>
          <w:b w:val="0"/>
          <w:i w:val="0"/>
        </w:rPr>
        <w:t>Hai năm là mức án tối đa mà thẩm phán có thể áp cho tội tàng trữ, cha anh đã nhắc anh như vậy khi họ nói chuyện qua điện thoại chiều hôm đó.</w:t>
      </w:r>
    </w:p>
    <w:p>
      <w:pPr>
        <w:spacing w:after="80"/>
      </w:pPr>
      <w:r>
        <w:rPr>
          <w:b w:val="0"/>
          <w:i w:val="0"/>
        </w:rPr>
        <w:t>"Vậy là theo đúng nghĩa đen, hắn đã thoát tội giết người," William nói. "Và nhớ rằng hắn đã thụ án hơn sáu tháng rồi, hắn sẽ được thả trong vài tuần nữa, mà chúng ta vẫn chưa biết xưởng mới của hắn ở đâu."</w:t>
      </w:r>
    </w:p>
    <w:p>
      <w:pPr>
        <w:spacing w:after="80"/>
      </w:pPr>
      <w:r>
        <w:rPr>
          <w:b w:val="0"/>
          <w:i w:val="0"/>
        </w:rPr>
        <w:t>"Tôi chắc chắn hắn sẽ dẫn cậu đến đó vào đúng ngày hắn được thả," đó là ý kiến của Hawk.</w:t>
      </w:r>
    </w:p>
    <w:p>
      <w:pPr>
        <w:spacing w:after="80"/>
      </w:pPr>
      <w:r>
        <w:rPr>
          <w:b w:val="0"/>
          <w:i w:val="0"/>
        </w:rPr>
        <w:t xml:space="preserve">Suy nghĩ của William chuyển sang Lamont, kẻ có tội chẳng kém gì Rashidi, vì đã bắt tay với Booth Watson để giúp hắn thoát tội. Nhưng một trong những câu nói cửa miệng yêu thích của cựu thanh tra trưởng là, </w:t>
      </w:r>
      <w:r>
        <w:rPr>
          <w:b w:val="0"/>
          <w:i/>
        </w:rPr>
        <w:t>Tội phạm có lãi đấy, cậu bé ạ</w:t>
      </w:r>
      <w:r>
        <w:rPr>
          <w:b w:val="0"/>
          <w:i w:val="0"/>
        </w:rPr>
        <w:t>, và William không nghi ngờ gì rằng giờ đây Lamont đang kiếm được nhiều hơn hẳn so với khi còn ở Met, khi làm một trong những tay sai của Booth Watson.</w:t>
      </w:r>
    </w:p>
    <w:p>
      <w:pPr>
        <w:spacing w:after="80"/>
      </w:pPr>
      <w:r>
        <w:rPr>
          <w:b w:val="0"/>
          <w:i w:val="0"/>
        </w:rPr>
        <w:t>Anh có thể nghe thấy Beth hỏi lại lần nữa liệu đã đến lúc anh nên cân nhắc từ chức chưa, và anh vẫn chưa nghĩ ra được câu trả lời thuyết phục nào.</w:t>
      </w:r>
    </w:p>
    <w:p>
      <w:pPr>
        <w:spacing w:after="80"/>
      </w:pPr>
      <w:r>
        <w:rPr>
          <w:b w:val="0"/>
          <w:i w:val="0"/>
        </w:rPr>
        <w:t>Khi một ánh đèn bật lên ở tầng ba, William cố gắng tập trung. Sau năm đêm theo dõi, anh đã phác thảo được đại khái sơ đồ căn hộ của Summers. Giờ chắc Nicky đang ở trong bếp, có lẽ đang chuẩn bị bữa tối.</w:t>
      </w:r>
    </w:p>
    <w:p>
      <w:pPr>
        <w:spacing w:after="80"/>
      </w:pPr>
      <w:r>
        <w:rPr>
          <w:b w:val="0"/>
          <w:i w:val="0"/>
        </w:rPr>
        <w:t xml:space="preserve">Sau bản tin là chương trình </w:t>
      </w:r>
      <w:r>
        <w:rPr>
          <w:b w:val="0"/>
          <w:i/>
        </w:rPr>
        <w:t>The Archers</w:t>
      </w:r>
      <w:r>
        <w:rPr>
          <w:b w:val="0"/>
          <w:i w:val="0"/>
        </w:rPr>
        <w:t xml:space="preserve">; cứ thế này nữa thì anh sẽ thành người nghiện mất. Anh đang nghe </w:t>
      </w:r>
      <w:r>
        <w:rPr>
          <w:b w:val="0"/>
          <w:i/>
        </w:rPr>
        <w:t>File on Four</w:t>
      </w:r>
      <w:r>
        <w:rPr>
          <w:b w:val="0"/>
          <w:i w:val="0"/>
        </w:rPr>
        <w:t>, chương trình đang tranh luận về việc loại bỏ các quý tộc cha truyền con nối khỏi Thượng viện, thì anh phát hiện Summers bước vào tòa nhà. Một lúc sau, anh nhìn thấy hai người họ ôm nhau trước khi Nicky kéo rèm cửa. William chỉ ước gì mình có thể nghe lén được cuộc trò chuyện của họ.</w:t>
      </w:r>
    </w:p>
    <w:p>
      <w:pPr>
        <w:spacing w:after="80"/>
      </w:pPr>
      <w:r>
        <w:rPr>
          <w:b w:val="0"/>
          <w:i w:val="0"/>
        </w:rPr>
        <w:t>Hawk đã nộp đơn xin lệnh gắn thiết bị nghe lén trong căn hộ, nhưng đơn bị ủy viên trợ lý phụ trách Các hoạt động Chuyên biệt (ACSO) bác bỏ vì cho rằng đó là một cuộc "câu cá" mò thông tin. ACSO đề nghị họ cung cấp thêm bằng chứng củng cố thuyết phục hơn trước khi tiếp cận ông ta lần nữa. Ông ta dẫn chiếu cho vị chỉ huy đến Đạo luật Ngăn chặn Liên lạc 1985 (Interception of Communications Act 1985).</w:t>
      </w:r>
    </w:p>
    <w:p>
      <w:pPr>
        <w:spacing w:after="80"/>
      </w:pPr>
      <w:r>
        <w:rPr>
          <w:b w:val="0"/>
          <w:i w:val="0"/>
        </w:rPr>
        <w:t>Một đơn thứ hai chỉ để nghe lén điện thoại của Summers cũng bị từ chối. Nước Anh không phải là một nhà nước cảnh sát, vị ủy viên đã nhắc Hawk như vậy. William không thể phản đối ông ta, dù điều đó khiến công việc của anh khó khăn hơn nhiều.</w:t>
      </w:r>
    </w:p>
    <w:p>
      <w:pPr>
        <w:jc w:val="center"/>
      </w:pPr>
      <w:r>
        <w:drawing>
          <wp:inline xmlns:a="http://schemas.openxmlformats.org/drawingml/2006/main" xmlns:pic="http://schemas.openxmlformats.org/drawingml/2006/picture">
            <wp:extent cx="752475" cy="161926"/>
            <wp:docPr id="48" name="Picture 4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"Bữa tối sẽ xong trong vài phút nữa," Nicky nói khi cô ngồi xuống sofa cạnh Jerry, người đang xem một trận đấu Cúp FA: Aston Villa đấu với Chelsea. Dù Jerry sinh ra ở Birmingham, anh luôn muốn gia nhập Met, nên đã xuống thủ đô ngay ngày hôm sau khi rời trường. Nhưng anh vẫn cổ vũ cho Villa.</w:t>
      </w:r>
    </w:p>
    <w:p>
      <w:pPr>
        <w:spacing w:after="80"/>
      </w:pPr>
      <w:r>
        <w:rPr>
          <w:b w:val="0"/>
          <w:i w:val="0"/>
        </w:rPr>
        <w:t>"Từ khoảng năm tuổi," anh đã giải thích với Nicky, "bạn quyết định mình cổ vũ đội nào. Và bạn gắn bó với họ qua thăng trầm suốt phần đời còn lại."</w:t>
      </w:r>
    </w:p>
    <w:p>
      <w:pPr>
        <w:spacing w:after="80"/>
      </w:pPr>
      <w:r>
        <w:rPr>
          <w:b w:val="0"/>
          <w:i w:val="0"/>
        </w:rPr>
        <w:t>Cô đang nghĩ về phần đời còn lại của mình khi rúc vào người anh.</w:t>
      </w:r>
    </w:p>
    <w:p>
      <w:pPr>
        <w:spacing w:after="80"/>
      </w:pPr>
      <w:r>
        <w:rPr>
          <w:b w:val="0"/>
          <w:i w:val="0"/>
        </w:rPr>
        <w:t>"Chiếc TV này tuyệt thật," cô nói, chẳng mấy quan tâm đến trận đấu.</w:t>
      </w:r>
    </w:p>
    <w:p>
      <w:pPr>
        <w:spacing w:after="80"/>
      </w:pPr>
      <w:r>
        <w:rPr>
          <w:b w:val="0"/>
          <w:i w:val="0"/>
        </w:rPr>
        <w:t>‘Nằm trong một lô hàng thôi,’ Summers nói, choàng tay qua người cô. ‘Tôi bắt được gã này vài tháng trước, hắn có cả nửa tá trong phòng khách. Chỉ có năm cái được đưa về kho tang vật của đồn thôi.’</w:t>
      </w:r>
    </w:p>
    <w:p>
      <w:pPr>
        <w:spacing w:after="80"/>
      </w:pPr>
      <w:r>
        <w:rPr>
          <w:b w:val="0"/>
          <w:i w:val="0"/>
        </w:rPr>
        <w:t>‘Tôi chỉ thấy có bốn cái.’</w:t>
      </w:r>
    </w:p>
    <w:p>
      <w:pPr>
        <w:spacing w:after="80"/>
      </w:pPr>
      <w:r>
        <w:rPr>
          <w:b w:val="0"/>
          <w:i w:val="0"/>
        </w:rPr>
        <w:t>‘Tôi cũng chẳng lạ gì nếu thêm một cái nữa biến mất trước khi trung sĩ trực bàn viết xong bản cáo trạng.’</w:t>
      </w:r>
    </w:p>
    <w:p>
      <w:pPr>
        <w:spacing w:after="80"/>
      </w:pPr>
      <w:r>
        <w:rPr>
          <w:b w:val="0"/>
          <w:i w:val="0"/>
        </w:rPr>
        <w:t>‘Anh không bao giờ lo rằng một ngày nào đó kẻ trộm sẽ tố giác anh à?’ Nicky nói, lại một lần nữa vật lộn với lương tâm, như cô đã làm rất nhiều lần gần đây.</w:t>
      </w:r>
    </w:p>
    <w:p>
      <w:pPr>
        <w:spacing w:after="80"/>
      </w:pPr>
      <w:r>
        <w:rPr>
          <w:b w:val="0"/>
          <w:i w:val="0"/>
        </w:rPr>
        <w:t>‘Khó lắm,’ anh nói, mắt không rời màn hình. ‘Tên tội phạm nào khôn ngoan cũng thà bị buộc tội trộm bốn cái TV còn hơn sáu cái, mà dù sao đi nữa, cũng chỉ là lời hắn chọi với lời tôi thôi. Vào rồi!’</w:t>
      </w:r>
    </w:p>
    <w:p>
      <w:pPr>
        <w:jc w:val="center"/>
      </w:pPr>
      <w:r>
        <w:drawing>
          <wp:inline xmlns:a="http://schemas.openxmlformats.org/drawingml/2006/main" xmlns:pic="http://schemas.openxmlformats.org/drawingml/2006/picture">
            <wp:extent cx="752475" cy="161926"/>
            <wp:docPr id="49" name="Picture 4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nghe một cuộc tranh luận về tương lai của Trident giữa Tony Blair và Michael Heseltine – cả hai đều được xem là những nhà lãnh đạo tương lai tiềm năng của đảng mình – thì đèn trong phòng khách nhà Summers tắt lúc 10.41. Anh tắt đài và ghi thêm một dòng vào sổ tay. Vài phút sau, đèn trong phòng ngủ bật lên. Lại một lần nữa, rèm đã được kéo, và lại một lần nữa, anh ước gì mình nghe được họ đang nói chuyện gì. Chuyện trên gối có khi còn tiết lộ nhiều hơn cả những lời tán gẫu trên TV, và dù William đã nghe trên bản tin rằng Chelsea thắng 2–1, điều làm anh hài lòng, anh vẫn nghĩ Summers có thể sẽ nói nhiều hơn.</w:t>
      </w:r>
    </w:p>
    <w:p>
      <w:pPr>
        <w:jc w:val="center"/>
      </w:pPr>
      <w:r>
        <w:drawing>
          <wp:inline xmlns:a="http://schemas.openxmlformats.org/drawingml/2006/main" xmlns:pic="http://schemas.openxmlformats.org/drawingml/2006/picture">
            <wp:extent cx="752475" cy="161926"/>
            <wp:docPr id="50" name="Picture 5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‘Chúng ta phải cảm ơn ai vì cái dàn hi-fi mới đây?’ Nicky hỏi khi bắt đầu cởi đồ, vẫn chưa chắc mình đứng về phía nào.</w:t>
      </w:r>
    </w:p>
    <w:p>
      <w:pPr>
        <w:spacing w:after="80"/>
      </w:pPr>
      <w:r>
        <w:rPr>
          <w:b w:val="0"/>
          <w:i w:val="0"/>
        </w:rPr>
        <w:t>‘John Smith,’ Summers nói, treo bộ vest lên.</w:t>
      </w:r>
    </w:p>
    <w:p>
      <w:pPr>
        <w:spacing w:after="80"/>
      </w:pPr>
      <w:r>
        <w:rPr>
          <w:b w:val="0"/>
          <w:i w:val="0"/>
        </w:rPr>
        <w:t>‘Ông chính trị gia ấy à?’ Nicky hỏi, cười toe toét.</w:t>
      </w:r>
    </w:p>
    <w:p>
      <w:pPr>
        <w:spacing w:after="80"/>
      </w:pPr>
      <w:r>
        <w:rPr>
          <w:b w:val="0"/>
          <w:i w:val="0"/>
        </w:rPr>
        <w:t>‘Không, người cung cấp tin số một của tôi, người giúp tôi có thêm vài món xa xỉ ngoài lề.’</w:t>
      </w:r>
    </w:p>
    <w:p>
      <w:pPr>
        <w:spacing w:after="80"/>
      </w:pPr>
      <w:r>
        <w:rPr>
          <w:b w:val="0"/>
          <w:i w:val="0"/>
        </w:rPr>
        <w:t>‘Ông ta là huyền thoại trong căng tin đấy.’</w:t>
      </w:r>
    </w:p>
    <w:p>
      <w:pPr>
        <w:spacing w:after="80"/>
      </w:pPr>
      <w:r>
        <w:rPr>
          <w:b w:val="0"/>
          <w:i w:val="0"/>
        </w:rPr>
        <w:t>‘Đúng thế chứ. Chính ông ta giúp tôi cuối cùng tóm được Ted Payne khi lô cocaine đó từ Brixton về.’</w:t>
      </w:r>
    </w:p>
    <w:p>
      <w:pPr>
        <w:spacing w:after="80"/>
      </w:pPr>
      <w:r>
        <w:rPr>
          <w:b w:val="0"/>
          <w:i w:val="0"/>
        </w:rPr>
        <w:t>‘Giờ nửa gia đình Payne đã yên vị trong tù rồi, anh có chuyển sự chú ý sang nhà Turner không?’</w:t>
      </w:r>
    </w:p>
    <w:p>
      <w:pPr>
        <w:spacing w:after="80"/>
      </w:pPr>
      <w:r>
        <w:rPr>
          <w:b w:val="0"/>
          <w:i w:val="0"/>
        </w:rPr>
        <w:t>‘Không đâu, chừng nào họ còn cung cấp cho tôi thông tin về mọi tên tội phạm khác trong địa bàn.’</w:t>
      </w:r>
    </w:p>
    <w:p>
      <w:pPr>
        <w:spacing w:after="80"/>
      </w:pPr>
      <w:r>
        <w:rPr>
          <w:b w:val="0"/>
          <w:i w:val="0"/>
        </w:rPr>
        <w:t>‘Nhưng họ là lũ lừa đảo mà,’ Nicky nói khi leo lên giường.</w:t>
      </w:r>
    </w:p>
    <w:p>
      <w:pPr>
        <w:spacing w:after="80"/>
      </w:pPr>
      <w:r>
        <w:rPr>
          <w:b w:val="0"/>
          <w:i w:val="0"/>
        </w:rPr>
        <w:t>‘Đôi khi bạn phải nhắm mắt làm ngơ nếu muốn bảng thành tích bắt giữ của mình cứ đều đều tăng lên.’</w:t>
      </w:r>
    </w:p>
    <w:p>
      <w:pPr>
        <w:spacing w:after="80"/>
      </w:pPr>
      <w:r>
        <w:rPr>
          <w:b w:val="0"/>
          <w:i w:val="0"/>
        </w:rPr>
        <w:t>‘Vậy John Smith có phải là thành viên của gia đình Turner không?’</w:t>
      </w:r>
    </w:p>
    <w:p>
      <w:pPr>
        <w:spacing w:after="80"/>
      </w:pPr>
      <w:r>
        <w:rPr>
          <w:b w:val="0"/>
          <w:i w:val="0"/>
        </w:rPr>
        <w:t>‘Cứ cho là anh ta có quan hệ thân thiết đi,’ Summers đáp, trong khi ông vòng tay ôm lấy cô.</w:t>
      </w:r>
    </w:p>
    <w:p>
      <w:pPr>
        <w:jc w:val="center"/>
      </w:pPr>
      <w:r>
        <w:drawing>
          <wp:inline xmlns:a="http://schemas.openxmlformats.org/drawingml/2006/main" xmlns:pic="http://schemas.openxmlformats.org/drawingml/2006/picture">
            <wp:extent cx="752475" cy="161926"/>
            <wp:docPr id="51" name="Picture 5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Ông đã chọn địa điểm. Một nơi cô chưa từng đến bao giờ. Khi cô đẩy cánh cửa lò xo bước vào, cô thấy ông sếp cũ của mình đang ngồi trong một góc tối mờ ở cuối quán rượu, quay lưng về phía cô. Hai cốc bia đặt trên bàn trước mặt ông. Ông không đứng dậy khi cô đến ngồi cùng.</w:t>
      </w:r>
    </w:p>
    <w:p>
      <w:pPr>
        <w:spacing w:after="80"/>
      </w:pPr>
      <w:r>
        <w:rPr>
          <w:b w:val="0"/>
          <w:i w:val="0"/>
        </w:rPr>
        <w:t>‘Tôi thoát rồi chứ?’ là những lời đầu tiên Lamont thốt ra.</w:t>
      </w:r>
    </w:p>
    <w:p>
      <w:pPr>
        <w:spacing w:after="80"/>
      </w:pPr>
      <w:r>
        <w:rPr>
          <w:b w:val="0"/>
          <w:i w:val="0"/>
        </w:rPr>
        <w:t>‘Ừ,’ cô nói, sau khi nhấp một ngụm bia. ‘The Hawk bảo tôi rằng chẳng ích gì khi truy đuổi anh nữa. Ông ấy nghĩ anh đã chịu đủ rồi, nhớ lại việc anh đã trả lại toàn bộ số tiền trong chiếc túi thứ ba. Tôi thích nghĩ rằng mình cũng có phần công trong đó. Suýt nữa thì không xong, vì Warwick vẫn cho rằng anh nên bị bắt và bêu riếu cho ê chề.’</w:t>
      </w:r>
    </w:p>
    <w:p>
      <w:pPr>
        <w:spacing w:after="80"/>
      </w:pPr>
      <w:r>
        <w:rPr>
          <w:b w:val="0"/>
          <w:i w:val="0"/>
        </w:rPr>
        <w:t>‘Cứ tiếp tục thuyết phục thằng nhãi đó theo hướng khác đi, và tôi sẽ đền đáp xứng đáng cho cô. Tiền trong cái máng đó nhiều đủ cho cả hai chúng ta. Tất nhiên trừ khi cô đứng về phe Warwick.’</w:t>
      </w:r>
    </w:p>
    <w:p>
      <w:pPr>
        <w:spacing w:after="80"/>
      </w:pPr>
      <w:r>
        <w:rPr>
          <w:b w:val="0"/>
          <w:i w:val="0"/>
        </w:rPr>
        <w:t>‘Dạo này ít thấy anh ta lắm,’ Jackie nói. ‘Anh ta đang bị đình chỉ trong khi đơn vị điều tra tham nhũng điều tra vụ bảy trăm bảng Anh biến mất khỏi két sắt của Roberts.’</w:t>
      </w:r>
    </w:p>
    <w:p>
      <w:pPr>
        <w:spacing w:after="80"/>
      </w:pPr>
      <w:r>
        <w:rPr>
          <w:b w:val="0"/>
          <w:i w:val="0"/>
        </w:rPr>
        <w:t>‘Cô sẽ ra làm chứng chứ?’</w:t>
      </w:r>
    </w:p>
    <w:p>
      <w:pPr>
        <w:spacing w:after="80"/>
      </w:pPr>
      <w:r>
        <w:rPr>
          <w:b w:val="0"/>
          <w:i w:val="0"/>
        </w:rPr>
        <w:t>‘Có lẽ. Nhưng đừng lo, tôi sẽ không giúp cho cái lý lẽ của anh ta đâu.’</w:t>
      </w:r>
    </w:p>
    <w:p>
      <w:pPr>
        <w:spacing w:after="80"/>
      </w:pPr>
      <w:r>
        <w:rPr>
          <w:b w:val="0"/>
          <w:i w:val="0"/>
        </w:rPr>
        <w:t>‘ “Lúc đó tôi không có mặt trong phòng” sẽ giúp anh thoát khỏi cái rắc rối đó,’ Lamont nói.</w:t>
      </w:r>
    </w:p>
    <w:p>
      <w:pPr>
        <w:spacing w:after="80"/>
      </w:pPr>
      <w:r>
        <w:rPr>
          <w:b w:val="0"/>
          <w:i w:val="0"/>
        </w:rPr>
        <w:t>‘Đừng quên, chính Warwick là người ngăn tôi lấy lại cấp bậc trung sĩ.’</w:t>
      </w:r>
    </w:p>
    <w:p>
      <w:pPr>
        <w:spacing w:after="80"/>
      </w:pPr>
      <w:r>
        <w:rPr>
          <w:b w:val="0"/>
          <w:i w:val="0"/>
        </w:rPr>
        <w:t>‘Tôi lẽ ra đã thăng chức cho cô trước anh ta,’ Lamont nói.</w:t>
      </w:r>
    </w:p>
    <w:p>
      <w:pPr>
        <w:spacing w:after="80"/>
      </w:pPr>
      <w:r>
        <w:rPr>
          <w:b w:val="0"/>
          <w:i w:val="0"/>
        </w:rPr>
        <w:t>‘Tôi biết anh sẽ làm thế, Bruce, đó lại là một lý do nữa khiến tôi ước gì anh vẫn còn là thành viên của đội.’</w:t>
      </w:r>
    </w:p>
    <w:p>
      <w:pPr>
        <w:spacing w:after="80"/>
      </w:pPr>
      <w:r>
        <w:rPr>
          <w:b w:val="0"/>
          <w:i w:val="0"/>
        </w:rPr>
        <w:t>Lamont uống cạn cốc bia. ‘Mình tiếp tục gặp nhau thỉnh thoảng để cập nhật tình hình cho nhau nhé.’</w:t>
      </w:r>
    </w:p>
    <w:p>
      <w:pPr>
        <w:spacing w:after="80"/>
      </w:pPr>
      <w:r>
        <w:rPr>
          <w:b w:val="0"/>
          <w:i w:val="0"/>
        </w:rPr>
        <w:t>‘Chắc chắn rồi. Nhưng tôi được lợi gì nào?’</w:t>
      </w:r>
    </w:p>
    <w:p>
      <w:pPr>
        <w:spacing w:after="80"/>
      </w:pPr>
      <w:r>
        <w:rPr>
          <w:b w:val="0"/>
          <w:i w:val="0"/>
        </w:rPr>
        <w:t>Ông lấy một phong bì từ túi áo trong và đẩy nó qua bàn. ‘Còn nhiều thứ như thế này lắm,’ ông nói.</w:t>
      </w:r>
    </w:p>
    <w:p>
      <w:pPr>
        <w:spacing w:after="80"/>
      </w:pPr>
      <w:r>
        <w:rPr>
          <w:b w:val="0"/>
          <w:i w:val="0"/>
        </w:rPr>
        <w:t>Cô nhét gói đồ vào túi và mỉm cười. "Phải đi thôi," cô nói. "Tôi sẽ liên lạc lại khi có gì đáng để báo cáo."</w:t>
      </w:r>
    </w:p>
    <w:p>
      <w:pPr>
        <w:jc w:val="center"/>
      </w:pPr>
      <w:r>
        <w:drawing>
          <wp:inline xmlns:a="http://schemas.openxmlformats.org/drawingml/2006/main" xmlns:pic="http://schemas.openxmlformats.org/drawingml/2006/picture">
            <wp:extent cx="752475" cy="161926"/>
            <wp:docPr id="52" name="Picture 5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Đèn trong phòng ngủ tắt ngay sau 11 giờ 30, và William ghi thêm một dòng vào sổ nhật ký. William không thích công việc nằm vùng, và chắc chắn không thích rình mò đồng nghiệp. Tuy nhiên, Hawk đã chỉ ra rằng nếu anh định bắt cả PC Bailey lẫn Summers, anh sẽ cần xác nhận các báo cáo của MM. William ngả lưng, nghĩ về Beth và cặp song sinh, rồi ngủ thiếp đi gần như ngay lập tức.</w:t>
      </w:r>
    </w:p>
    <w:p>
      <w:pPr>
        <w:jc w:val="center"/>
      </w:pPr>
      <w:r>
        <w:drawing>
          <wp:inline xmlns:a="http://schemas.openxmlformats.org/drawingml/2006/main" xmlns:pic="http://schemas.openxmlformats.org/drawingml/2006/picture">
            <wp:extent cx="752475" cy="161926"/>
            <wp:docPr id="53" name="Picture 5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Tiếng còi xe từ xa kéo anh ra khỏi giấc ngủ. Anh dụi mắt và xem đồng hồ. Mới qua bốn giờ. Anh nhìn lên tầng ba, nhẹ nhõm thấy căn hộ vẫn tối om. Phải thêm vài tiếng nữa mới có ánh đèn đầu giường bật lên.</w:t>
      </w:r>
    </w:p>
    <w:p>
      <w:pPr>
        <w:jc w:val="center"/>
      </w:pPr>
      <w:r>
        <w:drawing>
          <wp:inline xmlns:a="http://schemas.openxmlformats.org/drawingml/2006/main" xmlns:pic="http://schemas.openxmlformats.org/drawingml/2006/picture">
            <wp:extent cx="752475" cy="161926"/>
            <wp:docPr id="54" name="Picture 5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"Vậy hôm nay anh làm gì?" Nicky hỏi, cố nén cái ngáp.</w:t>
      </w:r>
    </w:p>
    <w:p>
      <w:pPr>
        <w:spacing w:after="80"/>
      </w:pPr>
      <w:r>
        <w:rPr>
          <w:b w:val="0"/>
          <w:i w:val="0"/>
        </w:rPr>
        <w:t>"Tôi phải ra tòa làm chứng lúc mười giờ. Gã đàn ông xe Jaguar sắp bị đưa ra trước thẩm phán địa phương."</w:t>
      </w:r>
    </w:p>
    <w:p>
      <w:pPr>
        <w:spacing w:after="80"/>
      </w:pPr>
      <w:r>
        <w:rPr>
          <w:b w:val="0"/>
          <w:i w:val="0"/>
        </w:rPr>
        <w:t>"Anh ta sẽ bị phạt bao lâu?"</w:t>
      </w:r>
    </w:p>
    <w:p>
      <w:pPr>
        <w:spacing w:after="80"/>
      </w:pPr>
      <w:r>
        <w:rPr>
          <w:b w:val="0"/>
          <w:i w:val="0"/>
        </w:rPr>
        <w:t>"Đây là lần phạm tội đầu tiên của anh ta, nên có lẽ sẽ được hưởng án treo, còn tôi thì rốt cuộc sẽ sở hữu một chiếc Jag cũ, chỉ mới chạy bảy trăm dặm."</w:t>
      </w:r>
    </w:p>
    <w:p>
      <w:pPr>
        <w:spacing w:after="80"/>
      </w:pPr>
      <w:r>
        <w:rPr>
          <w:b w:val="0"/>
          <w:i w:val="0"/>
        </w:rPr>
        <w:t>"Không ai thắc mắc làm sao một DS lại có thể mua nổi một chiếc Jag sao?"</w:t>
      </w:r>
    </w:p>
    <w:p>
      <w:pPr>
        <w:spacing w:after="80"/>
      </w:pPr>
      <w:r>
        <w:rPr>
          <w:b w:val="0"/>
          <w:i w:val="0"/>
        </w:rPr>
        <w:t>"Tôi chỉ cần nhắc họ rằng nó là xe cũ, chẳng khác gì chiếc Volvo của ông thanh tra."</w:t>
      </w:r>
    </w:p>
    <w:p>
      <w:pPr>
        <w:spacing w:after="80"/>
      </w:pPr>
      <w:r>
        <w:rPr>
          <w:b w:val="0"/>
          <w:i w:val="0"/>
        </w:rPr>
        <w:t>"Hai người đúng là một cặp diễn viên đôi," Nicky nói khi bước vào phòng tắm cùng anh.</w:t>
      </w:r>
    </w:p>
    <w:p>
      <w:pPr>
        <w:spacing w:after="80"/>
      </w:pPr>
      <w:r>
        <w:rPr>
          <w:b w:val="0"/>
          <w:i w:val="0"/>
        </w:rPr>
        <w:t>"Nếu bao giờ muốn gia nhập đội của chúng tôi, cứ báo tôi."</w:t>
      </w:r>
    </w:p>
    <w:p>
      <w:pPr>
        <w:spacing w:after="80"/>
      </w:pPr>
      <w:r>
        <w:rPr>
          <w:b w:val="0"/>
          <w:i w:val="0"/>
        </w:rPr>
        <w:t>"Một PC tân binh đi tuần thì có ích gì chứ?"</w:t>
      </w:r>
    </w:p>
    <w:p>
      <w:pPr>
        <w:spacing w:after="80"/>
      </w:pPr>
      <w:r>
        <w:rPr>
          <w:b w:val="0"/>
          <w:i w:val="0"/>
        </w:rPr>
        <w:t>"Cô ở ngoài đường, thu thập thông tin có thể dẫn đến một vụ bắt giữ, và điều đó có thể sẽ sinh lời, nhất là nếu ông Smith nghe được trước khi cô làm báo cáo."</w:t>
      </w:r>
    </w:p>
    <w:p>
      <w:pPr>
        <w:spacing w:after="80"/>
      </w:pPr>
      <w:r>
        <w:rPr>
          <w:b w:val="0"/>
          <w:i w:val="0"/>
        </w:rPr>
        <w:t>Một lần nữa, Nicky nghĩ đến việc thú nhận tất cả, và làm một báo cáo đầy đủ về mọi điều cô giờ đã biết về DS Summers, nhưng nhận ra rằng nếu làm vậy, cô sẽ mất anh ta, và mất cả công việc.</w:t>
      </w:r>
    </w:p>
    <w:p>
      <w:pPr>
        <w:spacing w:after="80"/>
      </w:pPr>
      <w:r>
        <w:rPr>
          <w:b w:val="0"/>
          <w:i w:val="0"/>
        </w:rPr>
        <w:t>"Còn em thì sao?" anh hỏi khi bước ra khỏi phòng tắm và vớ lấy chiếc khăn.</w:t>
      </w:r>
    </w:p>
    <w:p>
      <w:pPr>
        <w:spacing w:after="80"/>
      </w:pPr>
      <w:r>
        <w:rPr>
          <w:b w:val="0"/>
          <w:i w:val="0"/>
        </w:rPr>
        <w:t>"Ngày nghỉ. Tôi sẽ đến thăm mẹ ở Tooting, và đưa bà đi ăn trưa. Chắc khoảng sáu giờ tôi về."</w:t>
      </w:r>
    </w:p>
    <w:p>
      <w:pPr>
        <w:spacing w:after="80"/>
      </w:pPr>
      <w:r>
        <w:rPr>
          <w:b w:val="0"/>
          <w:i w:val="0"/>
        </w:rPr>
        <w:t>‘Khi nào anh sẽ đưa em đi một vòng trên chiếc Jaguar mới của anh.’</w:t>
      </w:r>
    </w:p>
    <w:p>
      <w:pPr>
        <w:jc w:val="center"/>
      </w:pPr>
      <w:r>
        <w:drawing>
          <wp:inline xmlns:a="http://schemas.openxmlformats.org/drawingml/2006/main" xmlns:pic="http://schemas.openxmlformats.org/drawingml/2006/picture">
            <wp:extent cx="752475" cy="161926"/>
            <wp:docPr id="55" name="Picture 5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bật bản tin lúc bảy giờ. Không có nhiều thay đổi so với đêm qua. Anh ghi thêm một dòng vào sổ nhật ký khi Summers bước ra khỏi tòa nhà lúc 7.34, rồi lên đường về phía đồn cảnh sát địa phương đúng lúc bộ đàm của anh vang lên. Anh chăm chú lắng nghe những gì Paul báo cáo, và nói rằng anh sẽ xử lý ngay khi về lại văn phòng.</w:t>
      </w:r>
    </w:p>
    <w:p>
      <w:pPr>
        <w:spacing w:after="80"/>
      </w:pPr>
      <w:r>
        <w:rPr>
          <w:b w:val="0"/>
          <w:i w:val="0"/>
        </w:rPr>
        <w:t>PC Bailey xuất hiện vài phút sau đó, và trước sự ngạc nhiên của William, cô ấy đi về hướng ga tàu. Anh đợi cho đến khi cô lên chuyến tàu đầu tiên vào trung tâm London rồi mới ra khỏi xe và đi bộ sang bốt điện thoại bên kia đường.</w:t>
      </w:r>
    </w:p>
    <w:p>
      <w:pPr>
        <w:spacing w:after="80"/>
      </w:pPr>
      <w:r>
        <w:rPr>
          <w:b w:val="0"/>
          <w:i w:val="0"/>
        </w:rPr>
        <w:t>Rebecca nhấc máy sau vài hồi chuông.</w:t>
      </w:r>
    </w:p>
    <w:p>
      <w:pPr>
        <w:spacing w:after="80"/>
      </w:pPr>
      <w:r>
        <w:rPr>
          <w:b w:val="0"/>
          <w:i w:val="0"/>
        </w:rPr>
        <w:t>‘Cô ấy đang trên đường quay lại London,’ William nói. ‘Cô ấy sẽ đến chỗ em lâu trước khi anh kịp tới.’</w:t>
      </w:r>
    </w:p>
    <w:p>
      <w:pPr>
        <w:spacing w:after="80"/>
      </w:pPr>
      <w:r>
        <w:rPr>
          <w:b w:val="0"/>
          <w:i w:val="0"/>
        </w:rPr>
        <w:t>‘Không thành vấn đề,’ Rebecca nói. ‘Nicky nghĩ hôm nay tôi được nghỉ, nên cô ấy sẽ không ngạc nhiên khi thấy tôi ở nhà.’</w:t>
      </w:r>
    </w:p>
    <w:p>
      <w:pPr>
        <w:spacing w:after="80"/>
      </w:pPr>
      <w:r>
        <w:rPr>
          <w:b w:val="0"/>
          <w:i w:val="0"/>
        </w:rPr>
        <w:t>‘Trong lúc đó em sẽ phải để mắt tới Lamont kỹ hơn nữa. Jackie vừa gọi đến báo Paul rằng sau cuộc gặp với ông ta tối qua, giờ ông ta tin rằng mình đã thoát. Cô ấy được đền đáp bằng một phong bì nâu dày, mà cô ấy để lại trên bàn anh.’</w:t>
      </w:r>
    </w:p>
    <w:p>
      <w:pPr>
        <w:spacing w:after="80"/>
      </w:pPr>
      <w:r>
        <w:rPr>
          <w:b w:val="0"/>
          <w:i w:val="0"/>
        </w:rPr>
        <w:t>‘Jackie là nhất,’ Rebecca nói. ‘Ước gì tôi cũng nói được như vậy về Nicky.’</w:t>
      </w:r>
    </w:p>
    <w:p>
      <w:pPr>
        <w:spacing w:after="80"/>
      </w:pPr>
      <w:r>
        <w:rPr>
          <w:b w:val="0"/>
          <w:i w:val="0"/>
        </w:rPr>
        <w:t>‘Đừng bỏ cuộc với cô ấy. Biết đâu cô ấy sẽ tỉnh ngộ,’ William nói trước khi gác máy.</w:t>
      </w:r>
    </w:p>
    <w:p>
      <w:pPr>
        <w:spacing w:after="80"/>
      </w:pPr>
      <w:r>
        <w:rPr>
          <w:b w:val="0"/>
          <w:i w:val="0"/>
        </w:rPr>
        <w:t>Anh quay lại xe và ghi dòng cuối cùng vào sổ nhật ký. Chắc chắn thêm năm đêm liên tiếp nữa là đủ để thuyết phục chỉ huy rằng Nicky đã đổi phe. Nhưng anh chấp nhận rằng Hawk hẳn phải có lý do để chưa muốn lộ diện. William gấp sổ tay lại, vặn chìa khóa điện, và quay về London. Anh đang đi ngang khách sạn Tower thì Nicky tra chìa khóa vào cửa trước, và Beth bị cặp song sinh đánh thức.</w:t>
      </w:r>
    </w:p>
    <w:p>
      <w:pPr>
        <w:jc w:val="center"/>
      </w:pPr>
      <w:r>
        <w:drawing>
          <wp:inline xmlns:a="http://schemas.openxmlformats.org/drawingml/2006/main" xmlns:pic="http://schemas.openxmlformats.org/drawingml/2006/picture">
            <wp:extent cx="752475" cy="161926"/>
            <wp:docPr id="56" name="Picture 5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Rebecca đang rửa bát thì nghe tiếng cửa trước mở.</w:t>
      </w:r>
    </w:p>
    <w:p>
      <w:pPr>
        <w:spacing w:after="80"/>
      </w:pPr>
      <w:r>
        <w:rPr>
          <w:b w:val="0"/>
          <w:i w:val="0"/>
        </w:rPr>
        <w:t>‘Em có muốn ăn sáng không?’ cô hỏi khi Nicky vào bếp cùng cô.</w:t>
      </w:r>
    </w:p>
    <w:p>
      <w:pPr>
        <w:spacing w:after="80"/>
      </w:pPr>
      <w:r>
        <w:rPr>
          <w:b w:val="0"/>
          <w:i w:val="0"/>
        </w:rPr>
        <w:t>‘Không, cảm ơn, em chỉ lấy một bát ngũ cốc ngô rồi đi thăm Mẹ.’</w:t>
      </w:r>
    </w:p>
    <w:p>
      <w:pPr>
        <w:spacing w:after="80"/>
      </w:pPr>
      <w:r>
        <w:rPr>
          <w:b w:val="0"/>
          <w:i w:val="0"/>
        </w:rPr>
        <w:t>‘Em dám hỏi không nhỉ?’ Rebecca nói, nhoẻn miệng cười với cô.</w:t>
      </w:r>
    </w:p>
    <w:p>
      <w:pPr>
        <w:spacing w:after="80"/>
      </w:pPr>
      <w:r>
        <w:rPr>
          <w:b w:val="0"/>
          <w:i w:val="0"/>
        </w:rPr>
        <w:t>‘Em nghĩ lần này có thể hơi đặc biệt. Em chưa từng cảm thấy thế này bao giờ.’</w:t>
      </w:r>
    </w:p>
    <w:p>
      <w:pPr>
        <w:spacing w:after="80"/>
      </w:pPr>
      <w:r>
        <w:rPr>
          <w:b w:val="0"/>
          <w:i w:val="0"/>
        </w:rPr>
        <w:t>‘Chi tiết đi, chi tiết đi,’ Rebecca nài nỉ, không quay lại nhìn cô.</w:t>
      </w:r>
    </w:p>
    <w:p>
      <w:pPr>
        <w:spacing w:after="80"/>
      </w:pPr>
      <w:r>
        <w:rPr>
          <w:b w:val="0"/>
          <w:i w:val="0"/>
        </w:rPr>
        <w:t>‘Anh ấy là nhân viên môi giới bất động sản, chủ yếu trông coi nhà cho thuê, cửa hàng và văn phòng ở khu Croydon, và anh ấy vừa được thăng làm cộng sự cấp dưới.’</w:t>
      </w:r>
    </w:p>
    <w:p>
      <w:pPr>
        <w:spacing w:after="80"/>
      </w:pPr>
      <w:r>
        <w:rPr>
          <w:b w:val="0"/>
          <w:i w:val="0"/>
        </w:rPr>
        <w:t>Quá nhiều chi tiết, tính toán quá kỹ lưỡng, và nói quá trơn tru, Rebecca nghĩ. ‘Anh Hoàn Hảo đó có tên không?’</w:t>
      </w:r>
    </w:p>
    <w:p>
      <w:pPr>
        <w:spacing w:after="80"/>
      </w:pPr>
      <w:r>
        <w:rPr>
          <w:b w:val="0"/>
          <w:i w:val="0"/>
        </w:rPr>
        <w:t>‘Alan Mitchell. Gốc gác ở Nottingham, nhưng giờ anh ấy sống ở Romford.’</w:t>
      </w:r>
    </w:p>
    <w:p>
      <w:pPr>
        <w:spacing w:after="80"/>
      </w:pPr>
      <w:r>
        <w:rPr>
          <w:b w:val="0"/>
          <w:i w:val="0"/>
        </w:rPr>
        <w:t>‘Bao giờ thì tôi được gặp anh ta?’ Rebecca dè dặt hỏi.</w:t>
      </w:r>
    </w:p>
    <w:p>
      <w:pPr>
        <w:spacing w:after="80"/>
      </w:pPr>
      <w:r>
        <w:rPr>
          <w:b w:val="0"/>
          <w:i w:val="0"/>
        </w:rPr>
        <w:t>‘Chưa vội,’ Nicky nói. ‘Tôi muốn chắc chắn tuyệt đối đã. Nhân đang nói chuyện này, chuyện tình cảm của cậu thế nào rồi?’</w:t>
      </w:r>
    </w:p>
    <w:p>
      <w:pPr>
        <w:spacing w:after="80"/>
      </w:pPr>
      <w:r>
        <w:rPr>
          <w:b w:val="0"/>
          <w:i w:val="0"/>
        </w:rPr>
        <w:t>‘Biết nói gì với cậu đây? Tớ là bông hoa cắm góc tường chính hiệu đấy. Cậu không tưới tớ mỗi tuần một lần là tớ lạ lắm đấy.’</w:t>
      </w:r>
    </w:p>
    <w:p>
      <w:pPr>
        <w:spacing w:after="80"/>
      </w:pPr>
      <w:r>
        <w:rPr>
          <w:b w:val="0"/>
          <w:i w:val="0"/>
        </w:rPr>
        <w:t>‘Còn công việc thì sao? Con Chim Ưng có giao cho cậu việc gì thú vị không, giờ cậu không còn theo kèm Lamont nữa?’</w:t>
      </w:r>
    </w:p>
    <w:p>
      <w:pPr>
        <w:spacing w:after="80"/>
      </w:pPr>
      <w:r>
        <w:rPr>
          <w:b w:val="0"/>
          <w:i w:val="0"/>
        </w:rPr>
        <w:t>‘Tớ đang điều tra một trung sĩ ở West End Central. Bọn tớ nghĩ anh ta có thể đang nhận tiền đút lót từ chủ một câu lạc bộ thoát y trong khu, kẻ đó hy vọng đổi lại sẽ xin được giấy phép bán rượu.’</w:t>
      </w:r>
    </w:p>
    <w:p>
      <w:pPr>
        <w:spacing w:after="80"/>
      </w:pPr>
      <w:r>
        <w:rPr>
          <w:b w:val="0"/>
          <w:i w:val="0"/>
        </w:rPr>
        <w:t>‘Nghe thú vị đấy,’ Nicky nói, vừa rót sữa lên bát ngũ cốc của mình.</w:t>
      </w:r>
    </w:p>
    <w:p>
      <w:pPr>
        <w:spacing w:after="80"/>
      </w:pPr>
      <w:r>
        <w:rPr>
          <w:b w:val="0"/>
          <w:i w:val="0"/>
        </w:rPr>
        <w:t>‘Thật ra thì khá buồn và hơi bẩn thỉu, nếu biết sự thật.’ Rebecca không khỏi cảm thấy câu chuyện vỏ bọc của mình còn đáng tin hơn cả Alan, một nhân viên môi giới bất động sản làm việc ở Croydon, vừa được thăng làm cộng sự cấp dưới, và tình cờ sống ở Romford.</w:t>
      </w:r>
    </w:p>
    <w:p>
      <w:pPr>
        <w:jc w:val="center"/>
      </w:pPr>
      <w:r>
        <w:drawing>
          <wp:inline xmlns:a="http://schemas.openxmlformats.org/drawingml/2006/main" xmlns:pic="http://schemas.openxmlformats.org/drawingml/2006/picture">
            <wp:extent cx="752475" cy="161926"/>
            <wp:docPr id="57" name="Picture 5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‘Xin bị cáo đứng lên?’</w:t>
      </w:r>
    </w:p>
    <w:p>
      <w:pPr>
        <w:spacing w:after="80"/>
      </w:pPr>
      <w:r>
        <w:rPr>
          <w:b w:val="0"/>
          <w:i w:val="0"/>
        </w:rPr>
        <w:t>Assem Rashidi đứng dậy khỏi chỗ ngồi trong vành móng ngựa, đối diện với quan tòa, vẻ mặt giả vờ thờ ơ.</w:t>
      </w:r>
    </w:p>
    <w:p>
      <w:pPr>
        <w:spacing w:after="80"/>
      </w:pPr>
      <w:r>
        <w:rPr>
          <w:b w:val="0"/>
          <w:i w:val="0"/>
        </w:rPr>
        <w:t>Ngài Thẩm phán Whittaker mở chiếc cặp da màu đỏ, nhìn xuống những dòng ông đã viết sáng hôm đó. ‘Ông Rashidi, ông đã bị kết tội tàng trữ năm ounce cần sa, và tôi tuyên phạt ông hai năm tù, mức án tối đa mà pháp luật cho phép đối với tội này,’ ông nói thêm, không giấu nổi sự khinh miệt dành cho kẻ mà ông sẵn lòng tống vào tù chung thân.</w:t>
      </w:r>
    </w:p>
    <w:p>
      <w:pPr>
        <w:spacing w:after="80"/>
      </w:pPr>
      <w:r>
        <w:rPr>
          <w:b w:val="0"/>
          <w:i w:val="0"/>
        </w:rPr>
        <w:t>Quan tòa gấp cặp lại và chuẩn bị rời phòng xử án thì Rashidi nói, ‘Cảm ơn ngài, thưa quan tòa. Xin chuyển lời chúc tốt đẹp nhất của tôi đến con trai ngài.’</w:t>
      </w:r>
    </w:p>
    <w:p>
      <w:pPr>
        <w:spacing w:after="80"/>
      </w:pPr>
      <w:r>
        <w:rPr>
          <w:b w:val="0"/>
          <w:i w:val="0"/>
        </w:rPr>
        <w:t>‘Dẫn phạm nhân đi,’ quan tòa gầm gừ.</w:t>
      </w:r>
    </w:p>
    <w:p>
      <w:pPr>
        <w:pStyle w:val="Heading2"/>
      </w:pPr>
      <w:r>
        <w:rPr>
          <w:rFonts w:ascii="Calibri" w:hAnsi="Calibri"/>
          <w:b/>
          <w:i w:val="0"/>
          <w:sz w:val="32"/>
        </w:rPr>
        <w:t>19</w:t>
      </w:r>
    </w:p>
    <w:p>
      <w:pPr>
        <w:spacing w:after="80"/>
      </w:pPr>
      <w:r>
        <w:rPr>
          <w:b w:val="0"/>
          <w:i w:val="0"/>
        </w:rPr>
        <w:t>‘Đây là niềm tự hào của bộ sưu tập Fitzmolean,’ Beth nói khi cả hai đứng đó chiêm ngưỡng bức tranh Vermeer.</w:t>
      </w:r>
    </w:p>
    <w:p>
      <w:pPr>
        <w:spacing w:after="80"/>
      </w:pPr>
      <w:r>
        <w:rPr>
          <w:b w:val="0"/>
          <w:i w:val="0"/>
        </w:rPr>
        <w:t>‘Và nó không thể tìm được một ngôi nhà nào tốt hơn,’ Christina nói. ‘Nhưng tôi phải nói với cô rằng kể từ khi Miles qua đời, các nhà buôn tranh và nhà đấu giá cứ nườm nượp kéo đến cửa nhà tôi, muốn biết tôi định làm gì với phần còn lại của bộ sưu tập.’</w:t>
      </w:r>
    </w:p>
    <w:p>
      <w:pPr>
        <w:spacing w:after="80"/>
      </w:pPr>
      <w:r>
        <w:rPr>
          <w:b w:val="0"/>
          <w:i w:val="0"/>
        </w:rPr>
        <w:t>‘Nếu có khi nào bà quyết định bán bất kỳ bức tranh nào, chúng tôi rất sẵn lòng tư vấn cho bà. Đó là điều tối thiểu chúng tôi có thể làm để đáp lại sự hào phóng của bà.’</w:t>
      </w:r>
    </w:p>
    <w:p>
      <w:pPr>
        <w:spacing w:after="80"/>
      </w:pPr>
      <w:r>
        <w:rPr>
          <w:b w:val="0"/>
          <w:i w:val="0"/>
        </w:rPr>
        <w:t>‘Cô thật tử tế,’ Christina nói, ‘nhưng đó không phải lý do tôi mời cô đi ăn trưa.’</w:t>
      </w:r>
    </w:p>
    <w:p>
      <w:pPr>
        <w:spacing w:after="80"/>
      </w:pPr>
      <w:r>
        <w:rPr>
          <w:b w:val="0"/>
          <w:i w:val="0"/>
        </w:rPr>
        <w:t>‘Monte Carlo?’ Beth hỏi, nhướng một bên lông mày.</w:t>
      </w:r>
    </w:p>
    <w:p>
      <w:pPr>
        <w:spacing w:after="80"/>
      </w:pPr>
      <w:r>
        <w:rPr>
          <w:b w:val="0"/>
          <w:i w:val="0"/>
        </w:rPr>
        <w:t>‘Không thể nào hoàn hảo hơn,’ Christina rủ rỉ. ‘Ralph thật tốt bụng và chu đáo, lại còn là người bạn đồng hành tuyệt vời. Riêng giữa hai chị em mình với nhau, chuyện chăn gối cũng chẳng tệ chút nào.’</w:t>
      </w:r>
    </w:p>
    <w:p>
      <w:pPr>
        <w:spacing w:after="80"/>
      </w:pPr>
      <w:r>
        <w:rPr>
          <w:b w:val="0"/>
          <w:i w:val="0"/>
        </w:rPr>
        <w:t>‘Chà, tôi mừng cho bà. William hơi lo rằng—’</w:t>
      </w:r>
    </w:p>
    <w:p>
      <w:pPr>
        <w:spacing w:after="80"/>
      </w:pPr>
      <w:r>
        <w:rPr>
          <w:b w:val="0"/>
          <w:i w:val="0"/>
        </w:rPr>
        <w:t>‘Ralph có thể chỉ quan tâm đến tiền của tôi?’</w:t>
      </w:r>
    </w:p>
    <w:p>
      <w:pPr>
        <w:spacing w:after="80"/>
      </w:pPr>
      <w:r>
        <w:rPr>
          <w:b w:val="0"/>
          <w:i w:val="0"/>
        </w:rPr>
        <w:t>Beth trông có vẻ ngượng ngùng.</w:t>
      </w:r>
    </w:p>
    <w:p>
      <w:pPr>
        <w:spacing w:after="80"/>
      </w:pPr>
      <w:r>
        <w:rPr>
          <w:b w:val="0"/>
          <w:i w:val="0"/>
        </w:rPr>
        <w:t>‘Sao hai người không đến ăn tối một buổi tối nào đó, rồi cô sẽ có dịp hiểu anh ấy rõ hơn một chút.’</w:t>
      </w:r>
    </w:p>
    <w:p>
      <w:pPr>
        <w:spacing w:after="80"/>
      </w:pPr>
      <w:r>
        <w:rPr>
          <w:b w:val="0"/>
          <w:i w:val="0"/>
        </w:rPr>
        <w:t>‘Tôi không có ý ám chỉ . . .’ Beth bắt đầu. ‘Chỉ là William lúc nào cũng—’</w:t>
      </w:r>
    </w:p>
    <w:p>
      <w:pPr>
        <w:spacing w:after="80"/>
      </w:pPr>
      <w:r>
        <w:rPr>
          <w:b w:val="0"/>
          <w:i w:val="0"/>
        </w:rPr>
        <w:t>‘Suy nghĩ như một cảnh sát. Nhân tiện, anh ấy thế nào?’</w:t>
      </w:r>
    </w:p>
    <w:p>
      <w:pPr>
        <w:spacing w:after="80"/>
      </w:pPr>
      <w:r>
        <w:rPr>
          <w:b w:val="0"/>
          <w:i w:val="0"/>
        </w:rPr>
        <w:t>‘Anh ấy đang mưu tính gì đó,’ Beth đáp, cố thoát khỏi tình huống khó xử. ‘Nhưng tôi không chắc là gì.’</w:t>
      </w:r>
    </w:p>
    <w:p>
      <w:pPr>
        <w:spacing w:after="80"/>
      </w:pPr>
      <w:r>
        <w:rPr>
          <w:b w:val="0"/>
          <w:i w:val="0"/>
        </w:rPr>
        <w:t>‘Lại một người phụ nữ khác chăng?’ Christina gợi ý, cười.</w:t>
      </w:r>
    </w:p>
    <w:p>
      <w:pPr>
        <w:spacing w:after="80"/>
      </w:pPr>
      <w:r>
        <w:rPr>
          <w:b w:val="0"/>
          <w:i w:val="0"/>
        </w:rPr>
        <w:t>‘Với vẻ mặt anh ấy lúc này thì không, trừ khi cô ta phải ngủ ngoài đường. Bà vẫn đang tính chuyển đến Florida chứ?’ Beth hỏi, háo hức đổi chủ đề.</w:t>
      </w:r>
    </w:p>
    <w:p>
      <w:pPr>
        <w:spacing w:after="80"/>
      </w:pPr>
      <w:r>
        <w:rPr>
          <w:b w:val="0"/>
          <w:i w:val="0"/>
        </w:rPr>
        <w:t>‘Tôi không còn cần phải thế nữa. Cuối cùng tôi đã có được căn hộ ở Mayfair, biệt thự và một chiếc du thuyền, chưa kể một vị thuyền trưởng đang nóng lòng được lái nó ra khơi.’</w:t>
      </w:r>
    </w:p>
    <w:p>
      <w:pPr>
        <w:spacing w:after="80"/>
      </w:pPr>
      <w:r>
        <w:rPr>
          <w:b w:val="0"/>
          <w:i w:val="0"/>
        </w:rPr>
        <w:t>‘Cậu có vẻ khá nghiêm túc về Ralph đấy.’</w:t>
      </w:r>
    </w:p>
    <w:p>
      <w:pPr>
        <w:spacing w:after="80"/>
      </w:pPr>
      <w:r>
        <w:rPr>
          <w:b w:val="0"/>
          <w:i w:val="0"/>
        </w:rPr>
        <w:t>‘Đúng vậy. Anh ấy đã thay đổi cả cuộc đời tôi. Sinatra nói đúng, tình yêu lần thứ hai ngọt ngào hơn nhiều. Nhưng tôi sẽ kể cậu nghe mọi chuyện vào bữa trưa,’ Christina nói khi khoác tay Beth và cả hai cùng rời khỏi phòng tranh.</w:t>
      </w:r>
    </w:p>
    <w:p>
      <w:pPr>
        <w:jc w:val="center"/>
      </w:pPr>
      <w:r>
        <w:drawing>
          <wp:inline xmlns:a="http://schemas.openxmlformats.org/drawingml/2006/main" xmlns:pic="http://schemas.openxmlformats.org/drawingml/2006/picture">
            <wp:extent cx="752475" cy="161926"/>
            <wp:docPr id="58" name="Picture 5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xem đồng hồ: 2 giờ 20 phút chiều. Trận đấu bắt đầu lúc 3 giờ. Bốn mươi nghìn cổ động viên đều đang hướng về cùng một phía. Phần lớn đeo khăn quàng đỏ-trắng, dù có một nhóm đông đảo mặc áo xanh-trắng. Hai bộ tộc đối địch chỉ có một điểm chung: ai cũng tin chắc mình đang cổ vũ cho đội sẽ thắng.</w:t>
      </w:r>
    </w:p>
    <w:p>
      <w:pPr>
        <w:spacing w:after="80"/>
      </w:pPr>
      <w:r>
        <w:rPr>
          <w:b w:val="0"/>
          <w:i w:val="0"/>
        </w:rPr>
        <w:t>Một bóng người lẻ loi, quàng khăn đỏ-trắng, thong thả đi ngang qua ga tàu điện ngầm Arsenal, trong khi càng lúc càng nhiều cổ động viên tràn ra đường Gillespie. Chốc lát sau, một người khác quàng khăn đỏ-trắng nhập bọn với anh ta.</w:t>
      </w:r>
    </w:p>
    <w:p>
      <w:pPr>
        <w:spacing w:after="80"/>
      </w:pPr>
      <w:r>
        <w:rPr>
          <w:b w:val="0"/>
          <w:i w:val="0"/>
        </w:rPr>
        <w:t>‘Tôi đang nghe đây,’ viên chỉ huy nói với một thanh niên trông lôi thôi lếch thếch, cứ như thể vừa ra tù chứ chẳng phải một thanh tra mới được thăng chức ở Đơn vị Chống Tham nhũng.</w:t>
      </w:r>
    </w:p>
    <w:p>
      <w:pPr>
        <w:spacing w:after="80"/>
      </w:pPr>
      <w:r>
        <w:rPr>
          <w:b w:val="0"/>
          <w:i w:val="0"/>
        </w:rPr>
        <w:t>‘Nếu chỉ xét thành tích của anh ta,’ William nói, ‘thì Summers đang làm việc rất ấn tượng. Chỉ tiếc là anh ta gian xảo chẳng khác nào cái mở nút chai xoắn ốc.’</w:t>
      </w:r>
    </w:p>
    <w:p>
      <w:pPr>
        <w:spacing w:after="80"/>
      </w:pPr>
      <w:r>
        <w:rPr>
          <w:b w:val="0"/>
          <w:i w:val="0"/>
        </w:rPr>
        <w:t>‘Anh ta với cảnh sát Bailey vẫn còn cặp kè với nhau chứ?’</w:t>
      </w:r>
    </w:p>
    <w:p>
      <w:pPr>
        <w:spacing w:after="80"/>
      </w:pPr>
      <w:r>
        <w:rPr>
          <w:b w:val="0"/>
          <w:i w:val="0"/>
        </w:rPr>
        <w:t>‘Rebecca thì chắc chắn là nghĩ vậy, nhưng ai mà biết được chuyện này kéo dài bao lâu nữa? Với tiền lệ của Summers, cô ta đã quá hạn sử dụng từ lâu rồi.’</w:t>
      </w:r>
    </w:p>
    <w:p>
      <w:pPr>
        <w:spacing w:after="80"/>
      </w:pPr>
      <w:r>
        <w:rPr>
          <w:b w:val="0"/>
          <w:i w:val="0"/>
        </w:rPr>
        <w:t>‘Tôi tưởng tượng giống như hầu hết các con bạc, anh ta có một hệ thống mà anh ta cho là không thể sai được.’</w:t>
      </w:r>
    </w:p>
    <w:p>
      <w:pPr>
        <w:spacing w:after="80"/>
      </w:pPr>
      <w:r>
        <w:rPr>
          <w:b w:val="0"/>
          <w:i w:val="0"/>
        </w:rPr>
        <w:t>‘Cho đến khi anh ta buộc phải nhân đôi tiền cược.’</w:t>
      </w:r>
    </w:p>
    <w:p>
      <w:pPr>
        <w:spacing w:after="80"/>
      </w:pPr>
      <w:r>
        <w:rPr>
          <w:b w:val="0"/>
          <w:i w:val="0"/>
        </w:rPr>
        <w:t>‘Khai sáng cho tôi đi.’</w:t>
      </w:r>
    </w:p>
    <w:p>
      <w:pPr>
        <w:spacing w:after="80"/>
      </w:pPr>
      <w:r>
        <w:rPr>
          <w:b w:val="0"/>
          <w:i w:val="0"/>
        </w:rPr>
        <w:t>‘Có hai băng nhóm tội phạm lớn hoạt động ở Romford: nhà Turners và nhà Paynes. Tôi tin chắc DS Summers đang ăn tiền của nhà Turners, nhất là khi một nửa gia đình Payne hiện đang bị giam ở Wormwood Scrubs, trong khi nhà Turners chỉ thỉnh thoảng xuất hiện ở tòa án sơ thẩm địa phương, và hiếm khi ra về với hơn một khoản tiền phạt hay án treo,’ William nói khi Highbury hiện ra trước mặt họ và những định kiến của đám đông đông đảo càng trở nên ồn ào hơn sau mỗi bước chân họ đi.</w:t>
      </w:r>
    </w:p>
    <w:p>
      <w:pPr>
        <w:spacing w:after="80"/>
      </w:pPr>
      <w:r>
        <w:rPr>
          <w:b w:val="0"/>
          <w:i w:val="0"/>
        </w:rPr>
        <w:t>‘Liệu có cơ hội nào để chúng ta thâm nhập vào hệ thống cấp bậc của nhà Payne, và chơi Summers bằng chính chiêu của anh ta không?’ Hawk hỏi.</w:t>
      </w:r>
    </w:p>
    <w:p>
      <w:pPr>
        <w:spacing w:after="80"/>
      </w:pPr>
      <w:r>
        <w:rPr>
          <w:b w:val="0"/>
          <w:i w:val="0"/>
        </w:rPr>
        <w:t>‘Họ là một gia đình gắn bó chặt chẽ lắm, và cậu có thể chắc chắn rằng chẳng có cảnh sát nào nằm trong danh sách thiệp Giáng sinh của họ đâu.’</w:t>
      </w:r>
    </w:p>
    <w:p>
      <w:pPr>
        <w:spacing w:after="80"/>
      </w:pPr>
      <w:r>
        <w:rPr>
          <w:b w:val="0"/>
          <w:i w:val="0"/>
        </w:rPr>
        <w:t>Hawk gật đầu khi họ đi ngang qua cổng chính của sân vận động, phớt lờ các cửa soát vé.</w:t>
      </w:r>
    </w:p>
    <w:p>
      <w:pPr>
        <w:spacing w:after="80"/>
      </w:pPr>
      <w:r>
        <w:rPr>
          <w:b w:val="0"/>
          <w:i w:val="0"/>
        </w:rPr>
        <w:t>‘Tuy nhiên,’ William tiếp tục, ‘tôi có biết một thành viên của gia đình này có công việc đàng hoàng. Adam Payne làm việc ở phòng nhà ở của Hội đồng Barking và Dagenham. Anh ta đã kết hôn, có hai con, và bị coi là con cừu đen của gia đình. Điều đó hẳn khiến anh ta hơi khó xử, vì bố anh ta, Reg, cầm đầu đường dây ma túy ở Romford, còn anh trai anh ta là một kẻ buôn bán ma túy.’</w:t>
      </w:r>
    </w:p>
    <w:p>
      <w:pPr>
        <w:spacing w:after="80"/>
      </w:pPr>
      <w:r>
        <w:rPr>
          <w:b w:val="0"/>
          <w:i w:val="0"/>
        </w:rPr>
        <w:t>‘Anh ấy có giữ liên lạc với ai khác trong gia đình không?’</w:t>
      </w:r>
    </w:p>
    <w:p>
      <w:pPr>
        <w:spacing w:after="80"/>
      </w:pPr>
      <w:r>
        <w:rPr>
          <w:b w:val="0"/>
          <w:i w:val="0"/>
        </w:rPr>
        <w:t>‘Chỉ với mẹ anh ấy thôi. Anh ấy đến thăm bà cách tuần một lần, vào đúng lúc cả đám còn lại đang có mặt ở White Hart Lane, cổ vũ cho Tottenham.’</w:t>
      </w:r>
    </w:p>
    <w:p>
      <w:pPr>
        <w:spacing w:after="80"/>
      </w:pPr>
      <w:r>
        <w:rPr>
          <w:b w:val="0"/>
          <w:i w:val="0"/>
        </w:rPr>
        <w:t>‘Thử liên lạc với anh ta xem, và tìm hiểu xem anh ta có sẵn lòng chuyển lời nhắn tới mẹ mình, xin một cuộc gặp với Reg Payne không. Cơ hội mong manh lắm, nhưng cũng đáng thử.’</w:t>
      </w:r>
    </w:p>
    <w:p>
      <w:pPr>
        <w:spacing w:after="80"/>
      </w:pPr>
      <w:r>
        <w:rPr>
          <w:b w:val="0"/>
          <w:i w:val="0"/>
        </w:rPr>
        <w:t>William gật đầu, nhưng trông không có vẻ gì là bị thuyết phục.</w:t>
      </w:r>
    </w:p>
    <w:p>
      <w:pPr>
        <w:spacing w:after="80"/>
      </w:pPr>
      <w:r>
        <w:rPr>
          <w:b w:val="0"/>
          <w:i w:val="0"/>
        </w:rPr>
        <w:t>Họ đi thêm vài bước nữa trước khi William hỏi: ‘Còn những người khác trong đội đang làm gì khi tôi vắng mặt?’</w:t>
      </w:r>
    </w:p>
    <w:p>
      <w:pPr>
        <w:spacing w:after="80"/>
      </w:pPr>
      <w:r>
        <w:rPr>
          <w:b w:val="0"/>
          <w:i w:val="0"/>
        </w:rPr>
        <w:t>‘Rebecca vẫn đang theo dõi Lamont, người có vẻ lại đang nợ tiền các nhà cái, còn Jackie thì đang cố tìm hiểu tại sao anh ta vẫn giữ liên lạc với Summers. Mọi người ngoài nhóm nòng cốt vẫn nghĩ anh đang bị đình chỉ và đang chuẩn bị cho phiên điều trần.’</w:t>
      </w:r>
    </w:p>
    <w:p>
      <w:pPr>
        <w:spacing w:after="80"/>
      </w:pPr>
      <w:r>
        <w:rPr>
          <w:b w:val="0"/>
          <w:i w:val="0"/>
        </w:rPr>
        <w:t>‘Nếu cái hội đồng ma quái của ông kết tội tôi,’ William nói, ‘thì tôi đang tính gia nhập băng Turner đây. Lương khá hơn nhiều mà giờ giấc lại ngắn hơn.’</w:t>
      </w:r>
    </w:p>
    <w:p>
      <w:pPr>
        <w:spacing w:after="80"/>
      </w:pPr>
      <w:r>
        <w:rPr>
          <w:b w:val="0"/>
          <w:i w:val="0"/>
        </w:rPr>
        <w:t>‘Đừng có đùa kiểu đó,’ Hawksby nói. ‘Vì tôi e rằng Lamont đã làm đúng như thế. Tôi nghi anh ta giờ đang làm việc trực tiếp cho Summers, kẻ đang ăn lương của băng Turner, mà băng Turner lại là một trong vô số đầu mối của Rashidi. Gã đó có cả một hệ thống chỉ huy mà bất kỳ vị tướng nào cũng phải tự hào.’</w:t>
      </w:r>
    </w:p>
    <w:p>
      <w:pPr>
        <w:spacing w:after="80"/>
      </w:pPr>
      <w:r>
        <w:rPr>
          <w:b w:val="0"/>
          <w:i w:val="0"/>
        </w:rPr>
        <w:t>‘Khi nào thì Rashidi được thả?’</w:t>
      </w:r>
    </w:p>
    <w:p>
      <w:pPr>
        <w:spacing w:after="80"/>
      </w:pPr>
      <w:r>
        <w:rPr>
          <w:b w:val="0"/>
          <w:i w:val="0"/>
        </w:rPr>
        <w:t>‘Chỉ hơn một tháng nữa thôi, lúc đó tôi muốn anh gác lại mọi thứ và bám sát từng bước chân của hắn, từ lúc hắn ra khỏi tù cho đến khi chúng ta đưa hắn về lại an toàn trong đó. Như vậy vẫn còn dư thời gian để anh liên lạc với Adam Payne. Nhưng đừng bao giờ quên, nếu bố anh ta chỉ trong một khoảnh khắc nghĩ rằng anh đang phản bội ông ta, ông ta sẽ xẻo anh như xẻo một miếng xúc xích salami.’</w:t>
      </w:r>
    </w:p>
    <w:p>
      <w:pPr>
        <w:spacing w:after="80"/>
      </w:pPr>
      <w:r>
        <w:rPr>
          <w:b w:val="0"/>
          <w:i w:val="0"/>
        </w:rPr>
        <w:t>‘Cảm ơn ngài, lời đó khích lệ tôi ghê,’ William nói khi họ quay lại cổng chính của sân vận động.</w:t>
      </w:r>
    </w:p>
    <w:p>
      <w:pPr>
        <w:spacing w:after="80"/>
      </w:pPr>
      <w:r>
        <w:rPr>
          <w:b w:val="0"/>
          <w:i w:val="0"/>
        </w:rPr>
        <w:t>‘Hai tuần nữa gặp lại anh, khi chúng ta đá với Leicester,’ Chim Ưng nói. ‘Nhưng đừng ngần ngại gọi cho tôi ở nhà nếu anh phát hiện được điều gì đáng giá.’</w:t>
      </w:r>
    </w:p>
    <w:p>
      <w:pPr>
        <w:spacing w:after="80"/>
      </w:pPr>
      <w:r>
        <w:rPr>
          <w:b w:val="0"/>
          <w:i w:val="0"/>
        </w:rPr>
        <w:t>Ông ấy đi về phía cổng soát vé gần nhất, trong khi William đi đến ga tàu điện ngầm Gunners, nơi anh lên một chuyến tàu vắng người trở về Fulham.</w:t>
      </w:r>
    </w:p>
    <w:p>
      <w:pPr>
        <w:jc w:val="center"/>
      </w:pPr>
      <w:r>
        <w:drawing>
          <wp:inline xmlns:a="http://schemas.openxmlformats.org/drawingml/2006/main" xmlns:pic="http://schemas.openxmlformats.org/drawingml/2006/picture">
            <wp:extent cx="752475" cy="161926"/>
            <wp:docPr id="59" name="Picture 5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‘Nếu Đoàn Luật sư phát hiện ra anh còn sống, mà tôi vẫn đang đại diện cho anh,’ Booth Watson nói, ‘thì chắc chắn tôi sẽ bị tước quyền hành nghề, và có lẽ còn phải vào tù.’</w:t>
      </w:r>
    </w:p>
    <w:p>
      <w:pPr>
        <w:spacing w:after="80"/>
      </w:pPr>
      <w:r>
        <w:rPr>
          <w:b w:val="0"/>
          <w:i w:val="0"/>
        </w:rPr>
        <w:t>‘Đó là lý do tôi chưa bao giờ phàn nàn về mức phí cắt cổ của ông, BW ạ.’</w:t>
      </w:r>
    </w:p>
    <w:p>
      <w:pPr>
        <w:spacing w:after="80"/>
      </w:pPr>
      <w:r>
        <w:rPr>
          <w:b w:val="0"/>
          <w:i w:val="0"/>
        </w:rPr>
        <w:t>‘Dù sao đi nữa, Miles, mọi việc chúng ta làm trong tương lai sẽ phải đứng tên Đại úy Ralph Neville, vì theo tôi biết thì Miles Faulkner đã chết. Tôi biết thế vì tôi đã dự đám tang của anh ta.’</w:t>
      </w:r>
    </w:p>
    <w:p>
      <w:pPr>
        <w:spacing w:after="80"/>
      </w:pPr>
      <w:r>
        <w:rPr>
          <w:b w:val="0"/>
          <w:i w:val="0"/>
        </w:rPr>
        <w:t>‘Tôi cũng vậy,’ Miles nói, ‘và chẳng ai để mắt tới tôi ngoài anh. Thực ra, chính điều đó đã cho tôi tự tin để bước sang giai đoạn hai của kế hoạch dài hạn. Giờ là lúc cho giai đoạn ba. Nhưng trước tiên, cuộc gặp với Christina của anh thế nào?’</w:t>
      </w:r>
    </w:p>
    <w:p>
      <w:pPr>
        <w:spacing w:after="80"/>
      </w:pPr>
      <w:r>
        <w:rPr>
          <w:b w:val="0"/>
          <w:i w:val="0"/>
        </w:rPr>
        <w:t>‘Cô ta có phản kháng, nhưng không nhiều lắm. Chốt ở mức hai ngàn một tuần sau khi tôi giải thích những lựa chọn thay thế là gì.’</w:t>
      </w:r>
    </w:p>
    <w:p>
      <w:pPr>
        <w:spacing w:after="80"/>
      </w:pPr>
      <w:r>
        <w:rPr>
          <w:b w:val="0"/>
          <w:i w:val="0"/>
        </w:rPr>
        <w:t>‘Bao gai và tro bụi không hấp dẫn cô ta à?’</w:t>
      </w:r>
    </w:p>
    <w:p>
      <w:pPr>
        <w:spacing w:after="80"/>
      </w:pPr>
      <w:r>
        <w:rPr>
          <w:b w:val="0"/>
          <w:i w:val="0"/>
        </w:rPr>
        <w:t>‘Tôi nghĩ chính phần tro bụi là thứ cuối cùng đã thuyết phục được cô ta.’</w:t>
      </w:r>
    </w:p>
    <w:p>
      <w:pPr>
        <w:spacing w:after="80"/>
      </w:pPr>
      <w:r>
        <w:rPr>
          <w:b w:val="0"/>
          <w:i w:val="0"/>
        </w:rPr>
        <w:t>‘Tốt, vậy là xong chuyện đó. Ta tiếp tục thôi, vì một vấn đề khác đã nảy sinh.’</w:t>
      </w:r>
    </w:p>
    <w:p>
      <w:pPr>
        <w:spacing w:after="80"/>
      </w:pPr>
      <w:r>
        <w:rPr>
          <w:b w:val="0"/>
          <w:i w:val="0"/>
        </w:rPr>
        <w:t>Booth Watson vặn nắp bút máy ra và chuẩn bị ghi chép.</w:t>
      </w:r>
    </w:p>
    <w:p>
      <w:pPr>
        <w:spacing w:after="80"/>
      </w:pPr>
      <w:r>
        <w:rPr>
          <w:b w:val="0"/>
          <w:i w:val="0"/>
        </w:rPr>
        <w:t>‘Tôi vẫn đang nắm giữ toàn bộ số tranh của mình, trị giá vài triệu, nhưng nếu tôi bán dù chỉ một bức trong số đó ra thị trường mở, vài kẻ tò mò nhiều chuyện có thể bắt đầu thắc mắc liệu tôi còn sống hay không, nhất là Thanh tra Thám tử Warwick, dù ông ta cũng đã dự đám tang của tôi.’</w:t>
      </w:r>
    </w:p>
    <w:p>
      <w:pPr>
        <w:spacing w:after="80"/>
      </w:pPr>
      <w:r>
        <w:rPr>
          <w:b w:val="0"/>
          <w:i w:val="0"/>
        </w:rPr>
        <w:t>‘Sao không để Christina đem chúng ra đấu giá? Như vậy thì chẳng ai cần phải nghi ngờ cả.’</w:t>
      </w:r>
    </w:p>
    <w:p>
      <w:pPr>
        <w:spacing w:after="80"/>
      </w:pPr>
      <w:r>
        <w:rPr>
          <w:b w:val="0"/>
          <w:i w:val="0"/>
        </w:rPr>
        <w:t>‘Tôi đã nghĩ tới điều đó rồi, nhưng rủi ro quá lớn. Thỏa thuận của tôi với Christina đảm bảo cô ta giữ đúng phần mình trong giao kèo, chừng nào cô ta còn tin rằng nếu không làm vậy, nguồn thu nhập duy nhất của cô ta sẽ cạn khô. Nếu cô ta có thể chạm tay vào một bức tranh của tôi, chứ đừng nói đến cả bộ sưu tập, cô ta sẽ bỏ túi số tiền thu được và biến mất khỏi mặt đất, nhưng không phải trước khi cô ta tố giác Thuyền trưởng Ralph Neville và đảm bảo ông ta phải bước lên tấm ván.’</w:t>
      </w:r>
    </w:p>
    <w:p>
      <w:pPr>
        <w:spacing w:after="80"/>
      </w:pPr>
      <w:r>
        <w:rPr>
          <w:b w:val="0"/>
          <w:i w:val="0"/>
        </w:rPr>
        <w:t>‘Nếu thị trường mở là bất khả thi, thì thị trường kín thì sao?’ Booth Watson gợi ý. ‘Tôi đại diện cho vài khách hàng giàu tiền mặt, và theo hướng dẫn gần đây của chính phủ về rửa tiền, họ đang mắc kẹt với những khoản tiền lớn mà không dễ gì xử lý được.’</w:t>
      </w:r>
    </w:p>
    <w:p>
      <w:pPr>
        <w:spacing w:after="80"/>
      </w:pPr>
      <w:r>
        <w:rPr>
          <w:b w:val="0"/>
          <w:i w:val="0"/>
        </w:rPr>
        <w:t>‘Tôi không nghĩ ra ví dụ nào hay hơn về cung và cầu,’ Miles nói. ‘Một trong những khách hàng của anh có thể mua một bức tranh từ tôi bằng phần tiền mặt dư thừa của họ, đem nó ra đấu giá, rồi nhận một tấm séc hợp pháp, sau đó họ có thể gửi vào bất kỳ ngân hàng nào họ chọn, còn tôi thì lãi ít nhất năm mươi phần trăm trong thương vụ đó.’</w:t>
      </w:r>
    </w:p>
    <w:p>
      <w:pPr>
        <w:spacing w:after="80"/>
      </w:pPr>
      <w:r>
        <w:rPr>
          <w:b w:val="0"/>
          <w:i w:val="0"/>
        </w:rPr>
        <w:t>‘Còn vấn đề nguồn gốc xuất xứ thì sao?’</w:t>
      </w:r>
    </w:p>
    <w:p>
      <w:pPr>
        <w:spacing w:after="80"/>
      </w:pPr>
      <w:r>
        <w:rPr>
          <w:b w:val="0"/>
          <w:i w:val="0"/>
        </w:rPr>
        <w:t>‘Họ có thể nói rằng họ mua nó từ bà Christina Faulkner, và nó là một phần di sản của người chồng quá cố của bà ta.’</w:t>
      </w:r>
    </w:p>
    <w:p>
      <w:pPr>
        <w:spacing w:after="80"/>
      </w:pPr>
      <w:r>
        <w:rPr>
          <w:b w:val="0"/>
          <w:i w:val="0"/>
        </w:rPr>
        <w:t>‘Cô ta sẽ đòi phần chia chứ.’</w:t>
      </w:r>
    </w:p>
    <w:p>
      <w:pPr>
        <w:spacing w:after="80"/>
      </w:pPr>
      <w:r>
        <w:rPr>
          <w:b w:val="0"/>
          <w:i w:val="0"/>
        </w:rPr>
        <w:t>‘Cho cô ta mười phần trăm giá bán, và hứa rằng sẽ còn nhiều hơn nữa từ nguồn đó, miễn là cô ta giữ đúng phần mình trong giao kèo. Cô ta hoàn toàn không hứng thú với bộ sưu tập của tôi, nhưng lại thích tiền. Giờ anh chỉ cần quyết định ai sẽ là khách hàng đầu tiên của tôi.’</w:t>
      </w:r>
    </w:p>
    <w:p>
      <w:pPr>
        <w:spacing w:after="80"/>
      </w:pPr>
      <w:r>
        <w:rPr>
          <w:b w:val="0"/>
          <w:i w:val="0"/>
        </w:rPr>
        <w:t>‘Bạn anh, Assem Rashidi, sẽ ra tù trong khoảng một tháng nữa. Tôi tình cờ biết ông ta đang ngồi trên hàng triệu tiền mặt bị khóa trong một két ngân hàng mà ông ta không thể chuyển vào tài khoản thường của mình, nhất là vì ngay khi ra tù, nhà chức trách sẽ theo dõi ông ta như diều hâu.’</w:t>
      </w:r>
    </w:p>
    <w:p>
      <w:pPr>
        <w:spacing w:after="80"/>
      </w:pPr>
      <w:r>
        <w:rPr>
          <w:b w:val="0"/>
          <w:i w:val="0"/>
        </w:rPr>
        <w:t>‘Một so sánh thật không may,’ Miles nói. ‘Nhưng sao anh không sắp xếp một cuộc gặp?’</w:t>
      </w:r>
    </w:p>
    <w:p>
      <w:pPr>
        <w:spacing w:after="80"/>
      </w:pPr>
      <w:r>
        <w:rPr>
          <w:b w:val="0"/>
          <w:i w:val="0"/>
        </w:rPr>
        <w:t>‘Làm vậy chỉ tạo ra thêm một vấn đề khác thôi.’</w:t>
      </w:r>
    </w:p>
    <w:p>
      <w:pPr>
        <w:spacing w:after="80"/>
      </w:pPr>
      <w:r>
        <w:rPr>
          <w:b w:val="0"/>
          <w:i w:val="0"/>
        </w:rPr>
        <w:t>‘Vấn đề gì?’</w:t>
      </w:r>
    </w:p>
    <w:p>
      <w:pPr>
        <w:spacing w:after="80"/>
      </w:pPr>
      <w:r>
        <w:rPr>
          <w:b w:val="0"/>
          <w:i w:val="0"/>
        </w:rPr>
        <w:t>‘Nếu tôi mời cả hai người đến phòng làm việc của tôi, thì chẳng khác nào mời luôn William Warwick đến ngồi ghi chép cùng.’</w:t>
      </w:r>
    </w:p>
    <w:p>
      <w:pPr>
        <w:spacing w:after="80"/>
      </w:pPr>
      <w:r>
        <w:rPr>
          <w:b w:val="0"/>
          <w:i w:val="0"/>
        </w:rPr>
        <w:t>‘Nhưng Christina bảo tôi là anh ta đã bị đình chỉ, và đang đối mặt với một phiên điều trần kỷ luật.’</w:t>
      </w:r>
    </w:p>
    <w:p>
      <w:pPr>
        <w:spacing w:after="80"/>
      </w:pPr>
      <w:r>
        <w:rPr>
          <w:b w:val="0"/>
          <w:i w:val="0"/>
        </w:rPr>
        <w:t>‘Điều đó không có nghĩa là anh ta ngồi không xoay ngón tay chơi. Không, chúng ta cần chọn một nơi mà anh ta không bao giờ nghĩ tới, và tôi tin là mình đã tìm được địa điểm lý tưởng. Nhưng dù vậy, một cuộc gặp với ông Rashidi vẫn sẽ tạo ra thêm một vấn đề nữa.’</w:t>
      </w:r>
    </w:p>
    <w:p>
      <w:pPr>
        <w:spacing w:after="80"/>
      </w:pPr>
      <w:r>
        <w:rPr>
          <w:b w:val="0"/>
          <w:i w:val="0"/>
        </w:rPr>
        <w:t>‘Như vấn đề gì?’</w:t>
      </w:r>
    </w:p>
    <w:p>
      <w:pPr>
        <w:spacing w:after="80"/>
      </w:pPr>
      <w:r>
        <w:rPr>
          <w:b w:val="0"/>
          <w:i w:val="0"/>
        </w:rPr>
        <w:t>‘Ông ta sẽ được thêm vào danh sách những người biết anh vẫn còn sống.’</w:t>
      </w:r>
    </w:p>
    <w:p>
      <w:pPr>
        <w:spacing w:after="80"/>
      </w:pPr>
      <w:r>
        <w:rPr>
          <w:b w:val="0"/>
          <w:i w:val="0"/>
        </w:rPr>
        <w:t>‘Assem là bạn, và dù sao đi nữa, giữ mồm giữ miệng cũng là vì lợi ích của ông ta.’</w:t>
      </w:r>
    </w:p>
    <w:p>
      <w:pPr>
        <w:spacing w:after="80"/>
      </w:pPr>
      <w:r>
        <w:rPr>
          <w:b w:val="0"/>
          <w:i w:val="0"/>
        </w:rPr>
        <w:t>‘Cho đến khi ông ta không còn là bạn nữa,’ Booth Watson nói, ‘và mở miệng lại là vì lợi ích của ông ta, thì lúc đó ông ta sẽ nắm thóp được chúng ta.’</w:t>
      </w:r>
    </w:p>
    <w:p>
      <w:pPr>
        <w:spacing w:after="80"/>
      </w:pPr>
      <w:r>
        <w:rPr>
          <w:b w:val="0"/>
          <w:i w:val="0"/>
        </w:rPr>
        <w:t>‘Không đâu, chừng nào ông ta còn hy vọng mở một vụ thịt khác khi ra tù,’ Miles nói, ‘thì khi đó chúng ta sẽ nắm thóp lẫn nhau.’</w:t>
      </w:r>
    </w:p>
    <w:p>
      <w:pPr>
        <w:spacing w:after="80"/>
      </w:pPr>
      <w:r>
        <w:rPr>
          <w:b w:val="0"/>
          <w:i w:val="0"/>
        </w:rPr>
        <w:t>‘Vậy thì tôi sẽ sắp xếp một cuộc gặp ngay khi ông ta được thả, và sẽ báo cho anh biết khi nào và ở đâu, vì chắc chắn nó sẽ không diễn ra ở phòng làm việc của tôi. Nhân tiện, anh thấy Rashidi thế nào khi còn ở trong đó?’</w:t>
      </w:r>
    </w:p>
    <w:p>
      <w:pPr>
        <w:spacing w:after="80"/>
      </w:pPr>
      <w:r>
        <w:rPr>
          <w:b w:val="0"/>
          <w:i w:val="0"/>
        </w:rPr>
        <w:t>‘Thấy thích ông ta, nhưng không tin được một tấc nào.’</w:t>
      </w:r>
    </w:p>
    <w:p>
      <w:pPr>
        <w:spacing w:after="80"/>
      </w:pPr>
      <w:r>
        <w:rPr>
          <w:b w:val="0"/>
          <w:i w:val="0"/>
        </w:rPr>
        <w:t>‘Buồn cười thật. Ông ta cũng nói y hệt như vậy về anh.’</w:t>
      </w:r>
    </w:p>
    <w:p>
      <w:pPr>
        <w:pStyle w:val="Heading2"/>
      </w:pPr>
      <w:r>
        <w:rPr>
          <w:rFonts w:ascii="Calibri" w:hAnsi="Calibri"/>
          <w:b/>
          <w:i w:val="0"/>
          <w:sz w:val="32"/>
        </w:rPr>
        <w:t>20</w:t>
      </w:r>
    </w:p>
    <w:p>
      <w:pPr>
        <w:spacing w:after="80"/>
      </w:pPr>
      <w:r>
        <w:rPr>
          <w:b w:val="0"/>
          <w:i w:val="0"/>
        </w:rPr>
        <w:t>‘SỐ HAI MƯƠI HAI!’</w:t>
      </w:r>
    </w:p>
    <w:p>
      <w:pPr>
        <w:spacing w:after="80"/>
      </w:pPr>
      <w:r>
        <w:rPr>
          <w:b w:val="0"/>
          <w:i w:val="0"/>
        </w:rPr>
        <w:t>William đứng ở cuối phòng, kiên nhẫn chờ đợi thời điểm thích hợp. Sáng hôm đó có ba nhân viên nhà ở, tất cả đều ngồi sau những tấm kính dày, giống như giao dịch viên ngân hàng.</w:t>
      </w:r>
    </w:p>
    <w:p>
      <w:pPr>
        <w:spacing w:after="80"/>
      </w:pPr>
      <w:r>
        <w:rPr>
          <w:b w:val="0"/>
          <w:i w:val="0"/>
        </w:rPr>
        <w:t>Cậu đã đến Tòa thị chính ngay khi cửa mở lúc chín giờ, nhưng vẫn phải xếp vào một hàng dài. Cậu đã giải thích cho người phụ nữ ở bàn hỏi đáp lý do cậu đến đây.</w:t>
      </w:r>
    </w:p>
    <w:p>
      <w:pPr>
        <w:spacing w:after="80"/>
      </w:pPr>
      <w:r>
        <w:rPr>
          <w:b w:val="0"/>
          <w:i w:val="0"/>
        </w:rPr>
        <w:t>"Bám sát sự thật bất cứ khi nào có thể," Hawk đã khuyên vậy. "Như thế cậu ít có khả năng bị bắt lỗi bởi một sai lầm ngớ ngẩn nào đó."</w:t>
      </w:r>
    </w:p>
    <w:p>
      <w:pPr>
        <w:spacing w:after="80"/>
      </w:pPr>
      <w:r>
        <w:rPr>
          <w:b w:val="0"/>
          <w:i w:val="0"/>
        </w:rPr>
        <w:t>"Tôi đã kết hôn và có hai con [đúng], và hiện đang sống ở Fulham [đúng]. Tôi vừa được nhận vào làm ở Công ty Ford Motor tại Dagenham [sai], và đang tìm chỗ ở trong khu vực này [sai]."</w:t>
      </w:r>
    </w:p>
    <w:p>
      <w:pPr>
        <w:spacing w:after="80"/>
      </w:pPr>
      <w:r>
        <w:rPr>
          <w:b w:val="0"/>
          <w:i w:val="0"/>
        </w:rPr>
        <w:t>Người phụ nữ đưa cho cậu một tờ đơn dài, một cây bút chì ngắn, và một chiếc thẻ gỗ nhỏ có khắc số 26.</w:t>
      </w:r>
    </w:p>
    <w:p>
      <w:pPr>
        <w:spacing w:after="80"/>
      </w:pPr>
      <w:r>
        <w:rPr>
          <w:b w:val="0"/>
          <w:i w:val="0"/>
        </w:rPr>
        <w:t>"Điền vào đơn," cô ấy nói, "và khi số của cậu được gọi thì đưa chiếc thẻ cho nhân viên tiếp theo còn trống."</w:t>
      </w:r>
    </w:p>
    <w:p>
      <w:pPr>
        <w:spacing w:after="80"/>
      </w:pPr>
      <w:r>
        <w:rPr>
          <w:b w:val="0"/>
          <w:i w:val="0"/>
        </w:rPr>
        <w:t>Cậu ngồi xuống hàng ghế thứ hai, đối diện Adam Payne. Sau khi điền xong đơn, cậu quan sát cả ba nhân viên một cách cẩn thận. Cậu biết mình chỉ có một phần ba cơ hội được đến đúng cửa sổ, nên cố gắng nghĩ cách làm giảm tỷ lệ đó.</w:t>
      </w:r>
    </w:p>
    <w:p>
      <w:pPr>
        <w:spacing w:after="80"/>
      </w:pPr>
      <w:r>
        <w:rPr>
          <w:b w:val="0"/>
          <w:i w:val="0"/>
        </w:rPr>
        <w:t>"Số hai mươi ba."</w:t>
      </w:r>
    </w:p>
    <w:p>
      <w:pPr>
        <w:spacing w:after="80"/>
      </w:pPr>
      <w:r>
        <w:rPr>
          <w:b w:val="0"/>
          <w:i w:val="0"/>
        </w:rPr>
        <w:t>William để ý thấy Payne xử lý khách hàng một cách chậm rãi. Ông có phong thái tử tế, trấn an, rõ ràng khiến họ thoải mái khi ông lắng nghe những vấn đề của họ. Ông ghi chép rất nhiều, thường cho họ xem ảnh, và mỗi người rời đi đều trông hài lòng. Liệu ông ấy có đạt được kết quả tương tự với William không?</w:t>
      </w:r>
    </w:p>
    <w:p>
      <w:pPr>
        <w:spacing w:after="80"/>
      </w:pPr>
      <w:r>
        <w:rPr>
          <w:b w:val="0"/>
          <w:i w:val="0"/>
        </w:rPr>
        <w:t>"Số hai mươi bốn."</w:t>
      </w:r>
    </w:p>
    <w:p>
      <w:pPr>
        <w:spacing w:after="80"/>
      </w:pPr>
      <w:r>
        <w:rPr>
          <w:b w:val="0"/>
          <w:i w:val="0"/>
        </w:rPr>
        <w:t>Một người phụ nữ mang thai nặng nề lê bước về phía trước và ngồi xuống đối diện Payne. Cô đẩy tờ đơn qua cửa sổ và bắt đầu giải thích hoàn cảnh của mình. William đã tính toán rằng trung bình Payne mất mười một phút để xử lý mỗi hồ sơ, trong khi người phụ nữ lớn tuổi trông mệt mỏi với cuộc đời ở bên trái ông ta mất khoảng bảy phút, và người đàn ông trẻ hơn ở bên phải ông ta mất khoảng tám phút.</w:t>
      </w:r>
    </w:p>
    <w:p>
      <w:pPr>
        <w:spacing w:after="80"/>
      </w:pPr>
      <w:r>
        <w:rPr>
          <w:b w:val="0"/>
          <w:i w:val="0"/>
        </w:rPr>
        <w:t>"Số hai mươi lăm."</w:t>
      </w:r>
    </w:p>
    <w:p>
      <w:pPr>
        <w:spacing w:after="80"/>
      </w:pPr>
      <w:r>
        <w:rPr>
          <w:b w:val="0"/>
          <w:i w:val="0"/>
        </w:rPr>
        <w:t>Một cặp vợ chồng trẻ với đứa con nhỏ đứng dậy và đi về phía buồng bên trái. William xem đồng hồ. Cậu khá chắc rằng người đàn ông trẻ sẽ xong việc với khách của mình trước khi Payne xử lý xong người phụ nữ mang thai.</w:t>
      </w:r>
    </w:p>
    <w:p>
      <w:pPr>
        <w:spacing w:after="80"/>
      </w:pPr>
      <w:r>
        <w:rPr>
          <w:b w:val="0"/>
          <w:i w:val="0"/>
        </w:rPr>
        <w:t>"Số hai mươi sáu."</w:t>
      </w:r>
    </w:p>
    <w:p>
      <w:pPr>
        <w:spacing w:after="80"/>
      </w:pPr>
      <w:r>
        <w:rPr>
          <w:b w:val="0"/>
          <w:i w:val="0"/>
        </w:rPr>
        <w:t>Dù đã đến lượt mình, cậu vẫn nghiêng người sang một quý ông lớn tuổi ở bên trái và nói: "Tôi không vội đâu, thưa ông, sao ông không nhận chỗ của tôi?"</w:t>
      </w:r>
    </w:p>
    <w:p>
      <w:pPr>
        <w:spacing w:after="80"/>
      </w:pPr>
      <w:r>
        <w:rPr>
          <w:b w:val="0"/>
          <w:i w:val="0"/>
        </w:rPr>
        <w:t>"Cảm ơn cậu," ông nói. Họ đổi thẻ cho nhau, và ông lão chậm rãi bước sang cửa sổ của nhân viên trẻ hơn.</w:t>
      </w:r>
    </w:p>
    <w:p>
      <w:pPr>
        <w:spacing w:after="80"/>
      </w:pPr>
      <w:r>
        <w:rPr>
          <w:b w:val="0"/>
          <w:i w:val="0"/>
        </w:rPr>
        <w:t>‘Số hai mươi bảy.’</w:t>
      </w:r>
    </w:p>
    <w:p>
      <w:pPr>
        <w:spacing w:after="80"/>
      </w:pPr>
      <w:r>
        <w:rPr>
          <w:b w:val="0"/>
          <w:i w:val="0"/>
        </w:rPr>
        <w:t>‘Chết tiệt,’ William lẩm bẩm. Người phụ nữ lớn tuổi đã xong quá nhanh, và anh không thể thấy ai là người có số 28.</w:t>
      </w:r>
    </w:p>
    <w:p>
      <w:pPr>
        <w:spacing w:after="80"/>
      </w:pPr>
      <w:r>
        <w:rPr>
          <w:b w:val="0"/>
          <w:i w:val="0"/>
        </w:rPr>
        <w:t>‘Số hai mươi tám.’</w:t>
      </w:r>
    </w:p>
    <w:p>
      <w:pPr>
        <w:spacing w:after="80"/>
      </w:pPr>
      <w:r>
        <w:rPr>
          <w:b w:val="0"/>
          <w:i w:val="0"/>
        </w:rPr>
        <w:t>William lao ra khỏi chỗ và nhanh chóng tiến về phía cửa sổ của Payne, khiến số 28 không còn lựa chọn nào khác ngoài việc cùng người phụ nữ vào buồng cuối.</w:t>
      </w:r>
    </w:p>
    <w:p>
      <w:pPr>
        <w:spacing w:after="80"/>
      </w:pPr>
      <w:r>
        <w:rPr>
          <w:b w:val="0"/>
          <w:i w:val="0"/>
        </w:rPr>
        <w:t>‘Chào buổi sáng,’ Payne nói. ‘Tôi có thể giúp gì cho anh?’</w:t>
      </w:r>
    </w:p>
    <w:p>
      <w:pPr>
        <w:spacing w:after="80"/>
      </w:pPr>
      <w:r>
        <w:rPr>
          <w:b w:val="0"/>
          <w:i w:val="0"/>
        </w:rPr>
        <w:t>William đưa cho ông ta tờ đơn của mình. Payne đọc chậm rãi các chi tiết trước khi đưa ra ý kiến.</w:t>
      </w:r>
    </w:p>
    <w:p>
      <w:pPr>
        <w:spacing w:after="80"/>
      </w:pPr>
      <w:r>
        <w:rPr>
          <w:b w:val="0"/>
          <w:i w:val="0"/>
        </w:rPr>
        <w:t>‘À,’ ông ta nói, ‘tôi e rằng anh không thể được coi là đối tượng ưu tiên, nhưng tôi vẫn có thể đưa anh vào danh sách chờ của hội đồng. Tuy nhiên, tôi e rằng chúng tôi có thể không thể cung cấp cho anh chỗ ở phù hợp trong ít nhất một năm.’ Ông ta lấy ra một tờ đơn khác từ ngăn kéo dưới bàn, và bắt đầu điền vào.</w:t>
      </w:r>
    </w:p>
    <w:p>
      <w:pPr>
        <w:spacing w:after="80"/>
      </w:pPr>
      <w:r>
        <w:rPr>
          <w:b w:val="0"/>
          <w:i w:val="0"/>
        </w:rPr>
        <w:t>‘Có cách nào để tôi chen ngang hàng không?’ William hỏi.</w:t>
      </w:r>
    </w:p>
    <w:p>
      <w:pPr>
        <w:spacing w:after="80"/>
      </w:pPr>
      <w:r>
        <w:rPr>
          <w:b w:val="0"/>
          <w:i w:val="0"/>
        </w:rPr>
        <w:t>‘Không, thưa anh,’ Payne nói dứt khoát. ‘Mỗi trường hợp được đánh giá dựa trên hoàn cảnh riêng, nên giống như mọi người khác, anh sẽ phải chờ cho đến khi có chỗ ở phù hợp.’</w:t>
      </w:r>
    </w:p>
    <w:p>
      <w:pPr>
        <w:spacing w:after="80"/>
      </w:pPr>
      <w:r>
        <w:rPr>
          <w:b w:val="0"/>
          <w:i w:val="0"/>
        </w:rPr>
        <w:t>‘Kể cả khi tôi là bạn của bố ông?’</w:t>
      </w:r>
    </w:p>
    <w:p>
      <w:pPr>
        <w:spacing w:after="80"/>
      </w:pPr>
      <w:r>
        <w:rPr>
          <w:b w:val="0"/>
          <w:i w:val="0"/>
        </w:rPr>
        <w:t>Payne ngừng viết, không thể giấu được vẻ bối rối. ‘Anh biết bố tôi?</w:t>
      </w:r>
    </w:p>
    <w:p>
      <w:pPr>
        <w:spacing w:after="80"/>
      </w:pPr>
      <w:r>
        <w:rPr>
          <w:b w:val="0"/>
          <w:i w:val="0"/>
        </w:rPr>
        <w:t>‘Không, nhưng tôi rất muốn gặp ông ấy.’</w:t>
      </w:r>
    </w:p>
    <w:p>
      <w:pPr>
        <w:spacing w:after="80"/>
      </w:pPr>
      <w:r>
        <w:rPr>
          <w:b w:val="0"/>
          <w:i w:val="0"/>
        </w:rPr>
        <w:t>‘Vậy thì đã đến lúc anh phải rời đi, ông –’ ông ta cúi xuống và kiểm tra tờ đơn – ‘Warwick. Anh đã chọn nhầm người rồi.’</w:t>
      </w:r>
    </w:p>
    <w:p>
      <w:pPr>
        <w:spacing w:after="80"/>
      </w:pPr>
      <w:r>
        <w:rPr>
          <w:b w:val="0"/>
          <w:i w:val="0"/>
        </w:rPr>
        <w:t>‘Điều này có thể có lợi cho cả hai bên.’</w:t>
      </w:r>
    </w:p>
    <w:p>
      <w:pPr>
        <w:spacing w:after="80"/>
      </w:pPr>
      <w:r>
        <w:rPr>
          <w:b w:val="0"/>
          <w:i w:val="0"/>
        </w:rPr>
        <w:t>‘Nếu anh không rời đi ngay lập tức, ông Warwick, tôi sẽ không còn lựa chọn nào khác ngoài việc gọi cảnh sát.’ Ông ta đặt tay lên chiếc điện thoại bên cạnh.</w:t>
      </w:r>
    </w:p>
    <w:p>
      <w:pPr>
        <w:spacing w:after="80"/>
      </w:pPr>
      <w:r>
        <w:rPr>
          <w:b w:val="0"/>
          <w:i w:val="0"/>
        </w:rPr>
        <w:t>‘Tôi là cảnh sát,’ William nói, rút ra thẻ ngành của mình, khiến mặt Payne tái mét.</w:t>
      </w:r>
    </w:p>
    <w:p>
      <w:pPr>
        <w:spacing w:after="80"/>
      </w:pPr>
      <w:r>
        <w:rPr>
          <w:b w:val="0"/>
          <w:i w:val="0"/>
        </w:rPr>
        <w:t>‘Tôi có thể giúp gì được, thanh tra?’ anh hỏi, vai trò của họ bỗng chốc đảo ngược.</w:t>
      </w:r>
    </w:p>
    <w:p>
      <w:pPr>
        <w:spacing w:after="80"/>
      </w:pPr>
      <w:r>
        <w:rPr>
          <w:b w:val="0"/>
          <w:i w:val="0"/>
        </w:rPr>
        <w:t>‘Tôi cần nói chuyện với cha anh về một việc riêng.’</w:t>
      </w:r>
    </w:p>
    <w:p>
      <w:pPr>
        <w:spacing w:after="80"/>
      </w:pPr>
      <w:r>
        <w:rPr>
          <w:b w:val="0"/>
          <w:i w:val="0"/>
        </w:rPr>
        <w:t>‘Tôi không liên lạc với ông ấy, và đã nhiều năm rồi.’</w:t>
      </w:r>
    </w:p>
    <w:p>
      <w:pPr>
        <w:spacing w:after="80"/>
      </w:pPr>
      <w:r>
        <w:rPr>
          <w:b w:val="0"/>
          <w:i w:val="0"/>
        </w:rPr>
        <w:t>‘Tôi biết điều đó. Nhưng anh vẫn gặp mẹ mình cách tuần một lần, nên có lẽ bà ấy có thể sắp xếp một cuộc gặp.’</w:t>
      </w:r>
    </w:p>
    <w:p>
      <w:pPr>
        <w:spacing w:after="80"/>
      </w:pPr>
      <w:r>
        <w:rPr>
          <w:b w:val="0"/>
          <w:i w:val="0"/>
        </w:rPr>
        <w:t>‘Không bao giờ,’ Payne nói dứt khoát. ‘Tôi không muốn dính dáng gì đến thế giới của cha tôi.’</w:t>
      </w:r>
    </w:p>
    <w:p>
      <w:pPr>
        <w:spacing w:after="80"/>
      </w:pPr>
      <w:r>
        <w:rPr>
          <w:b w:val="0"/>
          <w:i w:val="0"/>
        </w:rPr>
        <w:t>‘Tôi hiểu rõ, nhưng nếu anh thấy có thể giúp được, tôi có thể đảm bảo với anh rằng điều đó có thể tạo nên sự khác biệt.’</w:t>
      </w:r>
    </w:p>
    <w:p>
      <w:pPr>
        <w:spacing w:after="80"/>
      </w:pPr>
      <w:r>
        <w:rPr>
          <w:b w:val="0"/>
          <w:i w:val="0"/>
        </w:rPr>
        <w:t>‘Lấy oán trả oán thì không giải quyết được gì đâu, thanh tra viên. Tôi phải yêu cầu anh một lần nữa rời khỏi đây.’</w:t>
      </w:r>
    </w:p>
    <w:p>
      <w:pPr>
        <w:spacing w:after="80"/>
      </w:pPr>
      <w:r>
        <w:rPr>
          <w:b w:val="0"/>
          <w:i w:val="0"/>
        </w:rPr>
        <w:t>William lấy một tấm danh thiếp từ túi trong và luồn nó qua khe dưới tấm kính. ‘Nếu anh đổi ý, đừng ngần ngại gọi cho tôi bất cứ lúc nào.’</w:t>
      </w:r>
    </w:p>
    <w:p>
      <w:pPr>
        <w:spacing w:after="80"/>
      </w:pPr>
      <w:r>
        <w:rPr>
          <w:b w:val="0"/>
          <w:i w:val="0"/>
        </w:rPr>
        <w:t>‘Anh sẽ không nhận được tin gì từ tôi đâu.’</w:t>
      </w:r>
    </w:p>
    <w:p>
      <w:pPr>
        <w:spacing w:after="80"/>
      </w:pPr>
      <w:r>
        <w:rPr>
          <w:b w:val="0"/>
          <w:i w:val="0"/>
        </w:rPr>
        <w:t>William miễn cưỡng đứng dậy khỏi chỗ ngồi, trong khi viên cán bộ nhà ở xé nát tờ đơn của anh và ném vào sọt rác.</w:t>
      </w:r>
    </w:p>
    <w:p>
      <w:pPr>
        <w:spacing w:after="80"/>
      </w:pPr>
      <w:r>
        <w:rPr>
          <w:b w:val="0"/>
          <w:i w:val="0"/>
        </w:rPr>
        <w:t>‘Số ba mươi.’</w:t>
      </w:r>
    </w:p>
    <w:p>
      <w:pPr>
        <w:spacing w:after="80"/>
      </w:pPr>
      <w:r>
        <w:rPr>
          <w:b w:val="0"/>
          <w:i w:val="0"/>
        </w:rPr>
        <w:t>William bước ra khỏi tòa thị chính đông đúc, và dừng lại ở đầu bậc thềm để ngẫm nghĩ về những gì vừa xảy ra. Anh không mong chờ việc phải báo cho Hawk rằng nỗ lực tiếp cận thành viên duy nhất tuân thủ pháp luật của gia đình Payne đã kết thúc trong thất bại. Rồi anh nhìn thấy cô ấy. Anh lách ra sau một cây cột cho đến khi cô đi qua. Hawk sẽ thất vọng khi nghe rằng anh đã không thuyết phục được Adam Payne giúp mình, nhưng còn phải thừa nhận rằng anh đã bị PC Bailey phát hiện . . .</w:t>
      </w:r>
    </w:p>
    <w:p>
      <w:pPr>
        <w:jc w:val="center"/>
      </w:pPr>
      <w:r>
        <w:drawing>
          <wp:inline xmlns:a="http://schemas.openxmlformats.org/drawingml/2006/main" xmlns:pic="http://schemas.openxmlformats.org/drawingml/2006/picture">
            <wp:extent cx="752475" cy="161926"/>
            <wp:docPr id="60" name="Picture 6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‘Cặp song sinh thế nào rồi?’ Josephine Hawksby hỏi sau khi cô hầu bàn dọn món trà chiều cho họ.</w:t>
      </w:r>
    </w:p>
    <w:p>
      <w:pPr>
        <w:spacing w:after="80"/>
      </w:pPr>
      <w:r>
        <w:rPr>
          <w:b w:val="0"/>
          <w:i w:val="0"/>
        </w:rPr>
        <w:t>‘Chúng ăn không ngừng nghỉ!’ Beth nói. ‘William và tôi sống nhờ đồ ăn thừa của chúng.’</w:t>
      </w:r>
    </w:p>
    <w:p>
      <w:pPr>
        <w:spacing w:after="80"/>
      </w:pPr>
      <w:r>
        <w:rPr>
          <w:b w:val="0"/>
          <w:i w:val="0"/>
        </w:rPr>
        <w:t>Josephine mỉm cười khi rót trà cho vị khách của mình.</w:t>
      </w:r>
    </w:p>
    <w:p>
      <w:pPr>
        <w:spacing w:after="80"/>
      </w:pPr>
      <w:r>
        <w:rPr>
          <w:b w:val="0"/>
          <w:i w:val="0"/>
        </w:rPr>
        <w:t>‘Rồi còn chuyện quần áo nữa. Khi tôi còn nhỏ, tôi mặc đồng phục học sinh màu xám cho đến năm mười bảy tuổi, khi tôi có chiếc quần jeans đầu tiên, mà cha tôi không tán thành, và tôi không thể kể cho anh nghe ông ấy đã nói gì khi tôi phát hiện ra váy ngắn.’</w:t>
      </w:r>
    </w:p>
    <w:p>
      <w:pPr>
        <w:spacing w:after="80"/>
      </w:pPr>
      <w:r>
        <w:rPr>
          <w:b w:val="0"/>
          <w:i w:val="0"/>
        </w:rPr>
        <w:t>‘Chiếc váy đầu tiên của tôi gần như dài tới mắt cá chân,’ Josephine nói, sau khi đã chọn một chiếc bánh sandwich dưa chuột.</w:t>
      </w:r>
    </w:p>
    <w:p>
      <w:pPr>
        <w:spacing w:after="80"/>
      </w:pPr>
      <w:r>
        <w:rPr>
          <w:b w:val="0"/>
          <w:i w:val="0"/>
        </w:rPr>
        <w:t>‘Cô có nhớ đôi giày vải daps không?’ Cả hai cùng cười. ‘Vậy nên thứ lỗi cho tôi nếu tôi ăn hết chỗ bánh sandwich trước khi về nhà cho bọn trẻ ăn.’</w:t>
      </w:r>
    </w:p>
    <w:p>
      <w:pPr>
        <w:spacing w:after="80"/>
      </w:pPr>
      <w:r>
        <w:rPr>
          <w:b w:val="0"/>
          <w:i w:val="0"/>
        </w:rPr>
        <w:t>‘Ai chăm sóc cặp song sinh khi cô đi làm?’ Josephine hỏi.</w:t>
      </w:r>
    </w:p>
    <w:p>
      <w:pPr>
        <w:spacing w:after="80"/>
      </w:pPr>
      <w:r>
        <w:rPr>
          <w:b w:val="0"/>
          <w:i w:val="0"/>
        </w:rPr>
        <w:t>‘Cả hai bà mẹ của chúng tôi đều tuyệt vời,’ Beth nói. ‘Chúng tôi cũng có một cô bảo mẫu làm thêm giờ nhiều đến mức cô ấy kiếm được gần bằng tôi.’</w:t>
      </w:r>
    </w:p>
    <w:p>
      <w:pPr>
        <w:spacing w:after="80"/>
      </w:pPr>
      <w:r>
        <w:rPr>
          <w:b w:val="0"/>
          <w:i w:val="0"/>
        </w:rPr>
        <w:t>‘Cô đúng là một cặp vợ chồng hiện đại hết mực,’ Josephine nhận xét khi chọn thêm một chiếc bánh sandwich. ‘Jack sẽ không cho tôi quay lại đi làm đâu.’</w:t>
      </w:r>
    </w:p>
    <w:p>
      <w:pPr>
        <w:spacing w:after="80"/>
      </w:pPr>
      <w:r>
        <w:rPr>
          <w:b w:val="0"/>
          <w:i w:val="0"/>
        </w:rPr>
        <w:t>‘Cô có nghĩ còn nơi nào khác trên trái đất này mà bánh sandwich dưa chuột vẫn còn trong thực đơn không?’</w:t>
      </w:r>
    </w:p>
    <w:p>
      <w:pPr>
        <w:spacing w:after="80"/>
      </w:pPr>
      <w:r>
        <w:rPr>
          <w:b w:val="0"/>
          <w:i w:val="0"/>
        </w:rPr>
        <w:t>‘Cùng với bánh scone và kem đặc clotted cream,’ Josephine nói. ‘Có lẽ chỉ có Wimbledon, mà cũng chỉ trong hai tuần. Nhưng tôi có cảm giác thực đơn không phải là lý do cô muốn gặp tôi.’</w:t>
      </w:r>
    </w:p>
    <w:p>
      <w:pPr>
        <w:spacing w:after="80"/>
      </w:pPr>
      <w:r>
        <w:rPr>
          <w:b w:val="0"/>
          <w:i w:val="0"/>
        </w:rPr>
        <w:t>‘Đúng vậy,’ Beth thừa nhận. ‘Tôi chỉ nghĩ cô có thể giúp lấp vào một hai mảnh còn thiếu trong bức tranh ghép mới nhất, và tôi khá hy vọng Chỉ huy Hawksby có thể cởi mở hơn William một chút.’</w:t>
      </w:r>
    </w:p>
    <w:p>
      <w:pPr>
        <w:spacing w:after="80"/>
      </w:pPr>
      <w:r>
        <w:rPr>
          <w:b w:val="0"/>
          <w:i w:val="0"/>
        </w:rPr>
        <w:t>‘Không đời nào. Khi Jack ở nhà, anh ấy để Scotland Yard lại phía sau. Cô thậm chí sẽ không biết anh ấy là cảnh sát. Nhưng hãy nói cho tôi biết cô nghĩ những mảnh ghép nào còn thiếu, và tôi sẽ xem mình có giúp được gì không.’</w:t>
      </w:r>
    </w:p>
    <w:p>
      <w:pPr>
        <w:spacing w:after="80"/>
      </w:pPr>
      <w:r>
        <w:rPr>
          <w:b w:val="0"/>
          <w:i w:val="0"/>
        </w:rPr>
        <w:t>‘Tôi biết William đang bị đình chỉ tạm thời, và không thể quay lại làm việc cho đến khi hội đồng xét xử minh oan cho anh ấy.’</w:t>
      </w:r>
    </w:p>
    <w:p>
      <w:pPr>
        <w:spacing w:after="80"/>
      </w:pPr>
      <w:r>
        <w:rPr>
          <w:b w:val="0"/>
          <w:i w:val="0"/>
        </w:rPr>
        <w:t>‘Mỗi khi chủ đề này được nhắc đến, “tạm thời” là từ mà Jack lặp đi lặp lại.’</w:t>
      </w:r>
    </w:p>
    <w:p>
      <w:pPr>
        <w:spacing w:after="80"/>
      </w:pPr>
      <w:r>
        <w:rPr>
          <w:b w:val="0"/>
          <w:i w:val="0"/>
        </w:rPr>
        <w:t>‘Thật nhẹ cả người,’ Beth nói. ‘Nhưng cô có thể giải thích tại sao anh ấy ra ngoài hầu hết các đêm, chỉ cạo râu vào cuối tuần, và ăn mặc như một người làm vườn, trong khi chúng tôi không có vườn không?’</w:t>
      </w:r>
    </w:p>
    <w:p>
      <w:pPr>
        <w:spacing w:after="80"/>
      </w:pPr>
      <w:r>
        <w:rPr>
          <w:b w:val="0"/>
          <w:i w:val="0"/>
        </w:rPr>
        <w:t>Josephine phết một ít mứt mâm xôi lên chiếc bánh scone trước khi trả lời. ‘Lần duy nhất “Jack hai hàng khuy” ăn mặc như thế là khi anh ấy đang làm việc bí mật. Cô có manh mối nào khác không?’</w:t>
      </w:r>
    </w:p>
    <w:p>
      <w:pPr>
        <w:spacing w:after="80"/>
      </w:pPr>
      <w:r>
        <w:rPr>
          <w:b w:val="0"/>
          <w:i w:val="0"/>
        </w:rPr>
        <w:t>‘Chỉ có việc khi tôi là một chiếc quần của anh ấy tuần trước, tôi tình cờ thấy một hóa đơn cho một bữa ăn ở Romford.’</w:t>
      </w:r>
    </w:p>
    <w:p>
      <w:pPr>
        <w:spacing w:after="80"/>
      </w:pPr>
      <w:r>
        <w:rPr>
          <w:b w:val="0"/>
          <w:i w:val="0"/>
        </w:rPr>
        <w:t>‘Chuyện đó thì tôi không giúp được gì.’</w:t>
      </w:r>
    </w:p>
    <w:p>
      <w:pPr>
        <w:spacing w:after="80"/>
      </w:pPr>
      <w:r>
        <w:rPr>
          <w:b w:val="0"/>
          <w:i w:val="0"/>
        </w:rPr>
        <w:t>‘Và thứ Bảy tuần trước, khi anh ấy rời nhà sau bữa trưa, anh ấy đeo một chiếc khăn quàng đỏ-trắng, điều này hơi bất ngờ vì anh ấy hâm mộ Chelsea.’</w:t>
      </w:r>
    </w:p>
    <w:p>
      <w:pPr>
        <w:spacing w:after="80"/>
      </w:pPr>
      <w:r>
        <w:rPr>
          <w:b w:val="0"/>
          <w:i w:val="0"/>
        </w:rPr>
        <w:t>‘À, sai lầm đầu tiên của họ,’ Josephine nói, ‘vì Jack là fan của Gunners, và đã như vậy từ khi còn nhỏ.’</w:t>
      </w:r>
    </w:p>
    <w:p>
      <w:pPr>
        <w:spacing w:after="80"/>
      </w:pPr>
      <w:r>
        <w:rPr>
          <w:b w:val="0"/>
          <w:i w:val="0"/>
        </w:rPr>
        <w:t>‘Tôi vẫn chẳng hiểu gì hơn,’ Beth nói.</w:t>
      </w:r>
    </w:p>
    <w:p>
      <w:pPr>
        <w:spacing w:after="80"/>
      </w:pPr>
      <w:r>
        <w:rPr>
          <w:b w:val="0"/>
          <w:i w:val="0"/>
        </w:rPr>
        <w:t>‘Anh ấy kể cho tôi nghe đủ thứ về Bob Wilson và Frank McLintock trong buổi hẹn đầu tiên của chúng tôi.’</w:t>
      </w:r>
    </w:p>
    <w:p>
      <w:pPr>
        <w:spacing w:after="80"/>
      </w:pPr>
      <w:r>
        <w:rPr>
          <w:b w:val="0"/>
          <w:i w:val="0"/>
        </w:rPr>
        <w:t>‘Giờ thì tôi hoàn toàn lạc lối rồi.’</w:t>
      </w:r>
    </w:p>
    <w:p>
      <w:pPr>
        <w:spacing w:after="80"/>
      </w:pPr>
      <w:r>
        <w:rPr>
          <w:b w:val="0"/>
          <w:i w:val="0"/>
        </w:rPr>
        <w:t>‘Thứ Bảy tuần trước Arsenal đá với Chelsea trên sân nhà, nên giờ chúng ta biết cả hai đã dành buổi chiều ở đâu.’</w:t>
      </w:r>
    </w:p>
    <w:p>
      <w:pPr>
        <w:spacing w:after="80"/>
      </w:pPr>
      <w:r>
        <w:rPr>
          <w:b w:val="0"/>
          <w:i w:val="0"/>
        </w:rPr>
        <w:t>‘Nhưng tôi tưởng họ không được phép liên lạc với nhau trong khi William đang bị điều tra chứ?’</w:t>
      </w:r>
    </w:p>
    <w:p>
      <w:pPr>
        <w:spacing w:after="80"/>
      </w:pPr>
      <w:r>
        <w:rPr>
          <w:b w:val="0"/>
          <w:i w:val="0"/>
        </w:rPr>
        <w:t>‘Cô có bằng chứng gì cho thấy anh ta thậm chí đang bị điều tra?’</w:t>
      </w:r>
    </w:p>
    <w:p>
      <w:pPr>
        <w:spacing w:after="80"/>
      </w:pPr>
      <w:r>
        <w:rPr>
          <w:b w:val="0"/>
          <w:i w:val="0"/>
        </w:rPr>
        <w:t>Beth suy nghĩ một lúc lâu trước khi trả lời, ‘Không có gì, ngoài những gì anh ta đã kể cho tôi.’</w:t>
      </w:r>
    </w:p>
    <w:p>
      <w:pPr>
        <w:spacing w:after="80"/>
      </w:pPr>
      <w:r>
        <w:rPr>
          <w:b w:val="0"/>
          <w:i w:val="0"/>
        </w:rPr>
        <w:t>‘Đàn ông luôn nói với bạn những gì họ nghĩ bạn muốn nghe, và cảnh sát còn tệ hơn. Tôi nghi cô vừa mới ghép nhầm bức tranh thôi. Nhưng nếu anh ta có bao giờ thừa nhận mình chưa từng bị điều tra, đừng để anh ta biết là cô đã biết rồi. Trong lúc đó, với một người mẹ đang đói, tôi có thể giới thiệu món bánh gateau sô-cô-la.’</w:t>
      </w:r>
    </w:p>
    <w:p>
      <w:pPr>
        <w:jc w:val="center"/>
      </w:pPr>
      <w:r>
        <w:drawing>
          <wp:inline xmlns:a="http://schemas.openxmlformats.org/drawingml/2006/main" xmlns:pic="http://schemas.openxmlformats.org/drawingml/2006/picture">
            <wp:extent cx="752475" cy="161926"/>
            <wp:docPr id="61" name="Picture 6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‘Được rồi,’ viên chỉ huy nói. ‘Vì PC Bailey đã đi Romford, có lẽ ai đó có thể cập nhật cho tôi về các hoạt động của cô ấy. Bắt đầu với anh đi, DI Warwick.’</w:t>
      </w:r>
    </w:p>
    <w:p>
      <w:pPr>
        <w:spacing w:after="80"/>
      </w:pPr>
      <w:r>
        <w:rPr>
          <w:b w:val="0"/>
          <w:i w:val="0"/>
        </w:rPr>
        <w:t>William mở sổ tay. ‘PC Bailey đã qua đêm ở căn hộ của DS Summers tại Romford suốt cả tuần trước. Cô ấy không chỉ mua sắm và giặt giũ cho anh ta, mà còn có chìa khóa riêng. Hôm thứ Năm, cô ấy đặt hai vé cho một kỳ nghỉ ở Malaga vào tháng tới, nên tôi nghĩ chúng ta có thể yên tâm kết luận họ đang cặp kè với nhau.’</w:t>
      </w:r>
    </w:p>
    <w:p>
      <w:pPr>
        <w:spacing w:after="80"/>
      </w:pPr>
      <w:r>
        <w:rPr>
          <w:b w:val="0"/>
          <w:i w:val="0"/>
        </w:rPr>
        <w:t>‘DC Pankhurst, cô có gì muốn bổ sung không?’ Hawk hỏi, chuyển sự chú ý sang phía bên kia bàn.</w:t>
      </w:r>
    </w:p>
    <w:p>
      <w:pPr>
        <w:spacing w:after="80"/>
      </w:pPr>
      <w:r>
        <w:rPr>
          <w:b w:val="0"/>
          <w:i w:val="0"/>
        </w:rPr>
        <w:t>Rebecca không cần sổ tay. ‘Nicky đã không ngủ ở căn hộ của chúng tôi suốt hai tuần qua. Cô ấy xuất hiện chớp nhoáng vào sáng thứ Bảy, khi kể cho tôi nghe thêm về anh bạn trai mới nhất của mình, người chẳng giống DS Summers chút nào.’</w:t>
      </w:r>
    </w:p>
    <w:p>
      <w:pPr>
        <w:spacing w:after="80"/>
      </w:pPr>
      <w:r>
        <w:rPr>
          <w:b w:val="0"/>
          <w:i w:val="0"/>
        </w:rPr>
        <w:t>‘Cô có gặng hỏi chi tiết không?’ Paul hỏi.</w:t>
      </w:r>
    </w:p>
    <w:p>
      <w:pPr>
        <w:spacing w:after="80"/>
      </w:pPr>
      <w:r>
        <w:rPr>
          <w:b w:val="0"/>
          <w:i w:val="0"/>
        </w:rPr>
        <w:t>‘Có. Cô ấy nói anh ta tên là Alan Mitchell, và làm việc cho một công ty môi giới bất động sản ở Croydon, nhưng cô ấy không nói là công ty nào.’</w:t>
      </w:r>
    </w:p>
    <w:p>
      <w:pPr>
        <w:spacing w:after="80"/>
      </w:pPr>
      <w:r>
        <w:rPr>
          <w:b w:val="0"/>
          <w:i w:val="0"/>
        </w:rPr>
        <w:t>‘Đừng gặng hỏi cô ấy thêm nữa,’ Paul nói. ‘Giờ chúng ta đã biết sự thật, chúng ta không cần cô ấy trở nên nghi ngờ.’</w:t>
      </w:r>
    </w:p>
    <w:p>
      <w:pPr>
        <w:spacing w:after="80"/>
      </w:pPr>
      <w:r>
        <w:rPr>
          <w:b w:val="0"/>
          <w:i w:val="0"/>
        </w:rPr>
        <w:t>"Rõ rồi, thưa sếp," Rebecca nói, vẻ mặt nhẹ nhõm.</w:t>
      </w:r>
    </w:p>
    <w:p>
      <w:pPr>
        <w:spacing w:after="80"/>
      </w:pPr>
      <w:r>
        <w:rPr>
          <w:b w:val="0"/>
          <w:i w:val="0"/>
        </w:rPr>
        <w:t>"Tội nghiệp Nicky không phân biệt được giữa việc lên giường và bị lừa," Jackie nói.</w:t>
      </w:r>
    </w:p>
    <w:p>
      <w:pPr>
        <w:spacing w:after="80"/>
      </w:pPr>
      <w:r>
        <w:rPr>
          <w:b w:val="0"/>
          <w:i w:val="0"/>
        </w:rPr>
        <w:t>"Được rồi, William," Hawk nói không bình luận gì, "cậu có thể rời ca đêm và chuyển sự chú ý sang các hoạt động ban ngày của DS Summers. Tôi rất muốn tìm hiểu thêm về người cung cấp tin của anh ta, John Smith, và liệu anh ta có thực sự tồn tại không."</w:t>
      </w:r>
    </w:p>
    <w:p>
      <w:pPr>
        <w:spacing w:after="80"/>
      </w:pPr>
      <w:r>
        <w:rPr>
          <w:b w:val="0"/>
          <w:i w:val="0"/>
        </w:rPr>
        <w:t>"Chắc chắn anh ta có tồn tại chứ," Rebecca nói. "Nếu không thì tiền đi đâu?"</w:t>
      </w:r>
    </w:p>
    <w:p>
      <w:pPr>
        <w:spacing w:after="80"/>
      </w:pPr>
      <w:r>
        <w:rPr>
          <w:b w:val="0"/>
          <w:i w:val="0"/>
        </w:rPr>
        <w:t>"Thẳng vào túi sau của anh ta," Jackie nói, "vì anh ta chẳng qua chỉ là sản phẩm của trí tưởng tượng của Summers?"</w:t>
      </w:r>
    </w:p>
    <w:p>
      <w:pPr>
        <w:spacing w:after="80"/>
      </w:pPr>
      <w:r>
        <w:rPr>
          <w:b w:val="0"/>
          <w:i w:val="0"/>
        </w:rPr>
        <w:t>"Làm sao mà được như vậy?" Rebecca hỏi.</w:t>
      </w:r>
    </w:p>
    <w:p>
      <w:pPr>
        <w:spacing w:after="80"/>
      </w:pPr>
      <w:r>
        <w:rPr>
          <w:b w:val="0"/>
          <w:i w:val="0"/>
        </w:rPr>
        <w:t>"Không phải là chưa từng có chuyện," Hawk nói, "một cảnh sát tham nhũng bịa ra một người cung cấp tin thường xuyên đưa ra những thông tin mà anh ta đã biết, để khi đến lúc trả tiền cho kẻ chỉ điểm, chỉ có một cái mõm lợn trong máng ăn."</w:t>
      </w:r>
    </w:p>
    <w:p>
      <w:pPr>
        <w:spacing w:after="80"/>
      </w:pPr>
      <w:r>
        <w:rPr>
          <w:b w:val="0"/>
          <w:i w:val="0"/>
        </w:rPr>
        <w:t>"Gần đây tôi có gặp một biến thể của trò lừa đảo đặc biệt đó," Paul nói. "Sau khi một vụ phạm tội lớn đã xảy ra, cảnh sát tham nhũng lùi ngày một báo cáo tình báo trước đó, ghi công cho người cung cấp tin của mình đã cung cấp thông tin ban đầu. Đó là một hệ thống được gọi là double and quits (lùi ngày rồi rút lui)."</w:t>
      </w:r>
    </w:p>
    <w:p>
      <w:pPr>
        <w:spacing w:after="80"/>
      </w:pPr>
      <w:r>
        <w:rPr>
          <w:b w:val="0"/>
          <w:i w:val="0"/>
        </w:rPr>
        <w:t>"Chắc tôi già rồi," Hawk nói, "vì tôi chưa từng gặp trò đó bao giờ."</w:t>
      </w:r>
    </w:p>
    <w:p>
      <w:pPr>
        <w:spacing w:after="80"/>
      </w:pPr>
      <w:r>
        <w:rPr>
          <w:b w:val="0"/>
          <w:i w:val="0"/>
        </w:rPr>
        <w:t>"Khi bọn tội phạm ngày càng tinh vi," Jackie nói, "thì cảnh sát tham nhũng cũng vậy."</w:t>
      </w:r>
    </w:p>
    <w:p>
      <w:pPr>
        <w:spacing w:after="80"/>
      </w:pPr>
      <w:r>
        <w:rPr>
          <w:b w:val="0"/>
          <w:i w:val="0"/>
        </w:rPr>
        <w:t>"Chúng ta cũng phải vậy," Hawk nói, "nếu muốn đi trước chúng."</w:t>
      </w:r>
    </w:p>
    <w:p>
      <w:pPr>
        <w:spacing w:after="80"/>
      </w:pPr>
      <w:r>
        <w:rPr>
          <w:b w:val="0"/>
          <w:i w:val="0"/>
        </w:rPr>
        <w:t>"Vậy thì điều đó có thể giải thích chiếc Jaguar mới của Summers, những bộ vest hào nhoáng và kỳ nghỉ ở Malaga," William nói. "Nhưng chắc chắn sẽ giúp chúng ta chứng minh Summers tham nhũng nếu chúng ta có thể chứng minh rằng John Smith thậm chí không tồn tại."</w:t>
      </w:r>
    </w:p>
    <w:p>
      <w:pPr>
        <w:spacing w:after="80"/>
      </w:pPr>
      <w:r>
        <w:rPr>
          <w:b w:val="0"/>
          <w:i w:val="0"/>
        </w:rPr>
        <w:t>"Tôi nghĩ có lẽ tôi đã nghĩ ra cách để làm đúng điều đó," Hawk nói. Ông phát cho mỗi thành viên trong đội một tờ giấy. "Tôi cho ba người một tuần để mổ xẻ kế hoạch của tôi, hoặc tốt hơn nữa là cải tiến nó, để khi chúng ta gặp lại vào thứ Hai tới, tôi có thể trao quyền cho DI Warwick khởi động toàn bộ chiến dịch. Nhắc mới nhớ – theo như bất kỳ ai bên ngoài văn phòng này biết, kể cả PC Bailey, DI Warwick vẫn đang bị đình chỉ, và phiên tòa xét xử anh ta sẽ không diễn ra trong ít nhất sáu tuần nữa. Vậy là tất cả các bạn đều biết chính xác mình có bao nhiêu thời gian để tóm gọn Rashidi, Lamont, Summers và Roberts. Có câu hỏi nào không?"</w:t>
      </w:r>
    </w:p>
    <w:p>
      <w:pPr>
        <w:spacing w:after="80"/>
      </w:pPr>
      <w:r>
        <w:rPr>
          <w:b w:val="0"/>
          <w:i w:val="0"/>
        </w:rPr>
        <w:t>"Có, thưa sếp," Jackie nói. "Nếu Lamont đưa cho tôi thêm một phong bì nâu nữa, tôi có thể đặt một kỳ nghỉ đến Malaga không?"</w:t>
      </w:r>
    </w:p>
    <w:p>
      <w:pPr>
        <w:pStyle w:val="Heading2"/>
      </w:pPr>
      <w:r>
        <w:rPr>
          <w:rFonts w:ascii="Calibri" w:hAnsi="Calibri"/>
          <w:b/>
          <w:i w:val="0"/>
          <w:sz w:val="32"/>
        </w:rPr>
        <w:t>21</w:t>
      </w:r>
    </w:p>
    <w:p>
      <w:pPr>
        <w:spacing w:after="80"/>
      </w:pPr>
      <w:r>
        <w:rPr>
          <w:b w:val="0"/>
          <w:i w:val="0"/>
        </w:rPr>
        <w:t>REBECCA ĐI THEO LAMONT xuống thang cuốn đông đúc với Marlboro Man cách vài bước phía sau. Lamont không phát hiện ra cô, và cả hai đều không để ý thấy Ross.</w:t>
      </w:r>
    </w:p>
    <w:p>
      <w:pPr>
        <w:spacing w:after="80"/>
      </w:pPr>
      <w:r>
        <w:rPr>
          <w:b w:val="0"/>
          <w:i w:val="0"/>
        </w:rPr>
        <w:t xml:space="preserve">Khi Lamont lên tới sân ga, anh đi về phía cuối sân, và không phải đợi lâu trước khi chuyến tàu tiếp theo lao tới vun vút. Anh leo lên toa cuối, và dù nó gần như trống trơn, anh vẫn ngồi xuống cạnh một người đàn ông đang đọc tờ </w:t>
      </w:r>
      <w:r>
        <w:rPr>
          <w:b w:val="0"/>
          <w:i/>
        </w:rPr>
        <w:t>Evening Standard</w:t>
      </w:r>
      <w:r>
        <w:rPr>
          <w:b w:val="0"/>
          <w:i w:val="0"/>
        </w:rPr>
        <w:t>. Hai người không chào hỏi gì nhau.</w:t>
      </w:r>
    </w:p>
    <w:p>
      <w:pPr>
        <w:spacing w:after="80"/>
      </w:pPr>
      <w:r>
        <w:rPr>
          <w:b w:val="0"/>
          <w:i w:val="0"/>
        </w:rPr>
        <w:t>Rebecca tìm một chỗ ngồi ở đầu kia của toa, và mở cuốn sách bìa mềm ra, nhưng không bắt đầu đọc.</w:t>
      </w:r>
    </w:p>
    <w:p>
      <w:pPr>
        <w:spacing w:after="80"/>
      </w:pPr>
      <w:r>
        <w:rPr>
          <w:b w:val="0"/>
          <w:i w:val="0"/>
        </w:rPr>
        <w:t>‘Ngài muốn gặp tôi ạ,’ Summers nói. Anh vẫn chưa bỏ được thói quen gọi ông sếp cũ của mình là "ngài".</w:t>
      </w:r>
    </w:p>
    <w:p>
      <w:pPr>
        <w:spacing w:after="80"/>
      </w:pPr>
      <w:r>
        <w:rPr>
          <w:b w:val="0"/>
          <w:i w:val="0"/>
        </w:rPr>
        <w:t>‘Không biết ngài có việc gì cần tôi giúp không?’ Lamont hỏi. ‘Dạo này tôi hơi kẹt tiền.’</w:t>
      </w:r>
    </w:p>
    <w:p>
      <w:pPr>
        <w:spacing w:after="80"/>
      </w:pPr>
      <w:r>
        <w:rPr>
          <w:b w:val="0"/>
          <w:i w:val="0"/>
        </w:rPr>
        <w:t>‘Hiện tại thì chưa,’ Summers nói. ‘Nhưng vài tuần nữa, có khi cả hai chúng ta lại có việc làm ăn.’</w:t>
      </w:r>
    </w:p>
    <w:p>
      <w:pPr>
        <w:spacing w:after="80"/>
      </w:pPr>
      <w:r>
        <w:rPr>
          <w:b w:val="0"/>
          <w:i w:val="0"/>
        </w:rPr>
        <w:t>‘Càng sớm càng tốt,’ Lamont nói, cố không tỏ ra tuyệt vọng. ‘Tôi có một hai hóa đơn không thể trì hoãn thêm được nữa.’</w:t>
      </w:r>
    </w:p>
    <w:p>
      <w:pPr>
        <w:spacing w:after="80"/>
      </w:pPr>
      <w:r>
        <w:rPr>
          <w:b w:val="0"/>
          <w:i w:val="0"/>
        </w:rPr>
        <w:t>‘Nghe vậy tôi lấy làm tiếc,’ Summers nói, trong lòng thì mừng thầm vì điều đó giúp anh nắm thế thượng phong. ‘Có chuyện gì cụ thể không?’ anh hỏi, đúng kiểu một thám tử giỏi.</w:t>
      </w:r>
    </w:p>
    <w:p>
      <w:pPr>
        <w:spacing w:after="80"/>
      </w:pPr>
      <w:r>
        <w:rPr>
          <w:b w:val="0"/>
          <w:i w:val="0"/>
        </w:rPr>
        <w:t>‘Dạo này tôi cá ngựa hơi đen, và mấy ông nhà cái bắt đầu bám sát gáy tôi rồi.’</w:t>
      </w:r>
    </w:p>
    <w:p>
      <w:pPr>
        <w:spacing w:after="80"/>
      </w:pPr>
      <w:r>
        <w:rPr>
          <w:b w:val="0"/>
          <w:i w:val="0"/>
        </w:rPr>
        <w:t>‘Mà họ thì có mùi miệng kinh khủng.’</w:t>
      </w:r>
    </w:p>
    <w:p>
      <w:pPr>
        <w:spacing w:after="80"/>
      </w:pPr>
      <w:r>
        <w:rPr>
          <w:b w:val="0"/>
          <w:i w:val="0"/>
        </w:rPr>
        <w:t>‘Ngoài ra, cái nhà mới hóa ra tốn kém hơn tôi dự tính, và vợ tôi sẽ giết tôi nếu phải đem nó rao bán lại. Anh ngừng một chút rồi nói, ‘Anh chưa lập gia đình phải không?’</w:t>
      </w:r>
    </w:p>
    <w:p>
      <w:pPr>
        <w:spacing w:after="80"/>
      </w:pPr>
      <w:r>
        <w:rPr>
          <w:b w:val="0"/>
          <w:i w:val="0"/>
        </w:rPr>
        <w:t>‘Chưa. Chưa tìm được cô gái nào đúng ý.’</w:t>
      </w:r>
    </w:p>
    <w:p>
      <w:pPr>
        <w:spacing w:after="80"/>
      </w:pPr>
      <w:r>
        <w:rPr>
          <w:b w:val="0"/>
          <w:i w:val="0"/>
        </w:rPr>
        <w:t>‘Tôi thì tìm được ba cô,’ Lamont nói, ‘và chẳng cô nào hóa ra là đúng cả. Đáng lẽ phải nghe lời khuyên của Jimmy Goldsmith. Cái gì bay được, nổi được hay "chịch" được thì đi thuê.’</w:t>
      </w:r>
    </w:p>
    <w:p>
      <w:pPr>
        <w:spacing w:after="80"/>
      </w:pPr>
      <w:r>
        <w:rPr>
          <w:b w:val="0"/>
          <w:i w:val="0"/>
        </w:rPr>
        <w:t>Summers phá lên cười, khiến Rebecca quay lại nhìn, nhưng MM thì không.</w:t>
      </w:r>
    </w:p>
    <w:p>
      <w:pPr>
        <w:spacing w:after="80"/>
      </w:pPr>
      <w:r>
        <w:rPr>
          <w:b w:val="0"/>
          <w:i w:val="0"/>
        </w:rPr>
        <w:t>‘Tôi thì không có vấn đề đó,’ Summers nói. ‘Ở đồn có thừa gái để thỏa mãn nhu cầu của tôi, chưa kể ngoài đường.’</w:t>
      </w:r>
    </w:p>
    <w:p>
      <w:pPr>
        <w:spacing w:after="80"/>
      </w:pPr>
      <w:r>
        <w:rPr>
          <w:b w:val="0"/>
          <w:i w:val="0"/>
        </w:rPr>
        <w:t>‘Tôi tưởng anh có bạn gái rồi chứ,’ Lamont nói, liếc về phía đầu kia của toa.</w:t>
      </w:r>
    </w:p>
    <w:p>
      <w:pPr>
        <w:spacing w:after="80"/>
      </w:pPr>
      <w:r>
        <w:rPr>
          <w:b w:val="0"/>
          <w:i w:val="0"/>
        </w:rPr>
        <w:t>‘Không còn lâu nữa đâu. Cô ta sắp hết hạn sử dụng rồi.’</w:t>
      </w:r>
    </w:p>
    <w:p>
      <w:pPr>
        <w:spacing w:after="80"/>
      </w:pPr>
      <w:r>
        <w:rPr>
          <w:b w:val="0"/>
          <w:i w:val="0"/>
        </w:rPr>
        <w:t>‘Tôi đã thấy người phụ nữ đó ở đâu đó rồi thì phải,’ Lamont thì thầm.</w:t>
      </w:r>
    </w:p>
    <w:p>
      <w:pPr>
        <w:spacing w:after="80"/>
      </w:pPr>
      <w:r>
        <w:rPr>
          <w:b w:val="0"/>
          <w:i w:val="0"/>
        </w:rPr>
        <w:t>Summers nhìn về phía Rebecca. ‘Không phải gu của tôi.’</w:t>
      </w:r>
    </w:p>
    <w:p>
      <w:pPr>
        <w:spacing w:after="80"/>
      </w:pPr>
      <w:r>
        <w:rPr>
          <w:b w:val="0"/>
          <w:i w:val="0"/>
        </w:rPr>
        <w:t>‘Anh có nghĩ cô ta đang theo dõi chúng ta không?’</w:t>
      </w:r>
    </w:p>
    <w:p>
      <w:pPr>
        <w:spacing w:after="80"/>
      </w:pPr>
      <w:r>
        <w:rPr>
          <w:b w:val="0"/>
          <w:i w:val="0"/>
        </w:rPr>
        <w:t>Summers nhìn kỹ hơn.</w:t>
      </w:r>
    </w:p>
    <w:p>
      <w:pPr>
        <w:spacing w:after="80"/>
      </w:pPr>
      <w:r>
        <w:rPr>
          <w:b w:val="0"/>
          <w:i w:val="0"/>
        </w:rPr>
        <w:t>Rebecca bỗng nhận ra một cách khó chịu rằng hai người đàn ông kia đang để ý đến cô. Cô sẽ phải xuống ở trạm tiếp theo và báo cho William biết vỏ bọc của cô đã bị lộ. Anh đã từng nói với cô rằng anh ngạc nhiên vì cô trụ được lâu đến thế. Cô lật thêm một trang sách, đau đớn nhận ra đó vẫn là cuốn tiểu thuyết cô đã đọc mỗi lần đi tuyến Circle line.</w:t>
      </w:r>
    </w:p>
    <w:p>
      <w:pPr>
        <w:spacing w:after="80"/>
      </w:pPr>
      <w:r>
        <w:rPr>
          <w:b w:val="0"/>
          <w:i w:val="0"/>
        </w:rPr>
        <w:t>Khi tàu vào ga Green Park, Rebecca xuống tàu và không một lần ngoảnh lại. MM không nhúc nhích.</w:t>
      </w:r>
    </w:p>
    <w:p>
      <w:pPr>
        <w:spacing w:after="80"/>
      </w:pPr>
      <w:r>
        <w:rPr>
          <w:b w:val="0"/>
          <w:i w:val="0"/>
        </w:rPr>
        <w:t>‘Có lẽ tôi chỉ tưởng tượng thôi,’ Lamont nói khi cô khuất khỏi tầm mắt.</w:t>
      </w:r>
    </w:p>
    <w:p>
      <w:pPr>
        <w:spacing w:after="80"/>
      </w:pPr>
      <w:r>
        <w:rPr>
          <w:b w:val="0"/>
          <w:i w:val="0"/>
        </w:rPr>
        <w:t>‘Tôi xuống ở trạm tiếp theo đây,’ Summers nói. ‘Tôi sẽ liên lạc ngay khi lô hàng đến,’ anh nói thêm khi tàu dừng lại. ‘Anh vẫn còn bộ đồng phục cũ chứ, thưa ngài?’ anh hỏi khi cửa mở.</w:t>
      </w:r>
    </w:p>
    <w:p>
      <w:pPr>
        <w:jc w:val="center"/>
      </w:pPr>
      <w:r>
        <w:drawing>
          <wp:inline xmlns:a="http://schemas.openxmlformats.org/drawingml/2006/main" xmlns:pic="http://schemas.openxmlformats.org/drawingml/2006/picture">
            <wp:extent cx="752475" cy="161926"/>
            <wp:docPr id="62" name="Picture 6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‘Tôi đi xem trận đấu đây,’ William nói.</w:t>
      </w:r>
    </w:p>
    <w:p>
      <w:pPr>
        <w:spacing w:after="80"/>
      </w:pPr>
      <w:r>
        <w:rPr>
          <w:b w:val="0"/>
          <w:i w:val="0"/>
        </w:rPr>
        <w:t>Việc gì phải nói dối chứ? Beth muốn hỏi anh. Anh có tưởng là cô chưa nhận ra sao, trong khi đến một cậu học sinh cũng biết anh chẳng đi xem trận đấu nào cả? Chelsea đang đá sân khách ở Newcastle, nên anh đừng hòng kịp giờ bóng lăn lúc ba giờ trừ khi có sẵn một chiếc trực thăng chờ sẵn. Rồi còn chiếc khăn quàng đỏ-trắng mà anh bắt đầu đeo vào mỗi thứ Bảy cách tuần nữa. Josephine Hawksby đã bảo cô đó là màu của đội bóng mà chồng bà ấy hâm mộ, và William thì khinh thường. Vậy hẳn anh đang đi gặp viên chỉ huy. Hay đó cũng chỉ là một màn lừa dối nữa?</w:t>
      </w:r>
    </w:p>
    <w:p>
      <w:pPr>
        <w:spacing w:after="80"/>
      </w:pPr>
      <w:r>
        <w:rPr>
          <w:b w:val="0"/>
          <w:i w:val="0"/>
        </w:rPr>
        <w:t>Cô nghĩ đến việc đi theo anh, nhưng quyết định không vì hai lý do. Anh sẽ phát hiện ra cô trước khi rẽ qua góc phố đầu tiên, và quan trọng hơn, cô tin tưởng anh. Beth cho rằng hẳn đó là công việc bí mật mà anh không thể kể cho cô. Nhưng anh đang bị đình chỉ, và không được phép tham gia bất kỳ nhiệm vụ cảnh sát nào cho đến khi tên anh được hội đồng xét xử minh oan. Hay đó cũng chỉ là một lời nói dối nữa, và Josephine đã đúng ngay từ đầu?</w:t>
      </w:r>
    </w:p>
    <w:p>
      <w:pPr>
        <w:spacing w:after="80"/>
      </w:pPr>
      <w:r>
        <w:rPr>
          <w:b w:val="0"/>
          <w:i w:val="0"/>
        </w:rPr>
        <w:t>William mở cửa trước đúng lúc điện thoại trong hành lang bắt đầu reo.</w:t>
      </w:r>
    </w:p>
    <w:p>
      <w:pPr>
        <w:spacing w:after="80"/>
      </w:pPr>
      <w:r>
        <w:rPr>
          <w:b w:val="0"/>
          <w:i w:val="0"/>
        </w:rPr>
        <w:t>‘Nếu là gọi cho anh,’ anh nói khi Beth bước ra từ bếp, ‘bảo họ gọi lại sau trận đấu. Anh không muốn bỏ lỡ giờ bóng lăn.’</w:t>
      </w:r>
    </w:p>
    <w:p>
      <w:pPr>
        <w:spacing w:after="80"/>
      </w:pPr>
      <w:r>
        <w:rPr>
          <w:b w:val="0"/>
          <w:i w:val="0"/>
        </w:rPr>
        <w:t>Beth nhấc điện thoại. ‘A lô?’</w:t>
      </w:r>
    </w:p>
    <w:p>
      <w:pPr>
        <w:spacing w:after="80"/>
      </w:pPr>
      <w:r>
        <w:rPr>
          <w:b w:val="0"/>
          <w:i w:val="0"/>
        </w:rPr>
        <w:t>‘Tôi muốn nói chuyện với chồng cô,’ một giọng nói khàn khàn cất lên.</w:t>
      </w:r>
    </w:p>
    <w:p>
      <w:pPr>
        <w:spacing w:after="80"/>
      </w:pPr>
      <w:r>
        <w:rPr>
          <w:b w:val="0"/>
          <w:i w:val="0"/>
        </w:rPr>
        <w:t>‘E là anh ấy vừa mới đi rồi, nhưng nếu ông gọi lại sau—’</w:t>
      </w:r>
    </w:p>
    <w:p>
      <w:pPr>
        <w:spacing w:after="80"/>
      </w:pPr>
      <w:r>
        <w:rPr>
          <w:b w:val="0"/>
          <w:i w:val="0"/>
        </w:rPr>
        <w:t>‘Tôi sẽ không gọi lại đâu.’</w:t>
      </w:r>
    </w:p>
    <w:p>
      <w:pPr>
        <w:spacing w:after="80"/>
      </w:pPr>
      <w:r>
        <w:rPr>
          <w:b w:val="0"/>
          <w:i w:val="0"/>
        </w:rPr>
        <w:t>“Khoan đã,” Beth nói, linh cảm cuộc gọi này có thể là một phần trong màn lừa dối công phu của William. “Để tôi xem có đuổi kịp anh ấy không.” Cô đặt điện thoại xuống và chạy ra cửa trước, thì thấy William đang sải bước đi xa.</w:t>
      </w:r>
    </w:p>
    <w:p>
      <w:pPr>
        <w:spacing w:after="80"/>
      </w:pPr>
      <w:r>
        <w:rPr>
          <w:b w:val="0"/>
          <w:i w:val="0"/>
        </w:rPr>
        <w:t>‘William!’ cô hét lên hết sức mình, nhưng anh không dừng bước. Cô bắt đầu đuổi theo anh, hét gọi tên anh cho đến khi anh cuối cùng dừng lại và quay người.</w:t>
      </w:r>
    </w:p>
    <w:p>
      <w:pPr>
        <w:spacing w:after="80"/>
      </w:pPr>
      <w:r>
        <w:rPr>
          <w:b w:val="0"/>
          <w:i w:val="0"/>
        </w:rPr>
        <w:t>“Có người gọi điện cho anh đấy,” cô nói, thở hổn hển. “Bảo là sẽ không gọi lại đâu.”</w:t>
      </w:r>
    </w:p>
    <w:p>
      <w:pPr>
        <w:spacing w:after="80"/>
      </w:pPr>
      <w:r>
        <w:rPr>
          <w:b w:val="0"/>
          <w:i w:val="0"/>
        </w:rPr>
        <w:t>William bắt đầu lao về phía ngôi nhà, tự hỏi liệu đó có thể là Adam Payne và liệu anh ta đã nói chuyện với mẹ mình chưa. Anh lao qua cánh cửa mở, chộp lấy điện thoại và nói: "William Warwick."</w:t>
      </w:r>
    </w:p>
    <w:p>
      <w:pPr>
        <w:spacing w:after="80"/>
      </w:pPr>
      <w:r>
        <w:rPr>
          <w:b w:val="0"/>
          <w:i w:val="0"/>
        </w:rPr>
        <w:t>‘Sao lại muốn gặp tôi?’ một giọng nói khó chịu mà William không nhận ra, dù cậu biết chính xác đó là ai, vang lên chất vấn.</w:t>
      </w:r>
    </w:p>
    <w:p>
      <w:pPr>
        <w:spacing w:after="80"/>
      </w:pPr>
      <w:r>
        <w:rPr>
          <w:b w:val="0"/>
          <w:i w:val="0"/>
        </w:rPr>
        <w:t>‘Ông Payne. Hiện tôi đang tiến hành một cuộc điều tra bí mật không liên quan đến ông hay bất kỳ thành viên nào trong gia đình ông, mà là về băng nhóm Turner và một trong những cộng sự thân cận của chúng.’</w:t>
      </w:r>
    </w:p>
    <w:p>
      <w:pPr>
        <w:spacing w:after="80"/>
      </w:pPr>
      <w:r>
        <w:rPr>
          <w:b w:val="0"/>
          <w:i w:val="0"/>
        </w:rPr>
        <w:t>‘Chắc hẳn là Trung sĩ Thám tử Summers,’ giọng nói vang lên, ‘cùng với viên trung sĩ trực bàn hợp tác của anh ta.’</w:t>
      </w:r>
    </w:p>
    <w:p>
      <w:pPr>
        <w:spacing w:after="80"/>
      </w:pPr>
      <w:r>
        <w:rPr>
          <w:b w:val="0"/>
          <w:i w:val="0"/>
        </w:rPr>
        <w:t>William cứng họng không nói được gì. Reg Payne đã khiến anh rơi vào thế bị động ngay từ đầu.</w:t>
      </w:r>
    </w:p>
    <w:p>
      <w:pPr>
        <w:spacing w:after="80"/>
      </w:pPr>
      <w:r>
        <w:rPr>
          <w:b w:val="0"/>
          <w:i w:val="0"/>
        </w:rPr>
        <w:t>Beth lặng lẽ đóng cửa trước và quay trở lại bếp, để cửa hé mở.</w:t>
      </w:r>
    </w:p>
    <w:p>
      <w:pPr>
        <w:spacing w:after="80"/>
      </w:pPr>
      <w:r>
        <w:rPr>
          <w:b w:val="0"/>
          <w:i w:val="0"/>
        </w:rPr>
        <w:t>‘Tôi hiểu hiện giờ anh đang bị đình chỉ công tác, thanh tra viên ạ. Vậy rốt cuộc anh đang làm gì thế?’</w:t>
      </w:r>
    </w:p>
    <w:p>
      <w:pPr>
        <w:spacing w:after="80"/>
      </w:pPr>
      <w:r>
        <w:rPr>
          <w:b w:val="0"/>
          <w:i w:val="0"/>
        </w:rPr>
        <w:t>William, vẫn còn choáng váng vì cú đánh đầu tiên, quyết định rằng chỉ có sự thật mới có thể khiến người đàn ông này đứng về phía mình. ‘Chúng tôi có lý do để tin rằng Summers và trung sĩ trực bàn của ông ta đang cấu kết chặt chẽ với nhà Turner.’</w:t>
      </w:r>
    </w:p>
    <w:p>
      <w:pPr>
        <w:spacing w:after="80"/>
      </w:pPr>
      <w:r>
        <w:rPr>
          <w:b w:val="0"/>
          <w:i w:val="0"/>
        </w:rPr>
        <w:t>‘Kẻ mà gần đây đã chiêu mộ PC Bailey vào băng nhóm của chúng, mặc dù tôi vẫn chưa chắc cô ấy thực sự đứng về phe nào,’ Payne nói.</w:t>
      </w:r>
    </w:p>
    <w:p>
      <w:pPr>
        <w:spacing w:after="80"/>
      </w:pPr>
      <w:r>
        <w:rPr>
          <w:b w:val="0"/>
          <w:i w:val="0"/>
        </w:rPr>
        <w:t>William chỉ có thể tự hỏi không biết người đàn ông đó còn biết bao nhiêu điều nữa.</w:t>
      </w:r>
    </w:p>
    <w:p>
      <w:pPr>
        <w:spacing w:after="80"/>
      </w:pPr>
      <w:r>
        <w:rPr>
          <w:b w:val="0"/>
          <w:i w:val="0"/>
        </w:rPr>
        <w:t>‘Điều còn lại tôi không thể lý giải được là không biết cựu thanh tra Lamont nằm ở đâu trong toàn bộ câu chuyện này. Dĩ nhiên, tôi biết ông ta từng là thanh tra đóng ở Romford khi Summers còn đi tuần, nhưng đó là trước khi ông ta được chuyển đến Yard và gia nhập đội chống ma túy. Nhưng rồi ông ta đột ngột từ chức mà không có lời giải thích, bất chấp thành công của chiến dịch Trojan Horse. Tôi cho rằng sau tất cả những lời dối trá ông ta đã nói trong phiên tòa Rashidi, ông ta đã được thưởng hậu hĩnh. Nhưng tôi có thể nói với bạn rằng số tiền đó chẳng kéo dài được lâu, vì giờ ông ta lại sạch túi. Không có gì ngạc nhiên, khi nhớ lại cách ông ta thua đều đặn một cách ổn định ở gần như mọi cuộc đua mà ông ta tham dự.’</w:t>
      </w:r>
    </w:p>
    <w:p>
      <w:pPr>
        <w:spacing w:after="80"/>
      </w:pPr>
      <w:r>
        <w:rPr>
          <w:b w:val="0"/>
          <w:i w:val="0"/>
        </w:rPr>
        <w:t>‘Có điều gì ông không biết không, ông Payne?’ William hỏi, chen ngang.</w:t>
      </w:r>
    </w:p>
    <w:p>
      <w:pPr>
        <w:spacing w:after="80"/>
      </w:pPr>
      <w:r>
        <w:rPr>
          <w:b w:val="0"/>
          <w:i w:val="0"/>
        </w:rPr>
        <w:t>‘Vâng. Sao ông muốn gặp tôi.’</w:t>
      </w:r>
    </w:p>
    <w:p>
      <w:pPr>
        <w:spacing w:after="80"/>
      </w:pPr>
      <w:r>
        <w:rPr>
          <w:b w:val="0"/>
          <w:i w:val="0"/>
        </w:rPr>
        <w:t>‘Tôi muốn giăng một cái bẫy để tóm Summers và nhà Turner, khiến cả bọn họ phá sản trong một thời gian rất dài.’</w:t>
      </w:r>
    </w:p>
    <w:p>
      <w:pPr>
        <w:spacing w:after="80"/>
      </w:pPr>
      <w:r>
        <w:rPr>
          <w:b w:val="0"/>
          <w:i w:val="0"/>
        </w:rPr>
        <w:t>‘Vậy là ông đang tìm một tên trộm để bắt trộm.’</w:t>
      </w:r>
    </w:p>
    <w:p>
      <w:pPr>
        <w:spacing w:after="80"/>
      </w:pPr>
      <w:r>
        <w:rPr>
          <w:b w:val="0"/>
          <w:i w:val="0"/>
        </w:rPr>
        <w:t>‘Đại loại thế,’ William thừa nhận, rồi trình bày chi tiết kế hoạch của mình. Payne không ngắt lời, ngoài việc thỉnh thoảng hỏi một câu sắc sảo.</w:t>
      </w:r>
    </w:p>
    <w:p>
      <w:pPr>
        <w:spacing w:after="80"/>
      </w:pPr>
      <w:r>
        <w:rPr>
          <w:b w:val="0"/>
          <w:i w:val="0"/>
        </w:rPr>
        <w:t>‘Ấn tượng đấy,’ ông nói sau khi William nói xong. ‘Nhưng mà, tôi cũng chẳng mong gì kém hơn ở Hawk. Tôi sẽ phải nói chuyện với gia đình trước khi cho ông biết quyết định của mình.’</w:t>
      </w:r>
    </w:p>
    <w:p>
      <w:pPr>
        <w:spacing w:after="80"/>
      </w:pPr>
      <w:r>
        <w:rPr>
          <w:b w:val="0"/>
          <w:i w:val="0"/>
        </w:rPr>
        <w:t>Đường dây tắt lịm. William đặt điện thoại xuống và xem đồng hồ. Anh sẽ không kịp đến trận đấu, và sẽ phải gọi cho Hawk ở nhà sau trận. Ít nhất lần này anh sẽ có điều gì đó đáng giá để báo cho vị chỉ huy.</w:t>
      </w:r>
    </w:p>
    <w:p>
      <w:pPr>
        <w:spacing w:after="80"/>
      </w:pPr>
      <w:r>
        <w:rPr>
          <w:b w:val="0"/>
          <w:i w:val="0"/>
        </w:rPr>
        <w:t>Anh vào bếp cùng Beth và hai đứa sinh đôi.</w:t>
      </w:r>
    </w:p>
    <w:p>
      <w:pPr>
        <w:spacing w:after="80"/>
      </w:pPr>
      <w:r>
        <w:rPr>
          <w:b w:val="0"/>
          <w:i w:val="0"/>
        </w:rPr>
        <w:t>‘Rốt cuộc tôi sẽ không đi xem trận đấu nữa,’ anh nói, không giải thích gì.</w:t>
      </w:r>
    </w:p>
    <w:p>
      <w:pPr>
        <w:spacing w:after="80"/>
      </w:pPr>
      <w:r>
        <w:rPr>
          <w:b w:val="0"/>
          <w:i w:val="0"/>
        </w:rPr>
        <w:t>‘Sao lại không? Máy bay trực thăng của anh không đến đúng giờ à?’</w:t>
      </w:r>
    </w:p>
    <w:p>
      <w:pPr>
        <w:spacing w:after="80"/>
      </w:pPr>
      <w:r>
        <w:rPr>
          <w:b w:val="0"/>
          <w:i w:val="0"/>
        </w:rPr>
        <w:t>William lần thứ hai trong ngày bị chặn họng.</w:t>
      </w:r>
    </w:p>
    <w:p>
      <w:pPr>
        <w:spacing w:after="80"/>
      </w:pPr>
      <w:r>
        <w:rPr>
          <w:b w:val="0"/>
          <w:i w:val="0"/>
        </w:rPr>
        <w:t>‘Đã đến lúc anh nói cho em biết anh thực sự đang làm gì chưa?’ Beth nói. ‘Vì rõ ràng là anh đâu có bị đình chỉ.’</w:t>
      </w:r>
    </w:p>
    <w:p>
      <w:pPr>
        <w:spacing w:after="80"/>
      </w:pPr>
      <w:r>
        <w:rPr>
          <w:b w:val="0"/>
          <w:i w:val="0"/>
        </w:rPr>
        <w:t>William chấp nhận rằng đây sẽ là một trong những ngày mà anh luôn ở thế bị động.</w:t>
      </w:r>
    </w:p>
    <w:p>
      <w:pPr>
        <w:jc w:val="center"/>
      </w:pPr>
      <w:r>
        <w:drawing>
          <wp:inline xmlns:a="http://schemas.openxmlformats.org/drawingml/2006/main" xmlns:pic="http://schemas.openxmlformats.org/drawingml/2006/picture">
            <wp:extent cx="752475" cy="161926"/>
            <wp:docPr id="63" name="Picture 6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‘Bọn tôi sẽ nhận nuôi một đứa trẻ nếu có thể,’ Grace nói. ‘Nhưng hiện tại điều đó không thể được.’</w:t>
      </w:r>
    </w:p>
    <w:p>
      <w:pPr>
        <w:spacing w:after="80"/>
      </w:pPr>
      <w:r>
        <w:rPr>
          <w:b w:val="0"/>
          <w:i w:val="0"/>
        </w:rPr>
        <w:t>‘Càng đáng tiếc,’ Marjorie nói. ‘Đứa trẻ nào cũng sẽ may mắn khi có cô và Clare làm cha mẹ.’</w:t>
      </w:r>
    </w:p>
    <w:p>
      <w:pPr>
        <w:spacing w:after="80"/>
      </w:pPr>
      <w:r>
        <w:rPr>
          <w:b w:val="0"/>
          <w:i w:val="0"/>
        </w:rPr>
        <w:t>‘Cô thật tốt khi nói vậy, nhưng đáng buồn là không nhiều người đồng ý với cô đâu. Thực ra, mới đây một thẩm phán nói với tôi rằng ông ta nghĩ đó đơn giản không phải là lẽ tự nhiên của mọi việc.’</w:t>
      </w:r>
    </w:p>
    <w:p>
      <w:pPr>
        <w:spacing w:after="80"/>
      </w:pPr>
      <w:r>
        <w:rPr>
          <w:b w:val="0"/>
          <w:i w:val="0"/>
        </w:rPr>
        <w:t>‘Một nghị sĩ Đảng Tự do khai sáng có một dự luật của nghị sĩ tư nhân trình trước Hạ viện nhằm hợp pháp hóa việc nhận nuôi con bởi hai người cùng giới,’ Clare nói.</w:t>
      </w:r>
    </w:p>
    <w:p>
      <w:pPr>
        <w:spacing w:after="80"/>
      </w:pPr>
      <w:r>
        <w:rPr>
          <w:b w:val="0"/>
          <w:i w:val="0"/>
        </w:rPr>
        <w:t>‘Nhưng con nghe nói nó sẽ không được đọc lần hai,’ Grace nói. ‘Thực ra, có thể phải mất nhiều năm nữa nó mới thành luật, và đến lúc đó thì đã quá muộn cho chúng ta rồi.’</w:t>
      </w:r>
    </w:p>
    <w:p>
      <w:pPr>
        <w:spacing w:after="80"/>
      </w:pPr>
      <w:r>
        <w:rPr>
          <w:b w:val="0"/>
          <w:i w:val="0"/>
        </w:rPr>
        <w:t>‘Con muốn con trai hay con gái?’ Ngài Julian hỏi, khiến những người còn lại trong gia đình bất ngờ.</w:t>
      </w:r>
    </w:p>
    <w:p>
      <w:pPr>
        <w:spacing w:after="80"/>
      </w:pPr>
      <w:r>
        <w:rPr>
          <w:b w:val="0"/>
          <w:i w:val="0"/>
        </w:rPr>
        <w:t>‘Với chúng con thì không quan trọng,’ Grace nói, nhìn Clare. ‘Như kẹo Liquorice Allsorts ấy, có gì thì nhận nấy và yêu thương chúng hết mực.’</w:t>
      </w:r>
    </w:p>
    <w:p>
      <w:pPr>
        <w:spacing w:after="80"/>
      </w:pPr>
      <w:r>
        <w:rPr>
          <w:b w:val="0"/>
          <w:i w:val="0"/>
        </w:rPr>
        <w:t>Mọi người phá lên cười.</w:t>
      </w:r>
    </w:p>
    <w:p>
      <w:pPr>
        <w:spacing w:after="80"/>
      </w:pPr>
      <w:r>
        <w:rPr>
          <w:b w:val="0"/>
          <w:i w:val="0"/>
        </w:rPr>
        <w:t>‘Anh có thể nhận cặp song sinh cho đến khi chúng lên sáu,’ William nói.</w:t>
      </w:r>
    </w:p>
    <w:p>
      <w:pPr>
        <w:spacing w:after="80"/>
      </w:pPr>
      <w:r>
        <w:rPr>
          <w:b w:val="0"/>
          <w:i w:val="0"/>
        </w:rPr>
        <w:t>‘Sao lại sáu?’ Marjorie hỏi.</w:t>
      </w:r>
    </w:p>
    <w:p>
      <w:pPr>
        <w:spacing w:after="80"/>
      </w:pPr>
      <w:r>
        <w:rPr>
          <w:b w:val="0"/>
          <w:i w:val="0"/>
        </w:rPr>
        <w:t>‘Đó là lúc chúng bắt đầu chơi bóng đá,’ Beth giải thích.</w:t>
      </w:r>
    </w:p>
    <w:p>
      <w:pPr>
        <w:spacing w:after="80"/>
      </w:pPr>
      <w:r>
        <w:rPr>
          <w:b w:val="0"/>
          <w:i w:val="0"/>
        </w:rPr>
        <w:t>‘Peter mà vào thì cứ thế bước thẳng vào đội hình Chelsea hiện tại,’ William nói, ‘đội mà tuần trước không hiểu sao lại thua Southampton ba–không.’</w:t>
      </w:r>
    </w:p>
    <w:p>
      <w:pPr>
        <w:spacing w:after="80"/>
      </w:pPr>
      <w:r>
        <w:rPr>
          <w:b w:val="0"/>
          <w:i w:val="0"/>
        </w:rPr>
        <w:t>‘Nhân đang nói về những đội thắng,’ Ngài Julian nói, ‘đã ấn định ngày cho phiên xử của con chưa?’</w:t>
      </w:r>
    </w:p>
    <w:p>
      <w:pPr>
        <w:spacing w:after="80"/>
      </w:pPr>
      <w:r>
        <w:rPr>
          <w:b w:val="0"/>
          <w:i w:val="0"/>
        </w:rPr>
        <w:t>‘Chưa ạ,’ William nói, đưa ra một câu trả lời đã chuẩn bị kỹ.</w:t>
      </w:r>
    </w:p>
    <w:p>
      <w:pPr>
        <w:spacing w:after="80"/>
      </w:pPr>
      <w:r>
        <w:rPr>
          <w:b w:val="0"/>
          <w:i w:val="0"/>
        </w:rPr>
        <w:t>Beth chăm chú quan sát xem những người còn lại trong gia đình sẽ phản ứng thế nào.</w:t>
      </w:r>
    </w:p>
    <w:p>
      <w:pPr>
        <w:spacing w:after="80"/>
      </w:pPr>
      <w:r>
        <w:rPr>
          <w:b w:val="0"/>
          <w:i w:val="0"/>
        </w:rPr>
        <w:t>‘Con càng sớm quay lại làm việc càng tốt,’ Ngài Julian nói. ‘Nếu con gửi cho cha các giấy tờ liên quan, cha sẽ xem qua và cho con ý kiến. Mà này, vụ kiện chống lại con yếu đến mức ngay cả Grace cũng sẽ giúp con thoát tội.’</w:t>
      </w:r>
    </w:p>
    <w:p>
      <w:pPr>
        <w:spacing w:after="80"/>
      </w:pPr>
      <w:r>
        <w:rPr>
          <w:b w:val="0"/>
          <w:i w:val="0"/>
        </w:rPr>
        <w:t>‘Cảm ơn cha vì sự tín nhiệm đó,’ Grace nói. ‘Tuy nhiên, Clare và con đã được yêu cầu đại diện cho bị đơn, và chúng con không cần trợ lý.’</w:t>
      </w:r>
    </w:p>
    <w:p>
      <w:pPr>
        <w:spacing w:after="80"/>
      </w:pPr>
      <w:r>
        <w:rPr>
          <w:b w:val="0"/>
          <w:i w:val="0"/>
        </w:rPr>
        <w:t>‘Chạm rồi nhé,’ Ngài Julian nói, với tay lấy chai rượu port.</w:t>
      </w:r>
    </w:p>
    <w:p>
      <w:pPr>
        <w:spacing w:after="80"/>
      </w:pPr>
      <w:r>
        <w:rPr>
          <w:b w:val="0"/>
          <w:i w:val="0"/>
        </w:rPr>
        <w:t>‘Quan trọng hơn,’ Marjorie nói, khi đang ngồi dưới sàn với cặp song sinh, ‘là Julian và mẹ đã quyết định lập một quỹ tín thác để trả tiền học cho Peter.’</w:t>
      </w:r>
    </w:p>
    <w:p>
      <w:pPr>
        <w:spacing w:after="80"/>
      </w:pPr>
      <w:r>
        <w:rPr>
          <w:b w:val="0"/>
          <w:i w:val="0"/>
        </w:rPr>
        <w:t>‘Còn Artemisia thì sao?’ Grace hỏi dồn.</w:t>
      </w:r>
    </w:p>
    <w:p>
      <w:pPr>
        <w:spacing w:after="80"/>
      </w:pPr>
      <w:r>
        <w:rPr>
          <w:b w:val="0"/>
          <w:i w:val="0"/>
        </w:rPr>
        <w:t>‘Bố mẹ của Beth đã nhận trách nhiệm đó rồi. Thật ra, chính Arthur và Joanna là người nghĩ ra ý tưởng này đầu tiên.’</w:t>
      </w:r>
    </w:p>
    <w:p>
      <w:pPr>
        <w:spacing w:after="80"/>
      </w:pPr>
      <w:r>
        <w:rPr>
          <w:b w:val="0"/>
          <w:i w:val="0"/>
        </w:rPr>
        <w:t>‘Lũ trẻ thật may mắn,’ William nói, vò rối tóc Peter.</w:t>
      </w:r>
    </w:p>
    <w:p>
      <w:pPr>
        <w:spacing w:after="80"/>
      </w:pPr>
      <w:r>
        <w:rPr>
          <w:b w:val="0"/>
          <w:i w:val="0"/>
        </w:rPr>
        <w:t>‘Tôi thì nghĩ đến Eton và Cheltenham Ladies’ College,’ Sir Julian nói, ý thức rõ rằng ông đang ném một quả lựu đạn vào giữa phòng.</w:t>
      </w:r>
    </w:p>
    <w:p>
      <w:pPr>
        <w:spacing w:after="80"/>
      </w:pPr>
      <w:r>
        <w:rPr>
          <w:b w:val="0"/>
          <w:i w:val="0"/>
        </w:rPr>
        <w:t>‘Còn tôi thì nghĩ trường phổ thông Fulham sẽ hợp với cả hai đứa hoàn hảo,’ Beth nói.</w:t>
      </w:r>
    </w:p>
    <w:p>
      <w:pPr>
        <w:spacing w:after="80"/>
      </w:pPr>
      <w:r>
        <w:rPr>
          <w:b w:val="0"/>
          <w:i w:val="0"/>
        </w:rPr>
        <w:t>‘Vui thật đấy,’ Marjorie nói. ‘Có cái để cả nhà mình cãi nhau không dứt cho đến khi cuối cùng giết chết nhau.’</w:t>
      </w:r>
    </w:p>
    <w:p>
      <w:pPr>
        <w:spacing w:after="80"/>
      </w:pPr>
      <w:r>
        <w:rPr>
          <w:b w:val="0"/>
          <w:i w:val="0"/>
        </w:rPr>
        <w:t>‘Chuyện đã được quyết định rồi,’ Beth nói, ngồi xuống sàn cùng các con.</w:t>
      </w:r>
    </w:p>
    <w:p>
      <w:pPr>
        <w:spacing w:after="80"/>
      </w:pPr>
      <w:r>
        <w:rPr>
          <w:b w:val="0"/>
          <w:i w:val="0"/>
        </w:rPr>
        <w:t>‘Hồi tôi còn nhỏ thì không có chuyện đó đâu,’ Sir Julian nói, rút chốt khỏi quả lựu đạn.</w:t>
      </w:r>
    </w:p>
    <w:p>
      <w:pPr>
        <w:spacing w:after="80"/>
      </w:pPr>
      <w:r>
        <w:rPr>
          <w:b w:val="0"/>
          <w:i w:val="0"/>
        </w:rPr>
        <w:t>‘Ông chưa bao giờ là trẻ con cả,’ Marjorie nói. ‘Ông sinh ra đã trung niên rồi.’</w:t>
      </w:r>
    </w:p>
    <w:p>
      <w:pPr>
        <w:spacing w:after="80"/>
      </w:pPr>
      <w:r>
        <w:rPr>
          <w:b w:val="0"/>
          <w:i w:val="0"/>
        </w:rPr>
        <w:t>Sir Julian cứng họng, điều mà phần còn lại của gia đình hiếm khi gặp phải, nên William tranh thủ cơ hội.</w:t>
      </w:r>
    </w:p>
    <w:p>
      <w:pPr>
        <w:spacing w:after="80"/>
      </w:pPr>
      <w:r>
        <w:rPr>
          <w:b w:val="0"/>
          <w:i w:val="0"/>
        </w:rPr>
        <w:t>‘Chúng con phải đi rồi,’ anh nói. ‘Hôm nay là một ngày dài với bọn trẻ.’</w:t>
      </w:r>
    </w:p>
    <w:p>
      <w:pPr>
        <w:spacing w:after="80"/>
      </w:pPr>
      <w:r>
        <w:rPr>
          <w:b w:val="0"/>
          <w:i w:val="0"/>
        </w:rPr>
        <w:t>Sau khi Peter và Artemisia đã được thắt dây an toàn vào ghế xe, mọi người chào tạm biệt rồi vẫy tay, trong khi William từ từ lái xe xuống con đường dẫn ra cổng, với tiếng nhạc bài ‘A Better Place to Be’ của Harry Chapin vang lên.</w:t>
      </w:r>
    </w:p>
    <w:p>
      <w:pPr>
        <w:spacing w:after="80"/>
      </w:pPr>
      <w:r>
        <w:rPr>
          <w:b w:val="0"/>
          <w:i w:val="0"/>
        </w:rPr>
        <w:t>‘Bố em biết rõ là sẽ chẳng có cuộc điều tra nào đâu, và em cũng chẳng thực sự bị đình chỉ,’ Beth nói khi họ rẽ ra đường lớn.</w:t>
      </w:r>
    </w:p>
    <w:p>
      <w:pPr>
        <w:spacing w:after="80"/>
      </w:pPr>
      <w:r>
        <w:rPr>
          <w:b w:val="0"/>
          <w:i w:val="0"/>
        </w:rPr>
        <w:t>‘Sao em lại nói vậy?’</w:t>
      </w:r>
    </w:p>
    <w:p>
      <w:pPr>
        <w:spacing w:after="80"/>
      </w:pPr>
      <w:r>
        <w:rPr>
          <w:b w:val="0"/>
          <w:i w:val="0"/>
        </w:rPr>
        <w:t>‘Nếu bố chỉ cần nghĩ trong một giây rằng em gặp rắc rối, thì sẽ có cả một tràng câu hỏi không dứt, và chừng nào bố còn thở được, bố nhất định sẽ không để Grace đại diện cho em tại phiên tòa đâu.’</w:t>
      </w:r>
    </w:p>
    <w:p>
      <w:pPr>
        <w:pStyle w:val="Heading2"/>
      </w:pPr>
      <w:r>
        <w:rPr>
          <w:rFonts w:ascii="Calibri" w:hAnsi="Calibri"/>
          <w:b/>
          <w:i w:val="0"/>
          <w:sz w:val="32"/>
        </w:rPr>
        <w:t>22</w:t>
      </w:r>
    </w:p>
    <w:p>
      <w:pPr>
        <w:spacing w:after="80"/>
      </w:pPr>
      <w:r>
        <w:rPr>
          <w:b w:val="0"/>
          <w:i w:val="0"/>
        </w:rPr>
        <w:t>‘ASSEM RASHIDI SẼ được thả khỏi Pentonville lúc mười giờ sáng mai,’ Hawk nói, ‘và tôi mong có một nhóm đón tiếp chờ sẵn ở đó. Ba người trong số các anh sẽ theo dõi hắn hai mươi bốn trên bảy. Nếu Rashidi chỉ cần nghĩ đến việc đi đâu đó ngoài văn phòng của hắn ở City, hay nhà mẹ hắn ở The Boltons, tôi muốn được báo ngay lập tức. Tôi đã giao nhiệm vụ cho Tổng thanh tra Watts, người đứng đầu mới của đội chống ma túy, về kế hoạch trước mắt của chúng ta. Ông ấy sẽ có sáu mươi sĩ quan túc trực sẵn sàng hành động ngay khi có lệnh. Lần này chúng ta sẽ dẹp tan đường dây của Rashidi trước cả khi hắn có cơ hội đầu độc khách hàng đầu tiên của mình.’</w:t>
      </w:r>
    </w:p>
    <w:p>
      <w:pPr>
        <w:spacing w:after="80"/>
      </w:pPr>
      <w:r>
        <w:rPr>
          <w:b w:val="0"/>
          <w:i w:val="0"/>
        </w:rPr>
        <w:t>‘Đồng thời, chúng ta phải bắt giữ những kẻ đồng phạm đã duy trì hoạt động của đường dây trong thời gian hắn vắng mặt,’ Paul nói.</w:t>
      </w:r>
    </w:p>
    <w:p>
      <w:pPr>
        <w:spacing w:after="80"/>
      </w:pPr>
      <w:r>
        <w:rPr>
          <w:b w:val="0"/>
          <w:i w:val="0"/>
        </w:rPr>
        <w:t>‘Chúng ta sẽ không cần phải dựng lên một chiến dịch Ngựa Thành Troy (Trojan Horse) để làm được điều đó vì chúng ta sẽ xông thẳng qua cửa chính. Cố gắng đừng bị bong gân cổ chân lần này nữa nhé, DS Adaja.’</w:t>
      </w:r>
    </w:p>
    <w:p>
      <w:pPr>
        <w:spacing w:after="80"/>
      </w:pPr>
      <w:r>
        <w:rPr>
          <w:b w:val="0"/>
          <w:i w:val="0"/>
        </w:rPr>
        <w:t>Paul trông có vẻ ngượng ngùng.</w:t>
      </w:r>
    </w:p>
    <w:p>
      <w:pPr>
        <w:spacing w:after="80"/>
      </w:pPr>
      <w:r>
        <w:rPr>
          <w:b w:val="0"/>
          <w:i w:val="0"/>
        </w:rPr>
        <w:t>‘Anh bị bong gân cổ chân thế nào vậy, sếp?’ Rebecca hỏi một cách ngây thơ, dù cô đã được kể câu chuyện về Ngựa Thành Troy nhiều lần rồi.</w:t>
      </w:r>
    </w:p>
    <w:p>
      <w:pPr>
        <w:spacing w:after="80"/>
      </w:pPr>
      <w:r>
        <w:rPr>
          <w:b w:val="0"/>
          <w:i w:val="0"/>
        </w:rPr>
        <w:t>Jackie nén lại một nụ cười.</w:t>
      </w:r>
    </w:p>
    <w:p>
      <w:pPr>
        <w:spacing w:after="80"/>
      </w:pPr>
      <w:r>
        <w:rPr>
          <w:b w:val="0"/>
          <w:i w:val="0"/>
        </w:rPr>
        <w:t>‘Trước thời của cô đấy, DC Pankhurst,’ là tất cả những gì Paul nói về chủ đề này.</w:t>
      </w:r>
    </w:p>
    <w:p>
      <w:pPr>
        <w:spacing w:after="80"/>
      </w:pPr>
      <w:r>
        <w:rPr>
          <w:b w:val="0"/>
          <w:i w:val="0"/>
        </w:rPr>
        <w:t>‘Giám đốc Watts cho rằng không phải ngẫu nhiên mà một lô hàng ma túy lớn từ Colombia cập cảng Felixstowe chỉ vài ngày trước,’ Chim Ưng nói, ‘nên ông ấy đã ban hành cảnh báo toàn bộ các cảng.’</w:t>
      </w:r>
    </w:p>
    <w:p>
      <w:pPr>
        <w:spacing w:after="80"/>
      </w:pPr>
      <w:r>
        <w:rPr>
          <w:b w:val="0"/>
          <w:i w:val="0"/>
        </w:rPr>
        <w:t>‘Có thêm thông tin tình báo nào không?’ Paul hỏi, đúng lúc như đã hẹn.</w:t>
      </w:r>
    </w:p>
    <w:p>
      <w:pPr>
        <w:spacing w:after="80"/>
      </w:pPr>
      <w:r>
        <w:rPr>
          <w:b w:val="0"/>
          <w:i w:val="0"/>
        </w:rPr>
        <w:t>‘Chỉ có điều ông ấy nghĩ rằng bọn vận chuyển của Rashidi sẽ phân phối một lượng lớn cocaine và heroin khắp London trong vài ngày tới. Tôi có danh sách đầy đủ những người có khả năng nhận hàng,’ Chim Ưng nói, mở một tập hồ sơ dày. ‘Một trong số đó nằm trong địa bàn Romford. Một gia đình tên là Payne. Tôi cho rằng cô đã từng gặp họ rồi, PC Bailey.’</w:t>
      </w:r>
    </w:p>
    <w:p>
      <w:pPr>
        <w:spacing w:after="80"/>
      </w:pPr>
      <w:r>
        <w:rPr>
          <w:b w:val="0"/>
          <w:i w:val="0"/>
        </w:rPr>
        <w:t>‘Vâng,’ Nicky nói. ‘Đúng là một lũ tội phạm, nhưng nhờ DS Summers, số người trong bọn họ đang ngồi tù còn nhiều hơn số ở ngoài tận hưởng sự ấm cúng của bữa cơm nhà.’</w:t>
      </w:r>
    </w:p>
    <w:p>
      <w:pPr>
        <w:spacing w:after="80"/>
      </w:pPr>
      <w:r>
        <w:rPr>
          <w:b w:val="0"/>
          <w:i w:val="0"/>
        </w:rPr>
        <w:t>‘Nghe thật tốt. Được rồi, hãy đảm bảo tất cả chúng ta đều sẵn sàng đón Rashidi khi hắn được thả vào sáng mai, và báo cáo cho tôi mọi diễn biến.’</w:t>
      </w:r>
    </w:p>
    <w:p>
      <w:pPr>
        <w:spacing w:after="80"/>
      </w:pPr>
      <w:r>
        <w:rPr>
          <w:b w:val="0"/>
          <w:i w:val="0"/>
        </w:rPr>
        <w:t>Cả đội thu dọn hồ sơ, rời văn phòng của chỉ huy và trở về bàn làm việc của mình, trừ PC Bailey, người đã ký sổ trước khi rời đi Romford. DC Pankhurst trước đó đã rời khỏi tòa nhà và chiếm một vị trí bên kia đường, từ đó cô có thể nhìn thấy lối vào ga tàu điện ngầm St James's Park.</w:t>
      </w:r>
    </w:p>
    <w:p>
      <w:pPr>
        <w:spacing w:after="80"/>
      </w:pPr>
      <w:r>
        <w:rPr>
          <w:b w:val="0"/>
          <w:i w:val="0"/>
        </w:rPr>
        <w:t>Cô không phải chờ lâu trước khi Nicky xuất hiện và chạy bộ xuống bậc thềm vào ga. Rebecca quay về Yard và báo cáo với DS Adaja. Mười lăm phút sau, cả đội tập hợp lại trong văn phòng của chỉ huy, nơi William đang đợi họ.</w:t>
      </w:r>
    </w:p>
    <w:p>
      <w:pPr>
        <w:spacing w:after="80"/>
      </w:pPr>
      <w:r>
        <w:rPr>
          <w:b w:val="0"/>
          <w:i w:val="0"/>
        </w:rPr>
        <w:t>‘Con thỏ đã được thả ra khỏi bẫy,’ Chim Ưng nói, ‘nhưng bầy chó săn phải để cô ta chạy thêm vài vòng quanh đường đua trước khi chúng ta ra tay.’</w:t>
      </w:r>
    </w:p>
    <w:p>
      <w:pPr>
        <w:spacing w:after="80"/>
      </w:pPr>
      <w:r>
        <w:rPr>
          <w:b w:val="0"/>
          <w:i w:val="0"/>
        </w:rPr>
        <w:t>‘Ngài có ý định gì ạ?’ Jackie hỏi.</w:t>
      </w:r>
    </w:p>
    <w:p>
      <w:pPr>
        <w:spacing w:after="80"/>
      </w:pPr>
      <w:r>
        <w:rPr>
          <w:b w:val="0"/>
          <w:i w:val="0"/>
        </w:rPr>
        <w:t>‘Gã Cao Bồi Marlboro sẽ giao hàng đến nhà Reg Payne lúc một giờ sáng thứ Sáu,’ Chim Ưng nói. ‘Không sớm hơn thế, vì chúng ta không muốn Summers hay Bailey trở nên nghi ngờ.’</w:t>
      </w:r>
    </w:p>
    <w:p>
      <w:pPr>
        <w:spacing w:after="80"/>
      </w:pPr>
      <w:r>
        <w:rPr>
          <w:b w:val="0"/>
          <w:i w:val="0"/>
        </w:rPr>
        <w:t>‘Chúng ta có xông vào ngay khi chúng bước vào trong không?’ Paul hỏi.</w:t>
      </w:r>
    </w:p>
    <w:p>
      <w:pPr>
        <w:spacing w:after="80"/>
      </w:pPr>
      <w:r>
        <w:rPr>
          <w:b w:val="0"/>
          <w:i w:val="0"/>
        </w:rPr>
        <w:t>‘Không,’ Hawk dứt khoát nói. ‘Nếu làm vậy, Summers sẽ khẳng định rằng ông ta vừa định bắt Payne thì chúng ta xuất hiện, và ông ta đủ trơ tráo để nhận công về vụ phục kích. Không, chúng ta phải để ông ta tự thắt dây thòng lọng quanh cổ mình trước khi mở cửa sập. Một khi MM đã giao một ký cocaine và mười ngàn tiền mặt, chúng ta sẽ chờ xem Summers có bắt Payne và mang tang vật về đồn không. Nếu ông ta nộp ít hơn mười ngàn và không đủ số ma túy chúng ta đã cung cấp, thì nghi ngờ của chúng ta sẽ được xác nhận.’</w:t>
      </w:r>
    </w:p>
    <w:p>
      <w:pPr>
        <w:spacing w:after="80"/>
      </w:pPr>
      <w:r>
        <w:rPr>
          <w:b w:val="0"/>
          <w:i w:val="0"/>
        </w:rPr>
        <w:t>‘Đó là lúc chúng ta xông vào phải không, sếp?’ Jackie hỏi.</w:t>
      </w:r>
    </w:p>
    <w:p>
      <w:pPr>
        <w:spacing w:after="80"/>
      </w:pPr>
      <w:r>
        <w:rPr>
          <w:b w:val="0"/>
          <w:i w:val="0"/>
        </w:rPr>
        <w:t>‘Không,’ William nói. ‘Chúng ta vẫn phải giữ thuốc súng khô. Tôi muốn tìm hiểu xem có bao nhiêu người tham gia, và chúng phân phối cocaine thế nào và xử lý số tiền mặt lớn như vậy ra sao. Và đừng quên, chúng ta có số sê-ri của những tờ tiền đó.’</w:t>
      </w:r>
    </w:p>
    <w:p>
      <w:pPr>
        <w:spacing w:after="80"/>
      </w:pPr>
      <w:r>
        <w:rPr>
          <w:b w:val="0"/>
          <w:i w:val="0"/>
        </w:rPr>
        <w:t>‘Nếu Summers bắt MM khi anh ta bước ra khỏi nhà Payne thì sao?’ Jackie hỏi.</w:t>
      </w:r>
    </w:p>
    <w:p>
      <w:pPr>
        <w:spacing w:after="80"/>
      </w:pPr>
      <w:r>
        <w:rPr>
          <w:b w:val="0"/>
          <w:i w:val="0"/>
        </w:rPr>
        <w:t>‘Thì chúng ta sẽ biết ông ta trong sạch. Nhưng nếu ông ta thối nát, ông ta sẽ không quan tâm đến cậu giao hàng, chỉ quan tâm đến thứ được giao.’</w:t>
      </w:r>
    </w:p>
    <w:p>
      <w:pPr>
        <w:spacing w:after="80"/>
      </w:pPr>
      <w:r>
        <w:rPr>
          <w:b w:val="0"/>
          <w:i w:val="0"/>
        </w:rPr>
        <w:t>‘Ông ta có thể sắp xếp cho ai đó theo dõi MM,’ DC Pankhurst gợi ý, ‘và rồi ông ta sẽ phát hiện ra anh ta là người của chúng ta.’</w:t>
      </w:r>
    </w:p>
    <w:p>
      <w:pPr>
        <w:spacing w:after="80"/>
      </w:pPr>
      <w:r>
        <w:rPr>
          <w:b w:val="0"/>
          <w:i w:val="0"/>
        </w:rPr>
        <w:t>‘Đừng lo về điều đó, Rebecca. MM sẽ cắt đuôi chúng trước khi chúng tới được góc phố đầu tiên. Nhưng điều đó không có nghĩa là sẽ không có bất ngờ trên đường, vì Summers là một kẻ lão luyện xảo quyệt, và chắc chắn ông ta có kế hoạch dự phòng để biến mình từ kẻ xấu thành anh hùng. Hãy sẵn sàng hành động bất cứ lúc nào, kể cả nửa đêm.’</w:t>
      </w:r>
    </w:p>
    <w:p>
      <w:pPr>
        <w:spacing w:after="80"/>
      </w:pPr>
      <w:r>
        <w:rPr>
          <w:b w:val="0"/>
          <w:i w:val="0"/>
        </w:rPr>
        <w:t>‘Còn PC Bailey?’ Rebecca hỏi.</w:t>
      </w:r>
    </w:p>
    <w:p>
      <w:pPr>
        <w:spacing w:after="80"/>
      </w:pPr>
      <w:r>
        <w:rPr>
          <w:b w:val="0"/>
          <w:i w:val="0"/>
        </w:rPr>
        <w:t>‘Cô ấy có thể bị vạ lây,’ Hawk nói. ‘Nếu vậy, cô ấy sẽ phải đối mặt với hậu quả.’</w:t>
      </w:r>
    </w:p>
    <w:p>
      <w:pPr>
        <w:spacing w:after="80"/>
      </w:pPr>
      <w:r>
        <w:rPr>
          <w:b w:val="0"/>
          <w:i w:val="0"/>
        </w:rPr>
        <w:t>‘Còn một điều nữa sếp nên biết,’ Rebecca nói.</w:t>
      </w:r>
    </w:p>
    <w:p>
      <w:pPr>
        <w:spacing w:after="80"/>
      </w:pPr>
      <w:r>
        <w:rPr>
          <w:b w:val="0"/>
          <w:i w:val="0"/>
        </w:rPr>
        <w:t>Tất cả đều hướng sự chú ý về phía DC Pankhurst.</w:t>
      </w:r>
    </w:p>
    <w:p>
      <w:pPr>
        <w:spacing w:after="80"/>
      </w:pPr>
      <w:r>
        <w:rPr>
          <w:b w:val="0"/>
          <w:i w:val="0"/>
        </w:rPr>
        <w:t>‘Nicky có thai.’</w:t>
      </w:r>
    </w:p>
    <w:p>
      <w:pPr>
        <w:jc w:val="center"/>
      </w:pPr>
      <w:r>
        <w:drawing>
          <wp:inline xmlns:a="http://schemas.openxmlformats.org/drawingml/2006/main" xmlns:pic="http://schemas.openxmlformats.org/drawingml/2006/picture">
            <wp:extent cx="752475" cy="161926"/>
            <wp:docPr id="64" name="Picture 6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Summers rất vui mừng khi Nicky báo tin cho ông ta.</w:t>
      </w:r>
    </w:p>
    <w:p>
      <w:pPr>
        <w:spacing w:after="80"/>
      </w:pPr>
      <w:r>
        <w:rPr>
          <w:b w:val="0"/>
          <w:i w:val="0"/>
        </w:rPr>
        <w:t>‘Cô nói việc giao hàng sẽ vào sáng sớm thứ Sáu?’</w:t>
      </w:r>
    </w:p>
    <w:p>
      <w:pPr>
        <w:spacing w:after="80"/>
      </w:pPr>
      <w:r>
        <w:rPr>
          <w:b w:val="0"/>
          <w:i w:val="0"/>
        </w:rPr>
        <w:t>‘Vâng,’ Nicky nói khi lật miếng bít tết trong chảo.</w:t>
      </w:r>
    </w:p>
    <w:p>
      <w:pPr>
        <w:spacing w:after="80"/>
      </w:pPr>
      <w:r>
        <w:rPr>
          <w:b w:val="0"/>
          <w:i w:val="0"/>
        </w:rPr>
        <w:t>‘Cậu kiếm được tin tức giá trị thế này ở đâu vậy?’</w:t>
      </w:r>
    </w:p>
    <w:p>
      <w:pPr>
        <w:spacing w:after="80"/>
      </w:pPr>
      <w:r>
        <w:rPr>
          <w:b w:val="0"/>
          <w:i w:val="0"/>
        </w:rPr>
        <w:t>‘Từ một tay chạy việc ngoài đường, đổi lại là tôi nhắm mắt làm ngơ.’</w:t>
      </w:r>
    </w:p>
    <w:p>
      <w:pPr>
        <w:spacing w:after="80"/>
      </w:pPr>
      <w:r>
        <w:rPr>
          <w:b w:val="0"/>
          <w:i w:val="0"/>
        </w:rPr>
        <w:t>‘Cậu học nhanh đấy,’ Summers nói, ngồi xuống bàn bếp.</w:t>
      </w:r>
    </w:p>
    <w:p>
      <w:pPr>
        <w:spacing w:after="80"/>
      </w:pPr>
      <w:r>
        <w:rPr>
          <w:b w:val="0"/>
          <w:i w:val="0"/>
        </w:rPr>
        <w:t>‘Cái này là cho người chỉ điểm của cậu à?’ Nicky hỏi khi đặt miếng bít tết trước mặt anh.</w:t>
      </w:r>
    </w:p>
    <w:p>
      <w:pPr>
        <w:spacing w:after="80"/>
      </w:pPr>
      <w:r>
        <w:rPr>
          <w:b w:val="0"/>
          <w:i w:val="0"/>
        </w:rPr>
        <w:t>‘Trời, không,’ Summers nói. ‘Cái này là cho chúng ta. Như vậy sẽ lời hơn nhiều.’</w:t>
      </w:r>
    </w:p>
    <w:p>
      <w:pPr>
        <w:spacing w:after="80"/>
      </w:pPr>
      <w:r>
        <w:rPr>
          <w:b w:val="0"/>
          <w:i w:val="0"/>
        </w:rPr>
        <w:t>Nicky ngồi xuống chiếc ghế đối diện và nghĩ về câu trả lời của anh. Anh đã cho cô thêm một cơ hội để trốn thoát, và có lẽ cô đã làm vậy, nếu anh không khiến cô bất ngờ.</w:t>
      </w:r>
    </w:p>
    <w:p>
      <w:pPr>
        <w:jc w:val="center"/>
      </w:pPr>
      <w:r>
        <w:drawing>
          <wp:inline xmlns:a="http://schemas.openxmlformats.org/drawingml/2006/main" xmlns:pic="http://schemas.openxmlformats.org/drawingml/2006/picture">
            <wp:extent cx="752475" cy="161926"/>
            <wp:docPr id="65" name="Picture 6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ngồi ở ghế sau một chiếc taxi không phải để cho thuê. Mắt anh không rời khỏi cổng chính của nhà tù, dù anh biết phạm nhân sẽ không được thả trong ít nhất ba mươi phút nữa. Anh liếc đồng hồ vài giây một lần, nhưng cánh cửa bên hông cổng chính vẫn kiên quyết đóng im ỉm.</w:t>
      </w:r>
    </w:p>
    <w:p>
      <w:pPr>
        <w:spacing w:after="80"/>
      </w:pPr>
      <w:r>
        <w:rPr>
          <w:b w:val="0"/>
          <w:i w:val="0"/>
        </w:rPr>
        <w:t>Một chiếc Mercedes màu xanh đậm lướt qua họ và dừng lại trước cổng nhà tù như thể đó là một câu lạc bộ đồng quê.</w:t>
      </w:r>
    </w:p>
    <w:p>
      <w:pPr>
        <w:spacing w:after="80"/>
      </w:pPr>
      <w:r>
        <w:rPr>
          <w:b w:val="0"/>
          <w:i w:val="0"/>
        </w:rPr>
        <w:t>‘Cùng một chiếc xe à?’ William hỏi.</w:t>
      </w:r>
    </w:p>
    <w:p>
      <w:pPr>
        <w:spacing w:after="80"/>
      </w:pPr>
      <w:r>
        <w:rPr>
          <w:b w:val="0"/>
          <w:i w:val="0"/>
        </w:rPr>
        <w:t>‘Không, thưa ngài,’ Danny nói. ‘Cùng biển số, AR1, nhưng đó là mẫu mới nhất, vừa ra khỏi dây chuyền sản xuất.’</w:t>
      </w:r>
    </w:p>
    <w:p>
      <w:pPr>
        <w:spacing w:after="80"/>
      </w:pPr>
      <w:r>
        <w:rPr>
          <w:b w:val="0"/>
          <w:i w:val="0"/>
        </w:rPr>
        <w:t>‘Có phải cùng một tài xế không?’ William hỏi, cố nhìn kỹ hơn.</w:t>
      </w:r>
    </w:p>
    <w:p>
      <w:pPr>
        <w:spacing w:after="80"/>
      </w:pPr>
      <w:r>
        <w:rPr>
          <w:b w:val="0"/>
          <w:i w:val="0"/>
        </w:rPr>
        <w:t>‘Tôi là tài xế,’ Danny đáp. ‘Nếu ngài ăn mặc như thế, tôi nghĩ ngài sẽ thấy mình là tài xế riêng. Nhưng đúng, vẫn là người đàn ông đó.’</w:t>
      </w:r>
    </w:p>
    <w:p>
      <w:pPr>
        <w:spacing w:after="80"/>
      </w:pPr>
      <w:r>
        <w:rPr>
          <w:b w:val="0"/>
          <w:i w:val="0"/>
        </w:rPr>
        <w:t>William bật cười, dù đây không phải là buổi sáng để cười.</w:t>
      </w:r>
    </w:p>
    <w:p>
      <w:pPr>
        <w:spacing w:after="80"/>
      </w:pPr>
      <w:r>
        <w:rPr>
          <w:b w:val="0"/>
          <w:i w:val="0"/>
        </w:rPr>
        <w:t>Mười tiếng chuông vang lên từ tháp nhà thờ gần đó, nhưng cánh cửa vẫn không mở.</w:t>
      </w:r>
    </w:p>
    <w:p>
      <w:pPr>
        <w:spacing w:after="80"/>
      </w:pPr>
      <w:r>
        <w:rPr>
          <w:b w:val="0"/>
          <w:i w:val="0"/>
        </w:rPr>
        <w:t>‘Có lẽ hắn thích nơi này đến mức không muốn rời đi.’ Đó là kiểu hài hước của Danny.</w:t>
      </w:r>
    </w:p>
    <w:p>
      <w:pPr>
        <w:spacing w:after="80"/>
      </w:pPr>
      <w:r>
        <w:rPr>
          <w:b w:val="0"/>
          <w:i w:val="0"/>
        </w:rPr>
        <w:t>Cuối cùng cánh cửa cũng mở ra, và một người đàn ông thấp bé, cơ bắp cuồn cuộn phủ đầy hình xăm, xách một chiếc túi da đen bước ra.</w:t>
      </w:r>
    </w:p>
    <w:p>
      <w:pPr>
        <w:spacing w:after="80"/>
      </w:pPr>
      <w:r>
        <w:rPr>
          <w:b w:val="0"/>
          <w:i w:val="0"/>
        </w:rPr>
        <w:t>‘Trộm cắp,’ Danny đáp, không buồn nhìn lại lần thứ hai. Người tù vừa được thả liếc nhìn chiếc Mercedes, giơ ngón tay chửi thề với tài xế, rồi đi về phía trạm xe buýt gần nhất.</w:t>
      </w:r>
    </w:p>
    <w:p>
      <w:pPr>
        <w:spacing w:after="80"/>
      </w:pPr>
      <w:r>
        <w:rPr>
          <w:b w:val="0"/>
          <w:i w:val="0"/>
        </w:rPr>
        <w:t>Hai tù nhân nữa lách qua cửa bước ra. William không khỏi tự hỏi tự do của họ sẽ kéo dài được bao lâu. Một số người coi nhà tù như ngôi nhà thứ hai, nhất là khi họ phải ngủ ngoài đường, và một tội nhẹ nghĩa là họ có thể qua mùa đông trong một phòng giam ấm áp, với ba bữa ăn mỗi ngày và một chiếc tivi.</w:t>
      </w:r>
    </w:p>
    <w:p>
      <w:pPr>
        <w:spacing w:after="80"/>
      </w:pPr>
      <w:r>
        <w:rPr>
          <w:b w:val="0"/>
          <w:i w:val="0"/>
        </w:rPr>
        <w:t xml:space="preserve">Cuối cùng thì bóng dáng không thể nhầm lẫn của Assem Rashidi cũng xuất hiện. William không cần phải nói </w:t>
      </w:r>
      <w:r>
        <w:rPr>
          <w:b w:val="0"/>
          <w:i/>
        </w:rPr>
        <w:t>Chính hắn ta</w:t>
      </w:r>
      <w:r>
        <w:rPr>
          <w:b w:val="0"/>
          <w:i w:val="0"/>
        </w:rPr>
        <w:t>, vì khác với các bạn tù, hắn sụt cân chứ không tăng. Hắn mặc một bộ vest may đo đẹp tương tự, áo sơ mi trắng và cà vạt lụa như hắn đã mặc vào ngày cuối cùng của phiên tòa. William tự hỏi liệu có nhãn Harrods ở mặt trong chiếc áo khoác không. Hắn trông có thể như giám thị trại giam, chỉ khác là giám thị tự lái xe về nhà mỗi tối bằng một chiếc Morris Minor.</w:t>
      </w:r>
    </w:p>
    <w:p>
      <w:pPr>
        <w:spacing w:after="80"/>
      </w:pPr>
      <w:r>
        <w:rPr>
          <w:b w:val="0"/>
          <w:i w:val="0"/>
        </w:rPr>
        <w:t>Người tài xế riêng nhảy ra mở cửa sau chiếc Mercedes cho ông chủ, cứ như thể đó là một sáng thứ Hai bình thường, và hắn đang được đón từ ngôi nhà ở nông thôn để được chở đi làm. Hắn chạm vào vành mũ lưỡi trai khi Rashidi lách vào ghế sau. William cúi người tránh khỏi tầm nhìn khi chiếc xe lướt êm qua chiếc taxi đang đợi và rẽ trái.</w:t>
      </w:r>
    </w:p>
    <w:p>
      <w:pPr>
        <w:spacing w:after="80"/>
      </w:pPr>
      <w:r>
        <w:rPr>
          <w:b w:val="0"/>
          <w:i w:val="0"/>
        </w:rPr>
        <w:t>Danny quay đầu chiếc taxi, và cẩn thận giữ khoảng cách. Anh ta lách vào sau những chiếc taxi đen khác bất cứ khi nào có thể để người tài xế riêng không nhận ra mình đang bị theo dõi.</w:t>
      </w:r>
    </w:p>
    <w:p>
      <w:pPr>
        <w:spacing w:after="80"/>
      </w:pPr>
      <w:r>
        <w:rPr>
          <w:b w:val="0"/>
          <w:i w:val="0"/>
        </w:rPr>
        <w:t>‘Hắn có thể đang đi về Brixton hoặc The Boltons,’ William nói, mắt dán ra cửa sổ trước khi họ lái dọc theo Upper Street.</w:t>
      </w:r>
    </w:p>
    <w:p>
      <w:pPr>
        <w:spacing w:after="80"/>
      </w:pPr>
      <w:r>
        <w:rPr>
          <w:b w:val="0"/>
          <w:i w:val="0"/>
        </w:rPr>
        <w:t>Chiếc Mercedes không bao giờ qua sông, mà tiếp tục hướng về phía đông, và ba mươi phút sau họ đi qua hai con rồng bạc cưỡi ngựa mang khiên gang, báo hiệu họ đã vào Thành phố London.</w:t>
      </w:r>
    </w:p>
    <w:p>
      <w:pPr>
        <w:spacing w:after="80"/>
      </w:pPr>
      <w:r>
        <w:rPr>
          <w:b w:val="0"/>
          <w:i w:val="0"/>
        </w:rPr>
        <w:t>‘Chắc chắn là đến văn phòng của hắn,’ William nói.</w:t>
      </w:r>
    </w:p>
    <w:p>
      <w:pPr>
        <w:spacing w:after="80"/>
      </w:pPr>
      <w:r>
        <w:rPr>
          <w:b w:val="0"/>
          <w:i w:val="0"/>
        </w:rPr>
        <w:t>Cuối cùng chiếc Mercedes dừng lại trước trụ sở của Marcel và Neffe. Một lần nữa người tài xế riêng nhảy ra mở cửa sau cho ông chủ.</w:t>
      </w:r>
    </w:p>
    <w:p>
      <w:pPr>
        <w:spacing w:after="80"/>
      </w:pPr>
      <w:r>
        <w:rPr>
          <w:b w:val="0"/>
          <w:i w:val="0"/>
        </w:rPr>
        <w:t>Khi Rashidi bước vào Tea House, hắn nhận được cái chào thứ hai từ một người đàn ông khác đội mũ lưỡi trai, cứ như thể hắn chưa từng đi vắng.</w:t>
      </w:r>
    </w:p>
    <w:p>
      <w:pPr>
        <w:spacing w:after="80"/>
      </w:pPr>
      <w:r>
        <w:rPr>
          <w:b w:val="0"/>
          <w:i w:val="0"/>
        </w:rPr>
        <w:t>William không theo hắn vào trong, nhưng anh biết hắn sẽ lên văn phòng ở tầng mười một. Anh quan tâm hơn đến việc khi nào và bằng lối ra nào Rashidi sẽ rời tòa nhà. Chiếc Mercedes lái đi.</w:t>
      </w:r>
    </w:p>
    <w:p>
      <w:pPr>
        <w:spacing w:after="80"/>
      </w:pPr>
      <w:r>
        <w:rPr>
          <w:b w:val="0"/>
          <w:i w:val="0"/>
        </w:rPr>
        <w:t>‘Cứ đứng yên đó, Danny,’ William nói, ‘và đừng rời mắt khỏi cổng vào. Nếu Rashidi xuất hiện lại, gọi cho tôi qua bộ đàm và tôi sẽ lẻn ra ngay. Nếu cậu lỡ mất hắn,’ anh nói thêm khi mở cửa xe và bước xuống vỉa hè, ‘thì bắt đầu tìm khách đi, vì đó là số tiền duy nhất cậu kiếm được trong tuần này.’</w:t>
      </w:r>
    </w:p>
    <w:p>
      <w:pPr>
        <w:spacing w:after="80"/>
      </w:pPr>
      <w:r>
        <w:rPr>
          <w:b w:val="0"/>
          <w:i w:val="0"/>
        </w:rPr>
        <w:t>Danny không cười khi William chạy bộ về hướng ga tàu điện ngầm Moorgate.</w:t>
      </w:r>
    </w:p>
    <w:p>
      <w:pPr>
        <w:spacing w:after="80"/>
      </w:pPr>
      <w:r>
        <w:rPr>
          <w:b w:val="0"/>
          <w:i w:val="0"/>
        </w:rPr>
        <w:t>Đã một thời gian kể từ khi anh phát hiện ra cách Rashidi lặng lẽ rời văn phòng mà không ai để ý. Anh chiếm vị trí quan sát ưa thích bên cạnh một quầy báo nhỏ, từ đó anh có thể quan sát bất kỳ ai rời Tea House qua cánh cửa kín đáo mà ít người biết đến trừ khi họ làm việc trong tòa nhà.</w:t>
      </w:r>
    </w:p>
    <w:p>
      <w:pPr>
        <w:spacing w:after="80"/>
      </w:pPr>
      <w:r>
        <w:rPr>
          <w:b w:val="0"/>
          <w:i w:val="0"/>
        </w:rPr>
        <w:t>Anh tự nhủ phải chấp nhận việc mình có thể phải lang thang ở đây một lúc lâu, nếu Rashidi đang được cập nhật tình hình công ty trong thời gian hắn vắng mặt. Hắn thậm chí có thể đã trở thành một con người cải tà quy chính, như hắn đã hứa với thẩm phán, dù William nghĩ điều đó khó xảy ra.</w:t>
      </w:r>
    </w:p>
    <w:p>
      <w:pPr>
        <w:spacing w:after="80"/>
      </w:pPr>
      <w:r>
        <w:rPr>
          <w:b w:val="0"/>
          <w:i w:val="0"/>
        </w:rPr>
        <w:t>Có lẽ Danny sẽ gọi cho anh vào khoảng sáu giờ và họ sẽ theo Rashidi đến The Boltons, nơi hắn sẽ ăn tối với mẹ và qua đêm đầu tiên của tự do tại nhà bà, nhất là nếu hắn nghĩ, dù chỉ trong giây lát, rằng mình đang bị theo dõi.</w:t>
      </w:r>
    </w:p>
    <w:p>
      <w:pPr>
        <w:spacing w:after="80"/>
      </w:pPr>
      <w:r>
        <w:rPr>
          <w:b w:val="0"/>
          <w:i w:val="0"/>
        </w:rPr>
        <w:t>Một giờ trôi qua, trong khoảng thời gian đó vài nhân viên của City lẻn vào hoặc ra khỏi cánh cửa kín đáo ấy, nhưng Rashidi không có trong số họ. William bắt đầu thấy chán, và tính chuyện dành vài phút với Danny ở phía sau chiếc xe ấm áp, nhưng chắc chắn đó sẽ đúng là lúc Rashidi chọn rời bỏ công việc ban ngày để đi tìm việc làm khác.</w:t>
      </w:r>
    </w:p>
    <w:p>
      <w:pPr>
        <w:spacing w:after="80"/>
      </w:pPr>
      <w:r>
        <w:rPr>
          <w:b w:val="0"/>
          <w:i w:val="0"/>
        </w:rPr>
        <w:t xml:space="preserve">Đến giờ thứ ba, anh mua một tờ </w:t>
      </w:r>
      <w:r>
        <w:rPr>
          <w:b w:val="0"/>
          <w:i/>
        </w:rPr>
        <w:t>Evening Standard</w:t>
      </w:r>
      <w:r>
        <w:rPr>
          <w:b w:val="0"/>
          <w:i w:val="0"/>
        </w:rPr>
        <w:t xml:space="preserve"> với giá 20p, nhưng chưa đọc được xa hơn dòng tít trang nhất thì lại phải kiểm tra cánh cửa ấy lần nữa.</w:t>
      </w:r>
    </w:p>
    <w:p>
      <w:pPr>
        <w:spacing w:after="80"/>
      </w:pPr>
      <w:r>
        <w:rPr>
          <w:b w:val="0"/>
          <w:i w:val="0"/>
        </w:rPr>
        <w:t>‘Anh còn ở đây lâu nữa không?’ một nhân viên kiểm soát giao thông hỏi.</w:t>
      </w:r>
    </w:p>
    <w:p>
      <w:pPr>
        <w:spacing w:after="80"/>
      </w:pPr>
      <w:r>
        <w:rPr>
          <w:b w:val="0"/>
          <w:i w:val="0"/>
        </w:rPr>
        <w:t>‘Bao lâu cũng được,’ Danny nói, rút thẻ lệnh ra.</w:t>
      </w:r>
    </w:p>
    <w:p>
      <w:pPr>
        <w:spacing w:after="80"/>
      </w:pPr>
      <w:r>
        <w:rPr>
          <w:b w:val="0"/>
          <w:i w:val="0"/>
        </w:rPr>
        <w:t>Người kiểm soát chạm vào mép mũ, ngạc nhiên vì tài xế taxi thuộc Met chứ không phải cảnh sát City.</w:t>
      </w:r>
    </w:p>
    <w:p>
      <w:pPr>
        <w:spacing w:after="80"/>
      </w:pPr>
      <w:r>
        <w:rPr>
          <w:b w:val="0"/>
          <w:i w:val="0"/>
        </w:rPr>
        <w:t>William đứng như chôn chân tại chỗ hết giờ này qua giờ khác, càng lúc càng lạnh và càng già đi, cho đến khi một người đàn ông xuất hiện qua cánh cửa phụ, mặc bộ đồ thể thao xám rộng thùng thình, đầu trùm mũ. Một bộ trang phục William không bao giờ có thể quên. Hắn hòa vào dòng người đi làm buổi tối sớm đang tiến về phía thang cuốn. William có thể không nhìn rõ mặt hắn, nhưng chắc chắn đó là cùng một bộ đồ thể thao, và cùng một dáng đi. Nhưng quan trọng hơn, là cùng đôi găng tay da màu đen.</w:t>
      </w:r>
    </w:p>
    <w:p>
      <w:pPr>
        <w:spacing w:after="80"/>
      </w:pPr>
      <w:r>
        <w:rPr>
          <w:b w:val="0"/>
          <w:i w:val="0"/>
        </w:rPr>
        <w:t>Rashidi bước lên thang cuốn, trong khi William lẻn vào phía sau một người đàn ông vai rộng che khuất anh khỏi con mồi. Khi William tới được bậc cuối, Rashidi đã khuất bóng. Không phải là có gì đáng nghi ngờ về việc hắn đang đi đâu. William hướng về sân ga hướng nam của tuyến Northern, và đến đúng lúc một chuyến tàu vừa vào ga. Anh phát hiện Rashidi đang leo lên ở đầu kia sân ga, và lẻn vào toa gần nhất.</w:t>
      </w:r>
    </w:p>
    <w:p>
      <w:pPr>
        <w:spacing w:after="80"/>
      </w:pPr>
      <w:r>
        <w:rPr>
          <w:b w:val="0"/>
          <w:i w:val="0"/>
        </w:rPr>
        <w:t>Dù William chắc chắn biết Rashidi sẽ xuống ở đâu, anh vẫn kiểm tra lại ở mỗi ga. Nhưng anh đã đúng, vì Rashidi không rời tàu cho đến khi tàu vào ga Stockwell, nơi hắn đi sang tuyến Victoria để đi một ga đến Brixton.</w:t>
      </w:r>
    </w:p>
    <w:p>
      <w:pPr>
        <w:spacing w:after="80"/>
      </w:pPr>
      <w:r>
        <w:rPr>
          <w:b w:val="0"/>
          <w:i w:val="0"/>
        </w:rPr>
        <w:t>William để mục tiêu của mình biến mất khỏi tầm mắt một lần nữa, vì anh tin chắc mình biết hắn đang đi đâu. Khi anh thong thả bước lên sân ga, anh lùi lại trong đám hành khách đang chờ ở đầu xa. Anh không định đi xa hơn nữa. Giờ khi mô thức cũ đã được tái lập, Paul sẽ tiếp quản và chờ Rashidi bên ngoài nhà ga vào chiều mai, hy vọng hắn sẽ dẫn anh ta đến cuộc tàn sát mới.</w:t>
      </w:r>
    </w:p>
    <w:p>
      <w:pPr>
        <w:spacing w:after="80"/>
      </w:pPr>
      <w:r>
        <w:rPr>
          <w:b w:val="0"/>
          <w:i w:val="0"/>
        </w:rPr>
        <w:t>William liếc sang phải và thấy Rashidi đang bắt tay một người đàn ông mà anh nhận ra ngay lập tức, cùng với hai vệ sĩ cơ bắp cuồn cuộn đứng hai bên hắn. Rashidi đã trở lại thế giới khác của mình.</w:t>
      </w:r>
    </w:p>
    <w:p>
      <w:pPr>
        <w:spacing w:after="80"/>
      </w:pPr>
      <w:r>
        <w:rPr>
          <w:b w:val="0"/>
          <w:i w:val="0"/>
        </w:rPr>
        <w:t>Một luồng gió từ trong đường hầm tối báo hiệu chuyến tàu tiếp theo sắp đến. William định quay về Yard thì Rashidi bước tới một bước, và trước khi anh kịp phản ứng, hai vệ sĩ mỗi người túm một cánh tay và với một động tác dữ dội ném hắn xuống đường ray.</w:t>
      </w:r>
    </w:p>
    <w:p>
      <w:pPr>
        <w:spacing w:after="80"/>
      </w:pPr>
      <w:r>
        <w:rPr>
          <w:b w:val="0"/>
          <w:i w:val="0"/>
        </w:rPr>
        <w:t>Tàu phanh gấp rít lên, nhưng đã quá muộn. Âm thanh kinh hoàng của kim loại và cơ thể va chạm khiến vài hành khách hét lên, trong khi những người khác quay mặt đi.</w:t>
      </w:r>
    </w:p>
    <w:p>
      <w:pPr>
        <w:spacing w:after="80"/>
      </w:pPr>
      <w:r>
        <w:rPr>
          <w:b w:val="0"/>
          <w:i w:val="0"/>
        </w:rPr>
        <w:t>William lao về phía ba người đàn ông, nhưng họ đã cẩn thận chọn vị trí cạnh một lối thoát, và khi anh tới được thang cuốn thì họ đã gần lên tới bậc trên cùng, chen ngang qua vài hành khách giật mình. Anh tiếp tục lao tới, bước hai bậc một lúc, nhưng khi anh lên tới đỉnh thì họ đã gần tới cửa ra.</w:t>
      </w:r>
    </w:p>
    <w:p>
      <w:pPr>
        <w:spacing w:after="80"/>
      </w:pPr>
      <w:r>
        <w:rPr>
          <w:b w:val="0"/>
          <w:i w:val="0"/>
        </w:rPr>
        <w:t>Người đàn ông lớn tuổi hơn thở hổn hển cố bắt kịp hai vệ sĩ trẻ và khỏe hơn. William gần như đã đuổi kịp ông ta, và đang định vồ tới thì cảm thấy hai cánh tay quàng lấy mình và bị vật ngã trước khi chạm vạch ghi bàn. Một người đàn ông ghì hai tay anh ra sau lưng trong khi một người khác còng tay anh.</w:t>
      </w:r>
    </w:p>
    <w:p>
      <w:pPr>
        <w:spacing w:after="80"/>
      </w:pPr>
      <w:r>
        <w:rPr>
          <w:b w:val="0"/>
          <w:i w:val="0"/>
        </w:rPr>
        <w:t>‘Anh bị bắt,’ một giọng nói vang lên.</w:t>
      </w:r>
    </w:p>
    <w:p>
      <w:pPr>
        <w:jc w:val="center"/>
      </w:pPr>
      <w:r>
        <w:drawing>
          <wp:inline xmlns:a="http://schemas.openxmlformats.org/drawingml/2006/main" xmlns:pic="http://schemas.openxmlformats.org/drawingml/2006/picture">
            <wp:extent cx="752475" cy="161926"/>
            <wp:docPr id="66" name="Picture 6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Khi William trở về Yard, anh lập tức báo cáo với chỉ huy về vụ giết người dữ dội và có chủ mưu của Assem Rashidi, và việc anh đã bị bắt nhầm như thế nào.</w:t>
      </w:r>
    </w:p>
    <w:p>
      <w:pPr>
        <w:spacing w:after="80"/>
      </w:pPr>
      <w:r>
        <w:rPr>
          <w:b w:val="0"/>
          <w:i w:val="0"/>
        </w:rPr>
        <w:t>‘Ít nhất thì điều đó cũng giải quyết được một trong những vấn đề của chúng ta,’ Hawk nói, khiến William bất ngờ. ‘Rashidi không còn có thể làm hại cậu nữa. Nhưng điều tôi muốn biết, thanh tra thám tử ạ, là cậu có nhận ra người mà hắn bắt tay không?’</w:t>
      </w:r>
    </w:p>
    <w:p>
      <w:pPr>
        <w:spacing w:after="80"/>
      </w:pPr>
      <w:r>
        <w:rPr>
          <w:b w:val="0"/>
          <w:i w:val="0"/>
        </w:rPr>
        <w:t>‘Có, thưa sếp. Đó là Tony Roberts, chủ của mười một cửa hàng bán báo, kẻ đã khai tại phiên tòa rằng hắn đã sống trong căn hộ của Rashidi suốt mười năm qua. Hẳn hắn đã điều hành đế chế của Rashidi trong lúc Rashidi vắng mặt, và rõ ràng đã quyết định muốn tiếp quản công việc làm ăn với một đối tác ngủ đông.’</w:t>
      </w:r>
    </w:p>
    <w:p>
      <w:pPr>
        <w:spacing w:after="80"/>
      </w:pPr>
      <w:r>
        <w:rPr>
          <w:b w:val="0"/>
          <w:i w:val="0"/>
        </w:rPr>
        <w:t>‘Sai lầm ngốc nghếch,’ Hawk nói. ‘Roberts cùng lắm cũng chỉ là kẻ đứng hàng thứ hai, và bằng cách giết kẻ trả tiền cho mình, hắn đã khiến chúng ta dễ dàng hơn nhiều trong việc đánh sập toàn bộ đế chế.’</w:t>
      </w:r>
    </w:p>
    <w:p>
      <w:pPr>
        <w:spacing w:after="80"/>
      </w:pPr>
      <w:r>
        <w:rPr>
          <w:b w:val="0"/>
          <w:i w:val="0"/>
        </w:rPr>
        <w:t>‘Sếp muốn tôi làm gì tiếp theo ạ?’</w:t>
      </w:r>
    </w:p>
    <w:p>
      <w:pPr>
        <w:spacing w:after="80"/>
      </w:pPr>
      <w:r>
        <w:rPr>
          <w:b w:val="0"/>
          <w:i w:val="0"/>
        </w:rPr>
        <w:t>‘Về nhà đi, thanh tra, và để tôi lo việc huy động một Đội Điều tra Án Mạng (Murder Team).’</w:t>
      </w:r>
    </w:p>
    <w:p>
      <w:pPr>
        <w:spacing w:after="80"/>
      </w:pPr>
      <w:r>
        <w:rPr>
          <w:b w:val="0"/>
          <w:i w:val="0"/>
        </w:rPr>
        <w:t>William thấy hụt hẫng vì không phải là sĩ quan sẽ bắt Roberts. Anh hy vọng đó sẽ là Paul, để chuyện mắt cá chân bị bong gân chỉ còn là giai thoại.</w:t>
      </w:r>
    </w:p>
    <w:p>
      <w:pPr>
        <w:jc w:val="center"/>
      </w:pPr>
      <w:r>
        <w:drawing>
          <wp:inline xmlns:a="http://schemas.openxmlformats.org/drawingml/2006/main" xmlns:pic="http://schemas.openxmlformats.org/drawingml/2006/picture">
            <wp:extent cx="752475" cy="161926"/>
            <wp:docPr id="67" name="Picture 6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Khi William ngồi trên tàu điện ngầm (Tube) trở về Fulham Broadway, anh biết Hawk hẳn đã phái một Đội Điều tra Án Mạng đến Brixton, với đội chống ma túy theo sát ngay sau. Đến lúc anh viết xong báo cáo và nộp cho thư ký của Hawk, nó không chỉ lỗi thời mà còn là chuyện cổ tích rồi. Anh sẽ phải đợi cuộc họp đội vào buổi sáng để biết chuyện gì xảy ra tiếp theo.</w:t>
      </w:r>
    </w:p>
    <w:p>
      <w:pPr>
        <w:spacing w:after="80"/>
      </w:pPr>
      <w:r>
        <w:rPr>
          <w:b w:val="0"/>
          <w:i w:val="0"/>
        </w:rPr>
        <w:t>Khi về đến nhà, anh thấy Beth và hai đứa sinh đôi đang ở trong phòng tắm, nước trên sàn gần như nhiều bằng nước trong bồn. ‘Anh đã nghe chuyện Rashidi chưa?’ là câu đầu tiên Beth nói. Sự im lặng của anh đã nói cho cô biết mọi điều cô cần biết.</w:t>
      </w:r>
    </w:p>
    <w:p>
      <w:pPr>
        <w:spacing w:after="80"/>
      </w:pPr>
      <w:r>
        <w:rPr>
          <w:b w:val="0"/>
          <w:i w:val="0"/>
        </w:rPr>
        <w:t>‘Lát nữa anh sẽ kể chi tiết,’ anh nói. ‘Nhất là chuyện tại sao anh lại bị bắt vì tội giết người,’ anh thì thầm khi điện thoại bắt đầu reo. William để Beth lại với lũ trẻ đang té nước trong bồn tắm, và nhấc máy ở chiếu nghỉ cầu thang.</w:t>
      </w:r>
    </w:p>
    <w:p>
      <w:pPr>
        <w:spacing w:after="80"/>
      </w:pPr>
      <w:r>
        <w:rPr>
          <w:b w:val="0"/>
          <w:i w:val="0"/>
        </w:rPr>
        <w:t>Không lời chào, không tên, không chuyện phiếm. Nhưng anh biết ai ở đầu dây bên kia.</w:t>
      </w:r>
    </w:p>
    <w:p>
      <w:pPr>
        <w:spacing w:after="80"/>
      </w:pPr>
      <w:r>
        <w:rPr>
          <w:b w:val="0"/>
          <w:i w:val="0"/>
        </w:rPr>
        <w:t>‘Tôi đã nói chuyện với gia đình, và chúng tôi sẵn sàng tiến hành kế hoạch của anh. Nhưng có một điều kiện.’</w:t>
      </w:r>
    </w:p>
    <w:p>
      <w:pPr>
        <w:spacing w:after="80"/>
      </w:pPr>
      <w:r>
        <w:rPr>
          <w:b w:val="0"/>
          <w:i w:val="0"/>
        </w:rPr>
        <w:t>William không cần phải được nói cho biết điều kiện đó là gì. Anh chỉ có thể tự hỏi Hawk sẽ phản ứng ra sao. Anh quay lại phòng tắm và thấy Beth đang lau khô người cho bọn trẻ trước khi mặc đồ ngủ cho chúng.</w:t>
      </w:r>
    </w:p>
    <w:p>
      <w:pPr>
        <w:spacing w:after="80"/>
      </w:pPr>
      <w:r>
        <w:rPr>
          <w:b w:val="0"/>
          <w:i w:val="0"/>
        </w:rPr>
        <w:t>‘Ai gọi đấy?’ cô hỏi.</w:t>
      </w:r>
    </w:p>
    <w:p>
      <w:pPr>
        <w:spacing w:after="80"/>
      </w:pPr>
      <w:r>
        <w:rPr>
          <w:b w:val="0"/>
          <w:i w:val="0"/>
        </w:rPr>
        <w:t>‘Anh sẽ phải gọi một cuộc điện thoại,’ William nói, không trả lời câu hỏi của cô. Anh nhấc hai đứa sinh đôi lên, mỗi bên nách một đứa, và bế chúng, cười khúc khích, vào phòng ngủ, nơi anh đắp chăn cho chúng và tắt đèn. Anh quay lại chiếu nghỉ cầu thang, nhấc máy và bấm số một số không có trong danh bạ.</w:t>
      </w:r>
    </w:p>
    <w:p>
      <w:pPr>
        <w:spacing w:after="80"/>
      </w:pPr>
      <w:r>
        <w:rPr>
          <w:b w:val="0"/>
          <w:i w:val="0"/>
        </w:rPr>
        <w:t>‘Chỉ huy Hawksby đây.’</w:t>
      </w:r>
    </w:p>
    <w:p>
      <w:pPr>
        <w:pStyle w:val="Heading2"/>
      </w:pPr>
      <w:r>
        <w:rPr>
          <w:rFonts w:ascii="Calibri" w:hAnsi="Calibri"/>
          <w:b/>
          <w:i w:val="0"/>
          <w:sz w:val="32"/>
        </w:rPr>
        <w:t>23</w:t>
      </w:r>
    </w:p>
    <w:p>
      <w:pPr>
        <w:spacing w:after="80"/>
      </w:pPr>
      <w:r>
        <w:rPr>
          <w:b w:val="0"/>
          <w:i w:val="0"/>
        </w:rPr>
        <w:t>TRÙM MA TÚY BỊ NÉM XUỐNG GẦM TÀU</w:t>
      </w:r>
    </w:p>
    <w:p>
      <w:pPr>
        <w:spacing w:after="80"/>
      </w:pPr>
      <w:r>
        <w:rPr>
          <w:b w:val="0"/>
          <w:i w:val="0"/>
        </w:rPr>
        <w:t xml:space="preserve">The Hawk liếc nhìn trang nhất tờ </w:t>
      </w:r>
      <w:r>
        <w:rPr>
          <w:b w:val="0"/>
          <w:i/>
        </w:rPr>
        <w:t>Daily Mail</w:t>
      </w:r>
      <w:r>
        <w:rPr>
          <w:b w:val="0"/>
          <w:i w:val="0"/>
        </w:rPr>
        <w:t xml:space="preserve"> rồi ném nó sang một bên.</w:t>
      </w:r>
    </w:p>
    <w:p>
      <w:pPr>
        <w:spacing w:after="80"/>
      </w:pPr>
      <w:r>
        <w:rPr>
          <w:b w:val="0"/>
          <w:i w:val="0"/>
        </w:rPr>
        <w:t>"Tin cũ rồi," ông tuyên bố. "Tony Roberts và hai tay chân của hắn đã bị bắt đêm qua, và cả ba sẽ bị buộc tội giết Rashidi vào cuối ngày hôm nay. Thêm phần thưởng nữa, đội chống ma túy đã ập vào và dẹp được một vụ thảm sát khác ở một khu khác của Brixton, có vẻ như mới được dựng lên gần đây để chuẩn bị cho sự trở lại của Rashidi."</w:t>
      </w:r>
    </w:p>
    <w:p>
      <w:pPr>
        <w:spacing w:after="80"/>
      </w:pPr>
      <w:r>
        <w:rPr>
          <w:b w:val="0"/>
          <w:i w:val="0"/>
        </w:rPr>
        <w:t>"Không thể chờ nổi để đọc tiêu đề trên báo ngày mai," Jackie nói.</w:t>
      </w:r>
    </w:p>
    <w:p>
      <w:pPr>
        <w:spacing w:after="80"/>
      </w:pPr>
      <w:r>
        <w:rPr>
          <w:b w:val="0"/>
          <w:i w:val="0"/>
        </w:rPr>
        <w:t>"Tôi đã báo trước cho ủy viên cảnh sát những gì sẽ xảy ra, và nhận hết công lao. Không ai trong các bạn được nhắc đến cả."</w:t>
      </w:r>
    </w:p>
    <w:p>
      <w:pPr>
        <w:spacing w:after="80"/>
      </w:pPr>
      <w:r>
        <w:rPr>
          <w:b w:val="0"/>
          <w:i w:val="0"/>
        </w:rPr>
        <w:t>Cả đội bật cười, họ đập lòng bàn tay xuống bàn để tán thưởng.</w:t>
      </w:r>
    </w:p>
    <w:p>
      <w:pPr>
        <w:spacing w:after="80"/>
      </w:pPr>
      <w:r>
        <w:rPr>
          <w:b w:val="0"/>
          <w:i w:val="0"/>
        </w:rPr>
        <w:t>"Vì cậu là người chịu trách nhiệm bắt Roberts, DS Adaja, có lẽ cậu có thể cập nhật cho tất cả chúng ta."</w:t>
      </w:r>
    </w:p>
    <w:p>
      <w:pPr>
        <w:spacing w:after="80"/>
      </w:pPr>
      <w:r>
        <w:rPr>
          <w:b w:val="0"/>
          <w:i w:val="0"/>
        </w:rPr>
        <w:t>"Một đội điều tra án mạng đã ập vào ngay sau cuộc gọi của sĩ quan điều tra cấp cao," Paul bắt đầu. "Mười một cửa hàng bán báo mà Roberts được cho là sở hữu, đúng như ngài luôn nghi ngờ, thưa sếp, chẳng qua chỉ là một vỏ bọc tinh vi để rửa tiền ma túy của Rashidi. Dù hầu hết nhân viên của Roberts đều im như thóc, một người trong số họ đã sụp đổ khi bị gợi ý rằng cô ta có thể bị buộc tội tiếp tay cho tội phạm. Thông tin của cô ta dẫn chúng tôi đến một nhà thổ địa phương, nơi chúng tôi tìm thấy Roberts đang 'hành sự'. Hắn không hề có ý định chống cự khi bị bắt. Cô gái trẻ đi cùng hắn, à, nằm trên hắn, là một mỏ thông tin sau khi chúng tôi hứa giữ tên cô ta khỏi báo chí. Có vẻ mẹ cô ta là chủ tịch Hiệp hội Đảng Bảo thủ địa phương."</w:t>
      </w:r>
    </w:p>
    <w:p>
      <w:pPr>
        <w:spacing w:after="80"/>
      </w:pPr>
      <w:r>
        <w:rPr>
          <w:b w:val="0"/>
          <w:i w:val="0"/>
        </w:rPr>
        <w:t>"Ai cũng có giá của mình," The Hawk nói. "Còn hai đồng phạm của Roberts thì sao?"</w:t>
      </w:r>
    </w:p>
    <w:p>
      <w:pPr>
        <w:spacing w:after="80"/>
      </w:pPr>
      <w:r>
        <w:rPr>
          <w:b w:val="0"/>
          <w:i w:val="0"/>
        </w:rPr>
        <w:t>"Không phải những người thông minh nhất, thưa sếp. Họ được tìm thấy đang ăn mừng trong một quán rượu địa phương. Họ có chống cự, nhưng không đáng kể. Sáng nay họ sẽ ra trước thẩm phán cùng với Roberts, cả ba sẽ bị buộc tội giết người."</w:t>
      </w:r>
    </w:p>
    <w:p>
      <w:pPr>
        <w:spacing w:after="80"/>
      </w:pPr>
      <w:r>
        <w:rPr>
          <w:b w:val="0"/>
          <w:i w:val="0"/>
        </w:rPr>
        <w:t>"Tôi nghe nói cậu cũng có một buổi tối đáng giá không kém, DS Roycroft," The Hawk nói, chuyển sự chú ý sang Jackie.</w:t>
      </w:r>
    </w:p>
    <w:p>
      <w:pPr>
        <w:spacing w:after="80"/>
      </w:pPr>
      <w:r>
        <w:rPr>
          <w:b w:val="0"/>
          <w:i w:val="0"/>
        </w:rPr>
        <w:t>"Như Paul đã chỉ ra, thưa sếp, Roberts không phải Rashidi. Khi bị buộc tội giết người, hắn đã sụp đổ, đổ lỗi cho hai tên côn đồ, và thậm chí còn cho chúng tôi biết xưởng ma túy mới nhất của Rashidi ở đâu. Hắn khai mình chỉ là một kẻ chịu tội thay, được trả tiền để nói rằng mình sống trong căn hộ của Rashidi. Khi tôi nhắc đến cụm từ tù chung thân, hắn đề nghị làm chứng cho Hoàng gia để đổi lấy khả năng được giảm án."</w:t>
      </w:r>
    </w:p>
    <w:p>
      <w:pPr>
        <w:spacing w:after="80"/>
      </w:pPr>
      <w:r>
        <w:rPr>
          <w:b w:val="0"/>
          <w:i w:val="0"/>
        </w:rPr>
        <w:t>"Tôi chắc chúng ta có thể cắt bớt vài năm," The Hawk nói, "để hắn được thả kịp lúc đi thẳng vào viện dưỡng lão."</w:t>
      </w:r>
    </w:p>
    <w:p>
      <w:pPr>
        <w:spacing w:after="80"/>
      </w:pPr>
      <w:r>
        <w:rPr>
          <w:b w:val="0"/>
          <w:i w:val="0"/>
        </w:rPr>
        <w:t>Lại thêm những tiếng đập lòng bàn tay xuống bàn.</w:t>
      </w:r>
    </w:p>
    <w:p>
      <w:pPr>
        <w:spacing w:after="80"/>
      </w:pPr>
      <w:r>
        <w:rPr>
          <w:b w:val="0"/>
          <w:i w:val="0"/>
        </w:rPr>
        <w:t>"Theo những tiết lộ của Roberts," The Hawk nói, "tôi có thể báo cáo rằng Giám đốc Watts và sáu mươi người của ông ta đã quét qua Brixton đêm qua và lưới được một đàn cá nhỏ, một tá tay chân và quan trọng hơn, vài tay buôn lớn mà chúng ta đã truy lùng bao năm. Chỉ đứng sau Trojan Horse, đó là cách tôi mô tả với ủy viên cảnh sát."</w:t>
      </w:r>
    </w:p>
    <w:p>
      <w:pPr>
        <w:spacing w:after="80"/>
      </w:pPr>
      <w:r>
        <w:rPr>
          <w:b w:val="0"/>
          <w:i w:val="0"/>
        </w:rPr>
        <w:t>"Họ có tìm đủ bằng chứng để củng cố các cáo buộc không?" Paul hỏi.</w:t>
      </w:r>
    </w:p>
    <w:p>
      <w:pPr>
        <w:spacing w:after="80"/>
      </w:pPr>
      <w:r>
        <w:rPr>
          <w:b w:val="0"/>
          <w:i w:val="0"/>
        </w:rPr>
        <w:t>‘Bảy ký côc, ba ký heroin, và vô số túi cần sa,’ Hawk nói. ‘Chiều nay tôi sẽ gửi ảnh tang vật cho báo chí.’</w:t>
      </w:r>
    </w:p>
    <w:p>
      <w:pPr>
        <w:spacing w:after="80"/>
      </w:pPr>
      <w:r>
        <w:rPr>
          <w:b w:val="0"/>
          <w:i w:val="0"/>
        </w:rPr>
        <w:t>‘Tuy nhiên,’ Jackie nói, ‘Giám đốc Watts tin chắc đây chỉ là một phần nhỏ của một lô hàng lớn hơn vừa được chuyển từ Colombia về, và phần còn lại của tang vật đã được phân phối khắp London rồi.’</w:t>
      </w:r>
    </w:p>
    <w:p>
      <w:pPr>
        <w:spacing w:after="80"/>
      </w:pPr>
      <w:r>
        <w:rPr>
          <w:b w:val="0"/>
          <w:i w:val="0"/>
        </w:rPr>
        <w:t>‘Có phần nào xuất hiện ở Romford chưa?’ Hawk hỏi, nhìn qua bàn về phía cảnh sát Bailey.</w:t>
      </w:r>
    </w:p>
    <w:p>
      <w:pPr>
        <w:spacing w:after="80"/>
      </w:pPr>
      <w:r>
        <w:rPr>
          <w:b w:val="0"/>
          <w:i w:val="0"/>
        </w:rPr>
        <w:t>‘Theo tôi biết thì chưa, thưa sếp,’ Nicky nói. ‘Không có gì trong Sổ 66 cho thấy là có, tuần qua không có vụ bắt giữ ma túy đáng kể nào và cũng không có gì được nộp lại.’</w:t>
      </w:r>
    </w:p>
    <w:p>
      <w:pPr>
        <w:spacing w:after="80"/>
      </w:pPr>
      <w:r>
        <w:rPr>
          <w:b w:val="0"/>
          <w:i w:val="0"/>
        </w:rPr>
        <w:t>‘Nhắc tôi nhớ,’ Hawk nói. ‘Chẳng phải gia đình Turner là những người dễ nhận ma túy được phân phối ở Romford nhất sao?’</w:t>
      </w:r>
    </w:p>
    <w:p>
      <w:pPr>
        <w:spacing w:after="80"/>
      </w:pPr>
      <w:r>
        <w:rPr>
          <w:b w:val="0"/>
          <w:i w:val="0"/>
        </w:rPr>
        <w:t>‘Không, thưa sếp, là nhà Payne. Nhà Turner dạo này không gây rắc rối gì.’</w:t>
      </w:r>
    </w:p>
    <w:p>
      <w:pPr>
        <w:spacing w:after="80"/>
      </w:pPr>
      <w:r>
        <w:rPr>
          <w:b w:val="0"/>
          <w:i w:val="0"/>
        </w:rPr>
        <w:t>Hoặc là cô ta đang nói dối, Rebecca nghĩ, hoặc Summers không đủ tin tưởng cô ta để kể cho cô ta biết anh ta đang làm gì. Con người thám tử trong cô nghiêng về khả năng thứ nhất, còn người bạn thì muốn tin vào khả năng thứ hai.</w:t>
      </w:r>
    </w:p>
    <w:p>
      <w:pPr>
        <w:spacing w:after="80"/>
      </w:pPr>
      <w:r>
        <w:rPr>
          <w:b w:val="0"/>
          <w:i w:val="0"/>
        </w:rPr>
        <w:t>‘Tôi mong tất cả các anh chị nộp báo cáo lên bàn tôi trước giữa trưa,’ Hawk nói. ‘Còn anh có gì để nói không, cảnh sát Pankhurst?’ ông hỏi người duy nhất vẫn im lặng một cách kiên quyết.</w:t>
      </w:r>
    </w:p>
    <w:p>
      <w:pPr>
        <w:spacing w:after="80"/>
      </w:pPr>
      <w:r>
        <w:rPr>
          <w:b w:val="0"/>
          <w:i w:val="0"/>
        </w:rPr>
        <w:t>‘Đơn xin gia hạn giấy phép bán rượu cho câu lạc bộ thoát y ở Soho đã bị từ chối, thưa sếp, và viên cảnh sát liên quan đã phải tháo ba vạch của mình và quay lại làm cảnh sát tuần tra.’</w:t>
      </w:r>
    </w:p>
    <w:p>
      <w:pPr>
        <w:spacing w:after="80"/>
      </w:pPr>
      <w:r>
        <w:rPr>
          <w:b w:val="0"/>
          <w:i w:val="0"/>
        </w:rPr>
        <w:t>Một thông điệp mã hóa rằng thông tin tình báo mới nhất của cô sẽ phải đợi đến khi họ họp lại sau một giờ nữa, sau khi Nicky đã rời đi Romford.</w:t>
      </w:r>
    </w:p>
    <w:p>
      <w:pPr>
        <w:spacing w:after="80"/>
      </w:pPr>
      <w:r>
        <w:rPr>
          <w:b w:val="0"/>
          <w:i w:val="0"/>
        </w:rPr>
        <w:t>Hawk gật đầu. Ông không thể nào nhìn thẳng vào cảnh sát Bailey, và tự hỏi còn bao lâu nữa thì cô phải thừa nhận ai là cha của đứa con chưa chào đời của cô, vì chắc chắn người đó không phải kẻ ở Croydon.</w:t>
      </w:r>
    </w:p>
    <w:p>
      <w:pPr>
        <w:jc w:val="center"/>
      </w:pPr>
      <w:r>
        <w:drawing>
          <wp:inline xmlns:a="http://schemas.openxmlformats.org/drawingml/2006/main" xmlns:pic="http://schemas.openxmlformats.org/drawingml/2006/picture">
            <wp:extent cx="752475" cy="161926"/>
            <wp:docPr id="68" name="Picture 6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Người ta nói đám tang là cách để người đã khuất biết mình từng được yêu mến đến nhường nào. Chỉ tiếc là họ không có mặt để biết được điều đó.</w:t>
      </w:r>
    </w:p>
    <w:p>
      <w:pPr>
        <w:spacing w:after="80"/>
      </w:pPr>
      <w:r>
        <w:rPr>
          <w:b w:val="0"/>
          <w:i w:val="0"/>
        </w:rPr>
        <w:t>Số người dự tang lễ của Assem Rashidi có thể nói là ít ỏi nhất. Mẹ anh ta là người duy nhất rơi nước mắt khi thi thể đứa con duy nhất của bà, hay phần còn lại của nó, được hạ xuống mộ. Vị linh mục Công giáo chủ trì lễ chưa từng gặp anh ta, và sẽ không đồng ý cử hành nghi lễ nếu mẹ Rashidi không phải là người thường xuyên đến Nhà thờ Oratory Brompton và, quan trọng hơn, là một trong những ân nhân hào phóng nhất của giáo xứ.</w:t>
      </w:r>
    </w:p>
    <w:p>
      <w:pPr>
        <w:spacing w:after="80"/>
      </w:pPr>
      <w:r>
        <w:rPr>
          <w:b w:val="0"/>
          <w:i w:val="0"/>
        </w:rPr>
        <w:t>Booth Watson đứng lùi lại một bước phía sau nhóm nhỏ người đưa tang, ăn mặc u ám cho phù hợp, cúi đầu, đại diện cho thân chủ của mình lần cuối cùng. Dù ông hy vọng rằng người thân duy nhất còn sống được biết đến của Rashidi có thể sớm thấy mình cần đến dịch vụ của ông.</w:t>
      </w:r>
    </w:p>
    <w:p>
      <w:pPr>
        <w:spacing w:after="80"/>
      </w:pPr>
      <w:r>
        <w:rPr>
          <w:b w:val="0"/>
          <w:i w:val="0"/>
        </w:rPr>
        <w:t>Hai người đàn ông to con, mặc vừa khít những bộ vest chật ních, quan sát đám tang từ xa, trông như thể mục đích duy nhất của họ là đảm bảo thi thể không bỗng nhiên sống lại một cách thần kỳ. Nhóm người nhỏ bé ấy lập tức tăng gấp đôi khi có thêm bốn người đào mộ.</w:t>
      </w:r>
    </w:p>
    <w:p>
      <w:pPr>
        <w:spacing w:after="80"/>
      </w:pPr>
      <w:r>
        <w:rPr>
          <w:b w:val="0"/>
          <w:i w:val="0"/>
        </w:rPr>
        <w:t>Xa hơn nữa là William, được che khuất bởi một bức tượng đài tưởng niệm khổng lồ hình ba thiên thần, trong khi phía sau anh là một nhiếp ảnh gia, người sẽ có ảnh của tất cả những người có mặt trên bàn của viên chỉ huy trước buổi trưa.</w:t>
      </w:r>
    </w:p>
    <w:p>
      <w:pPr>
        <w:spacing w:after="80"/>
      </w:pPr>
      <w:r>
        <w:rPr>
          <w:b w:val="0"/>
          <w:i w:val="0"/>
        </w:rPr>
        <w:t>Vị linh mục ban phép lành cuối cùng, rồi làm dấu thánh giá. Không phải vì ông tin rằng tội nhân đặc biệt này có nhiều cơ hội bước vào Nước Trời.</w:t>
      </w:r>
    </w:p>
    <w:p>
      <w:pPr>
        <w:spacing w:after="80"/>
      </w:pPr>
      <w:r>
        <w:rPr>
          <w:b w:val="0"/>
          <w:i w:val="0"/>
        </w:rPr>
        <w:t>Vài hạt mưa bắt đầu rơi. Booth Watson bật ô che và đưa bà Rashidi trở lại chiếc xe đang chờ.</w:t>
      </w:r>
    </w:p>
    <w:p>
      <w:pPr>
        <w:spacing w:after="80"/>
      </w:pPr>
      <w:r>
        <w:rPr>
          <w:b w:val="0"/>
          <w:i w:val="0"/>
        </w:rPr>
        <w:t>"Ông thật tử tế khi đến dự đám tang của Assem, ông Booth Watson ạ," bà nói, gần như thì thầm.</w:t>
      </w:r>
    </w:p>
    <w:p>
      <w:pPr>
        <w:spacing w:after="80"/>
      </w:pPr>
      <w:r>
        <w:rPr>
          <w:b w:val="0"/>
          <w:i w:val="0"/>
        </w:rPr>
        <w:t>"Một con người bị hiểu lầm nhiều," ông nói một cách nghiêm trang. "Nếu có bất cứ điều gì tôi có thể giúp bà trong tương lai, thưa bà, xin đừng ngần ngại gọi đến dịch vụ của tôi." Ông đưa cho bà một trong những tấm danh thiếp có dập nổi của mình.</w:t>
      </w:r>
    </w:p>
    <w:p>
      <w:pPr>
        <w:spacing w:after="80"/>
      </w:pPr>
      <w:r>
        <w:rPr>
          <w:b w:val="0"/>
          <w:i w:val="0"/>
        </w:rPr>
        <w:t>"Thật tình thì, ông Booth Watson ạ," bà đáp, "tôi đúng là cần lời khuyên về một chuyện riêng tư. Con trai tôi qua đời không để lại di chúc, và tôi muốn có người tư vấn cho tôi cách xử lý khối tài sản –" bà ngập ngừng – "hơi phức tạp của nó."</w:t>
      </w:r>
    </w:p>
    <w:p>
      <w:pPr>
        <w:spacing w:after="80"/>
      </w:pPr>
      <w:r>
        <w:rPr>
          <w:b w:val="0"/>
          <w:i w:val="0"/>
        </w:rPr>
        <w:t>Booth Watson mở cửa sau chiếc Mercedes màu đen, hạ ô xuống và đứng sang một bên để khách hàng mới của mình bước vào.</w:t>
      </w:r>
    </w:p>
    <w:p>
      <w:pPr>
        <w:spacing w:after="80"/>
      </w:pPr>
      <w:r>
        <w:rPr>
          <w:b w:val="0"/>
          <w:i w:val="0"/>
        </w:rPr>
        <w:t>"Tôi sẽ chờ một thời gian thích hợp trôi qua, thưa bà Rashidi, để bà có thể để tang, trước khi tôi liên lạc lại."</w:t>
      </w:r>
    </w:p>
    <w:p>
      <w:pPr>
        <w:spacing w:after="80"/>
      </w:pPr>
      <w:r>
        <w:rPr>
          <w:b w:val="0"/>
          <w:i w:val="0"/>
        </w:rPr>
        <w:t>"Đừng để lâu quá nhé," bà nói khi ông đóng cửa xe.</w:t>
      </w:r>
    </w:p>
    <w:p>
      <w:pPr>
        <w:jc w:val="center"/>
      </w:pPr>
      <w:r>
        <w:drawing>
          <wp:inline xmlns:a="http://schemas.openxmlformats.org/drawingml/2006/main" xmlns:pic="http://schemas.openxmlformats.org/drawingml/2006/picture">
            <wp:extent cx="752475" cy="161926"/>
            <wp:docPr id="69" name="Picture 6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"Hãy luôn đi theo dòng tiền," viên chỉ huy nói khi cả đội tập hợp lại sau khi PC Bailey rời đi Romford. "Nhưng trước tiên, hãy tóm tắt lại thông tin tình báo mới nhất của chúng ta. Vào lúc một giờ sáng thứ Sáu tuần trước, Marlboro Man đã đến dinh thự nhà Payne. Anh ta quan sát thấy hai người đàn ông đang theo dõi mình từ một chiếc xe đỗ cách đó khoảng một trăm thước.</w:t>
      </w:r>
    </w:p>
    <w:p>
      <w:pPr>
        <w:spacing w:after="80"/>
      </w:pPr>
      <w:r>
        <w:rPr>
          <w:b w:val="0"/>
          <w:i w:val="0"/>
        </w:rPr>
        <w:t>"Khi MM đã vào trong nhà, anh ta trao cho cha của Payne, ông Reg, một ký cocaine, nửa ký heroin và mười nghìn bảng tiền được đánh dấu, tất cả đựng trong một chiếc túi Sainsbury's. Tôi có biên nhận cho tất cả số đó, và chúng đều được ủy viên trợ lý phê duyệt.</w:t>
      </w:r>
    </w:p>
    <w:p>
      <w:pPr>
        <w:spacing w:after="80"/>
      </w:pPr>
      <w:r>
        <w:rPr>
          <w:b w:val="0"/>
          <w:i w:val="0"/>
        </w:rPr>
        <w:t>"Sau khi rời khỏi nhà, MM lái xe đi, nhưng khi thấy rõ không ai bám theo mình, anh ta quay ngược lại và trở về một vị trí mà anh ta đã xác định từ trước, nơi anh ta có thể nấp kín nhưng vẫn có tầm nhìn rõ ràng ra cửa trước nhà Payne.</w:t>
      </w:r>
    </w:p>
    <w:p>
      <w:pPr>
        <w:spacing w:after="80"/>
      </w:pPr>
      <w:r>
        <w:rPr>
          <w:b w:val="0"/>
          <w:i w:val="0"/>
        </w:rPr>
        <w:t>"Vài phút sau, hai người đàn ông bước ra khỏi chiếc xe đỗ và đi vào nhà Reg Payne." The Hawk chuyền tay vài bức ảnh. "Các anh sẽ thấy MM không phải là David Bailey, nhưng công bằng mà nói, anh ta không thể dùng đèn flash, và anh ta ở khá xa."</w:t>
      </w:r>
    </w:p>
    <w:p>
      <w:pPr>
        <w:spacing w:after="80"/>
      </w:pPr>
      <w:r>
        <w:rPr>
          <w:b w:val="0"/>
          <w:i w:val="0"/>
        </w:rPr>
        <w:t>Các sĩ quan chăm chú xem ảnh một lúc lâu trước khi The Hawk hỏi: "Có nhận xét gì không?"</w:t>
      </w:r>
    </w:p>
    <w:p>
      <w:pPr>
        <w:spacing w:after="80"/>
      </w:pPr>
      <w:r>
        <w:rPr>
          <w:b w:val="0"/>
          <w:i w:val="0"/>
        </w:rPr>
        <w:t>"Người cao là Summers," Jackie nói. "Người còn lại, mặc áo mưa, có thể là đồng phạm của hắn, DI Castle không?"</w:t>
      </w:r>
    </w:p>
    <w:p>
      <w:pPr>
        <w:spacing w:after="80"/>
      </w:pPr>
      <w:r>
        <w:rPr>
          <w:b w:val="0"/>
          <w:i w:val="0"/>
        </w:rPr>
        <w:t>"Tôi không nghĩ vậy," William nói. "Castle già hơn thế nhiều. Nhưng ông ta đang cầm gì trong tay phải kia?"</w:t>
      </w:r>
    </w:p>
    <w:p>
      <w:pPr>
        <w:spacing w:after="80"/>
      </w:pPr>
      <w:r>
        <w:rPr>
          <w:b w:val="0"/>
          <w:i w:val="0"/>
        </w:rPr>
        <w:t>"Là Lamont," Paul nói, người đang soi một trong những bức ảnh qua kính lúp.</w:t>
      </w:r>
    </w:p>
    <w:p>
      <w:pPr>
        <w:spacing w:after="80"/>
      </w:pPr>
      <w:r>
        <w:rPr>
          <w:b w:val="0"/>
          <w:i w:val="0"/>
        </w:rPr>
        <w:t>‘Điều gì khiến cậu nghĩ vậy, DS Adaja?’ Hawk hỏi.</w:t>
      </w:r>
    </w:p>
    <w:p>
      <w:pPr>
        <w:spacing w:after="80"/>
      </w:pPr>
      <w:r>
        <w:rPr>
          <w:b w:val="0"/>
          <w:i w:val="0"/>
        </w:rPr>
        <w:t>‘Đó là mũ cảnh sát. Và nếu tôi không nhầm, cái đó trông giống như dây bện bạc trên vành mũ.’</w:t>
      </w:r>
    </w:p>
    <w:p>
      <w:pPr>
        <w:spacing w:after="80"/>
      </w:pPr>
      <w:r>
        <w:rPr>
          <w:b w:val="0"/>
          <w:i w:val="0"/>
        </w:rPr>
        <w:t>‘Giả danh cảnh sát có thể sẽ chỉ là vấn đề nhỏ nhất của Lamont. Tuy nhiên, đó vẫn là sai lầm mà hắn có thể phải hối hận cả đời,’ Hawk nói khi đưa ra một bộ ảnh khác chụp hai người đàn ông bước ra khỏi nhà hai mươi phút sau đó.</w:t>
      </w:r>
    </w:p>
    <w:p>
      <w:pPr>
        <w:spacing w:after="80"/>
      </w:pPr>
      <w:r>
        <w:rPr>
          <w:b w:val="0"/>
          <w:i w:val="0"/>
        </w:rPr>
        <w:t>‘Cậu có nhận ra điểm khác biệt không?’</w:t>
      </w:r>
    </w:p>
    <w:p>
      <w:pPr>
        <w:spacing w:after="80"/>
      </w:pPr>
      <w:r>
        <w:rPr>
          <w:b w:val="0"/>
          <w:i w:val="0"/>
        </w:rPr>
        <w:t>‘Summers giờ đang cầm túi Sainsbury’s mà MM mang vào lúc trước,’ Jackie nói.</w:t>
      </w:r>
    </w:p>
    <w:p>
      <w:pPr>
        <w:spacing w:after="80"/>
      </w:pPr>
      <w:r>
        <w:rPr>
          <w:b w:val="0"/>
          <w:i w:val="0"/>
        </w:rPr>
        <w:t>‘Và điều đó cho chúng ta biết gì, DS Roycroft?’</w:t>
      </w:r>
    </w:p>
    <w:p>
      <w:pPr>
        <w:spacing w:after="80"/>
      </w:pPr>
      <w:r>
        <w:rPr>
          <w:b w:val="0"/>
          <w:i w:val="0"/>
        </w:rPr>
        <w:t>‘Giờ họ đã có ma túy và tiền trong tay.’</w:t>
      </w:r>
    </w:p>
    <w:p>
      <w:pPr>
        <w:spacing w:after="80"/>
      </w:pPr>
      <w:r>
        <w:rPr>
          <w:b w:val="0"/>
          <w:i w:val="0"/>
        </w:rPr>
        <w:t>‘Và quan trọng hơn?’</w:t>
      </w:r>
    </w:p>
    <w:p>
      <w:pPr>
        <w:spacing w:after="80"/>
      </w:pPr>
      <w:r>
        <w:rPr>
          <w:b w:val="0"/>
          <w:i w:val="0"/>
        </w:rPr>
        <w:t>‘Không ai bị bắt,’ Rebecca nói. ‘Vậy chắc họ đã thỏa thuận được với nhau.’</w:t>
      </w:r>
    </w:p>
    <w:p>
      <w:pPr>
        <w:spacing w:after="80"/>
      </w:pPr>
      <w:r>
        <w:rPr>
          <w:b w:val="0"/>
          <w:i w:val="0"/>
        </w:rPr>
        <w:t>‘Đừng quên rằng PC Bailey đã nói với chúng ta không có gì được ghi vào Sổ 66, và Summers xuất hiện ở đồn cảnh sát sáng hôm sau với hai bàn tay trắng,’ Hawk nói.</w:t>
      </w:r>
    </w:p>
    <w:p>
      <w:pPr>
        <w:spacing w:after="80"/>
      </w:pPr>
      <w:r>
        <w:rPr>
          <w:b w:val="0"/>
          <w:i w:val="0"/>
        </w:rPr>
        <w:t>‘Vậy giờ chúng ta có ba cảnh sát tham nhũng – nếu tính cả Lamont,’ William nói. ‘Nhưng người thứ tư thì biệt tăm.’</w:t>
      </w:r>
    </w:p>
    <w:p>
      <w:pPr>
        <w:spacing w:after="80"/>
      </w:pPr>
      <w:r>
        <w:rPr>
          <w:b w:val="0"/>
          <w:i w:val="0"/>
        </w:rPr>
        <w:t>‘Có lẽ Nicky không biết chuyện gì đang diễn ra?’ Rebecca gợi ý.</w:t>
      </w:r>
    </w:p>
    <w:p>
      <w:pPr>
        <w:spacing w:after="80"/>
      </w:pPr>
      <w:r>
        <w:rPr>
          <w:b w:val="0"/>
          <w:i w:val="0"/>
        </w:rPr>
        <w:t>‘Có vẻ khó xảy ra, vì MM đã xác nhận cô ta qua đêm thứ Sáu tại nhà Summers. Nhưng cứ tạm cho cô ta hưởng lợi ích của sự nghi ngờ đã,’ Hawk nói, giọng có vẻ không tin lắm. ‘Ai có câu hỏi tiếp theo?’</w:t>
      </w:r>
    </w:p>
    <w:p>
      <w:pPr>
        <w:spacing w:after="80"/>
      </w:pPr>
      <w:r>
        <w:rPr>
          <w:b w:val="0"/>
          <w:i w:val="0"/>
        </w:rPr>
        <w:t>‘Summers và Lamont đã đi đâu sau khi rời nhà Payne, nếu không phải quay về đồn?’ Rebecca hỏi.</w:t>
      </w:r>
    </w:p>
    <w:p>
      <w:pPr>
        <w:spacing w:after="80"/>
      </w:pPr>
      <w:r>
        <w:rPr>
          <w:b w:val="0"/>
          <w:i w:val="0"/>
        </w:rPr>
        <w:t>‘Suy nghĩ hay đấy,’ viên chỉ huy nói, đưa ra một bộ ảnh khác.</w:t>
      </w:r>
    </w:p>
    <w:p>
      <w:pPr>
        <w:spacing w:after="80"/>
      </w:pPr>
      <w:r>
        <w:rPr>
          <w:b w:val="0"/>
          <w:i w:val="0"/>
        </w:rPr>
        <w:t>‘MM theo họ đến nhà của Jimmy Turner, người đứng đầu gia đình sống ở phía bên kia địa bàn. Rõ ràng họ được mong đợi, vì đèn tầng trệt đã bật, và cửa trước được mở ra ngay cả trước khi Summers gõ cửa.’</w:t>
      </w:r>
    </w:p>
    <w:p>
      <w:pPr>
        <w:spacing w:after="80"/>
      </w:pPr>
      <w:r>
        <w:rPr>
          <w:b w:val="0"/>
          <w:i w:val="0"/>
        </w:rPr>
        <w:t>‘Rồi chuyện gì xảy ra tiếp theo?’ Paul hỏi.</w:t>
      </w:r>
    </w:p>
    <w:p>
      <w:pPr>
        <w:spacing w:after="80"/>
      </w:pPr>
      <w:r>
        <w:rPr>
          <w:b w:val="0"/>
          <w:i w:val="0"/>
        </w:rPr>
        <w:t>‘Khoảng nửa tiếng sau thì hai người họ xuất hiện, không còn cầm túi Sainsbury’s nữa. Vậy từ đó ta có thể suy ra điều gì, dù nó sẽ không đứng vững làm bằng chứng trước tòa?’</w:t>
      </w:r>
    </w:p>
    <w:p>
      <w:pPr>
        <w:spacing w:after="80"/>
      </w:pPr>
      <w:r>
        <w:rPr>
          <w:b w:val="0"/>
          <w:i w:val="0"/>
        </w:rPr>
        <w:t>‘Họ đã giao ma túy cho gia đình Turner, nhưng vẫn giữ lại tiền mặt?’</w:t>
      </w:r>
    </w:p>
    <w:p>
      <w:pPr>
        <w:spacing w:after="80"/>
      </w:pPr>
      <w:r>
        <w:rPr>
          <w:b w:val="0"/>
          <w:i w:val="0"/>
        </w:rPr>
        <w:t>‘Đó là lý do vì sao ngay từ đầu cuộc họp này tôi đã nhấn mạnh rằng các anh phải luôn bám theo dòng tiền,’ Chim Ưng nói. ‘Giờ ta đã biết chúng đang giữ mười nghìn bảng gốc của chúng ta, và theo thời gian cũng có thể trông đợi phần chia của chúng từ tiền ma túy. Nhưng điều chúng không biết là chúng ta có số sê-ri của từng tờ bạc trong số đó, nên ngay khi chúng cố tiêu bất kỳ đồng nào, ta sẽ tóm được chúng.’</w:t>
      </w:r>
    </w:p>
    <w:p>
      <w:pPr>
        <w:spacing w:after="80"/>
      </w:pPr>
      <w:r>
        <w:rPr>
          <w:b w:val="0"/>
          <w:i w:val="0"/>
        </w:rPr>
        <w:t>‘Chúng khó có khả năng lao vào tiêu xài ngay lập tức,’ William nói. ‘Lamont quá khôn ngoan để cho chúng làm bất cứ điều gì thô lỗ như vậy. Đừng quên, lý do duy nhất khiến anh lấy lại được chiếc túi đầy tiền mặt sau vụ đột kích ma túy là vì hắn chưa bắt đầu tiêu nó.’</w:t>
      </w:r>
    </w:p>
    <w:p>
      <w:pPr>
        <w:spacing w:after="80"/>
      </w:pPr>
      <w:r>
        <w:rPr>
          <w:b w:val="0"/>
          <w:i w:val="0"/>
        </w:rPr>
        <w:t>‘Summers có thể không kiên nhẫn như vậy, nên hắn vẫn có thể là mục tiêu tốt nhất của chúng ta.’</w:t>
      </w:r>
    </w:p>
    <w:p>
      <w:pPr>
        <w:spacing w:after="80"/>
      </w:pPr>
      <w:r>
        <w:rPr>
          <w:b w:val="0"/>
          <w:i w:val="0"/>
        </w:rPr>
        <w:t>‘Tôi nghĩ Summers đã làm một việc còn ngu ngốc hơn nữa,’ Rebecca nói, không cưỡng lại được việc ngừng lại một lát để chắc chắn mọi người đều chú ý đến mình.</w:t>
      </w:r>
    </w:p>
    <w:p>
      <w:pPr>
        <w:spacing w:after="80"/>
      </w:pPr>
      <w:r>
        <w:rPr>
          <w:b w:val="0"/>
          <w:i w:val="0"/>
        </w:rPr>
        <w:t>‘Nói thẳng ra đi, DC Pankhurst,’ Chim Ưng nói.</w:t>
      </w:r>
    </w:p>
    <w:p>
      <w:pPr>
        <w:spacing w:after="80"/>
      </w:pPr>
      <w:r>
        <w:rPr>
          <w:b w:val="0"/>
          <w:i w:val="0"/>
        </w:rPr>
        <w:t>‘Khi Nicky xuống ăn sáng vào sáng Chủ nhật, cô ta đeo một chiếc nhẫn kim cương.’</w:t>
      </w:r>
    </w:p>
    <w:p>
      <w:pPr>
        <w:spacing w:after="80"/>
      </w:pPr>
      <w:r>
        <w:rPr>
          <w:b w:val="0"/>
          <w:i w:val="0"/>
        </w:rPr>
        <w:t>‘Sáng Chủ nhật?’ Chim Ưng lặp lại. ‘Nhưng đó là năm ngày trước khi chúng có được số tiền.’</w:t>
      </w:r>
    </w:p>
    <w:p>
      <w:pPr>
        <w:spacing w:after="80"/>
      </w:pPr>
      <w:r>
        <w:rPr>
          <w:b w:val="0"/>
          <w:i w:val="0"/>
        </w:rPr>
        <w:t>‘Vậy thì vẫn có khả năng cô ta không tham gia vụ đột kích,’ Rebecca nói. ‘Tuy nhiên, có một điều khác tôi nghĩ ông nên biết, thưa ông. Chiếc nhẫn Nicky đeo là nhẫn kim cương một viên. Nếu là đồ thật, nó sẽ đắt hơn nhiều so với tiền lương một năm của một trung sĩ thám tử.’</w:t>
      </w:r>
    </w:p>
    <w:p>
      <w:pPr>
        <w:spacing w:after="80"/>
      </w:pPr>
      <w:r>
        <w:rPr>
          <w:b w:val="0"/>
          <w:i w:val="0"/>
        </w:rPr>
        <w:t>‘Tôi nghi chiếc nhẫn đó bị mất sau một vụ trộm gần đây mà Summers là sĩ quan bắt giữ,’ William nói. ‘Nếu vậy thì không khó để truy ra, và ta sẽ có đủ bằng chứng để kết tội cả hai.’</w:t>
      </w:r>
    </w:p>
    <w:p>
      <w:pPr>
        <w:spacing w:after="80"/>
      </w:pPr>
      <w:r>
        <w:rPr>
          <w:b w:val="0"/>
          <w:i w:val="0"/>
        </w:rPr>
        <w:t>‘Sao anh chắc chắn đó là nhẫn kim cương một viên?’ Chim Ưng hỏi, chuyển sự chú ý trở lại DC Pankhurst.</w:t>
      </w:r>
    </w:p>
    <w:p>
      <w:pPr>
        <w:spacing w:after="80"/>
      </w:pPr>
      <w:r>
        <w:rPr>
          <w:b w:val="0"/>
          <w:i w:val="0"/>
        </w:rPr>
        <w:t>‘Nó không khác mấy so với nhẫn đính hôn của mẹ tôi,’ cô nói, trông có vẻ ngượng ngùng.</w:t>
      </w:r>
    </w:p>
    <w:p>
      <w:pPr>
        <w:spacing w:after="80"/>
      </w:pPr>
      <w:r>
        <w:rPr>
          <w:b w:val="0"/>
          <w:i w:val="0"/>
        </w:rPr>
        <w:t>‘Rồi sẽ có ngày chúng ta đào tạo cô thành thám tử, DC Pankhurst,’ viên chỉ huy nói. ‘Nhưng PC Bailey đeo chiếc nhẫn ở ngón nào?’</w:t>
      </w:r>
    </w:p>
    <w:p>
      <w:pPr>
        <w:spacing w:after="80"/>
      </w:pPr>
      <w:r>
        <w:rPr>
          <w:b w:val="0"/>
          <w:i w:val="0"/>
        </w:rPr>
        <w:t>Rebecca giơ ngón áp út của bàn tay trái lên.</w:t>
      </w:r>
    </w:p>
    <w:p>
      <w:pPr>
        <w:spacing w:after="80"/>
      </w:pPr>
      <w:r>
        <w:rPr>
          <w:b w:val="0"/>
          <w:i w:val="0"/>
        </w:rPr>
        <w:t>‘Tội nghiệp cô bé,’ Chim Ưng nói, giọng có vẻ đồng cảm một cách lạ thường. ‘Nhưng chúng ta vẫn chưa thể mạo hiểm ra tay được. Có diễn biến nào khác ở mặt trận đó không?’</w:t>
      </w:r>
    </w:p>
    <w:p>
      <w:pPr>
        <w:spacing w:after="80"/>
      </w:pPr>
      <w:r>
        <w:rPr>
          <w:b w:val="0"/>
          <w:i w:val="0"/>
        </w:rPr>
        <w:t>‘Có,’ Jackie đáp. ‘Lamont lại muốn gặp tôi. Chúng tôi sẽ đi uống nước vào tối thứ Bảy.’</w:t>
      </w:r>
    </w:p>
    <w:p>
      <w:pPr>
        <w:spacing w:after="80"/>
      </w:pPr>
      <w:r>
        <w:rPr>
          <w:b w:val="0"/>
          <w:i w:val="0"/>
        </w:rPr>
        <w:t>‘Hắn ta muốn gì?’ Paul hỏi.</w:t>
      </w:r>
    </w:p>
    <w:p>
      <w:pPr>
        <w:spacing w:after="80"/>
      </w:pPr>
      <w:r>
        <w:rPr>
          <w:b w:val="0"/>
          <w:i w:val="0"/>
        </w:rPr>
        <w:t>‘Sau vụ tôi sơ suất trên tàu điện ngầm,’ Rebecca nói, ‘tôi đoán hắn muốn xem mình có bị theo dõi không.’</w:t>
      </w:r>
    </w:p>
    <w:p>
      <w:pPr>
        <w:spacing w:after="80"/>
      </w:pPr>
      <w:r>
        <w:rPr>
          <w:b w:val="0"/>
          <w:i w:val="0"/>
        </w:rPr>
        <w:t>‘Vậy tôi nói gì với hắn?’ Jackie hỏi.</w:t>
      </w:r>
    </w:p>
    <w:p>
      <w:pPr>
        <w:spacing w:after="80"/>
      </w:pPr>
      <w:r>
        <w:rPr>
          <w:b w:val="0"/>
          <w:i w:val="0"/>
        </w:rPr>
        <w:t>‘Điều hắn muốn nghe – không, hắn không bị theo dõi,’ William nói.</w:t>
      </w:r>
    </w:p>
    <w:p>
      <w:pPr>
        <w:spacing w:after="80"/>
      </w:pPr>
      <w:r>
        <w:rPr>
          <w:b w:val="0"/>
          <w:i w:val="0"/>
        </w:rPr>
        <w:t>‘Nhưng lưu ý nhé,’ Chim Ưng nói, ‘sẽ có lúc tôi muốn hắn biết mình đang bị theo dõi, nhưng chưa phải lúc này.’</w:t>
      </w:r>
    </w:p>
    <w:p>
      <w:pPr>
        <w:spacing w:after="80"/>
      </w:pPr>
      <w:r>
        <w:rPr>
          <w:b w:val="0"/>
          <w:i w:val="0"/>
        </w:rPr>
        <w:t>William mỉm cười, trong khi Jackie trông có vẻ bối rối, nhưng cả hai đều không hỏi câu hỏi hiển nhiên ấy, vì họ biết sẽ chẳng nhận được câu trả lời.</w:t>
      </w:r>
    </w:p>
    <w:p>
      <w:pPr>
        <w:spacing w:after="80"/>
      </w:pPr>
      <w:r>
        <w:rPr>
          <w:b w:val="0"/>
          <w:i w:val="0"/>
        </w:rPr>
        <w:t>‘Nếu Lamont lại đưa cho cô một phong bì nâu nữa,’ Chim Ưng nói, ‘thì chúng ta sẽ biết hắn vẫn nghĩ cô cũng thối nát như hắn.’</w:t>
      </w:r>
    </w:p>
    <w:p>
      <w:pPr>
        <w:spacing w:after="80"/>
      </w:pPr>
      <w:r>
        <w:rPr>
          <w:b w:val="0"/>
          <w:i w:val="0"/>
        </w:rPr>
        <w:t>‘Tôi có dám hỏi phong bì đầu tiên có bao nhiêu không?’ Jackie hỏi.</w:t>
      </w:r>
    </w:p>
    <w:p>
      <w:pPr>
        <w:spacing w:after="80"/>
      </w:pPr>
      <w:r>
        <w:rPr>
          <w:b w:val="0"/>
          <w:i w:val="0"/>
        </w:rPr>
        <w:t>‘Không biết nữa,’ William đáp. ‘Tôi nộp thẳng vào kho tang vật rồi. Nhưng tôi rất mong nhận được thêm một phong bì nữa.’</w:t>
      </w:r>
    </w:p>
    <w:p>
      <w:pPr>
        <w:spacing w:after="80"/>
      </w:pPr>
      <w:r>
        <w:rPr>
          <w:b w:val="0"/>
          <w:i w:val="0"/>
        </w:rPr>
        <w:t>Jackie cũng biết điều mà mỉm cười.</w:t>
      </w:r>
    </w:p>
    <w:p>
      <w:pPr>
        <w:jc w:val="center"/>
      </w:pPr>
      <w:r>
        <w:drawing>
          <wp:inline xmlns:a="http://schemas.openxmlformats.org/drawingml/2006/main" xmlns:pic="http://schemas.openxmlformats.org/drawingml/2006/picture">
            <wp:extent cx="752475" cy="161926"/>
            <wp:docPr id="70" name="Picture 7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‘Ông phải hiểu cho, ông Booth Watson, tôi đâu biết con trai tôi là kẻ buôn ma túy. Tôi tưởng nó là chủ tịch của một công ty trà nhỏ mà có uy tín. Khi nó bị bắt, tôi sốc chẳng kém gì bạn bè tôi khi biết nó đã sống một cuộc đời hai mặt.’</w:t>
      </w:r>
    </w:p>
    <w:p>
      <w:pPr>
        <w:spacing w:after="80"/>
      </w:pPr>
      <w:r>
        <w:rPr>
          <w:b w:val="0"/>
          <w:i w:val="0"/>
        </w:rPr>
        <w:t>Booth Watson chắp tay như đang cầu nguyện nhưng không nói gì.</w:t>
      </w:r>
    </w:p>
    <w:p>
      <w:pPr>
        <w:spacing w:after="80"/>
      </w:pPr>
      <w:r>
        <w:rPr>
          <w:b w:val="0"/>
          <w:i w:val="0"/>
        </w:rPr>
        <w:t>‘Tôi hiểu, ông Booth Watson, rằng ông đã thành công trong việc giúp nó thoát khỏi những tội danh nghiêm trọng nhất, nhưng tôi phải nói với ông rằng tôi đã cầu mong nó bị kết tội, và bị trừng phạt vì tội lỗi của mình.’</w:t>
      </w:r>
    </w:p>
    <w:p>
      <w:pPr>
        <w:spacing w:after="80"/>
      </w:pPr>
      <w:r>
        <w:rPr>
          <w:b w:val="0"/>
          <w:i w:val="0"/>
        </w:rPr>
        <w:t>Booth Watson tỏ vẻ hối lỗi cho phải phép, nhưng vẫn không có ý định ngắt lời thân chủ khi bà đang trong tâm trạng thú tội.</w:t>
      </w:r>
    </w:p>
    <w:p>
      <w:pPr>
        <w:spacing w:after="80"/>
      </w:pPr>
      <w:r>
        <w:rPr>
          <w:b w:val="0"/>
          <w:i w:val="0"/>
        </w:rPr>
        <w:t>‘Tôi chắc hẳn bà còn nhớ lúc đó tôi đã nói với bà rằng tôi rất miễn cưỡng phải ra làm chứng tại phiên tòa, vì tôi sẽ phải thừa nhận rằng tôi chỉ gặp Assem mỗi tuần một lần vào chiều thứ Sáu, và chỉ trong vài giờ đồng hồ.’ Bà ngừng lại một lát rồi nói thêm, ‘Tôi thú nhận rằng cái chết của anh ấy đến như một sự giải thoát đầy phước lành.’</w:t>
      </w:r>
    </w:p>
    <w:p>
      <w:pPr>
        <w:spacing w:after="80"/>
      </w:pPr>
      <w:r>
        <w:rPr>
          <w:b w:val="0"/>
          <w:i w:val="0"/>
        </w:rPr>
        <w:t>Booth Watson cúi đầu.</w:t>
      </w:r>
    </w:p>
    <w:p>
      <w:pPr>
        <w:spacing w:after="80"/>
      </w:pPr>
      <w:r>
        <w:rPr>
          <w:b w:val="0"/>
          <w:i w:val="0"/>
        </w:rPr>
        <w:t>‘Hầu hết bạn bè của tôi đều đã bỏ rơi tôi,’ bà tiếp tục, ‘nên chẳng còn lý do gì để tôi ở lại đất nước này nữa. Tôi định quay về Pháp ngay khi có thể. Tôi cầu mong Chúa của chúng ta sẽ không kéo dài cuộc đời tôi trên cõi trần này thêm bao lâu nữa.’</w:t>
      </w:r>
    </w:p>
    <w:p>
      <w:pPr>
        <w:spacing w:after="80"/>
      </w:pPr>
      <w:r>
        <w:rPr>
          <w:b w:val="0"/>
          <w:i w:val="0"/>
        </w:rPr>
        <w:t>Booth Watson mỉm cười với thân chủ của mình như một con nhện hiền lành đã tóm được một con ruồi lớn trong mạng và không hề có ý định để nó thoát. Điều cuối cùng ông ta muốn chính là bà Rashidi qua đời.</w:t>
      </w:r>
    </w:p>
    <w:p>
      <w:pPr>
        <w:spacing w:after="80"/>
      </w:pPr>
      <w:r>
        <w:rPr>
          <w:b w:val="0"/>
          <w:i w:val="0"/>
        </w:rPr>
        <w:t>‘Với suy nghĩ đó, tôi xin nhờ ông thu xếp ổn thỏa mọi việc của tôi, để tôi có thể trở về quê hương Lyons.’</w:t>
      </w:r>
    </w:p>
    <w:p>
      <w:pPr>
        <w:spacing w:after="80"/>
      </w:pPr>
      <w:r>
        <w:rPr>
          <w:b w:val="0"/>
          <w:i w:val="0"/>
        </w:rPr>
        <w:t>‘Xin bà yên tâm,’ Booth Watson nói, ‘tôi đã làm việc ngày đêm thay mặt bà, với đúng mục đích duy nhất đó. Nhưng các vấn đề của bà, tôi e rằng, có phần phức tạp. Tuy nhiên, vì thời gian là vàng bạc, có lẽ tôi đã nghĩ ra một giải pháp cho vấn đề của bà.’</w:t>
      </w:r>
    </w:p>
    <w:p>
      <w:pPr>
        <w:spacing w:after="80"/>
      </w:pPr>
      <w:r>
        <w:rPr>
          <w:b w:val="0"/>
          <w:i w:val="0"/>
        </w:rPr>
        <w:t>‘Là gì vậy, ông Booth Watson?’</w:t>
      </w:r>
    </w:p>
    <w:p>
      <w:pPr>
        <w:spacing w:after="80"/>
      </w:pPr>
      <w:r>
        <w:rPr>
          <w:b w:val="0"/>
          <w:i w:val="0"/>
        </w:rPr>
        <w:t>Nụ cười hiền lành lại xuất hiện, con nhện đã giăng thêm vài sợi tơ trong mạng của nó. ‘Bà có thể lên đường đến Lyons bất cứ khi nào bà muốn, nếu—’</w:t>
      </w:r>
    </w:p>
    <w:p>
      <w:pPr>
        <w:spacing w:after="80"/>
      </w:pPr>
      <w:r>
        <w:rPr>
          <w:b w:val="0"/>
          <w:i w:val="0"/>
        </w:rPr>
        <w:t>‘Nếu sao?’</w:t>
      </w:r>
    </w:p>
    <w:p>
      <w:pPr>
        <w:spacing w:after="80"/>
      </w:pPr>
      <w:r>
        <w:rPr>
          <w:b w:val="0"/>
          <w:i w:val="0"/>
        </w:rPr>
        <w:t>‘Nếu bà cảm thấy có thể trao cho tôi quyền đại diện pháp lý (power of attorney) đối với các vấn đề của bà trong thời gian bà vắng mặt. Tôi sẽ lấy làm vinh dự được đại diện cho bà hết khả năng của mình. Dĩ nhiên, tôi sẽ rất vui được thỉnh thoảng đến thăm bà ở Lyons để cập nhật tình hình cho bà.’</w:t>
      </w:r>
    </w:p>
    <w:p>
      <w:pPr>
        <w:spacing w:after="80"/>
      </w:pPr>
      <w:r>
        <w:rPr>
          <w:b w:val="0"/>
          <w:i w:val="0"/>
        </w:rPr>
        <w:t>‘Tôi phải làm gì để điều đó thành hiện thực?’</w:t>
      </w:r>
    </w:p>
    <w:p>
      <w:pPr>
        <w:spacing w:after="80"/>
      </w:pPr>
      <w:r>
        <w:rPr>
          <w:b w:val="0"/>
          <w:i w:val="0"/>
        </w:rPr>
        <w:t>‘Nếu bà ký vào tài liệu này, bà Rashidi,’ ông nói, đặt hai tờ giấy trước mặt bà, ‘những vấn đề của bà sẽ trở thành của tôi, và bà có thể yên tâm nghỉ ngơi với niềm tin rằng tôi sẽ luôn đặt lợi ích tốt nhất của bà lên hàng đầu.’</w:t>
      </w:r>
    </w:p>
    <w:p>
      <w:pPr>
        <w:spacing w:after="80"/>
      </w:pPr>
      <w:r>
        <w:rPr>
          <w:b w:val="0"/>
          <w:i w:val="0"/>
        </w:rPr>
        <w:t>Ông đưa cho thân chủ một cây bút và hướng dẫn bà đến hai dấu thập được đánh dấu bằng bút chì. Bà Rashidi không dành nhiều thời gian đọc tài liệu trước khi ký.</w:t>
      </w:r>
    </w:p>
    <w:p>
      <w:pPr>
        <w:spacing w:after="80"/>
      </w:pPr>
      <w:r>
        <w:rPr>
          <w:b w:val="0"/>
          <w:i w:val="0"/>
        </w:rPr>
        <w:t>BW đợi mực khô rồi mới nói, ‘Tôi vẫn là người hầu khiêm nhường của bà, thưa bà,’ đồng thời hơi cúi đầu chào bà.</w:t>
      </w:r>
    </w:p>
    <w:p>
      <w:pPr>
        <w:spacing w:after="80"/>
      </w:pPr>
      <w:r>
        <w:rPr>
          <w:b w:val="0"/>
          <w:i w:val="0"/>
        </w:rPr>
        <w:t>‘Không, không, ông Booth Watson. Chính tôi mới là người phải cảm ơn ông.’</w:t>
      </w:r>
    </w:p>
    <w:p>
      <w:pPr>
        <w:jc w:val="center"/>
      </w:pPr>
      <w:r>
        <w:drawing>
          <wp:inline xmlns:a="http://schemas.openxmlformats.org/drawingml/2006/main" xmlns:pic="http://schemas.openxmlformats.org/drawingml/2006/picture">
            <wp:extent cx="752475" cy="161926"/>
            <wp:docPr id="71" name="Picture 7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Nicky tan ca ngay sau bốn giờ. Cô đã quyết định đã đến lúc nói với mọi người rằng mình đang mang thai, vì chẳng bao lâu nữa tình trạng của cô sẽ lộ rõ mồn một. Cô liếc nhìn chiếc nhẫn và mỉm cười. Cô định tận dụng ba tháng nghỉ thai sản hưởng nguyên lương dành cho nữ cảnh sát (WPC), sau đó cô sẽ quyết định xem nên quay lại làm việc hay xin nghỉ việc. Theo ý cô, một cảnh sát trong gia đình là quá đủ rồi.</w:t>
      </w:r>
    </w:p>
    <w:p>
      <w:pPr>
        <w:spacing w:after="80"/>
      </w:pPr>
      <w:r>
        <w:rPr>
          <w:b w:val="0"/>
          <w:i w:val="0"/>
        </w:rPr>
        <w:t>Cô tự mở cửa bước vào căn hộ, và không ngạc nhiên khi thấy nó bừa bộn. Dù sao thì cô cũng đã đi vắng suốt cuối tuần. Một chồng bát đĩa bẩn chất đống trong bồn rửa, thức ăn vẫn còn dính trên đĩa. Rõ ràng Jerry chẳng coi việc tráng rửa là ưu tiên. Cô mở cửa sổ bếp và bắt tay vào rửa bát, hy vọng sẽ dọn xong trước khi anh tan ca.</w:t>
      </w:r>
    </w:p>
    <w:p>
      <w:pPr>
        <w:spacing w:after="80"/>
      </w:pPr>
      <w:r>
        <w:rPr>
          <w:b w:val="0"/>
          <w:i w:val="0"/>
        </w:rPr>
        <w:t>Khi dọn dẹp xong nhà bếp, cô chuyển sự chú ý sang phòng ngủ. Giường chưa được dọn, và chiếc áo choàng lụa của Jerry bị vứt bừa bãi trên sàn. Giống hệt James Bond, anh từng nói với cô như vậy. Cô treo nó lên sau cánh cửa rồi đập phồng gối và kéo tấm ga trải giường ra. Cô chỉ đứng đó và nghĩ mình sắp nôn khi nhìn thấy một chiếc quần lót ren màu đỏ ở giữa giường. Chúng chắc chắn không phải của cô. Cô khuỵu xuống sàn và òa khóc. Có phải ai đó đã cố ý để chúng ở đó, biết rằng cô chắc chắn sẽ tìm thấy?</w:t>
      </w:r>
    </w:p>
    <w:p>
      <w:pPr>
        <w:spacing w:after="80"/>
      </w:pPr>
      <w:r>
        <w:rPr>
          <w:b w:val="0"/>
          <w:i w:val="0"/>
        </w:rPr>
        <w:t xml:space="preserve">Đã bao nhiêu lần Jerry thề sống thề chết rằng anh đã thay đổi từ khi gặp cô? </w:t>
      </w:r>
      <w:r>
        <w:rPr>
          <w:b w:val="0"/>
          <w:i/>
        </w:rPr>
        <w:t>Anh đã tìm được người phụ nữ mà anh muốn dành trọn phần đời còn lại</w:t>
      </w:r>
      <w:r>
        <w:rPr>
          <w:b w:val="0"/>
          <w:i w:val="0"/>
        </w:rPr>
        <w:t>, anh đã nói với cô điều đó đủ nhiều rồi. Chiếc nhẫn chẳng lẽ không có ý nghĩa gì sao? Hay nó chỉ là một phần của cuộc trao đổi, y hệt như cô vậy?</w:t>
      </w:r>
    </w:p>
    <w:p>
      <w:pPr>
        <w:spacing w:after="80"/>
      </w:pPr>
      <w:r>
        <w:rPr>
          <w:b w:val="0"/>
          <w:i w:val="0"/>
        </w:rPr>
        <w:t>Chẳng mấy chốc, nước mắt của Nicky đã biến thành cơn giận, khi cô nghĩ về bao nhiêu rủi ro mình đã chấp nhận vì anh ta, để rồi bị vứt bỏ như một chiếc vỏ kẹo rỗng. Cô ước gì anh ta bước vào ngay lúc này, để cô có thể nói thẳng cho anh ta biết cô nghĩ gì về anh ta.</w:t>
      </w:r>
    </w:p>
    <w:p>
      <w:pPr>
        <w:spacing w:after="80"/>
      </w:pPr>
      <w:r>
        <w:rPr>
          <w:b w:val="0"/>
          <w:i w:val="0"/>
        </w:rPr>
        <w:t>Sau khi một tiếng đồng hồ trôi qua mà anh vẫn chưa về nhà, cô quyết định đã đến lúc biến những suy nghĩ của mình thành hành động.</w:t>
      </w:r>
    </w:p>
    <w:p>
      <w:pPr>
        <w:spacing w:after="80"/>
      </w:pPr>
      <w:r>
        <w:rPr>
          <w:b w:val="0"/>
          <w:i w:val="0"/>
        </w:rPr>
        <w:t>Cô đứng dậy khỏi sàn, chậm rãi bước trở lại bếp và chọn một chiếc kéo lớn từ ngăn kéo. Cô quay lại phòng ngủ và mở tủ quần áo, thấy nửa tá bộ com-lê, vài chiếc áo khoác blazer, ba chiếc quần tây vải flannel xám và một tá cà vạt lụa.</w:t>
      </w:r>
    </w:p>
    <w:p>
      <w:pPr>
        <w:spacing w:after="80"/>
      </w:pPr>
      <w:r>
        <w:rPr>
          <w:b w:val="0"/>
          <w:i w:val="0"/>
        </w:rPr>
        <w:t>Cô ấy lấy bộ đồ đầu tiên ra và cắt cả hai tay áo của chiếc áo khoác. Quần cũng theo sau, và khi cô ấy làm xong, chúng chỉ có thể mặc vừa cho một cậu học sinh. Những bộ đồ khác là mục tiêu tiếp theo, rồi đến áo blazer, tiếp đó là quần xám, và cuối cùng là cà vạt. Ngay cả một chiếc nơ đen hiếm khi được đeo cũng không thoát khỏi cuộc hành quyết.</w:t>
      </w:r>
    </w:p>
    <w:p>
      <w:pPr>
        <w:spacing w:after="80"/>
      </w:pPr>
      <w:r>
        <w:rPr>
          <w:b w:val="0"/>
          <w:i w:val="0"/>
        </w:rPr>
        <w:t>Cô nhìn quanh đống đổ nát vương vãi khắp sàn, rồi cất chiếc kéo trở lại ngăn kéo nhà bếp. Tiếp theo, cô lấy một cây búa từ hộp dụng cụ dưới bồn rửa rồi bắt tay vào việc đập phá chiếc TV trong phòng khách. Cuối cùng, cô chuyển sự chú ý sang những chiếc bình, đĩa, tách và đĩa lót tách, để dành đến phút chót bộ đồ ăn tối chỉ được mang ra vào những dịp đặc biệt. Jerry từng khẳng định đó là quà tặng từ mẹ anh ta. Nhiều khả năng là từ John Smith. Khi Nicky làm xong, cô lùi lại và ngắm nghía đống đổ nát. Một con bò trong cửa hàng đồ sứ hẳn sẽ rất tự hào về cô.</w:t>
      </w:r>
    </w:p>
    <w:p>
      <w:pPr>
        <w:spacing w:after="80"/>
      </w:pPr>
      <w:r>
        <w:rPr>
          <w:b w:val="0"/>
          <w:i w:val="0"/>
        </w:rPr>
        <w:t>Nicky khuỵu xuống sàn, kiệt sức nhưng vô cùng phấn khích. Khi đã hồi phục hoàn toàn, cô quyết định màn trình diễn tái xuất của mình.</w:t>
      </w:r>
    </w:p>
    <w:p>
      <w:pPr>
        <w:spacing w:after="80"/>
      </w:pPr>
      <w:r>
        <w:rPr>
          <w:b w:val="0"/>
          <w:i w:val="0"/>
        </w:rPr>
        <w:t>Cô ngồi xuống bàn làm việc của Jerry ở phòng phía trước, lấy một phong bì lớn từ ngăn kéo trên cùng, rồi thả chiếc quần lót ren và chiếc nhẫn kim cương vào trong, trước khi dán kín lại. Cô định đóng ngăn kéo thì chợt nhìn thấy cuốn nhật ký của anh.</w:t>
      </w:r>
    </w:p>
    <w:p>
      <w:pPr>
        <w:spacing w:after="80"/>
      </w:pPr>
      <w:r>
        <w:rPr>
          <w:b w:val="0"/>
          <w:i w:val="0"/>
        </w:rPr>
        <w:t xml:space="preserve">Cô chậm rãi lật từng trang cho đến khi đọc hết những gì mới nhất. Nhìn thấy dòng chữ </w:t>
      </w:r>
      <w:r>
        <w:rPr>
          <w:b w:val="0"/>
          <w:i/>
        </w:rPr>
        <w:t>Playboy Club, Park Lane</w:t>
      </w:r>
      <w:r>
        <w:rPr>
          <w:b w:val="0"/>
          <w:i w:val="0"/>
        </w:rPr>
        <w:t xml:space="preserve"> được gạch chân, cô hiểu rằng anh sẽ không về trước nửa đêm. Cô cố không nghĩ đến lũ thỏ.</w:t>
      </w:r>
    </w:p>
    <w:p>
      <w:pPr>
        <w:spacing w:after="80"/>
      </w:pPr>
      <w:r>
        <w:rPr>
          <w:b w:val="0"/>
          <w:i w:val="0"/>
        </w:rPr>
        <w:t>Cô rút một tờ giấy từ chiếc giá đựng thư bằng bạc đặc trước mặt và viết một mẩu ghi chú ngắn, định sẽ giao tận tay trên đường về nhà tối hôm đó, với hy vọng rằng thanh tra Warwick (DI Warwick) sẽ không còn chút nghi ngờ nào về việc cô đứng về phía ai.</w:t>
      </w:r>
    </w:p>
    <w:p>
      <w:pPr>
        <w:pStyle w:val="Heading2"/>
      </w:pPr>
      <w:r>
        <w:rPr>
          <w:rFonts w:ascii="Calibri" w:hAnsi="Calibri"/>
          <w:b/>
          <w:i w:val="0"/>
          <w:sz w:val="32"/>
        </w:rPr>
        <w:t>24</w:t>
      </w:r>
    </w:p>
    <w:p>
      <w:pPr>
        <w:spacing w:after="80"/>
      </w:pPr>
      <w:r>
        <w:rPr>
          <w:b w:val="0"/>
          <w:i w:val="0"/>
        </w:rPr>
        <w:t>CẢ HAI đến ngân hàng vài phút trước giờ hẹn với người quản lý khu vực. Cô gái trẻ ngồi sau quầy lễ tân kiểm tra tên của họ trên bảng kẹp giấy rồi đánh dấu.</w:t>
      </w:r>
    </w:p>
    <w:p>
      <w:pPr>
        <w:spacing w:after="80"/>
      </w:pPr>
      <w:r>
        <w:rPr>
          <w:b w:val="0"/>
          <w:i w:val="0"/>
        </w:rPr>
        <w:t>‘Nếu cô đi thang máy lên tầng năm,’ cô ấy nói, ‘cô Davis, trợ lý riêng của ông Simpson, sẽ đón cô và đưa cô đến văn phòng giám đốc.’</w:t>
      </w:r>
    </w:p>
    <w:p>
      <w:pPr>
        <w:spacing w:after="80"/>
      </w:pPr>
      <w:r>
        <w:rPr>
          <w:b w:val="0"/>
          <w:i w:val="0"/>
        </w:rPr>
        <w:t>Hai người đàn ông làm theo lời dặn của cô, và không nói gì trong thang máy đông đúc cho đến khi cửa mở ra ở tầng năm, nơi họ được một người phụ nữ trẻ chào đón.</w:t>
      </w:r>
    </w:p>
    <w:p>
      <w:pPr>
        <w:spacing w:after="80"/>
      </w:pPr>
      <w:r>
        <w:rPr>
          <w:b w:val="0"/>
          <w:i w:val="0"/>
        </w:rPr>
        <w:t>‘Chào buổi sáng,’ cô ấy nói. ‘Tôi là trợ lý riêng của ông Simpson. Ông ấy rất mong được gặp các vị.’</w:t>
      </w:r>
    </w:p>
    <w:p>
      <w:pPr>
        <w:spacing w:after="80"/>
      </w:pPr>
      <w:r>
        <w:rPr>
          <w:b w:val="0"/>
          <w:i w:val="0"/>
        </w:rPr>
        <w:t xml:space="preserve">Cô dẫn họ đi dọc một hành lang dài đến một cánh cửa có dòng chữ mạ vàng: </w:t>
      </w:r>
      <w:r>
        <w:rPr>
          <w:b w:val="0"/>
          <w:i/>
        </w:rPr>
        <w:t>R.C. Simpson, Giám đốc Khu vực</w:t>
      </w:r>
      <w:r>
        <w:rPr>
          <w:b w:val="0"/>
          <w:i w:val="0"/>
        </w:rPr>
        <w:t>. Cô gõ cửa một lần, và không đợi trả lời đã mở cửa rồi đứng sang một bên.</w:t>
      </w:r>
    </w:p>
    <w:p>
      <w:pPr>
        <w:spacing w:after="80"/>
      </w:pPr>
      <w:r>
        <w:rPr>
          <w:b w:val="0"/>
          <w:i w:val="0"/>
        </w:rPr>
        <w:t>‘Thật vui được gặp các vị,’ Simpson nói, đứng dậy từ sau bàn làm việc để bắt tay những khách hàng tiềm năng mới của mình.</w:t>
      </w:r>
    </w:p>
    <w:p>
      <w:pPr>
        <w:spacing w:after="80"/>
      </w:pPr>
      <w:r>
        <w:rPr>
          <w:b w:val="0"/>
          <w:i w:val="0"/>
        </w:rPr>
        <w:t>‘Tôi cũng vậy,’ Booth Watson lịch sự đáp. Faulkner không đưa ra ý kiến gì.</w:t>
      </w:r>
    </w:p>
    <w:p>
      <w:pPr>
        <w:spacing w:after="80"/>
      </w:pPr>
      <w:r>
        <w:rPr>
          <w:b w:val="0"/>
          <w:i w:val="0"/>
        </w:rPr>
        <w:t>‘Mời các vị ngồi,’ viên giám đốc nói. Cô Davis ngồi phía sau ông, sổ tay mở sẵn, bút cầm sẵn sàng.</w:t>
      </w:r>
    </w:p>
    <w:p>
      <w:pPr>
        <w:spacing w:after="80"/>
      </w:pPr>
      <w:r>
        <w:rPr>
          <w:b w:val="0"/>
          <w:i w:val="0"/>
        </w:rPr>
        <w:t>‘Mặc dù mọi giấy tờ của các vị đều hợp lệ,’ Simpson nói khi các vị khách đã ổn định chỗ ngồi, ‘tôi đã đề phòng bằng cách gọi cho bà Rashidi ở Lyons để xác nhận rằng ngân hàng có đủ thẩm quyền từ bà ấy để hợp tác đầy đủ với các vị.’</w:t>
      </w:r>
    </w:p>
    <w:p>
      <w:pPr>
        <w:spacing w:after="80"/>
      </w:pPr>
      <w:r>
        <w:rPr>
          <w:b w:val="0"/>
          <w:i w:val="0"/>
        </w:rPr>
        <w:t>‘Tôi cũng không mong gì hơn thế,’ Booth Watson nói, nở nụ cười hiền hòa nhất.</w:t>
      </w:r>
    </w:p>
    <w:p>
      <w:pPr>
        <w:spacing w:after="80"/>
      </w:pPr>
      <w:r>
        <w:rPr>
          <w:b w:val="0"/>
          <w:i w:val="0"/>
        </w:rPr>
        <w:t>‘Bà Rashidi xác nhận không chỉ rằng các vị có đầy đủ giấy ủy quyền, mà tôi còn phải trả lời bất kỳ câu hỏi nào các vị có thể có liên quan đến di sản của con trai bà ấy quá cố. Tôi sẵn sàng phục vụ, thưa các quý ông.’</w:t>
      </w:r>
    </w:p>
    <w:p>
      <w:pPr>
        <w:spacing w:after="80"/>
      </w:pPr>
      <w:r>
        <w:rPr>
          <w:b w:val="0"/>
          <w:i w:val="0"/>
        </w:rPr>
        <w:t>‘Cảm ơn ông,’ Booth Watson nói. ‘Có lẽ tôi có thể bắt đầu bằng việc xem chi tiết các tài khoản cá nhân đứng tên ông Rashidi, và báo cáo thường niên mới nhất từ Marcel và Neffe.’</w:t>
      </w:r>
    </w:p>
    <w:p>
      <w:pPr>
        <w:spacing w:after="80"/>
      </w:pPr>
      <w:r>
        <w:rPr>
          <w:b w:val="0"/>
          <w:i w:val="0"/>
        </w:rPr>
        <w:t>Ông Simpson đưa ra hai tập hồ sơ dày, rõ ràng đã lường trước cả hai yêu cầu.</w:t>
      </w:r>
    </w:p>
    <w:p>
      <w:pPr>
        <w:spacing w:after="80"/>
      </w:pPr>
      <w:r>
        <w:rPr>
          <w:b w:val="0"/>
          <w:i w:val="0"/>
        </w:rPr>
        <w:t>Faulkner lật đến trang cuối và bắt đầu với dòng cuối cùng, trong khi Booth Watson tiếp tục với danh sách câu hỏi đã chuẩn bị sẵn.</w:t>
      </w:r>
    </w:p>
    <w:p>
      <w:pPr>
        <w:spacing w:after="80"/>
      </w:pPr>
      <w:r>
        <w:rPr>
          <w:b w:val="0"/>
          <w:i w:val="0"/>
        </w:rPr>
        <w:t>‘Có tài sản nào khác được gửi tại ngân hàng để bảo quản mà không được thể hiện trên tài khoản hiện tại của bà Rashidi không?’</w:t>
      </w:r>
    </w:p>
    <w:p>
      <w:pPr>
        <w:spacing w:after="80"/>
      </w:pPr>
      <w:r>
        <w:rPr>
          <w:b w:val="0"/>
          <w:i w:val="0"/>
        </w:rPr>
        <w:t>‘Phần nắm giữ năm mươi mốt phần trăm của bà ấy trong Marcel và Neffe. Tôi có thể nói với các vị trong sự bảo mật tuyệt đối rằng bốn cổ đông còn lại sẽ sẵn lòng bán phần vốn của họ trong công ty nếu họ nhận được một đề nghị hợp lý.’</w:t>
      </w:r>
    </w:p>
    <w:p>
      <w:pPr>
        <w:spacing w:after="80"/>
      </w:pPr>
      <w:r>
        <w:rPr>
          <w:b w:val="0"/>
          <w:i w:val="0"/>
        </w:rPr>
        <w:t>‘Vì giá cổ phiếu đã sụp đổ,’ Faulkner nói, lần đầu tiên lên tiếng, nhưng không ngước lên, ‘tôi buộc phải hỏi họ coi thế nào là hợp lý.’</w:t>
      </w:r>
    </w:p>
    <w:p>
      <w:pPr>
        <w:spacing w:after="80"/>
      </w:pPr>
      <w:r>
        <w:rPr>
          <w:b w:val="0"/>
          <w:i w:val="0"/>
        </w:rPr>
        <w:t>‘Tôi nghĩ họ sẽ sẵn lòng nhượng lại bốn mươi chín phần trăm của họ với giá hai triệu bảng.’</w:t>
      </w:r>
    </w:p>
    <w:p>
      <w:pPr>
        <w:spacing w:after="80"/>
      </w:pPr>
      <w:r>
        <w:rPr>
          <w:b w:val="0"/>
          <w:i w:val="0"/>
        </w:rPr>
        <w:t>‘Đề nghị với họ một triệu, và nói rõ đó là đề nghị cuối cùng, không có chỗ cho thương lượng.’</w:t>
      </w:r>
    </w:p>
    <w:p>
      <w:pPr>
        <w:spacing w:after="80"/>
      </w:pPr>
      <w:r>
        <w:rPr>
          <w:b w:val="0"/>
          <w:i w:val="0"/>
        </w:rPr>
        <w:t>‘Nhưng công ty đã lãi ba trăm nghìn vào năm ngoái cơ mà.’</w:t>
      </w:r>
    </w:p>
    <w:p>
      <w:pPr>
        <w:spacing w:after="80"/>
      </w:pPr>
      <w:r>
        <w:rPr>
          <w:b w:val="0"/>
          <w:i w:val="0"/>
        </w:rPr>
        <w:t>‘Đó là năm ngoái. Thành thật mà nói, tôi sẽ ngạc nhiên nếu năm nay họ hòa vốn được. Nên tôi nhắc lại, đây là lời đề nghị cuối cùng.’</w:t>
      </w:r>
    </w:p>
    <w:p>
      <w:pPr>
        <w:spacing w:after="80"/>
      </w:pPr>
      <w:r>
        <w:rPr>
          <w:b w:val="0"/>
          <w:i w:val="0"/>
        </w:rPr>
        <w:t>‘Tôi sẽ chuyển lời của ông,’ Simpson nói, giọng chẳng có vẻ gì là hy vọng.</w:t>
      </w:r>
    </w:p>
    <w:p>
      <w:pPr>
        <w:spacing w:after="80"/>
      </w:pPr>
      <w:r>
        <w:rPr>
          <w:b w:val="0"/>
          <w:i w:val="0"/>
        </w:rPr>
        <w:t>‘Còn tài sản nào khác mà chúng tôi nên biết không?’ Booth Watson hỏi, tiếp tục đóng vai cảnh sát tốt.</w:t>
      </w:r>
    </w:p>
    <w:p>
      <w:pPr>
        <w:spacing w:after="80"/>
      </w:pPr>
      <w:r>
        <w:rPr>
          <w:b w:val="0"/>
          <w:i w:val="0"/>
        </w:rPr>
        <w:t>‘Chắc chắn là có,’ Simpson đáp. ‘Ông Rashidi đã thuê bảy két an toàn (safety deposit box) được giữ trong kho của chúng tôi, nhưng tất nhiên tôi không biết bên trong có gì. Các ông có thể kiểm tra bất cứ khi nào thuận tiện.’</w:t>
      </w:r>
    </w:p>
    <w:p>
      <w:pPr>
        <w:spacing w:after="80"/>
      </w:pPr>
      <w:r>
        <w:rPr>
          <w:b w:val="0"/>
          <w:i w:val="0"/>
        </w:rPr>
        <w:t>‘Thuận tiện ngay bây giờ đấy,’ Faulkner nói, đứng dậy và đặt lại đống hồ sơ lên bàn của người quản lý.</w:t>
      </w:r>
    </w:p>
    <w:p>
      <w:pPr>
        <w:spacing w:after="80"/>
      </w:pPr>
      <w:r>
        <w:rPr>
          <w:b w:val="0"/>
          <w:i w:val="0"/>
        </w:rPr>
        <w:t>Simpson hơi bất ngờ, nhưng nhanh chóng lấy lại bình tĩnh. ‘E rằng không được đâu, trừ khi tất nhiên các ông đang giữ chìa khóa của bà Rashidi.’</w:t>
      </w:r>
    </w:p>
    <w:p>
      <w:pPr>
        <w:spacing w:after="80"/>
      </w:pPr>
      <w:r>
        <w:rPr>
          <w:b w:val="0"/>
          <w:i w:val="0"/>
        </w:rPr>
        <w:t>Booth Watson lấy chìa khóa ra từ túi áo trong.</w:t>
      </w:r>
    </w:p>
    <w:p>
      <w:pPr>
        <w:spacing w:after="80"/>
      </w:pPr>
      <w:r>
        <w:rPr>
          <w:b w:val="0"/>
          <w:i w:val="0"/>
        </w:rPr>
        <w:t>‘Cô Davis,’ Simpson nói, ‘làm ơn đưa ông Booth Watson và đồng nghiệp của ông ấy xuống tầng hầm. Tôi sẽ gọi cho trưởng bộ phận an ninh để báo trước rằng họ đang trên đường tới.’</w:t>
      </w:r>
    </w:p>
    <w:p>
      <w:pPr>
        <w:spacing w:after="80"/>
      </w:pPr>
      <w:r>
        <w:rPr>
          <w:b w:val="0"/>
          <w:i w:val="0"/>
        </w:rPr>
        <w:t>Cô Davis gấp sổ tay lại, đứng dậy khỏi chỗ ngồi và nói, ‘Đi theo tôi, các quý ông.’</w:t>
      </w:r>
    </w:p>
    <w:p>
      <w:pPr>
        <w:spacing w:after="80"/>
      </w:pPr>
      <w:r>
        <w:rPr>
          <w:b w:val="0"/>
          <w:i w:val="0"/>
        </w:rPr>
        <w:t>Booth Watson bắt tay Simpson một lần nữa, rồi theo Faulkner và cô Davis ra khỏi phòng và quay lại thang máy.</w:t>
      </w:r>
    </w:p>
    <w:p>
      <w:pPr>
        <w:spacing w:after="80"/>
      </w:pPr>
      <w:r>
        <w:rPr>
          <w:b w:val="0"/>
          <w:i w:val="0"/>
        </w:rPr>
        <w:t>‘Thời tiết đẹp thật đấy, vào thời điểm này trong năm,’ cô Davis mở lời khi thang máy từ từ đi xuống tầng hầm.</w:t>
      </w:r>
    </w:p>
    <w:p>
      <w:pPr>
        <w:spacing w:after="80"/>
      </w:pPr>
      <w:r>
        <w:rPr>
          <w:b w:val="0"/>
          <w:i w:val="0"/>
        </w:rPr>
        <w:t>‘Vâng, đúng thế,’ Booth Watson đáp, và không bình luận thêm gì về thời tiết hay bất kỳ chủ đề nào khác cho đến khi cửa thang máy lại mở ra.</w:t>
      </w:r>
    </w:p>
    <w:p>
      <w:pPr>
        <w:spacing w:after="80"/>
      </w:pPr>
      <w:r>
        <w:rPr>
          <w:b w:val="0"/>
          <w:i w:val="0"/>
        </w:rPr>
        <w:t>Lần này, họ được đón bởi một người đàn ông cao lớn, ăn mặc chỉnh tề, tay cầm một chùm chìa khóa lớn.</w:t>
      </w:r>
    </w:p>
    <w:p>
      <w:pPr>
        <w:spacing w:after="80"/>
      </w:pPr>
      <w:r>
        <w:rPr>
          <w:b w:val="0"/>
          <w:i w:val="0"/>
        </w:rPr>
        <w:t>‘Chào buổi sáng, các quý ông. Xin đi theo tôi,’ anh ta nói rồi dẫn họ đi dọc một hành lang ánh sáng mờ ảo, cho đến khi họ tới một cánh cửa thép khổng lồ. Phải mất ba chiếc chìa khóa và một mã sáu chữ số nhập vào bàn phím trên tường thì anh ta mới kéo được cánh cửa nặng nề mở ra, để lộ một căn phòng mà từ sàn đến trần xếp đầy hàng trăm két an toàn. Người bảo vệ kiểm tra vài con số trong một cuốn sổ nhỏ rồi lôi ra bảy chiếc két và đặt chúng lên chiếc bàn ở giữa phòng.</w:t>
      </w:r>
    </w:p>
    <w:p>
      <w:pPr>
        <w:spacing w:after="80"/>
      </w:pPr>
      <w:r>
        <w:rPr>
          <w:b w:val="0"/>
          <w:i w:val="0"/>
        </w:rPr>
        <w:t>‘Chúng tôi xin phép rời đi, các quý ông,’ cô Davis nói. ‘Khi nào xong việc, xin hãy nhấn nút màu xanh trên tường. Cửa sẽ tự động mở, và tôi sẽ đưa các ông trở lại phòng của người quản lý.’</w:t>
      </w:r>
    </w:p>
    <w:p>
      <w:pPr>
        <w:spacing w:after="80"/>
      </w:pPr>
      <w:r>
        <w:rPr>
          <w:b w:val="0"/>
          <w:i w:val="0"/>
        </w:rPr>
        <w:t>'Cảm ơn,' Booth Watson nói. Cô Davis và trưởng bộ phận an ninh lặng lẽ rút lui, khép cửa lại sau lưng.</w:t>
      </w:r>
    </w:p>
    <w:p>
      <w:pPr>
        <w:spacing w:after="80"/>
      </w:pPr>
      <w:r>
        <w:rPr>
          <w:b w:val="0"/>
          <w:i w:val="0"/>
        </w:rPr>
        <w:t>Booth Watson thong thả mở từng chiếc trong bảy chiếc hộp trước khi cả hai cùng kiểm tra nội dung: tiền mặt, kim cương, trái phiếu và chứng chỉ cổ phần chất đầy sáu chiếc hộp đầu tiên, nhưng chiếc thứ bảy thì không. Booth Watson cảm thấy Hang của Aladdin hẳn sẽ giống như một cửa hàng từ thiện nếu đem so với kho báu đang bao quanh họ lúc này. Ông mất hơn một giờ để kiểm kê đầy đủ toàn bộ nội dung.</w:t>
      </w:r>
    </w:p>
    <w:p>
      <w:pPr>
        <w:spacing w:after="80"/>
      </w:pPr>
      <w:r>
        <w:rPr>
          <w:b w:val="0"/>
          <w:i w:val="0"/>
        </w:rPr>
        <w:t>'Ước tính của tôi,' ông nói, 'là có hơn hai triệu đô-la, và gần một triệu bảng Anh nữa. Tuy nhiên, dù đây là tiền đã qua sử dụng nên không thể truy dấu, những đạo luật chống rửa tiền mới nhất sẽ khiến ông khó mà tiêu thụ chúng với số lượng lớn.'</w:t>
      </w:r>
    </w:p>
    <w:p>
      <w:pPr>
        <w:spacing w:after="80"/>
      </w:pPr>
      <w:r>
        <w:rPr>
          <w:b w:val="0"/>
          <w:i w:val="0"/>
        </w:rPr>
        <w:t xml:space="preserve">'Chuyện đó chắc không thành vấn đề,' Faulkner nói. 'Có đầy quý tộc chỉ quá vui lòng bán đi vài món gia bảo để lấy tiền mặt, miễn là tôi làm được một bản sao đủ thuyết phục để treo thay vào chỗ đó, bảo đảm họ không cần phải làm phiền đến sở thuế. Và ông cũng có thể yên tâm rằng thiếu gì những người nước ngoài giàu có háo hức sở hữu các kiệt tác, phòng khi họ bỗng nhiên trở thành </w:t>
      </w:r>
      <w:r>
        <w:rPr>
          <w:b w:val="0"/>
          <w:i/>
        </w:rPr>
        <w:t>persona non grata</w:t>
      </w:r>
      <w:r>
        <w:rPr>
          <w:b w:val="0"/>
          <w:i w:val="0"/>
        </w:rPr>
        <w:t xml:space="preserve"> ở chính quê hương mình và thấy mình cần đến những tài sản dễ quy đổi.'</w:t>
      </w:r>
    </w:p>
    <w:p>
      <w:pPr>
        <w:spacing w:after="80"/>
      </w:pPr>
      <w:r>
        <w:rPr>
          <w:b w:val="0"/>
          <w:i w:val="0"/>
        </w:rPr>
        <w:t>'Điều đó không giải quyết được vấn đề làm sao ông mua được số cổ phần còn lại ở Marcel và Neffe. Simpson sẽ không bao giờ chấp nhận thanh toán bằng tiền mặt với số tiền đó. Mọi giao dịch sẽ phải minh bạch và đúng pháp luật.'</w:t>
      </w:r>
    </w:p>
    <w:p>
      <w:pPr>
        <w:spacing w:after="80"/>
      </w:pPr>
      <w:r>
        <w:rPr>
          <w:b w:val="0"/>
          <w:i w:val="0"/>
        </w:rPr>
        <w:t>'Và nó sẽ hoàn toàn như vậy,' Miles nói. 'Rashidi có ba tài khoản ngân hàng hợp pháp, một trong số đó có số dư hơn một triệu bảng. Vậy là chúng ta có thể mua 49 phần trăm còn lại của công ty bằng chính tiền của ông ta.'</w:t>
      </w:r>
    </w:p>
    <w:p>
      <w:pPr>
        <w:spacing w:after="80"/>
      </w:pPr>
      <w:r>
        <w:rPr>
          <w:b w:val="0"/>
          <w:i w:val="0"/>
        </w:rPr>
        <w:t>'Ông định để tôi giải thích chuyện đó với bà Rashidi thế nào? Bà ấy có thể không ngây thơ như tờ tiền đâu.'</w:t>
      </w:r>
    </w:p>
    <w:p>
      <w:pPr>
        <w:spacing w:after="80"/>
      </w:pPr>
      <w:r>
        <w:rPr>
          <w:b w:val="0"/>
          <w:i w:val="0"/>
        </w:rPr>
        <w:t>'Ông có thể nói với bà ấy rằng đó là tiền bẩn, do con trai bà kiếm được từ những vụ buôn bán ma túy bất hợp pháp. Thế thì bà ấy sẽ chẳng muốn dính dáng gì đến nó.'</w:t>
      </w:r>
    </w:p>
    <w:p>
      <w:pPr>
        <w:spacing w:after="80"/>
      </w:pPr>
      <w:r>
        <w:rPr>
          <w:b w:val="0"/>
          <w:i w:val="0"/>
        </w:rPr>
        <w:t>'Nhưng còn 51 phần trăm cổ phần của bà ấy ở Marcel và Neffe thì sao?'</w:t>
      </w:r>
    </w:p>
    <w:p>
      <w:pPr>
        <w:spacing w:after="80"/>
      </w:pPr>
      <w:r>
        <w:rPr>
          <w:b w:val="0"/>
          <w:i w:val="0"/>
        </w:rPr>
        <w:t xml:space="preserve">'Tôi tin chắc bà ấy sẽ nhượng lại số cổ phần đó để đổi lấy bức </w:t>
      </w:r>
      <w:r>
        <w:rPr>
          <w:b w:val="0"/>
          <w:i/>
        </w:rPr>
        <w:t>Madonna di Cesare</w:t>
      </w:r>
      <w:r>
        <w:rPr>
          <w:b w:val="0"/>
          <w:i w:val="0"/>
        </w:rPr>
        <w:t xml:space="preserve"> của Raphael.'</w:t>
      </w:r>
    </w:p>
    <w:p>
      <w:pPr>
        <w:spacing w:after="80"/>
      </w:pPr>
      <w:r>
        <w:rPr>
          <w:b w:val="0"/>
          <w:i w:val="0"/>
        </w:rPr>
        <w:t>'Nhưng bức đó hẳn phải đáng giá hàng triệu.'</w:t>
      </w:r>
    </w:p>
    <w:p>
      <w:pPr>
        <w:spacing w:after="80"/>
      </w:pPr>
      <w:r>
        <w:rPr>
          <w:b w:val="0"/>
          <w:i w:val="0"/>
        </w:rPr>
        <w:t>'Đúng thế, nếu đó là bản gốc.'</w:t>
      </w:r>
    </w:p>
    <w:p>
      <w:pPr>
        <w:spacing w:after="80"/>
      </w:pPr>
      <w:r>
        <w:rPr>
          <w:b w:val="0"/>
          <w:i w:val="0"/>
        </w:rPr>
        <w:t>'Nếu bà ấy đem nó ra bán thì sao?'</w:t>
      </w:r>
    </w:p>
    <w:p>
      <w:pPr>
        <w:spacing w:after="80"/>
      </w:pPr>
      <w:r>
        <w:rPr>
          <w:b w:val="0"/>
          <w:i w:val="0"/>
        </w:rPr>
        <w:t>'Không đời nào. Người phụ nữ kính Chúa ấy thà chết chứ không bán Đức Mẹ.'</w:t>
      </w:r>
    </w:p>
    <w:p>
      <w:pPr>
        <w:spacing w:after="80"/>
      </w:pPr>
      <w:r>
        <w:rPr>
          <w:b w:val="0"/>
          <w:i w:val="0"/>
        </w:rPr>
        <w:t>'Trừ khi bà ấy tình cờ gặp được bản gốc.'</w:t>
      </w:r>
    </w:p>
    <w:p>
      <w:pPr>
        <w:spacing w:after="80"/>
      </w:pPr>
      <w:r>
        <w:rPr>
          <w:b w:val="0"/>
          <w:i w:val="0"/>
        </w:rPr>
        <w:t>'Điều đó cực kỳ khó xảy ra, vì tôi đang sở hữu nó, và không có ý định đưa nó ra thị trường.'</w:t>
      </w:r>
    </w:p>
    <w:p>
      <w:pPr>
        <w:spacing w:after="80"/>
      </w:pPr>
      <w:r>
        <w:rPr>
          <w:b w:val="0"/>
          <w:i w:val="0"/>
        </w:rPr>
        <w:t>‘Và tôi sẽ được lợi gì từ kế hoạch vĩ đại của anh, nhất là khi nhớ rằng không có gì trong số này,’ Booth Watson vung tay một cách hào phóng, ‘có thể thành hiện thực nếu không có tôi?’</w:t>
      </w:r>
    </w:p>
    <w:p>
      <w:pPr>
        <w:spacing w:after="80"/>
      </w:pPr>
      <w:r>
        <w:rPr>
          <w:b w:val="0"/>
          <w:i w:val="0"/>
        </w:rPr>
        <w:t>‘Anh sẽ phụ trách việc tiếp quản thành công Marcel và Neffe, sau đó anh sẽ trở thành cố vấn pháp lý của công ty, với mức thù lao hàng tháng đủ cao để đảm bảo anh không bao giờ cần đại diện cho bất kỳ khách hàng nào khác nữa.’</w:t>
      </w:r>
    </w:p>
    <w:p>
      <w:pPr>
        <w:spacing w:after="80"/>
      </w:pPr>
      <w:r>
        <w:rPr>
          <w:b w:val="0"/>
          <w:i w:val="0"/>
        </w:rPr>
        <w:t>‘Kèm theo tiền thưởng,’ Booth Watson gợi ý, nhìn những chồng tiền mặt chất đống trên bàn trước mặt họ.</w:t>
      </w:r>
    </w:p>
    <w:p>
      <w:pPr>
        <w:spacing w:after="80"/>
      </w:pPr>
      <w:r>
        <w:rPr>
          <w:b w:val="0"/>
          <w:i w:val="0"/>
        </w:rPr>
        <w:t>‘Tất nhiên rồi,’ Faulkner nói, lấy vài gói giấy bạc hai mươi bảng còn niêm phong từ một trong những chiếc hộp và đưa cho Booth Watson. ‘Chỗ này đủ lo cho những nhu cầu nhỏ nhặt của cuộc sống trong thời gian tới. Và nếu anh tiêu hết, còn nhiều lắm ở chỗ khác.’</w:t>
      </w:r>
    </w:p>
    <w:p>
      <w:pPr>
        <w:spacing w:after="80"/>
      </w:pPr>
      <w:r>
        <w:rPr>
          <w:b w:val="0"/>
          <w:i w:val="0"/>
        </w:rPr>
        <w:t>Nụ cười của Booth Watson vẫn giữ nguyên khi ông nhét mấy xấp tiền mặt vào chiếc cặp Gladstone của mình, rồi thêm vào đó là những thứ trong chiếc hộp thứ bảy. ‘Tôi sẽ mang tất cả đồ cá nhân đến Lyons,’ ông nói, ‘và trao chúng cho bà Rashidi. Những bức ảnh, thư từ, và vài kỷ vật gia đình mà tôi biết bà ấy sẽ trân trọng.’</w:t>
      </w:r>
    </w:p>
    <w:p>
      <w:pPr>
        <w:spacing w:after="80"/>
      </w:pPr>
      <w:r>
        <w:rPr>
          <w:b w:val="0"/>
          <w:i w:val="0"/>
        </w:rPr>
        <w:t>‘Cùng với bản sao bức tranh của Raphael, mà tôi tin chắc bà ấy sẽ không thể cưỡng lại được,’ Faulkner nói.</w:t>
      </w:r>
    </w:p>
    <w:p>
      <w:pPr>
        <w:spacing w:after="80"/>
      </w:pPr>
      <w:r>
        <w:rPr>
          <w:b w:val="0"/>
          <w:i w:val="0"/>
        </w:rPr>
        <w:t>‘Tóm lại, một buổi sáng làm việc hiệu quả,’ Booth Watson tuyên bố, khi ông nhấc chiếc cặp nặng trịch lên trong khi Faulkner bấm nút xanh. Cánh cửa mở ra để lộ cô Davis và trưởng bộ phận an ninh đang đợi họ. ‘Hiện tại chúng tôi đã xong việc,’ Booth Watson nói. ‘Nhưng tôi sẽ thỉnh thoảng quay lại.’</w:t>
      </w:r>
    </w:p>
    <w:p>
      <w:pPr>
        <w:jc w:val="center"/>
      </w:pPr>
      <w:r>
        <w:drawing>
          <wp:inline xmlns:a="http://schemas.openxmlformats.org/drawingml/2006/main" xmlns:pic="http://schemas.openxmlformats.org/drawingml/2006/picture">
            <wp:extent cx="752475" cy="161926"/>
            <wp:docPr id="72" name="Picture 7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Beth đang cho hai đứa sinh đôi bú thì nghe thấy tiếng cổng mở. Cô nhìn ra cửa sổ và thấy một người phụ nữ trẻ đang đẩy một phong bì qua khe hộp thư của họ. Chắc là thông báo của giáo xứ hoặc lời mời dự buổi tiệc tối của Đảng Bảo thủ địa phương, cô nghĩ, cả hai đều sẽ thất vọng. Cô nhìn người phụ nữ kỹ hơn khi cô ấy đi ngược lại lối đi nhỏ. Có điều gì đó quen thuộc về cô ấy, nhưng Beth không thể nhớ ra mình đã gặp cô ấy ở đâu hay khi nào.</w:t>
      </w:r>
    </w:p>
    <w:p>
      <w:pPr>
        <w:spacing w:after="80"/>
      </w:pPr>
      <w:r>
        <w:rPr>
          <w:b w:val="0"/>
          <w:i w:val="0"/>
        </w:rPr>
        <w:t>Cô đang bế lũ trẻ lên lầu thì nghe thấy tiếng cổng mở lần thứ hai, và mỉm cười khi nghĩ rằng William hôm nay về sớm hơn thường lệ. Sau khi đặt hai đứa sinh đôi vào nôi, cô xuống lầu và thấy anh đang đọc một mẩu giấy một trang.</w:t>
      </w:r>
    </w:p>
    <w:p>
      <w:pPr>
        <w:spacing w:after="80"/>
      </w:pPr>
      <w:r>
        <w:rPr>
          <w:b w:val="0"/>
          <w:i w:val="0"/>
        </w:rPr>
        <w:t>‘Em có thấy ai mang cái này đến không?’ anh hỏi, không ngẩng lên.</w:t>
      </w:r>
    </w:p>
    <w:p>
      <w:pPr>
        <w:spacing w:after="80"/>
      </w:pPr>
      <w:r>
        <w:rPr>
          <w:b w:val="0"/>
          <w:i w:val="0"/>
        </w:rPr>
        <w:t>‘Có. Và thật tuyệt khi cũng được gặp anh.’</w:t>
      </w:r>
    </w:p>
    <w:p>
      <w:pPr>
        <w:spacing w:after="80"/>
      </w:pPr>
      <w:r>
        <w:rPr>
          <w:b w:val="0"/>
          <w:i w:val="0"/>
        </w:rPr>
        <w:t>‘Xin lỗi,’ anh nói, ôm cô vào lòng.</w:t>
      </w:r>
    </w:p>
    <w:p>
      <w:pPr>
        <w:spacing w:after="80"/>
      </w:pPr>
      <w:r>
        <w:rPr>
          <w:b w:val="0"/>
          <w:i w:val="0"/>
        </w:rPr>
        <w:t>‘Em chỉ thoáng thấy cô ấy. Cô ấy trẻ, chắc khoảng giữa hai mươi, tóc đen. Em nghĩ có lẽ cô ấy đang mang thai.’</w:t>
      </w:r>
    </w:p>
    <w:p>
      <w:pPr>
        <w:spacing w:after="80"/>
      </w:pPr>
      <w:r>
        <w:rPr>
          <w:b w:val="0"/>
          <w:i w:val="0"/>
        </w:rPr>
        <w:t>William gật đầu và đọc lại mẩu giấy lần thứ hai.</w:t>
      </w:r>
    </w:p>
    <w:p>
      <w:pPr>
        <w:spacing w:after="80"/>
      </w:pPr>
      <w:r>
        <w:rPr>
          <w:b w:val="0"/>
          <w:i/>
        </w:rPr>
        <w:t>Có mặt tại Playboy Club ở Park Lane lúc 7 giờ 30 tối nay. Đừng để ý đến mấy cô thỏ, hãy để mắt đến những kẻ săn trộm.</w:t>
      </w:r>
    </w:p>
    <w:p>
      <w:pPr>
        <w:spacing w:after="80"/>
      </w:pPr>
      <w:r>
        <w:rPr>
          <w:b w:val="0"/>
          <w:i w:val="0"/>
        </w:rPr>
        <w:t>‘Em đã làm món tối anh thích nhất đấy, đồ người hang,’ Beth nói, ‘nên em hy vọng anh đang đói.’</w:t>
      </w:r>
    </w:p>
    <w:p>
      <w:pPr>
        <w:spacing w:after="80"/>
      </w:pPr>
      <w:r>
        <w:rPr>
          <w:b w:val="0"/>
          <w:i w:val="0"/>
        </w:rPr>
        <w:t>William đưa cho cô tờ giấy nhắn. Đọc xong, cô nói: "Hừm, đó là nơi cậu có thể giao du với cả đống người tiền sử khác, nhưng tôi dám cá là họ chẳng phục vụ bánh thịt cừu shepherd's pie ở Playboy Club đâu."</w:t>
      </w:r>
    </w:p>
    <w:p>
      <w:pPr>
        <w:pStyle w:val="Heading2"/>
      </w:pPr>
      <w:r>
        <w:rPr>
          <w:rFonts w:ascii="Calibri" w:hAnsi="Calibri"/>
          <w:b/>
          <w:i w:val="0"/>
          <w:sz w:val="32"/>
        </w:rPr>
        <w:t>25</w:t>
      </w:r>
    </w:p>
    <w:p>
      <w:pPr>
        <w:spacing w:after="80"/>
      </w:pPr>
      <w:r>
        <w:rPr>
          <w:b w:val="0"/>
          <w:i w:val="0"/>
        </w:rPr>
        <w:t>William đến Playboy Club ở Park Lane ngay sau bảy giờ, tự tin rằng mình sẽ có dư thời gian để làm quen với cơ ngơi này, vì anh biết Summers mãi đến tám giờ mới tan ca.</w:t>
      </w:r>
    </w:p>
    <w:p>
      <w:pPr>
        <w:spacing w:after="80"/>
      </w:pPr>
      <w:r>
        <w:rPr>
          <w:b w:val="0"/>
          <w:i w:val="0"/>
        </w:rPr>
        <w:t xml:space="preserve">Sau khi ký tên vào sổ, anh leo cầu thang lên tầng một và bước vào sòng bạc. Anh chậm rãi đi quanh phòng chơi, ngó qua đủ kiểu thua tiền khác nhau. Một tá bàn blackjack và vài bàn roulette do các croupier (người chia bài) điều khiển, họ quay bánh xe trong khi khách hàng dõi theo đường đi của một quả bóng trắng nhỏ, tha thiết cầu mong nó dừng đúng con số mình chọn. Chín mươi ba phần trăm thời gian là nó không dừng đúng. Ở cuối phòng, William để ý thấy một cánh cửa đề chữ </w:t>
      </w:r>
      <w:r>
        <w:rPr>
          <w:b w:val="0"/>
          <w:i/>
        </w:rPr>
        <w:t>Privé</w:t>
      </w:r>
      <w:r>
        <w:rPr>
          <w:b w:val="0"/>
          <w:i w:val="0"/>
        </w:rPr>
        <w:t>, qua đó anh đoán chỉ những tay chơi lớn mới được mời vào. Một lời mời sẽ chẳng bao giờ đến với anh.</w:t>
      </w:r>
    </w:p>
    <w:p>
      <w:pPr>
        <w:spacing w:after="80"/>
      </w:pPr>
      <w:r>
        <w:rPr>
          <w:b w:val="0"/>
          <w:i w:val="0"/>
        </w:rPr>
        <w:t>Sau khi dạo thêm một vòng quanh sảnh chơi, anh ngồi xuống cuối quầy bar và chờ Summers xuất hiện.</w:t>
      </w:r>
    </w:p>
    <w:p>
      <w:pPr>
        <w:spacing w:after="80"/>
      </w:pPr>
      <w:r>
        <w:rPr>
          <w:b w:val="0"/>
          <w:i w:val="0"/>
        </w:rPr>
        <w:t>"Quý ngài dùng gì ạ?" anh phục vụ bar chu đáo hỏi.</w:t>
      </w:r>
    </w:p>
    <w:p>
      <w:pPr>
        <w:spacing w:after="80"/>
      </w:pPr>
      <w:r>
        <w:rPr>
          <w:b w:val="0"/>
          <w:i w:val="0"/>
        </w:rPr>
        <w:t>"Một ly nước cam, làm ơn," William nói, rút ví ra.</w:t>
      </w:r>
    </w:p>
    <w:p>
      <w:pPr>
        <w:spacing w:after="80"/>
      </w:pPr>
      <w:r>
        <w:rPr>
          <w:b w:val="0"/>
          <w:i w:val="0"/>
        </w:rPr>
        <w:t>"Miễn phí ạ, thưa ngài," anh phục vụ nói với vị khách lần đầu đến.</w:t>
      </w:r>
    </w:p>
    <w:p>
      <w:pPr>
        <w:spacing w:after="80"/>
      </w:pPr>
      <w:r>
        <w:rPr>
          <w:b w:val="0"/>
          <w:i w:val="0"/>
        </w:rPr>
        <w:t>Một tiếng trôi qua, vẫn chẳng thấy bóng dáng Summers đâu. Thêm một tiếng nữa, William bắt đầu tự hỏi liệu cảnh sát Bailey có phải đã gài anh để cứu bạn trai cô ta, còn để mặc anh ngồi đó mà ước giá như mình ở nhà.</w:t>
      </w:r>
    </w:p>
    <w:p>
      <w:pPr>
        <w:spacing w:after="80"/>
      </w:pPr>
      <w:r>
        <w:rPr>
          <w:b w:val="0"/>
          <w:i w:val="0"/>
        </w:rPr>
        <w:t>William suýt ngã khỏi ghế bar khi cánh cửa mở ra và Bruce Lamont thong thả bước vào. William vội vàng phóng tới cầu thang gần nhất, thậm chí chẳng biết nó dẫn đi đâu. Khi lên tới bậc trên cùng, anh được người quản lý nhà hàng (maître d') đón tiếp.</w:t>
      </w:r>
    </w:p>
    <w:p>
      <w:pPr>
        <w:spacing w:after="80"/>
      </w:pPr>
      <w:r>
        <w:rPr>
          <w:b w:val="0"/>
          <w:i w:val="0"/>
        </w:rPr>
        <w:t>"Quý ngài có muốn dùng bữa tối cùng chúng tôi không ạ?" một người đã quen với cảnh khách ăn tối một mình hỏi.</w:t>
      </w:r>
    </w:p>
    <w:p>
      <w:pPr>
        <w:spacing w:after="80"/>
      </w:pPr>
      <w:r>
        <w:rPr>
          <w:b w:val="0"/>
          <w:i w:val="0"/>
        </w:rPr>
        <w:t>"Không, cảm ơn," William nói. "Tôi ăn rồi." Anh liếc qua lan can, thấy Lamont đang đứng ở quầy bar, chỉ cách chỗ anh vừa ngồi vài ghế. "Nhưng tôi muốn một ly cà phê," anh nói, mắt nhìn về một chiếc bàn ở tận cuối ban công.</w:t>
      </w:r>
    </w:p>
    <w:p>
      <w:pPr>
        <w:spacing w:after="80"/>
      </w:pPr>
      <w:r>
        <w:rPr>
          <w:b w:val="0"/>
          <w:i w:val="0"/>
        </w:rPr>
        <w:t>"Dĩ nhiên rồi, thưa ngài. Ngài cứ ngồi xuống, cô phục vụ sẽ tới ngay."</w:t>
      </w:r>
    </w:p>
    <w:p>
      <w:pPr>
        <w:spacing w:after="80"/>
      </w:pPr>
      <w:r>
        <w:rPr>
          <w:b w:val="0"/>
          <w:i w:val="0"/>
        </w:rPr>
        <w:t>Từ vị trí quan sát mới, William có tầm nhìn toàn cảnh sàn sòng bạc, trong khi vẫn nấp nửa người sau một cây cột giả đá cẩm thạch. Lamont đang nhấm nháp sâm panh và trò chuyện với anh phục vụ bar thì Summers thong thả bước vào sòng bạc và đi ngang qua nhập bọn với anh ta ở quầy bar.</w:t>
      </w:r>
    </w:p>
    <w:p>
      <w:pPr>
        <w:spacing w:after="80"/>
      </w:pPr>
      <w:r>
        <w:rPr>
          <w:b w:val="0"/>
          <w:i w:val="0"/>
        </w:rPr>
        <w:t>"Quý ngài muốn uống gì ạ?" một cô gái trẻ mặc bộ trang phục chẳng để lại chút gì cho trí tưởng tượng hỏi.</w:t>
      </w:r>
    </w:p>
    <w:p>
      <w:pPr>
        <w:spacing w:after="80"/>
      </w:pPr>
      <w:r>
        <w:rPr>
          <w:b w:val="0"/>
          <w:i w:val="0"/>
        </w:rPr>
        <w:t>"Chỉ cà phê thôi," William nói, cố không nhìn chằm chằm vào đôi tai thỏ to đặc trưng và cái đuôi tơ bông xù của cô. "Cà phê đen."</w:t>
      </w:r>
    </w:p>
    <w:p>
      <w:pPr>
        <w:spacing w:after="80"/>
      </w:pPr>
      <w:r>
        <w:rPr>
          <w:b w:val="0"/>
          <w:i w:val="0"/>
        </w:rPr>
        <w:t>Anh quay lại nhìn quầy bar, nơi Lamont và Summers đang mải mê trò chuyện. William bắt đầu tự hỏi liệu họ chọn câu lạc bộ làm điểm hẹn đơn giản chỉ vì khó có khả năng gặp ai đó nhận ra họ, nhưng rồi cuộc nói chuyện dừng lại. Summers đứng dậy và tiến về bàn roulette gần nhất.</w:t>
      </w:r>
    </w:p>
    <w:p>
      <w:pPr>
        <w:spacing w:after="80"/>
      </w:pPr>
      <w:r>
        <w:rPr>
          <w:b w:val="0"/>
          <w:i w:val="0"/>
        </w:rPr>
        <w:t>Anh đưa cho người chia bài một gói giấy bóng kính đựng năm trăm bảng Anh toàn giấy năm bảng mà William lần cuối nhìn thấy trong văn phòng của Hawk. Người chia bài trải tiền ra mặt bàn nỉ xanh và đếm, rồi thả tiền vào một hộp nhựa cho mọi người cùng thấy. Sau đó ông ta đẩy một chồng chip nhỏ qua bàn cho khách hàng mới của mình.</w:t>
      </w:r>
    </w:p>
    <w:p>
      <w:pPr>
        <w:spacing w:after="80"/>
      </w:pPr>
      <w:r>
        <w:rPr>
          <w:b w:val="0"/>
          <w:i w:val="0"/>
        </w:rPr>
        <w:t>William không biết nhiều về cờ bạc, nhưng anh biết roulette là một trong những cách dễ mất tiền nhất. Cá ngựa về nhì sát nút, cha anh đã cảnh báo anh từ khi còn nhỏ. Nếu không phải vậy, ông giải thích, thì chính các sòng bạc và nhà cái, chứ không phải người chơi, mới là những kẻ cuối cùng phá sản.</w:t>
      </w:r>
    </w:p>
    <w:p>
      <w:pPr>
        <w:spacing w:after="80"/>
      </w:pPr>
      <w:r>
        <w:rPr>
          <w:b w:val="0"/>
          <w:i w:val="0"/>
        </w:rPr>
        <w:t>Vài phút sau, Lamont đến ngồi đối diện, không thèm để ý đến anh. Ông ta đưa thêm năm trăm bảng, và cũng nhận được một đống chip. William nhấp ngụm cà phê trong khi cố đoán xem họ đang làm gì.</w:t>
      </w:r>
    </w:p>
    <w:p>
      <w:pPr>
        <w:spacing w:after="80"/>
      </w:pPr>
      <w:r>
        <w:rPr>
          <w:b w:val="0"/>
          <w:i w:val="0"/>
        </w:rPr>
        <w:t>‘</w:t>
      </w:r>
      <w:r>
        <w:rPr>
          <w:b w:val="0"/>
          <w:i/>
        </w:rPr>
        <w:t>Faites vos jeux</w:t>
      </w:r>
      <w:r>
        <w:rPr>
          <w:b w:val="0"/>
          <w:i w:val="0"/>
        </w:rPr>
        <w:t>,’ người chia bài nói khi quay bánh xe.</w:t>
      </w:r>
    </w:p>
    <w:p>
      <w:pPr>
        <w:spacing w:after="80"/>
      </w:pPr>
      <w:r>
        <w:rPr>
          <w:b w:val="0"/>
          <w:i w:val="0"/>
        </w:rPr>
        <w:t>Lamont đặt năm chip vào ô đen, trong khi Summers đặt số lượng tương tự vào ô đỏ, đảm bảo một người chắc chắn thắng, còn người kia cũng chắc chắn thua.</w:t>
      </w:r>
    </w:p>
    <w:p>
      <w:pPr>
        <w:spacing w:after="80"/>
      </w:pPr>
      <w:r>
        <w:rPr>
          <w:b w:val="0"/>
          <w:i w:val="0"/>
        </w:rPr>
        <w:t>‘</w:t>
      </w:r>
      <w:r>
        <w:rPr>
          <w:b w:val="0"/>
          <w:i/>
        </w:rPr>
        <w:t>Rien ne va plus</w:t>
      </w:r>
      <w:r>
        <w:rPr>
          <w:b w:val="0"/>
          <w:i w:val="0"/>
        </w:rPr>
        <w:t>,’ người chia bài tuyên bố. Quả bóng tiếp tục quay quanh vành ngoài rồi rơi về phía các con số, nảy lên nảy xuống một lúc lâu, cuối cùng dừng lại ở ô đỏ số 27.</w:t>
      </w:r>
    </w:p>
    <w:p>
      <w:pPr>
        <w:spacing w:after="80"/>
      </w:pPr>
      <w:r>
        <w:rPr>
          <w:b w:val="0"/>
          <w:i w:val="0"/>
        </w:rPr>
        <w:t>Người chia bài gom hết các cược thua, kể cả của Lamont, rồi đẩy thêm năm chip về phía Summers.</w:t>
      </w:r>
    </w:p>
    <w:p>
      <w:pPr>
        <w:spacing w:after="80"/>
      </w:pPr>
      <w:r>
        <w:rPr>
          <w:b w:val="0"/>
          <w:i w:val="0"/>
        </w:rPr>
        <w:t>‘</w:t>
      </w:r>
      <w:r>
        <w:rPr>
          <w:b w:val="0"/>
          <w:i/>
        </w:rPr>
        <w:t>Faites vos jeux</w:t>
      </w:r>
      <w:r>
        <w:rPr>
          <w:b w:val="0"/>
          <w:i w:val="0"/>
        </w:rPr>
        <w:t>,’ ông ta lại thông báo.</w:t>
      </w:r>
    </w:p>
    <w:p>
      <w:pPr>
        <w:spacing w:after="80"/>
      </w:pPr>
      <w:r>
        <w:rPr>
          <w:b w:val="0"/>
          <w:i w:val="0"/>
        </w:rPr>
        <w:t>Một số người chơi bám lấy những con số yêu thích mà chẳng có lý do gì, trong khi những người khác theo đuổi những hệ thống được cho là bất bại, phớt lờ sự thật rằng đã có cả ngàn cuốn sách viết về chủ đề này, phần lớn đều đã ngừng in.</w:t>
      </w:r>
    </w:p>
    <w:p>
      <w:pPr>
        <w:spacing w:after="80"/>
      </w:pPr>
      <w:r>
        <w:rPr>
          <w:b w:val="0"/>
          <w:i w:val="0"/>
        </w:rPr>
        <w:t>Lamont đặt thêm năm chip vào ô đen, trong khi Summers vẫn giữ ô đỏ. Đỏ số 11. Summers lại thắng, còn Lamont thua. Sau hai lượt quay, tính chung họ chẳng mất gì cũng chẳng được gì, chỉ hòa vốn. William không mất nhiều thời gian để hiểu chính xác họ đang làm gì.</w:t>
      </w:r>
    </w:p>
    <w:p>
      <w:pPr>
        <w:spacing w:after="80"/>
      </w:pPr>
      <w:r>
        <w:rPr>
          <w:b w:val="0"/>
          <w:i w:val="0"/>
        </w:rPr>
        <w:t xml:space="preserve">Họ chỉ đơn giản và có phương pháp đổi những tờ tiền đánh số của Hawk lấy chip, rồi cuối cùng sẽ đổi chip lấy séc của sòng bạc. Tiền thắng của họ sau đó có thể được gửi vào bất kỳ ngân hàng nào, </w:t>
      </w:r>
      <w:r>
        <w:rPr>
          <w:b w:val="0"/>
          <w:i/>
        </w:rPr>
        <w:t>kết quả của một chuỗi may mắn trên bàn chơi</w:t>
      </w:r>
      <w:r>
        <w:rPr>
          <w:b w:val="0"/>
          <w:i w:val="0"/>
        </w:rPr>
        <w:t>, nếu có ai hỏi. Hai lần số không xuất hiện, và cả hai đều mất năm bảng đặt cược. Một trục trặc nhỏ trong kế hoạch tổng thể, vì họ đâu phải trả tiền cho champagne miễn phí và bánh sandwich cá hồi hun khói.</w:t>
      </w:r>
    </w:p>
    <w:p>
      <w:pPr>
        <w:spacing w:after="80"/>
      </w:pPr>
      <w:r>
        <w:rPr>
          <w:b w:val="0"/>
          <w:i w:val="0"/>
        </w:rPr>
        <w:t>Sau một giờ trôi qua, Summers và Lamont gom chip và tiến đến một bàn khác, nơi một lần nữa mỗi người lại đưa ra một gói giấy bóng kính đựng năm trăm bảng trước khi tiếp tục công việc chung của họ. William biết mình chẳng thể làm gì được. Anh có thể hình dung phản ứng của Hawk nếu anh gọi Đội Điều tra Tội phạm địa phương và đề nghị họ đột kích sòng bạc.</w:t>
      </w:r>
    </w:p>
    <w:p>
      <w:pPr>
        <w:spacing w:after="80"/>
      </w:pPr>
      <w:r>
        <w:rPr>
          <w:b w:val="0"/>
          <w:i w:val="0"/>
        </w:rPr>
        <w:t>Một giờ nữa trôi qua trước khi họ chuyển sang bàn tiếp theo, túi áo giờ đã căng phồng chip. Chiến lược này tiếp diễn cho đến khi gói tiền mặt cuối cùng được xử lý xong, khi họ cuối cùng rời bàn để xếp vào hàng ngắn trước quầy thu ngân. Một nhân viên thu ngân viết hai tấm séc, mỗi tấm ba ngàn chín trăm bảng, để đổi lấy chip của họ.</w:t>
      </w:r>
    </w:p>
    <w:p>
      <w:pPr>
        <w:spacing w:after="80"/>
      </w:pPr>
      <w:r>
        <w:rPr>
          <w:b w:val="0"/>
          <w:i w:val="0"/>
        </w:rPr>
        <w:t>Summers và Lamont rời câu lạc bộ với ít hơn hai trăm bảng so với lúc đến, nhưng với một khác biệt thiết yếu. Họ đã tống khứ được những tờ tiền ban đầu.</w:t>
      </w:r>
    </w:p>
    <w:p>
      <w:pPr>
        <w:spacing w:after="80"/>
      </w:pPr>
      <w:r>
        <w:rPr>
          <w:b w:val="0"/>
          <w:i w:val="0"/>
        </w:rPr>
        <w:t>William phải thừa nhận rằng họ đã tìm ra cách rửa tiền ngay dưới mũi các ông chủ sòng bạc và cảnh sát. Anh chỉ có thể tự hỏi bao lâu nữa sẽ có một đạo luật được thông qua để ngăn người khác chơi cùng một trò.</w:t>
      </w:r>
    </w:p>
    <w:p>
      <w:pPr>
        <w:spacing w:after="80"/>
      </w:pPr>
      <w:r>
        <w:rPr>
          <w:b w:val="0"/>
          <w:i w:val="0"/>
        </w:rPr>
        <w:t>Dù đã khuya, William biết vị chỉ huy sẽ ngồi bên điện thoại ở nhà, chờ cuộc gọi. Ông nhấc máy trước khi hồi chuông thứ hai kịp đánh thức vợ mình.</w:t>
      </w:r>
    </w:p>
    <w:p>
      <w:pPr>
        <w:spacing w:after="80"/>
      </w:pPr>
      <w:r>
        <w:rPr>
          <w:b w:val="0"/>
          <w:i w:val="0"/>
        </w:rPr>
        <w:t>‘Nói cho tôi nghe đi,’ Chim Ưng nói, biết rằng chỉ có một người sẽ gọi cho mình vào giờ này đêm.</w:t>
      </w:r>
    </w:p>
    <w:p>
      <w:pPr>
        <w:spacing w:after="80"/>
      </w:pPr>
      <w:r>
        <w:rPr>
          <w:b w:val="0"/>
          <w:i w:val="0"/>
        </w:rPr>
        <w:t>William kể lại buổi tối của anh ở câu lạc bộ Playboy, và khi anh kể đến vòng quay cuối cùng của bánh xe, tất cả những gì Chim Ưng nói là, ‘Khéo thật.’</w:t>
      </w:r>
    </w:p>
    <w:p>
      <w:pPr>
        <w:spacing w:after="80"/>
      </w:pPr>
      <w:r>
        <w:rPr>
          <w:b w:val="0"/>
          <w:i w:val="0"/>
        </w:rPr>
        <w:t>‘Nhưng họ đã phạm một sai lầm, thưa ngài,’ William nói, ‘mà có thể vẫn còn khiến họ bị lộ.’</w:t>
      </w:r>
    </w:p>
    <w:p>
      <w:pPr>
        <w:spacing w:after="80"/>
      </w:pPr>
      <w:r>
        <w:rPr>
          <w:b w:val="0"/>
          <w:i w:val="0"/>
        </w:rPr>
        <w:t>‘Nói cho tôi nghe đi,’ ông lặp lại.</w:t>
      </w:r>
    </w:p>
    <w:p>
      <w:pPr>
        <w:spacing w:after="80"/>
      </w:pPr>
      <w:r>
        <w:rPr>
          <w:b w:val="0"/>
          <w:i w:val="0"/>
        </w:rPr>
        <w:t>‘Theo những gì tôi có thể nhận ra, họ không rửa toàn bộ số tiền. Có vẻ như họ đã tống khứ khoảng tám ngàn bảng tiền mặt, vậy là vẫn còn hai ngàn bảng ở đâu đó ngoài kia.’</w:t>
      </w:r>
    </w:p>
    <w:p>
      <w:pPr>
        <w:spacing w:after="80"/>
      </w:pPr>
      <w:r>
        <w:rPr>
          <w:b w:val="0"/>
          <w:i w:val="0"/>
        </w:rPr>
        <w:t>‘Đừng quên rằng DI Castle sẽ được trả phần của anh ta.’</w:t>
      </w:r>
    </w:p>
    <w:p>
      <w:pPr>
        <w:spacing w:after="80"/>
      </w:pPr>
      <w:r>
        <w:rPr>
          <w:b w:val="0"/>
          <w:i w:val="0"/>
        </w:rPr>
        <w:t>‘Tôi không quên đâu, thưa ngài. Thực ra, tôi định đề xuất chúng ta xin lệnh khám xét cả ba cơ sở, và nếu chúng ta tìm thấy bất kỳ tờ tiền đánh số nào của chúng ta, chúng ta sẽ bắt quả tang họ.’</w:t>
      </w:r>
    </w:p>
    <w:p>
      <w:pPr>
        <w:spacing w:after="80"/>
      </w:pPr>
      <w:r>
        <w:rPr>
          <w:b w:val="0"/>
          <w:i w:val="0"/>
        </w:rPr>
        <w:t>‘Castle và Lamont sẽ quá khôn ngoan để phạm loại sai lầm đó,’ Chim Ưng nói. ‘Tuy nhiên, chúng ta có thể gặp may với một trung sĩ thám tử quá tự tin.’</w:t>
      </w:r>
    </w:p>
    <w:p>
      <w:pPr>
        <w:spacing w:after="80"/>
      </w:pPr>
      <w:r>
        <w:rPr>
          <w:b w:val="0"/>
          <w:i w:val="0"/>
        </w:rPr>
        <w:t>‘Đồng thời,’ William nói, ‘tôi nghĩ chúng ta nên đột kích chỗ của Jimmy Turner. Tôi nghi ngờ nhà Turner đã trở nên lười biếng, và nghĩ rằng vì có một cảnh sát địa phương trong biên chế của họ nên họ chẳng có gì phải sợ. Chúng ta có thể tìm thấy nhiều thứ hơn là chỉ số ma túy mà Summers lấy từ nhà Payne và giao cho nhà Turner.’</w:t>
      </w:r>
    </w:p>
    <w:p>
      <w:pPr>
        <w:spacing w:after="80"/>
      </w:pPr>
      <w:r>
        <w:rPr>
          <w:b w:val="0"/>
          <w:i w:val="0"/>
        </w:rPr>
        <w:t>‘Suy nghĩ hay đấy, William. Bảo mọi người trừ PC Bailey có mặt ở văn phòng tôi trước bảy giờ sáng mai. Nếu chúng ta định tiến hành một chiến dịch toàn diện, chúng ta sẽ cần hành động nhanh.’</w:t>
      </w:r>
    </w:p>
    <w:p>
      <w:pPr>
        <w:spacing w:after="80"/>
      </w:pPr>
      <w:r>
        <w:rPr>
          <w:b w:val="0"/>
          <w:i w:val="0"/>
        </w:rPr>
        <w:t>‘Summers đi Malaga vào cuối tuần, thưa ngài, nên trong lúc anh ta ra nước ngoài có thể là thời điểm lý tưởng để ra tay.’</w:t>
      </w:r>
    </w:p>
    <w:p>
      <w:pPr>
        <w:spacing w:after="80"/>
      </w:pPr>
      <w:r>
        <w:rPr>
          <w:b w:val="0"/>
          <w:i w:val="0"/>
        </w:rPr>
        <w:t>‘Đồng ý, nhưng không phải cho đến khi anh ta đã lên máy bay và đang trên đường về.’</w:t>
      </w:r>
    </w:p>
    <w:p>
      <w:pPr>
        <w:pStyle w:val="Heading2"/>
      </w:pPr>
      <w:r>
        <w:rPr>
          <w:rFonts w:ascii="Calibri" w:hAnsi="Calibri"/>
          <w:b/>
          <w:i w:val="0"/>
          <w:sz w:val="32"/>
        </w:rPr>
        <w:t>26</w:t>
      </w:r>
    </w:p>
    <w:p>
      <w:pPr>
        <w:spacing w:after="80"/>
      </w:pPr>
      <w:r>
        <w:rPr>
          <w:b w:val="0"/>
          <w:i w:val="0"/>
        </w:rPr>
        <w:t>MỌI THÀNH VIÊN trong đội trừ PC Bailey đều đã ngồi quanh bàn trong văn phòng của vị chỉ huy từ rất lâu trước bảy giờ sáng hôm sau.</w:t>
      </w:r>
    </w:p>
    <w:p>
      <w:pPr>
        <w:spacing w:after="80"/>
      </w:pPr>
      <w:r>
        <w:rPr>
          <w:b w:val="0"/>
          <w:i w:val="0"/>
        </w:rPr>
        <w:t>William đã nói với Beth trong bữa sáng rằng anh vẫn chưa thể quyết định được liệu Nicky có đang danh húy với Summers hay không, cũng như việc ngủ với anh ta.</w:t>
      </w:r>
    </w:p>
    <w:p>
      <w:pPr>
        <w:spacing w:after="80"/>
      </w:pPr>
      <w:r>
        <w:rPr>
          <w:b w:val="0"/>
          <w:i w:val="0"/>
        </w:rPr>
        <w:t>‘Không thể có cái này mà thiếu cái kia được,’ Beth gợi ý, bởi với cô thì mọi thứ thường chỉ có hai màu đen hoặc trắng.</w:t>
      </w:r>
    </w:p>
    <w:p>
      <w:pPr>
        <w:spacing w:after="80"/>
      </w:pPr>
      <w:r>
        <w:rPr>
          <w:b w:val="0"/>
          <w:i w:val="0"/>
        </w:rPr>
        <w:t>William không truyền đạt lại ý kiến của vợ mình khi Hawk yêu cầu anh cập nhật tình hình cho cả đội. Cách anh kể lại chuyện mình đã đến Playboy Club tối hôm trước khiến tất cả mọi người ngồi như nín thở.</w:t>
      </w:r>
    </w:p>
    <w:p>
      <w:pPr>
        <w:spacing w:after="80"/>
      </w:pPr>
      <w:r>
        <w:rPr>
          <w:b w:val="0"/>
          <w:i w:val="0"/>
        </w:rPr>
        <w:t>‘Làm tốt lắm, William,’ Hawk nói. ‘Cân nhắc mọi mặt, tôi nghĩ cậu đã khôn ngoan khi không gọi Đội Điều tra Tội phạm địa phương. Tuy nhiên, giờ chúng ta có cơ hội thực sự để triển khai một chiến dịch thành công mà không cần họ giúp. Để tôi dựng cho các cậu một bộ khung trước khi tất cả chúng ta cùng thêm thịt vào.’</w:t>
      </w:r>
    </w:p>
    <w:p>
      <w:pPr>
        <w:spacing w:after="80"/>
      </w:pPr>
      <w:r>
        <w:rPr>
          <w:b w:val="0"/>
          <w:i w:val="0"/>
        </w:rPr>
        <w:t>Khi ông bắt đầu chia sẻ những ý tưởng ban đầu với cả đội, William nhận ra rõ ràng Hawk đã không thể quay lại giường sau cuộc điện thoại đó. Khi ông nói xong, ông chỉ hỏi: ‘Nhận xét gì không?’</w:t>
      </w:r>
    </w:p>
    <w:p>
      <w:pPr>
        <w:spacing w:after="80"/>
      </w:pPr>
      <w:r>
        <w:rPr>
          <w:b w:val="0"/>
          <w:i w:val="0"/>
        </w:rPr>
        <w:t>Rebecca là người lên tiếng đầu tiên.</w:t>
      </w:r>
    </w:p>
    <w:p>
      <w:pPr>
        <w:spacing w:after="80"/>
      </w:pPr>
      <w:r>
        <w:rPr>
          <w:b w:val="0"/>
          <w:i w:val="0"/>
        </w:rPr>
        <w:t>‘Lamont có thể lại đang trả nợ,’ cô nói, ‘nhưng hiếm có ngày nào mà ông ta không ghé tiệm cá cược, hoặc không tìm thấy vợ ông ta đang la cà với ý đồ mờ ám trong Harrods.’</w:t>
      </w:r>
    </w:p>
    <w:p>
      <w:pPr>
        <w:spacing w:after="80"/>
      </w:pPr>
      <w:r>
        <w:rPr>
          <w:b w:val="0"/>
          <w:i w:val="0"/>
        </w:rPr>
        <w:t>‘Còn Summers?’ Hawk hỏi, chuyển sự chú ý sang Jackie.</w:t>
      </w:r>
    </w:p>
    <w:p>
      <w:pPr>
        <w:spacing w:after="80"/>
      </w:pPr>
      <w:r>
        <w:rPr>
          <w:b w:val="0"/>
          <w:i w:val="0"/>
        </w:rPr>
        <w:t>‘Ông ta đã đổi chiếc Jag cũ lấy mẫu mới nhất, trả góp mãi mãi, để không ai có thể thắc mắc tiền từ đâu ra. Thứ Bảy này ông ta bay sang Malaga cùng một cô Karen Turner, cũng là mẫu mới nhất, dù tôi có cảm giác cô ta sẽ không phải trả góp mãi mãi.’</w:t>
      </w:r>
    </w:p>
    <w:p>
      <w:pPr>
        <w:spacing w:after="80"/>
      </w:pPr>
      <w:r>
        <w:rPr>
          <w:b w:val="0"/>
          <w:i w:val="0"/>
        </w:rPr>
        <w:t>Hawk cau mày. ‘Còn Thanh tra Castle thì sao?’</w:t>
      </w:r>
    </w:p>
    <w:p>
      <w:pPr>
        <w:spacing w:after="80"/>
      </w:pPr>
      <w:r>
        <w:rPr>
          <w:b w:val="0"/>
          <w:i w:val="0"/>
        </w:rPr>
        <w:t>‘Hiện đang ẩn mình. Không có khoản xa hoa rõ ràng nào không thể giải thích.’</w:t>
      </w:r>
    </w:p>
    <w:p>
      <w:pPr>
        <w:spacing w:after="80"/>
      </w:pPr>
      <w:r>
        <w:rPr>
          <w:b w:val="0"/>
          <w:i w:val="0"/>
        </w:rPr>
        <w:t>‘Chúng ta có thể ghé Playboy Club và kiểm tra tất cả các tờ tiền chứ?’ Paul gợi ý.</w:t>
      </w:r>
    </w:p>
    <w:p>
      <w:pPr>
        <w:spacing w:after="80"/>
      </w:pPr>
      <w:r>
        <w:rPr>
          <w:b w:val="0"/>
          <w:i w:val="0"/>
        </w:rPr>
        <w:t>‘Vô ích. Chúng ta sẽ không bao giờ chứng minh được ai đã đưa chúng, và nó chỉ đơn thuần báo cho Summers và Lamont biết rằng chúng ta đang theo dõi họ. Phải chấp nhận rằng ta đã thua vụ đó. Hy vọng rằng trong lúc Summers đi vắng, chúng ta sẽ tìm thấy vài tờ tiền trong nhà của một trong hai người họ. Còn Cảnh sát Bailey?’ Hawk nói, chuyển sự chú ý trở lại Rebecca. ‘Tôi tưởng cô ta định đi Malaga cùng Summers chứ?’</w:t>
      </w:r>
    </w:p>
    <w:p>
      <w:pPr>
        <w:spacing w:after="80"/>
      </w:pPr>
      <w:r>
        <w:rPr>
          <w:b w:val="0"/>
          <w:i w:val="0"/>
        </w:rPr>
        <w:t>‘Có vẻ không phải, thưa sếp. Cô ta về nhà tối qua với tâm trạng cực kỳ cáu kỉnh, và có lẽ quan trọng hơn, cô ta không còn đeo nhẫn đính hôn nữa.’</w:t>
      </w:r>
    </w:p>
    <w:p>
      <w:pPr>
        <w:spacing w:after="80"/>
      </w:pPr>
      <w:r>
        <w:rPr>
          <w:b w:val="0"/>
          <w:i w:val="0"/>
        </w:rPr>
        <w:t>‘Cô nghĩ giờ cô ta đứng về phía ai?’ Jackie hỏi.</w:t>
      </w:r>
    </w:p>
    <w:p>
      <w:pPr>
        <w:spacing w:after="80"/>
      </w:pPr>
      <w:r>
        <w:rPr>
          <w:b w:val="0"/>
          <w:i w:val="0"/>
        </w:rPr>
        <w:t>‘Chắc chắn không phải phía Summers,’ William nói, ‘nếu không cô ta đã không đưa mẩu giấy đó đến nhà tôi.’</w:t>
      </w:r>
    </w:p>
    <w:p>
      <w:pPr>
        <w:spacing w:after="80"/>
      </w:pPr>
      <w:r>
        <w:rPr>
          <w:b w:val="0"/>
          <w:i w:val="0"/>
        </w:rPr>
        <w:t>‘Chúng ta sẽ sớm biết thôi,’ viên chỉ huy nói, ‘vì tôi còn một việc nữa cần cô ta làm. Vậy hãy hy vọng địa ngục không có cơn thịnh nộ nào bằng cơn thịnh nộ của người phụ nữ bị khinh rẻ.’</w:t>
      </w:r>
    </w:p>
    <w:p>
      <w:pPr>
        <w:spacing w:after="80"/>
      </w:pPr>
      <w:r>
        <w:rPr>
          <w:b w:val="0"/>
          <w:i w:val="0"/>
        </w:rPr>
        <w:t>‘Anh có biết câu nói đó bắt nguồn từ đâu không?’ William hỏi, ngả người ra sau ghế.</w:t>
      </w:r>
    </w:p>
    <w:p>
      <w:pPr>
        <w:spacing w:after="80"/>
      </w:pPr>
      <w:r>
        <w:rPr>
          <w:b w:val="0"/>
          <w:i w:val="0"/>
        </w:rPr>
        <w:t>‘</w:t>
      </w:r>
      <w:r>
        <w:rPr>
          <w:b w:val="0"/>
          <w:i/>
        </w:rPr>
        <w:t>The Mourning Bride</w:t>
      </w:r>
      <w:r>
        <w:rPr>
          <w:b w:val="0"/>
          <w:i w:val="0"/>
        </w:rPr>
        <w:t>,’ Hawk đáp, không bỏ lỡ một nhịp nào.</w:t>
      </w:r>
    </w:p>
    <w:p>
      <w:pPr>
        <w:spacing w:after="80"/>
      </w:pPr>
      <w:r>
        <w:rPr>
          <w:b w:val="0"/>
          <w:i w:val="0"/>
        </w:rPr>
        <w:t>‘Do William Congreve viết năm 1697,’ Paul nói thêm.</w:t>
      </w:r>
    </w:p>
    <w:p>
      <w:pPr>
        <w:spacing w:after="80"/>
      </w:pPr>
      <w:r>
        <w:rPr>
          <w:b w:val="0"/>
          <w:i w:val="0"/>
        </w:rPr>
        <w:t>‘Một nhà văn và nhà viết kịch thời Khôi phục (Restoration), từng học tại Trinity College Dublin,’ Rebecca tiếp lời.</w:t>
      </w:r>
    </w:p>
    <w:p>
      <w:pPr>
        <w:spacing w:after="80"/>
      </w:pPr>
      <w:r>
        <w:rPr>
          <w:b w:val="0"/>
          <w:i w:val="0"/>
        </w:rPr>
        <w:t>‘Sinh năm 1670 và mất năm 1729,’ Jackie nói, cố nén một cái ngáp.</w:t>
      </w:r>
    </w:p>
    <w:p>
      <w:pPr>
        <w:spacing w:after="80"/>
      </w:pPr>
      <w:r>
        <w:rPr>
          <w:b w:val="0"/>
          <w:i w:val="0"/>
        </w:rPr>
        <w:t>William giơ hai tay lên trời và chấp nhận rằng mình đã bị gài.</w:t>
      </w:r>
    </w:p>
    <w:p>
      <w:pPr>
        <w:spacing w:after="80"/>
      </w:pPr>
      <w:r>
        <w:rPr>
          <w:b w:val="0"/>
          <w:i w:val="0"/>
        </w:rPr>
        <w:t>‘Dù sao đi nữa,’ Rebecca nói, ‘dù bị khinh rẻ hay không, tôi nghĩ cô ấy vẫn còn yêu Summers.’ Sau khi kể cho cả đội mọi điều Nicky đã nói với cô vào bữa sáng hôm đó, cô lấy ra một chiếc hộp da nhỏ và đặt nó giữa bàn. ‘Cô ấy để cái này trên giá treo áo ở hành lang sáng nay trước khi quay về Romford.’</w:t>
      </w:r>
    </w:p>
    <w:p>
      <w:pPr>
        <w:spacing w:after="80"/>
      </w:pPr>
      <w:r>
        <w:rPr>
          <w:b w:val="0"/>
          <w:i w:val="0"/>
        </w:rPr>
        <w:t>‘Tôi đoán là nó rỗng,’ Paul nói, bật nắp hộp ra.</w:t>
      </w:r>
    </w:p>
    <w:p>
      <w:pPr>
        <w:spacing w:after="80"/>
      </w:pPr>
      <w:r>
        <w:rPr>
          <w:b w:val="0"/>
          <w:i w:val="0"/>
        </w:rPr>
        <w:t>‘Đúng vậy, nhưng như tôi đã nói, Nicky không còn đeo chiếc nhẫn nữa, nên rõ ràng cô ấy muốn tôi tìm thấy chiếc hộp.’</w:t>
      </w:r>
    </w:p>
    <w:p>
      <w:pPr>
        <w:spacing w:after="80"/>
      </w:pPr>
      <w:r>
        <w:rPr>
          <w:b w:val="0"/>
          <w:i w:val="0"/>
        </w:rPr>
        <w:t xml:space="preserve">William chăm chú nhìn dòng chữ vàng bên trong: </w:t>
      </w:r>
      <w:r>
        <w:rPr>
          <w:b w:val="0"/>
          <w:i/>
        </w:rPr>
        <w:t>House of Garrard, thành lập năm 1735. 24 Albemarle Street, London W1</w:t>
      </w:r>
      <w:r>
        <w:rPr>
          <w:b w:val="0"/>
          <w:i w:val="0"/>
        </w:rPr>
        <w:t>.</w:t>
      </w:r>
    </w:p>
    <w:p>
      <w:pPr>
        <w:spacing w:after="80"/>
      </w:pPr>
      <w:r>
        <w:rPr>
          <w:b w:val="0"/>
          <w:i w:val="0"/>
        </w:rPr>
        <w:t>‘Thường thì chính những thứ nhỏ nhặt và bất ngờ lại là thứ cuối cùng khiến chúng lộ tẩy,’ viên chỉ huy nói. ‘Làm tốt lắm, Rebecca. Tuy nhiên, tôi không cho rằng việc cô theo đuổi manh mối đặc biệt này là phù hợp. Hãy để việc đó cho DI Warwick. Giờ thì tất cả chúng ta quay lại làm việc thôi. Chúng ta chỉ còn vài ngày trước khi Summers trở về từ Malaga, nên hãy nhớ, không được ngủ—’</w:t>
      </w:r>
    </w:p>
    <w:p>
      <w:pPr>
        <w:spacing w:after="80"/>
      </w:pPr>
      <w:r>
        <w:rPr>
          <w:b w:val="0"/>
          <w:i w:val="0"/>
        </w:rPr>
        <w:t>‘Cho kẻ xấu,’ cả bọn đồng thanh.</w:t>
      </w:r>
    </w:p>
    <w:p>
      <w:pPr>
        <w:jc w:val="center"/>
      </w:pPr>
      <w:r>
        <w:drawing>
          <wp:inline xmlns:a="http://schemas.openxmlformats.org/drawingml/2006/main" xmlns:pic="http://schemas.openxmlformats.org/drawingml/2006/picture">
            <wp:extent cx="752475" cy="161926"/>
            <wp:docPr id="73" name="Picture 7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Bốn mươi phút sau, William đứng trước cửa hàng Garrard’s trên phố Albemarle, chỉ để chào đón bằng một tấm biển đóng cửa. Anh kiểm tra giờ mở cửa được in bằng chữ đen gọn gàng trên cánh cửa kính: Mon–Sat 10–5. Anh buộc phải đồng ý với F. Scott Fitzgerald: người giàu có khác biệt thật.</w:t>
      </w:r>
    </w:p>
    <w:p>
      <w:pPr>
        <w:spacing w:after="80"/>
      </w:pPr>
      <w:r>
        <w:rPr>
          <w:b w:val="0"/>
          <w:i w:val="0"/>
        </w:rPr>
        <w:t xml:space="preserve">Anh quyết định đi dạo một vòng quanh khu nhà để giết thời gian trước khi tiệm trang sức mở cửa. Khi đi ngang qua Viện Hoàng gia (Royal Institution), anh thấy một tấm áp phích trên cửa sổ: </w:t>
      </w:r>
      <w:r>
        <w:rPr>
          <w:b w:val="0"/>
          <w:i/>
        </w:rPr>
        <w:t>Ghé thăm phòng thí nghiệm của Michael Faraday</w:t>
      </w:r>
      <w:r>
        <w:rPr>
          <w:b w:val="0"/>
          <w:i w:val="0"/>
        </w:rPr>
        <w:t>. Nơi này mở cửa lúc chín giờ.</w:t>
      </w:r>
    </w:p>
    <w:p>
      <w:pPr>
        <w:spacing w:after="80"/>
      </w:pPr>
      <w:r>
        <w:rPr>
          <w:b w:val="0"/>
          <w:i w:val="0"/>
        </w:rPr>
        <w:t>Anh bước vào trong và hòa cùng dòng người thưa thớt đang xuống cầu thang dẫn tới phòng thí nghiệm của nhà khoa học vĩ đại thế kỷ mười chín. William kinh ngạc trước thiên tài của con người đã lần đầu tiên biến năng lượng điện thành chuyển động cơ học, và ngược lại. Anh thấy thú vị khi đọc những gì Ngài Robert Peel đã nói vào thời điểm đó, ‘Nhưng hãy nói cho tôi biết, Faraday, nó có ích lợi gì chứ?’ Faraday đã trả lời, ‘Một đứa trẻ sơ sinh thì có ích lợi gì, thưa thủ tướng?’</w:t>
      </w:r>
    </w:p>
    <w:p>
      <w:pPr>
        <w:spacing w:after="80"/>
      </w:pPr>
      <w:r>
        <w:rPr>
          <w:b w:val="0"/>
          <w:i w:val="0"/>
        </w:rPr>
        <w:t>Chỉ đến khi đồng hồ điểm mười giờ, William mới miễn cưỡng bước trở lại thế kỷ hai mươi. Anh đi lên lầu và quay lại Garrard’s. Trong đầu anh lướt qua những câu hỏi anh đã chuẩn bị trên tàu điện ngầm đến Green Park sáng hôm đó. Anh nhớ Beth từng nói với anh rằng cô sẽ vui vẻ bóp cổ bất kỳ ai chỉ mới nghĩ đến việc trộm chiếc nhẫn đính hôn của cô.</w:t>
      </w:r>
    </w:p>
    <w:p>
      <w:pPr>
        <w:spacing w:after="80"/>
      </w:pPr>
      <w:r>
        <w:rPr>
          <w:b w:val="0"/>
          <w:i w:val="0"/>
        </w:rPr>
        <w:t>Một nhân viên bảo vệ mặc đồng phục mở cửa cho anh như thể anh là một vị khách sắp chi hàng ngàn bảng Anh cho một món đồ trang sức lấp lánh. Anh bước tới một trong những quầy và đưa thẻ cảnh sát của mình cho một cô gái trẻ.</w:t>
      </w:r>
    </w:p>
    <w:p>
      <w:pPr>
        <w:spacing w:after="80"/>
      </w:pPr>
      <w:r>
        <w:rPr>
          <w:b w:val="0"/>
          <w:i w:val="0"/>
        </w:rPr>
        <w:t>"Tôi có thể gặp người quản lý được không?"</w:t>
      </w:r>
    </w:p>
    <w:p>
      <w:pPr>
        <w:spacing w:after="80"/>
      </w:pPr>
      <w:r>
        <w:rPr>
          <w:b w:val="0"/>
          <w:i w:val="0"/>
        </w:rPr>
        <w:t>Cô gái nhấc điện thoại lên, bấm một nút và chuyển lời nhắn. Sau một thoáng chờ, cô đặt điện thoại xuống và nói: "Xin mời đi theo tôi, thanh tra."</w:t>
      </w:r>
    </w:p>
    <w:p>
      <w:pPr>
        <w:spacing w:after="80"/>
      </w:pPr>
      <w:r>
        <w:rPr>
          <w:b w:val="0"/>
          <w:i w:val="0"/>
        </w:rPr>
        <w:t>Cô dẫn anh lên một cầu thang xoắn ốc thanh lịch lên tầng một, nơi người quản lý đang đợi anh.</w:t>
      </w:r>
    </w:p>
    <w:p>
      <w:pPr>
        <w:spacing w:after="80"/>
      </w:pPr>
      <w:r>
        <w:rPr>
          <w:b w:val="0"/>
          <w:i w:val="0"/>
        </w:rPr>
        <w:t>"Chào buổi sáng, thanh tra. Tôi là Paul Gumbley."</w:t>
      </w:r>
    </w:p>
    <w:p>
      <w:pPr>
        <w:spacing w:after="80"/>
      </w:pPr>
      <w:r>
        <w:rPr>
          <w:b w:val="0"/>
          <w:i w:val="0"/>
        </w:rPr>
        <w:t>Họ bắt tay nhau, và Gumbley mở một cánh cửa dẫn vào một gian phòng kín đáo, nơi các vị vua, maharajah, tổng thống, và đôi khi cả những kẻ độc tài được mời đến chiêm ngưỡng những báu vật mà người phàm sẽ không bao giờ được thấy.</w:t>
      </w:r>
    </w:p>
    <w:p>
      <w:pPr>
        <w:spacing w:after="80"/>
      </w:pPr>
      <w:r>
        <w:rPr>
          <w:b w:val="0"/>
          <w:i w:val="0"/>
        </w:rPr>
        <w:t>"Tôi có thể giúp gì cho ngài, thanh tra?"</w:t>
      </w:r>
    </w:p>
    <w:p>
      <w:pPr>
        <w:spacing w:after="80"/>
      </w:pPr>
      <w:r>
        <w:rPr>
          <w:b w:val="0"/>
          <w:i w:val="0"/>
        </w:rPr>
        <w:t>"Tôi đang điều tra vụ trộm một chiếc nhẫn đính hôn được mua tại đây," William nói, đồng thời trao chiếc hộp da nhỏ có in biểu tượng của Garrard's.</w:t>
      </w:r>
    </w:p>
    <w:p>
      <w:pPr>
        <w:spacing w:after="80"/>
      </w:pPr>
      <w:r>
        <w:rPr>
          <w:b w:val="0"/>
          <w:i w:val="0"/>
        </w:rPr>
        <w:t>"E rằng từ thứ này tôi không thể nói cho anh được nhiều," người quản lý đáp. "Tôi không nghĩ anh có hóa đơn nhỉ?" William lắc đầu. "Anh có biết đại khái nó được mua từ bao lâu trước không?"</w:t>
      </w:r>
    </w:p>
    <w:p>
      <w:pPr>
        <w:spacing w:after="80"/>
      </w:pPr>
      <w:r>
        <w:rPr>
          <w:b w:val="0"/>
          <w:i w:val="0"/>
        </w:rPr>
        <w:t>"Tôi không chắc," William nói.</w:t>
      </w:r>
    </w:p>
    <w:p>
      <w:pPr>
        <w:spacing w:after="80"/>
      </w:pPr>
      <w:r>
        <w:rPr>
          <w:b w:val="0"/>
          <w:i w:val="0"/>
        </w:rPr>
        <w:t>"Thật tình cờ, cách đây một thời gian có một đồng nghiệp của anh đến gặp tôi và hỏi về vụ trộm một số trang sức." Ông mở một ngăn kéo bàn, lấy ra một cuốn nhật ký và bắt đầu lật lại các trang.</w:t>
      </w:r>
    </w:p>
    <w:p>
      <w:pPr>
        <w:spacing w:after="80"/>
      </w:pPr>
      <w:r>
        <w:rPr>
          <w:b w:val="0"/>
          <w:i w:val="0"/>
        </w:rPr>
        <w:t>Cầu cho tên ông ta là Summers, William thầm cầu nguyện.</w:t>
      </w:r>
    </w:p>
    <w:p>
      <w:pPr>
        <w:spacing w:after="80"/>
      </w:pPr>
      <w:r>
        <w:rPr>
          <w:b w:val="0"/>
          <w:i w:val="0"/>
        </w:rPr>
        <w:t>"À, đúng rồi, đây rồi," Gumbley nói, sau khi lật vài trang nhật ký. "Một thanh tra Prescott từ West End Central. Ông ấy đến để hỏi về một số trang sức bị đánh cắp từ một ngôi nhà ở Mayfair. Mặc dù tôi không thể tiết lộ tên của vị khách liên quan, tôi có thể xác nhận rằng một chiếc nhẫn đính hôn nằm trong số những món bị đánh cắp."</w:t>
      </w:r>
    </w:p>
    <w:p>
      <w:pPr>
        <w:spacing w:after="80"/>
      </w:pPr>
      <w:r>
        <w:rPr>
          <w:b w:val="0"/>
          <w:i w:val="0"/>
        </w:rPr>
        <w:t>"Tôi rất biết ơn," William nói. "Chỉ hỏi cho biết thôi, chiếc nhẫn giá bao nhiêu vậy?"</w:t>
      </w:r>
    </w:p>
    <w:p>
      <w:pPr>
        <w:spacing w:after="80"/>
      </w:pPr>
      <w:r>
        <w:rPr>
          <w:b w:val="0"/>
          <w:i w:val="0"/>
        </w:rPr>
        <w:t>"Hơn ba ngàn bảng Anh một chút," Gumbley đáp một cách nhẹ nhàng.</w:t>
      </w:r>
    </w:p>
    <w:p>
      <w:pPr>
        <w:spacing w:after="80"/>
      </w:pPr>
      <w:r>
        <w:rPr>
          <w:b w:val="0"/>
          <w:i w:val="0"/>
        </w:rPr>
        <w:t>"Vậy thì ông sẽ không bao giờ được gặp vợ tôi đâu," William nói, kèm theo một nụ cười.</w:t>
      </w:r>
    </w:p>
    <w:p>
      <w:pPr>
        <w:spacing w:after="80"/>
      </w:pPr>
      <w:r>
        <w:rPr>
          <w:b w:val="0"/>
          <w:i w:val="0"/>
        </w:rPr>
        <w:t>Gumbley đưa ông xuống cầu thang. "Tôi hy vọng ông sẽ tìm ra kẻ đã đánh cắp chiếc nhẫn," ông nói khi mở cửa cửa hàng.</w:t>
      </w:r>
    </w:p>
    <w:p>
      <w:pPr>
        <w:spacing w:after="80"/>
      </w:pPr>
      <w:r>
        <w:rPr>
          <w:b w:val="0"/>
          <w:i w:val="0"/>
        </w:rPr>
        <w:t>"Ông ta không phải là người tôi đang truy tìm," William đáp, để lại vẻ mặt bối rối cho người quản lý.</w:t>
      </w:r>
    </w:p>
    <w:p>
      <w:pPr>
        <w:spacing w:after="80"/>
      </w:pPr>
      <w:r>
        <w:rPr>
          <w:b w:val="0"/>
          <w:i w:val="0"/>
        </w:rPr>
        <w:t>Khi đã trở lại phố Albemarle, ông lập tức đi thẳng đến đồn cảnh sát West End Central ở phố Savile Row. Trên đường đi, ông lướt qua vài phòng tranh mà ông rất muốn ghé vào ngắm nghía một hai tiếng đồng hồ, nhưng hôm nay thì không.</w:t>
      </w:r>
    </w:p>
    <w:p>
      <w:pPr>
        <w:spacing w:after="80"/>
      </w:pPr>
      <w:r>
        <w:rPr>
          <w:b w:val="0"/>
          <w:i w:val="0"/>
        </w:rPr>
        <w:t>Khi đến đồn, ông bước vào và trình thẻ lệnh cho viên sĩ quan trực, người này kiểm tra thẻ rồi nhìn ông lần nữa và hỏi: "Tôi có thể giúp gì cho ông, thanh tra?"</w:t>
      </w:r>
    </w:p>
    <w:p>
      <w:pPr>
        <w:spacing w:after="80"/>
      </w:pPr>
      <w:r>
        <w:rPr>
          <w:b w:val="0"/>
          <w:i w:val="0"/>
        </w:rPr>
        <w:t>William tự hỏi phải đến bao nhiêu tuổi thì các sĩ quan khác mới thôi ngạc nhiên về cấp bậc của ông. "Thanh tra Prescott có đang trực không?" ông hỏi.</w:t>
      </w:r>
    </w:p>
    <w:p>
      <w:pPr>
        <w:spacing w:after="80"/>
      </w:pPr>
      <w:r>
        <w:rPr>
          <w:b w:val="0"/>
          <w:i w:val="0"/>
        </w:rPr>
        <w:t>"Tôi thấy ông ấy lên văn phòng từ sáng sớm nay. Để tôi gọi cho ông ấy." Anh ta nhấc điện thoại và nói: "Tôi có một thanh tra Warwick ở quầy, thưa ngài. Ông ấy muốn hỏi xem ngài có thể gặp không ạ."</w:t>
      </w:r>
    </w:p>
    <w:p>
      <w:pPr>
        <w:spacing w:after="80"/>
      </w:pPr>
      <w:r>
        <w:rPr>
          <w:b w:val="0"/>
          <w:i w:val="0"/>
        </w:rPr>
        <w:t>"Cho anh ta lên!" một giọng nói quát lên.</w:t>
      </w:r>
    </w:p>
    <w:p>
      <w:pPr>
        <w:spacing w:after="80"/>
      </w:pPr>
      <w:r>
        <w:rPr>
          <w:b w:val="0"/>
          <w:i w:val="0"/>
        </w:rPr>
        <w:t>"Trên đầu cầu thang, cửa đầu tiên bên phải, thưa ngài," viên trung sĩ trực nói.</w:t>
      </w:r>
    </w:p>
    <w:p>
      <w:pPr>
        <w:spacing w:after="80"/>
      </w:pPr>
      <w:r>
        <w:rPr>
          <w:b w:val="0"/>
          <w:i w:val="0"/>
        </w:rPr>
        <w:t>William cảm ơn anh ta, leo lên cầu thang và gõ cửa đầu tiên, chờ đến khi nghe thấy tiếng ra lệnh "Vào!" mới bước vào.</w:t>
      </w:r>
    </w:p>
    <w:p>
      <w:pPr>
        <w:spacing w:after="80"/>
      </w:pPr>
      <w:r>
        <w:rPr>
          <w:b w:val="0"/>
          <w:i w:val="0"/>
        </w:rPr>
        <w:t>William được đón tiếp bởi một đồng nghiệp rõ ràng đang gần cuối sự nghiệp. Một khuôn mặt nhăn nheo, đầy nếp gấp, từng trải qua một cuộc đời gắn với tội phạm. Ông bắt tay William thật nồng nhiệt và nói: "Tôi có thể giúp gì?"</w:t>
      </w:r>
    </w:p>
    <w:p>
      <w:pPr>
        <w:spacing w:after="80"/>
      </w:pPr>
      <w:r>
        <w:rPr>
          <w:b w:val="0"/>
          <w:i w:val="0"/>
        </w:rPr>
        <w:t>"Tôi đang theo dõi một vụ trộm cắp ở địa bàn của ông. Vụ đánh cắp một chiếc nhẫn đính hôn, cùng với vài món trang sức đắt tiền khác. Người quản lý của Garrard's nói với tôi rằng ông đã đến gặp anh ta về việc này."</w:t>
      </w:r>
    </w:p>
    <w:p>
      <w:pPr>
        <w:spacing w:after="80"/>
      </w:pPr>
      <w:r>
        <w:rPr>
          <w:b w:val="0"/>
          <w:i w:val="0"/>
        </w:rPr>
        <w:t>"Ông bà van Haeften," Prescott nói. Ông đứng dậy khỏi bàn làm việc, đi đến một tủ hồ sơ và lật xem vài tập hồ sơ, rồi rút ra một tập.</w:t>
      </w:r>
    </w:p>
    <w:p>
      <w:pPr>
        <w:spacing w:after="80"/>
      </w:pPr>
      <w:r>
        <w:rPr>
          <w:b w:val="0"/>
          <w:i w:val="0"/>
        </w:rPr>
        <w:t>"Ông van Haeften đã trình báo vụ trộm vào năm ngoái," ông nói khi quay về bàn làm việc. "Họ mới kết hôn được vài tháng, và bà van Haeften khiến tôi không còn chút nghi ngờ nào rằng bà ấy muốn lấy lại chiếc nhẫn đính hôn, và tôi phải gác lại mọi vụ án khác đang làm cho đến khi tìm ra nó."</w:t>
      </w:r>
    </w:p>
    <w:p>
      <w:pPr>
        <w:spacing w:after="80"/>
      </w:pPr>
      <w:r>
        <w:rPr>
          <w:b w:val="0"/>
          <w:i w:val="0"/>
        </w:rPr>
        <w:t>William bắt đầu lật từng trang, thỉnh thoảng dừng lại ghi chú và nhấp một ngụm từ chiếc cốc cà phê dở tệ. "Cảm ơn thanh tra," cuối cùng ông nói, trả lại tập hồ sơ.</w:t>
      </w:r>
    </w:p>
    <w:p>
      <w:pPr>
        <w:spacing w:after="80"/>
      </w:pPr>
      <w:r>
        <w:rPr>
          <w:b w:val="0"/>
          <w:i w:val="0"/>
        </w:rPr>
        <w:t>"Ông có biết ai chịu trách nhiệm cho vụ trộm không?" Prescott hỏi.</w:t>
      </w:r>
    </w:p>
    <w:p>
      <w:pPr>
        <w:spacing w:after="80"/>
      </w:pPr>
      <w:r>
        <w:rPr>
          <w:b w:val="0"/>
          <w:i w:val="0"/>
        </w:rPr>
        <w:t>"Không. Nhưng tôi khá chắc mình biết kẻ bắt trộm nào đã đánh cắp chiếc nhẫn từ tay tên trộm."</w:t>
      </w:r>
    </w:p>
    <w:p>
      <w:pPr>
        <w:spacing w:after="80"/>
      </w:pPr>
      <w:r>
        <w:rPr>
          <w:b w:val="0"/>
          <w:i w:val="0"/>
        </w:rPr>
        <w:t>Thanh tra Prescott biết khi nào không nên gặng hỏi thêm. "Xin chuyển lời hỏi thăm của tôi tới ông Hawk," ông nói.</w:t>
      </w:r>
    </w:p>
    <w:p>
      <w:pPr>
        <w:spacing w:after="80"/>
      </w:pPr>
      <w:r>
        <w:rPr>
          <w:b w:val="0"/>
          <w:i w:val="0"/>
        </w:rPr>
        <w:t>"Ông biết sếp của tôi ạ?"</w:t>
      </w:r>
    </w:p>
    <w:p>
      <w:pPr>
        <w:spacing w:after="80"/>
      </w:pPr>
      <w:r>
        <w:rPr>
          <w:b w:val="0"/>
          <w:i w:val="0"/>
        </w:rPr>
        <w:t>"Chúng tôi từng học chung ở trường huấn luyện Hendon. Chính ở đó ông ấy có biệt danh này. Cậu có tình cờ là Choirboy không?"</w:t>
      </w:r>
    </w:p>
    <w:p>
      <w:pPr>
        <w:jc w:val="center"/>
      </w:pPr>
      <w:r>
        <w:drawing>
          <wp:inline xmlns:a="http://schemas.openxmlformats.org/drawingml/2006/main" xmlns:pic="http://schemas.openxmlformats.org/drawingml/2006/picture">
            <wp:extent cx="752475" cy="161926"/>
            <wp:docPr id="74" name="Picture 7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"Làm tốt lắm, thanh tra," ông Hawk nói, sau khi đọc xong báo cáo của William.</w:t>
      </w:r>
    </w:p>
    <w:p>
      <w:pPr>
        <w:spacing w:after="80"/>
      </w:pPr>
      <w:r>
        <w:rPr>
          <w:b w:val="0"/>
          <w:i w:val="0"/>
        </w:rPr>
        <w:t>"Từ đây chúng ta đi tiếp thế nào, thưa sếp?"</w:t>
      </w:r>
    </w:p>
    <w:p>
      <w:pPr>
        <w:spacing w:after="80"/>
      </w:pPr>
      <w:r>
        <w:rPr>
          <w:b w:val="0"/>
          <w:i w:val="0"/>
        </w:rPr>
        <w:t>"Chắc cậu còn nhớ tôi đã nói trong cuộc họp sáng nay rằng còn một việc nữa tôi cần cảnh sát Bailey làm."</w:t>
      </w:r>
    </w:p>
    <w:p>
      <w:pPr>
        <w:spacing w:after="80"/>
      </w:pPr>
      <w:r>
        <w:rPr>
          <w:b w:val="0"/>
          <w:i w:val="0"/>
        </w:rPr>
        <w:t>"Tôi nghĩ tôi đã đoán ra đó là việc gì rồi, thưa sếp."</w:t>
      </w:r>
    </w:p>
    <w:p>
      <w:pPr>
        <w:spacing w:after="80"/>
      </w:pPr>
      <w:r>
        <w:rPr>
          <w:b w:val="0"/>
          <w:i w:val="0"/>
        </w:rPr>
        <w:t>"Vậy thì khai sáng cho tôi đi."</w:t>
      </w:r>
    </w:p>
    <w:p>
      <w:pPr>
        <w:spacing w:after="80"/>
      </w:pPr>
      <w:r>
        <w:rPr>
          <w:b w:val="0"/>
          <w:i w:val="0"/>
        </w:rPr>
        <w:t>"Sếp muốn cô ấy kiểm tra toàn bộ hồ sơ vụ án của Summers để xem liệu ông ta có bắt một tên trộm ngay sau vụ trộm trang sức tại nhà van Haeftens hay không, vì điều đó sẽ giải thích cách ông ta có được chiếc nhẫn mà rõ ràng ông ta không thể nào đủ khả năng mua. Tùy vào câu trả lời của cô ấy, chúng ta sẽ biết cô ấy đứng về phía nào."</w:t>
      </w:r>
    </w:p>
    <w:p>
      <w:pPr>
        <w:spacing w:after="80"/>
      </w:pPr>
      <w:r>
        <w:rPr>
          <w:b w:val="0"/>
          <w:i w:val="0"/>
        </w:rPr>
        <w:t>"Còn nếu cô ấy đứng về phía bên kia thì sao?"</w:t>
      </w:r>
    </w:p>
    <w:p>
      <w:pPr>
        <w:spacing w:after="80"/>
      </w:pPr>
      <w:r>
        <w:rPr>
          <w:b w:val="0"/>
          <w:i w:val="0"/>
        </w:rPr>
        <w:t>"Tôi sẽ bắt cô ấy ngay trong ngày Summers đi nghỉ về."</w:t>
      </w:r>
    </w:p>
    <w:p>
      <w:pPr>
        <w:spacing w:after="80"/>
      </w:pPr>
      <w:r>
        <w:rPr>
          <w:b w:val="0"/>
          <w:i w:val="0"/>
        </w:rPr>
        <w:t>"Và phòng khi thanh tra tưởng tuần này sẽ là một tuần nhàn nhã, có thể anh sẽ muốn biết rằng Thẩm phán Ramsden đã bắt đầu phần tổng kết trong vụ án Tony Roberts."</w:t>
      </w:r>
    </w:p>
    <w:p>
      <w:pPr>
        <w:spacing w:after="80"/>
      </w:pPr>
      <w:r>
        <w:rPr>
          <w:b w:val="0"/>
          <w:i w:val="0"/>
        </w:rPr>
        <w:t>"Bố tôi bảo tôi rằng vụ này chỉ có thể đi theo một hướng. Thực ra, ông ấy ngạc nhiên vì Roberts không nhận tội sau khi tôi đã nói trước tòa rằng tôi thấy anh ta trên sân ga đang nói chuyện với hai người đàn ông đã ném Rashidi xuống đường ray."</w:t>
      </w:r>
    </w:p>
    <w:p>
      <w:pPr>
        <w:spacing w:after="80"/>
      </w:pPr>
      <w:r>
        <w:rPr>
          <w:b w:val="0"/>
          <w:i w:val="0"/>
        </w:rPr>
        <w:t>"Chừng đó có thể chưa đủ để thuyết phục bồi thẩm đoàn. Họ có thể kết luận anh ta chẳng qua chỉ là một người ngoài cuộc vô tội, bị sốc y như mọi người khác trên sân ga trước những gì đã xảy ra."</w:t>
      </w:r>
    </w:p>
    <w:p>
      <w:pPr>
        <w:spacing w:after="80"/>
      </w:pPr>
      <w:r>
        <w:rPr>
          <w:b w:val="0"/>
          <w:i w:val="0"/>
        </w:rPr>
        <w:t>"Vậy tại sao anh ta lại bắt đầu bỏ chạy ngay khi nhìn thấy tôi?"</w:t>
      </w:r>
    </w:p>
    <w:p>
      <w:pPr>
        <w:spacing w:after="80"/>
      </w:pPr>
      <w:r>
        <w:rPr>
          <w:b w:val="0"/>
          <w:i w:val="0"/>
        </w:rPr>
        <w:t>"Câu hỏi hay đấy."</w:t>
      </w:r>
    </w:p>
    <w:p>
      <w:pPr>
        <w:spacing w:after="80"/>
      </w:pPr>
      <w:r>
        <w:rPr>
          <w:b w:val="0"/>
          <w:i w:val="0"/>
        </w:rPr>
        <w:t>‘Thế còn hàng tá nhân chứng cũng đã đưa ra lời khai thì sao?’</w:t>
      </w:r>
    </w:p>
    <w:p>
      <w:pPr>
        <w:spacing w:after="80"/>
      </w:pPr>
      <w:r>
        <w:rPr>
          <w:b w:val="0"/>
          <w:i w:val="0"/>
        </w:rPr>
        <w:t>‘Đáng tiếc là cũng có hàng tá người trong bồi thẩm đoàn có thể đã bị cái lưỡi bạc của Booth Watson thuyết phục.’</w:t>
      </w:r>
    </w:p>
    <w:p>
      <w:pPr>
        <w:spacing w:after="80"/>
      </w:pPr>
      <w:r>
        <w:rPr>
          <w:b w:val="0"/>
          <w:i w:val="0"/>
        </w:rPr>
        <w:t>‘Nếu chúng ta thua vụ này,’ William nói, ‘tôi sẽ bãi bỏ hệ thống bồi thẩm đoàn.’</w:t>
      </w:r>
    </w:p>
    <w:p>
      <w:pPr>
        <w:spacing w:after="80"/>
      </w:pPr>
      <w:r>
        <w:rPr>
          <w:b w:val="0"/>
          <w:i w:val="0"/>
        </w:rPr>
        <w:t>‘Không, cậu sẽ không làm thế đâu,’ Hawk nói. ‘Đi theo con đường đó là dẫn tới chuyên chế đấy.’</w:t>
      </w:r>
    </w:p>
    <w:p>
      <w:pPr>
        <w:jc w:val="center"/>
      </w:pPr>
      <w:r>
        <w:drawing>
          <wp:inline xmlns:a="http://schemas.openxmlformats.org/drawingml/2006/main" xmlns:pic="http://schemas.openxmlformats.org/drawingml/2006/picture">
            <wp:extent cx="752475" cy="161926"/>
            <wp:docPr id="75" name="Picture 7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có nhớ sinh nhật em là ngày nào không, đồ người hang?’</w:t>
      </w:r>
    </w:p>
    <w:p>
      <w:pPr>
        <w:spacing w:after="80"/>
      </w:pPr>
      <w:r>
        <w:rPr>
          <w:b w:val="0"/>
          <w:i w:val="0"/>
        </w:rPr>
        <w:t>‘Hôm nay,’ William đáp, vừa ôm Beth vào lòng. ‘Sáng nay anh đã định chúc em sinh nhật vui vẻ nếu lúc anh đi em không ngủ say đến thế.’</w:t>
      </w:r>
    </w:p>
    <w:p>
      <w:pPr>
        <w:spacing w:after="80"/>
      </w:pPr>
      <w:r>
        <w:rPr>
          <w:b w:val="0"/>
          <w:i w:val="0"/>
        </w:rPr>
        <w:t>‘Vậy quà của em đâu?’ cô hỏi, chìa cả hai tay ra.</w:t>
      </w:r>
    </w:p>
    <w:p>
      <w:pPr>
        <w:spacing w:after="80"/>
      </w:pPr>
      <w:r>
        <w:rPr>
          <w:b w:val="0"/>
          <w:i w:val="0"/>
        </w:rPr>
        <w:t>‘Đang chờ em trên bàn của chúng ta ở nhà hàng em thích nhất.’</w:t>
      </w:r>
    </w:p>
    <w:p>
      <w:pPr>
        <w:spacing w:after="80"/>
      </w:pPr>
      <w:r>
        <w:rPr>
          <w:b w:val="0"/>
          <w:i w:val="0"/>
        </w:rPr>
        <w:t>‘The Ritz à?’</w:t>
      </w:r>
    </w:p>
    <w:p>
      <w:pPr>
        <w:spacing w:after="80"/>
      </w:pPr>
      <w:r>
        <w:rPr>
          <w:b w:val="0"/>
          <w:i w:val="0"/>
        </w:rPr>
        <w:t>‘Chưa đâu. Anh phải làm được chức ủy viên cảnh sát trưởng thì chúng ta mới có thể dành một buổi tối ở The Ritz. Trước đó, em đành bằng lòng với Elena’s thôi.’</w:t>
      </w:r>
    </w:p>
    <w:p>
      <w:pPr>
        <w:spacing w:after="80"/>
      </w:pPr>
      <w:r>
        <w:rPr>
          <w:b w:val="0"/>
          <w:i w:val="0"/>
        </w:rPr>
        <w:t>‘Nơi chúng ta đi hẹn hò lần đầu, thật lãng mạn.’</w:t>
      </w:r>
    </w:p>
    <w:p>
      <w:pPr>
        <w:spacing w:after="80"/>
      </w:pPr>
      <w:r>
        <w:rPr>
          <w:b w:val="0"/>
          <w:i w:val="0"/>
        </w:rPr>
        <w:t>‘Và trước đó, chúng ta sẽ đến nhà hát Palace,’ William nói.</w:t>
      </w:r>
    </w:p>
    <w:p>
      <w:pPr>
        <w:spacing w:after="80"/>
      </w:pPr>
      <w:r>
        <w:rPr>
          <w:b w:val="0"/>
          <w:i w:val="0"/>
        </w:rPr>
        <w:t>‘Để xem gì?’</w:t>
      </w:r>
    </w:p>
    <w:p>
      <w:pPr>
        <w:spacing w:after="80"/>
      </w:pPr>
      <w:r>
        <w:rPr>
          <w:b w:val="0"/>
          <w:i w:val="0"/>
        </w:rPr>
        <w:t>‘</w:t>
      </w:r>
      <w:r>
        <w:rPr>
          <w:b w:val="0"/>
          <w:i/>
        </w:rPr>
        <w:t>Les Misérables</w:t>
      </w:r>
      <w:r>
        <w:rPr>
          <w:b w:val="0"/>
          <w:i w:val="0"/>
        </w:rPr>
        <w:t>,’ William đáp, đúng lúc có tiếng gõ cửa.</w:t>
      </w:r>
    </w:p>
    <w:p>
      <w:pPr>
        <w:spacing w:after="80"/>
      </w:pPr>
      <w:r>
        <w:rPr>
          <w:b w:val="0"/>
          <w:i w:val="0"/>
        </w:rPr>
        <w:t>‘Ai thế nhỉ?’</w:t>
      </w:r>
    </w:p>
    <w:p>
      <w:pPr>
        <w:spacing w:after="80"/>
      </w:pPr>
      <w:r>
        <w:rPr>
          <w:b w:val="0"/>
          <w:i w:val="0"/>
        </w:rPr>
        <w:t>‘Cô trông trẻ. Tối nay Suzy được nghỉ. Sao em không đi thay đồ trong khi anh giới thiệu cô ấy với hai đứa nhỏ.’</w:t>
      </w:r>
    </w:p>
    <w:p>
      <w:pPr>
        <w:spacing w:after="80"/>
      </w:pPr>
      <w:r>
        <w:rPr>
          <w:b w:val="0"/>
          <w:i w:val="0"/>
        </w:rPr>
        <w:t>Khi Beth quay lại sau ba mươi phút, William không thể ngừng nhìn cô với ánh mắt khao khát.</w:t>
      </w:r>
    </w:p>
    <w:p>
      <w:pPr>
        <w:spacing w:after="80"/>
      </w:pPr>
      <w:r>
        <w:rPr>
          <w:b w:val="0"/>
          <w:i w:val="0"/>
        </w:rPr>
        <w:t>'Không đời nào, anh chàng hang động. Ăn tối xong đã, nếu anh ngoan.'</w:t>
      </w:r>
    </w:p>
    <w:p>
      <w:pPr>
        <w:spacing w:after="80"/>
      </w:pPr>
      <w:r>
        <w:rPr>
          <w:b w:val="0"/>
          <w:i w:val="0"/>
        </w:rPr>
        <w:t>William cười toe toét nắm lấy tay cô. 'Bọn trẻ đã được đắp chăn nằm trong nôi rồi, và cỗ xe của nàng đang chờ, thưa quý cô.'</w:t>
      </w:r>
    </w:p>
    <w:p>
      <w:pPr>
        <w:spacing w:after="80"/>
      </w:pPr>
      <w:r>
        <w:rPr>
          <w:b w:val="0"/>
          <w:i w:val="0"/>
        </w:rPr>
        <w:t>'Em không nghĩ anh có thể gọi một chiếc Austin Allegro cũ là cỗ xe được đâu? Giống quả bí ngô hơn thì có.'</w:t>
      </w:r>
    </w:p>
    <w:p>
      <w:pPr>
        <w:spacing w:after="80"/>
      </w:pPr>
      <w:r>
        <w:rPr>
          <w:b w:val="0"/>
          <w:i w:val="0"/>
        </w:rPr>
        <w:t>Cả hai đều thích thú xem buổi diễn ngay từ khi tấm màn kéo lên, nhưng Beth vẫn gọi về nhà trong giờ nghỉ để kiểm tra xem bọn trẻ đã ngủ chưa. Sau khi rời nhà hát, cô hát 'I Dreamed a Dream' suốt quãng đường đến nhà hàng.</w:t>
      </w:r>
    </w:p>
    <w:p>
      <w:pPr>
        <w:spacing w:after="80"/>
      </w:pPr>
      <w:r>
        <w:rPr>
          <w:b w:val="0"/>
          <w:i w:val="0"/>
        </w:rPr>
        <w:t>Gino dẫn họ đến bàn ở góc phòng, như ông đã làm trong buổi tối đầu tiên cách đây năm năm. Một chiếc hộp da màu xanh lá đang chờ cô. Gino mở nắp chai sâm panh trong khi cô mở hộp, và phát hiện ra một chuỗi ngọc trai nuôi cấy. Cô sững sờ.</w:t>
      </w:r>
    </w:p>
    <w:p>
      <w:pPr>
        <w:spacing w:after="80"/>
      </w:pPr>
      <w:r>
        <w:rPr>
          <w:b w:val="0"/>
          <w:i w:val="0"/>
        </w:rPr>
        <w:t>'Anh ăn trộm mấy thứ này khi ghé Garrard's à, anh chàng hang động?'</w:t>
      </w:r>
    </w:p>
    <w:p>
      <w:pPr>
        <w:spacing w:after="80"/>
      </w:pPr>
      <w:r>
        <w:rPr>
          <w:b w:val="0"/>
          <w:i w:val="0"/>
        </w:rPr>
        <w:t>'Không, bà anh để lại cho anh trong di chúc, để trao cho người phụ nữ anh cưới.'</w:t>
      </w:r>
    </w:p>
    <w:p>
      <w:pPr>
        <w:spacing w:after="80"/>
      </w:pPr>
      <w:r>
        <w:rPr>
          <w:b w:val="0"/>
          <w:i w:val="0"/>
        </w:rPr>
        <w:t>'Sao anh mất lâu thế?'</w:t>
      </w:r>
    </w:p>
    <w:p>
      <w:pPr>
        <w:spacing w:after="80"/>
      </w:pPr>
      <w:r>
        <w:rPr>
          <w:b w:val="0"/>
          <w:i w:val="0"/>
        </w:rPr>
        <w:t>'Anh phải chắc chắn rằng em sẽ trụ được chứ,' anh trêu, nghiêng người qua bàn và đeo chuỗi ngọc trai lên cổ cô.</w:t>
      </w:r>
    </w:p>
    <w:p>
      <w:pPr>
        <w:spacing w:after="80"/>
      </w:pPr>
      <w:r>
        <w:rPr>
          <w:b w:val="0"/>
          <w:i w:val="0"/>
        </w:rPr>
        <w:t>Beth mở hộp gương nhỏ ra và ngắm món quà của mình. 'Chà,' cô nói. 'Bà anh có gu thẩm mỹ thật tuyệt.'</w:t>
      </w:r>
    </w:p>
    <w:p>
      <w:pPr>
        <w:spacing w:after="80"/>
      </w:pPr>
      <w:r>
        <w:rPr>
          <w:b w:val="0"/>
          <w:i w:val="0"/>
        </w:rPr>
        <w:t>'Cũng như ông anh vậy, người đã mang chúng về từ Tokyo để kỷ niệm ba mươi năm ngày cưới của họ.'</w:t>
      </w:r>
    </w:p>
    <w:p>
      <w:pPr>
        <w:spacing w:after="80"/>
      </w:pPr>
      <w:r>
        <w:rPr>
          <w:b w:val="0"/>
          <w:i w:val="0"/>
        </w:rPr>
        <w:t>'Anh có nghĩ chúng ta sẽ trụ được đến kỷ niệm ba mươi năm không?' Beth hỏi, nắm lấy tay anh.</w:t>
      </w:r>
    </w:p>
    <w:p>
      <w:pPr>
        <w:spacing w:after="80"/>
      </w:pPr>
      <w:r>
        <w:rPr>
          <w:b w:val="0"/>
          <w:i w:val="0"/>
        </w:rPr>
        <w:t>'Nếu không trụ được,' William nói, cười toe toét, 'thì anh sẽ đòi lại chuỗi ngọc trai.'</w:t>
      </w:r>
    </w:p>
    <w:p>
      <w:pPr>
        <w:spacing w:after="80"/>
      </w:pPr>
      <w:r>
        <w:rPr>
          <w:b w:val="0"/>
          <w:i w:val="0"/>
        </w:rPr>
        <w:t>'Đừng hòng,' Beth nói khi Gino xuất hiện trở lại bên bàn họ, sổ tay mở sẵn, bút bi cầm sẵn. 'Quý khách dùng gì ạ?' ông hỏi.</w:t>
      </w:r>
    </w:p>
    <w:p>
      <w:pPr>
        <w:spacing w:after="80"/>
      </w:pPr>
      <w:r>
        <w:rPr>
          <w:b w:val="0"/>
          <w:i w:val="0"/>
        </w:rPr>
        <w:t>'Chúng tôi muốn bữa ăn giống hệt lần hẹn hò đầu tiên,' William nói.</w:t>
      </w:r>
    </w:p>
    <w:p>
      <w:pPr>
        <w:spacing w:after="80"/>
      </w:pPr>
      <w:r>
        <w:rPr>
          <w:b w:val="0"/>
          <w:i w:val="0"/>
        </w:rPr>
        <w:t>‘Tất nhiên rồi, nhưng tôi sẽ thay chai Frascati bằng một chai sâm panh hảo hạng,’ Gino nói khi rót đầy ly cho họ.</w:t>
      </w:r>
    </w:p>
    <w:p>
      <w:pPr>
        <w:spacing w:after="80"/>
      </w:pPr>
      <w:r>
        <w:rPr>
          <w:b w:val="0"/>
          <w:i w:val="0"/>
        </w:rPr>
        <w:t>‘Tôi có một bất ngờ khác dành cho em,’ William nói sau khi Gino rời đi. ‘Sẽ không lâu nữa trước khi tôi quay lại đơn vị và chính thức trở lại làm việc tại Yard.’</w:t>
      </w:r>
    </w:p>
    <w:p>
      <w:pPr>
        <w:spacing w:after="80"/>
      </w:pPr>
      <w:r>
        <w:rPr>
          <w:b w:val="0"/>
          <w:i w:val="0"/>
        </w:rPr>
        <w:t>‘Có gì thay đổi à?’</w:t>
      </w:r>
    </w:p>
    <w:p>
      <w:pPr>
        <w:spacing w:after="80"/>
      </w:pPr>
      <w:r>
        <w:rPr>
          <w:b w:val="0"/>
          <w:i w:val="0"/>
        </w:rPr>
        <w:t>‘PC Bailey. Tôi nghĩ cô ấy đã quay về chơi cho đội nhà, điều đó sẽ khiến cuộc sống của tất cả chúng ta dễ thở hơn.’</w:t>
      </w:r>
    </w:p>
    <w:p>
      <w:pPr>
        <w:spacing w:after="80"/>
      </w:pPr>
      <w:r>
        <w:rPr>
          <w:b w:val="0"/>
          <w:i w:val="0"/>
        </w:rPr>
        <w:t>‘Cô ấy có phải đối mặt với một cuộc điều tra không?’</w:t>
      </w:r>
    </w:p>
    <w:p>
      <w:pPr>
        <w:spacing w:after="80"/>
      </w:pPr>
      <w:r>
        <w:rPr>
          <w:b w:val="0"/>
          <w:i w:val="0"/>
        </w:rPr>
        <w:t>‘Với chút may mắn thì điều đó sẽ không cần thiết,’ William nói khi một người phục vụ đặt bát stracciatella trước mặt anh.</w:t>
      </w:r>
    </w:p>
    <w:p>
      <w:pPr>
        <w:spacing w:after="80"/>
      </w:pPr>
      <w:r>
        <w:rPr>
          <w:b w:val="0"/>
          <w:i w:val="0"/>
        </w:rPr>
        <w:t>‘Thật là tôi đã gọi súp trong buổi hẹn đầu tiên của chúng ta sao?’</w:t>
      </w:r>
    </w:p>
    <w:p>
      <w:pPr>
        <w:spacing w:after="80"/>
      </w:pPr>
      <w:r>
        <w:rPr>
          <w:b w:val="0"/>
          <w:i w:val="0"/>
        </w:rPr>
        <w:t>‘Rồi sau đó là spaghetti bolognese. Trong khi em gọi cá hồi hun khói và thịt bê piccata với sốt chanh cùng rau chân vịt nghiền.’</w:t>
      </w:r>
    </w:p>
    <w:p>
      <w:pPr>
        <w:spacing w:after="80"/>
      </w:pPr>
      <w:r>
        <w:rPr>
          <w:b w:val="0"/>
          <w:i w:val="0"/>
        </w:rPr>
        <w:t>‘Làm sao tôi có được buổi hẹn thứ hai nhỉ?’</w:t>
      </w:r>
    </w:p>
    <w:p>
      <w:pPr>
        <w:spacing w:after="80"/>
      </w:pPr>
      <w:r>
        <w:rPr>
          <w:b w:val="0"/>
          <w:i w:val="0"/>
        </w:rPr>
        <w:t>‘Em có thể thấy tiềm năng thô ráp đó,’ Beth nói. ‘Kể cả khi anh đang mất khá nhiều thời gian để phát huy nó.’</w:t>
      </w:r>
    </w:p>
    <w:p>
      <w:pPr>
        <w:spacing w:after="80"/>
      </w:pPr>
      <w:r>
        <w:rPr>
          <w:b w:val="0"/>
          <w:i w:val="0"/>
        </w:rPr>
        <w:t>‘Em đã là giám đốc bảo tàng Fitzmolean chưa?’ William hỏi, phản đòn.</w:t>
      </w:r>
    </w:p>
    <w:p>
      <w:pPr>
        <w:spacing w:after="80"/>
      </w:pPr>
      <w:r>
        <w:rPr>
          <w:b w:val="0"/>
          <w:i w:val="0"/>
        </w:rPr>
        <w:t>‘Chưa, nhưng có tin đồn rằng Tim sẽ được phong tước hiệp sĩ trong danh sách vinh danh Năm Mới, và anh ấy có thể sớm chuyển sang những điều lớn lao hơn.’</w:t>
      </w:r>
    </w:p>
    <w:p>
      <w:pPr>
        <w:spacing w:after="80"/>
      </w:pPr>
      <w:r>
        <w:rPr>
          <w:b w:val="0"/>
          <w:i w:val="0"/>
        </w:rPr>
        <w:t>‘Như em chăng?’ William hỏi.</w:t>
      </w:r>
    </w:p>
    <w:p>
      <w:pPr>
        <w:spacing w:after="80"/>
      </w:pPr>
      <w:r>
        <w:rPr>
          <w:b w:val="0"/>
          <w:i w:val="0"/>
        </w:rPr>
        <w:t>Một người phục vụ đang dọn món đầu tiên của họ thì Beth bỗng nắm lấy tay William. ‘Đừng quay lại nhìn bây giờ, nhưng Christina vừa bước vào.’</w:t>
      </w:r>
    </w:p>
    <w:p>
      <w:pPr>
        <w:spacing w:after="80"/>
      </w:pPr>
      <w:r>
        <w:rPr>
          <w:b w:val="0"/>
          <w:i w:val="0"/>
        </w:rPr>
        <w:t>‘Cô ấy đi cùng đội trưởng à?’ William thì thầm, khi món chính của họ được đặt trước mặt.</w:t>
      </w:r>
    </w:p>
    <w:p>
      <w:pPr>
        <w:spacing w:after="80"/>
      </w:pPr>
      <w:r>
        <w:rPr>
          <w:b w:val="0"/>
          <w:i w:val="0"/>
        </w:rPr>
        <w:t>‘Không, một anh chàng trẻ tuổi khá bảnh trai mà em chưa từng thấy bao giờ.’</w:t>
      </w:r>
    </w:p>
    <w:p>
      <w:pPr>
        <w:spacing w:after="80"/>
      </w:pPr>
      <w:r>
        <w:rPr>
          <w:b w:val="0"/>
          <w:i w:val="0"/>
        </w:rPr>
        <w:t>‘Tôi không nghĩ đó là phong cách của Elena,’ William vừa nói vừa xoay xoay một dĩa mì spaghetti.</w:t>
      </w:r>
    </w:p>
    <w:p>
      <w:pPr>
        <w:spacing w:after="80"/>
      </w:pPr>
      <w:r>
        <w:rPr>
          <w:b w:val="0"/>
          <w:i w:val="0"/>
        </w:rPr>
        <w:t>‘Trừ khi cô ấy không muốn bị bạn bè nào của mình nhìn thấy.’</w:t>
      </w:r>
    </w:p>
    <w:p>
      <w:pPr>
        <w:spacing w:after="80"/>
      </w:pPr>
      <w:r>
        <w:rPr>
          <w:b w:val="0"/>
          <w:i w:val="0"/>
        </w:rPr>
        <w:t>‘Anh không kể với em là cô ấy đang khá nghiêm túc với Đại úy Neville sao?’</w:t>
      </w:r>
    </w:p>
    <w:p>
      <w:pPr>
        <w:spacing w:after="80"/>
      </w:pPr>
      <w:r>
        <w:rPr>
          <w:b w:val="0"/>
          <w:i w:val="0"/>
        </w:rPr>
        <w:t xml:space="preserve">‘Đó đúng là ấn tượng cô ấy tạo cho anh lần cuối anh gặp, mà mới chỉ vài ngày trước thôi. Cô ấy bảo anh là họ sẽ đi nghỉ ở New York – trên con tàu </w:t>
      </w:r>
      <w:r>
        <w:rPr>
          <w:b w:val="0"/>
          <w:i/>
        </w:rPr>
        <w:t>Alden</w:t>
      </w:r>
      <w:r>
        <w:rPr>
          <w:b w:val="0"/>
          <w:i w:val="0"/>
        </w:rPr>
        <w:t>, không kém. Thành thật mà nói, anh ngạc nhiên là cô ấy lại quay về thói cũ.’</w:t>
      </w:r>
    </w:p>
    <w:p>
      <w:pPr>
        <w:spacing w:after="80"/>
      </w:pPr>
      <w:r>
        <w:rPr>
          <w:b w:val="0"/>
          <w:i w:val="0"/>
        </w:rPr>
        <w:t>‘Anh thì không,’ William nói.</w:t>
      </w:r>
    </w:p>
    <w:p>
      <w:pPr>
        <w:spacing w:after="80"/>
      </w:pPr>
      <w:r>
        <w:rPr>
          <w:b w:val="0"/>
          <w:i w:val="0"/>
        </w:rPr>
        <w:t>‘Anh có nghĩ chúng ta nên qua chào hỏi không?’</w:t>
      </w:r>
    </w:p>
    <w:p>
      <w:pPr>
        <w:spacing w:after="80"/>
      </w:pPr>
      <w:r>
        <w:rPr>
          <w:b w:val="0"/>
          <w:i w:val="0"/>
        </w:rPr>
        <w:t>‘Cô ấy sẽ chẳng cảm ơn em vì điều đó đâu,’ William nói, ‘nên anh cứ ngồi yên đây.’</w:t>
      </w:r>
    </w:p>
    <w:p>
      <w:pPr>
        <w:spacing w:after="80"/>
      </w:pPr>
      <w:r>
        <w:rPr>
          <w:b w:val="0"/>
          <w:i w:val="0"/>
        </w:rPr>
        <w:t>‘Em thấy tội cho Ralph. Em khá thích anh ta. Nhưng mà, anh luôn nghĩ anh ta là kẻ đào mỏ.’</w:t>
      </w:r>
    </w:p>
    <w:p>
      <w:pPr>
        <w:spacing w:after="80"/>
      </w:pPr>
      <w:r>
        <w:rPr>
          <w:b w:val="0"/>
          <w:i w:val="0"/>
        </w:rPr>
        <w:t>‘Không đơn giản như thế đâu,’ William nói. ‘Có điều gì đó ở Đại úy Ralph Neville nghe không thật,’ anh thêm vào, khi người ta dọn đĩa của họ đi.</w:t>
      </w:r>
    </w:p>
    <w:p>
      <w:pPr>
        <w:spacing w:after="80"/>
      </w:pPr>
      <w:r>
        <w:rPr>
          <w:b w:val="0"/>
          <w:i w:val="0"/>
        </w:rPr>
        <w:t>Gino quay lại chỗ họ vài phút sau đó, mang theo một chiếc bánh sinh nhật. Anh hít một hơi thật sâu và vừa định cất lên một phiên bản ồn ào của ‘Happy Birthday’ thì William thì thầm dứt khoát, ‘Không phải tối nay đâu, Gino.’</w:t>
      </w:r>
    </w:p>
    <w:p>
      <w:pPr>
        <w:spacing w:after="80"/>
      </w:pPr>
      <w:r>
        <w:rPr>
          <w:b w:val="0"/>
          <w:i w:val="0"/>
        </w:rPr>
        <w:t xml:space="preserve">‘Sao lại không, </w:t>
      </w:r>
      <w:r>
        <w:rPr>
          <w:b w:val="0"/>
          <w:i/>
        </w:rPr>
        <w:t>signore</w:t>
      </w:r>
      <w:r>
        <w:rPr>
          <w:b w:val="0"/>
          <w:i w:val="0"/>
        </w:rPr>
        <w:t>? Tôi nổi tiếng là Pavarotti của Potters Bar mà.’</w:t>
      </w:r>
    </w:p>
    <w:p>
      <w:pPr>
        <w:spacing w:after="80"/>
      </w:pPr>
      <w:r>
        <w:rPr>
          <w:b w:val="0"/>
          <w:i w:val="0"/>
        </w:rPr>
        <w:t>‘Chắc chắn rồi, nhưng chúng tôi đang cố không thu hút sự chú ý của một quý bà nọ đang ngồi ở phía bên kia nhà hàng.’</w:t>
      </w:r>
    </w:p>
    <w:p>
      <w:pPr>
        <w:spacing w:after="80"/>
      </w:pPr>
      <w:r>
        <w:rPr>
          <w:b w:val="0"/>
          <w:i w:val="0"/>
        </w:rPr>
        <w:t xml:space="preserve">‘À, </w:t>
      </w:r>
      <w:r>
        <w:rPr>
          <w:b w:val="0"/>
          <w:i/>
        </w:rPr>
        <w:t>Signora</w:t>
      </w:r>
      <w:r>
        <w:rPr>
          <w:b w:val="0"/>
          <w:i w:val="0"/>
        </w:rPr>
        <w:t xml:space="preserve"> Christina,’ Gino thì thầm, nhập cuộc chơi.</w:t>
      </w:r>
    </w:p>
    <w:p>
      <w:pPr>
        <w:spacing w:after="80"/>
      </w:pPr>
      <w:r>
        <w:rPr>
          <w:b w:val="0"/>
          <w:i w:val="0"/>
        </w:rPr>
        <w:t>‘Cô ấy là khách quen à?’ William hỏi.</w:t>
      </w:r>
    </w:p>
    <w:p>
      <w:pPr>
        <w:spacing w:after="80"/>
      </w:pPr>
      <w:r>
        <w:rPr>
          <w:b w:val="0"/>
          <w:i w:val="0"/>
        </w:rPr>
        <w:t>‘Đúng vậy. Chính các quý ông mới không phải khách quen.’</w:t>
      </w:r>
    </w:p>
    <w:p>
      <w:pPr>
        <w:spacing w:after="80"/>
      </w:pPr>
      <w:r>
        <w:rPr>
          <w:b w:val="0"/>
          <w:i w:val="0"/>
        </w:rPr>
        <w:t>Beth bật cười. ‘Có cách nào để chúng ta ra khỏi đây mà cô ấy không nhận ra không?’</w:t>
      </w:r>
    </w:p>
    <w:p>
      <w:pPr>
        <w:spacing w:after="80"/>
      </w:pPr>
      <w:r>
        <w:rPr>
          <w:b w:val="0"/>
          <w:i w:val="0"/>
        </w:rPr>
        <w:t>‘Không thành vấn đề,’ Gino nói. ‘Tôi sẽ đưa cô qua bếp và ra cửa nhân viên.’</w:t>
      </w:r>
    </w:p>
    <w:p>
      <w:pPr>
        <w:spacing w:after="80"/>
      </w:pPr>
      <w:r>
        <w:rPr>
          <w:b w:val="0"/>
          <w:i w:val="0"/>
        </w:rPr>
        <w:t>‘Phải trả tiền đã chứ,’ William nói, với tay lấy ví.</w:t>
      </w:r>
    </w:p>
    <w:p>
      <w:pPr>
        <w:spacing w:after="80"/>
      </w:pPr>
      <w:r>
        <w:rPr>
          <w:b w:val="0"/>
          <w:i w:val="0"/>
        </w:rPr>
        <w:t>‘Bữa này tôi mời,’ Gino nói khi bắt đầu gói chiếc bánh sinh nhật vào khăn ăn. ‘Nhân tiện, tôi thích chiếc dây chuyền đó lắm.’</w:t>
      </w:r>
    </w:p>
    <w:p>
      <w:pPr>
        <w:jc w:val="center"/>
      </w:pPr>
      <w:r>
        <w:drawing>
          <wp:inline xmlns:a="http://schemas.openxmlformats.org/drawingml/2006/main" xmlns:pic="http://schemas.openxmlformats.org/drawingml/2006/picture">
            <wp:extent cx="752475" cy="161926"/>
            <wp:docPr id="76" name="Picture 7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‘Harrison. Craig Harrison,’ Nicky nói khi cô cùng Rebecca ăn sáng vào sáng hôm sau. ‘Một tên trộm vặt với lý lịch dài dằng dặc.’</w:t>
      </w:r>
    </w:p>
    <w:p>
      <w:pPr>
        <w:spacing w:after="80"/>
      </w:pPr>
      <w:r>
        <w:rPr>
          <w:b w:val="0"/>
          <w:i w:val="0"/>
        </w:rPr>
        <w:t>‘Summers bắt hắn vì tội trộm cắp hồi đầu năm phải không?’</w:t>
      </w:r>
    </w:p>
    <w:p>
      <w:pPr>
        <w:spacing w:after="80"/>
      </w:pPr>
      <w:r>
        <w:rPr>
          <w:b w:val="0"/>
          <w:i w:val="0"/>
        </w:rPr>
        <w:t>‘Đúng, ngày 23 tháng Năm, vì một tội danh riêng,’ Nicky xác nhận, ngồi xuống bàn bếp, dù Rebecca để ý thấy cô không động đến bữa sáng.</w:t>
      </w:r>
    </w:p>
    <w:p>
      <w:pPr>
        <w:spacing w:after="80"/>
      </w:pPr>
      <w:r>
        <w:rPr>
          <w:b w:val="0"/>
          <w:i w:val="0"/>
        </w:rPr>
        <w:t>‘Hắn có bị buộc tội không?’</w:t>
      </w:r>
    </w:p>
    <w:p>
      <w:pPr>
        <w:spacing w:after="80"/>
      </w:pPr>
      <w:r>
        <w:rPr>
          <w:b w:val="0"/>
          <w:i w:val="0"/>
        </w:rPr>
        <w:t>‘Ngày hôm sau, và khi ra trước quan tòa, hắn nhận tội và xin được xem xét thêm tám tội danh khác. Nhưng tôi nghi chỉ có một tội mà Hawk sẽ quan tâm thôi.’</w:t>
      </w:r>
    </w:p>
    <w:p>
      <w:pPr>
        <w:spacing w:after="80"/>
      </w:pPr>
      <w:r>
        <w:rPr>
          <w:b w:val="0"/>
          <w:i w:val="0"/>
        </w:rPr>
        <w:t>‘Cô sẽ báo cáo cho ông ấy chứ?’</w:t>
      </w:r>
    </w:p>
    <w:p>
      <w:pPr>
        <w:spacing w:after="80"/>
      </w:pPr>
      <w:r>
        <w:rPr>
          <w:b w:val="0"/>
          <w:i w:val="0"/>
        </w:rPr>
        <w:t>‘Tôi đã để báo cáo trên bàn ông ấy rồi.’</w:t>
      </w:r>
    </w:p>
    <w:p>
      <w:pPr>
        <w:spacing w:after="80"/>
      </w:pPr>
      <w:r>
        <w:rPr>
          <w:b w:val="0"/>
          <w:i w:val="0"/>
        </w:rPr>
        <w:t>‘Tin tốt đấy,’ Rebecca nói, nắm lấy tay cô.</w:t>
      </w:r>
    </w:p>
    <w:p>
      <w:pPr>
        <w:spacing w:after="80"/>
      </w:pPr>
      <w:r>
        <w:rPr>
          <w:b w:val="0"/>
          <w:i w:val="0"/>
        </w:rPr>
        <w:t>‘Tôi cũng đã quyết định sẽ không quay lại lực lượng sau khi sinh em bé.’</w:t>
      </w:r>
    </w:p>
    <w:p>
      <w:pPr>
        <w:spacing w:after="80"/>
      </w:pPr>
      <w:r>
        <w:rPr>
          <w:b w:val="0"/>
          <w:i w:val="0"/>
        </w:rPr>
        <w:t>‘Tôi sẽ không nói với ai khác đâu,’ Rebecca nói. ‘Dù sao thì, vài tháng nữa cô có thể sẽ thấy khác đi.’</w:t>
      </w:r>
    </w:p>
    <w:p>
      <w:pPr>
        <w:spacing w:after="80"/>
      </w:pPr>
      <w:r>
        <w:rPr>
          <w:b w:val="0"/>
          <w:i w:val="0"/>
        </w:rPr>
        <w:t>‘Khó lắm,’ Nicky nói, ‘vì cha của đứa bé sẽ phải thụ án tù dài, và tôi sẽ là người tố giác anh ta.’</w:t>
      </w:r>
    </w:p>
    <w:p>
      <w:pPr>
        <w:spacing w:after="80"/>
      </w:pPr>
      <w:r>
        <w:rPr>
          <w:b w:val="0"/>
          <w:i w:val="0"/>
        </w:rPr>
        <w:t>‘Summers là cha đứa bé?’</w:t>
      </w:r>
    </w:p>
    <w:p>
      <w:pPr>
        <w:spacing w:after="80"/>
      </w:pPr>
      <w:r>
        <w:rPr>
          <w:b w:val="0"/>
          <w:i w:val="0"/>
        </w:rPr>
        <w:t>‘Thôi nào. Không cần phải giả vờ là cô không biết đâu.’</w:t>
      </w:r>
    </w:p>
    <w:p>
      <w:pPr>
        <w:spacing w:after="80"/>
      </w:pPr>
      <w:r>
        <w:rPr>
          <w:b w:val="0"/>
          <w:i w:val="0"/>
        </w:rPr>
        <w:t>Rebecca ngồi xuống cạnh bạn mình và nhẹ nhàng vòng tay qua vai cô ấy.</w:t>
      </w:r>
    </w:p>
    <w:p>
      <w:pPr>
        <w:spacing w:after="80"/>
      </w:pPr>
      <w:r>
        <w:rPr>
          <w:b w:val="0"/>
          <w:i w:val="0"/>
        </w:rPr>
        <w:t>‘Cả đội có biết chuyện này không?’ Nicky hỏi.</w:t>
      </w:r>
    </w:p>
    <w:p>
      <w:pPr>
        <w:spacing w:after="80"/>
      </w:pPr>
      <w:r>
        <w:rPr>
          <w:b w:val="0"/>
          <w:i w:val="0"/>
        </w:rPr>
        <w:t>‘Có. Họ biết được một lúc rồi, và e là lỗi tại tôi.’</w:t>
      </w:r>
    </w:p>
    <w:p>
      <w:pPr>
        <w:spacing w:after="80"/>
      </w:pPr>
      <w:r>
        <w:rPr>
          <w:b w:val="0"/>
          <w:i w:val="0"/>
        </w:rPr>
        <w:t>Nicky quay sang nhìn cô bạn cùng phòng, nước mắt lăn dài trên mặt.</w:t>
      </w:r>
    </w:p>
    <w:p>
      <w:pPr>
        <w:spacing w:after="80"/>
      </w:pPr>
      <w:r>
        <w:rPr>
          <w:b w:val="0"/>
          <w:i w:val="0"/>
        </w:rPr>
        <w:t>‘Ngay khi nhìn thấy chiếc nhẫn, tôi đã biết Summers không thể nào mua nổi một viên kim cương to cỡ đó bằng đồng lương cảnh sát.’</w:t>
      </w:r>
    </w:p>
    <w:p>
      <w:pPr>
        <w:spacing w:after="80"/>
      </w:pPr>
      <w:r>
        <w:rPr>
          <w:b w:val="0"/>
          <w:i w:val="0"/>
        </w:rPr>
        <w:t>‘Biết đâu có người khác tặng tôi thì sao.’</w:t>
      </w:r>
    </w:p>
    <w:p>
      <w:pPr>
        <w:spacing w:after="80"/>
      </w:pPr>
      <w:r>
        <w:rPr>
          <w:b w:val="0"/>
          <w:i w:val="0"/>
        </w:rPr>
        <w:t>‘Ví dụ như một nhân viên môi giới bất động sản từ Croydon chẳng hạn? Tôi không nghĩ thế.’</w:t>
      </w:r>
    </w:p>
    <w:p>
      <w:pPr>
        <w:spacing w:after="80"/>
      </w:pPr>
      <w:r>
        <w:rPr>
          <w:b w:val="0"/>
          <w:i w:val="0"/>
        </w:rPr>
        <w:t>‘Nhưng tôi đã trả lại nó rồi mà,’ Nicky nói đầy phòng vệ, ‘và còn để hộp của Garrard’s ở chỗ cô không thể nào không thấy.’</w:t>
      </w:r>
    </w:p>
    <w:p>
      <w:pPr>
        <w:spacing w:after="80"/>
      </w:pPr>
      <w:r>
        <w:rPr>
          <w:b w:val="0"/>
          <w:i w:val="0"/>
        </w:rPr>
        <w:t>‘Sáng hôm đó tôi đã giao nó cho DI Warwick.’</w:t>
      </w:r>
    </w:p>
    <w:p>
      <w:pPr>
        <w:spacing w:after="80"/>
      </w:pPr>
      <w:r>
        <w:rPr>
          <w:b w:val="0"/>
          <w:i w:val="0"/>
        </w:rPr>
        <w:t>‘Tôi đoán là cô sẽ làm vậy.’</w:t>
      </w:r>
    </w:p>
    <w:p>
      <w:pPr>
        <w:spacing w:after="80"/>
      </w:pPr>
      <w:r>
        <w:rPr>
          <w:b w:val="0"/>
          <w:i w:val="0"/>
        </w:rPr>
        <w:t>‘Và nhờ có cô,’ Rebecca nói, ‘mà giờ chúng ta biết Summers đã bắt Harrison sau khi anh ta trộm chiếc nhẫn, nên—’</w:t>
      </w:r>
    </w:p>
    <w:p>
      <w:pPr>
        <w:spacing w:after="80"/>
      </w:pPr>
      <w:r>
        <w:rPr>
          <w:b w:val="0"/>
          <w:i w:val="0"/>
        </w:rPr>
        <w:t>‘Tôi có bị bắt không?’</w:t>
      </w:r>
    </w:p>
    <w:p>
      <w:pPr>
        <w:spacing w:after="80"/>
      </w:pPr>
      <w:r>
        <w:rPr>
          <w:b w:val="0"/>
          <w:i w:val="0"/>
        </w:rPr>
        <w:t>‘Hy vọng là không đến mức đó,’ Rebecca nhẹ nhàng nói. ‘Tôi biết vị chỉ huy không nghĩ cô có liên quan đến bất kỳ hoạt động phạm pháp nào của DS Summers, và ông ấy cũng biết rõ chính cô đã báo cho DI Warwick về việc anh ta đến Playboy Club, điều đó hẳn sẽ có lợi cho cô.’</w:t>
      </w:r>
    </w:p>
    <w:p>
      <w:pPr>
        <w:spacing w:after="80"/>
      </w:pPr>
      <w:r>
        <w:rPr>
          <w:b w:val="0"/>
          <w:i w:val="0"/>
        </w:rPr>
        <w:t>‘Nhưng không có lợi cho Jerry.’</w:t>
      </w:r>
    </w:p>
    <w:p>
      <w:pPr>
        <w:spacing w:after="80"/>
      </w:pPr>
      <w:r>
        <w:rPr>
          <w:b w:val="0"/>
          <w:i w:val="0"/>
        </w:rPr>
        <w:t>‘Anh ta không đáng được cô thương hại.’</w:t>
      </w:r>
    </w:p>
    <w:p>
      <w:pPr>
        <w:spacing w:after="80"/>
      </w:pPr>
      <w:r>
        <w:rPr>
          <w:b w:val="0"/>
          <w:i w:val="0"/>
        </w:rPr>
        <w:t>‘Cô đúng là một người bạn tốt,’ Nicky nói, nắm lấy tay cô ấy.</w:t>
      </w:r>
    </w:p>
    <w:p>
      <w:pPr>
        <w:spacing w:after="80"/>
      </w:pPr>
      <w:r>
        <w:rPr>
          <w:b w:val="0"/>
          <w:i w:val="0"/>
        </w:rPr>
        <w:t>‘Không được tốt như tôi mong muốn.’</w:t>
      </w:r>
    </w:p>
    <w:p>
      <w:pPr>
        <w:jc w:val="center"/>
      </w:pPr>
      <w:r>
        <w:drawing>
          <wp:inline xmlns:a="http://schemas.openxmlformats.org/drawingml/2006/main" xmlns:pic="http://schemas.openxmlformats.org/drawingml/2006/picture">
            <wp:extent cx="752475" cy="161926"/>
            <wp:docPr id="77" name="Picture 7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‘Bồi thẩm đoàn thấy bị cáo tại vành móng ngựa, Anthony Roberts, có tội hay không có tội về tội giết người?’</w:t>
      </w:r>
    </w:p>
    <w:p>
      <w:pPr>
        <w:spacing w:after="80"/>
      </w:pPr>
      <w:r>
        <w:rPr>
          <w:b w:val="0"/>
          <w:i w:val="0"/>
        </w:rPr>
        <w:t>Trưởng bồi thẩm đoàn chậm rãi đứng dậy khỏi chỗ ngồi. Bà nhìn lên quan tòa và nói, ‘Có tội, thưa ngài.’ William bật dậy và lao ra khỏi phòng xử án, quên cả cúi chào khi đẩy cửa bước ra và hướng tới chiếc điện thoại gần nhất. ‘Có tội,’ anh nói khi nghe thấy giọng của Hawk ở đầu dây bên kia.</w:t>
      </w:r>
    </w:p>
    <w:p>
      <w:pPr>
        <w:spacing w:after="80"/>
      </w:pPr>
      <w:r>
        <w:rPr>
          <w:b w:val="0"/>
          <w:i w:val="0"/>
        </w:rPr>
        <w:t>‘Vậy là cuối cùng ngài sẽ không bãi bỏ hệ thống bồi thẩm đoàn?’</w:t>
      </w:r>
    </w:p>
    <w:p>
      <w:pPr>
        <w:spacing w:after="80"/>
      </w:pPr>
      <w:r>
        <w:rPr>
          <w:b w:val="0"/>
          <w:i w:val="0"/>
        </w:rPr>
        <w:t>‘Không, thưa ngài. Nhưng tôi có thể đổi ý nếu Summers được trắng án.’</w:t>
      </w:r>
    </w:p>
    <w:p>
      <w:pPr>
        <w:spacing w:after="80"/>
      </w:pPr>
      <w:r>
        <w:rPr>
          <w:b w:val="0"/>
          <w:i w:val="0"/>
        </w:rPr>
        <w:t>‘Có khi ngài mất luôn công việc nếu Summers được trắng án đấy,’ Hawk đáp lại.</w:t>
      </w:r>
    </w:p>
    <w:p>
      <w:pPr>
        <w:pStyle w:val="Heading2"/>
      </w:pPr>
      <w:r>
        <w:rPr>
          <w:rFonts w:ascii="Calibri" w:hAnsi="Calibri"/>
          <w:b/>
          <w:i w:val="0"/>
          <w:sz w:val="32"/>
        </w:rPr>
        <w:t>27</w:t>
      </w:r>
    </w:p>
    <w:p>
      <w:pPr>
        <w:spacing w:after="80"/>
      </w:pPr>
      <w:r>
        <w:rPr>
          <w:b w:val="0"/>
          <w:i w:val="0"/>
        </w:rPr>
        <w:t>‘CHÚNG TA CÓ một vấn đề.’</w:t>
      </w:r>
    </w:p>
    <w:p>
      <w:pPr>
        <w:spacing w:after="80"/>
      </w:pPr>
      <w:r>
        <w:rPr>
          <w:b w:val="0"/>
          <w:i w:val="0"/>
        </w:rPr>
        <w:t>‘Đừng giấu tôi,’ Miles nói.</w:t>
      </w:r>
    </w:p>
    <w:p>
      <w:pPr>
        <w:spacing w:after="80"/>
      </w:pPr>
      <w:r>
        <w:rPr>
          <w:b w:val="0"/>
          <w:i w:val="0"/>
        </w:rPr>
        <w:t>‘Không tiện nói qua điện thoại.’</w:t>
      </w:r>
    </w:p>
    <w:p>
      <w:pPr>
        <w:spacing w:after="80"/>
      </w:pPr>
      <w:r>
        <w:rPr>
          <w:b w:val="0"/>
          <w:i w:val="0"/>
        </w:rPr>
        <w:t>‘Tệ đến thế à?’</w:t>
      </w:r>
    </w:p>
    <w:p>
      <w:pPr>
        <w:spacing w:after="80"/>
      </w:pPr>
      <w:r>
        <w:rPr>
          <w:b w:val="0"/>
          <w:i w:val="0"/>
        </w:rPr>
        <w:t>‘Tôi e là vậy,’ Booth Watson nói. ‘Sáng nay lát nữa anh sẽ ở đâu?’</w:t>
      </w:r>
    </w:p>
    <w:p>
      <w:pPr>
        <w:spacing w:after="80"/>
      </w:pPr>
      <w:r>
        <w:rPr>
          <w:b w:val="0"/>
          <w:i w:val="0"/>
        </w:rPr>
        <w:t>‘Tôi có cuộc họp hội đồng quản trị ở City lúc mười giờ.’</w:t>
      </w:r>
    </w:p>
    <w:p>
      <w:pPr>
        <w:spacing w:after="80"/>
      </w:pPr>
      <w:r>
        <w:rPr>
          <w:b w:val="0"/>
          <w:i w:val="0"/>
        </w:rPr>
        <w:t>‘Hủy đi. Đến phòng làm việc của tôi càng sớm càng tốt.’</w:t>
      </w:r>
    </w:p>
    <w:p>
      <w:pPr>
        <w:spacing w:after="80"/>
      </w:pPr>
      <w:r>
        <w:rPr>
          <w:b w:val="0"/>
          <w:i w:val="0"/>
        </w:rPr>
        <w:t>‘Nhưng tôi là người chủ trì cuộc họp—’</w:t>
      </w:r>
    </w:p>
    <w:p>
      <w:pPr>
        <w:spacing w:after="80"/>
      </w:pPr>
      <w:r>
        <w:rPr>
          <w:b w:val="0"/>
          <w:i w:val="0"/>
        </w:rPr>
        <w:t>‘Đến tối nay có khi anh không còn là chủ tịch nữa đâu.’</w:t>
      </w:r>
    </w:p>
    <w:p>
      <w:pPr>
        <w:spacing w:after="80"/>
      </w:pPr>
      <w:r>
        <w:rPr>
          <w:b w:val="0"/>
          <w:i w:val="0"/>
        </w:rPr>
        <w:t>'Có tệ đến thế không?'</w:t>
      </w:r>
    </w:p>
    <w:p>
      <w:pPr>
        <w:jc w:val="center"/>
      </w:pPr>
      <w:r>
        <w:drawing>
          <wp:inline xmlns:a="http://schemas.openxmlformats.org/drawingml/2006/main" xmlns:pic="http://schemas.openxmlformats.org/drawingml/2006/picture">
            <wp:extent cx="752475" cy="161926"/>
            <wp:docPr id="78" name="Picture 7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Danny phớt lờ vạch kẻ vàng đôi, khu vực cấm và biển báo đỗ xe ngắn hạn khi anh chở vị chỉ huy vào Sân bay Gatwick và hướng tới một cổng mà công chúng không hề hay biết.</w:t>
      </w:r>
    </w:p>
    <w:p>
      <w:pPr>
        <w:spacing w:after="80"/>
      </w:pPr>
      <w:r>
        <w:rPr>
          <w:b w:val="0"/>
          <w:i w:val="0"/>
        </w:rPr>
        <w:t>Một nhân viên bảo vệ kiểm tra thẻ lệnh của Chỉ huy Hawksby trước khi chỉ về phía cuối đường băng, nơi ông được Giám đốc Cảnh sát Bob Fenton, người đứng đầu an ninh sân bay, cùng ba sĩ quan mặc đồng phục đón tiếp.</w:t>
      </w:r>
    </w:p>
    <w:p>
      <w:pPr>
        <w:spacing w:after="80"/>
      </w:pPr>
      <w:r>
        <w:rPr>
          <w:b w:val="0"/>
          <w:i w:val="0"/>
        </w:rPr>
        <w:t>'Chào buổi sáng, Bob,' vị Hawk nói khi bước ra khỏi xe và hai người bắt tay nhau. 'Anh cập nhật tình hình cho tôi được không?'</w:t>
      </w:r>
    </w:p>
    <w:p>
      <w:pPr>
        <w:spacing w:after="80"/>
      </w:pPr>
      <w:r>
        <w:rPr>
          <w:b w:val="0"/>
          <w:i w:val="0"/>
        </w:rPr>
        <w:t>'Chuyến bay không một sáu đã cất cánh từ Malaga lúc chín giờ ba mươi lăm sáng nay,' Fenton nói. 'Trễ khoảng mười lăm phút so với lịch trình. Dự kiến sẽ hạ cánh trong khoảng ba mươi phút nữa.'</w:t>
      </w:r>
    </w:p>
    <w:p>
      <w:pPr>
        <w:spacing w:after="80"/>
      </w:pPr>
      <w:r>
        <w:rPr>
          <w:b w:val="0"/>
          <w:i w:val="0"/>
        </w:rPr>
        <w:t>'Thời điểm hoàn hảo,' vị Hawk nói, rồi quay lại xe và bảo Danny gọi Thanh tra Adaja qua bộ đàm. Vài phút sau, một giọng nói quen thuộc rè rè vang lên qua đường dây.</w:t>
      </w:r>
    </w:p>
    <w:p>
      <w:pPr>
        <w:spacing w:after="80"/>
      </w:pPr>
      <w:r>
        <w:rPr>
          <w:b w:val="0"/>
          <w:i w:val="0"/>
        </w:rPr>
        <w:t>'Chào sếp.'</w:t>
      </w:r>
    </w:p>
    <w:p>
      <w:pPr>
        <w:spacing w:after="80"/>
      </w:pPr>
      <w:r>
        <w:rPr>
          <w:b w:val="0"/>
          <w:i w:val="0"/>
        </w:rPr>
        <w:t>'Chào Paul. Summers đang yên vị trên máy bay, và chuyến bay của hắn còn khoảng nửa tiếng nữa mới tới Gatwick, nên không ai có thể liên lạc với hắn. Tôi muốn anh tiến vào và bắt giữ Castle, đồng thời đội của Thanh tra Roycroft nên tiến hành lục soát tỉ mỉ nhà của hắn. Tôi đang tìm bất kỳ vật gì trông đắt tiền và lạc chỗ. Ma túy và tiền có đánh số sẽ là phần thưởng thêm.'</w:t>
      </w:r>
    </w:p>
    <w:p>
      <w:pPr>
        <w:spacing w:after="80"/>
      </w:pPr>
      <w:r>
        <w:rPr>
          <w:b w:val="0"/>
          <w:i w:val="0"/>
        </w:rPr>
        <w:t>'Còn nhà của Summers thì sao?'</w:t>
      </w:r>
    </w:p>
    <w:p>
      <w:pPr>
        <w:spacing w:after="80"/>
      </w:pPr>
      <w:r>
        <w:rPr>
          <w:b w:val="0"/>
          <w:i w:val="0"/>
        </w:rPr>
        <w:t>'Bảo Jackie lục tung chỗ đó lên. Nếu anh tìm thấy một chiếc nhẫn kim cương, gọi cho tôi ngay, vì đó là toàn bộ bằng chứng chúng ta cần.'</w:t>
      </w:r>
    </w:p>
    <w:p>
      <w:pPr>
        <w:spacing w:after="80"/>
      </w:pPr>
      <w:r>
        <w:rPr>
          <w:b w:val="0"/>
          <w:i w:val="0"/>
        </w:rPr>
        <w:t>'Thanh tra Roycroft, Trinh sát Pankhurst và đội của cô ấy đã đóng quân bên ngoài nhà Summers chờ lệnh của sếp,' Paul nói. 'Theo lệnh của sếp, đội lục soát sẽ lập tức hành động, trong khi tôi đến đồn cảnh sát địa phương và tự giới thiệu với Thanh tra Castle.'</w:t>
      </w:r>
    </w:p>
    <w:p>
      <w:pPr>
        <w:spacing w:after="80"/>
      </w:pPr>
      <w:r>
        <w:rPr>
          <w:b w:val="0"/>
          <w:i w:val="0"/>
        </w:rPr>
        <w:t>'Làm đi,' vị chỉ huy nói khi trao lại bộ đàm cho Danny.</w:t>
      </w:r>
    </w:p>
    <w:p>
      <w:pPr>
        <w:spacing w:after="80"/>
      </w:pPr>
      <w:r>
        <w:rPr>
          <w:b w:val="0"/>
          <w:i w:val="0"/>
        </w:rPr>
        <w:t>'Chuyến không một sáu đã xin phép hạ cánh,' Fenton nói. 'Họ sẽ lăn bánh tới cổng bốn mươi ba, nơi đồng nghiệp của ông và hai người của tôi đang chờ sẵn. Có lẽ chúng ta nên cùng họ.'</w:t>
      </w:r>
    </w:p>
    <w:p>
      <w:pPr>
        <w:spacing w:after="80"/>
      </w:pPr>
      <w:r>
        <w:rPr>
          <w:b w:val="0"/>
          <w:i w:val="0"/>
        </w:rPr>
        <w:t>'Giám đốc Watts đang trên đường dây,' Danny nói, trao lại bộ đàm cho vị Hawk.</w:t>
      </w:r>
    </w:p>
    <w:p>
      <w:pPr>
        <w:spacing w:after="80"/>
      </w:pPr>
      <w:r>
        <w:rPr>
          <w:b w:val="0"/>
          <w:i w:val="0"/>
        </w:rPr>
        <w:t>'Chào buổi sáng, Chris,' vị Hawk nói với người đứng đầu mới của đội chống ma túy. 'Sáng nay Jimmy Turner có mong đợi anh và vài người bạn ghé qua ăn sáng không?'</w:t>
      </w:r>
    </w:p>
    <w:p>
      <w:pPr>
        <w:spacing w:after="80"/>
      </w:pPr>
      <w:r>
        <w:rPr>
          <w:b w:val="0"/>
          <w:i w:val="0"/>
        </w:rPr>
        <w:t>'Không, thưa sếp. Hắn vẫn còn trên giường khi tôi ập vào nhà và bắt giữ hắn cùng ba thành viên khác trong gia đình.'</w:t>
      </w:r>
    </w:p>
    <w:p>
      <w:pPr>
        <w:spacing w:after="80"/>
      </w:pPr>
      <w:r>
        <w:rPr>
          <w:b w:val="0"/>
          <w:i w:val="0"/>
        </w:rPr>
        <w:t>‘Ông đã buộc tội họ tội gì?’</w:t>
      </w:r>
    </w:p>
    <w:p>
      <w:pPr>
        <w:spacing w:after="80"/>
      </w:pPr>
      <w:r>
        <w:rPr>
          <w:b w:val="0"/>
          <w:i w:val="0"/>
        </w:rPr>
        <w:t>‘Tàng trữ tám ký cocaine, cùng với vài thứ bất hợp pháp khác. Mà đống đó tình cờ lại nằm trong một cái túi của Sainsbury’s.’</w:t>
      </w:r>
    </w:p>
    <w:p>
      <w:pPr>
        <w:spacing w:after="80"/>
      </w:pPr>
      <w:r>
        <w:rPr>
          <w:b w:val="0"/>
          <w:i w:val="0"/>
        </w:rPr>
        <w:t>The Hawk mỉm cười. ‘Tôi rất mong được báo tin vui này cho DS Summers khi tôi bắt hắn trong vài phút nữa.’</w:t>
      </w:r>
    </w:p>
    <w:p>
      <w:pPr>
        <w:spacing w:after="80"/>
      </w:pPr>
      <w:r>
        <w:rPr>
          <w:b w:val="0"/>
          <w:i w:val="0"/>
        </w:rPr>
        <w:t>‘Hẹn gặp lại ông ở đồn, thưa sếp,’ Watts nói. ‘Hy vọng họ có đủ phòng giam để chứa hết bọn họ.’</w:t>
      </w:r>
    </w:p>
    <w:p>
      <w:pPr>
        <w:spacing w:after="80"/>
      </w:pPr>
      <w:r>
        <w:rPr>
          <w:b w:val="0"/>
          <w:i w:val="0"/>
        </w:rPr>
        <w:t>‘Làm tốt lắm, Chris. Tôi sẽ cố nhớ báo cho ủy viên biết vai trò của anh trong việc này.’</w:t>
      </w:r>
    </w:p>
    <w:p>
      <w:pPr>
        <w:spacing w:after="80"/>
      </w:pPr>
      <w:r>
        <w:rPr>
          <w:b w:val="0"/>
          <w:i w:val="0"/>
        </w:rPr>
        <w:t>‘Chắc chắn là ông sẽ nhớ rồi, thưa sếp,’ Watts nói, cười.</w:t>
      </w:r>
    </w:p>
    <w:p>
      <w:pPr>
        <w:spacing w:after="80"/>
      </w:pPr>
      <w:r>
        <w:rPr>
          <w:b w:val="0"/>
          <w:i w:val="0"/>
        </w:rPr>
        <w:t>‘Đi thôi,’ The Hawk nói khi đưa lại chiếc điện đàm cho Danny. ‘Không thể để DS Summers phải chờ được.’</w:t>
      </w:r>
    </w:p>
    <w:p>
      <w:pPr>
        <w:jc w:val="center"/>
      </w:pPr>
      <w:r>
        <w:drawing>
          <wp:inline xmlns:a="http://schemas.openxmlformats.org/drawingml/2006/main" xmlns:pic="http://schemas.openxmlformats.org/drawingml/2006/picture">
            <wp:extent cx="752475" cy="161926"/>
            <wp:docPr id="79" name="Picture 7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Miles đưa cho tài xế taxi một tờ một bảng Anh và bảo ông ta giữ tiền thừa. Anh chậm rãi bước qua Middle Temple, vẫn cố hiểu vì sao Booth Watson lại muốn gặp anh gấp đến vậy. Hai cô gái trẻ đi ngang qua anh, một người kéo chiếc va-li nhỏ, người kia mặc áo choàng của luật sư biện hộ. Anh nhận ra cả hai, nhưng họ không nhận ra anh.</w:t>
      </w:r>
    </w:p>
    <w:p>
      <w:pPr>
        <w:spacing w:after="80"/>
      </w:pPr>
      <w:r>
        <w:rPr>
          <w:b w:val="0"/>
          <w:i w:val="0"/>
        </w:rPr>
        <w:t>Khi đến số 1 Fetter Court, anh không cần phải dò danh sách tên sơn trên bức tường gạch trắng để biết trưởng đoàn luật sư ở tầng nào. Anh leo cầu thang gỗ kẽo kẹt lên tầng hai và gõ cửa. Không phải lần đầu tiên, anh cảm thấy mình như một cậu học trò nghịch ngợm sắp phải đối mặt với cơn thịnh nộ của thầy hiệu trưởng vì không nộp bài luận hằng tuần.</w:t>
      </w:r>
    </w:p>
    <w:p>
      <w:pPr>
        <w:spacing w:after="80"/>
      </w:pPr>
      <w:r>
        <w:rPr>
          <w:b w:val="0"/>
          <w:i w:val="0"/>
        </w:rPr>
        <w:t>Cô Plumstead, thư ký của trưởng đoàn luật sư, mở cửa và dẫn anh vào tận nơi làm việc riêng của Booth Watson.</w:t>
      </w:r>
    </w:p>
    <w:p>
      <w:pPr>
        <w:spacing w:after="80"/>
      </w:pPr>
      <w:r>
        <w:rPr>
          <w:b w:val="0"/>
          <w:i w:val="0"/>
        </w:rPr>
        <w:t>‘Chào buổi sáng, Đại úy Neville,’ Booth Watson nói, trong khi chờ thư ký của mình rời khỏi phòng.</w:t>
      </w:r>
    </w:p>
    <w:p>
      <w:pPr>
        <w:spacing w:after="80"/>
      </w:pPr>
      <w:r>
        <w:rPr>
          <w:b w:val="0"/>
          <w:i w:val="0"/>
        </w:rPr>
        <w:t>‘Có chuyện gì mà quan trọng đến mức ông mong tôi hủy một cuộc họp hội đồng quản trị và chạy đến đây?’ Miles nói khi cửa đã đóng lại.</w:t>
      </w:r>
    </w:p>
    <w:p>
      <w:pPr>
        <w:spacing w:after="80"/>
      </w:pPr>
      <w:r>
        <w:rPr>
          <w:b w:val="0"/>
          <w:i w:val="0"/>
        </w:rPr>
        <w:t>‘Bà Rashidi đã qua đời.’ Booth Watson ngừng lại để khách hàng của mình tiếp nhận tin này. ‘Bà ấy ra đi thanh thản trong giấc ngủ chiều hôm qua,’ ông nói khi khách hàng của mình sụp xuống chiếc ghế gần nhất.</w:t>
      </w:r>
    </w:p>
    <w:p>
      <w:pPr>
        <w:spacing w:after="80"/>
      </w:pPr>
      <w:r>
        <w:rPr>
          <w:b w:val="0"/>
          <w:i w:val="0"/>
        </w:rPr>
        <w:t>Miles im lặng một lúc lâu trước khi hỏi: ‘Bà ấy để lại bức Raphael cho ai?’</w:t>
      </w:r>
    </w:p>
    <w:p>
      <w:pPr>
        <w:spacing w:after="80"/>
      </w:pPr>
      <w:r>
        <w:rPr>
          <w:b w:val="0"/>
          <w:i w:val="0"/>
        </w:rPr>
        <w:t>‘Bà ấy để lại tất cả, kể cả bức Raphael, cho Brompton Oratory, nhà thờ của bà ở Kensington,’ Booth Watson nói, đọc trực tiếp từ bản di chúc.</w:t>
      </w:r>
    </w:p>
    <w:p>
      <w:pPr>
        <w:spacing w:after="80"/>
      </w:pPr>
      <w:r>
        <w:rPr>
          <w:b w:val="0"/>
          <w:i w:val="0"/>
        </w:rPr>
        <w:t>‘Vậy thì ổn rồi,’ Miles nói. ‘Nhà thờ Oratory sẽ treo bức tranh trong nhà thờ để tất cả giáo dân chiêm bái, và sẽ chẳng ai khôn ra được.’</w:t>
      </w:r>
    </w:p>
    <w:p>
      <w:pPr>
        <w:spacing w:after="80"/>
      </w:pPr>
      <w:r>
        <w:rPr>
          <w:b w:val="0"/>
          <w:i w:val="0"/>
        </w:rPr>
        <w:t>‘Điều đó có lẽ đã đúng nếu như Oratory không cần lợp lại mái nhà, việc này sẽ tốn hơn một triệu bảng. Tôi hiểu hội đồng nhà thờ coi đó chẳng khác nào một phép màu khi bức Madonna của Raphael xuất hiện đúng lúc họ cần nó nhất.’</w:t>
      </w:r>
    </w:p>
    <w:p>
      <w:pPr>
        <w:spacing w:after="80"/>
      </w:pPr>
      <w:r>
        <w:rPr>
          <w:b w:val="0"/>
          <w:i w:val="0"/>
        </w:rPr>
        <w:t>‘Vậy thì chúng ta phải lấy lại nó trước khi ai đó phát hiện ra đó là đồ giả,’ Miles nói. ‘Đề nghị họ một triệu.’</w:t>
      </w:r>
    </w:p>
    <w:p>
      <w:pPr>
        <w:spacing w:after="80"/>
      </w:pPr>
      <w:r>
        <w:rPr>
          <w:b w:val="0"/>
          <w:i w:val="0"/>
        </w:rPr>
        <w:t>‘Chừng đó có thể không đủ. Đáng tiếc là một trong những người quản lý nhà thờ là giám đốc của Christie’s, nên anh có thể chắc chắn hội đồng sẽ hỏi ý kiến ông ta. Nhưng tôi nghĩ có lẽ tôi đã có giải pháp cho vấn đề này.’ Đúng lúc đó cửa mở ra, và cô Plumstead xuất hiện với một khay cà phê và bánh quy.</w:t>
      </w:r>
    </w:p>
    <w:p>
      <w:pPr>
        <w:spacing w:after="80"/>
      </w:pPr>
      <w:r>
        <w:rPr>
          <w:b w:val="0"/>
          <w:i w:val="0"/>
        </w:rPr>
        <w:t>‘Tôi rất vinh dự được làm diễn giả khách mời tại bữa tiệc tối hội ngộ Falklands của các vị vào tháng Mười, thưa Thuyền trưởng Neville,’ Booth Watson nói không chút ngập ngừng, trong khi cô rót cà phê cho cả hai người.</w:t>
      </w:r>
    </w:p>
    <w:p>
      <w:pPr>
        <w:spacing w:after="80"/>
      </w:pPr>
      <w:r>
        <w:rPr>
          <w:b w:val="0"/>
          <w:i w:val="0"/>
        </w:rPr>
        <w:t>‘Tôi sẽ báo cho ủy ban ở cuộc họp tới. Và chúng tôi đã hy vọng ông sẽ đề nghị nâng ly chúc sức khỏe của câu lạc bộ, mà tôi, với tư cách thư ký, sẽ đáp lời,’ Miles nói, khi cô Plumstead rời khỏi phòng.</w:t>
      </w:r>
    </w:p>
    <w:p>
      <w:pPr>
        <w:spacing w:after="80"/>
      </w:pPr>
      <w:r>
        <w:rPr>
          <w:b w:val="0"/>
          <w:i w:val="0"/>
        </w:rPr>
        <w:t>‘Vậy giải pháp của ông là gì?’ Miles thúc giục, ngay khi cô đã đóng cửa lại phía sau.</w:t>
      </w:r>
    </w:p>
    <w:p>
      <w:pPr>
        <w:spacing w:after="80"/>
      </w:pPr>
      <w:r>
        <w:rPr>
          <w:b w:val="0"/>
          <w:i w:val="0"/>
        </w:rPr>
        <w:t xml:space="preserve">‘Như cả hai chúng ta đều biết, bức </w:t>
      </w:r>
      <w:r>
        <w:rPr>
          <w:b w:val="0"/>
          <w:i/>
        </w:rPr>
        <w:t>Madonna di Cesare</w:t>
      </w:r>
      <w:r>
        <w:rPr>
          <w:b w:val="0"/>
          <w:i w:val="0"/>
        </w:rPr>
        <w:t xml:space="preserve"> của Raphael là đồ giả chứ không phải bản gốc . . . Điều còn tệ hơn nữa,’ Booth Watson tiếp tục, ‘là khi tôi trao bức tranh cho bà Rashidi, để đổi lấy cổ phần của bà ta trong Marcel và Neffe, hợp đồng có kèm theo giấy tờ gốc và bằng chứng về nguồn gốc xuất xứ, nên cả Oratory lẫn Christie’s sẽ không có lý do gì để nghi ngờ tính xác thực của nó.’</w:t>
      </w:r>
    </w:p>
    <w:p>
      <w:pPr>
        <w:spacing w:after="80"/>
      </w:pPr>
      <w:r>
        <w:rPr>
          <w:b w:val="0"/>
          <w:i w:val="0"/>
        </w:rPr>
        <w:t>‘Vậy ông khuyên tôi làm gì?’</w:t>
      </w:r>
    </w:p>
    <w:p>
      <w:pPr>
        <w:spacing w:after="80"/>
      </w:pPr>
      <w:r>
        <w:rPr>
          <w:b w:val="0"/>
          <w:i w:val="0"/>
        </w:rPr>
        <w:t>‘Anh không có lựa chọn nào khác ngoài việc mua lại nó khi nó được đem ra bán tại Christie’s. Nếu Oratory phát hiện ra đó là đồ giả, họ sẽ không mất nhiều thời gian để tìm ra ai đã bán bức tranh cho bà Rashidi ngay từ đầu, rồi từ đó suy ra bản gốc đang ở đâu.’</w:t>
      </w:r>
    </w:p>
    <w:p>
      <w:pPr>
        <w:spacing w:after="80"/>
      </w:pPr>
      <w:r>
        <w:rPr>
          <w:b w:val="0"/>
          <w:i w:val="0"/>
        </w:rPr>
        <w:t>‘Nhưng tôi đang chết rồi,’ Miles nói. ‘Phòng khi ông đã quên.’</w:t>
      </w:r>
    </w:p>
    <w:p>
      <w:pPr>
        <w:spacing w:after="80"/>
      </w:pPr>
      <w:r>
        <w:rPr>
          <w:b w:val="0"/>
          <w:i w:val="0"/>
        </w:rPr>
        <w:t>‘Còn Christina thì vẫn còn sống nhăn, và chuyện này sẽ cho cô ta thêm một cây gậy để đánh anh, vì cô ta biết bản gốc đang treo ở Monte Carlo.’</w:t>
      </w:r>
    </w:p>
    <w:p>
      <w:pPr>
        <w:spacing w:after="80"/>
      </w:pPr>
      <w:r>
        <w:rPr>
          <w:b w:val="0"/>
          <w:i w:val="0"/>
        </w:rPr>
        <w:t>‘Tôi vẫn không thích móc hơn một triệu ra cho một bức đồ giả khi tôi đã sở hữu bản gốc.’</w:t>
      </w:r>
    </w:p>
    <w:p>
      <w:pPr>
        <w:spacing w:after="80"/>
      </w:pPr>
      <w:r>
        <w:rPr>
          <w:b w:val="0"/>
          <w:i w:val="0"/>
        </w:rPr>
        <w:t>‘Tôi thông cảm với anh, Miles, nhưng đó là phương án tốt hơn so với việc ngồi tù biệt giam mười năm tới.’</w:t>
      </w:r>
    </w:p>
    <w:p>
      <w:pPr>
        <w:spacing w:after="80"/>
      </w:pPr>
      <w:r>
        <w:rPr>
          <w:b w:val="0"/>
          <w:i w:val="0"/>
        </w:rPr>
        <w:t>‘Tôi có thể giết Christina.’</w:t>
      </w:r>
    </w:p>
    <w:p>
      <w:pPr>
        <w:spacing w:after="80"/>
      </w:pPr>
      <w:r>
        <w:rPr>
          <w:b w:val="0"/>
          <w:i w:val="0"/>
        </w:rPr>
        <w:t>‘Thế thì anh sẽ phải ngồi tù biệt giam hai mươi năm. Không, tôi nghĩ tôi đã nghĩ ra một giải pháp tốt hơn để đối phó với Christina.’</w:t>
      </w:r>
    </w:p>
    <w:p>
      <w:pPr>
        <w:spacing w:after="80"/>
      </w:pPr>
      <w:r>
        <w:rPr>
          <w:b w:val="0"/>
          <w:i w:val="0"/>
        </w:rPr>
        <w:t>‘Cụ thể là?’</w:t>
      </w:r>
    </w:p>
    <w:p>
      <w:pPr>
        <w:spacing w:after="80"/>
      </w:pPr>
      <w:r>
        <w:rPr>
          <w:b w:val="0"/>
          <w:i w:val="0"/>
        </w:rPr>
        <w:t>‘Cưới cô ấy đi.’</w:t>
      </w:r>
    </w:p>
    <w:p>
      <w:pPr>
        <w:jc w:val="center"/>
      </w:pPr>
      <w:r>
        <w:drawing>
          <wp:inline xmlns:a="http://schemas.openxmlformats.org/drawingml/2006/main" xmlns:pic="http://schemas.openxmlformats.org/drawingml/2006/picture">
            <wp:extent cx="752475" cy="161926"/>
            <wp:docPr id="80" name="Picture 8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Danny lái xe chầm chậm vòng quanh chu vi sân bay trước khi dừng lại ở Cổng 43. Vị chỉ huy bước xuống và giới thiệu Fenton với đồng nghiệp của mình.</w:t>
      </w:r>
    </w:p>
    <w:p>
      <w:pPr>
        <w:spacing w:after="80"/>
      </w:pPr>
      <w:r>
        <w:rPr>
          <w:b w:val="0"/>
          <w:i w:val="0"/>
        </w:rPr>
        <w:t>‘Chào buổi sáng, thanh tra,’ Fenton nói. ‘Tôi hy vọng chúng tôi không khiến ông phải chờ đợi quá lâu.’</w:t>
      </w:r>
    </w:p>
    <w:p>
      <w:pPr>
        <w:spacing w:after="80"/>
      </w:pPr>
      <w:r>
        <w:rPr>
          <w:b w:val="0"/>
          <w:i w:val="0"/>
        </w:rPr>
        <w:t>‘Khoảng sáu tháng rồi, thưa ngài,’ William nói, trong khi bắt tay vị tổng giám đốc.</w:t>
      </w:r>
    </w:p>
    <w:p>
      <w:pPr>
        <w:spacing w:after="80"/>
      </w:pPr>
      <w:r>
        <w:rPr>
          <w:b w:val="0"/>
          <w:i w:val="0"/>
        </w:rPr>
        <w:t>‘Chà, ông sẽ không phải chờ lâu hơn nữa đâu,’ Hawk nói khi họ nhìn chuyến bay 016 chạm xuống ở cuối đường băng và bắt đầu lăn bánh về phía họ. Phải mất vài phút máy bay mới dừng lại ở cổng và khi nó tiến đến gần, vị chỉ huy phải giữ chặt mũ để nó không bị thổi bay bởi lực đẩy của động cơ.</w:t>
      </w:r>
    </w:p>
    <w:p>
      <w:pPr>
        <w:spacing w:after="80"/>
      </w:pPr>
      <w:r>
        <w:rPr>
          <w:b w:val="0"/>
          <w:i w:val="0"/>
        </w:rPr>
        <w:t>Hai nhân viên mặt đất đẩy một cầu thang di động về phía cửa máy bay.</w:t>
      </w:r>
    </w:p>
    <w:p>
      <w:pPr>
        <w:spacing w:after="80"/>
      </w:pPr>
      <w:r>
        <w:rPr>
          <w:b w:val="0"/>
          <w:i w:val="0"/>
        </w:rPr>
        <w:t>‘Summers và người bạn đồng hành của anh ta ở hàng ghế thứ chín, ghế A và B,’ Fenton nói, kiểm tra tờ phiếu đặt chỗ, ‘nên họ sẽ nằm trong số những người đầu tiên xuống máy bay.’</w:t>
      </w:r>
    </w:p>
    <w:p>
      <w:pPr>
        <w:spacing w:after="80"/>
      </w:pPr>
      <w:r>
        <w:rPr>
          <w:b w:val="0"/>
          <w:i w:val="0"/>
        </w:rPr>
        <w:t>Cửa máy bay mở ra, và Hawk bước đến chân cầu thang và bắt đầu quan sát các hành khách khi họ bước xuống sân bay. Không lâu sau, William nói, ‘Chính là anh ta. Cao sáu foot hai, áo blazer màu xanh navy, quần jeans và áo sơ mi cổ mở.’</w:t>
      </w:r>
    </w:p>
    <w:p>
      <w:pPr>
        <w:spacing w:after="80"/>
      </w:pPr>
      <w:r>
        <w:rPr>
          <w:b w:val="0"/>
          <w:i w:val="0"/>
        </w:rPr>
        <w:t>‘Và tôi cho rằng đó là Karen Turner phía sau anh ta,’ Hawk nói.</w:t>
      </w:r>
    </w:p>
    <w:p>
      <w:pPr>
        <w:spacing w:after="80"/>
      </w:pPr>
      <w:r>
        <w:rPr>
          <w:b w:val="0"/>
          <w:i w:val="0"/>
        </w:rPr>
        <w:t>‘Sao ngài lại nói vậy, thưa ngài?’ William hỏi.</w:t>
      </w:r>
    </w:p>
    <w:p>
      <w:pPr>
        <w:spacing w:after="80"/>
      </w:pPr>
      <w:r>
        <w:rPr>
          <w:b w:val="0"/>
          <w:i w:val="0"/>
        </w:rPr>
        <w:t>‘Nhìn vào ngón tay thứ ba của bàn tay trái cô ấy đi.’</w:t>
      </w:r>
    </w:p>
    <w:p>
      <w:pPr>
        <w:spacing w:after="80"/>
      </w:pPr>
      <w:r>
        <w:rPr>
          <w:b w:val="0"/>
          <w:i w:val="0"/>
        </w:rPr>
        <w:t>William chuyển sự chú ý sang một cô gái tóc vàng xinh đẹp trông như vừa trải qua hai tuần tắm nắng.</w:t>
      </w:r>
    </w:p>
    <w:p>
      <w:pPr>
        <w:spacing w:after="80"/>
      </w:pPr>
      <w:r>
        <w:rPr>
          <w:b w:val="0"/>
          <w:i w:val="0"/>
        </w:rPr>
        <w:t>‘Đây sẽ là kỳ nghỉ mà cô ấy không bao giờ quên,’ William nói. ‘Chúng ta có bắt cả hai người không?’</w:t>
      </w:r>
    </w:p>
    <w:p>
      <w:pPr>
        <w:spacing w:after="80"/>
      </w:pPr>
      <w:r>
        <w:rPr>
          <w:b w:val="0"/>
          <w:i w:val="0"/>
        </w:rPr>
        <w:t>‘Không, chỉ Summers thôi. Tôi sẽ đưa cô Turner sang một bên và lấy lại chiếc nhẫn đính hôn từ cô ấy,’ Hawk nói. ‘Hy vọng là họ chưa ấn định ngày cưới trước năm 2010.’</w:t>
      </w:r>
    </w:p>
    <w:p>
      <w:pPr>
        <w:spacing w:after="80"/>
      </w:pPr>
      <w:r>
        <w:rPr>
          <w:b w:val="0"/>
          <w:i w:val="0"/>
        </w:rPr>
        <w:t>Khi Summers và cô Turner bước xuống sân bay, năm sĩ quan tiến về phía họ. William và hai viên cảnh sát trẻ chặn đường Summers, trong khi vị chỉ huy và một nữ cảnh sát WPC DC Pankhurst đưa người bạn đồng hành của anh ta sang một bên.</w:t>
      </w:r>
    </w:p>
    <w:p>
      <w:pPr>
        <w:spacing w:after="80"/>
      </w:pPr>
      <w:r>
        <w:rPr>
          <w:b w:val="0"/>
          <w:i w:val="0"/>
        </w:rPr>
        <w:t>‘Trung sĩ thám tử Jerry Summers,’ William nói, đồng thời xuất trình thẻ lệnh. ‘Tôi là Thanh tra Thám tử Warwick, và tôi bắt giữ anh với tình nghi tàng trữ hàng hóa bị đánh cắp và hành vi sai trái trong chức vụ công. Anh không cần phải nói bất cứ điều gì, nhưng điều đó có thể gây bất lợi cho sự bào chữa của anh nếu anh không đề cập, khi bị thẩm vấn, một điều gì đó mà sau này anh dựa vào tại tòa. Bất cứ điều gì anh nói đều có thể được đưa ra làm bằng chứng.’</w:t>
      </w:r>
    </w:p>
    <w:p>
      <w:pPr>
        <w:spacing w:after="80"/>
      </w:pPr>
      <w:r>
        <w:rPr>
          <w:b w:val="0"/>
          <w:i w:val="0"/>
        </w:rPr>
        <w:t>Summers trông như bị sốc, vội vàng quay lại nhìn Karen, chỉ kịp thấy cô đang bị một người đàn ông lớn tuổi và một nữ cảnh sát dẫn đi. Hai viên cảnh sát mặc đồng phục ghì chặt tay anh ra sau lưng và còng lại trước khi đưa anh lên chiếc xe cảnh sát đang chờ sẵn. Anh không nói một lời nào.</w:t>
      </w:r>
    </w:p>
    <w:p>
      <w:pPr>
        <w:jc w:val="center"/>
      </w:pPr>
      <w:r>
        <w:drawing>
          <wp:inline xmlns:a="http://schemas.openxmlformats.org/drawingml/2006/main" xmlns:pic="http://schemas.openxmlformats.org/drawingml/2006/picture">
            <wp:extent cx="752475" cy="161926"/>
            <wp:docPr id="81" name="Picture 8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‘Tôi xin bắt đầu cuộc họp này,’ viên chỉ huy nói, ‘bằng việc chính thức chào mừng Thanh tra Thám tử Warwick trở lại. Cậu ấy đã trải qua cái mà giới công chức gọi là kỳ nghỉ tạm gác công việc (gardening leave), dù cậu ấy chẳng có cái vườn nào cả. Trong khi thực tế, như các bạn đều biết, suốt năm tháng qua cậu ấy đã hoạt động với tư cách điệp viên chìm (UCO) của tôi, và luôn báo cáo đầy đủ cho tôi, nhờ đó tôi mới luôn đi trước các bạn một bước. Ngay cả vợ cậu ấy cũng bị giữ kín, bí mật của chiến dịch này là đến thế.’</w:t>
      </w:r>
    </w:p>
    <w:p>
      <w:pPr>
        <w:spacing w:after="80"/>
      </w:pPr>
      <w:r>
        <w:rPr>
          <w:b w:val="0"/>
          <w:i w:val="0"/>
        </w:rPr>
        <w:t>Chà, không hẳn vậy, William muốn nói, nhưng quyết định thôi.</w:t>
      </w:r>
    </w:p>
    <w:p>
      <w:pPr>
        <w:spacing w:after="80"/>
      </w:pPr>
      <w:r>
        <w:rPr>
          <w:b w:val="0"/>
          <w:i w:val="0"/>
        </w:rPr>
        <w:t>‘Hẳn là Cảnh sát Bailey đã tìm ra,’ Paul nói, ‘vì cô ấy đã mách nước cho William về chuyến viếng thăm Playboy Club của Summers và Lamont, điều đó chứng minh hai kẻ đó đang câu kết với nhau.’</w:t>
      </w:r>
    </w:p>
    <w:p>
      <w:pPr>
        <w:spacing w:after="80"/>
      </w:pPr>
      <w:r>
        <w:rPr>
          <w:b w:val="0"/>
          <w:i w:val="0"/>
        </w:rPr>
        <w:t>‘Nicky đúng là đã đóng vai trò của mình khi báo cho tôi biết vì sao tôi nên đến Playboy Club đêm đó,’ William nói.</w:t>
      </w:r>
    </w:p>
    <w:p>
      <w:pPr>
        <w:spacing w:after="80"/>
      </w:pPr>
      <w:r>
        <w:rPr>
          <w:b w:val="0"/>
          <w:i w:val="0"/>
        </w:rPr>
        <w:t>‘Đồng ý,’ Jackie nói. ‘Nhưng chúng ta không nên bỏ qua việc Cảnh sát Bailey đã giữ kín thông tin quan trọng trong một thời gian, điều lẽ ra có thể đẩy nhanh cuộc điều tra của chúng ta.’</w:t>
      </w:r>
    </w:p>
    <w:p>
      <w:pPr>
        <w:spacing w:after="80"/>
      </w:pPr>
      <w:r>
        <w:rPr>
          <w:b w:val="0"/>
          <w:i w:val="0"/>
        </w:rPr>
        <w:t>‘Có lẽ chúng ta cũng nên nhớ,’ Trung sĩ Thám tử Pankhurst nói, ‘rằng cô ấy không có ý định quay lại lực lượng sau khi sinh con.’</w:t>
      </w:r>
    </w:p>
    <w:p>
      <w:pPr>
        <w:spacing w:after="80"/>
      </w:pPr>
      <w:r>
        <w:rPr>
          <w:b w:val="0"/>
          <w:i w:val="0"/>
        </w:rPr>
        <w:t>‘Điều đó sẽ giải quyết được một vấn đề,’ viên chỉ huy nói. ‘Vì tôi vẫn chưa tin chắc rằng cô ấy có dính líu gì đến những hoạt động phi pháp của Summers.’</w:t>
      </w:r>
    </w:p>
    <w:p>
      <w:pPr>
        <w:spacing w:after="80"/>
      </w:pPr>
      <w:r>
        <w:rPr>
          <w:b w:val="0"/>
          <w:i w:val="0"/>
        </w:rPr>
        <w:t>‘Dù cô ấy vui vẻ khoe chiếc nhẫn kim cương đắt tiền mà Summers tặng,’ Jackie nói, ‘chiếc nhẫn mà hẳn cô ấy phải biết anh ta không thể nào mua nổi, và do đó ắt phải là đồ ăn cắp.’</w:t>
      </w:r>
    </w:p>
    <w:p>
      <w:pPr>
        <w:spacing w:after="80"/>
      </w:pPr>
      <w:r>
        <w:rPr>
          <w:b w:val="0"/>
          <w:i w:val="0"/>
        </w:rPr>
        <w:t>‘Nhưng cô ấy đã trả lại cho anh ta,’ Rebecca nhắc cô, ‘và để lại chiếc hộp Garrard’s ở nơi chắc chắn tôi sẽ tìm thấy. Nếu cô ấy có tội gì, thì đó là đánh giá kém, điều mà tất cả chúng ta đều từng mắc phải vào lúc nào đó.’</w:t>
      </w:r>
    </w:p>
    <w:p>
      <w:pPr>
        <w:spacing w:after="80"/>
      </w:pPr>
      <w:r>
        <w:rPr>
          <w:b w:val="0"/>
          <w:i w:val="0"/>
        </w:rPr>
        <w:t>‘Nếu sau này cô ấy nộp đơn xin quay lại Met,’ Jackie nói, ‘ông có sẵn lòng nhắm mắt làm ngơ không?’</w:t>
      </w:r>
    </w:p>
    <w:p>
      <w:pPr>
        <w:spacing w:after="80"/>
      </w:pPr>
      <w:r>
        <w:rPr>
          <w:b w:val="0"/>
          <w:i w:val="0"/>
        </w:rPr>
        <w:t>‘Cô ấy hẳn phải biết làm vậy là không khôn ngoan, trong hoàn cảnh này,’ viên chỉ huy nói, nhìn thẳng vào Trung sĩ Thám tử Pankhurst. ‘Giờ thì chúng ta chuyển sang Summers và gia đình Payne, và những gì chúng ta đã dự tính cho họ. Thanh tra Warwick?’</w:t>
      </w:r>
    </w:p>
    <w:p>
      <w:pPr>
        <w:spacing w:after="80"/>
      </w:pPr>
      <w:r>
        <w:rPr>
          <w:b w:val="0"/>
          <w:i w:val="0"/>
        </w:rPr>
        <w:t>‘Tôi đã bắt Trung sĩ Thám tử Summers tại Sân bay Gatwick sáng hôm qua, và buộc tội anh ta tàng trữ đồ ăn cắp và có hành vi sai trái trong cương vị công quyền. Trước sự ngạc nhiên của tôi, anh ta được tại ngoại – cho đến khi tôi phát hiện Booth Watson là luật sư bào chữa của anh ta.’</w:t>
      </w:r>
    </w:p>
    <w:p>
      <w:pPr>
        <w:spacing w:after="80"/>
      </w:pPr>
      <w:r>
        <w:rPr>
          <w:b w:val="0"/>
          <w:i w:val="0"/>
        </w:rPr>
        <w:t>‘Summers không thể nào kham nổi phí của ông ta,’ Trung sĩ Thám tử Adaja nói.</w:t>
      </w:r>
    </w:p>
    <w:p>
      <w:pPr>
        <w:spacing w:after="80"/>
      </w:pPr>
      <w:r>
        <w:rPr>
          <w:b w:val="0"/>
          <w:i w:val="0"/>
        </w:rPr>
        <w:t>‘Nhưng cha của Karen Turner thì chắc chắn kham nổi,’ William nói. ‘Và ông ấy không muốn vị hôn phu của con gái mình phải vào tù. Vậy nên có thể dự đoán Summers sẽ ra hầu tòa tại Old Bailey trong khoảng sáu tháng nữa, điều đó cho chúng ta thừa thời gian để chuẩn bị hồ sơ vụ án.’</w:t>
      </w:r>
    </w:p>
    <w:p>
      <w:pPr>
        <w:spacing w:after="80"/>
      </w:pPr>
      <w:r>
        <w:rPr>
          <w:b w:val="0"/>
          <w:i w:val="0"/>
        </w:rPr>
        <w:t>‘Và để anh ta chuẩn bị phần của mình,’ Hawk nói. ‘Còn Castle thì sao?’</w:t>
      </w:r>
    </w:p>
    <w:p>
      <w:pPr>
        <w:spacing w:after="80"/>
      </w:pPr>
      <w:r>
        <w:rPr>
          <w:b w:val="0"/>
          <w:i w:val="0"/>
        </w:rPr>
        <w:t>‘Chúng tôi không tìm đủ bằng chứng để buộc tội anh ta,’ Jackie nói, không buồn mở hồ sơ của mình.</w:t>
      </w:r>
    </w:p>
    <w:p>
      <w:pPr>
        <w:spacing w:after="80"/>
      </w:pPr>
      <w:r>
        <w:rPr>
          <w:b w:val="0"/>
          <w:i w:val="0"/>
        </w:rPr>
        <w:t>‘Cô không tìm thấy gì buộc tội trong nhà anh ta sao?’ Hawk gặng hỏi.</w:t>
      </w:r>
    </w:p>
    <w:p>
      <w:pPr>
        <w:spacing w:after="80"/>
      </w:pPr>
      <w:r>
        <w:rPr>
          <w:b w:val="0"/>
          <w:i w:val="0"/>
        </w:rPr>
        <w:t>‘Một cái TV mới toanh và một cái bật lửa vàng mà anh ta khai là đồ gia truyền. Chừng đó chưa đủ để chắc chắn giành được bản án kết tội.’</w:t>
      </w:r>
    </w:p>
    <w:p>
      <w:pPr>
        <w:spacing w:after="80"/>
      </w:pPr>
      <w:r>
        <w:rPr>
          <w:b w:val="0"/>
          <w:i w:val="0"/>
        </w:rPr>
        <w:t>‘Dù sao anh ta cũng sẽ phải từ chức,’ viên chỉ huy nói, ‘một khi mọi người hiểu ra tại sao nhà anh ta bị khám xét.’</w:t>
      </w:r>
    </w:p>
    <w:p>
      <w:pPr>
        <w:spacing w:after="80"/>
      </w:pPr>
      <w:r>
        <w:rPr>
          <w:b w:val="0"/>
          <w:i w:val="0"/>
        </w:rPr>
        <w:t>‘Còn Lamont thì sao?’ William hỏi.</w:t>
      </w:r>
    </w:p>
    <w:p>
      <w:pPr>
        <w:spacing w:after="80"/>
      </w:pPr>
      <w:r>
        <w:rPr>
          <w:b w:val="0"/>
          <w:i w:val="0"/>
        </w:rPr>
        <w:t>‘Tôi không thể đụng được đến một sợi lông của anh ta,’ Rebecca thừa nhận. ‘Đội của tôi không tìm thấy số tiền nào mang số sê-ri mà chúng ta đang tìm tại nhà anh ta, hay bất cứ thứ gì khác có thể liên đới đến anh ta, nên giống như Jackie, tôi không thể buộc tội anh ta. Việc mạo danh cảnh sát và dành một buổi tối ở Playboy Club với người bạn Summers của anh ta thì còn xa mới đạt đến mức vượt qua mọi nghi ngờ hợp lý.’</w:t>
      </w:r>
    </w:p>
    <w:p>
      <w:pPr>
        <w:spacing w:after="80"/>
      </w:pPr>
      <w:r>
        <w:rPr>
          <w:b w:val="0"/>
          <w:i w:val="0"/>
        </w:rPr>
        <w:t>‘Vậy là anh ta lại thoát tội lần nữa sao?’ William nói.</w:t>
      </w:r>
    </w:p>
    <w:p>
      <w:pPr>
        <w:spacing w:after="80"/>
      </w:pPr>
      <w:r>
        <w:rPr>
          <w:b w:val="0"/>
          <w:i w:val="0"/>
        </w:rPr>
        <w:t>‘Trừ khi DS Roycroft có điều gì đáng giá để kể cho chúng ta sau lần gặp gỡ mới nhất của họ,’ Hawk nói.</w:t>
      </w:r>
    </w:p>
    <w:p>
      <w:pPr>
        <w:spacing w:after="80"/>
      </w:pPr>
      <w:r>
        <w:rPr>
          <w:b w:val="0"/>
          <w:i w:val="0"/>
        </w:rPr>
        <w:t>‘Anh ta đi câu cá thôi, thưa ngài,’ Jackie nói. ‘Bảo tôi rằng anh ta đọc tin Summers bị bắt trên báo và tự hỏi liệu chúng ta có phát hiện ra mối liên hệ giữa hai người họ không.’</w:t>
      </w:r>
    </w:p>
    <w:p>
      <w:pPr>
        <w:spacing w:after="80"/>
      </w:pPr>
      <w:r>
        <w:rPr>
          <w:b w:val="0"/>
          <w:i w:val="0"/>
        </w:rPr>
        <w:t>‘Cô đã nói gì với anh ta?’ William hỏi.</w:t>
      </w:r>
    </w:p>
    <w:p>
      <w:pPr>
        <w:spacing w:after="80"/>
      </w:pPr>
      <w:r>
        <w:rPr>
          <w:b w:val="0"/>
          <w:i w:val="0"/>
        </w:rPr>
        <w:t>‘Tôi tỏ ra giả vờ ngạc nhiên khi anh ta kể rằng anh ta từng là thanh tra ở Romford khi Summers còn là tân binh, nhưng lại khai không nhớ ra anh ta.’</w:t>
      </w:r>
    </w:p>
    <w:p>
      <w:pPr>
        <w:spacing w:after="80"/>
      </w:pPr>
      <w:r>
        <w:rPr>
          <w:b w:val="0"/>
          <w:i w:val="0"/>
        </w:rPr>
        <w:t>‘Vậy thì trí nhớ anh ta ngắn thật,’ Hawk nói. ‘Cô có để lộ mẩu thông tin duy nhất mà chúng ta muốn anh ta biết không?’</w:t>
      </w:r>
    </w:p>
    <w:p>
      <w:pPr>
        <w:spacing w:after="80"/>
      </w:pPr>
      <w:r>
        <w:rPr>
          <w:b w:val="0"/>
          <w:i w:val="0"/>
        </w:rPr>
        <w:t>‘Có, thưa ngài.’</w:t>
      </w:r>
    </w:p>
    <w:p>
      <w:pPr>
        <w:spacing w:after="80"/>
      </w:pPr>
      <w:r>
        <w:rPr>
          <w:b w:val="0"/>
          <w:i w:val="0"/>
        </w:rPr>
        <w:t>‘Và cô có được thưởng xứng đáng không?’</w:t>
      </w:r>
    </w:p>
    <w:p>
      <w:pPr>
        <w:spacing w:after="80"/>
      </w:pPr>
      <w:r>
        <w:rPr>
          <w:b w:val="0"/>
          <w:i w:val="0"/>
        </w:rPr>
        <w:t>Jackie mở túi xách, lấy ra một phong bì màu nâu và đưa cho viên chỉ huy, người này xé toạc nó và rút ra một xấp dày tiền giấy năm bảng. Ông chia chúng cho cả đội, những người lập tức bắt tay vào kiểm tra số sê-ri, nhưng không ai thốt lên tiếng ‘Tìm thấy rồi!’</w:t>
      </w:r>
    </w:p>
    <w:p>
      <w:pPr>
        <w:spacing w:after="80"/>
      </w:pPr>
      <w:r>
        <w:rPr>
          <w:b w:val="0"/>
          <w:i w:val="0"/>
        </w:rPr>
        <w:t>‘Tôi cho rằng mong đợi điều đó thì hơi quá,’ Hawk nói khi cất tiền trở lại phong bì và đưa cho William. ‘Nhớ ghi vào sổ kho tang vật, cùng với báo cáo của DS Roycroft.’</w:t>
      </w:r>
    </w:p>
    <w:p>
      <w:pPr>
        <w:spacing w:after="80"/>
      </w:pPr>
      <w:r>
        <w:rPr>
          <w:b w:val="0"/>
          <w:i w:val="0"/>
        </w:rPr>
        <w:t>William gật đầu.</w:t>
      </w:r>
    </w:p>
    <w:p>
      <w:pPr>
        <w:spacing w:after="80"/>
      </w:pPr>
      <w:r>
        <w:rPr>
          <w:b w:val="0"/>
          <w:i w:val="0"/>
        </w:rPr>
        <w:t>‘Vậy nên giờ chúng ta hãy tập trung vào Summers. Anh có tìm thấy gì buộc tội được trong căn hộ của ông ta không, Trung sĩ Roycroft?’</w:t>
      </w:r>
    </w:p>
    <w:p>
      <w:pPr>
        <w:spacing w:after="80"/>
      </w:pPr>
      <w:r>
        <w:rPr>
          <w:b w:val="0"/>
          <w:i w:val="0"/>
        </w:rPr>
        <w:t>‘Không, thưa sếp,’ Jackie nói. ‘Hơi trớ trêu là chính cảnh sát Bailey đã phá tanh bành chỗ đó, vì biết đâu đó lại là điều cứu được anh ta.’</w:t>
      </w:r>
    </w:p>
    <w:p>
      <w:pPr>
        <w:spacing w:after="80"/>
      </w:pPr>
      <w:r>
        <w:rPr>
          <w:b w:val="0"/>
          <w:i w:val="0"/>
        </w:rPr>
        <w:t>‘Sao lại có thể như vậy?’ Hawk hỏi.</w:t>
      </w:r>
    </w:p>
    <w:p>
      <w:pPr>
        <w:spacing w:after="80"/>
      </w:pPr>
      <w:r>
        <w:rPr>
          <w:b w:val="0"/>
          <w:i w:val="0"/>
        </w:rPr>
        <w:t>‘Cô ta đã phá hủy toàn bộ bằng chứng liên quan. Chúng tôi tìm thấy những gì còn sót lại ở một bãi rác của hội đồng địa phương.’</w:t>
      </w:r>
    </w:p>
    <w:p>
      <w:pPr>
        <w:spacing w:after="80"/>
      </w:pPr>
      <w:r>
        <w:rPr>
          <w:b w:val="0"/>
          <w:i w:val="0"/>
        </w:rPr>
        <w:t>‘Đó không phải là lý do cô ta làm vậy,’ Rebecca nói.</w:t>
      </w:r>
    </w:p>
    <w:p>
      <w:pPr>
        <w:spacing w:after="80"/>
      </w:pPr>
      <w:r>
        <w:rPr>
          <w:b w:val="0"/>
          <w:i w:val="0"/>
        </w:rPr>
        <w:t>‘Có thể không phải,’ Jackie nói, ‘nhưng nó có thể giúp bạn trai cô ta thoát tội.’</w:t>
      </w:r>
    </w:p>
    <w:p>
      <w:pPr>
        <w:spacing w:after="80"/>
      </w:pPr>
      <w:r>
        <w:rPr>
          <w:b w:val="0"/>
          <w:i w:val="0"/>
        </w:rPr>
        <w:t>‘Lúc đó anh ta đâu còn là bạn trai cô ta nữa.’</w:t>
      </w:r>
    </w:p>
    <w:p>
      <w:pPr>
        <w:spacing w:after="80"/>
      </w:pPr>
      <w:r>
        <w:rPr>
          <w:b w:val="0"/>
          <w:i w:val="0"/>
        </w:rPr>
        <w:t>‘Thôi đi hai người,’ William nói gay gắt, ‘và cố nhớ rằng chúng ta sẽ cần cảnh sát Bailey làm nhân chứng bào chữa tại phiên tòa xử Summers.’ Ông quay lại nhìn Jackie. ‘Vậy rốt cuộc là, Trung sĩ Roycroft, anh không tìm được thứ gì có thể dùng làm bằng chứng?’</w:t>
      </w:r>
    </w:p>
    <w:p>
      <w:pPr>
        <w:spacing w:after="80"/>
      </w:pPr>
      <w:r>
        <w:rPr>
          <w:b w:val="0"/>
          <w:i w:val="0"/>
        </w:rPr>
        <w:t>‘Chỉ có một giá đựng thư bằng bạc, vài chiếc đồng hồ hàng hiệu và ít tiền mặt, nhưng không có số sê-ri nào khớp với lô hàng ban đầu của chúng ta.’</w:t>
      </w:r>
    </w:p>
    <w:p>
      <w:pPr>
        <w:spacing w:after="80"/>
      </w:pPr>
      <w:r>
        <w:rPr>
          <w:b w:val="0"/>
          <w:i w:val="0"/>
        </w:rPr>
        <w:t>‘Tuy nhiên, nhờ sự kiêu ngạo, tham lam, quá tự tin của Summers, gọi thế nào cũng được,’ Hawk nói, ‘chúng ta đã có chiếc nhẫn kim cương, thứ này phải quá đủ để tống ông ta vào tù và giăng bẫy Lamont. Chúc mừng tất cả các anh chị đã hoàn thành tốt công việc. Nhưng hãy nhớ, đến khi vụ án ra tòa, các anh có thể chắc chắn rằng Summers sẽ biện minh được cho chiếc nhẫn, mấy chiếc đồng hồ hàng hiệu, cái giá đựng thư bằng bạc, và bất cứ thứ gì khác chúng ta tìm ra. Vậy nên không ai trong chúng ta được phép lơi lỏng cho đến khi thấy ông ta bị chở đi khỏi Old Bailey trên chiếc xe tù Black Maria, chứ không phải tự lái chiếc Jag đời mới nhất của mình rời đi.’</w:t>
      </w:r>
    </w:p>
    <w:p>
      <w:pPr>
        <w:jc w:val="center"/>
      </w:pPr>
      <w:r>
        <w:drawing>
          <wp:inline xmlns:a="http://schemas.openxmlformats.org/drawingml/2006/main" xmlns:pic="http://schemas.openxmlformats.org/drawingml/2006/picture">
            <wp:extent cx="752475" cy="161926"/>
            <wp:docPr id="82" name="Picture 8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có muốn bế thằng bé không?’ Nicky nói, khi trao đứa bé cho Rebecca.</w:t>
      </w:r>
    </w:p>
    <w:p>
      <w:pPr>
        <w:spacing w:after="80"/>
      </w:pPr>
      <w:r>
        <w:rPr>
          <w:b w:val="0"/>
          <w:i w:val="0"/>
        </w:rPr>
        <w:t>‘Chị thật may mắn,’ Rebecca nói, ôm cái bọc nhỏ trong vòng tay.</w:t>
      </w:r>
    </w:p>
    <w:p>
      <w:pPr>
        <w:spacing w:after="80"/>
      </w:pPr>
      <w:r>
        <w:rPr>
          <w:b w:val="0"/>
          <w:i w:val="0"/>
        </w:rPr>
        <w:t>‘Không phải lúc nào tôi cũng thấy vậy,’ Nicky thú nhận, ‘nhất là khi nghĩ rằng Jake có thể sẽ không gặp bố nó cho đến khi nó thành thiếu niên.’</w:t>
      </w:r>
    </w:p>
    <w:p>
      <w:pPr>
        <w:spacing w:after="80"/>
      </w:pPr>
      <w:r>
        <w:rPr>
          <w:b w:val="0"/>
          <w:i w:val="0"/>
        </w:rPr>
        <w:t>‘Chị lúc nào chẳng có thể đến thăm anh ta trong tù.’</w:t>
      </w:r>
    </w:p>
    <w:p>
      <w:pPr>
        <w:spacing w:after="80"/>
      </w:pPr>
      <w:r>
        <w:rPr>
          <w:b w:val="0"/>
          <w:i w:val="0"/>
        </w:rPr>
        <w:t>‘Không phải khi anh ta đã đính hôn với người phụ nữ khác. Dù sao đi nữa, tôi sẽ không bao giờ để con trai mình nhìn thấy bên trong nhà tù. Đó là cách người ta quen dần với ý nghĩ đó.’</w:t>
      </w:r>
    </w:p>
    <w:p>
      <w:pPr>
        <w:spacing w:after="80"/>
      </w:pPr>
      <w:r>
        <w:rPr>
          <w:b w:val="0"/>
          <w:i w:val="0"/>
        </w:rPr>
        <w:t>‘Điều đó có nghĩa là cô đã đồng ý đưa ra bằng chứng chống lại Summers rồi phải không?’</w:t>
      </w:r>
    </w:p>
    <w:p>
      <w:pPr>
        <w:spacing w:after="80"/>
      </w:pPr>
      <w:r>
        <w:rPr>
          <w:b w:val="0"/>
          <w:i w:val="0"/>
        </w:rPr>
        <w:t>‘The Hawk đâu có cho tôi nhiều lựa chọn, trừ khi tôi muốn cùng ngồi chung ghế bị cáo với ông ta.’</w:t>
      </w:r>
    </w:p>
    <w:p>
      <w:pPr>
        <w:spacing w:after="80"/>
      </w:pPr>
      <w:r>
        <w:rPr>
          <w:b w:val="0"/>
          <w:i w:val="0"/>
        </w:rPr>
        <w:t>‘Bằng chứng của cô có thể mang tính quyết định đấy,’ Rebecca nói khi trao lại cậu bé cho mẹ cậu.</w:t>
      </w:r>
    </w:p>
    <w:p>
      <w:pPr>
        <w:spacing w:after="80"/>
      </w:pPr>
      <w:r>
        <w:rPr>
          <w:b w:val="0"/>
          <w:i w:val="0"/>
        </w:rPr>
        <w:t>‘Tôi biết chứ,’ Nicky khẽ nói. ‘Lần này tôi sẽ không làm cô thất vọng đâu.’</w:t>
      </w:r>
    </w:p>
    <w:p>
      <w:pPr>
        <w:spacing w:after="80"/>
      </w:pPr>
      <w:r>
        <w:rPr>
          <w:b w:val="0"/>
          <w:i w:val="0"/>
        </w:rPr>
        <w:t>‘Cô vẫn còn yêu ông ta, phải không?’</w:t>
      </w:r>
    </w:p>
    <w:p>
      <w:pPr>
        <w:spacing w:after="80"/>
      </w:pPr>
      <w:r>
        <w:rPr>
          <w:b w:val="0"/>
          <w:i w:val="0"/>
        </w:rPr>
        <w:t>Mãi một lúc sau PC Bailey mới trả lời. ‘Đúng vậy, nhưng điều đó sẽ không ngăn tôi đưa ra bằng chứng quan trọng để tống Jerry vào tù, dù rằng điều đó cũng đồng nghĩa với việc tôi sẽ phải chịu một bản án chung thân.’</w:t>
      </w:r>
    </w:p>
    <w:p>
      <w:pPr>
        <w:jc w:val="center"/>
      </w:pPr>
      <w:r>
        <w:drawing>
          <wp:inline xmlns:a="http://schemas.openxmlformats.org/drawingml/2006/main" xmlns:pic="http://schemas.openxmlformats.org/drawingml/2006/picture">
            <wp:extent cx="752475" cy="161926"/>
            <wp:docPr id="83" name="Picture 8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Có tiếng gõ nhẹ lên cửa văn phòng của Beth. Chưa kịp để cô đáp lời, cửa đã mở ra và Christina bước vào. Cô ấy mặc một bộ vest Armani và quàng khăn lụa Hermès, tay xách một chiếc túi Gucci — thứ đủ để bất kỳ ai cũng hiểu vì sao cô ta mang cái ảo tưởng về đặc quyền, chẳng khác nào một thành viên nhỏ bé của Hoàng gia.</w:t>
      </w:r>
    </w:p>
    <w:p>
      <w:pPr>
        <w:spacing w:after="80"/>
      </w:pPr>
      <w:r>
        <w:rPr>
          <w:b w:val="0"/>
          <w:i w:val="0"/>
        </w:rPr>
        <w:t>Beth thấy buồn cười vì Christina chưa bao giờ hẹn trước khi đến thăm cô ở phòng tranh. Cô ta không chỉ mặc định rằng bạn mình lúc nào cũng có mặt mỗi khi cô ta gọi, mà còn luôn sẵn sàng tiếp đón. Những người cộng sự tài ba của cô — Rembrandt, Rubens và Vermeer — cũng chẳng làm hại gì đến cái lý lẽ ấy của cô ta.</w:t>
      </w:r>
    </w:p>
    <w:p>
      <w:pPr>
        <w:spacing w:after="80"/>
      </w:pPr>
      <w:r>
        <w:rPr>
          <w:b w:val="0"/>
          <w:i w:val="0"/>
        </w:rPr>
        <w:t>‘Rất vui được gặp cô,’ Beth nói, cứ như thể cô chẳng có việc gì hay ho hơn để làm. Cô hôn lên cả hai má Christina. ‘Ơn huệ bất ngờ này là nhờ đâu thế?’ cô nói thêm.</w:t>
      </w:r>
    </w:p>
    <w:p>
      <w:pPr>
        <w:spacing w:after="80"/>
      </w:pPr>
      <w:r>
        <w:rPr>
          <w:b w:val="0"/>
          <w:i w:val="0"/>
        </w:rPr>
        <w:t>‘Tôi chỉ tình cờ đi ngang qua và nghĩ ghé vào thăm một chút.’</w:t>
      </w:r>
    </w:p>
    <w:p>
      <w:pPr>
        <w:spacing w:after="80"/>
      </w:pPr>
      <w:r>
        <w:rPr>
          <w:b w:val="0"/>
          <w:i w:val="0"/>
        </w:rPr>
        <w:t>Beth biết quá rõ Christina chẳng bao giờ chỉ tình cờ đi ngang qua. Cô ta luôn có động cơ cho những lần ghé thăm không báo trước. Cô ta ngồi xuống chiếc ghế êm ái nhất trong phòng, ngầm cho thấy đây sẽ không phải là một cuộc gặp ngắn ngủi.</w:t>
      </w:r>
    </w:p>
    <w:p>
      <w:pPr>
        <w:spacing w:after="80"/>
      </w:pPr>
      <w:r>
        <w:rPr>
          <w:b w:val="0"/>
          <w:i w:val="0"/>
        </w:rPr>
        <w:t>‘Tôi có vài tin muốn chia sẻ với cô.’</w:t>
      </w:r>
    </w:p>
    <w:p>
      <w:pPr>
        <w:spacing w:after="80"/>
      </w:pPr>
      <w:r>
        <w:rPr>
          <w:b w:val="0"/>
          <w:i w:val="0"/>
        </w:rPr>
        <w:t>Beth ngồi xuống chiếc ghế đối diện vị ân nhân hào phóng nhất của bảo tàng Fitzmolean, tò mò muốn biết điều gì đã khiến cô ta dậy sớm đến thế vào buổi sáng hôm ấy.</w:t>
      </w:r>
    </w:p>
    <w:p>
      <w:pPr>
        <w:spacing w:after="80"/>
      </w:pPr>
      <w:r>
        <w:rPr>
          <w:b w:val="0"/>
          <w:i w:val="0"/>
        </w:rPr>
        <w:t>‘Nhưng trước hết, vị thanh tra cưng của tôi thế nào rồi?’</w:t>
      </w:r>
    </w:p>
    <w:p>
      <w:pPr>
        <w:spacing w:after="80"/>
      </w:pPr>
      <w:r>
        <w:rPr>
          <w:b w:val="0"/>
          <w:i w:val="0"/>
        </w:rPr>
        <w:t>‘Anh ấy dành phần lớn thời gian để chuẩn bị cho một phiên tòa tham nhũng lớn tại Old Bailey, khi đó anh ấy sẽ phải thể hiện hết mình, vì lại phải đối đầu với Booth Watson.’</w:t>
      </w:r>
    </w:p>
    <w:p>
      <w:pPr>
        <w:spacing w:after="80"/>
      </w:pPr>
      <w:r>
        <w:rPr>
          <w:b w:val="0"/>
          <w:i w:val="0"/>
        </w:rPr>
        <w:t>‘Chưa bao giờ tôi ưa gì gã đàn ông đó,’ Christina nói. ‘Tôi thích bố chồng cô hơn nhiều.’</w:t>
      </w:r>
    </w:p>
    <w:p>
      <w:pPr>
        <w:spacing w:after="80"/>
      </w:pPr>
      <w:r>
        <w:rPr>
          <w:b w:val="0"/>
          <w:i w:val="0"/>
        </w:rPr>
        <w:t>‘Lần này Ngài Julian sẽ đại diện cho Hoàng gia, điều đó chẳng làm cuộc sống của William dễ dàng hơn chút nào. Nhưng mà nói thật đi, sao cô lại muốn gặp tôi?’</w:t>
      </w:r>
    </w:p>
    <w:p>
      <w:pPr>
        <w:spacing w:after="80"/>
      </w:pPr>
      <w:r>
        <w:rPr>
          <w:b w:val="0"/>
          <w:i w:val="0"/>
        </w:rPr>
        <w:t>‘Ralph đã cầu hôn tôi.’</w:t>
      </w:r>
    </w:p>
    <w:p>
      <w:pPr>
        <w:spacing w:after="80"/>
      </w:pPr>
      <w:r>
        <w:rPr>
          <w:b w:val="0"/>
          <w:i w:val="0"/>
        </w:rPr>
        <w:t>‘Và cô trả lời sao?’</w:t>
      </w:r>
    </w:p>
    <w:p>
      <w:pPr>
        <w:spacing w:after="80"/>
      </w:pPr>
      <w:r>
        <w:rPr>
          <w:b w:val="0"/>
          <w:i w:val="0"/>
        </w:rPr>
        <w:t>‘Đồng ý! Tôi yêu anh ấy lắm.’</w:t>
      </w:r>
    </w:p>
    <w:p>
      <w:pPr>
        <w:spacing w:after="80"/>
      </w:pPr>
      <w:r>
        <w:rPr>
          <w:b w:val="0"/>
          <w:i w:val="0"/>
        </w:rPr>
        <w:t>‘Chúc mừng nhé,’ Beth nói, cố tỏ ra vui mừng cho phải phép, dù cô không khỏi nhớ lại lần cuối gặp Christina là ở nhà Elena, và bàn tay cô ấy đặt lên đâu phải chân của Ralph.</w:t>
      </w:r>
    </w:p>
    <w:p>
      <w:pPr>
        <w:spacing w:after="80"/>
      </w:pPr>
      <w:r>
        <w:rPr>
          <w:b w:val="0"/>
          <w:i w:val="0"/>
        </w:rPr>
        <w:t>‘Đẹp thật,’ Beth nói khi Christina chìa bàn tay trái ra khoe chiếc nhẫn kim cương đơn giản một viên, trông có vẻ hơi lạc lõng giữa những đối thủ lấp lánh hơn.</w:t>
      </w:r>
    </w:p>
    <w:p>
      <w:pPr>
        <w:spacing w:after="80"/>
      </w:pPr>
      <w:r>
        <w:rPr>
          <w:b w:val="0"/>
          <w:i w:val="0"/>
        </w:rPr>
        <w:t>‘Hai người đã định ngày chưa?’</w:t>
      </w:r>
    </w:p>
    <w:p>
      <w:pPr>
        <w:spacing w:after="80"/>
      </w:pPr>
      <w:r>
        <w:rPr>
          <w:b w:val="0"/>
          <w:i w:val="0"/>
        </w:rPr>
        <w:t>‘Ngày hai mươi hai tháng Tám.’</w:t>
      </w:r>
    </w:p>
    <w:p>
      <w:pPr>
        <w:spacing w:after="80"/>
      </w:pPr>
      <w:r>
        <w:rPr>
          <w:b w:val="0"/>
          <w:i w:val="0"/>
        </w:rPr>
        <w:t xml:space="preserve">‘Chẳng phải khoảng thời gian đó cô định đi thuyền đến New York trên chiếc </w:t>
      </w:r>
      <w:r>
        <w:rPr>
          <w:b w:val="0"/>
          <w:i/>
        </w:rPr>
        <w:t>Alden</w:t>
      </w:r>
      <w:r>
        <w:rPr>
          <w:b w:val="0"/>
          <w:i w:val="0"/>
        </w:rPr>
        <w:t xml:space="preserve"> sao?’</w:t>
      </w:r>
    </w:p>
    <w:p>
      <w:pPr>
        <w:spacing w:after="80"/>
      </w:pPr>
      <w:r>
        <w:rPr>
          <w:b w:val="0"/>
          <w:i w:val="0"/>
        </w:rPr>
        <w:t>‘Đúng thế, nhưng đó là ngày thứ Bảy duy nhất trước cuối tháng Chín mà nhà thờ giáo xứ Limpton chưa bị đặt trước cho một đám cưới. Nên thay vì chờ đến lúc đó, bọn tôi quyết định bỏ chuyến đi để dành cho sự kiện quan trọng hơn. Đó cũng là lý do thứ hai tôi muốn gặp cô. Bọn tôi tự hỏi liệu cô có muốn đi thay chỗ bọn tôi không?’</w:t>
      </w:r>
    </w:p>
    <w:p>
      <w:pPr>
        <w:spacing w:after="80"/>
      </w:pPr>
      <w:r>
        <w:rPr>
          <w:b w:val="0"/>
          <w:i w:val="0"/>
        </w:rPr>
        <w:t xml:space="preserve">‘Cô đùa đấy à,’ Beth nói. ‘Bọn tôi đến vé hạng bét trên chiếc </w:t>
      </w:r>
      <w:r>
        <w:rPr>
          <w:b w:val="0"/>
          <w:i/>
        </w:rPr>
        <w:t>Alden</w:t>
      </w:r>
      <w:r>
        <w:rPr>
          <w:b w:val="0"/>
          <w:i w:val="0"/>
        </w:rPr>
        <w:t xml:space="preserve"> còn không trả nổi!’</w:t>
      </w:r>
    </w:p>
    <w:p>
      <w:pPr>
        <w:spacing w:after="80"/>
      </w:pPr>
      <w:r>
        <w:rPr>
          <w:b w:val="0"/>
          <w:i w:val="0"/>
        </w:rPr>
        <w:t>Christina phá lên cười. ‘Không, cô chỉ việc nhận lại phòng hạng sang của bọn tôi thôi, vì bọn tôi không kịp hủy đặt chỗ khi báo gấp như vậy. Nói thật lòng thì cô đang giúp bọn tôi đấy.’ Cô ngừng lại để Beth bình tâm lại. ‘Tất nhiên, trừ khi cô nghĩ William có thể phản đối?’</w:t>
      </w:r>
    </w:p>
    <w:p>
      <w:pPr>
        <w:spacing w:after="80"/>
      </w:pPr>
      <w:r>
        <w:rPr>
          <w:b w:val="0"/>
          <w:i w:val="0"/>
        </w:rPr>
        <w:t>‘Nếu anh ấy phản đối,’ Beth nói, ‘thì tôi đi một mình.’</w:t>
      </w:r>
    </w:p>
    <w:p>
      <w:pPr>
        <w:spacing w:after="80"/>
      </w:pPr>
      <w:r>
        <w:rPr>
          <w:b w:val="0"/>
          <w:i w:val="0"/>
        </w:rPr>
        <w:t>‘Tốt. Vậy là xong chuyện đó. Nhưng còn một điều còn quan trọng hơn tôi cần bàn với cô.’</w:t>
      </w:r>
    </w:p>
    <w:p>
      <w:pPr>
        <w:spacing w:after="80"/>
      </w:pPr>
      <w:r>
        <w:rPr>
          <w:b w:val="0"/>
          <w:i w:val="0"/>
        </w:rPr>
        <w:t>Beth tự hỏi còn gì có thể quan trọng hơn cả việc kết hôn.</w:t>
      </w:r>
    </w:p>
    <w:p>
      <w:pPr>
        <w:spacing w:after="80"/>
      </w:pPr>
      <w:r>
        <w:rPr>
          <w:b w:val="0"/>
          <w:i w:val="0"/>
        </w:rPr>
        <w:t>‘Để mừng lễ đính hôn của bọn tôi, Ralph và tôi muốn tặng Fitzmolean một món quà thích hợp để đánh dấu dịp này.’</w:t>
      </w:r>
    </w:p>
    <w:p>
      <w:pPr>
        <w:spacing w:after="80"/>
      </w:pPr>
      <w:r>
        <w:rPr>
          <w:b w:val="0"/>
          <w:i w:val="0"/>
        </w:rPr>
        <w:t>‘Cô thật là hào phóng,’ Beth nói, dù cô không khỏi thắc mắc từ ‘thích hợp’ kia có nghĩa là gì.</w:t>
      </w:r>
    </w:p>
    <w:p>
      <w:pPr>
        <w:spacing w:after="80"/>
      </w:pPr>
      <w:r>
        <w:rPr>
          <w:b w:val="0"/>
          <w:i w:val="0"/>
        </w:rPr>
        <w:t>‘Như cháu hẳn đã biết, cưng à, một bức tranh của Raphael sẽ được đem ra đấu giá trong đợt bán mùa thu, và cả hai chúng ta đều cảm thấy Fitzmolean chính là nơi mà quý bà đặc biệt ấy nên an nghỉ những ngày còn lại.’</w:t>
      </w:r>
    </w:p>
    <w:p>
      <w:pPr>
        <w:spacing w:after="80"/>
      </w:pPr>
      <w:r>
        <w:rPr>
          <w:b w:val="0"/>
          <w:i w:val="0"/>
        </w:rPr>
        <w:t xml:space="preserve">‘Không lẽ bà đang nói đến bức </w:t>
      </w:r>
      <w:r>
        <w:rPr>
          <w:b w:val="0"/>
          <w:i/>
        </w:rPr>
        <w:t>Madonna di Cesare</w:t>
      </w:r>
      <w:r>
        <w:rPr>
          <w:b w:val="0"/>
          <w:i w:val="0"/>
        </w:rPr>
        <w:t xml:space="preserve"> đấy chứ?’ Beth hỏi, không buồn giấu đi vẻ phấn khích.</w:t>
      </w:r>
    </w:p>
    <w:p>
      <w:pPr>
        <w:spacing w:after="80"/>
      </w:pPr>
      <w:r>
        <w:rPr>
          <w:b w:val="0"/>
          <w:i w:val="0"/>
        </w:rPr>
        <w:t>‘Chính nó đấy.’</w:t>
      </w:r>
    </w:p>
    <w:p>
      <w:pPr>
        <w:spacing w:after="80"/>
      </w:pPr>
      <w:r>
        <w:rPr>
          <w:b w:val="0"/>
          <w:i w:val="0"/>
        </w:rPr>
        <w:t>‘Nhưng chẳng phải bức tranh đó vốn thuộc bộ sưu tập của Miles sao?’</w:t>
      </w:r>
    </w:p>
    <w:p>
      <w:pPr>
        <w:spacing w:after="80"/>
      </w:pPr>
      <w:r>
        <w:rPr>
          <w:b w:val="0"/>
          <w:i w:val="0"/>
        </w:rPr>
        <w:t>‘Đúng vậy, nhưng ông ấy đã tặng nó cho một người bạn ngay trước khi qua đời. Tuy nhiên, ta biết ban đầu ông ấy định để lại nó cho Fitzmolean trong di chúc.’</w:t>
      </w:r>
    </w:p>
    <w:p>
      <w:pPr>
        <w:spacing w:after="80"/>
      </w:pPr>
      <w:r>
        <w:rPr>
          <w:b w:val="0"/>
          <w:i w:val="0"/>
        </w:rPr>
        <w:t>‘Thật là một nghĩa cử hào phóng đến khó tin,’ Beth nói, gần như không thốt nên lời.</w:t>
      </w:r>
    </w:p>
    <w:p>
      <w:pPr>
        <w:spacing w:after="80"/>
      </w:pPr>
      <w:r>
        <w:rPr>
          <w:b w:val="0"/>
          <w:i w:val="0"/>
        </w:rPr>
        <w:t>‘Có một điều kiện nhỏ kèm theo món quà này.’</w:t>
      </w:r>
    </w:p>
    <w:p>
      <w:pPr>
        <w:spacing w:after="80"/>
      </w:pPr>
      <w:r>
        <w:rPr>
          <w:b w:val="0"/>
          <w:i w:val="0"/>
        </w:rPr>
        <w:t>Dĩ nhiên là có rồi, Beth nghĩ thầm, nhưng vẫn im lặng.</w:t>
      </w:r>
    </w:p>
    <w:p>
      <w:pPr>
        <w:spacing w:after="80"/>
      </w:pPr>
      <w:r>
        <w:rPr>
          <w:b w:val="0"/>
          <w:i w:val="0"/>
        </w:rPr>
        <w:t>‘Ta sẽ ở Monte Carlo cùng Ralph khi buổi đấu giá diễn ra, và sẽ cần ai đó đấu giá bức tranh thay mặt ta. Ta không thể nghĩ ra ai tốt hơn cháu để đấu giá hộ ta.’</w:t>
      </w:r>
    </w:p>
    <w:p>
      <w:pPr>
        <w:spacing w:after="80"/>
      </w:pPr>
      <w:r>
        <w:rPr>
          <w:b w:val="0"/>
          <w:i w:val="0"/>
        </w:rPr>
        <w:t>‘Cháu rất vinh dự. Nhưng chẳng phải sẽ thích hợp hơn nếu để Tim Knox đại diện cho bà sao? Dù gì ông ấy cũng là giám đốc phòng tranh,’ Beth nói trong khi bắt đầu lục lọi ngăn kéo dưới cùng của bàn làm việc để tìm những cuốn danh mục đấu giá mới nhất nhằm kiểm tra giá ước tính cao và thấp của bức tranh.</w:t>
      </w:r>
    </w:p>
    <w:p>
      <w:pPr>
        <w:spacing w:after="80"/>
      </w:pPr>
      <w:r>
        <w:rPr>
          <w:b w:val="0"/>
          <w:i w:val="0"/>
        </w:rPr>
        <w:t xml:space="preserve">‘Tám trăm nghìn đến một triệu,’ Christina nói, trước khi Beth kịp lật đến Lô 25, bức </w:t>
      </w:r>
      <w:r>
        <w:rPr>
          <w:b w:val="0"/>
          <w:i/>
        </w:rPr>
        <w:t>Madonna di Cesare</w:t>
      </w:r>
      <w:r>
        <w:rPr>
          <w:b w:val="0"/>
          <w:i w:val="0"/>
        </w:rPr>
        <w:t xml:space="preserve"> của Raphael, tài sản của một quý bà.</w:t>
      </w:r>
    </w:p>
    <w:p>
      <w:pPr>
        <w:spacing w:after="80"/>
      </w:pPr>
      <w:r>
        <w:rPr>
          <w:b w:val="0"/>
          <w:i w:val="0"/>
        </w:rPr>
        <w:t>‘Và bà cho phép cháu trả giá cao đến mức nào?’</w:t>
      </w:r>
    </w:p>
    <w:p>
      <w:pPr>
        <w:spacing w:after="80"/>
      </w:pPr>
      <w:r>
        <w:rPr>
          <w:b w:val="0"/>
          <w:i w:val="0"/>
        </w:rPr>
        <w:t>‘Một triệu là đủ để hạ gục mọi đối thủ.’</w:t>
      </w:r>
    </w:p>
    <w:p>
      <w:pPr>
        <w:spacing w:after="80"/>
      </w:pPr>
      <w:r>
        <w:rPr>
          <w:b w:val="0"/>
          <w:i w:val="0"/>
        </w:rPr>
        <w:t>‘Con số đó vượt xa giới hạn của phòng tranh, nên cháu sẽ cần một hình thức bảo đảm nào đó.’</w:t>
      </w:r>
    </w:p>
    <w:p>
      <w:pPr>
        <w:spacing w:after="80"/>
      </w:pPr>
      <w:r>
        <w:rPr>
          <w:b w:val="0"/>
          <w:i w:val="0"/>
        </w:rPr>
        <w:t>‘Ta đoán cháu sẽ nói vậy,’ Christina nói. Bà mở túi xách, lấy ra một tấm séc và đưa cho Beth.</w:t>
      </w:r>
    </w:p>
    <w:p>
      <w:pPr>
        <w:spacing w:after="80"/>
      </w:pPr>
      <w:r>
        <w:rPr>
          <w:b w:val="0"/>
          <w:i w:val="0"/>
        </w:rPr>
        <w:t>Bàn tay Beth bắt đầu run rẩy khi cô nhìn thấy con số £1,000,000.</w:t>
      </w:r>
    </w:p>
    <w:p>
      <w:pPr>
        <w:spacing w:after="80"/>
      </w:pPr>
      <w:r>
        <w:rPr>
          <w:b w:val="0"/>
          <w:i w:val="0"/>
        </w:rPr>
        <w:t>"Dĩ nhiên, nếu có ai trả giá cao hơn cô, cô sẽ không cần phải quy đổi tấm séc, nhưng điều đó có vẻ khó xảy ra."</w:t>
      </w:r>
    </w:p>
    <w:p>
      <w:pPr>
        <w:spacing w:after="80"/>
      </w:pPr>
      <w:r>
        <w:rPr>
          <w:b w:val="0"/>
          <w:i w:val="0"/>
        </w:rPr>
        <w:t>"Điều tôi không biết," Beth nói, "là làm sao để bắt đầu cảm ơn cô."</w:t>
      </w:r>
    </w:p>
    <w:p>
      <w:pPr>
        <w:spacing w:after="80"/>
      </w:pPr>
      <w:r>
        <w:rPr>
          <w:b w:val="0"/>
          <w:i w:val="0"/>
        </w:rPr>
        <w:t>"Đợi đến khi bức Madonna được treo trên tường của Fitzmolean rồi hẵng cảm ơn," Christina nói, "và đừng quên, nó phải mãi là bí mật nhỏ của chúng ta."</w:t>
      </w:r>
    </w:p>
    <w:p>
      <w:pPr>
        <w:spacing w:after="80"/>
      </w:pPr>
      <w:r>
        <w:rPr>
          <w:b w:val="0"/>
          <w:i w:val="0"/>
        </w:rPr>
        <w:t>"Vâng, dĩ nhiên rồi," Beth đáp, dù cô biết có một người cô sẽ phải kể. Christina cũng biết điều đó.</w:t>
      </w:r>
    </w:p>
    <w:p>
      <w:pPr>
        <w:jc w:val="center"/>
      </w:pPr>
      <w:r>
        <w:drawing>
          <wp:inline xmlns:a="http://schemas.openxmlformats.org/drawingml/2006/main" xmlns:pic="http://schemas.openxmlformats.org/drawingml/2006/picture">
            <wp:extent cx="752475" cy="161926"/>
            <wp:docPr id="84" name="Picture 8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"Đừng quên phiên tòa Summers mở vào thứ Hai," Chim Ưng nhắc nhở họ. "Tuy nhiên, vẫn còn vài việc cần được lo liệu trước khi bồi thẩm đoàn được chọn."</w:t>
      </w:r>
    </w:p>
    <w:p>
      <w:pPr>
        <w:spacing w:after="80"/>
      </w:pPr>
      <w:r>
        <w:rPr>
          <w:b w:val="0"/>
          <w:i w:val="0"/>
        </w:rPr>
        <w:t>William và Jackie mở sổ tay ra.</w:t>
      </w:r>
    </w:p>
    <w:p>
      <w:pPr>
        <w:spacing w:after="80"/>
      </w:pPr>
      <w:r>
        <w:rPr>
          <w:b w:val="0"/>
          <w:i w:val="0"/>
        </w:rPr>
        <w:t>"Trung sĩ Roycroft, tôi muốn cô sắp xếp một cuộc gặp khác với Lamont. Hãy nói với hắn rằng có chuyện vừa xảy ra mà hắn cần biết ngay lập tức."</w:t>
      </w:r>
    </w:p>
    <w:p>
      <w:pPr>
        <w:spacing w:after="80"/>
      </w:pPr>
      <w:r>
        <w:rPr>
          <w:b w:val="0"/>
          <w:i w:val="0"/>
        </w:rPr>
        <w:t>"Chuyện gì vừa xảy ra?" Jackie hỏi.</w:t>
      </w:r>
    </w:p>
    <w:p>
      <w:pPr>
        <w:spacing w:after="80"/>
      </w:pPr>
      <w:r>
        <w:rPr>
          <w:b w:val="0"/>
          <w:i w:val="0"/>
        </w:rPr>
        <w:t>"Tôi muốn cô cảnh báo hắn rằng trong suốt thời gian diễn ra phiên tòa, một đội giám sát sẽ theo sát hắn hai mươi bốn trên bảy."</w:t>
      </w:r>
    </w:p>
    <w:p>
      <w:pPr>
        <w:spacing w:after="80"/>
      </w:pPr>
      <w:r>
        <w:rPr>
          <w:b w:val="0"/>
          <w:i w:val="0"/>
        </w:rPr>
        <w:t>"Tôi sẽ nói gì nếu hắn hỏi tại sao họ lại theo dõi hắn?"</w:t>
      </w:r>
    </w:p>
    <w:p>
      <w:pPr>
        <w:spacing w:after="80"/>
      </w:pPr>
      <w:r>
        <w:rPr>
          <w:b w:val="0"/>
          <w:i w:val="0"/>
        </w:rPr>
        <w:t>"Hắn sẽ biết tại sao," Chim Ưng đáp.</w:t>
      </w:r>
    </w:p>
    <w:p>
      <w:pPr>
        <w:spacing w:after="80"/>
      </w:pPr>
      <w:r>
        <w:rPr>
          <w:b w:val="0"/>
          <w:i w:val="0"/>
        </w:rPr>
        <w:t>Jackie gấp sổ tay lại.</w:t>
      </w:r>
    </w:p>
    <w:p>
      <w:pPr>
        <w:spacing w:after="80"/>
      </w:pPr>
      <w:r>
        <w:rPr>
          <w:b w:val="0"/>
          <w:i w:val="0"/>
        </w:rPr>
        <w:t>"Tôi không có đủ sĩ quan cho một chiến dịch giám sát toàn diện," William thừa nhận.</w:t>
      </w:r>
    </w:p>
    <w:p>
      <w:pPr>
        <w:spacing w:after="80"/>
      </w:pPr>
      <w:r>
        <w:rPr>
          <w:b w:val="0"/>
          <w:i w:val="0"/>
        </w:rPr>
        <w:t>"Anh sẽ không cần đến họ đâu. Chỉ cần Lamont tin rằng hắn đang bị theo dõi là đủ để đảm bảo hắn không liều lĩnh làm gì. Điều đó dẫn tôi đến một kẻ chẳng màng gì đến chuyện liều lĩnh. 'Xương' Turner."</w:t>
      </w:r>
    </w:p>
    <w:p>
      <w:pPr>
        <w:spacing w:after="80"/>
      </w:pPr>
      <w:r>
        <w:rPr>
          <w:b w:val="0"/>
          <w:i w:val="0"/>
        </w:rPr>
        <w:t>William cau mày khi nghe nhắc đến cậu con trai út của Jimmy Turner, kẻ mà mục đích sống duy nhất dường như là đảm bảo các thành viên trong gia đình hắn được tuyên vô tội mỗi khi mọi thứ chống lại họ. Hắn chẳng buồn dùng đến hối lộ hay tống tiền. Hắn đã phát hiện ra rằng lời đe dọa gãy xương hay một vụ tai nạn xe hơi có sức thuyết phục lớn hơn nhiều.</w:t>
      </w:r>
    </w:p>
    <w:p>
      <w:pPr>
        <w:spacing w:after="80"/>
      </w:pPr>
      <w:r>
        <w:rPr>
          <w:b w:val="0"/>
          <w:i w:val="0"/>
        </w:rPr>
        <w:t>‘Hiện cậu ta đang được tại ngoại thử thách sau khi thụ án hai năm trong bản án bốn năm vì tội gây thương tích nghiêm trọng (GBH),’ Paul nói.</w:t>
      </w:r>
    </w:p>
    <w:p>
      <w:pPr>
        <w:spacing w:after="80"/>
      </w:pPr>
      <w:r>
        <w:rPr>
          <w:b w:val="0"/>
          <w:i w:val="0"/>
        </w:rPr>
        <w:t>‘Vậy thì tìm bất cứ cớ gì để tống cậu ta trở lại trại giam vài tháng cho đến khi phiên tòa kết thúc.’</w:t>
      </w:r>
    </w:p>
    <w:p>
      <w:pPr>
        <w:spacing w:after="80"/>
      </w:pPr>
      <w:r>
        <w:rPr>
          <w:b w:val="0"/>
          <w:i w:val="0"/>
        </w:rPr>
        <w:t>‘Cậu ta nổi tiếng là hay đến muộn trong các buổi gặp hàng tuần với nhân viên quản chế. Lần tới tôi sẽ cho hai sĩ quan chờ sẵn, đưa thẳng cậu ta về Pentonville, và giữ cậu ta ở đó cho đến khi phiên tòa kết thúc.’</w:t>
      </w:r>
    </w:p>
    <w:p>
      <w:pPr>
        <w:spacing w:after="80"/>
      </w:pPr>
      <w:r>
        <w:rPr>
          <w:b w:val="0"/>
          <w:i w:val="0"/>
        </w:rPr>
        <w:t>‘Tốt. Nhân đang nói về phiên tòa, William, tôi hy vọng lần này cậu đã chuẩn bị kỹ càng để bị Booth Watson chất vấn chứ?’</w:t>
      </w:r>
    </w:p>
    <w:p>
      <w:pPr>
        <w:spacing w:after="80"/>
      </w:pPr>
      <w:r>
        <w:rPr>
          <w:b w:val="0"/>
          <w:i w:val="0"/>
        </w:rPr>
        <w:t>‘Tôi nóng lòng chờ đây,’ William thừa nhận, ‘và định sẽ nhắc đi nhắc lại về chiếc nhẫn kim cương tuyệt đẹp, lộng lẫy, đắt đỏ ấy, chỉ cần có chút cơ hội.’</w:t>
      </w:r>
    </w:p>
    <w:p>
      <w:pPr>
        <w:pStyle w:val="Heading2"/>
      </w:pPr>
      <w:r>
        <w:rPr>
          <w:rFonts w:ascii="Calibri" w:hAnsi="Calibri"/>
          <w:b/>
          <w:i w:val="0"/>
          <w:sz w:val="32"/>
        </w:rPr>
        <w:t>28</w:t>
      </w:r>
    </w:p>
    <w:p>
      <w:pPr>
        <w:spacing w:after="80"/>
      </w:pPr>
      <w:r>
        <w:rPr>
          <w:b w:val="0"/>
          <w:i w:val="0"/>
        </w:rPr>
        <w:t>‘BỊ CÁO XIN ĐỨNG DẬY?’</w:t>
      </w:r>
    </w:p>
    <w:p>
      <w:pPr>
        <w:spacing w:after="80"/>
      </w:pPr>
      <w:r>
        <w:rPr>
          <w:b w:val="0"/>
          <w:i w:val="0"/>
        </w:rPr>
        <w:t>Summers đứng dậy khỏi chỗ ngồi trong vành móng ngựa. Ông ta mặc một bộ com-lê mới toanh, áo sơ mi trắng và thắt cà vạt lụa xanh.</w:t>
      </w:r>
    </w:p>
    <w:p>
      <w:pPr>
        <w:spacing w:after="80"/>
      </w:pPr>
      <w:r>
        <w:rPr>
          <w:b w:val="0"/>
          <w:i w:val="0"/>
        </w:rPr>
        <w:t>‘Jeremy Richard Summers, ông bị buộc tội tàng trữ hàng hóa bị đánh cắp, và qua đó, có hành vi sai trái trong chức vụ công. Ông nhận tội hay không nhận tội?’</w:t>
      </w:r>
    </w:p>
    <w:p>
      <w:pPr>
        <w:spacing w:after="80"/>
      </w:pPr>
      <w:r>
        <w:rPr>
          <w:b w:val="0"/>
          <w:i w:val="0"/>
        </w:rPr>
        <w:t>‘Không nhận tội,’ Summers nói, nhìn thẳng vào thư ký tòa.</w:t>
      </w:r>
    </w:p>
    <w:p>
      <w:pPr>
        <w:spacing w:after="80"/>
      </w:pPr>
      <w:r>
        <w:rPr>
          <w:b w:val="0"/>
          <w:i w:val="0"/>
        </w:rPr>
        <w:t>‘Ông có thể ngồi xuống.’</w:t>
      </w:r>
    </w:p>
    <w:p>
      <w:pPr>
        <w:spacing w:after="80"/>
      </w:pPr>
      <w:r>
        <w:rPr>
          <w:b w:val="0"/>
          <w:i w:val="0"/>
        </w:rPr>
        <w:t>Ngài Thẩm phán Ramsden nhìn xuống từ ghế xử án và thấy Ngài Julian đang run lên, như một con chó săn greyhound trong ô xuất phát, chờ đợi để trình bày lời khai mở đầu. Khác với Ngài Booth Watson, người đang ngồi ườn ra ở đầu kia bàn luật sư, trông như một con chuột sóc đang ngủ mê man. Nhưng dù sao, Booth Watson biết còn lâu ông ta mới cần mở mắt.</w:t>
      </w:r>
    </w:p>
    <w:p>
      <w:pPr>
        <w:spacing w:after="80"/>
      </w:pPr>
      <w:r>
        <w:rPr>
          <w:b w:val="0"/>
          <w:i w:val="0"/>
        </w:rPr>
        <w:t>‘Ngài Julian,’ thẩm phán nói, hướng sự chú ý về vị QC (Luật sư Hoàng gia) lỗi lạc. ‘Nếu ngài muốn khai mạc phiên xử.’</w:t>
      </w:r>
    </w:p>
    <w:p>
      <w:pPr>
        <w:spacing w:after="80"/>
      </w:pPr>
      <w:r>
        <w:rPr>
          <w:b w:val="0"/>
          <w:i w:val="0"/>
        </w:rPr>
        <w:t>Ngài Julian đứng dậy khỏi chỗ ngồi, kéo chỉnh chiếc áo choàng đen dài và sửa lại bộ tóc giả đã bạc màu như ông vẫn thường làm trước khi quay sang đối diện bồi thẩm đoàn. Ông chào tám người đàn ông và bốn người phụ nữ bằng một nụ cười nhân từ, ý thức rằng họ là mười hai người quan trọng nhất trong phòng xử án.</w:t>
      </w:r>
    </w:p>
    <w:p>
      <w:pPr>
        <w:spacing w:after="80"/>
      </w:pPr>
      <w:r>
        <w:rPr>
          <w:b w:val="0"/>
          <w:i w:val="0"/>
        </w:rPr>
        <w:t>Ông liếc xuống bản thảo đã chuẩn bị sẵn, dù ông đã tính đến khả năng Summers sẽ nhận tội, và bao nhiêu giờ công sức sẽ thành vô ích chỉ bằng một từ. Kinh nghiệm nhiều năm đã dạy ông rằng đó không phải là rủi ro mà một luật sư biện hộ có thể chấp nhận.</w:t>
      </w:r>
    </w:p>
    <w:p>
      <w:pPr>
        <w:spacing w:after="80"/>
      </w:pPr>
      <w:r>
        <w:rPr>
          <w:b w:val="0"/>
          <w:i w:val="0"/>
        </w:rPr>
        <w:t>‘Thưa Ngài,’ ông bắt đầu, nhìn lên ghế xử án, ‘tôi đại diện cho Hoàng gia trong vụ án này, cùng với trợ lý của tôi, Cô Grace Warwick, trong khi người bạn đồng nghiệp uyên bác của tôi, Ngài Booth Watson, đại diện cho bên bào chữa.’ Ông cúi chào Booth Watson một cách miễn cưỡng nhưng không được đáp lại.</w:t>
      </w:r>
    </w:p>
    <w:p>
      <w:pPr>
        <w:spacing w:after="80"/>
      </w:pPr>
      <w:r>
        <w:rPr>
          <w:b w:val="0"/>
          <w:i w:val="0"/>
        </w:rPr>
        <w:t>‘Tôi phải mở đầu phần trình bày của mình bằng một lời cảnh báo,’ Ngài Julian nói, hướng sự chú ý về phía bồi thẩm đoàn. ‘Tội danh mà quý vị sắp đưa ra phán quyết là một trong những tội đáng khinh nhất mà bất kỳ công chức nào có thể phạm phải. Bằng chứng cho điều này chính là bản án mà Quốc hội đã quy định nếu quý vị kết luận bị cáo có tội –’ ông ngừng lại, và nhìn thẳng vào họ – ‘là tù chung thân.</w:t>
      </w:r>
    </w:p>
    <w:p>
      <w:pPr>
        <w:spacing w:after="80"/>
      </w:pPr>
      <w:r>
        <w:rPr>
          <w:b w:val="0"/>
          <w:i w:val="0"/>
        </w:rPr>
        <w:t>‘Mọi công dân khi giao dịch với một viên chức của Vương quyền, dù đó là một thẩm phán lỗi lạc hay một anh cảnh sát đi tuần, đều có quyền mặc định rằng phẩm chất liêm chính của người đó là không thể nghi ngờ. Khi sự tin tưởng đó bị phá vỡ, và trong trường hợp này nó đã bị phá vỡ không thể hàn gắn, thì một bản án nghiêm khắc quả thực là hoàn toàn chính đáng.</w:t>
      </w:r>
    </w:p>
    <w:p>
      <w:pPr>
        <w:spacing w:after="80"/>
      </w:pPr>
      <w:r>
        <w:rPr>
          <w:b w:val="0"/>
          <w:i w:val="0"/>
        </w:rPr>
        <w:t>‘Trung sĩ Thám tử Summers có vẻ là một sĩ quan cảnh sát xuất sắc, với thành tích bắt giữ và các bằng khen báo hiệu một sự nghiệp rực rỡ. Nhưng anh ta đã chọn dùng những tài năng đó để phá luật, chứ không phải để gìn giữ luật pháp.</w:t>
      </w:r>
    </w:p>
    <w:p>
      <w:pPr>
        <w:spacing w:after="80"/>
      </w:pPr>
      <w:r>
        <w:rPr>
          <w:b w:val="0"/>
          <w:i w:val="0"/>
        </w:rPr>
        <w:t>‘Cám dỗ là một phần trong trải nghiệm hằng ngày của mỗi sĩ quan cảnh sát, và đại đa số họ sẽ không bao giờ nghĩ đến việc vượt qua ranh giới đó dù chỉ trong một khoảnh khắc. Nhưng thật không may, vẫn có một số người, dù may mắn thay chỉ là số ít, không hề có sự do dự ấy. Trung sĩ Thám tử Jerry Summers chính là một người như vậy, như quý vị sẽ khám phá ra khi phiên tòa này diễn ra.</w:t>
      </w:r>
    </w:p>
    <w:p>
      <w:pPr>
        <w:spacing w:after="80"/>
      </w:pPr>
      <w:r>
        <w:rPr>
          <w:b w:val="0"/>
          <w:i w:val="0"/>
        </w:rPr>
        <w:t>‘Thưa quý bà và quý ông của bồi thẩm đoàn, đây không phải là chuyện một lần lầm lỡ trong phán đoán mà có thể bỏ qua khi cân nhắc với một thành tích phục vụ cộng đồng đáng khen ngợi. Trung sĩ Thám tử Summers đã dựng lên một mạng lưới bí mật được tổ chức và vận hành hiệu quả chẳng kém bất kỳ băng nhóm chuyên nghiệp nào trong thế giới ngầm tội phạm.</w:t>
      </w:r>
    </w:p>
    <w:p>
      <w:pPr>
        <w:spacing w:after="80"/>
      </w:pPr>
      <w:r>
        <w:rPr>
          <w:b w:val="0"/>
          <w:i w:val="0"/>
        </w:rPr>
        <w:t>‘Thưa các thành viên bồi thẩm đoàn, trong quá trình xét xử này quý vị sẽ được biết Summers, trong nhiều lần sau khi bắt giữ một kẻ trộm cắp hoặc đột nhập, đã đảm bảo rằng một số hàng hóa bị đánh cắp giá trị nhất không được nộp cho đồn cảnh sát và ghi chi tiết vào biên bản tạm giữ của anh ta, mà lại kết thúc ở nhà Summers hoặc được chia cho bạn bè và đồng phạm của anh ta.</w:t>
      </w:r>
    </w:p>
    <w:p>
      <w:pPr>
        <w:spacing w:after="80"/>
      </w:pPr>
      <w:r>
        <w:rPr>
          <w:b w:val="0"/>
          <w:i w:val="0"/>
        </w:rPr>
        <w:t>‘Khác với quý vị hay tôi,’ Ngài Julian nói, một lần nữa nhìn thẳng vào bồi thẩm đoàn, ‘Trung sĩ Thám tử Summers không cần phải ra phố lớn nếu anh ta muốn một chiếc tivi mới, một dàn hi-fi mới nhất, hay thậm chí một chiếc Jaguar. Thay vào đó, anh ta chỉ việc lấy chúng từ đống hàng hóa bị đánh cắp mà anh ta có thể tiếp cận trong khi thi hành nhiệm vụ. Quý vị có thể hỏi tại sao chính những kẻ trộm lại không báo chuyện này cho nhà chức trách. Nhưng tại sao họ lại làm thế, khi việc giảm số lượng tang vật mà họ bị buộc tội đánh cắp đồng nghĩa với việc họ có thể nhận một bản án khoan hồng hơn?</w:t>
      </w:r>
    </w:p>
    <w:p>
      <w:pPr>
        <w:spacing w:after="80"/>
      </w:pPr>
      <w:r>
        <w:rPr>
          <w:b w:val="0"/>
          <w:i w:val="0"/>
        </w:rPr>
        <w:t>‘Tuy nhiên, thế vẫn chưa đủ để thỏa mãn lòng tham vô độ của Trung sĩ Thám tử Summers. Trong nhiều năm, quận Romford nơi anh ta phụ trách đã trở thành con mồi của hai gia đình tội phạm đối địch, nhà Payne và nhà Turner. Anh ta quyết định chủ động hỗ trợ một trong những băng nhóm tàn nhẫn đó, nhằm tạo thế cân bằng có lợi cho họ, và có lẽ quan trọng hơn, có lợi cho chính anh ta.</w:t>
      </w:r>
    </w:p>
    <w:p>
      <w:pPr>
        <w:spacing w:after="80"/>
      </w:pPr>
      <w:r>
        <w:rPr>
          <w:b w:val="0"/>
          <w:i w:val="0"/>
        </w:rPr>
        <w:t>‘Anh ta bắt tay vào việc bắt giữ các thành viên của gia đình Payne, trong khi để cho những kẻ trả tiền cho mình trong băng Turner thoát tội hoàn toàn. Và trong khi anh ta đang nhét đầy túi mình bằng những khoản lợi bất chính của họ, thì đồng thời anh ta lại nhận được lời khen ngợi và những bằng khen chính thức vì công tác cảnh sát mẫu mực của mình. Một Jekyll và Hyde thời hiện đại.</w:t>
      </w:r>
    </w:p>
    <w:p>
      <w:pPr>
        <w:spacing w:after="80"/>
      </w:pPr>
      <w:r>
        <w:rPr>
          <w:b w:val="0"/>
          <w:i w:val="0"/>
        </w:rPr>
        <w:t>‘Nhưng giống như bao kẻ tội phạm khác, anh ta đã đi quá xa một bước khi Scotland Yard giăng ra một cái bẫy để dụ anh ta mà anh ta không thể cưỡng lại.’</w:t>
      </w:r>
    </w:p>
    <w:p>
      <w:pPr>
        <w:spacing w:after="80"/>
      </w:pPr>
      <w:r>
        <w:rPr>
          <w:b w:val="0"/>
          <w:i w:val="0"/>
        </w:rPr>
        <w:t xml:space="preserve">Booth Watson ghi lại những chữ </w:t>
      </w:r>
      <w:r>
        <w:rPr>
          <w:b w:val="0"/>
          <w:i/>
        </w:rPr>
        <w:t>Giăng ra một cái bẫy</w:t>
      </w:r>
      <w:r>
        <w:rPr>
          <w:b w:val="0"/>
          <w:i w:val="0"/>
        </w:rPr>
        <w:t>. Một cái bẫy mà sau này ông định sẽ bật tung.</w:t>
      </w:r>
    </w:p>
    <w:p>
      <w:pPr>
        <w:spacing w:after="80"/>
      </w:pPr>
      <w:r>
        <w:rPr>
          <w:b w:val="0"/>
          <w:i w:val="0"/>
        </w:rPr>
        <w:t>‘Bên nguyên sẽ đưa ra các nhân chứng, những người sẽ tuyên thệ làm chứng rằng Summers đã đánh cắp ma túy từ một băng nhóm, bán chúng cho gia đình đối địch mà anh ta đang làm việc cho, rồi bỏ túi số tiền thu được. Nhờ đó anh ta có thể kiếm được nhiều tiền trong một tháng hơn số tiền anh ta có thể hy vọng kiếm được trong một năm với tư cách một trung sĩ thám tử. Nhưng rồi anh ta phạm phải một sai lầm chí mạng. Anh ta tìm cách lôi kéo một sĩ quan cảnh sát lương thiện vào tội ác của mình, người này đã không chút do dự báo cáo anh ta với cấp trên.’</w:t>
      </w:r>
    </w:p>
    <w:p>
      <w:pPr>
        <w:spacing w:after="80"/>
      </w:pPr>
      <w:r>
        <w:rPr>
          <w:b w:val="0"/>
          <w:i w:val="0"/>
        </w:rPr>
        <w:t xml:space="preserve">Booth Watson viết những chữ </w:t>
      </w:r>
      <w:r>
        <w:rPr>
          <w:b w:val="0"/>
          <w:i/>
        </w:rPr>
        <w:t>Không chút do dự</w:t>
      </w:r>
      <w:r>
        <w:rPr>
          <w:b w:val="0"/>
          <w:i w:val="0"/>
        </w:rPr>
        <w:t xml:space="preserve"> lên tập giấy vàng của mình.</w:t>
      </w:r>
    </w:p>
    <w:p>
      <w:pPr>
        <w:spacing w:after="80"/>
      </w:pPr>
      <w:r>
        <w:rPr>
          <w:b w:val="0"/>
          <w:i w:val="0"/>
        </w:rPr>
        <w:t>‘Khi viên sĩ quan đó ra làm chứng, quý vị sẽ không còn chút nghi ngờ nào về mức độ hoạt động tội phạm của Trung sĩ Thám tử Summers. Phán quyết của quý vị sẽ là một đòn giáng mạnh mẽ trong cuộc chiến bảo vệ những công dân bình thường, lương thiện khỏi một kẻ tham nhũng đã phản bội danh tiếng của lực lượng cảnh sát được kính trọng nhất thế giới.’</w:t>
      </w:r>
    </w:p>
    <w:p>
      <w:pPr>
        <w:spacing w:after="80"/>
      </w:pPr>
      <w:r>
        <w:rPr>
          <w:b w:val="0"/>
          <w:i w:val="0"/>
        </w:rPr>
        <w:t>Ngài Julian ngồi xuống không phải giữa tràng pháo tay vang dội, mà đón nhận một điều còn quan trọng hơn nhiều, một bồi thẩm đoàn đã dán chặt vào từng lời ông nói. Ngay cả Booth Watson cũng phải thừa nhận, dù chỉ với chính mình, rằng ông chưa từng thấy đối thủ không đội trời chung của mình sung sức đến thế. Nhưng đó mới chỉ là phát súng đầu tiên bắn ngang mũi ông ta.</w:t>
      </w:r>
    </w:p>
    <w:p>
      <w:pPr>
        <w:spacing w:after="80"/>
      </w:pPr>
      <w:r>
        <w:rPr>
          <w:b w:val="0"/>
          <w:i w:val="0"/>
        </w:rPr>
        <w:t>‘Ngài có thể gọi nhân chứng đầu tiên của mình, Ngài Julian,’ thẩm phán nói.</w:t>
      </w:r>
    </w:p>
    <w:p>
      <w:pPr>
        <w:spacing w:after="80"/>
      </w:pPr>
      <w:r>
        <w:rPr>
          <w:b w:val="0"/>
          <w:i w:val="0"/>
        </w:rPr>
        <w:t>‘Cảm ơn ngài, thưa ngài. Tôi xin gọi Thanh tra Thám tử William Warwick.’</w:t>
      </w:r>
    </w:p>
    <w:p>
      <w:pPr>
        <w:jc w:val="center"/>
      </w:pPr>
      <w:r>
        <w:drawing>
          <wp:inline xmlns:a="http://schemas.openxmlformats.org/drawingml/2006/main" xmlns:pic="http://schemas.openxmlformats.org/drawingml/2006/picture">
            <wp:extent cx="752475" cy="161926"/>
            <wp:docPr id="85" name="Picture 8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Lamont nhìn xuống tám người đàn ông và bốn người phụ nữ từ chỗ ngồi của mình ở cuối phòng dành cho khán giả, ý thức được rằng anh không thể mạo hiểm tiếp cận bất kỳ ai trong số họ sau khi được Jackie cảnh báo rằng anh đang bị theo dõi cả ngày lẫn đêm.</w:t>
      </w:r>
    </w:p>
    <w:p>
      <w:pPr>
        <w:spacing w:after="80"/>
      </w:pPr>
      <w:r>
        <w:rPr>
          <w:b w:val="0"/>
          <w:i w:val="0"/>
        </w:rPr>
        <w:t>Anh nghi ngờ rằng Bones Turner sẽ được giao nhiệm vụ mua chuộc ít nhất ba người trong số họ, để bồi thẩm đoàn không thể đưa ra phán quyết. Tuy nhiên, trong thời gian phiên tòa diễn ra, anh sẽ phải tránh tiếp xúc với bất kỳ thành viên nào của gia đình Turner, hay cả Booth Watson nữa.</w:t>
      </w:r>
    </w:p>
    <w:p>
      <w:pPr>
        <w:spacing w:after="80"/>
      </w:pPr>
      <w:r>
        <w:rPr>
          <w:b w:val="0"/>
          <w:i w:val="0"/>
        </w:rPr>
        <w:t>Anh không thể phàn nàn. Anh đã được thưởng hậu hĩnh vì đã loại bỏ bằng chứng duy nhất mà Booth Watson lo ngại.</w:t>
      </w:r>
    </w:p>
    <w:p>
      <w:pPr>
        <w:jc w:val="center"/>
      </w:pPr>
      <w:r>
        <w:drawing>
          <wp:inline xmlns:a="http://schemas.openxmlformats.org/drawingml/2006/main" xmlns:pic="http://schemas.openxmlformats.org/drawingml/2006/picture">
            <wp:extent cx="752475" cy="161926"/>
            <wp:docPr id="86" name="Picture 8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cầm cuốn Kinh Thánh bằng tay phải và giọng điệu đầy tự tin khi tuyên thệ.</w:t>
      </w:r>
    </w:p>
    <w:p>
      <w:pPr>
        <w:spacing w:after="80"/>
      </w:pPr>
      <w:r>
        <w:rPr>
          <w:b w:val="0"/>
          <w:i w:val="0"/>
        </w:rPr>
        <w:t>‘Xin ông vui lòng nêu tên và cấp bậc của mình để ghi vào biên bản,’ Sir Julian nói, nhìn qua cặp kính gọng bán nguyệt.</w:t>
      </w:r>
    </w:p>
    <w:p>
      <w:pPr>
        <w:spacing w:after="80"/>
      </w:pPr>
      <w:r>
        <w:rPr>
          <w:b w:val="0"/>
          <w:i w:val="0"/>
        </w:rPr>
        <w:t>‘Thanh tra Thám tử William Warwick.’</w:t>
      </w:r>
    </w:p>
    <w:p>
      <w:pPr>
        <w:spacing w:after="80"/>
      </w:pPr>
      <w:r>
        <w:rPr>
          <w:b w:val="0"/>
          <w:i w:val="0"/>
        </w:rPr>
        <w:t>‘Thanh tra Warwick, ông có thể mô tả cho bồi thẩm đoàn biết công việc hiện tại của ông với Sở Cảnh sát Metropolitan bao gồm những gì không?’</w:t>
      </w:r>
    </w:p>
    <w:p>
      <w:pPr>
        <w:spacing w:after="80"/>
      </w:pPr>
      <w:r>
        <w:rPr>
          <w:b w:val="0"/>
          <w:i w:val="0"/>
        </w:rPr>
        <w:t>‘Tôi thuộc một đơn vị đặc biệt tại Scotland Yard chuyên điều tra các sĩ quan cảnh sát tham nhũng, và đặc biệt là một người.’</w:t>
      </w:r>
    </w:p>
    <w:p>
      <w:pPr>
        <w:spacing w:after="80"/>
      </w:pPr>
      <w:r>
        <w:rPr>
          <w:b w:val="0"/>
          <w:i w:val="0"/>
        </w:rPr>
        <w:t>‘Tên và cấp bậc của sĩ quan đó là gì?’</w:t>
      </w:r>
    </w:p>
    <w:p>
      <w:pPr>
        <w:spacing w:after="80"/>
      </w:pPr>
      <w:r>
        <w:rPr>
          <w:b w:val="0"/>
          <w:i w:val="0"/>
        </w:rPr>
        <w:t>‘Trung sĩ Thám tử Jerry Summers.’</w:t>
      </w:r>
    </w:p>
    <w:p>
      <w:pPr>
        <w:spacing w:after="80"/>
      </w:pPr>
      <w:r>
        <w:rPr>
          <w:b w:val="0"/>
          <w:i w:val="0"/>
        </w:rPr>
        <w:t>‘Ông có thấy anh ta tại tòa hôm nay không?’</w:t>
      </w:r>
    </w:p>
    <w:p>
      <w:pPr>
        <w:spacing w:after="80"/>
      </w:pPr>
      <w:r>
        <w:rPr>
          <w:b w:val="0"/>
          <w:i w:val="0"/>
        </w:rPr>
        <w:t>‘Có, thưa ngài. Anh ta là bị cáo, đang đứng trong vành móng ngựa.’</w:t>
      </w:r>
    </w:p>
    <w:p>
      <w:pPr>
        <w:spacing w:after="80"/>
      </w:pPr>
      <w:r>
        <w:rPr>
          <w:b w:val="0"/>
          <w:i w:val="0"/>
        </w:rPr>
        <w:t>‘Điều gì khiến đơn vị của ông mở cuộc điều tra đối với Trung sĩ Summers?’</w:t>
      </w:r>
    </w:p>
    <w:p>
      <w:pPr>
        <w:spacing w:after="80"/>
      </w:pPr>
      <w:r>
        <w:rPr>
          <w:b w:val="0"/>
          <w:i w:val="0"/>
        </w:rPr>
        <w:t>‘Cảnh sát trưởng của Essex đã thông báo cho Yard rằng ông nghi ngờ một sĩ quan đang tại chức trong lực lượng của mình có liên quan đến việc tiêu thụ hàng hóa bị đánh cắp, và đang làm việc với một trong những băng nhóm ma túy lớn nhất trong địa bàn của ông.’</w:t>
      </w:r>
    </w:p>
    <w:p>
      <w:pPr>
        <w:spacing w:after="80"/>
      </w:pPr>
      <w:r>
        <w:rPr>
          <w:b w:val="0"/>
          <w:i w:val="0"/>
        </w:rPr>
        <w:t>‘Từ đó ông đã tiến hành những bước tiếp theo như thế nào?’</w:t>
      </w:r>
    </w:p>
    <w:p>
      <w:pPr>
        <w:spacing w:after="80"/>
      </w:pPr>
      <w:r>
        <w:rPr>
          <w:b w:val="0"/>
          <w:i w:val="0"/>
        </w:rPr>
        <w:t>‘Chúng tôi đã biết từ trước rằng có hai băng nhóm tội phạm ma túy lớn đang hoạt động trong địa bàn Romford, và chỉ huy quận bắt đầu thấy nghi ngờ khi các thành viên của một băng liên tục bị bắt giữ, trong khi đối thủ của họ dường như vẫn cứ hoạt động bình thường mà không bị động đến.’</w:t>
      </w:r>
    </w:p>
    <w:p>
      <w:pPr>
        <w:spacing w:after="80"/>
      </w:pPr>
      <w:r>
        <w:rPr>
          <w:b w:val="0"/>
          <w:i w:val="0"/>
        </w:rPr>
        <w:t>‘Với những thông tin đó trong tay, thanh tra thám tử, ông đã làm gì tiếp theo?’</w:t>
      </w:r>
    </w:p>
    <w:p>
      <w:pPr>
        <w:spacing w:after="80"/>
      </w:pPr>
      <w:r>
        <w:rPr>
          <w:b w:val="0"/>
          <w:i w:val="0"/>
        </w:rPr>
        <w:t>‘Tôi đưa một người trong nhóm nội bộ của mình, PC Bailey, vào hàng ngũ cảnh sát Romford trong khi tôi tiếp tục làm việc bí mật.’</w:t>
      </w:r>
    </w:p>
    <w:p>
      <w:pPr>
        <w:spacing w:after="80"/>
      </w:pPr>
      <w:r>
        <w:rPr>
          <w:b w:val="0"/>
          <w:i w:val="0"/>
        </w:rPr>
        <w:t xml:space="preserve">Booth Watson viết </w:t>
      </w:r>
      <w:r>
        <w:rPr>
          <w:b w:val="0"/>
          <w:i/>
        </w:rPr>
        <w:t>PC Bailey?</w:t>
      </w:r>
      <w:r>
        <w:rPr>
          <w:b w:val="0"/>
          <w:i w:val="0"/>
        </w:rPr>
        <w:t>.</w:t>
      </w:r>
    </w:p>
    <w:p>
      <w:pPr>
        <w:spacing w:after="80"/>
      </w:pPr>
      <w:r>
        <w:rPr>
          <w:b w:val="0"/>
          <w:i w:val="0"/>
        </w:rPr>
        <w:t>‘Ông có bắt được DS Summers, theo cách nói thông thường, quả tang tại trận không?’</w:t>
      </w:r>
    </w:p>
    <w:p>
      <w:pPr>
        <w:spacing w:after="80"/>
      </w:pPr>
      <w:r>
        <w:rPr>
          <w:b w:val="0"/>
          <w:i w:val="0"/>
        </w:rPr>
        <w:t>‘Có, thưa ngài,’ William nói, mở cuốn sổ tay của mình. ‘Vào những giờ đầu ngày thứ Sáu, ngày hai mươi chín tháng Năm, một sĩ quan chìm đã quan sát thấy Summers bước vào nhà của ông Reg Payne, kẻ cầm đầu một trong những băng nhóm ma túy hàng đầu. Summers đi cùng một người đàn ông khác, nên UCO của chúng tôi cho rằng anh ta sắp thực hiện một vụ bắt giữ.’</w:t>
      </w:r>
    </w:p>
    <w:p>
      <w:pPr>
        <w:spacing w:after="80"/>
      </w:pPr>
      <w:r>
        <w:rPr>
          <w:b w:val="0"/>
          <w:i w:val="0"/>
        </w:rPr>
        <w:t xml:space="preserve">Booth Watson nguệch ngoạc viết </w:t>
      </w:r>
      <w:r>
        <w:rPr>
          <w:b w:val="0"/>
          <w:i/>
        </w:rPr>
        <w:t>Liệu UCO có ra tòa làm chứng không?</w:t>
      </w:r>
      <w:r>
        <w:rPr>
          <w:b w:val="0"/>
          <w:i w:val="0"/>
        </w:rPr>
        <w:t xml:space="preserve"> lên tập giấy vàng của mình.</w:t>
      </w:r>
    </w:p>
    <w:p>
      <w:pPr>
        <w:spacing w:after="80"/>
      </w:pPr>
      <w:r>
        <w:rPr>
          <w:b w:val="0"/>
          <w:i w:val="0"/>
        </w:rPr>
        <w:t>‘Hai người đàn ông quay trở ra khỏi nhà khoảng hai mươi phút sau đó, khi UCO chụp được một bức ảnh Summers đang xách một túi mua sắm cồng kềnh của Sainsbury’s.’</w:t>
      </w:r>
    </w:p>
    <w:p>
      <w:pPr>
        <w:spacing w:after="80"/>
      </w:pPr>
      <w:r>
        <w:rPr>
          <w:b w:val="0"/>
          <w:i w:val="0"/>
        </w:rPr>
        <w:t>‘Sau đó UCO có đuổi theo nghi phạm không, thanh tra?’</w:t>
      </w:r>
    </w:p>
    <w:p>
      <w:pPr>
        <w:spacing w:after="80"/>
      </w:pPr>
      <w:r>
        <w:rPr>
          <w:b w:val="0"/>
          <w:i w:val="0"/>
        </w:rPr>
        <w:t>‘Có, anh ta đã đuổi theo, khi nghi phạm lái xe đến nhà Jimmy Turner ở Westfield Drive, Romford.’</w:t>
      </w:r>
    </w:p>
    <w:p>
      <w:pPr>
        <w:spacing w:after="80"/>
      </w:pPr>
      <w:r>
        <w:rPr>
          <w:b w:val="0"/>
          <w:i w:val="0"/>
        </w:rPr>
        <w:t>‘Jimmy Turner?’</w:t>
      </w:r>
    </w:p>
    <w:p>
      <w:pPr>
        <w:spacing w:after="80"/>
      </w:pPr>
      <w:r>
        <w:rPr>
          <w:b w:val="0"/>
          <w:i w:val="0"/>
        </w:rPr>
        <w:t>‘Kẻ cầm đầu băng nhóm buôn ma túy còn lại, kẻ mà chúng tôi nghi ngờ Summers đang cấu kết cùng.’</w:t>
      </w:r>
    </w:p>
    <w:p>
      <w:pPr>
        <w:spacing w:after="80"/>
      </w:pPr>
      <w:r>
        <w:rPr>
          <w:b w:val="0"/>
          <w:i w:val="0"/>
        </w:rPr>
        <w:t>‘Và anh ta ở trong nhà Turner bao lâu?’</w:t>
      </w:r>
    </w:p>
    <w:p>
      <w:pPr>
        <w:spacing w:after="80"/>
      </w:pPr>
      <w:r>
        <w:rPr>
          <w:b w:val="0"/>
          <w:i w:val="0"/>
        </w:rPr>
        <w:t>‘Khoảng ba mươi phút.’</w:t>
      </w:r>
    </w:p>
    <w:p>
      <w:pPr>
        <w:spacing w:after="80"/>
      </w:pPr>
      <w:r>
        <w:rPr>
          <w:b w:val="0"/>
          <w:i w:val="0"/>
        </w:rPr>
        <w:t>‘Vào lúc một giờ ba mươi sáng?’</w:t>
      </w:r>
    </w:p>
    <w:p>
      <w:pPr>
        <w:spacing w:after="80"/>
      </w:pPr>
      <w:r>
        <w:rPr>
          <w:b w:val="0"/>
          <w:i w:val="0"/>
        </w:rPr>
        <w:t>‘Vâng, thưa ngài.’</w:t>
      </w:r>
    </w:p>
    <w:p>
      <w:pPr>
        <w:spacing w:after="80"/>
      </w:pPr>
      <w:r>
        <w:rPr>
          <w:b w:val="0"/>
          <w:i w:val="0"/>
        </w:rPr>
        <w:t>‘Và khi anh ta quay ra, Summers vẫn còn mang theo chiếc túi mua sắm cồng kềnh đó chứ?’</w:t>
      </w:r>
    </w:p>
    <w:p>
      <w:pPr>
        <w:spacing w:after="80"/>
      </w:pPr>
      <w:r>
        <w:rPr>
          <w:b w:val="0"/>
          <w:i w:val="0"/>
        </w:rPr>
        <w:t>‘Không, thưa ngài.’</w:t>
      </w:r>
    </w:p>
    <w:p>
      <w:pPr>
        <w:spacing w:after="80"/>
      </w:pPr>
      <w:r>
        <w:rPr>
          <w:b w:val="0"/>
          <w:i w:val="0"/>
        </w:rPr>
        <w:t>‘Chuyện gì xảy ra tiếp theo?’</w:t>
      </w:r>
    </w:p>
    <w:p>
      <w:pPr>
        <w:spacing w:after="80"/>
      </w:pPr>
      <w:r>
        <w:rPr>
          <w:b w:val="0"/>
          <w:i w:val="0"/>
        </w:rPr>
        <w:t>‘Viên sĩ quan đi theo Summers về căn hộ của anh ta, rồi lái xe trở lại Scotland Yard, nơi anh ta đặt một bản báo cáo bằng văn bản về mọi thứ anh ta đã chứng kiến sáng hôm đó, cùng với ảnh chụp, lên bàn của chỉ huy trưởng của tôi.’</w:t>
      </w:r>
    </w:p>
    <w:p>
      <w:pPr>
        <w:spacing w:after="80"/>
      </w:pPr>
      <w:r>
        <w:rPr>
          <w:b w:val="0"/>
          <w:i/>
        </w:rPr>
        <w:t>Chỉ huy Jack Hawksby?</w:t>
      </w:r>
      <w:r>
        <w:rPr>
          <w:b w:val="0"/>
          <w:i w:val="0"/>
        </w:rPr>
        <w:t xml:space="preserve"> là ghi chú tiếp theo của Booth Watson.</w:t>
      </w:r>
    </w:p>
    <w:p>
      <w:pPr>
        <w:spacing w:after="80"/>
      </w:pPr>
      <w:r>
        <w:rPr>
          <w:b w:val="0"/>
          <w:i w:val="0"/>
        </w:rPr>
        <w:t>‘Sau khi ngài đọc bản báo cáo đó, thanh tra, ngài đã làm gì tiếp theo?’</w:t>
      </w:r>
    </w:p>
    <w:p>
      <w:pPr>
        <w:spacing w:after="80"/>
      </w:pPr>
      <w:r>
        <w:rPr>
          <w:b w:val="0"/>
          <w:i w:val="0"/>
        </w:rPr>
        <w:t>‘Tôi xin được lệnh khám xét căn hộ của Summers, việc này sau đó được một đội do DS Roycroft dẫn đầu thực hiện khi anh ta vắng mặt.’</w:t>
      </w:r>
    </w:p>
    <w:p>
      <w:pPr>
        <w:spacing w:after="80"/>
      </w:pPr>
      <w:r>
        <w:rPr>
          <w:b w:val="0"/>
          <w:i w:val="0"/>
        </w:rPr>
        <w:t xml:space="preserve">Booth Watson viết </w:t>
      </w:r>
      <w:r>
        <w:rPr>
          <w:b w:val="0"/>
          <w:i/>
        </w:rPr>
        <w:t>Summers có được thông báo về cuộc khám xét không?</w:t>
      </w:r>
    </w:p>
    <w:p>
      <w:pPr>
        <w:spacing w:after="80"/>
      </w:pPr>
      <w:r>
        <w:rPr>
          <w:b w:val="0"/>
          <w:i w:val="0"/>
        </w:rPr>
        <w:t>‘Họ tìm thấy gì?’ Sir Julian hỏi.</w:t>
      </w:r>
    </w:p>
    <w:p>
      <w:pPr>
        <w:spacing w:after="80"/>
      </w:pPr>
      <w:r>
        <w:rPr>
          <w:b w:val="0"/>
          <w:i w:val="0"/>
        </w:rPr>
        <w:t>‘Một giá đựng thư bằng bạc, hai chiếc đồng hồ hàng hiệu và một ít tiền mặt. Một chiếc Jaguar mới tinh đỗ ở lối vào.’</w:t>
      </w:r>
    </w:p>
    <w:p>
      <w:pPr>
        <w:spacing w:after="80"/>
      </w:pPr>
      <w:r>
        <w:rPr>
          <w:b w:val="0"/>
          <w:i w:val="0"/>
        </w:rPr>
        <w:t>‘Đó là tất cả những gì ngài nghĩ ra được sao?’ Booth Watson nói, đủ to để đối thủ của ông ta nghe thấy.</w:t>
      </w:r>
    </w:p>
    <w:p>
      <w:pPr>
        <w:spacing w:after="80"/>
      </w:pPr>
      <w:r>
        <w:rPr>
          <w:b w:val="0"/>
          <w:i w:val="0"/>
        </w:rPr>
        <w:t>‘Kiên nhẫn đi,’ Sir Julian đáp gắt, không nhìn về phía ông ta.</w:t>
      </w:r>
    </w:p>
    <w:p>
      <w:pPr>
        <w:spacing w:after="80"/>
      </w:pPr>
      <w:r>
        <w:rPr>
          <w:b w:val="0"/>
          <w:i w:val="0"/>
        </w:rPr>
        <w:t>‘Ngài nói gì cơ, Sir Julian?’ vị thẩm phán nói, nhìn xuống từ trên cao.</w:t>
      </w:r>
    </w:p>
    <w:p>
      <w:pPr>
        <w:spacing w:after="80"/>
      </w:pPr>
      <w:r>
        <w:rPr>
          <w:b w:val="0"/>
          <w:i w:val="0"/>
        </w:rPr>
        <w:t>‘Tôi xin lỗi, thưa tòa, tôi chỉ đang trao đổi riêng với người bạn đồng nghiệp uyên bác của tôi,’ Sir Julian nói trước khi quay lại chú ý vào nhân chứng.</w:t>
      </w:r>
    </w:p>
    <w:p>
      <w:pPr>
        <w:spacing w:after="80"/>
      </w:pPr>
      <w:r>
        <w:rPr>
          <w:b w:val="0"/>
          <w:i w:val="0"/>
        </w:rPr>
        <w:t>‘Khi DS Roycroft và đội của cô ấy khám xét căn hộ của DS Summers, thanh tra, họ có tìm kiếm thứ gì cụ thể không?’</w:t>
      </w:r>
    </w:p>
    <w:p>
      <w:pPr>
        <w:spacing w:after="80"/>
      </w:pPr>
      <w:r>
        <w:rPr>
          <w:b w:val="0"/>
          <w:i w:val="0"/>
        </w:rPr>
        <w:t>‘Có, thưa ngài, một chiếc nhẫn kim cương quý giá mà đồng nghiệp của tôi, PC Bailey, đã từng nhìn thấy ở đó trước đây.’</w:t>
      </w:r>
    </w:p>
    <w:p>
      <w:pPr>
        <w:spacing w:after="80"/>
      </w:pPr>
      <w:r>
        <w:rPr>
          <w:b w:val="0"/>
          <w:i/>
        </w:rPr>
        <w:t>Cô ấy đã nhìn thấy nó lần đầu khi nào?</w:t>
      </w:r>
      <w:r>
        <w:rPr>
          <w:b w:val="0"/>
          <w:i w:val="0"/>
        </w:rPr>
        <w:t xml:space="preserve"> được thêm vào danh sách câu hỏi ngày càng dài của Booth Watson.</w:t>
      </w:r>
    </w:p>
    <w:p>
      <w:pPr>
        <w:spacing w:after="80"/>
      </w:pPr>
      <w:r>
        <w:rPr>
          <w:b w:val="0"/>
          <w:i w:val="0"/>
        </w:rPr>
        <w:t>‘Và họ có tìm thấy chiếc nhẫn không?’</w:t>
      </w:r>
    </w:p>
    <w:p>
      <w:pPr>
        <w:spacing w:after="80"/>
      </w:pPr>
      <w:r>
        <w:rPr>
          <w:b w:val="0"/>
          <w:i w:val="0"/>
        </w:rPr>
        <w:t>‘Không, thưa ngài. Tuy nhiên, khi DS Summers trở về từ kỳ nghỉ ở Malaga cùng ngày hôm đó, người bạn đồng hành của anh ta, cô Karen Turner, được nhìn thấy đang đeo chiếc nhẫn ở ngón áp út bàn tay trái.’</w:t>
      </w:r>
    </w:p>
    <w:p>
      <w:pPr>
        <w:spacing w:after="80"/>
      </w:pPr>
      <w:r>
        <w:rPr>
          <w:b w:val="0"/>
          <w:i w:val="0"/>
        </w:rPr>
        <w:t xml:space="preserve">Lần này Booth Watson ghi lại từng chữ, gạch chân </w:t>
      </w:r>
      <w:r>
        <w:rPr>
          <w:b w:val="0"/>
          <w:i/>
        </w:rPr>
        <w:t>Turner</w:t>
      </w:r>
      <w:r>
        <w:rPr>
          <w:b w:val="0"/>
          <w:i w:val="0"/>
        </w:rPr>
        <w:t xml:space="preserve">, và thêm </w:t>
      </w:r>
      <w:r>
        <w:rPr>
          <w:b w:val="0"/>
          <w:i/>
        </w:rPr>
        <w:t>Trả thù?</w:t>
      </w:r>
    </w:p>
    <w:p>
      <w:pPr>
        <w:spacing w:after="80"/>
      </w:pPr>
      <w:r>
        <w:rPr>
          <w:b w:val="0"/>
          <w:i w:val="0"/>
        </w:rPr>
        <w:t>‘Ngài có thể xác định được DS Summers có được chiếc nhẫn bằng cách nào không?’</w:t>
      </w:r>
    </w:p>
    <w:p>
      <w:pPr>
        <w:spacing w:after="80"/>
      </w:pPr>
      <w:r>
        <w:rPr>
          <w:b w:val="0"/>
          <w:i w:val="0"/>
        </w:rPr>
        <w:t>Booth Watson gượng đứng dậy. ‘Thưa ngài, hoàn toàn không có bằng chứng nào cho thấy thân chủ của tôi thậm chí biết đến sự tồn tại của chiếc nhẫn này, chứ đừng nói đến việc anh ta từng sở hữu nó.’</w:t>
      </w:r>
    </w:p>
    <w:p>
      <w:pPr>
        <w:spacing w:after="80"/>
      </w:pPr>
      <w:r>
        <w:rPr>
          <w:b w:val="0"/>
          <w:i w:val="0"/>
        </w:rPr>
        <w:t>‘Tôi hy vọng người bạn đồng nghiệp uyên bác của tôi không ám chỉ rằng chính cô Turner đã đánh cắp chiếc nhẫn?’ Sir Julian nói kèm một tiếng thở dài. ‘Hay rằng DS Summers đã đi nghỉ với một cô gái trẻ vốn đã đính hôn với người khác?’</w:t>
      </w:r>
    </w:p>
    <w:p>
      <w:pPr>
        <w:spacing w:after="80"/>
      </w:pPr>
      <w:r>
        <w:rPr>
          <w:b w:val="0"/>
          <w:i w:val="0"/>
        </w:rPr>
        <w:t>Booth Watson ngồi sụp xuống chỗ của mình.</w:t>
      </w:r>
    </w:p>
    <w:p>
      <w:pPr>
        <w:spacing w:after="80"/>
      </w:pPr>
      <w:r>
        <w:rPr>
          <w:b w:val="0"/>
          <w:i w:val="0"/>
        </w:rPr>
        <w:t>‘Sau khi ngài bắt giữ DS Summers, ngài có thẩm vấn anh ta về vụ trộm chiếc nhẫn không?’</w:t>
      </w:r>
    </w:p>
    <w:p>
      <w:pPr>
        <w:spacing w:after="80"/>
      </w:pPr>
      <w:r>
        <w:rPr>
          <w:b w:val="0"/>
          <w:i w:val="0"/>
        </w:rPr>
        <w:t>‘Có, thưa ngài, nhưng anh ta từ chối trả lời bất kỳ câu hỏi nào của tôi, điều đó không làm tôi ngạc nhiên.’</w:t>
      </w:r>
    </w:p>
    <w:p>
      <w:pPr>
        <w:spacing w:after="80"/>
      </w:pPr>
      <w:r>
        <w:rPr>
          <w:b w:val="0"/>
          <w:i w:val="0"/>
        </w:rPr>
        <w:t>Booth Watson lại đứng phắt dậy. ‘Thưa ngài, tôi phải phản đối. Một nghi phạm hoàn toàn có quyền từ chối trả lời bất kỳ câu hỏi nào mà cảnh sát đặt ra cho anh ta cho đến khi có mặt người đại diện pháp lý.’</w:t>
      </w:r>
    </w:p>
    <w:p>
      <w:pPr>
        <w:spacing w:after="80"/>
      </w:pPr>
      <w:r>
        <w:rPr>
          <w:b w:val="0"/>
          <w:i w:val="0"/>
        </w:rPr>
        <w:t>‘Ngài nói đúng, ông Booth Watson,’ vị thẩm phán nói, rồi quay sang nhân chứng, thêm rằng, ‘Bám sát vào sự thật đi, thanh tra. Chúng tôi không quan tâm đến ý kiến của ngài.’</w:t>
      </w:r>
    </w:p>
    <w:p>
      <w:pPr>
        <w:spacing w:after="80"/>
      </w:pPr>
      <w:r>
        <w:rPr>
          <w:b w:val="0"/>
          <w:i w:val="0"/>
        </w:rPr>
        <w:t>William tỏ ra biết điều bị khiển trách, nhưng rồi anh biết câu hỏi tiếp theo của cha mình sẽ là gì.</w:t>
      </w:r>
    </w:p>
    <w:p>
      <w:pPr>
        <w:spacing w:after="80"/>
      </w:pPr>
      <w:r>
        <w:rPr>
          <w:b w:val="0"/>
          <w:i w:val="0"/>
        </w:rPr>
        <w:t>‘Đúng vậy, hãy bám sát vào sự thật, phải không, thanh tra. Khi người đại diện pháp lý của Summers cuối cùng xuất hiện, anh ta có cởi mở hơn không?’</w:t>
      </w:r>
    </w:p>
    <w:p>
      <w:pPr>
        <w:spacing w:after="80"/>
      </w:pPr>
      <w:r>
        <w:rPr>
          <w:b w:val="0"/>
          <w:i w:val="0"/>
        </w:rPr>
        <w:t xml:space="preserve">‘Không, thưa ngài,’ William nói, người muốn thêm rằng, </w:t>
      </w:r>
      <w:r>
        <w:rPr>
          <w:b w:val="0"/>
          <w:i/>
        </w:rPr>
        <w:t>điều đó cũng không làm tôi ngạc nhiên</w:t>
      </w:r>
      <w:r>
        <w:rPr>
          <w:b w:val="0"/>
          <w:i w:val="0"/>
        </w:rPr>
        <w:t>, nhưng tự kiềm chế.</w:t>
      </w:r>
    </w:p>
    <w:p>
      <w:pPr>
        <w:spacing w:after="80"/>
      </w:pPr>
      <w:r>
        <w:rPr>
          <w:b w:val="0"/>
          <w:i w:val="0"/>
        </w:rPr>
        <w:t>‘Cho phép tôi quay lại câu hỏi mà người bạn đồng nghiệp uyên bác của tôi đã phản đối. Ngài có thể khám phá ra DS Summers có được chiếc nhẫn bằng cách nào không?’</w:t>
      </w:r>
    </w:p>
    <w:p>
      <w:pPr>
        <w:spacing w:after="80"/>
      </w:pPr>
      <w:r>
        <w:rPr>
          <w:b w:val="0"/>
          <w:i w:val="0"/>
        </w:rPr>
        <w:t>‘Vâng, thưa ngài,’ William đáp. ‘Chúng tôi đã xác lập được rằng Garrard's, tiệm trang sức ở Mayfair, ban đầu đã bán chiếc nhẫn cho một ông van Haeften với giá ba ngàn ba trăm bảng Anh.’</w:t>
      </w:r>
    </w:p>
    <w:p>
      <w:pPr>
        <w:spacing w:after="80"/>
      </w:pPr>
      <w:r>
        <w:rPr>
          <w:b w:val="0"/>
          <w:i w:val="0"/>
        </w:rPr>
        <w:t>Ngài Julian nhanh chóng chuyển hướng.</w:t>
      </w:r>
    </w:p>
    <w:p>
      <w:pPr>
        <w:spacing w:after="80"/>
      </w:pPr>
      <w:r>
        <w:rPr>
          <w:b w:val="0"/>
          <w:i w:val="0"/>
        </w:rPr>
        <w:t>‘Một trung sĩ thám tử cảnh sát kiếm được bao nhiêu một tuần?’</w:t>
      </w:r>
    </w:p>
    <w:p>
      <w:pPr>
        <w:spacing w:after="80"/>
      </w:pPr>
      <w:r>
        <w:rPr>
          <w:b w:val="0"/>
          <w:i w:val="0"/>
        </w:rPr>
        <w:t>‘Sau khi trừ thuế và Bảo hiểm Quốc gia, khoảng một trăm hai mươi lăm bảng.’</w:t>
      </w:r>
    </w:p>
    <w:p>
      <w:pPr>
        <w:spacing w:after="80"/>
      </w:pPr>
      <w:r>
        <w:rPr>
          <w:b w:val="0"/>
          <w:i w:val="0"/>
        </w:rPr>
        <w:t>‘Ngài không hề ám chỉ rằng Trung sĩ Summers đã trộm chiếc nhẫn từ ông van Haeften chứ?’ Ngài Julian nói, quay lại đúng hướng.</w:t>
      </w:r>
    </w:p>
    <w:p>
      <w:pPr>
        <w:spacing w:after="80"/>
      </w:pPr>
      <w:r>
        <w:rPr>
          <w:b w:val="0"/>
          <w:i w:val="0"/>
        </w:rPr>
        <w:t>‘Không, thưa ngài. Nó bị đánh cắp bởi một tên trộm tên là Craig Harrison, kẻ mà Trung sĩ Summers đã bắt giữ vài tuần sau đó vì một tội danh khác. Khi bị kết án, Harrison xin được xem xét thêm tám tội danh khác, trong đó có vụ trộm một số trang sức và đồ vật có giá trị khác từ một căn hộ ở Mayfair, bao gồm cả chiếc nhẫn đính hôn của bà van Haeften.’</w:t>
      </w:r>
    </w:p>
    <w:p>
      <w:pPr>
        <w:spacing w:after="80"/>
      </w:pPr>
      <w:r>
        <w:rPr>
          <w:b w:val="0"/>
          <w:i w:val="0"/>
        </w:rPr>
        <w:t>Ngài Julian dừng lại một lát để bồi thẩm đoàn tiếp thu thông tin này.</w:t>
      </w:r>
    </w:p>
    <w:p>
      <w:pPr>
        <w:spacing w:after="80"/>
      </w:pPr>
      <w:r>
        <w:rPr>
          <w:b w:val="0"/>
          <w:i w:val="0"/>
        </w:rPr>
        <w:t>‘Vậy là ngài đã bắt Summers và buộc tội anh ta tàng trữ một chiếc nhẫn bị đánh cắp trị giá ba ngàn ba trăm bảng Anh khi anh ta và cô Turner trở về từ kỳ nghỉ ở Malaya.’</w:t>
      </w:r>
    </w:p>
    <w:p>
      <w:pPr>
        <w:spacing w:after="80"/>
      </w:pPr>
      <w:r>
        <w:rPr>
          <w:b w:val="0"/>
          <w:i w:val="0"/>
        </w:rPr>
        <w:t>‘Vâng, thưa ngài.’</w:t>
      </w:r>
    </w:p>
    <w:p>
      <w:pPr>
        <w:spacing w:after="80"/>
      </w:pPr>
      <w:r>
        <w:rPr>
          <w:b w:val="0"/>
          <w:i w:val="0"/>
        </w:rPr>
        <w:t>‘Thưa tòa, phía công tố sẽ đưa ra chiếc nhẫn nói trên để nhân chứng có thể nhận diện nó.’</w:t>
      </w:r>
    </w:p>
    <w:p>
      <w:pPr>
        <w:spacing w:after="80"/>
      </w:pPr>
      <w:r>
        <w:rPr>
          <w:b w:val="0"/>
          <w:i w:val="0"/>
        </w:rPr>
        <w:t>Vị thẩm phán gật đầu về phía thư ký tòa, người đứng dậy khỏi chỗ ngồi và bước đến chỗ gói vật chứng đã được cả hai bên thống nhất. Ông kiểm tra bảng kẹp giấy của mình. Vật chứng số 11, một chiếc nhẫn kim cương trong hộp da của Garrard's.</w:t>
      </w:r>
    </w:p>
    <w:p>
      <w:pPr>
        <w:spacing w:after="80"/>
      </w:pPr>
      <w:r>
        <w:rPr>
          <w:b w:val="0"/>
          <w:i w:val="0"/>
        </w:rPr>
        <w:t>Ông lấy vật chứng ra, bước đến ghế nhân chứng và trao chiếc hộp da nhỏ cho vị thanh tra.</w:t>
      </w:r>
    </w:p>
    <w:p>
      <w:pPr>
        <w:spacing w:after="80"/>
      </w:pPr>
      <w:r>
        <w:rPr>
          <w:b w:val="0"/>
          <w:i w:val="0"/>
        </w:rPr>
        <w:t>‘Đây có phải là chiếc hộp của Garrard's mà ngài đã nhắc đến trước đó không?’</w:t>
      </w:r>
    </w:p>
    <w:p>
      <w:pPr>
        <w:spacing w:after="80"/>
      </w:pPr>
      <w:r>
        <w:rPr>
          <w:b w:val="0"/>
          <w:i w:val="0"/>
        </w:rPr>
        <w:t>‘Vâng, đúng vậy, thưa ngài.’</w:t>
      </w:r>
    </w:p>
    <w:p>
      <w:pPr>
        <w:spacing w:after="80"/>
      </w:pPr>
      <w:r>
        <w:rPr>
          <w:b w:val="0"/>
          <w:i w:val="0"/>
        </w:rPr>
        <w:t>‘Và quan trọng hơn, Thanh tra Warwick, nó có chứa chiếc nhẫn đã bị lấy khỏi cô Karen Turner khi cô ấy trở về Anh từ kỳ nghỉ ở Malaga cùng Trung sĩ Summers không?’ Ngài Julian hỏi.</w:t>
      </w:r>
    </w:p>
    <w:p>
      <w:pPr>
        <w:spacing w:after="80"/>
      </w:pPr>
      <w:r>
        <w:rPr>
          <w:b w:val="0"/>
          <w:i w:val="0"/>
        </w:rPr>
        <w:t>Booth Watson để cho một nụ cười thoáng hiện trên khuôn mặt mình.</w:t>
      </w:r>
    </w:p>
    <w:p>
      <w:pPr>
        <w:spacing w:after="80"/>
      </w:pPr>
      <w:r>
        <w:rPr>
          <w:b w:val="0"/>
          <w:i w:val="0"/>
        </w:rPr>
        <w:t>William mở hộp ra và nhìn chằm chằm vào chiếc nhẫn kim cương một lúc lâu trước khi nói, ‘Đúng vậy.’</w:t>
      </w:r>
    </w:p>
    <w:p>
      <w:pPr>
        <w:spacing w:after="80"/>
      </w:pPr>
      <w:r>
        <w:rPr>
          <w:b w:val="0"/>
          <w:i w:val="0"/>
        </w:rPr>
        <w:t>Booth Watson ngước nhìn Lamont ở phòng trưng bày dành cho khách, người mà qua nét mặt, không hề nghi ngờ gì rằng mình đã bị Warwick gài bẫy. Ngài Julian nghiêng người thì thầm với Booth Watson, ‘Một lần bị cắn . . .’</w:t>
      </w:r>
    </w:p>
    <w:p>
      <w:pPr>
        <w:spacing w:after="80"/>
      </w:pPr>
      <w:r>
        <w:rPr>
          <w:b w:val="0"/>
          <w:i w:val="0"/>
        </w:rPr>
        <w:t>‘Ngài Julian, có lẽ nên để bồi thẩm đoàn được xem mảnh bằng chứng này,’ vị thẩm phán gợi ý.</w:t>
      </w:r>
    </w:p>
    <w:p>
      <w:pPr>
        <w:spacing w:after="80"/>
      </w:pPr>
      <w:r>
        <w:rPr>
          <w:b w:val="0"/>
          <w:i w:val="0"/>
        </w:rPr>
        <w:t>‘Tôi hoàn toàn đồng ý với ngài,’ luật sư của bên nguyên nói. ‘Tất nhiên trừ khi người bạn đồng nghiệp uyên bác của tôi phản đối?’</w:t>
      </w:r>
    </w:p>
    <w:p>
      <w:pPr>
        <w:spacing w:after="80"/>
      </w:pPr>
      <w:r>
        <w:rPr>
          <w:b w:val="0"/>
          <w:i w:val="0"/>
        </w:rPr>
        <w:t>Booth Watson gật đầu cộc lốc. William trao lại chiếc nhẫn cho thư ký tòa, người này sau khi thẩm phán xem qua đã đi ngang đến ghế bồi thẩm đoàn và đưa nó cho vị chủ tọa.</w:t>
      </w:r>
    </w:p>
    <w:p>
      <w:pPr>
        <w:spacing w:after="80"/>
      </w:pPr>
      <w:r>
        <w:rPr>
          <w:b w:val="0"/>
          <w:i w:val="0"/>
        </w:rPr>
        <w:t>Vị chủ tọa dành thời gian ngắm nghía chiếc nhẫn trước khi từng người trong các đồng nghiệp của bà lần lượt xem xét nó. Người cuối cùng được xem mảnh bằng chứng đanh thép này là ông Booth Watson, người đã gạt nó đi bằng một cái vẫy tay.</w:t>
      </w:r>
    </w:p>
    <w:p>
      <w:pPr>
        <w:spacing w:after="80"/>
      </w:pPr>
      <w:r>
        <w:rPr>
          <w:b w:val="0"/>
          <w:i w:val="0"/>
        </w:rPr>
        <w:t>‘Cảm ơn Thanh tra Warwick vì đóng góp quý giá của ông,’ Ngài Julian nói. ‘Nhưng tôi có thể đề nghị ông ở lại ghế nhân chứng, vì tôi e rằng ông Booth Watson sẽ muốn thẩm vấn ông.’</w:t>
      </w:r>
    </w:p>
    <w:p>
      <w:pPr>
        <w:spacing w:after="80"/>
      </w:pPr>
      <w:r>
        <w:rPr>
          <w:b w:val="0"/>
          <w:i w:val="0"/>
        </w:rPr>
        <w:t>Một làn xì xào đầy háo hức lan khắp phòng xử án khi mọi người chờ đợi con bò đực đối mặt với người đấu bò.</w:t>
      </w:r>
    </w:p>
    <w:p>
      <w:pPr>
        <w:spacing w:after="80"/>
      </w:pPr>
      <w:r>
        <w:rPr>
          <w:b w:val="0"/>
          <w:i w:val="0"/>
        </w:rPr>
        <w:t>‘Ông có muốn thẩm vấn nhân chứng này không, ông Booth Watson?’ Thẩm phán Ramsden hỏi.</w:t>
      </w:r>
    </w:p>
    <w:p>
      <w:pPr>
        <w:spacing w:after="80"/>
      </w:pPr>
      <w:r>
        <w:rPr>
          <w:b w:val="0"/>
          <w:i w:val="0"/>
        </w:rPr>
        <w:t>Luật sư bào chữa từ từ đứng dậy khỏi chỗ ngồi, nhưng thậm chí không liếc về phía Warwick trước khi ngước nhìn thẩm phán và nói, ‘Không, thưa ngài.’</w:t>
      </w:r>
    </w:p>
    <w:p>
      <w:pPr>
        <w:spacing w:after="80"/>
      </w:pPr>
      <w:r>
        <w:rPr>
          <w:b w:val="0"/>
          <w:i w:val="0"/>
        </w:rPr>
        <w:t>Làn xì xào háo hức tan biến thành hàng tá câu hỏi không lời đáp khi luật sư bào chữa trở về chỗ ngồi. William cảm thấy như bị cướp lần thứ hai, sau khi đã dành bao nhiêu giờ chuẩn bị cho cuộc đối đầu. Ngài Julian có vẻ không hề ngạc nhiên, dù Grace trông có vẻ bối rối.</w:t>
      </w:r>
    </w:p>
    <w:p>
      <w:pPr>
        <w:spacing w:after="80"/>
      </w:pPr>
      <w:r>
        <w:rPr>
          <w:b w:val="0"/>
          <w:i w:val="0"/>
        </w:rPr>
        <w:t>‘Ông ta đang toan tính gì vậy?’ cô thì thầm vào tai cha.</w:t>
      </w:r>
    </w:p>
    <w:p>
      <w:pPr>
        <w:spacing w:after="80"/>
      </w:pPr>
      <w:r>
        <w:rPr>
          <w:b w:val="0"/>
          <w:i w:val="0"/>
        </w:rPr>
        <w:t>‘Chúng ta đã rút thảm dưới chân ông ta, nên giờ ông ta không dám thẩm vấn William. Booth Watson tin chắc chiếc hộp của Garrard’s sẽ trống rỗng. Nhưng Chim Ưng sẽ không để điều đó xảy ra lần thứ hai.’</w:t>
      </w:r>
    </w:p>
    <w:p>
      <w:pPr>
        <w:spacing w:after="80"/>
      </w:pPr>
      <w:r>
        <w:rPr>
          <w:b w:val="0"/>
          <w:i w:val="0"/>
        </w:rPr>
        <w:t>‘Vậy có nên mong đợi một sự thay đổi lời nhận tội không?’</w:t>
      </w:r>
    </w:p>
    <w:p>
      <w:pPr>
        <w:spacing w:after="80"/>
      </w:pPr>
      <w:r>
        <w:rPr>
          <w:b w:val="0"/>
          <w:i w:val="0"/>
        </w:rPr>
        <w:t>‘Đừng hòng. Booth Watson sẽ không ném khăn vào lúc còn chút cơ hội nào để giúp thân chủ thoát tội. Tuy nhiên, giờ ông ta biết Cảnh sát Bailey là hy vọng duy nhất để leo trở lại võ đài. Vậy nên đừng bao giờ lơi lỏng cảnh giác, vì cô ấy chính là nhân chứng mà Booth Watson đang chờ đợi.’</w:t>
      </w:r>
    </w:p>
    <w:p>
      <w:pPr>
        <w:spacing w:after="80"/>
      </w:pPr>
      <w:r>
        <w:rPr>
          <w:b w:val="0"/>
          <w:i w:val="0"/>
        </w:rPr>
        <w:t>‘Ngài Julian, ngài đã sẵn sàng gọi nhân chứng tiếp theo chưa?’ thẩm phán ngắt lời.</w:t>
      </w:r>
    </w:p>
    <w:p>
      <w:pPr>
        <w:spacing w:after="80"/>
      </w:pPr>
      <w:r>
        <w:rPr>
          <w:b w:val="0"/>
          <w:i w:val="0"/>
        </w:rPr>
        <w:t>‘Vâng, thưa Ngài. Tuy nhiên, nếu Ngài cho phép, tôi sẽ nhờ trợ lý của mình tiến hành phần thẩm vấn của bên công tố đối với nhân chứng đặc biệt này.’</w:t>
      </w:r>
    </w:p>
    <w:p>
      <w:pPr>
        <w:spacing w:after="80"/>
      </w:pPr>
      <w:r>
        <w:rPr>
          <w:b w:val="0"/>
          <w:i w:val="0"/>
        </w:rPr>
        <w:t>‘Tùy ý ngài, Ngài Julian.’</w:t>
      </w:r>
    </w:p>
    <w:p>
      <w:pPr>
        <w:spacing w:after="80"/>
      </w:pPr>
      <w:r>
        <w:rPr>
          <w:b w:val="0"/>
          <w:i w:val="0"/>
        </w:rPr>
        <w:t>Người con gái đứng dậy thay chỗ người cha. Từ khóe mắt, Grace nhận thấy Booth Watson gần như đang liếm môi đầy háo hức. Hắn có thể đã né được Cậu Bé Hát Thánh, nhưng hắn không thể chờ đợi để đối mặt với Cô Bé Hát Thánh.</w:t>
      </w:r>
    </w:p>
    <w:p>
      <w:pPr>
        <w:spacing w:after="80"/>
      </w:pPr>
      <w:r>
        <w:rPr>
          <w:b w:val="0"/>
          <w:i w:val="0"/>
        </w:rPr>
        <w:t>Grace tự tin ngước nhìn vị thẩm phán rồi nhìn sang bồi thẩm đoàn trước khi nói: ‘Tôi xin gọi Viên cảnh sát Nicola Bailey.’</w:t>
      </w:r>
    </w:p>
    <w:p>
      <w:pPr>
        <w:pStyle w:val="Heading2"/>
      </w:pPr>
      <w:r>
        <w:rPr>
          <w:rFonts w:ascii="Calibri" w:hAnsi="Calibri"/>
          <w:b/>
          <w:i w:val="0"/>
          <w:sz w:val="32"/>
        </w:rPr>
        <w:t>29</w:t>
      </w:r>
    </w:p>
    <w:p>
      <w:pPr>
        <w:spacing w:after="80"/>
      </w:pPr>
      <w:r>
        <w:rPr>
          <w:b w:val="0"/>
          <w:i w:val="0"/>
        </w:rPr>
        <w:t>‘CÔ CÓ CHẮC là cô ấy đã cắn câu không?’ Miles hỏi.</w:t>
      </w:r>
    </w:p>
    <w:p>
      <w:pPr>
        <w:spacing w:after="80"/>
      </w:pPr>
      <w:r>
        <w:rPr>
          <w:b w:val="0"/>
          <w:i w:val="0"/>
        </w:rPr>
        <w:t>‘Cắn câu trọn vẹn,’ Christina đáp. ‘Mắt cô ấy sáng rực lên khi nghĩ đến việc bảo tàng Fitzmolean có được một bức tranh của Raphael.’</w:t>
      </w:r>
    </w:p>
    <w:p>
      <w:pPr>
        <w:spacing w:after="80"/>
      </w:pPr>
      <w:r>
        <w:rPr>
          <w:b w:val="0"/>
          <w:i w:val="0"/>
        </w:rPr>
        <w:t>‘Đáng tiếc là họ sẽ không có được. Cô ấy chẳng qua chỉ là một con tốt trong một ván cờ lớn hơn nhiều, và cô ấy sắp bị loại khỏi bàn cờ.’</w:t>
      </w:r>
    </w:p>
    <w:p>
      <w:pPr>
        <w:spacing w:after="80"/>
      </w:pPr>
      <w:r>
        <w:rPr>
          <w:b w:val="0"/>
          <w:i w:val="0"/>
        </w:rPr>
        <w:t>Christina cảm thấy tội lỗi về cách người bạn của mình đang bị lợi dụng, nhưng Miles đã không để cô ấy nghi ngờ gì về phương án thay thế.</w:t>
      </w:r>
    </w:p>
    <w:p>
      <w:pPr>
        <w:spacing w:after="80"/>
      </w:pPr>
      <w:r>
        <w:rPr>
          <w:b w:val="0"/>
          <w:i w:val="0"/>
        </w:rPr>
        <w:t>‘Cậu đã trao cho cô ấy quyền đấu giá lên tới một triệu bảng thay mặt cậu, và nói rõ rằng cô ấy không thể trả cao hơn? Và quan trọng không kém, cô ấy không được nói với bất kỳ ai rằng cô ấy sẽ đấu giá thay mặt cậu.’</w:t>
      </w:r>
    </w:p>
    <w:p>
      <w:pPr>
        <w:spacing w:after="80"/>
      </w:pPr>
      <w:r>
        <w:rPr>
          <w:b w:val="0"/>
          <w:i w:val="0"/>
        </w:rPr>
        <w:t>‘Ngay cả với Tim Knox. Cô ấy không hề biết tấm séc đó sẽ không bao giờ được rút vì cậu sẽ trả giá cao hơn cô ấy.’</w:t>
      </w:r>
    </w:p>
    <w:p>
      <w:pPr>
        <w:spacing w:after="80"/>
      </w:pPr>
      <w:r>
        <w:rPr>
          <w:b w:val="0"/>
          <w:i w:val="0"/>
        </w:rPr>
        <w:t xml:space="preserve">‘Cô ấy phản ứng thế nào khi cậu đề nghị cho cô ấy cơ hội thay chỗ chúng ta trên chiếc </w:t>
      </w:r>
      <w:r>
        <w:rPr>
          <w:b w:val="0"/>
          <w:i/>
        </w:rPr>
        <w:t>Alden</w:t>
      </w:r>
      <w:r>
        <w:rPr>
          <w:b w:val="0"/>
          <w:i w:val="0"/>
        </w:rPr>
        <w:t>?’ Miles hỏi.</w:t>
      </w:r>
    </w:p>
    <w:p>
      <w:pPr>
        <w:spacing w:after="80"/>
      </w:pPr>
      <w:r>
        <w:rPr>
          <w:b w:val="0"/>
          <w:i w:val="0"/>
        </w:rPr>
        <w:t>‘Vô cùng xúc động. Cô ấy chỉ tiếc một điều là điều đó có nghĩa cô ấy sẽ không thể dự đám cưới của chúng ta.’</w:t>
      </w:r>
    </w:p>
    <w:p>
      <w:pPr>
        <w:spacing w:after="80"/>
      </w:pPr>
      <w:r>
        <w:rPr>
          <w:b w:val="0"/>
          <w:i w:val="0"/>
        </w:rPr>
        <w:t xml:space="preserve">‘Hy vọng cô ấy sẽ không bao giờ biết lý do thực sự khiến chúng ta không thể mạo hiểm để bị nhìn thấy cùng nhau trên chiếc </w:t>
      </w:r>
      <w:r>
        <w:rPr>
          <w:b w:val="0"/>
          <w:i/>
        </w:rPr>
        <w:t>Alden</w:t>
      </w:r>
      <w:r>
        <w:rPr>
          <w:b w:val="0"/>
          <w:i w:val="0"/>
        </w:rPr>
        <w:t>.’</w:t>
      </w:r>
    </w:p>
    <w:p>
      <w:pPr>
        <w:jc w:val="center"/>
      </w:pPr>
      <w:r>
        <w:drawing>
          <wp:inline xmlns:a="http://schemas.openxmlformats.org/drawingml/2006/main" xmlns:pic="http://schemas.openxmlformats.org/drawingml/2006/picture">
            <wp:extent cx="752475" cy="161926"/>
            <wp:docPr id="87" name="Picture 8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‘Xin gọi Viên cảnh sát Nicola Bailey,’ viên thư ký nhắc lại, giọng ông vang vọng khắp phòng xử án.</w:t>
      </w:r>
    </w:p>
    <w:p>
      <w:pPr>
        <w:spacing w:after="80"/>
      </w:pPr>
      <w:r>
        <w:rPr>
          <w:b w:val="0"/>
          <w:i w:val="0"/>
        </w:rPr>
        <w:t>Một người phụ nữ trẻ mặc chiếc áo sơ mi trắng giản dị và chiếc váy xếp ly màu xanh navy dài quá đầu gối bước vào phòng. Cô không đeo trang sức và chỉ thoa một chút son môi. Cô và Rebecca đã suy nghĩ rất kỹ về việc cô nên trông như thế nào, chỉ với bồi thẩm đoàn trong đầu.</w:t>
      </w:r>
    </w:p>
    <w:p>
      <w:pPr>
        <w:spacing w:after="80"/>
      </w:pPr>
      <w:r>
        <w:rPr>
          <w:b w:val="0"/>
          <w:i w:val="0"/>
        </w:rPr>
        <w:t>Nicky chậm rãi bước về phía bục nhân chứng, không một lần liếc nhìn về hướng người tình cũ đang ngồi ở ghế bị cáo, dù ánh mắt anh ta không rời khỏi cô. Thư ký tòa đưa cho cô một cuốn Kinh Thánh và cô đọc lời tuyên thệ mà không nhìn vào tấm thẻ được đưa ra.</w:t>
      </w:r>
    </w:p>
    <w:p>
      <w:pPr>
        <w:spacing w:after="80"/>
      </w:pPr>
      <w:r>
        <w:rPr>
          <w:b w:val="0"/>
          <w:i w:val="0"/>
        </w:rPr>
        <w:t>Grace kiểm tra lại danh sách câu hỏi dài mà cô và Clare đã dành mấy ngày để chuẩn bị, nhằm đảm bảo Summers không còn chỗ nào để lách, đồng thời hy vọng tránh được những cái bẫy mà Booth Watson có thể giăng ra sau này.</w:t>
      </w:r>
    </w:p>
    <w:p>
      <w:pPr>
        <w:spacing w:after="80"/>
      </w:pPr>
      <w:r>
        <w:rPr>
          <w:b w:val="0"/>
          <w:i w:val="0"/>
        </w:rPr>
        <w:t>Clare đã dặn Nicky phải nói sự thật, thừa nhận những sai lầm mình đã mắc, và tuyệt đối không được mất bình tĩnh trong bất kỳ hoàn cảnh nào, vì nếu cô làm vậy, Booth Watson sẽ lợi dụng ngay.</w:t>
      </w:r>
    </w:p>
    <w:p>
      <w:pPr>
        <w:spacing w:after="80"/>
      </w:pPr>
      <w:r>
        <w:rPr>
          <w:b w:val="0"/>
          <w:i w:val="0"/>
        </w:rPr>
        <w:t>Grace mỉm cười với nhân chứng, hiểu rõ cô ấy đang hồi hộp đến mức nào.</w:t>
      </w:r>
    </w:p>
    <w:p>
      <w:pPr>
        <w:spacing w:after="80"/>
      </w:pPr>
      <w:r>
        <w:rPr>
          <w:b w:val="0"/>
          <w:i w:val="0"/>
        </w:rPr>
        <w:t>"Xin hãy nêu tên và cấp bậc của cô để ghi vào biên bản," Grace nói.</w:t>
      </w:r>
    </w:p>
    <w:p>
      <w:pPr>
        <w:spacing w:after="80"/>
      </w:pPr>
      <w:r>
        <w:rPr>
          <w:b w:val="0"/>
          <w:i w:val="0"/>
        </w:rPr>
        <w:t>"Hạ sĩ cảnh sát Nicola Bailey."</w:t>
      </w:r>
    </w:p>
    <w:p>
      <w:pPr>
        <w:spacing w:after="80"/>
      </w:pPr>
      <w:r>
        <w:rPr>
          <w:b w:val="0"/>
          <w:i w:val="0"/>
        </w:rPr>
        <w:t>"Khi còn là sĩ quan phục vụ trong Sở Cảnh sát Metropolitan, cô làm việc ở đơn vị nào?"</w:t>
      </w:r>
    </w:p>
    <w:p>
      <w:pPr>
        <w:spacing w:after="80"/>
      </w:pPr>
      <w:r>
        <w:rPr>
          <w:b w:val="0"/>
          <w:i w:val="0"/>
        </w:rPr>
        <w:t>"Tôi được biên chế vào một đơn vị đặc biệt chuyên điều tra các sĩ quan cảnh sát tham nhũng, đóng tại Scotland Yard. Nhiệm vụ cuối cùng của tôi là được cử làm hạ sĩ cảnh sát tại Romford."</w:t>
      </w:r>
    </w:p>
    <w:p>
      <w:pPr>
        <w:spacing w:after="80"/>
      </w:pPr>
      <w:r>
        <w:rPr>
          <w:b w:val="0"/>
          <w:i w:val="0"/>
        </w:rPr>
        <w:t xml:space="preserve">Booth Watson viết từ </w:t>
      </w:r>
      <w:r>
        <w:rPr>
          <w:b w:val="0"/>
          <w:i/>
        </w:rPr>
        <w:t>Cuối cùng?</w:t>
      </w:r>
      <w:r>
        <w:rPr>
          <w:b w:val="0"/>
          <w:i w:val="0"/>
        </w:rPr>
        <w:t xml:space="preserve"> lên tập giấy vàng của mình.</w:t>
      </w:r>
    </w:p>
    <w:p>
      <w:pPr>
        <w:spacing w:after="80"/>
      </w:pPr>
      <w:r>
        <w:rPr>
          <w:b w:val="0"/>
          <w:i w:val="0"/>
        </w:rPr>
        <w:t>"Tại sao lại là Romford?"</w:t>
      </w:r>
    </w:p>
    <w:p>
      <w:pPr>
        <w:spacing w:after="80"/>
      </w:pPr>
      <w:r>
        <w:rPr>
          <w:b w:val="0"/>
          <w:i w:val="0"/>
        </w:rPr>
        <w:t>"Đơn vị đang điều tra Trung sĩ Thám tử Jerry Summers, một sĩ quan thuộc phân khu Romford, người mà chúng tôi có lý do để tin rằng có liên quan đến các hoạt động phạm tội nghiêm trọng. Nhiệm vụ của tôi là cố gắng thu thập thông tin tại chỗ, trong khi cấp trên trực tiếp của tôi, Thanh tra Thám tử Warwick, vẫn hoạt động bí mật."</w:t>
      </w:r>
    </w:p>
    <w:p>
      <w:pPr>
        <w:spacing w:after="80"/>
      </w:pPr>
      <w:r>
        <w:rPr>
          <w:b w:val="0"/>
          <w:i w:val="0"/>
        </w:rPr>
        <w:t>Đến đây thì vẫn ổn, William nghĩ thầm, lúc này đang ngồi ở hàng ghế cuối phòng xử án.</w:t>
      </w:r>
    </w:p>
    <w:p>
      <w:pPr>
        <w:spacing w:after="80"/>
      </w:pPr>
      <w:r>
        <w:rPr>
          <w:b w:val="0"/>
          <w:i w:val="0"/>
        </w:rPr>
        <w:t>"Cô đã thực hiện nhiệm vụ đó như thế nào?"</w:t>
      </w:r>
    </w:p>
    <w:p>
      <w:pPr>
        <w:spacing w:after="80"/>
      </w:pPr>
      <w:r>
        <w:rPr>
          <w:b w:val="0"/>
          <w:i w:val="0"/>
        </w:rPr>
        <w:t>"Ban đầu tôi cực kỳ thận trọng, vì nếu Trung sĩ Summers nghĩ rằng tôi có thể đang làm việc cho Scotland Yard, tôi sẽ là người làm hỏng toàn bộ chiến dịch."</w:t>
      </w:r>
    </w:p>
    <w:p>
      <w:pPr>
        <w:spacing w:after="80"/>
      </w:pPr>
      <w:r>
        <w:rPr>
          <w:b w:val="0"/>
          <w:i w:val="0"/>
        </w:rPr>
        <w:t>"Cô đã thu thập được những thông tin gì về các hoạt động của Summers?"</w:t>
      </w:r>
    </w:p>
    <w:p>
      <w:pPr>
        <w:spacing w:after="80"/>
      </w:pPr>
      <w:r>
        <w:rPr>
          <w:b w:val="0"/>
          <w:i w:val="0"/>
        </w:rPr>
        <w:t>"Tôi bắt đầu bằng việc kiểm tra các báo cáo hàng ngày của anh ta, mà tôi phải thú nhận là rất ấn tượng. Nhưng dù thành tích bắt giữ của anh ta không ai sánh bằng, vẫn có một số điểm bất thường không thể giải thích được."</w:t>
      </w:r>
    </w:p>
    <w:p>
      <w:pPr>
        <w:spacing w:after="80"/>
      </w:pPr>
      <w:r>
        <w:rPr>
          <w:b w:val="0"/>
          <w:i w:val="0"/>
        </w:rPr>
        <w:t>‘Ví dụ như?’</w:t>
      </w:r>
    </w:p>
    <w:p>
      <w:pPr>
        <w:spacing w:after="80"/>
      </w:pPr>
      <w:r>
        <w:rPr>
          <w:b w:val="0"/>
          <w:i w:val="0"/>
        </w:rPr>
        <w:t>‘Có hai gia đình nổi tiếng cùng nhau điều hành đường dây ma túy ở địa phương, và trong khi các thành viên của một trong hai gia đình đó, nhà Paynes, thường xuyên bị DS Summers bắt giữ, thì đối thủ cũng khét tiếng không kém của họ, nhà Turners, lại thường chỉ bị cảnh cáo rồi cho qua, hoặc cùng lắm là thỉnh thoảng bị cảnh sát nhắc nhở.’</w:t>
      </w:r>
    </w:p>
    <w:p>
      <w:pPr>
        <w:spacing w:after="80"/>
      </w:pPr>
      <w:r>
        <w:rPr>
          <w:b w:val="0"/>
          <w:i w:val="0"/>
        </w:rPr>
        <w:t>‘Ông có đưa ra được lời giải thích nào cho sự mâu thuẫn rõ ràng này không?’</w:t>
      </w:r>
    </w:p>
    <w:p>
      <w:pPr>
        <w:spacing w:after="80"/>
      </w:pPr>
      <w:r>
        <w:rPr>
          <w:b w:val="0"/>
          <w:i w:val="0"/>
        </w:rPr>
        <w:t>‘Có chứ. Summers công khai khoe rằng ông ta có một người cung cấp tin nằm ở vị trí đắc địa trong băng Turners, kẻ đã cung cấp cho ông ta những thông tin dẫn đến một số vụ thu giữ ma túy lớn và nhiều vụ bắt giữ.’</w:t>
      </w:r>
    </w:p>
    <w:p>
      <w:pPr>
        <w:spacing w:after="80"/>
      </w:pPr>
      <w:r>
        <w:rPr>
          <w:b w:val="0"/>
          <w:i w:val="0"/>
        </w:rPr>
        <w:t>‘Ông có chuyển thông tin này về Scotland Yard không?’</w:t>
      </w:r>
    </w:p>
    <w:p>
      <w:pPr>
        <w:spacing w:after="80"/>
      </w:pPr>
      <w:r>
        <w:rPr>
          <w:b w:val="0"/>
          <w:i w:val="0"/>
        </w:rPr>
        <w:t>‘Có. Tôi ở chung căn hộ với một thành viên khác của nhóm nội bộ, nên chuyện đó không thành vấn đề.’</w:t>
      </w:r>
    </w:p>
    <w:p>
      <w:pPr>
        <w:spacing w:after="80"/>
      </w:pPr>
      <w:r>
        <w:rPr>
          <w:b w:val="0"/>
          <w:i w:val="0"/>
        </w:rPr>
        <w:t xml:space="preserve">Booth Watson ghi vào tập giấy vàng của mình </w:t>
      </w:r>
      <w:r>
        <w:rPr>
          <w:b w:val="0"/>
          <w:i/>
        </w:rPr>
        <w:t>Tên và cấp bậc của người bạn cùng phòng của cô ấy?</w:t>
      </w:r>
    </w:p>
    <w:p>
      <w:pPr>
        <w:spacing w:after="80"/>
      </w:pPr>
      <w:r>
        <w:rPr>
          <w:b w:val="0"/>
          <w:i w:val="0"/>
        </w:rPr>
        <w:t>‘Trong chiến dịch này, cô có cố gắng thiết lập liên lạc với đối tượng không?’</w:t>
      </w:r>
    </w:p>
    <w:p>
      <w:pPr>
        <w:spacing w:after="80"/>
      </w:pPr>
      <w:r>
        <w:rPr>
          <w:b w:val="0"/>
          <w:i w:val="0"/>
        </w:rPr>
        <w:t>‘Có, nhưng lúc đầu không dễ để làm mà không quá lộ liễu,’ Nicky nói. ‘Dù sao thì Summers là một trung sĩ thám tử, và theo ông ta nghĩ thì tôi chỉ là một cảnh sát tập sự đi tuần mà thôi. Tuy nhiên, có một lần ông ta nói chuyện với tôi ở căng tin đồn cảnh sát, và khi tôi biết được ông ta hay lui tới quán rượu nào sau giờ làm, tôi bắt đầu la cà ở đó cùng một nữ cảnh sát khác với hy vọng gặp lại ông ta.’</w:t>
      </w:r>
    </w:p>
    <w:p>
      <w:pPr>
        <w:spacing w:after="80"/>
      </w:pPr>
      <w:r>
        <w:rPr>
          <w:b w:val="0"/>
          <w:i w:val="0"/>
        </w:rPr>
        <w:t>‘Và mưu mẹo này có đáng công không?’</w:t>
      </w:r>
    </w:p>
    <w:p>
      <w:pPr>
        <w:spacing w:after="80"/>
      </w:pPr>
      <w:r>
        <w:rPr>
          <w:b w:val="0"/>
          <w:i w:val="0"/>
        </w:rPr>
        <w:t>‘Lúc đầu thì không. Nhưng một buổi tối, sau khi bạn tôi rời đi để vào ca đêm, DS Summers ngỏ ý mời tôi một ly. Tôi nhận lời, dù vẫn giữ thái độ thận trọng, và lúc đó, tôi vẫn giữ khoảng cách.’</w:t>
      </w:r>
    </w:p>
    <w:p>
      <w:pPr>
        <w:spacing w:after="80"/>
      </w:pPr>
      <w:r>
        <w:rPr>
          <w:b w:val="0"/>
          <w:i w:val="0"/>
        </w:rPr>
        <w:t xml:space="preserve">Booth Watson ghi lại </w:t>
      </w:r>
      <w:r>
        <w:rPr>
          <w:b w:val="0"/>
          <w:i/>
        </w:rPr>
        <w:t>Lúc đó</w:t>
      </w:r>
      <w:r>
        <w:rPr>
          <w:b w:val="0"/>
          <w:i w:val="0"/>
        </w:rPr>
        <w:t xml:space="preserve"> và </w:t>
      </w:r>
      <w:r>
        <w:rPr>
          <w:b w:val="0"/>
          <w:i/>
        </w:rPr>
        <w:t>Giữ khoảng cách</w:t>
      </w:r>
      <w:r>
        <w:rPr>
          <w:b w:val="0"/>
          <w:i w:val="0"/>
        </w:rPr>
        <w:t>.</w:t>
      </w:r>
    </w:p>
    <w:p>
      <w:pPr>
        <w:spacing w:after="80"/>
      </w:pPr>
      <w:r>
        <w:rPr>
          <w:b w:val="0"/>
          <w:i w:val="0"/>
        </w:rPr>
        <w:t>‘Cuối tuần đó ông ta mời tôi đi xem phim. Sau đó tôi cùng ông ta uống một ly ở căn hộ của ông ta, rồi mới về nhà.’</w:t>
      </w:r>
    </w:p>
    <w:p>
      <w:pPr>
        <w:spacing w:after="80"/>
      </w:pPr>
      <w:r>
        <w:rPr>
          <w:b w:val="0"/>
          <w:i w:val="0"/>
        </w:rPr>
        <w:t>‘Tại sao cô lại đồng ý về căn hộ của ông ta? Đó chẳng phải là một rủi ro không cần thiết có thể đã đe dọa toàn bộ chiến dịch sao?’</w:t>
      </w:r>
    </w:p>
    <w:p>
      <w:pPr>
        <w:spacing w:after="80"/>
      </w:pPr>
      <w:r>
        <w:rPr>
          <w:b w:val="0"/>
          <w:i w:val="0"/>
        </w:rPr>
        <w:t>‘Tôi muốn xem liệu trong nhà ông ta có thứ gì trông không hợp lý, vượt quá mức lương của một trung sĩ thám tử hay không.’</w:t>
      </w:r>
    </w:p>
    <w:p>
      <w:pPr>
        <w:spacing w:after="80"/>
      </w:pPr>
      <w:r>
        <w:rPr>
          <w:b w:val="0"/>
          <w:i w:val="0"/>
        </w:rPr>
        <w:t>‘Và có không?’</w:t>
      </w:r>
    </w:p>
    <w:p>
      <w:pPr>
        <w:spacing w:after="80"/>
      </w:pPr>
      <w:r>
        <w:rPr>
          <w:b w:val="0"/>
          <w:i w:val="0"/>
        </w:rPr>
        <w:t>‘Vượt xa hơn nhiều. Tòa nhà anh ta sống hơi tồi tàn và chắc chắn cần một lớp sơn mới, trong khi khu vườn có nhiều cỏ dại hơn hoa, nhưng một khi đã bước vào nhà của viên trung sĩ thám tử thì lại là câu chuyện khác. Anh ta có đủ mọi thiết bị điện tử mới nhất và đồ nội thất cao cấp trông như thể đến từ một cửa hàng đắt tiền ở West End. Có một ngoại lệ đáng chú ý – rèm cửa thì cũ và sờn.’</w:t>
      </w:r>
    </w:p>
    <w:p>
      <w:pPr>
        <w:spacing w:after="80"/>
      </w:pPr>
      <w:r>
        <w:rPr>
          <w:b w:val="0"/>
          <w:i w:val="0"/>
        </w:rPr>
        <w:t>‘Tại sao lại thế?’ Grace hỏi một cách ngây thơ.</w:t>
      </w:r>
    </w:p>
    <w:p>
      <w:pPr>
        <w:spacing w:after="80"/>
      </w:pPr>
      <w:r>
        <w:rPr>
          <w:b w:val="0"/>
          <w:i w:val="0"/>
        </w:rPr>
        <w:t>‘Để chúng hòa hợp với những căn hộ khác trong tòa nhà, và không thu hút sự chú ý của người qua đường. Tôi đặc biệt ấn tượng bởi căn hộ được trang bị tốt đến mức nào, vì tôi biết Summers tự hào về việc, giống như tôi, anh ta xuất thân từ tầng lớp lao động, nên không thể là tiền của gia đình đã cho phép anh ta sống theo phong cách như vậy.’</w:t>
      </w:r>
    </w:p>
    <w:p>
      <w:pPr>
        <w:spacing w:after="80"/>
      </w:pPr>
      <w:r>
        <w:rPr>
          <w:b w:val="0"/>
          <w:i w:val="0"/>
        </w:rPr>
        <w:t>‘Anh có báo cáo những nghi ngại của mình cho sĩ quan phụ trách chiến dịch không?’</w:t>
      </w:r>
    </w:p>
    <w:p>
      <w:pPr>
        <w:spacing w:after="80"/>
      </w:pPr>
      <w:r>
        <w:rPr>
          <w:b w:val="0"/>
          <w:i w:val="0"/>
        </w:rPr>
        <w:t>‘Tôi đã báo ngay cho người bạn cùng phòng, DC Pankhurst, người là thành viên của đội, vào sáng hôm sau.’</w:t>
      </w:r>
    </w:p>
    <w:p>
      <w:pPr>
        <w:spacing w:after="80"/>
      </w:pPr>
      <w:r>
        <w:rPr>
          <w:b w:val="0"/>
          <w:i w:val="0"/>
        </w:rPr>
        <w:t xml:space="preserve">Booth Watson viết </w:t>
      </w:r>
      <w:r>
        <w:rPr>
          <w:b w:val="0"/>
          <w:i/>
        </w:rPr>
        <w:t>Ngay lập tức?</w:t>
      </w:r>
      <w:r>
        <w:rPr>
          <w:b w:val="0"/>
          <w:i w:val="0"/>
        </w:rPr>
        <w:t xml:space="preserve"> </w:t>
      </w:r>
      <w:r>
        <w:rPr>
          <w:b w:val="0"/>
          <w:i/>
        </w:rPr>
        <w:t>NGÀY NÀO?</w:t>
      </w:r>
      <w:r>
        <w:rPr>
          <w:b w:val="0"/>
          <w:i w:val="0"/>
        </w:rPr>
        <w:t xml:space="preserve"> xuống cuốn sổ của mình.</w:t>
      </w:r>
    </w:p>
    <w:p>
      <w:pPr>
        <w:spacing w:after="80"/>
      </w:pPr>
      <w:r>
        <w:rPr>
          <w:b w:val="0"/>
          <w:i w:val="0"/>
        </w:rPr>
        <w:t>‘Summers có bao giờ giải thích làm thế nào anh ta có được nhiều món đồ đắt tiền và xa xỉ như vậy với mức lương của một trung sĩ thám tử không?’</w:t>
      </w:r>
    </w:p>
    <w:p>
      <w:pPr>
        <w:spacing w:after="80"/>
      </w:pPr>
      <w:r>
        <w:rPr>
          <w:b w:val="0"/>
          <w:i w:val="0"/>
        </w:rPr>
        <w:t>‘Không phải với tôi, nhưng một buổi tối ở quán rượu khi anh ta đang ăn mừng một vụ bắt giữ khác, tôi tình cờ nghe anh ta nói với một viên cảnh sát trẻ rằng mỗi khi anh ta tóm được một tên trộm, một hai món đồ bị đánh cắp có thể sẽ biến mất. “Cứ gọi đó là phúc lợi,” anh ta nói, dường như không quan tâm ai nghe thấy.’</w:t>
      </w:r>
    </w:p>
    <w:p>
      <w:pPr>
        <w:spacing w:after="80"/>
      </w:pPr>
      <w:r>
        <w:rPr>
          <w:b w:val="0"/>
          <w:i w:val="0"/>
        </w:rPr>
        <w:t>Booth Watson bắt đầu nói ngay cả khi ông ta đứng dậy khỏi chỗ ngồi ở đầu kia của băng ghế. ‘Nghe lỏm được, thưa Ngài? Tôi không thể nhớ một ví dụ trắng trợn nào hơn về lời đồn đại.’</w:t>
      </w:r>
    </w:p>
    <w:p>
      <w:pPr>
        <w:spacing w:after="80"/>
      </w:pPr>
      <w:r>
        <w:rPr>
          <w:b w:val="0"/>
          <w:i w:val="0"/>
        </w:rPr>
        <w:t>‘Tôi đồng ý, ông Booth Watson,’ vị thẩm phán nói, và quay sang bồi thẩm đoàn chỉ dẫn họ, ‘Các vị sẽ bỏ qua lời khai cuối cùng của nhân chứng.’</w:t>
      </w:r>
    </w:p>
    <w:p>
      <w:pPr>
        <w:spacing w:after="80"/>
      </w:pPr>
      <w:r>
        <w:rPr>
          <w:b w:val="0"/>
          <w:i w:val="0"/>
        </w:rPr>
        <w:t>‘Sau khi đã có đủ bằng chứng để bắt giữ DS Summers,’ Grace nói, ‘tại sao anh không quay lại Scotland Yard và xin lệnh khám xét?’</w:t>
      </w:r>
    </w:p>
    <w:p>
      <w:pPr>
        <w:spacing w:after="80"/>
      </w:pPr>
      <w:r>
        <w:rPr>
          <w:b w:val="0"/>
          <w:i w:val="0"/>
        </w:rPr>
        <w:t>‘Tôi biết lẽ ra tôi nên làm vậy,’ Nicky nói, ‘nhưng tôi xấu hổ phải thừa nhận rằng, giống như bao người khác trước tôi, lúc đó tôi đã phải lòng anh ta, và muốn cho anh ta hưởng lợi ích của sự nghi ngờ.’</w:t>
      </w:r>
    </w:p>
    <w:p>
      <w:pPr>
        <w:spacing w:after="80"/>
      </w:pPr>
      <w:r>
        <w:rPr>
          <w:b w:val="0"/>
          <w:i w:val="0"/>
        </w:rPr>
        <w:t>‘Vậy là anh đã không chuyển những phát hiện của mình cho DC Pankhurst?’</w:t>
      </w:r>
    </w:p>
    <w:p>
      <w:pPr>
        <w:spacing w:after="80"/>
      </w:pPr>
      <w:r>
        <w:rPr>
          <w:b w:val="0"/>
          <w:i w:val="0"/>
        </w:rPr>
        <w:t>‘Không, không phải ngay lập tức. Nhưng vào một ngày sau đó . . .’</w:t>
      </w:r>
    </w:p>
    <w:p>
      <w:pPr>
        <w:spacing w:after="80"/>
      </w:pPr>
      <w:r>
        <w:rPr>
          <w:b w:val="0"/>
          <w:i/>
        </w:rPr>
        <w:t>Sau đó bao lâu?</w:t>
      </w:r>
      <w:r>
        <w:rPr>
          <w:b w:val="0"/>
          <w:i w:val="0"/>
        </w:rPr>
        <w:t xml:space="preserve"> Booth Watson viết vào cuốn sổ của mình. Nhưng vừa đặt bút xuống, ông ta lại nhấc lên.</w:t>
      </w:r>
    </w:p>
    <w:p>
      <w:pPr>
        <w:spacing w:after="80"/>
      </w:pPr>
      <w:r>
        <w:rPr>
          <w:b w:val="0"/>
          <w:i w:val="0"/>
        </w:rPr>
        <w:t>‘Anh có ngủ với DS Summers không?’ Grace hỏi. Câu hỏi thẳng thừng khiến mọi người trong phòng xử án thốt lên kinh ngạc và lộ vẻ sửng sốt, nhưng cô biết mình phải đưa nó vào biên bản trước khi Booth Watson thẩm vấn Nicky.</w:t>
      </w:r>
    </w:p>
    <w:p>
      <w:pPr>
        <w:spacing w:after="80"/>
      </w:pPr>
      <w:r>
        <w:rPr>
          <w:b w:val="0"/>
          <w:i w:val="0"/>
        </w:rPr>
        <w:t>‘Tôi đã làm vậy, dù tôi đã bắt gặp một bằng chứng mà tôi biết sẽ khép lại vụ án.’</w:t>
      </w:r>
    </w:p>
    <w:p>
      <w:pPr>
        <w:spacing w:after="80"/>
      </w:pPr>
      <w:r>
        <w:rPr>
          <w:b w:val="0"/>
          <w:i w:val="0"/>
        </w:rPr>
        <w:t>‘Và bằng chứng đó là gì?’ Grace hỏi, nhanh chóng chuyển sang.</w:t>
      </w:r>
    </w:p>
    <w:p>
      <w:pPr>
        <w:spacing w:after="80"/>
      </w:pPr>
      <w:r>
        <w:rPr>
          <w:b w:val="0"/>
          <w:i w:val="0"/>
        </w:rPr>
        <w:t>‘Tôi tìm thấy một chiếc hộp da nhỏ bên cạnh giường của Summers, trong đó có một chiếc nhẫn kim cương. Nó trông đắt đến mức tôi biết chỉ có một cách để anh ta có được nó.’</w:t>
      </w:r>
    </w:p>
    <w:p>
      <w:pPr>
        <w:spacing w:after="80"/>
      </w:pPr>
      <w:r>
        <w:rPr>
          <w:b w:val="0"/>
          <w:i w:val="0"/>
        </w:rPr>
        <w:t>‘Cô có thu giữ chiếc nhẫn đó làm bằng chứng không?’</w:t>
      </w:r>
    </w:p>
    <w:p>
      <w:pPr>
        <w:spacing w:after="80"/>
      </w:pPr>
      <w:r>
        <w:rPr>
          <w:b w:val="0"/>
          <w:i w:val="0"/>
        </w:rPr>
        <w:t>‘Không. Summers đeo nó vào ngón tay đính hôn của tôi, và khi tôi về nhà sáng hôm sau, tôi nói với Rebecca—’</w:t>
      </w:r>
    </w:p>
    <w:p>
      <w:pPr>
        <w:spacing w:after="80"/>
      </w:pPr>
      <w:r>
        <w:rPr>
          <w:b w:val="0"/>
          <w:i w:val="0"/>
        </w:rPr>
        <w:t>‘Rebecca?’</w:t>
      </w:r>
    </w:p>
    <w:p>
      <w:pPr>
        <w:spacing w:after="80"/>
      </w:pPr>
      <w:r>
        <w:rPr>
          <w:b w:val="0"/>
          <w:i w:val="0"/>
        </w:rPr>
        <w:t>‘DC Pankhurst – rằng tôi đã đính hôn.’</w:t>
      </w:r>
    </w:p>
    <w:p>
      <w:pPr>
        <w:spacing w:after="80"/>
      </w:pPr>
      <w:r>
        <w:rPr>
          <w:b w:val="0"/>
          <w:i w:val="0"/>
        </w:rPr>
        <w:t>‘Với Detective Sergeant Summers.’</w:t>
      </w:r>
    </w:p>
    <w:p>
      <w:pPr>
        <w:spacing w:after="80"/>
      </w:pPr>
      <w:r>
        <w:rPr>
          <w:b w:val="0"/>
          <w:i w:val="0"/>
        </w:rPr>
        <w:t>‘Không, với một nhân viên môi giới bất động sản từ Croydon.’</w:t>
      </w:r>
    </w:p>
    <w:p>
      <w:pPr>
        <w:spacing w:after="80"/>
      </w:pPr>
      <w:r>
        <w:rPr>
          <w:b w:val="0"/>
          <w:i w:val="0"/>
        </w:rPr>
        <w:t>‘Cô ấy phản ứng thế nào với tin đó?’</w:t>
      </w:r>
    </w:p>
    <w:p>
      <w:pPr>
        <w:spacing w:after="80"/>
      </w:pPr>
      <w:r>
        <w:rPr>
          <w:b w:val="0"/>
          <w:i w:val="0"/>
        </w:rPr>
        <w:t>‘Khi cô ấy nhìn thấy chiếc nhẫn, tôi biết cô ấy không tin tôi.’</w:t>
      </w:r>
    </w:p>
    <w:p>
      <w:pPr>
        <w:spacing w:after="80"/>
      </w:pPr>
      <w:r>
        <w:rPr>
          <w:b w:val="0"/>
          <w:i w:val="0"/>
        </w:rPr>
        <w:t>‘Vậy tại sao cô không nói cho cô ấy biết sự thật?’</w:t>
      </w:r>
    </w:p>
    <w:p>
      <w:pPr>
        <w:spacing w:after="80"/>
      </w:pPr>
      <w:r>
        <w:rPr>
          <w:b w:val="0"/>
          <w:i w:val="0"/>
        </w:rPr>
        <w:t>‘Lúc đó tôi thực sự tin rằng Jerry muốn cưới tôi. Tôi hy vọng có thể khiến anh ta sửa đổi cách sống của mình, và chấm dứt cuộc điều tra.’</w:t>
      </w:r>
    </w:p>
    <w:p>
      <w:pPr>
        <w:spacing w:after="80"/>
      </w:pPr>
      <w:r>
        <w:rPr>
          <w:b w:val="0"/>
          <w:i w:val="0"/>
        </w:rPr>
        <w:t>‘Vậy là cô đã nhắm mắt làm ngơ?’</w:t>
      </w:r>
    </w:p>
    <w:p>
      <w:pPr>
        <w:spacing w:after="80"/>
      </w:pPr>
      <w:r>
        <w:rPr>
          <w:b w:val="0"/>
          <w:i w:val="0"/>
        </w:rPr>
        <w:t>‘Đúng vậy,’ Nicky thừa nhận. ‘Nhưng chẳng bao lâu sau tôi đã phải mở mắt ra.’</w:t>
      </w:r>
    </w:p>
    <w:p>
      <w:pPr>
        <w:spacing w:after="80"/>
      </w:pPr>
      <w:r>
        <w:rPr>
          <w:b w:val="0"/>
          <w:i w:val="0"/>
        </w:rPr>
        <w:t>‘Điều gì khiến cô phải làm vậy?’</w:t>
      </w:r>
    </w:p>
    <w:p>
      <w:pPr>
        <w:spacing w:after="80"/>
      </w:pPr>
      <w:r>
        <w:rPr>
          <w:b w:val="0"/>
          <w:i w:val="0"/>
        </w:rPr>
        <w:t>'Khi tôi nói với Jerry rằng tôi đang mang thai, anh ấy không hề cố giấu cảm xúc của mình, và ngay lập tức đề nghị tôi nên phá thai.'</w:t>
      </w:r>
    </w:p>
    <w:p>
      <w:pPr>
        <w:spacing w:after="80"/>
      </w:pPr>
      <w:r>
        <w:rPr>
          <w:b w:val="0"/>
          <w:i w:val="0"/>
        </w:rPr>
        <w:t>'Cô đã phản ứng thế nào với lời đề nghị đó?'</w:t>
      </w:r>
    </w:p>
    <w:p>
      <w:pPr>
        <w:spacing w:after="80"/>
      </w:pPr>
      <w:r>
        <w:rPr>
          <w:b w:val="0"/>
          <w:i w:val="0"/>
        </w:rPr>
        <w:t>'Tôi bảo anh ấy không bao giờ. Tôi muốn có đứa con của chúng tôi. Tuy nhiên, chẳng mấy chốc tôi nhận ra chiếc nhẫn đính hôn chẳng qua chỉ là một màn lừa dối khác, và tôi thậm chí còn tự hỏi không biết đã có bao nhiêu người phụ nữ khác đeo chiếc nhẫn ấy trước tôi.'</w:t>
      </w:r>
    </w:p>
    <w:p>
      <w:pPr>
        <w:spacing w:after="80"/>
      </w:pPr>
      <w:r>
        <w:rPr>
          <w:b w:val="0"/>
          <w:i w:val="0"/>
        </w:rPr>
        <w:t>'Nhưng việc không muốn có con tự nó đâu phải bằng chứng rằng anh ta không còn quan tâm đến cô?'</w:t>
      </w:r>
    </w:p>
    <w:p>
      <w:pPr>
        <w:spacing w:after="80"/>
      </w:pPr>
      <w:r>
        <w:rPr>
          <w:b w:val="0"/>
          <w:i w:val="0"/>
        </w:rPr>
        <w:t>'Tôi có đủ bằng chứng mình cần một tuần sau đó, khi tôi trở về căn hộ sau ca làm buổi chiều. Tôi tự mở cửa vào và thấy anh ấy để mọi thứ bừa bộn như thường lệ, nên tôi bắt đầu dọn dẹp. Tôi bắt đầu ở bếp với việc rửa bát, rồi chuyển sang phòng ngủ. Trong lúc dọn giường, tôi tìm thấy đồ lót của một người phụ nữ khác giữa các tấm ga. Tôi nhận ra đó là cách anh ấy cho tôi biết rằng anh ấy đã bước tiếp.'</w:t>
      </w:r>
    </w:p>
    <w:p>
      <w:pPr>
        <w:spacing w:after="80"/>
      </w:pPr>
      <w:r>
        <w:rPr>
          <w:b w:val="0"/>
          <w:i w:val="0"/>
        </w:rPr>
        <w:t>'Lúc đó cô đã làm gì?'</w:t>
      </w:r>
    </w:p>
    <w:p>
      <w:pPr>
        <w:spacing w:after="80"/>
      </w:pPr>
      <w:r>
        <w:rPr>
          <w:b w:val="0"/>
          <w:i w:val="0"/>
        </w:rPr>
        <w:t>'Tôi tức giận đến mức lôi hết quần áo của anh ấy ra khỏi tủ, cắt phăng tay áo của tất cả áo khoác và áo sơ mi, rồi cắt đứt quần dài ngay chỗ đũng.'</w:t>
      </w:r>
    </w:p>
    <w:p>
      <w:pPr>
        <w:spacing w:after="80"/>
      </w:pPr>
      <w:r>
        <w:rPr>
          <w:b w:val="0"/>
          <w:i w:val="0"/>
        </w:rPr>
        <w:t>Một trong những người phụ nữ trong bồi thẩm đoàn mỉm cười.</w:t>
      </w:r>
    </w:p>
    <w:p>
      <w:pPr>
        <w:spacing w:after="80"/>
      </w:pPr>
      <w:r>
        <w:rPr>
          <w:b w:val="0"/>
          <w:i w:val="0"/>
        </w:rPr>
        <w:t>'Rồi cô rời đi à?'</w:t>
      </w:r>
    </w:p>
    <w:p>
      <w:pPr>
        <w:spacing w:after="80"/>
      </w:pPr>
      <w:r>
        <w:rPr>
          <w:b w:val="0"/>
          <w:i w:val="0"/>
        </w:rPr>
        <w:t>'Không, tôi quay lại bếp, tìm một cái búa, và đập phá tất cả những thứ anh ấy tự hào nhất. Giờ tôi nhận ra đó là điều ngu ngốc nhất mà tôi có thể làm.'</w:t>
      </w:r>
    </w:p>
    <w:p>
      <w:pPr>
        <w:spacing w:after="80"/>
      </w:pPr>
      <w:r>
        <w:rPr>
          <w:b w:val="0"/>
          <w:i w:val="0"/>
        </w:rPr>
        <w:t>'Tại sao?' Grace hỏi.</w:t>
      </w:r>
    </w:p>
    <w:p>
      <w:pPr>
        <w:spacing w:after="80"/>
      </w:pPr>
      <w:r>
        <w:rPr>
          <w:b w:val="0"/>
          <w:i w:val="0"/>
        </w:rPr>
        <w:t>'Vì tôi đang phá hủy chính những bằng chứng có thể khiến anh ta bị kết tội.'</w:t>
      </w:r>
    </w:p>
    <w:p>
      <w:pPr>
        <w:spacing w:after="80"/>
      </w:pPr>
      <w:r>
        <w:rPr>
          <w:b w:val="0"/>
          <w:i w:val="0"/>
        </w:rPr>
        <w:t>'Nhưng cô vẫn giữ chiếc nhẫn kim cương chứ?'</w:t>
      </w:r>
    </w:p>
    <w:p>
      <w:pPr>
        <w:spacing w:after="80"/>
      </w:pPr>
      <w:r>
        <w:rPr>
          <w:b w:val="0"/>
          <w:i w:val="0"/>
        </w:rPr>
        <w:t>'Không, tôi tháo nó ra và đặt lại lên bàn cạnh giường của anh ấy, biết rằng nó sẽ được tìm thấy khi cảnh sát khám xét chỗ ở.'</w:t>
      </w:r>
    </w:p>
    <w:p>
      <w:pPr>
        <w:spacing w:after="80"/>
      </w:pPr>
      <w:r>
        <w:rPr>
          <w:b w:val="0"/>
          <w:i w:val="0"/>
        </w:rPr>
        <w:t>Booth Watson không ngừng viết.</w:t>
      </w:r>
    </w:p>
    <w:p>
      <w:pPr>
        <w:spacing w:after="80"/>
      </w:pPr>
      <w:r>
        <w:rPr>
          <w:b w:val="0"/>
          <w:i w:val="0"/>
        </w:rPr>
        <w:t>'Còn chiếc hộp da mà cô lần đầu nhìn thấy chiếc nhẫn trong đó thì sao?'</w:t>
      </w:r>
    </w:p>
    <w:p>
      <w:pPr>
        <w:spacing w:after="80"/>
      </w:pPr>
      <w:r>
        <w:rPr>
          <w:b w:val="0"/>
          <w:i w:val="0"/>
        </w:rPr>
        <w:t>‘Tôi mang nó theo khi rời khỏi căn hộ đêm hôm đó.’</w:t>
      </w:r>
    </w:p>
    <w:p>
      <w:pPr>
        <w:spacing w:after="80"/>
      </w:pPr>
      <w:r>
        <w:rPr>
          <w:b w:val="0"/>
          <w:i w:val="0"/>
        </w:rPr>
        <w:t>‘Sao cô lại làm vậy?’</w:t>
      </w:r>
    </w:p>
    <w:p>
      <w:pPr>
        <w:spacing w:after="80"/>
      </w:pPr>
      <w:r>
        <w:rPr>
          <w:b w:val="0"/>
          <w:i w:val="0"/>
        </w:rPr>
        <w:t>‘Bên trong có tên và địa chỉ của tiệm kim hoàn, nên tôi nghĩ một đồng nghiệp ở Yard sẽ theo dõi vụ này.’</w:t>
      </w:r>
    </w:p>
    <w:p>
      <w:pPr>
        <w:spacing w:after="80"/>
      </w:pPr>
      <w:r>
        <w:rPr>
          <w:b w:val="0"/>
          <w:i w:val="0"/>
        </w:rPr>
        <w:t>‘Cô có lấy gì khác từ căn hộ không?’</w:t>
      </w:r>
    </w:p>
    <w:p>
      <w:pPr>
        <w:spacing w:after="80"/>
      </w:pPr>
      <w:r>
        <w:rPr>
          <w:b w:val="0"/>
          <w:i w:val="0"/>
        </w:rPr>
        <w:t>‘Chỉ vài món đồ cá nhân thôi. Tuy nhiên tôi có tình cờ thấy cuốn nhật ký của Summers, và khi đang xé các trang thì tôi thấy anh ta có một cuộc hẹn vào đêm hôm đó tại Playboy Club ở Mayfair.’</w:t>
      </w:r>
    </w:p>
    <w:p>
      <w:pPr>
        <w:spacing w:after="80"/>
      </w:pPr>
      <w:r>
        <w:rPr>
          <w:b w:val="0"/>
          <w:i w:val="0"/>
        </w:rPr>
        <w:t>‘Với ai?’</w:t>
      </w:r>
    </w:p>
    <w:p>
      <w:pPr>
        <w:spacing w:after="80"/>
      </w:pPr>
      <w:r>
        <w:rPr>
          <w:b w:val="0"/>
          <w:i w:val="0"/>
        </w:rPr>
        <w:t>‘Tôi không biết, vì trong nhật ký không có tên. Tuy nhiên, tôi viết một mẩu giấy cho DI Warwick để báo cho anh ấy biết Jerry đang làm gì và thả qua khe cửa nhà anh ấy trên đường về nhà.’</w:t>
      </w:r>
    </w:p>
    <w:p>
      <w:pPr>
        <w:spacing w:after="80"/>
      </w:pPr>
      <w:r>
        <w:rPr>
          <w:b w:val="0"/>
          <w:i w:val="0"/>
        </w:rPr>
        <w:t>‘Và việc cô phát hiện ra bằng chứng quan trọng đó đã dẫn đến việc bắt giữ DS Summers và một sĩ quan cảnh sát khác, người vừa mới từ chức khỏi lực lượng.’</w:t>
      </w:r>
    </w:p>
    <w:p>
      <w:pPr>
        <w:spacing w:after="80"/>
      </w:pPr>
      <w:r>
        <w:rPr>
          <w:b w:val="0"/>
          <w:i w:val="0"/>
        </w:rPr>
        <w:t>‘Đúng vậy, nhưng đừng quên tôi chỉ là một thành viên của một đội ngũ rất chuyên nghiệp và tận tụy.’</w:t>
      </w:r>
    </w:p>
    <w:p>
      <w:pPr>
        <w:spacing w:after="80"/>
      </w:pPr>
      <w:r>
        <w:rPr>
          <w:b w:val="0"/>
          <w:i w:val="0"/>
        </w:rPr>
        <w:t>‘Nhìn lại khoảng thời gian đó,’ Grace nói, ‘cô có hối tiếc điều gì không?’</w:t>
      </w:r>
    </w:p>
    <w:p>
      <w:pPr>
        <w:spacing w:after="80"/>
      </w:pPr>
      <w:r>
        <w:rPr>
          <w:b w:val="0"/>
          <w:i w:val="0"/>
        </w:rPr>
        <w:t>‘Nếu bây giờ cô không có, thì cô sẽ có khi tôi xử lý xong cô,’ Booth Watson lẩm bẩm đủ to để Grace nghe thấy.</w:t>
      </w:r>
    </w:p>
    <w:p>
      <w:pPr>
        <w:spacing w:after="80"/>
      </w:pPr>
      <w:r>
        <w:rPr>
          <w:b w:val="0"/>
          <w:i w:val="0"/>
        </w:rPr>
        <w:t>‘Có, tôi có,’ Nicky nói, lần đầu tiên nhìn Summers, nhưng không còn sợ ánh mắt sắc lạnh của anh ta nữa. ‘Lẽ ra tôi không bao giờ nên dính líu quá mật thiết với nghi phạm, và một khi đã phát hiện ra mức độ hoạt động phạm tội của anh ta, lẽ ra tôi phải báo cáo ngay những phát hiện của mình cho DI Warwick và để anh ấy tiếp quản. Nhưng tôi đã để cảm xúc cá nhân làm mờ đi phán đoán của mình.’</w:t>
      </w:r>
    </w:p>
    <w:p>
      <w:pPr>
        <w:spacing w:after="80"/>
      </w:pPr>
      <w:r>
        <w:rPr>
          <w:b w:val="0"/>
          <w:i w:val="0"/>
        </w:rPr>
        <w:t>‘Một sai lầm rất con người,’ Grace nói, nhìn thẳng vào bồi thẩm đoàn, ‘mà bất kỳ ai trong chúng ta cũng có thể mắc phải trong hoàn cảnh đó.’</w:t>
      </w:r>
    </w:p>
    <w:p>
      <w:pPr>
        <w:spacing w:after="80"/>
      </w:pPr>
      <w:r>
        <w:rPr>
          <w:b w:val="0"/>
          <w:i w:val="0"/>
        </w:rPr>
        <w:t>William mỉm cười. Nicky có thể đã tỏ ra ngây thơ và dại dột, nhưng khi anh nhìn bồi thẩm đoàn, họ có vẻ thông cảm và hiểu được những gì cô đã phải trải qua.</w:t>
      </w:r>
    </w:p>
    <w:p>
      <w:pPr>
        <w:spacing w:after="80"/>
      </w:pPr>
      <w:r>
        <w:rPr>
          <w:b w:val="0"/>
          <w:i w:val="0"/>
        </w:rPr>
        <w:t>‘Cảm ơn cô, Hạ sĩ Bailey, vì lời khai thẳng thắn và trung thực của cô, mà tôi chắc bồi thẩm đoàn sẽ ghi nhớ khi đưa ra phán quyết.’ Grace mỉm cười. ‘Xin cô hãy ở lại trong ghế nhân chứng, vì người bạn đồng nghiệp uyên bác của tôi có thể muốn hỏi cô.’</w:t>
      </w:r>
    </w:p>
    <w:p>
      <w:pPr>
        <w:spacing w:after="80"/>
      </w:pPr>
      <w:r>
        <w:rPr>
          <w:b w:val="0"/>
          <w:i w:val="0"/>
        </w:rPr>
        <w:t>‘Có đúng vậy không, ông Booth Watson?’ thẩm phán hỏi, nhìn xuống luật sư bào chữa.</w:t>
      </w:r>
    </w:p>
    <w:p>
      <w:pPr>
        <w:spacing w:after="80"/>
      </w:pPr>
      <w:r>
        <w:rPr>
          <w:b w:val="0"/>
          <w:i w:val="0"/>
        </w:rPr>
        <w:t>‘Chỉ một hai câu hỏi thôi, thưa Ngài,’ Booth Watson tuyên bố khi từ từ đứng dậy khỏi tư thế ngồi. Ông nở một nụ cười ấm áp với Nicky trước khi nói, ‘Tôi sẽ không giữ cô lâu đâu, cô Bailey, nhưng tôi buộc phải hỏi cô đã bao giờ nghe câu này chưa, “Địa ngục không có cơn thịnh nộ nào bằng cơn thịnh nộ của người phụ nữ bị khinh rẻ”?’</w:t>
      </w:r>
    </w:p>
    <w:p>
      <w:pPr>
        <w:spacing w:after="80"/>
      </w:pPr>
      <w:r>
        <w:rPr>
          <w:b w:val="0"/>
          <w:i w:val="0"/>
        </w:rPr>
        <w:t>‘Vâng,’ Nicky đáp một cách dè dặt.</w:t>
      </w:r>
    </w:p>
    <w:p>
      <w:pPr>
        <w:spacing w:after="80"/>
      </w:pPr>
      <w:r>
        <w:rPr>
          <w:b w:val="0"/>
          <w:i w:val="0"/>
        </w:rPr>
        <w:t>‘Tôi cho rằng “một người phụ nữ bị khinh rẻ” là mô tả chính xác hơn về cô, so với “thẳng thắn và trung thực”.’ Hai từ cuối được nhuốm đầy vẻ mỉa mai.</w:t>
      </w:r>
    </w:p>
    <w:p>
      <w:pPr>
        <w:spacing w:after="80"/>
      </w:pPr>
      <w:r>
        <w:rPr>
          <w:b w:val="0"/>
          <w:i w:val="0"/>
        </w:rPr>
        <w:t>‘Đó là ý kiến của ông,’ Nicky nói.</w:t>
      </w:r>
    </w:p>
    <w:p>
      <w:pPr>
        <w:spacing w:after="80"/>
      </w:pPr>
      <w:r>
        <w:rPr>
          <w:b w:val="0"/>
          <w:i w:val="0"/>
        </w:rPr>
        <w:t>Grace mỉm cười thầm.</w:t>
      </w:r>
    </w:p>
    <w:p>
      <w:pPr>
        <w:spacing w:after="80"/>
      </w:pPr>
      <w:r>
        <w:rPr>
          <w:b w:val="0"/>
          <w:i w:val="0"/>
        </w:rPr>
        <w:t>‘Đúng là như vậy, cô Bailey. Nên tôi muốn cô suy nghĩ kỹ trước khi trả lời câu hỏi tiếp theo của tôi, vì tôi chắc không cần phải nhắc cô rằng tội khai man là một tội ác nghiêm trọng, càng nghiêm trọng hơn khi kẻ phạm tội là một sĩ quan cảnh sát.’ Ông hướng ánh mắt về phía bồi thẩm đoàn trước khi hỏi, ‘Cô đã có quan hệ tình dục với Trung sĩ Summers trong bao lâu trước khi cô—’</w:t>
      </w:r>
    </w:p>
    <w:p>
      <w:pPr>
        <w:spacing w:after="80"/>
      </w:pPr>
      <w:r>
        <w:rPr>
          <w:b w:val="0"/>
          <w:i w:val="0"/>
        </w:rPr>
        <w:t>Grace nhanh chóng đứng dậy. ‘Hướng chất vấn này có liên quan không, thưa Ngài? Cảnh sát Bailey đã thừa nhận sự thiếu đứng đắn của mình rồi. Thế chưa đủ sao?’</w:t>
      </w:r>
    </w:p>
    <w:p>
      <w:pPr>
        <w:spacing w:after="80"/>
      </w:pPr>
      <w:r>
        <w:rPr>
          <w:b w:val="0"/>
          <w:i w:val="0"/>
        </w:rPr>
        <w:t>‘Còn lâu mới đủ, thưa Ngài,’ Booth Watson nói trước khi Thẩm phán Ramsden kịp phản hồi. ‘Hành vi của cô Bailey chạm đến tận cốt lõi của vụ án này, nếu chúng ta muốn tìm ra ai đang nói thật và ai là kẻ dối trá trắng trợn.’</w:t>
      </w:r>
    </w:p>
    <w:p>
      <w:pPr>
        <w:spacing w:after="80"/>
      </w:pPr>
      <w:r>
        <w:rPr>
          <w:b w:val="0"/>
          <w:i w:val="0"/>
        </w:rPr>
        <w:t>‘Đi thẳng vào vấn đề đi, ông Booth Watson,’ vị thẩm phán nói một cách nghiêm khắc.</w:t>
      </w:r>
    </w:p>
    <w:p>
      <w:pPr>
        <w:spacing w:after="80"/>
      </w:pPr>
      <w:r>
        <w:rPr>
          <w:b w:val="0"/>
          <w:i w:val="0"/>
        </w:rPr>
        <w:t>‘Như Ngài muốn, thưa Ngài. Chỉ là tôi thấy khó tin rằng mối quan hệ của cô Bailey với Trung sĩ Summers lại ngắn ngủi và hời hợt như cô ấy khai, khi mà chỉ một tháng trước cô ấy đã sinh đứa con của hai người. Các mốc thời gian không khớp chút nào,’ ông nói, nhấn mạnh từng từ. ‘Nên tôi phải hỏi cô lần nữa, cô Bailey. Cuộc tình đó kéo dài bao lâu?’</w:t>
      </w:r>
    </w:p>
    <w:p>
      <w:pPr>
        <w:spacing w:after="80"/>
      </w:pPr>
      <w:r>
        <w:rPr>
          <w:b w:val="0"/>
          <w:i w:val="0"/>
        </w:rPr>
        <w:t>‘Vài tuần.’</w:t>
      </w:r>
    </w:p>
    <w:p>
      <w:pPr>
        <w:spacing w:after="80"/>
      </w:pPr>
      <w:r>
        <w:rPr>
          <w:b w:val="0"/>
          <w:i w:val="0"/>
        </w:rPr>
        <w:t>‘Tôi cho là vài tháng, cô Bailey.’</w:t>
      </w:r>
    </w:p>
    <w:p>
      <w:pPr>
        <w:spacing w:after="80"/>
      </w:pPr>
      <w:r>
        <w:rPr>
          <w:b w:val="0"/>
          <w:i w:val="0"/>
        </w:rPr>
        <w:t>‘Vài tuần,’ Nicky gắt.</w:t>
      </w:r>
    </w:p>
    <w:p>
      <w:pPr>
        <w:spacing w:after="80"/>
      </w:pPr>
      <w:r>
        <w:rPr>
          <w:b w:val="0"/>
          <w:i w:val="0"/>
        </w:rPr>
        <w:t>‘Giờ khi chúng ta đã xác lập rằng có một mối quan hệ tình dục lâu dài giữa cô và bị cáo, có lẽ chúng ta nên chuyển sang lời kể của cô về việc cô tình cờ thấy chiếc nhẫn kim cương mà cô khai đã tìm thấy trong căn hộ của anh ta vào buổi sáng sau lần đầu tiên cô ngủ với Trung sĩ Thám tử Summers. Vì một lần nữa, các mốc thời gian không khớp.’ Booth Watson đưa tay ra, và trợ lý của ông đặt vào đó một tờ giấy.</w:t>
      </w:r>
    </w:p>
    <w:p>
      <w:pPr>
        <w:spacing w:after="80"/>
      </w:pPr>
      <w:r>
        <w:rPr>
          <w:b w:val="0"/>
          <w:i w:val="0"/>
        </w:rPr>
        <w:t>‘Có lẽ cô có thể giải thích bản ghi nhớ này mà bạn cùng phòng của cô, Cảnh sát Rebecca Pankhurst, đã đưa cho Trung sĩ Thám tử Paul Adaja, cả hai đều là thành viên của đội mà cô đã nói trước tòa rằng cô rất tự hào được là một phần trong đó.’ Ông nhìn xuống bản ghi nhớ và bắt đầu đọc to. ‘ “Vào sáng ngày 30 tháng Năm, khi Cảnh sát Bailey cùng tôi ăn sáng, cô ấy đeo một chiếc nhẫn kim cương mà tôi chưa từng thấy trước đây, và trông cực kỳ đắt tiền.” ’</w:t>
      </w:r>
    </w:p>
    <w:p>
      <w:pPr>
        <w:spacing w:after="80"/>
      </w:pPr>
      <w:r>
        <w:rPr>
          <w:b w:val="0"/>
          <w:i w:val="0"/>
        </w:rPr>
        <w:t>Nicky bám chặt hai bên thành bục nhân chứng khi cô bắt đầu run rẩy không kiểm soát nổi.</w:t>
      </w:r>
    </w:p>
    <w:p>
      <w:pPr>
        <w:spacing w:after="80"/>
      </w:pPr>
      <w:r>
        <w:rPr>
          <w:b w:val="0"/>
          <w:i w:val="0"/>
        </w:rPr>
        <w:t>‘Có lẽ cô đã quên, cô Bailey ạ, rằng theo luật, cả hai bên trong một phiên tòa hình sự đều có nghĩa vụ công bố mọi bằng chứng mà họ nắm giữ có thể liên quan đến vụ án. Quả bom nhỏ này được tìm thấy còn âm ỉ cháy trong số hai trăm hai mươi ba tài liệu được trình lên tòa.’</w:t>
      </w:r>
    </w:p>
    <w:p>
      <w:pPr>
        <w:spacing w:after="80"/>
      </w:pPr>
      <w:r>
        <w:rPr>
          <w:b w:val="0"/>
          <w:i w:val="0"/>
        </w:rPr>
        <w:t>‘Điều đó không thay đổi sự thật rằng chiếc hộp của Garrard chứng minh chiếc nhẫn đã bị một tên trộm đánh cắp, kẻ sau đó bị DS Summers bắt giữ,’ Nicky nói, cố gắng phản kháng.</w:t>
      </w:r>
    </w:p>
    <w:p>
      <w:pPr>
        <w:spacing w:after="80"/>
      </w:pPr>
      <w:r>
        <w:rPr>
          <w:b w:val="0"/>
          <w:i w:val="0"/>
        </w:rPr>
        <w:t>‘Hoặc có lẽ nó tiết lộ cách chính cô có được chiếc nhẫn, cô Bailey nhỉ? Và sau khi phát hiện nó hơi quá nóng để cầm, cô bèn gài nó vào căn hộ của người tình.’</w:t>
      </w:r>
    </w:p>
    <w:p>
      <w:pPr>
        <w:spacing w:after="80"/>
      </w:pPr>
      <w:r>
        <w:rPr>
          <w:b w:val="0"/>
          <w:i w:val="0"/>
        </w:rPr>
        <w:t>‘Đó là một gợi ý nực cười,’ Nicky nói, gần như hét lên.</w:t>
      </w:r>
    </w:p>
    <w:p>
      <w:pPr>
        <w:spacing w:after="80"/>
      </w:pPr>
      <w:r>
        <w:rPr>
          <w:b w:val="0"/>
          <w:i w:val="0"/>
        </w:rPr>
        <w:t>‘Vậy có lẽ cô có thể cho chúng tôi biết DC Pankhurst lần đầu thấy cô đeo chiếc nhẫn trong căn hộ của cô ở Pimlico là khi nào?’</w:t>
      </w:r>
    </w:p>
    <w:p>
      <w:pPr>
        <w:spacing w:after="80"/>
      </w:pPr>
      <w:r>
        <w:rPr>
          <w:b w:val="0"/>
          <w:i w:val="0"/>
        </w:rPr>
        <w:t>‘Ngày hôm sau khi Jerry cầu hôn tôi.’</w:t>
      </w:r>
    </w:p>
    <w:p>
      <w:pPr>
        <w:spacing w:after="80"/>
      </w:pPr>
      <w:r>
        <w:rPr>
          <w:b w:val="0"/>
          <w:i w:val="0"/>
        </w:rPr>
        <w:t>‘Anh ta có cầu hôn cô không, cô Bailey?’</w:t>
      </w:r>
    </w:p>
    <w:p>
      <w:pPr>
        <w:spacing w:after="80"/>
      </w:pPr>
      <w:r>
        <w:rPr>
          <w:b w:val="0"/>
          <w:i w:val="0"/>
        </w:rPr>
        <w:t>‘Không nói thẳng ra như vậy, nhưng anh ấy đeo chiếc nhẫn vào tay tôi.’</w:t>
      </w:r>
    </w:p>
    <w:p>
      <w:pPr>
        <w:spacing w:after="80"/>
      </w:pPr>
      <w:r>
        <w:rPr>
          <w:b w:val="0"/>
          <w:i w:val="0"/>
        </w:rPr>
        <w:t>‘Chúng tôi chỉ có lời của cô để chứng minh điều đó,’ Booth Watson nói.</w:t>
      </w:r>
    </w:p>
    <w:p>
      <w:pPr>
        <w:spacing w:after="80"/>
      </w:pPr>
      <w:r>
        <w:rPr>
          <w:b w:val="0"/>
          <w:i w:val="0"/>
        </w:rPr>
        <w:t>‘Nhưng tôi đã trả lại chiếc nhẫn và đưa chiếc hộp của Garrard cho DC Pankhurst, giả định rằng cô ấy sẽ nộp nó cho DS Adaja, và đúng là cô ấy đã làm vậy.’</w:t>
      </w:r>
    </w:p>
    <w:p>
      <w:pPr>
        <w:spacing w:after="80"/>
      </w:pPr>
      <w:r>
        <w:rPr>
          <w:b w:val="0"/>
          <w:i w:val="0"/>
        </w:rPr>
        <w:t>‘Tôi không nghi ngờ điều đó, cô Bailey. Tuy nhiên, tôi quan tâm hơn đến việc đã trôi qua bao nhiêu thời gian kể từ khi người bạn cùng phòng của cô lần đầu thấy chiếc nhẫn trên tay cô, cho đến khi cô đưa cho cô ấy chiếc hộp của Garrard. Bởi vì thật không may, một lần nữa các ngày tháng lại không khớp cho lắm.’ Booth Watson giơ lên một bản ghi nhớ khác. ‘Có vẻ như cô đã giữ chiếc nhẫn trong một thời gian khá dài trước khi đặt nó vào một nơi mà, trích lời chính lời khai của cô, “nó sẽ được tìm thấy khi cảnh sát khám xét nhà anh ta”. Bồi thẩm đoàn có thể được tha thứ khi tự hỏi ai mới thực sự là kẻ có tội trong vụ án này, và ai là người đã dàn dựng để gài bẫy một người vô tội.’</w:t>
      </w:r>
    </w:p>
    <w:p>
      <w:pPr>
        <w:spacing w:after="80"/>
      </w:pPr>
      <w:r>
        <w:rPr>
          <w:b w:val="0"/>
          <w:i w:val="0"/>
        </w:rPr>
        <w:t>‘Summers mới là kẻ có tội, và mối quan tâm duy nhất của tôi là thu thập đủ bằng chứng để đưa anh ta ra trước công lý.’</w:t>
      </w:r>
    </w:p>
    <w:p>
      <w:pPr>
        <w:spacing w:after="80"/>
      </w:pPr>
      <w:r>
        <w:rPr>
          <w:b w:val="0"/>
          <w:i w:val="0"/>
        </w:rPr>
        <w:t>‘Cô mất khá nhiều thời gian đấy,’ Booth Watson gầm lên. Ông không chờ Nicky kịp lấy lại bình tĩnh mà nói thêm, ‘Tôi bắt đầu nghĩ, cô Bailey ạ, rằng thực ra chính cô là người đã đánh cắp chiếc nhẫn, và DS Summers đã giữ im lặng về chuyện đó, vì anh ta không muốn cô bị bắt và phải đối mặt với án tù.’</w:t>
      </w:r>
    </w:p>
    <w:p>
      <w:pPr>
        <w:spacing w:after="80"/>
      </w:pPr>
      <w:r>
        <w:rPr>
          <w:b w:val="0"/>
          <w:i w:val="0"/>
        </w:rPr>
        <w:t>‘Làm sao có thể như vậy khi chiếc nhẫn bị đánh cắp trước khi chúng tôi gặp nhau?’</w:t>
      </w:r>
    </w:p>
    <w:p>
      <w:pPr>
        <w:spacing w:after="80"/>
      </w:pPr>
      <w:r>
        <w:rPr>
          <w:b w:val="0"/>
          <w:i w:val="0"/>
        </w:rPr>
        <w:t>Ngài Julian mỉm cười một mình.</w:t>
      </w:r>
    </w:p>
    <w:p>
      <w:pPr>
        <w:spacing w:after="80"/>
      </w:pPr>
      <w:r>
        <w:rPr>
          <w:b w:val="0"/>
          <w:i w:val="0"/>
        </w:rPr>
        <w:t>‘Chúng tôi chỉ có lời của cô về thời điểm hai người lần đầu gặp nhau.’</w:t>
      </w:r>
    </w:p>
    <w:p>
      <w:pPr>
        <w:spacing w:after="80"/>
      </w:pPr>
      <w:r>
        <w:rPr>
          <w:b w:val="0"/>
          <w:i w:val="0"/>
        </w:rPr>
        <w:t>‘Cô đang bịa ra chuyện này ngay lúc nói đấy!’ Nicky hét lên.</w:t>
      </w:r>
    </w:p>
    <w:p>
      <w:pPr>
        <w:spacing w:after="80"/>
      </w:pPr>
      <w:r>
        <w:rPr>
          <w:b w:val="0"/>
          <w:i w:val="0"/>
        </w:rPr>
        <w:t>‘Đúng như những gì cô đã làm kể từ lúc bước vào bục nhân chứng.’</w:t>
      </w:r>
    </w:p>
    <w:p>
      <w:pPr>
        <w:spacing w:after="80"/>
      </w:pPr>
      <w:r>
        <w:rPr>
          <w:b w:val="0"/>
          <w:i w:val="0"/>
        </w:rPr>
        <w:t>‘Tiếp theo, chắc cô sẽ nói rằng tôi đã đặt chiếc nhẫn bên giường anh ta như một hành động trả thù.’</w:t>
      </w:r>
    </w:p>
    <w:p>
      <w:pPr>
        <w:spacing w:after="80"/>
      </w:pPr>
      <w:r>
        <w:rPr>
          <w:b w:val="0"/>
          <w:i w:val="0"/>
        </w:rPr>
        <w:t>Grace nhăn mặt, trong khi Ngài Julian cúi đầu.</w:t>
      </w:r>
    </w:p>
    <w:p>
      <w:pPr>
        <w:spacing w:after="80"/>
      </w:pPr>
      <w:r>
        <w:rPr>
          <w:b w:val="0"/>
          <w:i w:val="0"/>
        </w:rPr>
        <w:t>‘Tôi xin chúc mừng cô Bailey đã đoán trước được câu hỏi tiếp theo của tôi. Như cô vừa thừa nhận, chính bị cáo là người đã chấm dứt mối quan hệ của hai người.’ Ông dừng lại và nhìn bồi thẩm đoàn một lúc lâu, rồi nói, ‘Có lẽ vì anh ta phát hiện ra cô là một cảnh sát tham nhũng, và tội duy nhất của anh ta là nhắm mắt làm ngơ.’</w:t>
      </w:r>
    </w:p>
    <w:p>
      <w:pPr>
        <w:spacing w:after="80"/>
      </w:pPr>
      <w:r>
        <w:rPr>
          <w:b w:val="0"/>
          <w:i w:val="0"/>
        </w:rPr>
        <w:t>Luật sư công tố nhanh chóng đứng dậy.</w:t>
      </w:r>
    </w:p>
    <w:p>
      <w:pPr>
        <w:spacing w:after="80"/>
      </w:pPr>
      <w:r>
        <w:rPr>
          <w:b w:val="0"/>
          <w:i w:val="0"/>
        </w:rPr>
        <w:t>‘Tôi không cần phải nhắc ngài, thưa Ngài Julian,’ vị thẩm phán nói một cách lịch sự, ‘rằng người thẩm vấn nhân chứng này thay mặt cho bên công tố không phải là ngài.’</w:t>
      </w:r>
    </w:p>
    <w:p>
      <w:pPr>
        <w:spacing w:after="80"/>
      </w:pPr>
      <w:r>
        <w:rPr>
          <w:b w:val="0"/>
          <w:i w:val="0"/>
        </w:rPr>
        <w:t>Ngài Julian từ từ ngồi xuống trong khi Grace ngập ngừng đứng dậy, dù cô không chắc cha mình định nói gì. ‘Thưa Ngài,’ cô bắt đầu một cách do dự, ‘Cảnh sát Bailey không phải là người đang bị xét xử—’</w:t>
      </w:r>
    </w:p>
    <w:p>
      <w:pPr>
        <w:spacing w:after="80"/>
      </w:pPr>
      <w:r>
        <w:rPr>
          <w:b w:val="0"/>
          <w:i w:val="0"/>
        </w:rPr>
        <w:t>‘Cô nghĩ thế à,’ Booth Watson lẩm bẩm, ông ta vẫn đứng nguyên.</w:t>
      </w:r>
    </w:p>
    <w:p>
      <w:pPr>
        <w:spacing w:after="80"/>
      </w:pPr>
      <w:r>
        <w:rPr>
          <w:b w:val="0"/>
          <w:i w:val="0"/>
        </w:rPr>
        <w:t>‘Tôi đã thừa nhận rằng Jerry và tôi từng có một mối quan hệ, điều mà tôi sẽ hối hận suốt đời,’ Nicky buột miệng nói.</w:t>
      </w:r>
    </w:p>
    <w:p>
      <w:pPr>
        <w:spacing w:after="80"/>
      </w:pPr>
      <w:r>
        <w:rPr>
          <w:b w:val="0"/>
          <w:i w:val="0"/>
        </w:rPr>
        <w:t>‘Đúng là cô đã thừa nhận, cô Bailey,’ Booth Watson nói. ‘Nhưng điều mà cô hình như không hề hối hận là đã cắt nát quần áo anh ta, đập phá đồ đạc, phá hủy thiết bị điện tử của anh ta và đập vỡ bộ đồ ăn bằng sứ của mẹ anh ta, rồi đặt một chiếc nhẫn kim cương bên cạnh giường anh ta, theo lời cô nói, “như một hành động trả thù”.'</w:t>
      </w:r>
    </w:p>
    <w:p>
      <w:pPr>
        <w:spacing w:after="80"/>
      </w:pPr>
      <w:r>
        <w:rPr>
          <w:b w:val="0"/>
          <w:i w:val="0"/>
        </w:rPr>
        <w:t>Các nhà báo trên ghế dành cho báo chí không ngừng ghi chép.</w:t>
      </w:r>
    </w:p>
    <w:p>
      <w:pPr>
        <w:spacing w:after="80"/>
      </w:pPr>
      <w:r>
        <w:rPr>
          <w:b w:val="0"/>
          <w:i w:val="0"/>
        </w:rPr>
        <w:t>‘Không, tôi không làm thế!’ Nicky hét lên.</w:t>
      </w:r>
    </w:p>
    <w:p>
      <w:pPr>
        <w:spacing w:after="80"/>
      </w:pPr>
      <w:r>
        <w:rPr>
          <w:b w:val="0"/>
          <w:i w:val="0"/>
        </w:rPr>
        <w:t>‘Cô không lục tung căn hộ của anh ta sau khi anh ta bỏ rơi cô?’</w:t>
      </w:r>
    </w:p>
    <w:p>
      <w:pPr>
        <w:spacing w:after="80"/>
      </w:pPr>
      <w:r>
        <w:rPr>
          <w:b w:val="0"/>
          <w:i w:val="0"/>
        </w:rPr>
        <w:t>‘Không, tôi không đặt chiếc nhẫn.’</w:t>
      </w:r>
    </w:p>
    <w:p>
      <w:pPr>
        <w:spacing w:after="80"/>
      </w:pPr>
      <w:r>
        <w:rPr>
          <w:b w:val="0"/>
          <w:i w:val="0"/>
        </w:rPr>
        <w:t>‘Nhưng cô đã phá nát nhà của người tình cũ.’</w:t>
      </w:r>
    </w:p>
    <w:p>
      <w:pPr>
        <w:spacing w:after="80"/>
      </w:pPr>
      <w:r>
        <w:rPr>
          <w:b w:val="0"/>
          <w:i w:val="0"/>
        </w:rPr>
        <w:t>‘Đó là điều hắn ta xứng đáng nhận được, không hơn.’</w:t>
      </w:r>
    </w:p>
    <w:p>
      <w:pPr>
        <w:spacing w:after="80"/>
      </w:pPr>
      <w:r>
        <w:rPr>
          <w:b w:val="0"/>
          <w:i w:val="0"/>
        </w:rPr>
        <w:t>‘Hay là vì cô muốn tiêu hủy bằng chứng?’</w:t>
      </w:r>
    </w:p>
    <w:p>
      <w:pPr>
        <w:spacing w:after="80"/>
      </w:pPr>
      <w:r>
        <w:rPr>
          <w:b w:val="0"/>
          <w:i w:val="0"/>
        </w:rPr>
        <w:t>‘Tôi chỉ muốn tiêu diệt hắn ta thôi!’</w:t>
      </w:r>
    </w:p>
    <w:p>
      <w:pPr>
        <w:spacing w:after="80"/>
      </w:pPr>
      <w:r>
        <w:rPr>
          <w:b w:val="0"/>
          <w:i w:val="0"/>
        </w:rPr>
        <w:t>William cúi đầu.</w:t>
      </w:r>
    </w:p>
    <w:p>
      <w:pPr>
        <w:spacing w:after="80"/>
      </w:pPr>
      <w:r>
        <w:rPr>
          <w:b w:val="0"/>
          <w:i w:val="0"/>
        </w:rPr>
        <w:t>‘Cảm ơn cô vì câu trả lời thẳng thắn và trung thực đó, cô Bailey, bởi tôi tin rằng nó chứng minh cho lập luận của tôi,’ Booth Watson nói, ‘và cho phép tôi một lần nữa nhắc bồi thẩm đoàn nhớ đến lời của William Congreve, “Địa ngục chẳng có cơn thịnh nộ nào dữ dội bằng cơn thịnh nộ của một người phụ nữ bị khinh rẻ”. Tôi tự hỏi, cô Bailey, cô có nhớ câu tiếp theo của nhà viết kịch không?’</w:t>
      </w:r>
    </w:p>
    <w:p>
      <w:pPr>
        <w:spacing w:after="80"/>
      </w:pPr>
      <w:r>
        <w:rPr>
          <w:b w:val="0"/>
          <w:i w:val="0"/>
        </w:rPr>
        <w:t>Nicky ngơ ngác nhìn ông ta.</w:t>
      </w:r>
    </w:p>
    <w:p>
      <w:pPr>
        <w:spacing w:after="80"/>
      </w:pPr>
      <w:r>
        <w:rPr>
          <w:b w:val="0"/>
          <w:i w:val="0"/>
        </w:rPr>
        <w:t>‘Vậy để tôi nhắc cô: “Vì tình yêu thường biến thành mối thù truyền kiếp nhất”.’</w:t>
      </w:r>
    </w:p>
    <w:p>
      <w:pPr>
        <w:spacing w:after="80"/>
      </w:pPr>
      <w:r>
        <w:rPr>
          <w:b w:val="0"/>
          <w:i w:val="0"/>
        </w:rPr>
        <w:t>Ngài Julian nửa đứng dậy, rồi chợt nhớ ra mình không phải là người thẩm vấn nhân chứng này, nếu không ông đã chỉnh lại việc đối thủ cố ý trích dẫn sai lời của Congreve. Booth Watson liếc đối thủ đang bị dồn vào thế bí một cái sắc lạnh, rồi quay sang quan tòa và nói, ‘Hết câu hỏi, thưa ngài.’</w:t>
      </w:r>
    </w:p>
    <w:p>
      <w:pPr>
        <w:jc w:val="center"/>
      </w:pPr>
      <w:r>
        <w:drawing>
          <wp:inline xmlns:a="http://schemas.openxmlformats.org/drawingml/2006/main" xmlns:pic="http://schemas.openxmlformats.org/drawingml/2006/picture">
            <wp:extent cx="752475" cy="161926"/>
            <wp:docPr id="88" name="Picture 8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‘Cô đã làm tốt hết mức có thể trong hoàn cảnh đó,’ ngài Julian nói với Grace khi họ cùng đi bộ về Lincoln’s Inn sau khi quan tòa tuyên bố kết thúc phiên xử ngày hôm đó.</w:t>
      </w:r>
    </w:p>
    <w:p>
      <w:pPr>
        <w:spacing w:after="80"/>
      </w:pPr>
      <w:r>
        <w:rPr>
          <w:b w:val="0"/>
          <w:i w:val="0"/>
        </w:rPr>
        <w:t>‘Nicky lẽ ra phải biết rõ hơn là mất bình tĩnh với Booth Watson và để chuyện đó trở thành chuyện cá nhân,’ Clare nói.</w:t>
      </w:r>
    </w:p>
    <w:p>
      <w:pPr>
        <w:spacing w:after="80"/>
      </w:pPr>
      <w:r>
        <w:rPr>
          <w:b w:val="0"/>
          <w:i w:val="0"/>
        </w:rPr>
        <w:t xml:space="preserve">‘Tôi e rằng với cô ấy, nó </w:t>
      </w:r>
      <w:r>
        <w:rPr>
          <w:b w:val="0"/>
          <w:i/>
        </w:rPr>
        <w:t>thực sự</w:t>
      </w:r>
      <w:r>
        <w:rPr>
          <w:b w:val="0"/>
          <w:i w:val="0"/>
        </w:rPr>
        <w:t xml:space="preserve"> là chuyện cá nhân,’ ngài Julian nói.</w:t>
      </w:r>
    </w:p>
    <w:p>
      <w:pPr>
        <w:spacing w:after="80"/>
      </w:pPr>
      <w:r>
        <w:rPr>
          <w:b w:val="0"/>
          <w:i w:val="0"/>
        </w:rPr>
        <w:t>‘Nhưng có trời biết, tôi đã nhắc cô ấy đủ nhiều lần là phải giữ bình tĩnh, bất kể Booth Watson ném vào cô ấy điều gì,’ Grace nói.</w:t>
      </w:r>
    </w:p>
    <w:p>
      <w:pPr>
        <w:spacing w:after="80"/>
      </w:pPr>
      <w:r>
        <w:rPr>
          <w:b w:val="0"/>
          <w:i w:val="0"/>
        </w:rPr>
        <w:t>‘Điều khiến mọi chuyện tệ hơn,’ ngài Julian nói, ‘là nhờ màn trình diễn chệch choạc của cảnh sát Bailey, Booth Watson giờ có thể khuyên thân chủ của mình rằng không còn cần thiết phải ra làm chứng trước vành móng ngựa nữa.’</w:t>
      </w:r>
    </w:p>
    <w:p>
      <w:pPr>
        <w:spacing w:after="80"/>
      </w:pPr>
      <w:r>
        <w:rPr>
          <w:b w:val="0"/>
          <w:i w:val="0"/>
        </w:rPr>
        <w:t>‘Tôi đồng ý,’ Grace nói. ‘Nhưng chắc chắn bồi thẩm đoàn sẽ nhận ra ai trong hai người là kẻ có tội chứ?’</w:t>
      </w:r>
    </w:p>
    <w:p>
      <w:pPr>
        <w:spacing w:after="80"/>
      </w:pPr>
      <w:r>
        <w:rPr>
          <w:b w:val="0"/>
          <w:i w:val="0"/>
        </w:rPr>
        <w:t>‘Tôi biết hắn có tội, cô biết hắn có tội, và BW chắc chắn biết hắn có tội,’ ngài Julian nói. ‘Nhưng cuối cùng, chính bồi thẩm đoàn sẽ quyết định họ tin ai trong hai người.’</w:t>
      </w:r>
    </w:p>
    <w:p>
      <w:pPr>
        <w:spacing w:after="80"/>
      </w:pPr>
      <w:r>
        <w:rPr>
          <w:b w:val="0"/>
          <w:i w:val="0"/>
        </w:rPr>
        <w:t>‘Tôi vẫn nghĩ chúng ta có cơ hội năm mươi năm mươi,’ Clare nói. ‘Dù sao đi nữa, lựa chọn của bồi thẩm đoàn là giữa một cô gái trẻ dễ bị lừa dối và người đàn ông mà cô ấy bị mắc lừa, kẻ thậm chí sẽ không ra vành móng ngựa để tự bào chữa.’</w:t>
      </w:r>
    </w:p>
    <w:p>
      <w:pPr>
        <w:spacing w:after="80"/>
      </w:pPr>
      <w:r>
        <w:rPr>
          <w:b w:val="0"/>
          <w:i w:val="0"/>
        </w:rPr>
        <w:t>‘Đó là quyền hợp pháp của anh ta, như thẩm phán sẽ chỉ ra,’ Sir Julian nhắc họ. ‘Không, chúng ta chỉ có thể hy vọng bồi thẩm đoàn nhớ lời khai của William, và việc BW đã chọn không thẩm vấn anh ta sau khi anh ta làm chứng rằng Summers cung cấp ma túy cho những tội phạm đã biết để đổi lấy tiền mặt.’</w:t>
      </w:r>
    </w:p>
    <w:p>
      <w:pPr>
        <w:spacing w:after="80"/>
      </w:pPr>
      <w:r>
        <w:rPr>
          <w:b w:val="0"/>
          <w:i w:val="0"/>
        </w:rPr>
        <w:t>‘Nhưng chúng ta không có tờ tiền đánh số nào trong số đó để chứng minh,’ Grace nói, ‘nếu không thì Lamont đã phải cùng Summers đứng ở vành móng ngựa.’</w:t>
      </w:r>
    </w:p>
    <w:p>
      <w:pPr>
        <w:spacing w:after="80"/>
      </w:pPr>
      <w:r>
        <w:rPr>
          <w:b w:val="0"/>
          <w:i w:val="0"/>
        </w:rPr>
        <w:t>‘Nhưng chúng ta có chiếc nhẫn kim cương bị đánh cắp mà anh ta đưa cho cô bạn gái tiếp theo, người tình cờ lại là con gái của kẻ buôn ma túy,’ Clare nói.</w:t>
      </w:r>
    </w:p>
    <w:p>
      <w:pPr>
        <w:spacing w:after="80"/>
      </w:pPr>
      <w:r>
        <w:rPr>
          <w:b w:val="0"/>
          <w:i w:val="0"/>
        </w:rPr>
        <w:t>‘Chúng ta chỉ có thể hy vọng bồi thẩm đoàn đã nhận ra điều đó,’ Sir Julian nói.</w:t>
      </w:r>
    </w:p>
    <w:p>
      <w:pPr>
        <w:spacing w:after="80"/>
      </w:pPr>
      <w:r>
        <w:rPr>
          <w:b w:val="0"/>
          <w:i w:val="0"/>
        </w:rPr>
        <w:t>‘Lại thêm một lý do nữa khiến Booth Watson không cho Summers ra làm chứng,’ Grace gợi ý.</w:t>
      </w:r>
    </w:p>
    <w:p>
      <w:pPr>
        <w:spacing w:after="80"/>
      </w:pPr>
      <w:r>
        <w:rPr>
          <w:b w:val="0"/>
          <w:i w:val="0"/>
        </w:rPr>
        <w:t>‘Booth Watson thậm chí còn trích dẫn sai lời Congreve để củng cố lập luận của mình,’ Sir Julian nói.</w:t>
      </w:r>
    </w:p>
    <w:p>
      <w:pPr>
        <w:spacing w:after="80"/>
      </w:pPr>
      <w:r>
        <w:rPr>
          <w:b w:val="0"/>
          <w:i w:val="0"/>
        </w:rPr>
        <w:t>‘Đó có phải là lý do ông đứng lên ngắt lời BW không?’ Grace hỏi.</w:t>
      </w:r>
    </w:p>
    <w:p>
      <w:pPr>
        <w:spacing w:after="80"/>
      </w:pPr>
      <w:r>
        <w:rPr>
          <w:b w:val="0"/>
          <w:i w:val="0"/>
        </w:rPr>
        <w:t>‘Con tra cứu lại câu trích dẫn đó đi,’ cha cô nói.</w:t>
      </w:r>
    </w:p>
    <w:p>
      <w:pPr>
        <w:spacing w:after="80"/>
      </w:pPr>
      <w:r>
        <w:rPr>
          <w:b w:val="0"/>
          <w:i w:val="0"/>
        </w:rPr>
        <w:t>‘Vâng, ít nhất ông sẽ có thể chỉnh lại cho đúng khi đưa ra lời kết luận của mình,’ Clare nói, khi họ đến Essex Court.</w:t>
      </w:r>
    </w:p>
    <w:p>
      <w:pPr>
        <w:spacing w:after="80"/>
      </w:pPr>
      <w:r>
        <w:rPr>
          <w:b w:val="0"/>
          <w:i w:val="0"/>
        </w:rPr>
        <w:t>‘Trích dẫn sai Congreve sẽ chẳng có sức nặng gì với bồi thẩm đoàn, trong khi BW cứ lặp đi lặp lại những từ “tiền án”, “lời khen thưởng”, và “vượt quá nghi ngờ hợp lý” trong lời kết luận của anh ta, mà lại quên nhắc đến chiếc nhẫn hay bất kỳ tang vật bị đánh cắp nào khác mà Nicky đã tiêu hủy được.’</w:t>
      </w:r>
    </w:p>
    <w:p>
      <w:pPr>
        <w:spacing w:after="80"/>
      </w:pPr>
      <w:r>
        <w:rPr>
          <w:b w:val="0"/>
          <w:i w:val="0"/>
        </w:rPr>
        <w:t>‘Vậy thì ông sẽ phải nhắc đến chúng hết lần này đến lần khác trong phần tổng kết của mình,’ Clare nói.</w:t>
      </w:r>
    </w:p>
    <w:p>
      <w:pPr>
        <w:spacing w:after="80"/>
      </w:pPr>
      <w:r>
        <w:rPr>
          <w:b w:val="0"/>
          <w:i w:val="0"/>
        </w:rPr>
        <w:t>‘Tôi sẽ làm vậy. Chỉ tiếc là BW sẽ có lời cuối cùng.’</w:t>
      </w:r>
    </w:p>
    <w:p>
      <w:pPr>
        <w:spacing w:after="80"/>
      </w:pPr>
      <w:r>
        <w:rPr>
          <w:b w:val="0"/>
          <w:i w:val="0"/>
        </w:rPr>
        <w:t>‘Không, thẩm phán mới là người có lời cuối cùng,’ Grace nhắc cha mình, khi họ bước lên bậc thềm dẫn vào văn phòng của người đồng sáng lập cấp cao.</w:t>
      </w:r>
    </w:p>
    <w:p>
      <w:pPr>
        <w:spacing w:after="80"/>
      </w:pPr>
      <w:r>
        <w:rPr>
          <w:b w:val="0"/>
          <w:i w:val="0"/>
        </w:rPr>
        <w:t>‘Nhưng ông ấy sẽ phải trình bày cả hai phía của vụ án một cách khách quan, đồng thời nhắc bồi thẩm đoàn rằng phán quyết của họ phải nhất trí, và quan trọng hơn, phải vượt quá nghi ngờ hợp lý.’</w:t>
      </w:r>
    </w:p>
    <w:p>
      <w:pPr>
        <w:spacing w:after="80"/>
      </w:pPr>
      <w:r>
        <w:rPr>
          <w:b w:val="0"/>
          <w:i w:val="0"/>
        </w:rPr>
        <w:t>‘Tôi vẫn nghĩ chúng ta có năm mươi năm mươi cơ hội,’ Clare nói.</w:t>
      </w:r>
    </w:p>
    <w:p>
      <w:pPr>
        <w:pStyle w:val="Heading2"/>
      </w:pPr>
      <w:r>
        <w:rPr>
          <w:rFonts w:ascii="Calibri" w:hAnsi="Calibri"/>
          <w:b/>
          <w:i w:val="0"/>
          <w:sz w:val="32"/>
        </w:rPr>
        <w:t>30</w:t>
      </w:r>
    </w:p>
    <w:p>
      <w:pPr>
        <w:spacing w:after="80"/>
      </w:pPr>
      <w:r>
        <w:rPr>
          <w:b w:val="0"/>
          <w:i w:val="0"/>
        </w:rPr>
        <w:t>SIR JULIAN ROSE vào sáng sớm hôm sau, và không chỉ vì ông không ngủ được. Ông cần tập dượt bài tổng kết cuối cùng của mình trước những chú chim đang thức giấc và tìm kiếm sự tán thành của chúng.</w:t>
      </w:r>
    </w:p>
    <w:p>
      <w:pPr>
        <w:spacing w:after="80"/>
      </w:pPr>
      <w:r>
        <w:rPr>
          <w:b w:val="0"/>
          <w:i w:val="0"/>
        </w:rPr>
        <w:t>Ông bật đèn đầu giường, mặc áo choàng, và lê bước tới bàn viết. Ông nhặt các ghi chú lên, nhìn vào gương và bắt đầu, 'Thưa Ngài, thưa quý vị bồi thẩm đoàn, đây hóa ra là một vụ án thật phi thường, và tôi cho rằng cuối cùng, nó chỉ đơn giản là ở chỗ quý vị tin ai. Một mặt . . .'</w:t>
      </w:r>
    </w:p>
    <w:p>
      <w:pPr>
        <w:spacing w:after="80"/>
      </w:pPr>
      <w:r>
        <w:rPr>
          <w:b w:val="0"/>
          <w:i w:val="0"/>
        </w:rPr>
        <w:t>Bốn mươi phút sau, ông kết thúc bằng những lời, 'Tôi tin chắc rằng bồi thẩm đoàn sẽ dùng lẽ thường của mình khi đưa ra phán quyết, ý thức rõ ai là kẻ có tội.'</w:t>
      </w:r>
    </w:p>
    <w:p>
      <w:pPr>
        <w:spacing w:after="80"/>
      </w:pPr>
      <w:r>
        <w:rPr>
          <w:b w:val="0"/>
          <w:i w:val="0"/>
        </w:rPr>
        <w:t>Nhưng liệu họ có thế không? ông tự hỏi khi đặt bản thảo sang một bên. Ông vẫn không thể chắc chắn bồi thẩm đoàn sẽ nghiêng về bên nào, và càng không giúp gì khi Booth Watson sẽ phát biểu sau ông và có lời cuối cùng trước bài tổng kết của thẩm phán. Ông quyết định tự pha cho mình một tách trà trước khi mặc đồ và đi sang văn phòng luật để xem Grace hay Clare có gợi ý phút chót nào không.</w:t>
      </w:r>
    </w:p>
    <w:p>
      <w:pPr>
        <w:spacing w:after="80"/>
      </w:pPr>
      <w:r>
        <w:rPr>
          <w:b w:val="0"/>
          <w:i w:val="0"/>
        </w:rPr>
        <w:t xml:space="preserve">Trên đường ra bếp, ông dừng lại nhặt tờ báo buổi sáng từ tấm thảm trước cửa. Ông nhìn dòng tít của tờ </w:t>
      </w:r>
      <w:r>
        <w:rPr>
          <w:b w:val="0"/>
          <w:i/>
        </w:rPr>
        <w:t>Telegraph</w:t>
      </w:r>
      <w:r>
        <w:rPr>
          <w:b w:val="0"/>
          <w:i w:val="0"/>
        </w:rPr>
        <w:t xml:space="preserve"> và chửi thề thành tiếng. Sau khi đọc bài báo trang nhất, ông lại chửi thề, còn to hơn nữa.</w:t>
      </w:r>
    </w:p>
    <w:p>
      <w:pPr>
        <w:jc w:val="center"/>
      </w:pPr>
      <w:r>
        <w:drawing>
          <wp:inline xmlns:a="http://schemas.openxmlformats.org/drawingml/2006/main" xmlns:pic="http://schemas.openxmlformats.org/drawingml/2006/picture">
            <wp:extent cx="752475" cy="161926"/>
            <wp:docPr id="89" name="Picture 8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có nghĩ họ sẽ kết tội anh ta không?' Beth hỏi khi cô múc quả trứng chiên thứ hai ra khỏi chảo và thả lên đĩa của William.</w:t>
      </w:r>
    </w:p>
    <w:p>
      <w:pPr>
        <w:spacing w:after="80"/>
      </w:pPr>
      <w:r>
        <w:rPr>
          <w:b w:val="0"/>
          <w:i w:val="0"/>
        </w:rPr>
        <w:t>'Đây sẽ là một cuộc đua sát nút,' William đáp. 'Họ có thể cảm thấy không đủ bằng chứng để kết tội anh ta, sau khi Booth Watson bịa ra một câu chuyện về sự trả thù mà Congreve chưa từng viết.'</w:t>
      </w:r>
    </w:p>
    <w:p>
      <w:pPr>
        <w:spacing w:after="80"/>
      </w:pPr>
      <w:r>
        <w:rPr>
          <w:b w:val="0"/>
          <w:i w:val="0"/>
        </w:rPr>
        <w:t>'Sao bố anh không sửa lại cho ông ta?'</w:t>
      </w:r>
    </w:p>
    <w:p>
      <w:pPr>
        <w:spacing w:after="80"/>
      </w:pPr>
      <w:r>
        <w:rPr>
          <w:b w:val="0"/>
          <w:i w:val="0"/>
        </w:rPr>
        <w:t>'Ông ấy không thể khi Grace đang đại diện cho bên công tố.'</w:t>
      </w:r>
    </w:p>
    <w:p>
      <w:pPr>
        <w:spacing w:after="80"/>
      </w:pPr>
      <w:r>
        <w:rPr>
          <w:b w:val="0"/>
          <w:i w:val="0"/>
        </w:rPr>
        <w:t>'Nhưng anh mới nói với em chỉ một tuần trước rằng anh coi đây là một vụ án rõ như ban ngày.'</w:t>
      </w:r>
    </w:p>
    <w:p>
      <w:pPr>
        <w:spacing w:after="80"/>
      </w:pPr>
      <w:r>
        <w:rPr>
          <w:b w:val="0"/>
          <w:i w:val="0"/>
        </w:rPr>
        <w:t>'Và có lẽ đã đúng như thế nếu điệp viên chìm của chúng ta có thể bắt Summers khi anh ta bước ra khỏi nhà Payne, và lấy đi chiếc túi Sainsbury's mà anh ta đang mang.'</w:t>
      </w:r>
    </w:p>
    <w:p>
      <w:pPr>
        <w:spacing w:after="80"/>
      </w:pPr>
      <w:r>
        <w:rPr>
          <w:b w:val="0"/>
          <w:i w:val="0"/>
        </w:rPr>
        <w:t>'Vậy sao anh ta không làm thế?'</w:t>
      </w:r>
    </w:p>
    <w:p>
      <w:pPr>
        <w:spacing w:after="80"/>
      </w:pPr>
      <w:r>
        <w:rPr>
          <w:b w:val="0"/>
          <w:i w:val="0"/>
        </w:rPr>
        <w:t>'Bắt hai người không dễ đến thế khi anh không có người hỗ trợ, tất nhiên trừ khi anh là James Bond.'</w:t>
      </w:r>
    </w:p>
    <w:p>
      <w:pPr>
        <w:spacing w:after="80"/>
      </w:pPr>
      <w:r>
        <w:rPr>
          <w:b w:val="0"/>
          <w:i w:val="0"/>
        </w:rPr>
        <w:t>'Còn ở Playboy Club thì sao, khi anh được trao cơ hội thứ hai?'</w:t>
      </w:r>
    </w:p>
    <w:p>
      <w:pPr>
        <w:spacing w:after="80"/>
      </w:pPr>
      <w:r>
        <w:rPr>
          <w:b w:val="0"/>
          <w:i w:val="0"/>
        </w:rPr>
        <w:t>'Cùng một vấn đề, mặc dù nhờ Nicky ít nhất anh đã phát hiện ra Summers và Lamont đang làm gì.'</w:t>
      </w:r>
    </w:p>
    <w:p>
      <w:pPr>
        <w:spacing w:after="80"/>
      </w:pPr>
      <w:r>
        <w:rPr>
          <w:b w:val="0"/>
          <w:i w:val="0"/>
        </w:rPr>
        <w:t>'Nhưng anh vẫn có thể đưa chiếc nhẫn ra làm bằng chứng,' Beth nói, khi cô bắt đầu cho hai đứa trẻ sinh đôi ăn.</w:t>
      </w:r>
    </w:p>
    <w:p>
      <w:pPr>
        <w:spacing w:after="80"/>
      </w:pPr>
      <w:r>
        <w:rPr>
          <w:b w:val="0"/>
          <w:i w:val="0"/>
        </w:rPr>
        <w:t xml:space="preserve">‘Đúng vậy, nhưng cũng chẳng ích gì khi Nicky cứ chần chừ mãi mới chịu thừa nhận lúc lần đầu cô ấy nhìn thấy nó,’ William nói, liếc sang tờ </w:t>
      </w:r>
      <w:r>
        <w:rPr>
          <w:b w:val="0"/>
          <w:i/>
        </w:rPr>
        <w:t>Daily Mail</w:t>
      </w:r>
      <w:r>
        <w:rPr>
          <w:b w:val="0"/>
          <w:i w:val="0"/>
        </w:rPr>
        <w:t xml:space="preserve"> của Beth.</w:t>
      </w:r>
    </w:p>
    <w:p>
      <w:pPr>
        <w:spacing w:after="80"/>
      </w:pPr>
      <w:r>
        <w:rPr>
          <w:b w:val="0"/>
          <w:i w:val="0"/>
        </w:rPr>
        <w:t>‘Đúng là thứ tôi cần,’ ông nói, sau khi đọc dòng tít lớn trên trang nhất.</w:t>
      </w:r>
    </w:p>
    <w:p>
      <w:pPr>
        <w:jc w:val="center"/>
      </w:pPr>
      <w:r>
        <w:drawing>
          <wp:inline xmlns:a="http://schemas.openxmlformats.org/drawingml/2006/main" xmlns:pic="http://schemas.openxmlformats.org/drawingml/2006/picture">
            <wp:extent cx="752475" cy="161926"/>
            <wp:docPr id="90" name="Picture 9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Sáng hôm đó Grace chẳng buồn ăn sáng, cô tranh thủ xem lại lần cuối phần phát biểu kết thúc của trưởng nhóm mình trước khi đến tòa.</w:t>
      </w:r>
    </w:p>
    <w:p>
      <w:pPr>
        <w:spacing w:after="80"/>
      </w:pPr>
      <w:r>
        <w:rPr>
          <w:b w:val="0"/>
          <w:i w:val="0"/>
        </w:rPr>
        <w:t>‘Đó là lúc bố em thuyết phục nhất đấy,’ Clare nói sau khi đọc xong phần kết luận hùng biện.</w:t>
      </w:r>
    </w:p>
    <w:p>
      <w:pPr>
        <w:spacing w:after="80"/>
      </w:pPr>
      <w:r>
        <w:rPr>
          <w:b w:val="0"/>
          <w:i w:val="0"/>
        </w:rPr>
        <w:t>‘Em đồng ý,’ Grace nói khi tờ báo buổi sáng rơi phịch xuống tấm thảm trước cửa. ‘Nhưng liệu bồi thẩm đoàn có cuối cùng dành cho Summers sự nhân nhượng vì còn mối nghi ngờ không?’</w:t>
      </w:r>
    </w:p>
    <w:p>
      <w:pPr>
        <w:spacing w:after="80"/>
      </w:pPr>
      <w:r>
        <w:rPr>
          <w:b w:val="0"/>
          <w:i w:val="0"/>
        </w:rPr>
        <w:t>‘Chẳng mấy chốc sẽ biết thôi. Sao em không lấy tờ báo trong khi chị pha cà phê cho hai đứa mình?’</w:t>
      </w:r>
    </w:p>
    <w:p>
      <w:pPr>
        <w:spacing w:after="80"/>
      </w:pPr>
      <w:r>
        <w:rPr>
          <w:b w:val="0"/>
          <w:i w:val="0"/>
        </w:rPr>
        <w:t>Clare bật ấm đun nước khi Grace rời khỏi bếp. Một lúc sau cô nghe thấy một tràng chửi thề vọng ra từ hành lang, và càng lúc càng to hơn khi người bạn đời của cô quay lại nhập bọn. Đâu phải kiểu ngôn từ người ta mong đợi ở một người đang hy vọng được bổ nhiệm làm QC.</w:t>
      </w:r>
    </w:p>
    <w:p>
      <w:pPr>
        <w:spacing w:after="80"/>
      </w:pPr>
      <w:r>
        <w:rPr>
          <w:b w:val="0"/>
          <w:i w:val="0"/>
        </w:rPr>
        <w:t xml:space="preserve">Grace lao trở lại phòng và ném tờ </w:t>
      </w:r>
      <w:r>
        <w:rPr>
          <w:b w:val="0"/>
          <w:i/>
        </w:rPr>
        <w:t>Guardian</w:t>
      </w:r>
      <w:r>
        <w:rPr>
          <w:b w:val="0"/>
          <w:i w:val="0"/>
        </w:rPr>
        <w:t xml:space="preserve"> lên bàn bếp, nói: ‘Cái này chẳng giúp gì cho vụ của chúng ta đâu.’</w:t>
      </w:r>
    </w:p>
    <w:p>
      <w:pPr>
        <w:jc w:val="center"/>
      </w:pPr>
      <w:r>
        <w:drawing>
          <wp:inline xmlns:a="http://schemas.openxmlformats.org/drawingml/2006/main" xmlns:pic="http://schemas.openxmlformats.org/drawingml/2006/picture">
            <wp:extent cx="752475" cy="161926"/>
            <wp:docPr id="91" name="Picture 9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Booth Watson vẫn cảm thấy phán quyết còn lửng lơ khi ông chậm rãi xem lại lần cuối bài phát biểu kết luận trước bồi thẩm đoàn. Ông đang thưởng thức một bữa sáng kiểu Anh đầy đủ tại chiếc bàn ưa thích trong nhà hàng Savoy Grill. Ông hài lòng vì đã thuyết phục được Summers rằng anh ta không nên ra làm chứng. Một rủi ro không đáng để đánh đổi, ông đã nhắc đi nhắc lại vài lần. Ngài Julian có lẽ sẽ nhắc đến hồn ma Banquo trong phần tổng kết của mình, nhưng ít nhất ông có lợi thế là đi sau đối thủ cũ và đáp trả tương xứng trước khi thẩm phán nói chuyện với bồi thẩm đoàn.</w:t>
      </w:r>
    </w:p>
    <w:p>
      <w:pPr>
        <w:spacing w:after="80"/>
      </w:pPr>
      <w:r>
        <w:rPr>
          <w:b w:val="0"/>
          <w:i w:val="0"/>
        </w:rPr>
        <w:t xml:space="preserve">Ông sửa một hai chỗ nhỏ trong bản thảo rồi gạt nó sang một bên và cầm tờ </w:t>
      </w:r>
      <w:r>
        <w:rPr>
          <w:b w:val="0"/>
          <w:i/>
        </w:rPr>
        <w:t>The Times</w:t>
      </w:r>
      <w:r>
        <w:rPr>
          <w:b w:val="0"/>
          <w:i w:val="0"/>
        </w:rPr>
        <w:t xml:space="preserve"> của mình lên. Ly cà phê của ông nguội ngắt khi ông đọc bài báo trang nhất lần thứ hai.</w:t>
      </w:r>
    </w:p>
    <w:p>
      <w:pPr>
        <w:spacing w:after="80"/>
      </w:pPr>
      <w:r>
        <w:rPr>
          <w:b w:val="0"/>
          <w:i w:val="0"/>
        </w:rPr>
        <w:t>‘Ngài có muốn thêm cà phê không ạ?’ một người bồi bàn chu đáo hỏi.</w:t>
      </w:r>
    </w:p>
    <w:p>
      <w:pPr>
        <w:spacing w:after="80"/>
      </w:pPr>
      <w:r>
        <w:rPr>
          <w:b w:val="0"/>
          <w:i w:val="0"/>
        </w:rPr>
        <w:t>‘Không,’ Booth Watson đáp dứt khoát. ‘Mang cho tôi một bản của mọi tờ báo buổi sáng và ghi vào hóa đơn của tôi. Ngay lập tức.’</w:t>
      </w:r>
    </w:p>
    <w:p>
      <w:pPr>
        <w:spacing w:after="80"/>
      </w:pPr>
      <w:r>
        <w:rPr>
          <w:b w:val="0"/>
          <w:i w:val="0"/>
        </w:rPr>
        <w:t>‘Vâng, thưa ngài,’ người bồi bàn nói rồi vội vã đi.</w:t>
      </w:r>
    </w:p>
    <w:p>
      <w:pPr>
        <w:spacing w:after="80"/>
      </w:pPr>
      <w:r>
        <w:rPr>
          <w:b w:val="0"/>
          <w:i w:val="0"/>
        </w:rPr>
        <w:t>Booth Watson đọc bài báo lần thứ ba và mỉm cười. Cơ hội không còn là năm mươi năm mươi nữa. Ông bắt đầu viết lại đoạn cuối trong bài phát biểu kết luận của mình.</w:t>
      </w:r>
    </w:p>
    <w:p>
      <w:pPr>
        <w:jc w:val="center"/>
      </w:pPr>
      <w:r>
        <w:drawing>
          <wp:inline xmlns:a="http://schemas.openxmlformats.org/drawingml/2006/main" xmlns:pic="http://schemas.openxmlformats.org/drawingml/2006/picture">
            <wp:extent cx="752475" cy="161926"/>
            <wp:docPr id="92" name="Picture 9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Phòng xử đã chật kín từ lâu trước khi thẩm phán đến giờ bước vào, khán giả chờ đợi đầy háo hức như chờ tấm màn kéo lên ở màn cuối của vở kịch.</w:t>
      </w:r>
    </w:p>
    <w:p>
      <w:pPr>
        <w:spacing w:after="80"/>
      </w:pPr>
      <w:r>
        <w:rPr>
          <w:b w:val="0"/>
          <w:i w:val="0"/>
        </w:rPr>
        <w:t>Ngài Julian đã dựng sẵn chiếc giá nhỏ của mình, và Grace đang kiểm tra lại xem các trang bản thảo của ông đã đúng thứ tự chưa. Clare ngồi trên ghế phía sau họ, sẵn sàng chuyền lên một mẩu giấy ghi vội nếu có điều gì bất ngờ xảy ra.</w:t>
      </w:r>
    </w:p>
    <w:p>
      <w:pPr>
        <w:spacing w:after="80"/>
      </w:pPr>
      <w:r>
        <w:rPr>
          <w:b w:val="0"/>
          <w:i w:val="0"/>
        </w:rPr>
        <w:t>Booth Watson ngồi nhàn nhã ở đầu kia của băng ghế, là người duy nhất trong phòng xử án đông đúc chú ý đến bị cáo khi anh ta vào chỗ ngồi trong khung bị cáo, cùng với hai viên cảnh sát trông như thể họ mong anh ta sẽ tìm cách bỏ trốn.</w:t>
      </w:r>
    </w:p>
    <w:p>
      <w:pPr>
        <w:spacing w:after="80"/>
      </w:pPr>
      <w:r>
        <w:rPr>
          <w:b w:val="0"/>
          <w:i w:val="0"/>
        </w:rPr>
        <w:t>Khi thẩm phán xuất hiện, mọi người trong phòng xử án đều đứng dậy và cúi chào. Ông đáp lễ khi ngồi xuống chiếc ghế tựa lưng cao ở giữa bục cao. Khi đã ổn định chỗ ngồi, ông nhìn xuống bồi thẩm đoàn qua cặp kính và mỉm cười. Cuối cùng ông hướng sự chú ý đến luật sư chính của bên công tố.</w:t>
      </w:r>
    </w:p>
    <w:p>
      <w:pPr>
        <w:spacing w:after="80"/>
      </w:pPr>
      <w:r>
        <w:rPr>
          <w:b w:val="0"/>
          <w:i w:val="0"/>
        </w:rPr>
        <w:t>‘Ngài Julian, ngài đã sẵn sàng tóm tắt thay mặt cho bên nguyên chưa?’</w:t>
      </w:r>
    </w:p>
    <w:p>
      <w:pPr>
        <w:spacing w:after="80"/>
      </w:pPr>
      <w:r>
        <w:rPr>
          <w:b w:val="0"/>
          <w:i w:val="0"/>
        </w:rPr>
        <w:t>‘Thưa ngài, tôi hoàn toàn sẵn sàng,’ vị trưởng đoàn của bên nguyên nói khi đứng dậy khỏi chỗ, kéo chỉnh lại áo choàng và sửa lại bộ tóc giả, cho thấy có những thứ không bao giờ thay đổi.</w:t>
      </w:r>
    </w:p>
    <w:p>
      <w:pPr>
        <w:spacing w:after="80"/>
      </w:pPr>
      <w:r>
        <w:rPr>
          <w:b w:val="0"/>
          <w:i w:val="0"/>
        </w:rPr>
        <w:t>‘Thưa ngài, thưa các thành viên bồi thẩm đoàn, đây quả thực là một vụ án phi thường. Cuối cùng, tôi cho rằng nó đơn giản chỉ là ở chỗ các vị tin ai. Các vị có thể được tha thứ nếu tự hỏi ai mới là người bị xét xử, khi bị cáo từ chối trả lời bất kỳ câu hỏi nào sau khi bị bắt, lại tiếp tục không làm vậy trước mặt người bạn đồng nghiệp uyên bác của tôi, và cuối cùng chúng ta bị tước mất mọi lời giải thích mà anh ta có thể đưa ra khi được trao cơ hội kể câu chuyện của mình từ ghế nhân chứng. Không khác gì hồn ma Banquo; các vị có thể thấy anh ta đứng đó, nhưng anh ta không trả lời bất kỳ câu hỏi nào của Macbeth.’</w:t>
      </w:r>
    </w:p>
    <w:p>
      <w:pPr>
        <w:spacing w:after="80"/>
      </w:pPr>
      <w:r>
        <w:rPr>
          <w:b w:val="0"/>
          <w:i w:val="0"/>
        </w:rPr>
        <w:t>‘Đó là quyền hợp pháp của anh ta,’ Booth Watson càu nhàu từ tư thế ngồi ở đầu kia của băng ghế.</w:t>
      </w:r>
    </w:p>
    <w:p>
      <w:pPr>
        <w:spacing w:after="80"/>
      </w:pPr>
      <w:r>
        <w:rPr>
          <w:b w:val="0"/>
          <w:i w:val="0"/>
        </w:rPr>
        <w:t>Ngài Julian quay lại, mỉm cười với đối thủ và nói, ‘Cuối cùng chúng ta đã tìm được một điều có thể đồng ý với nhau.’ Một hai thành viên bồi thẩm đoàn cũng mỉm cười.</w:t>
      </w:r>
    </w:p>
    <w:p>
      <w:pPr>
        <w:spacing w:after="80"/>
      </w:pPr>
      <w:r>
        <w:rPr>
          <w:b w:val="0"/>
          <w:i w:val="0"/>
        </w:rPr>
        <w:t>‘Nếu anh ta làm vậy, thưa ngài, tôi đã có thể hỏi bị cáo tại sao anh ta lại vào nhà của một kẻ buôn ma túy hàng đầu lúc một giờ sáng, và trong chiếc túi Sainsbury’s anh ta mang theo khi bước ra hai mươi phút sau đó có gì. Có lẽ có một lời giải thích đơn giản. Nếu vậy, chúng ta đã không có cơ hội được nghe nó.</w:t>
      </w:r>
    </w:p>
    <w:p>
      <w:pPr>
        <w:spacing w:after="80"/>
      </w:pPr>
      <w:r>
        <w:rPr>
          <w:b w:val="0"/>
          <w:i w:val="0"/>
        </w:rPr>
        <w:t>‘Và các vị có thể hỏi tại sao,’ ông tiếp tục, quay mặt về phía bồi thẩm đoàn, ‘bị cáo sau đó lại lái xe đến nhà của một kẻ buôn ma túy khét tiếng không kém, người rõ ràng đang chờ anh ta, vì như Thanh tra Warwick đã chỉ ra, cửa trước lập tức được mở tung để chào đón anh ta thậm chí trước khi anh ta kịp gõ cửa? Khi Summers xuất hiện nửa giờ sau đó, anh ta không còn mang theo chiếc túi Sainsbury’s nữa. Các vị có thể hỏi trong đó có gì. Có lẽ anh ta đang giao hàng tạp hóa?’</w:t>
      </w:r>
    </w:p>
    <w:p>
      <w:pPr>
        <w:spacing w:after="80"/>
      </w:pPr>
      <w:r>
        <w:rPr>
          <w:b w:val="0"/>
          <w:i w:val="0"/>
        </w:rPr>
        <w:t>Điều này khiến không chỉ một thành viên bồi thẩm đoàn mỉm cười.</w:t>
      </w:r>
    </w:p>
    <w:p>
      <w:pPr>
        <w:spacing w:after="80"/>
      </w:pPr>
      <w:r>
        <w:rPr>
          <w:b w:val="0"/>
          <w:i w:val="0"/>
        </w:rPr>
        <w:t>‘Và rồi còn có chuyến đi bí ẩn đến Playboy Club, khi anh ta được thấy dường như chia tay với một số tiền lớn. Nhưng liệu anh ta thực sự đánh mất nó, hay chỉ đơn giản là đổi nó? Bởi vì ba giờ sau anh ta rời câu lạc bộ với một tấm séc gần như đúng bằng số tiền anh ta bắt đầu. Tôi chắc chắn có một lời giải thích đơn giản khác mà anh ta chỉ cảm thấy không thể chia sẻ với chúng ta.</w:t>
      </w:r>
    </w:p>
    <w:p>
      <w:pPr>
        <w:spacing w:after="80"/>
      </w:pPr>
      <w:r>
        <w:rPr>
          <w:b w:val="0"/>
          <w:i w:val="0"/>
        </w:rPr>
        <w:t>‘Còn khó giải thích hơn nữa là làm thế nào anh ta lại sở hữu một chiếc nhẫn kim cương trị giá hơn ba nghìn bảng, được PC Bailey tìm thấy trong căn hộ của anh ta. Người bạn đồng nghiệp uyên bác của tôi đã khéo léo cố gắng đổ lỗi cho chính Constable Bailey, bằng cách tuyên bố rằng các ngày tháng không khớp. Tôi sẽ cho các vị biết một ngày tháng khớp, mà người bạn đồng nghiệp uyên bác của tôi đã tránh đề cập. Kẻ trộm đã lấy cắp chiếc nhẫn đó từ một ngôi nhà ở Mayfair đã bị bắt, bị buộc tội và bị tạm giam vào tháng Năm, rất lâu trước khi PC Bailey thậm chí gặp bị cáo, vì vậy không thể là cô ấy đã lấy cắp chiếc nhẫn, điều này thu hẹp phạm vi đáng kể.</w:t>
      </w:r>
    </w:p>
    <w:p>
      <w:pPr>
        <w:spacing w:after="80"/>
      </w:pPr>
      <w:r>
        <w:rPr>
          <w:b w:val="0"/>
          <w:i w:val="0"/>
        </w:rPr>
        <w:t>‘Nếu bị cáo chọn ra làm nhân chứng, và tuyên thệ nói sự thật, toàn bộ sự thật và không gì ngoài sự thật, tôi có thể đã bị cám dỗ hỏi anh ta làm thế nào anh ta lại sở hữu chiếc tivi Sony mới nhất, một chiếc máy ghi VHS hoàn toàn mới, hai chiếc đồng hồ hàng hiệu, chưa kể chiếc Jaguar mới nhất, và đồ đạc có thể tô điểm cho một biệt thự ở Mayfair chứ không phải một căn hộ nhỏ ở Romford.</w:t>
      </w:r>
    </w:p>
    <w:p>
      <w:pPr>
        <w:spacing w:after="80"/>
      </w:pPr>
      <w:r>
        <w:rPr>
          <w:b w:val="0"/>
          <w:i w:val="0"/>
        </w:rPr>
        <w:t>‘Tuy nhiên, có một điều mà người bạn đồng nghiệp uyên bác của tôi và tôi có thể đồng ý với nhau.’ Ngài Julian liếc sang thấy Booth Watson, đầu cúi xuống, tạo cảm giác như đang ngủ say. ‘Đó là chỉ có một người có thể đã lấy cắp tất cả những món đồ đó, bao gồm cả chiếc nhẫn.’ Ông lại quay mặt về phía bồi thẩm đoàn. ‘Và chắc chắn đó không phải là một cô gái trẻ ngây thơ, dễ bị ảnh hưởng, người – có lẽ một cách khôn ngoan chưa chắc – đã yêu bị cáo và cuối cùng sinh con cho anh ta. Một đứa con mà anh ta không hề có ý định thừa nhận. Trên thực tế, anh ta đã đi nghỉ với một người phụ nữ khác trong khi PC Bailey đang mang thai, và khi họ trở về từ kỳ nghỉ đó, người phụ nữ kia đang đeo chiếc nhẫn đính hôn. Thưa các thành viên bồi thẩm đoàn, các vị có thể hỏi làm thế nào một người đàn ông lại có thể hạ mình thấp đến vậy, cố gắng đổ lỗi cho việc lấy cắp chiếc nhẫn đó lên một cô gái trẻ vô tội, mẹ của con anh ta, để cứu lấy bản thân mình.</w:t>
      </w:r>
    </w:p>
    <w:p>
      <w:pPr>
        <w:spacing w:after="80"/>
      </w:pPr>
      <w:r>
        <w:rPr>
          <w:b w:val="0"/>
          <w:i w:val="0"/>
        </w:rPr>
        <w:t>‘Trước khi các vị lui vào để xem xét phán quyết, tôi muốn các vị nghĩ về một khía cạnh quan trọng nữa của vụ án này. Nếu DS Summers được phép coi thường pháp luật và thoát khỏi những tội ác trắng trợn của mình, thì điều đó gửi thông điệp gì đến hàng ngàn sĩ quan cảnh sát lương thiện và tận tụy trên khắp đất nước, những người vị tha và dũng cảm thực hiện nhiệm vụ của mình ngày này qua ngày khác để phục vụ công chúng?</w:t>
      </w:r>
    </w:p>
    <w:p>
      <w:pPr>
        <w:spacing w:after="80"/>
      </w:pPr>
      <w:r>
        <w:rPr>
          <w:b w:val="0"/>
          <w:i w:val="0"/>
        </w:rPr>
        <w:t>‘Tôi tin tưởng rằng sau khi các vị đã cân nhắc tất cả các bằng chứng, các vị chỉ có thể đi đến một kết luận. Rằng DS Jerry Summers là một kẻ tham nhũng, vô lương tâm, người giờ đây phải đối mặt với hậu quả của hành động mình, chỉ để trấn an công chúng rằng không ai đứng trên pháp luật.’ Ngài Julian quay lần cuối về phía bồi thẩm đoàn trước khi nói gần như thì thầm, ‘Để đạt được điều đó, các vị chắc chắn phải đưa ra phán quyết có tội.’</w:t>
      </w:r>
    </w:p>
    <w:p>
      <w:pPr>
        <w:spacing w:after="80"/>
      </w:pPr>
      <w:r>
        <w:rPr>
          <w:b w:val="0"/>
          <w:i w:val="0"/>
        </w:rPr>
        <w:t>Sir Julian ngồi xuống giữa một tràng xì xào bàn tán cho thấy phần lớn những người trong phòng xử đều đồng tình với ông. Các nhà báo vẫn tiếp tục cắm cúi ghi chép, dường như tin chắc rằng phán quyết đã được định đoạt từ trước, và chỉ có thể có một tiêu đề duy nhất trên trang nhất của họ vào sáng hôm sau: CÓ TỘI.</w:t>
      </w:r>
    </w:p>
    <w:p>
      <w:pPr>
        <w:spacing w:after="80"/>
      </w:pPr>
      <w:r>
        <w:rPr>
          <w:b w:val="0"/>
          <w:i w:val="0"/>
        </w:rPr>
        <w:t>Vị thẩm phán chờ mọi người ổn định chỗ ngồi rồi mới quay sang đầu bên kia của bàn luật sư, nơi vị luật sư bào chữa không chỉ hoàn toàn tỉnh táo mà còn rõ ràng đang sốt ruột muốn ra trận.</w:t>
      </w:r>
    </w:p>
    <w:p>
      <w:pPr>
        <w:spacing w:after="80"/>
      </w:pPr>
      <w:r>
        <w:rPr>
          <w:b w:val="0"/>
          <w:i w:val="0"/>
        </w:rPr>
        <w:t>"Ông Booth Watson, ông đã sẵn sàng trình bày bài phát biểu kết luận thay mặt cho thân chủ của mình chưa?" vị thẩm phán hỏi.</w:t>
      </w:r>
    </w:p>
    <w:p>
      <w:pPr>
        <w:spacing w:after="80"/>
      </w:pPr>
      <w:r>
        <w:rPr>
          <w:b w:val="0"/>
          <w:i w:val="0"/>
        </w:rPr>
        <w:t>"Thưa ngài, còn hơn cả sẵn sàng." Booth Watson đứng dậy khỏi chỗ ngồi, không buồn kéo lại áo choàng hay chỉnh lại bộ tóc giả. Ông nhìn xuống bảy gạch đầu dòng viết bằng chữ in hoa ở mặt sau một phong bì. Ông cũng đã thức trắng cả đêm.</w:t>
      </w:r>
    </w:p>
    <w:p>
      <w:pPr>
        <w:spacing w:after="80"/>
      </w:pPr>
      <w:r>
        <w:rPr>
          <w:b w:val="0"/>
          <w:i/>
        </w:rPr>
        <w:t>CON NGƯỜI ẤY</w:t>
      </w:r>
    </w:p>
    <w:p>
      <w:pPr>
        <w:spacing w:after="80"/>
      </w:pPr>
      <w:r>
        <w:rPr>
          <w:b w:val="0"/>
          <w:i w:val="0"/>
        </w:rPr>
        <w:t>"Thưa quý vị bồi thẩm đoàn," ông bắt đầu, lần đầu tiên nhìn thẳng vào họ. "Quý vị có bao giờ nghĩ rằng mình muốn được nghe phía bên kia của câu chuyện không? Người đàn ông đang bị xét xử hôm nay đã phục vụ với tư cách cảnh sát trong bảy năm, đạt đến cấp bậc trung sĩ thám tử mà không có một vết nhơ nào trong hồ sơ." Mắt ông không rời khỏi bồi thẩm đoàn. "Ba lần khác nhau, anh ta đã được trao tặng bằng khen vì những công việc xuất sắc thực hiện thay mặt cho cộng đồng địa phương. Đây có thể là cùng một người mà bên công tố vừa mô tả không? Tôi không nghĩ vậy."</w:t>
      </w:r>
    </w:p>
    <w:p>
      <w:pPr>
        <w:spacing w:after="80"/>
      </w:pPr>
      <w:r>
        <w:rPr>
          <w:b w:val="0"/>
          <w:i/>
        </w:rPr>
        <w:t>NHỮNG MÓN ĐỒ TÌM THẤY TRONG NHÀ ANH TA</w:t>
      </w:r>
    </w:p>
    <w:p>
      <w:pPr>
        <w:spacing w:after="80"/>
      </w:pPr>
      <w:r>
        <w:rPr>
          <w:b w:val="0"/>
          <w:i w:val="0"/>
        </w:rPr>
        <w:t>"Quý vị đã được bên công tố cho biết rằng nhà của bị cáo đầy những thiết bị điện tử đắt tiền và hàng hóa xa xỉ. Quý vị có thấy lạ không khi không một món nào trong số đó được đưa ra làm bằng chứng? Lý do, chúng ta được biết, là tất cả đều đã bị một sĩ quan của chính Scotland Yard, cảnh sát Bailey, tiêu hủy trước khi cảnh sát có thể tiến hành khám xét chỗ ở của anh ta. Và quý vị cũng có thể hỏi, họ đã tìm thấy gì khi lục tung căn hộ của thân chủ tôi?" Ông ngừng lại. "Một giá đựng thư mạ bạc, vài chiếc đồng hồ và một chiếc Jaguar đang được trả góp dần. Chẳng khác nào vụ cướp tàu hỏa vĩ đại cả."</w:t>
      </w:r>
    </w:p>
    <w:p>
      <w:pPr>
        <w:spacing w:after="80"/>
      </w:pPr>
      <w:r>
        <w:rPr>
          <w:b w:val="0"/>
          <w:i w:val="0"/>
        </w:rPr>
        <w:t>Một thành viên bồi thẩm đoàn nén lại một nụ cười.</w:t>
      </w:r>
    </w:p>
    <w:p>
      <w:pPr>
        <w:spacing w:after="80"/>
      </w:pPr>
      <w:r>
        <w:rPr>
          <w:b w:val="0"/>
          <w:i/>
        </w:rPr>
        <w:t>HAI VỤ MUA BÁN MA TÚY</w:t>
      </w:r>
    </w:p>
    <w:p>
      <w:pPr>
        <w:spacing w:after="80"/>
      </w:pPr>
      <w:r>
        <w:rPr>
          <w:b w:val="0"/>
          <w:i w:val="0"/>
        </w:rPr>
        <w:t>"Bên công tố đã đi vào rất nhiều chi tiết về việc bị cáo đã đến gặp kẻ cầm đầu một băng nhóm buôn ma túy vào sáng sớm như thế nào. Nhưng chẳng phải đó là một phần công việc của cảnh sát sao — đột kích những kẻ buôn ma túy bị tình nghi vào lúc chúng ít ngờ tới nhất, với hy vọng tìm được bằng chứng để đưa chúng ra trước công lý? Không phải công việc mà nhiều người trong chúng ta muốn làm vào lúc nửa đêm, khi chúng ta thà được an toàn cuộn mình trong chăn. Hãy biết ơn vì trung sĩ Summers đã sẵn lòng đảm nhận trách nhiệm đầy thử thách và nguy hiểm đó thay mặt cho quý vị.</w:t>
      </w:r>
    </w:p>
    <w:p>
      <w:pPr>
        <w:spacing w:after="80"/>
      </w:pPr>
      <w:r>
        <w:rPr>
          <w:b w:val="0"/>
          <w:i w:val="0"/>
        </w:rPr>
        <w:t>"Nếu viên cảnh sát chìm đã theo dõi anh ta ngày đêm lại háo hức muốn biết trong chiếc túi Sainsbury's đó có gì vào đêm nọ đến vậy, tại sao anh ta không bắt giữ trung sĩ Summers và xem bên trong? Có lẽ ngay từ đầu anh ta đã không có mặt ở đó?"</w:t>
      </w:r>
    </w:p>
    <w:p>
      <w:pPr>
        <w:spacing w:after="80"/>
      </w:pPr>
      <w:r>
        <w:rPr>
          <w:b w:val="0"/>
          <w:i w:val="0"/>
        </w:rPr>
        <w:t>Grace nghiêng người sang và thì thầm với cha, "Chắc chắn ông ta biết rằng các điệp viên chìm vẫn phải giữ bí mật, đó chính là mục đích của họ."</w:t>
      </w:r>
    </w:p>
    <w:p>
      <w:pPr>
        <w:spacing w:after="80"/>
      </w:pPr>
      <w:r>
        <w:rPr>
          <w:b w:val="0"/>
          <w:i w:val="0"/>
        </w:rPr>
        <w:t>"Tất nhiên là ông ta biết," Sir Julian nói. "Tuy nhiên, những lời của ông ta không nhắm vào chúng ta, mà nhắm vào bồi thẩm đoàn."</w:t>
      </w:r>
    </w:p>
    <w:p>
      <w:pPr>
        <w:spacing w:after="80"/>
      </w:pPr>
      <w:r>
        <w:rPr>
          <w:b w:val="0"/>
          <w:i/>
        </w:rPr>
        <w:t>CÂU LẠC BỘ PLAYBOY</w:t>
      </w:r>
    </w:p>
    <w:p>
      <w:pPr>
        <w:spacing w:after="80"/>
      </w:pPr>
      <w:r>
        <w:rPr>
          <w:b w:val="0"/>
          <w:i w:val="0"/>
        </w:rPr>
        <w:t>"Có vẻ như, thưa quý vị bồi thẩm đoàn, giờ đây việc đến câu lạc bộ Playboy và tận hưởng một đêm vui vẻ sau một ngày làm việc vất vả đã trở thành một tội ác. Và còn là một tội ác tồi tệ hơn nữa khi rời khỏi câu lạc bộ với số tiền gần bằng số tiền mang theo lúc đến."</w:t>
      </w:r>
    </w:p>
    <w:p>
      <w:pPr>
        <w:spacing w:after="80"/>
      </w:pPr>
      <w:r>
        <w:rPr>
          <w:b w:val="0"/>
          <w:i w:val="0"/>
        </w:rPr>
        <w:t>Booth Watson đã khiến một thành viên khác của bồi thẩm đoàn mỉm cười lần thứ hai.</w:t>
      </w:r>
    </w:p>
    <w:p>
      <w:pPr>
        <w:spacing w:after="80"/>
      </w:pPr>
      <w:r>
        <w:rPr>
          <w:b w:val="0"/>
          <w:i w:val="0"/>
        </w:rPr>
        <w:t>‘Thanh tra Warwick muốn quý vị tin rằng bị cáo đã làm điều gì đó phạm pháp khi chơi một ván roulette. Nếu đúng như vậy, tại sao ông ta lại một lần nữa không bắt giữ anh ta? Bởi vì một lần nữa, ông ta biết Trung sĩ Summers không có gì phải che giấu.’</w:t>
      </w:r>
    </w:p>
    <w:p>
      <w:pPr>
        <w:spacing w:after="80"/>
      </w:pPr>
      <w:r>
        <w:rPr>
          <w:b w:val="0"/>
          <w:i w:val="0"/>
        </w:rPr>
        <w:t>Booth Watson liếc xuống danh sách của mình.</w:t>
      </w:r>
    </w:p>
    <w:p>
      <w:pPr>
        <w:spacing w:after="80"/>
      </w:pPr>
      <w:r>
        <w:rPr>
          <w:b w:val="0"/>
          <w:i/>
        </w:rPr>
        <w:t>CHIẾC NHẪN</w:t>
      </w:r>
    </w:p>
    <w:p>
      <w:pPr>
        <w:spacing w:after="80"/>
      </w:pPr>
      <w:r>
        <w:rPr>
          <w:b w:val="0"/>
          <w:i w:val="0"/>
        </w:rPr>
        <w:t>‘Bây giờ chúng ta hãy chuyển sang mảnh bằng chứng duy nhất mà toàn bộ màn kịch này dựa vào. Một chiếc nhẫn kim cương được phát hiện trên bàn cạnh giường của Trung sĩ Summers. Nhưng làm sao nó lại ở đó? quý vị có thể hỏi. Cô Bailey nói với chúng ta rằng cô ấy đã để nó trên bàn cạnh giường của anh ta trước khi về nhà. Nếu điều đó là đáng tin, tại sao cô ấy không giao nó cho cấp trên tại Scotland Yard vào sáng hôm sau, khi vụ án có thể được giải quyết ngay tại chỗ, và Cảnh sát Bailey chắc chắn có thể đã nhận được lời khen ngợi vì công việc thám tử xuất sắc của mình, thay vì bị nghi ngờ rằng cô ấy không hoàn toàn trung thực về việc làm sao cô ấy có được chiếc nhẫn. Để trích lời người bạn đồng nghiệp uyên bác của tôi, quý vị hoàn toàn có thể hỏi tại sao. Có phải chăng cô Bailey không hề ngây thơ và trong sáng như người bạn đồng nghiệp uyên bác của tôi muốn quý vị tin?</w:t>
      </w:r>
    </w:p>
    <w:p>
      <w:pPr>
        <w:spacing w:after="80"/>
      </w:pPr>
      <w:r>
        <w:rPr>
          <w:b w:val="0"/>
          <w:i w:val="0"/>
        </w:rPr>
        <w:t>‘Sau cùng, chúng ta biết cô ấy đã giữ chiếc nhẫn ít nhất một tháng, có thể lâu hơn, và rồi khi mọi chuyện bắt đầu rối ren, cô ấy quay lại căn hộ của bị cáo khi anh ta không có nhà, và để chiếc nhẫn trên bàn cạnh giường của anh ta, với hy vọng nó sẽ được một đội khám xét từ Scotland Yard phát hiện, đội này sẽ đến vào ngày hôm sau với đầy đủ vũ khí. Nhưng thật không may, họ đã không tìm thấy chiếc nhẫn. Vậy nên, người ta buộc phải tự hỏi ai là người đã đánh cắp nó ngay từ đầu.’</w:t>
      </w:r>
    </w:p>
    <w:p>
      <w:pPr>
        <w:spacing w:after="80"/>
      </w:pPr>
      <w:r>
        <w:rPr>
          <w:b w:val="0"/>
          <w:i/>
        </w:rPr>
        <w:t>MỐI QUAN HỆ CÁ NHÂN</w:t>
      </w:r>
    </w:p>
    <w:p>
      <w:pPr>
        <w:spacing w:after="80"/>
      </w:pPr>
      <w:r>
        <w:rPr>
          <w:b w:val="0"/>
          <w:i w:val="0"/>
        </w:rPr>
        <w:t>‘Bên nguyên đã nhấn mạnh rất nhiều vào việc khi cô Bailey sinh con, Trung sĩ Summers đã nhẫn tâm không hề cố gắng đến thăm cô ấy hay con trai mình. Một lần nữa, cô Bailey chỉ kể cho quý vị nghe phía câu chuyện của cô ấy. Điều cô ấy đã không cho quý vị biết, thưa các thành viên bồi thẩm đoàn, và thẩm phán sẽ xác nhận, là ông ấy đã ban hành một phán quyết rằng bị cáo không được phép trong bất kỳ hoàn cảnh nào cố gắng liên lạc với cô Bailey trước khi phiên tòa bắt đầu, nếu không thì tiền bảo lãnh của anh ta sẽ bị hủy bỏ. Thân chủ của tôi tuân thủ đúng từng chữ của luật pháp, và cô ấy lại lên án anh ta vì điều đó,’ Booth Watson phản đối, mắt ông không rời khỏi bồi thẩm đoàn.</w:t>
      </w:r>
    </w:p>
    <w:p>
      <w:pPr>
        <w:spacing w:after="80"/>
      </w:pPr>
      <w:r>
        <w:rPr>
          <w:b w:val="0"/>
          <w:i/>
        </w:rPr>
        <w:t>TÓM TẮT LẬP LUẬN</w:t>
      </w:r>
    </w:p>
    <w:p>
      <w:pPr>
        <w:spacing w:after="80"/>
      </w:pPr>
      <w:r>
        <w:rPr>
          <w:b w:val="0"/>
          <w:i w:val="0"/>
        </w:rPr>
        <w:t>‘Thưa các thành viên bồi thẩm đoàn, Bên nguyên tiếp tục gợi ý rằng nếu thân chủ của tôi không bị kết tội và bị kết án một thời gian dài tù giam, điều đó sẽ gửi một thông điệp đến các đồng nghiệp cảnh sát của anh ta rằng họ có thể coi thường pháp luật mà không bị trừng phạt. Trên thực tế, điều ngược lại mới đúng. Nếu quý vị tuyên Trung sĩ Summers vô tội, điều đó sẽ gửi một thông điệp đến các đồng nghiệp của anh ta rằng một người vô tội không cần phải sợ những cáo buộc sai trái và vô căn cứ từ một người phụ nữ thù hận, miễn là anh ta đứng trước một bồi thẩm đoàn tin vào công lý.’ Ông dừng lại một lúc trước khi tiếp tục.</w:t>
      </w:r>
    </w:p>
    <w:p>
      <w:pPr>
        <w:spacing w:after="80"/>
      </w:pPr>
      <w:r>
        <w:rPr>
          <w:b w:val="0"/>
          <w:i w:val="0"/>
        </w:rPr>
        <w:t>‘Quý vị đã nghe ở đầu phiên tòa này, từ chính người bạn đồng nghiệp uyên bác của tôi, rằng Trung sĩ Summers là một sĩ quan được tặng thưởng cao quý, với một sự nghiệp vô cùng hứa hẹn phía trước. Cô Bailey còn đi xa hơn khi cô ấy làm chứng rằng thành tích bắt giữ của anh ta, theo đúng lời cô ấy, là “không ai sánh bằng”. Tuy nhiên, sự dư luận bất lợi mà Trung sĩ Summers phải chịu do kết quả của phiên tòa này đến mức ngay cả khi quý vị tuyên anh ta vô tội, anh ta sẽ không còn lựa chọn nào khác ngoài việc từ chức khỏi lực lượng cảnh sát, vì anh ta sẽ không còn có thể thực hiện công việc mà anh ta hằng mong muốn từ khi còn nhỏ với hết khả năng của mình. Quý vị có thể cảm thấy đó đã là hình phạt đủ nặng cho những sai phạm nhỏ nhặt như vậy.</w:t>
      </w:r>
    </w:p>
    <w:p>
      <w:pPr>
        <w:spacing w:after="80"/>
      </w:pPr>
      <w:r>
        <w:rPr>
          <w:b w:val="0"/>
          <w:i w:val="0"/>
        </w:rPr>
        <w:t>‘Và cuối cùng, thưa quý bà và quý ông của bồi thẩm đoàn, tôi tự hỏi liệu quý vị đã có dịp đọc bất kỳ tờ báo nào sáng nay chưa. Nếu chưa, cho phép tôi chỉ cho quý vị xem một mẫu nhỏ trang nhất của chúng.’</w:t>
      </w:r>
    </w:p>
    <w:p>
      <w:pPr>
        <w:spacing w:after="80"/>
      </w:pPr>
      <w:r>
        <w:rPr>
          <w:b w:val="0"/>
          <w:i w:val="0"/>
        </w:rPr>
        <w:t xml:space="preserve">Booth Watson chờ một lát trước khi giơ lên đầu tiên tờ </w:t>
      </w:r>
      <w:r>
        <w:rPr>
          <w:b w:val="0"/>
          <w:i/>
        </w:rPr>
        <w:t>The Times</w:t>
      </w:r>
      <w:r>
        <w:rPr>
          <w:b w:val="0"/>
          <w:i w:val="0"/>
        </w:rPr>
        <w:t xml:space="preserve">, tiếp theo là </w:t>
      </w:r>
      <w:r>
        <w:rPr>
          <w:b w:val="0"/>
          <w:i/>
        </w:rPr>
        <w:t>Telegraph</w:t>
      </w:r>
      <w:r>
        <w:rPr>
          <w:b w:val="0"/>
          <w:i w:val="0"/>
        </w:rPr>
        <w:t xml:space="preserve">, rồi </w:t>
      </w:r>
      <w:r>
        <w:rPr>
          <w:b w:val="0"/>
          <w:i/>
        </w:rPr>
        <w:t>Daily Mail</w:t>
      </w:r>
      <w:r>
        <w:rPr>
          <w:b w:val="0"/>
          <w:i w:val="0"/>
        </w:rPr>
        <w:t xml:space="preserve">, và cuối cùng là </w:t>
      </w:r>
      <w:r>
        <w:rPr>
          <w:b w:val="0"/>
          <w:i/>
        </w:rPr>
        <w:t>Guardian</w:t>
      </w:r>
      <w:r>
        <w:rPr>
          <w:b w:val="0"/>
          <w:i w:val="0"/>
        </w:rPr>
        <w:t>. Mỗi tờ đều hiển thị cùng một dòng tít lớn: VÔ TỘI.</w:t>
      </w:r>
    </w:p>
    <w:p>
      <w:pPr>
        <w:spacing w:after="80"/>
      </w:pPr>
      <w:r>
        <w:rPr>
          <w:b w:val="0"/>
          <w:i w:val="0"/>
        </w:rPr>
        <w:t>‘Hôm qua,’ Booth Watson tiếp tục, hạ giọng, ‘một tù nhân đã được thả khỏi Wormwood Scrubs sau khi thụ án mười bốn năm vì một tội ác mà anh ta không hề phạm. Tôi muốn quý vị chỉ trong một khoảnh khắc,’ ông nói, mắt lướt dọc theo hàng ghế đầu của bồi thẩm đoàn, ‘nhớ lại quý vị đã làm gì mười bốn năm trước, và tất cả những gì đã xảy ra trong những năm xen giữa đó.’ Ánh mắt ông chuyển sang hàng thứ hai. ‘Và bây giờ hãy tưởng tượng, thưa quý bà và quý ông của bồi thẩm đoàn, sẽ như thế nào nếu quý vị không thể trở về với gia đình mình tối nay, bởi vì quý vị sắp bị giam giữ mười bốn năm, vì một tội ác mà quý vị không hề phạm. Tôi chắc chắn quý vị sẽ đồng ý rằng điều đó không thể tưởng tượng nổi. Nhưng may mắn thay, giờ đây quý vị có cơ hội để đảm bảo rằng một người vô tội không phải thụ án một bản án khắc nghiệt tương tự vì một tội ác mà anh ta không hề phạm.</w:t>
      </w:r>
    </w:p>
    <w:p>
      <w:pPr>
        <w:spacing w:after="80"/>
      </w:pPr>
      <w:r>
        <w:rPr>
          <w:b w:val="0"/>
          <w:i w:val="0"/>
        </w:rPr>
        <w:t>‘Tôi xin gợi ý với quý vị rằng nếu trong tâm trí quý vị có một chút nghi ngờ nào về tội lỗi của Trung sĩ Summers, hãy cân nhắc nó cẩn thận trên bàn cân. Bởi vì nếu quý vị làm vậy, nó chắc chắn sẽ nghiêng về phía công lý, và quý vị sẽ không còn lựa chọn nào khác ngoài việc đưa ra phán quyết vô tội.’</w:t>
      </w:r>
    </w:p>
    <w:p>
      <w:pPr>
        <w:spacing w:after="80"/>
      </w:pPr>
      <w:r>
        <w:rPr>
          <w:b w:val="0"/>
          <w:i w:val="0"/>
        </w:rPr>
        <w:t xml:space="preserve">Một lần nữa, ông giơ lên tờ </w:t>
      </w:r>
      <w:r>
        <w:rPr>
          <w:b w:val="0"/>
          <w:i/>
        </w:rPr>
        <w:t>The Times</w:t>
      </w:r>
      <w:r>
        <w:rPr>
          <w:b w:val="0"/>
          <w:i w:val="0"/>
        </w:rPr>
        <w:t xml:space="preserve"> của mình, để hình ảnh cuối cùng mà các thành viên bồi thẩm đoàn nhìn thấy trước khi họ rời đi để cân nhắc phán quyết là VÔ TỘI.</w:t>
      </w:r>
    </w:p>
    <w:p>
      <w:pPr>
        <w:spacing w:after="80"/>
      </w:pPr>
      <w:r>
        <w:rPr>
          <w:b w:val="0"/>
          <w:i w:val="0"/>
        </w:rPr>
        <w:t>Booth Watson ngồi sụp xuống ghế băng, rõ ràng là kiệt sức. Không phải lần đầu tiên, Ngài Julian phải thừa nhận rằng ông không có đối thủ nào đáng gờm hơn ở Đoàn Luật sư.</w:t>
      </w:r>
    </w:p>
    <w:p>
      <w:pPr>
        <w:spacing w:after="80"/>
      </w:pPr>
      <w:r>
        <w:rPr>
          <w:b w:val="0"/>
          <w:i w:val="0"/>
        </w:rPr>
        <w:t>Tiếng xì xào nhỏ lại một lần nữa vang lên khắp phòng xử án. Booth Watson lén mở một mắt và liếc nhìn bồi thẩm đoàn. Ông ta tự tin rằng mình đã gieo được hạt giống hoài nghi, bởi vì tất cả bọn họ trông đúng như Dickens từng mô tả về một bồi thẩm đoàn: lưỡng lự chưa quyết.</w:t>
      </w:r>
    </w:p>
    <w:p>
      <w:pPr>
        <w:spacing w:after="80"/>
      </w:pPr>
      <w:r>
        <w:rPr>
          <w:b w:val="0"/>
          <w:i w:val="0"/>
        </w:rPr>
        <w:t>‘Xuất sắc,’ Ngài Julian thì thầm với Grace. ‘Tôi biết anh ta có tội, cô biết anh ta có tội, và chắc chắn BW biết anh ta có tội. Nhưng sau đó, bồi thẩm đoàn có thể sẽ không còn đủ tự tin để đưa ra phán quyết có thể được mô tả là vượt quá mọi nghi ngờ hợp lý.’</w:t>
      </w:r>
    </w:p>
    <w:p>
      <w:pPr>
        <w:spacing w:after="80"/>
      </w:pPr>
      <w:r>
        <w:rPr>
          <w:b w:val="0"/>
          <w:i w:val="0"/>
        </w:rPr>
        <w:t>‘Có lẽ đây là thời điểm thích hợp để chúng ta nghỉ trưa,’ thẩm phán nói. ‘Nếu các vị quay lại lúc hai giờ, tôi sẽ bắt đầu phần tổng kết của mình.’</w:t>
      </w:r>
    </w:p>
    <w:p>
      <w:pPr>
        <w:spacing w:after="80"/>
      </w:pPr>
      <w:r>
        <w:rPr>
          <w:b w:val="0"/>
          <w:i w:val="0"/>
        </w:rPr>
        <w:t>Ngài Thẩm phán Ramsden đẩy ghế ra sau, đứng dậy và cúi chào toàn thể những người có mặt trước khi rời phòng xử án. Cánh cửa vừa đóng lại sau lưng ông, tiếng xì xào liền bắt đầu trở lại. Mọi người dường như đều có ý kiến riêng về việc bị cáo sẽ bị kết tội hay không có tội.</w:t>
      </w:r>
    </w:p>
    <w:p>
      <w:pPr>
        <w:spacing w:after="80"/>
      </w:pPr>
      <w:r>
        <w:rPr>
          <w:b w:val="0"/>
          <w:i w:val="0"/>
        </w:rPr>
        <w:t>À, mọi người trừ Ngài Julian Warwick và ông Booth Watson.</w:t>
      </w:r>
    </w:p>
    <w:p>
      <w:pPr>
        <w:jc w:val="center"/>
      </w:pPr>
      <w:r>
        <w:drawing>
          <wp:inline xmlns:a="http://schemas.openxmlformats.org/drawingml/2006/main" xmlns:pic="http://schemas.openxmlformats.org/drawingml/2006/picture">
            <wp:extent cx="752475" cy="161926"/>
            <wp:docPr id="93" name="Picture 9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‘Bánh nướng nhân thịt bò và thận kèm khoai tây chiên,’ William nói.</w:t>
      </w:r>
    </w:p>
    <w:p>
      <w:pPr>
        <w:spacing w:after="80"/>
      </w:pPr>
      <w:r>
        <w:rPr>
          <w:b w:val="0"/>
          <w:i w:val="0"/>
        </w:rPr>
        <w:t>Grace cau mày. ‘Tôi không chắc Beth sẽ đồng ý đâu.’</w:t>
      </w:r>
    </w:p>
    <w:p>
      <w:pPr>
        <w:spacing w:after="80"/>
      </w:pPr>
      <w:r>
        <w:rPr>
          <w:b w:val="0"/>
          <w:i w:val="0"/>
        </w:rPr>
        <w:t>‘Tôi sẽ không nói với cô ấy nếu anh không nói,’ William nói với vẻ mặt tươi cười.</w:t>
      </w:r>
    </w:p>
    <w:p>
      <w:pPr>
        <w:spacing w:after="80"/>
      </w:pPr>
      <w:r>
        <w:rPr>
          <w:b w:val="0"/>
          <w:i w:val="0"/>
        </w:rPr>
        <w:t>‘Tôi cũng ăn món đó,’ Ngài Julian nói, trả lại thực đơn. Grace không bình luận gì.</w:t>
      </w:r>
    </w:p>
    <w:p>
      <w:pPr>
        <w:spacing w:after="80"/>
      </w:pPr>
      <w:r>
        <w:rPr>
          <w:b w:val="0"/>
          <w:i w:val="0"/>
        </w:rPr>
        <w:t>‘Tôi biết đây là một câu hỏi ngớ ngẩn, Ngài Julian,’ Clare nói, ‘nhưng nếu ông phải đặt một khoản cược nhỏ vào phán quyết, thì—’</w:t>
      </w:r>
    </w:p>
    <w:p>
      <w:pPr>
        <w:spacing w:after="80"/>
      </w:pPr>
      <w:r>
        <w:rPr>
          <w:b w:val="0"/>
          <w:i w:val="0"/>
        </w:rPr>
        <w:t>‘Cô nói hoàn toàn đúng, Clare, đó là một câu hỏi ngớ ngẩn. Chúng ta sẽ phải để quyết định đó cho bồi thẩm đoàn. Không ai trong chúng ta có thể đoán trước được.’</w:t>
      </w:r>
    </w:p>
    <w:p>
      <w:pPr>
        <w:spacing w:after="80"/>
      </w:pPr>
      <w:r>
        <w:rPr>
          <w:b w:val="0"/>
          <w:i w:val="0"/>
        </w:rPr>
        <w:t>Không có thêm ý kiến nào được đưa ra cho đến khi một nữ phục vụ xuất hiện trở lại, mang theo một khay đầy thức ăn.</w:t>
      </w:r>
    </w:p>
    <w:p>
      <w:pPr>
        <w:spacing w:after="80"/>
      </w:pPr>
      <w:r>
        <w:rPr>
          <w:b w:val="0"/>
          <w:i w:val="0"/>
        </w:rPr>
        <w:t>‘Phần của tôi là salad xanh,’ Grace nói.</w:t>
      </w:r>
    </w:p>
    <w:p>
      <w:pPr>
        <w:spacing w:after="80"/>
      </w:pPr>
      <w:r>
        <w:rPr>
          <w:b w:val="0"/>
          <w:i w:val="0"/>
        </w:rPr>
        <w:t>‘Đừng nhìn bây giờ,’ William nói, ‘nhưng đồng nghiệp đáng kính của ông—’</w:t>
      </w:r>
    </w:p>
    <w:p>
      <w:pPr>
        <w:spacing w:after="80"/>
      </w:pPr>
      <w:r>
        <w:rPr>
          <w:b w:val="0"/>
          <w:i w:val="0"/>
        </w:rPr>
        <w:t>Ngài Julian, Grace và Clare liếc nhìn khắp phòng và thấy Booth Watson đang ăn trưa với thân chủ của mình.</w:t>
      </w:r>
    </w:p>
    <w:p>
      <w:pPr>
        <w:spacing w:after="80"/>
      </w:pPr>
      <w:r>
        <w:rPr>
          <w:b w:val="0"/>
          <w:i w:val="0"/>
        </w:rPr>
        <w:t>‘BW không phải đồng nghiệp, và chắc chắn ông ta chẳng được ai kính trọng,’ Ngài Julian nói. ‘Chúng tôi chỉ tình cờ cùng hành nghề thôi.’</w:t>
      </w:r>
    </w:p>
    <w:p>
      <w:pPr>
        <w:spacing w:after="80"/>
      </w:pPr>
      <w:r>
        <w:rPr>
          <w:b w:val="0"/>
          <w:i w:val="0"/>
        </w:rPr>
        <w:t>‘Điều đó có lẽ đúng,’ William nói, ‘nhưng dù vậy, tôi ước gì mình được là con ruồi đậu trên tường mà nghe ngóng.’</w:t>
      </w:r>
    </w:p>
    <w:p>
      <w:pPr>
        <w:spacing w:after="80"/>
      </w:pPr>
      <w:r>
        <w:rPr>
          <w:b w:val="0"/>
          <w:i w:val="0"/>
        </w:rPr>
        <w:t>‘Anh nghĩ sao?’ Summers hỏi khi cắt miếng bít tết.</w:t>
      </w:r>
    </w:p>
    <w:p>
      <w:pPr>
        <w:spacing w:after="80"/>
      </w:pPr>
      <w:r>
        <w:rPr>
          <w:b w:val="0"/>
          <w:i w:val="0"/>
        </w:rPr>
        <w:t>‘Một khi tôi không còn làm gì được để tác động đến bồi thẩm đoàn nữa,’ Booth Watson đáp, ‘thì tôi ngừng suy nghĩ. Đó là trò chơi của kẻ dại. Nhưng tôi sẽ rất muốn nghe xem thẩm phán nói gì, vì cuối cùng tất cả có thể đều dựa vào phán quyết của ông ấy.’</w:t>
      </w:r>
    </w:p>
    <w:p>
      <w:pPr>
        <w:spacing w:after="80"/>
      </w:pPr>
      <w:r>
        <w:rPr>
          <w:b w:val="0"/>
          <w:i w:val="0"/>
        </w:rPr>
        <w:t>‘Hai người phụ nữ trong bồi thẩm đoàn đã nhìn tôi khi anh ngồi xuống sau bài phát biểu kết luận, và anh bảo đó là dấu hiệu tốt.’</w:t>
      </w:r>
    </w:p>
    <w:p>
      <w:pPr>
        <w:spacing w:after="80"/>
      </w:pPr>
      <w:r>
        <w:rPr>
          <w:b w:val="0"/>
          <w:i w:val="0"/>
        </w:rPr>
        <w:t>‘Chắc cũng chính hai người phụ nữ đó đã nhìn Warwick sau khi anh ta trình bày lời khai.’</w:t>
      </w:r>
    </w:p>
    <w:p>
      <w:pPr>
        <w:spacing w:after="80"/>
      </w:pPr>
      <w:r>
        <w:rPr>
          <w:b w:val="0"/>
          <w:i w:val="0"/>
        </w:rPr>
        <w:t>‘Anh không thể làm gì hơn được nữa,’ Summers nói, thả một miếng khoai tây chiên vào miệng.</w:t>
      </w:r>
    </w:p>
    <w:p>
      <w:pPr>
        <w:spacing w:after="80"/>
      </w:pPr>
      <w:r>
        <w:rPr>
          <w:b w:val="0"/>
          <w:i w:val="0"/>
        </w:rPr>
        <w:t>Nhưng liệu thế đã đủ chưa? Booth Watson không khỏi tự hỏi, khi một nữ phục vụ nhanh nhẹn dọn đĩa của họ đi.</w:t>
      </w:r>
    </w:p>
    <w:p>
      <w:pPr>
        <w:spacing w:after="80"/>
      </w:pPr>
      <w:r>
        <w:rPr>
          <w:b w:val="0"/>
          <w:i w:val="0"/>
        </w:rPr>
        <w:t>‘Anh nghĩ phần tổng kết của thẩm phán sẽ mất bao lâu?’ William hỏi, liếc đồng hồ. ‘Tôi đang mong quay về Yard và xử lý mấy hồ sơ trong khay giấy tờ đã phủ bụi từ lâu.’</w:t>
      </w:r>
    </w:p>
    <w:p>
      <w:pPr>
        <w:spacing w:after="80"/>
      </w:pPr>
      <w:r>
        <w:rPr>
          <w:b w:val="0"/>
          <w:i w:val="0"/>
        </w:rPr>
        <w:t>‘Bao lâu cần thì mất bấy lâu,’ Ngài Julian đáp một cách hữu ích.</w:t>
      </w:r>
    </w:p>
    <w:p>
      <w:pPr>
        <w:spacing w:after="80"/>
      </w:pPr>
      <w:r>
        <w:rPr>
          <w:b w:val="0"/>
          <w:i w:val="0"/>
        </w:rPr>
        <w:t>‘Con có thể nói chuyện với bố một chút về Nicky Bailey không?’ Grace lên tiếng, đổi chủ đề.</w:t>
      </w:r>
    </w:p>
    <w:p>
      <w:pPr>
        <w:spacing w:after="80"/>
      </w:pPr>
      <w:r>
        <w:rPr>
          <w:b w:val="0"/>
          <w:i w:val="0"/>
        </w:rPr>
        <w:t>‘Về cô ấy thì sao?’</w:t>
      </w:r>
    </w:p>
    <w:p>
      <w:pPr>
        <w:spacing w:after="80"/>
      </w:pPr>
      <w:r>
        <w:rPr>
          <w:b w:val="0"/>
          <w:i w:val="0"/>
        </w:rPr>
        <w:t>‘Dù phán quyết thế nào, con đang tự hỏi liệu chúng ta có thể tìm cho cô ấy một công việc trong đoàn luật sư không. Làm mẹ đơn thân, cô ấy sẽ chẳng dễ xoay xở đủ sống đâu.’</w:t>
      </w:r>
    </w:p>
    <w:p>
      <w:pPr>
        <w:spacing w:after="80"/>
      </w:pPr>
      <w:r>
        <w:rPr>
          <w:b w:val="0"/>
          <w:i w:val="0"/>
        </w:rPr>
        <w:t>‘Essex Court không phải nhà trẻ,’ Ngài Julian nói, đặt tách cà phê xuống. ‘Chúng ta là một đoàn luật sư chuyên nghiệp.’</w:t>
      </w:r>
    </w:p>
    <w:p>
      <w:pPr>
        <w:spacing w:after="80"/>
      </w:pPr>
      <w:r>
        <w:rPr>
          <w:b w:val="0"/>
          <w:i w:val="0"/>
        </w:rPr>
        <w:t>‘Con sẵn lòng nhận cô ấy làm điều tra viên,’ Clare nói. ‘Cô ấy thông minh và có năng lực, và việc cô ấy yêu nhầm người không có nghĩa là cô ấy không xứng đáng có cơ hội thứ hai.’</w:t>
      </w:r>
    </w:p>
    <w:p>
      <w:pPr>
        <w:spacing w:after="80"/>
      </w:pPr>
      <w:r>
        <w:rPr>
          <w:b w:val="0"/>
          <w:i w:val="0"/>
        </w:rPr>
        <w:t>‘Sao không tuyển luôn Summers nhân tiện?’ Ngài Julian nói. ‘Dù sao thì anh ta cũng có thể đang tìm việc.’</w:t>
      </w:r>
    </w:p>
    <w:p>
      <w:pPr>
        <w:spacing w:after="80"/>
      </w:pPr>
      <w:r>
        <w:rPr>
          <w:b w:val="0"/>
          <w:i w:val="0"/>
        </w:rPr>
        <w:t>‘Bố cô lúc nào cũng sôi nổi thế này à?’ Clare thì thầm với người yêu.</w:t>
      </w:r>
    </w:p>
    <w:p>
      <w:pPr>
        <w:spacing w:after="80"/>
      </w:pPr>
      <w:r>
        <w:rPr>
          <w:b w:val="0"/>
          <w:i w:val="0"/>
        </w:rPr>
        <w:t>‘Chỉ sau khi ông ấy đã ngồi xuống lần cuối và nghĩ ra những câu lẽ ra ông ấy nên hỏi thôi.’</w:t>
      </w:r>
    </w:p>
    <w:p>
      <w:pPr>
        <w:spacing w:after="80"/>
      </w:pPr>
      <w:r>
        <w:rPr>
          <w:b w:val="0"/>
          <w:i w:val="0"/>
        </w:rPr>
        <w:t>Cô phục vụ quay lại bàn của họ. ‘Quý khách có cần gì thêm không ạ?’</w:t>
      </w:r>
    </w:p>
    <w:p>
      <w:pPr>
        <w:spacing w:after="80"/>
      </w:pPr>
      <w:r>
        <w:rPr>
          <w:b w:val="0"/>
          <w:i w:val="0"/>
        </w:rPr>
        <w:t>Booth Watson nhìn đồng hồ. ‘Không, chỉ cần hóa đơn thôi,’ ông nói, mà không hề có ý định trả tiền.</w:t>
      </w:r>
    </w:p>
    <w:p>
      <w:pPr>
        <w:spacing w:after="80"/>
      </w:pPr>
      <w:r>
        <w:rPr>
          <w:b w:val="0"/>
          <w:i w:val="0"/>
        </w:rPr>
        <w:t>Summers mỉm cười với cô phục vụ khi cô đưa hóa đơn cho anh. Anh liếc nhìn con số, £7.80, và đưa ra mười bảng.</w:t>
      </w:r>
    </w:p>
    <w:p>
      <w:pPr>
        <w:spacing w:after="80"/>
      </w:pPr>
      <w:r>
        <w:rPr>
          <w:b w:val="0"/>
          <w:i w:val="0"/>
        </w:rPr>
        <w:t>‘Giữ tiền thừa đi.’</w:t>
      </w:r>
    </w:p>
    <w:p>
      <w:pPr>
        <w:spacing w:after="80"/>
      </w:pPr>
      <w:r>
        <w:rPr>
          <w:b w:val="0"/>
          <w:i w:val="0"/>
        </w:rPr>
        <w:t>‘Cảm ơn quý khách ạ.’</w:t>
      </w:r>
    </w:p>
    <w:p>
      <w:pPr>
        <w:spacing w:after="80"/>
      </w:pPr>
      <w:r>
        <w:rPr>
          <w:b w:val="0"/>
          <w:i w:val="0"/>
        </w:rPr>
        <w:t>‘Tôi mong được gặp lại cô vào ngày mai,’ Summers nói thêm với một nụ cười toe toét.</w:t>
      </w:r>
    </w:p>
    <w:p>
      <w:pPr>
        <w:spacing w:after="80"/>
      </w:pPr>
      <w:r>
        <w:rPr>
          <w:b w:val="0"/>
          <w:i w:val="0"/>
        </w:rPr>
        <w:t>Booth Watson không đưa ra ý kiến gì ngoài câu, ‘Đến lúc phải đi rồi. Tốt hơn chúng ta nên quay về trước khi thẩm phán về, nếu không cả hai chúng ta có thể cùng phải đứng vào ghế bị cáo đấy.’</w:t>
      </w:r>
    </w:p>
    <w:p>
      <w:pPr>
        <w:spacing w:after="80"/>
      </w:pPr>
      <w:r>
        <w:rPr>
          <w:b w:val="0"/>
          <w:i w:val="0"/>
        </w:rPr>
        <w:t>Họ rời nhà hàng và quay về phòng xử án số một, nơi Summers trở lại ghế bị cáo, còn Booth Watson về chỗ ngồi ở hàng ghế đầu; cả hai đều ngồi ngả lưng và chờ ông Justice Ramsden trở lại để bắt đầu phần tổng kết của ông.</w:t>
      </w:r>
    </w:p>
    <w:p>
      <w:pPr>
        <w:spacing w:after="80"/>
      </w:pPr>
      <w:r>
        <w:rPr>
          <w:b w:val="0"/>
          <w:i w:val="0"/>
        </w:rPr>
        <w:t>Đúng hai giờ, thẩm phán bước vào, kẹp một tập hồ sơ màu đỏ lớn dưới cánh tay phải. Giống như hai luật sư chính, ông cũng đã dành phần lớn đêm để trau chuốt bài tổng kết của mình, một trong những bài khó viết nhất trong sự nghiệp dài của ông.</w:t>
      </w:r>
    </w:p>
    <w:p>
      <w:pPr>
        <w:spacing w:after="80"/>
      </w:pPr>
      <w:r>
        <w:rPr>
          <w:b w:val="0"/>
          <w:i w:val="0"/>
        </w:rPr>
        <w:t>Ông ngồi xuống chiếc ghế tựa lưng cao, chỉnh lại chiếc áo choàng đen dài và mỉm cười nhìn xuống đám đông đang tụ họp, nhưng nụ cười biến mất khi ông nhận thấy luật sư trưởng của bên công tố không có mặt tại chỗ. Cả trợ lý của ông ta cũng vậy. Ông kiểm tra chiếc đồng hồ bỏ túi nửa vỏ của mình để thấy đã ba phút quá giờ. Đến phút thứ tư, ông đã gõ ngón tay sốt ruột lên tập hồ sơ đang mở, và đến phút thứ năm ông ngày càng bực bội. Ông chưa từng biết Sir Julian Warwick đi muộn giờ khai mạc phiên tòa bao giờ.</w:t>
      </w:r>
    </w:p>
    <w:p>
      <w:pPr>
        <w:spacing w:after="80"/>
      </w:pPr>
      <w:r>
        <w:rPr>
          <w:b w:val="0"/>
          <w:i w:val="0"/>
        </w:rPr>
        <w:t>Booth Watson không hề cố nén một nụ cười nhếch mép khi đồng hồ điểm phút thứ sáu quá giờ, và cửa phòng xử án mở ra. Sir Julian, Grace và Clare vội vã bước vào.</w:t>
      </w:r>
    </w:p>
    <w:p>
      <w:pPr>
        <w:spacing w:after="80"/>
      </w:pPr>
      <w:r>
        <w:rPr>
          <w:b w:val="0"/>
          <w:i w:val="0"/>
        </w:rPr>
        <w:t>‘Tôi thành thật xin lỗi, thưa Ngài,’ luật sư trưởng của bên công tố nói, trong khi vẫn đang bước đi.</w:t>
      </w:r>
    </w:p>
    <w:p>
      <w:pPr>
        <w:spacing w:after="80"/>
      </w:pPr>
      <w:r>
        <w:rPr>
          <w:b w:val="0"/>
          <w:i w:val="0"/>
        </w:rPr>
        <w:t>Ông Justice Ramsden gật đầu lạnh nhạt. ‘Khi nào ông sẵn sàng, thưa Sir Julian,’ ông nói. ‘Có lẽ tôi được phép bắt đầu phần tổng kết của mình.’</w:t>
      </w:r>
    </w:p>
    <w:p>
      <w:pPr>
        <w:spacing w:after="80"/>
      </w:pPr>
      <w:r>
        <w:rPr>
          <w:b w:val="0"/>
          <w:i w:val="0"/>
        </w:rPr>
        <w:t>‘Trước khi Ngài gọi bồi thẩm đoàn quay lại, thưa Ngài,’ Sir Julian nói, hơi hổn hển, ‘tôi mong Ngài cho phép tôi trình bày một lập luận pháp lý.’</w:t>
      </w:r>
    </w:p>
    <w:p>
      <w:pPr>
        <w:spacing w:after="80"/>
      </w:pPr>
      <w:r>
        <w:rPr>
          <w:b w:val="0"/>
          <w:i w:val="0"/>
        </w:rPr>
        <w:t>‘Tùy ý ngài,’ vị thẩm phán nói, miễn cưỡng gấp tập hồ sơ lại và ngồi ngả người ra ghế.</w:t>
      </w:r>
    </w:p>
    <w:p>
      <w:pPr>
        <w:spacing w:after="80"/>
      </w:pPr>
      <w:r>
        <w:rPr>
          <w:b w:val="0"/>
          <w:i w:val="0"/>
        </w:rPr>
        <w:t>‘Thưa ngài, nếu được ngài cho phép, tôi muốn triệu hồi lại một nhân chứng, vì có một số bằng chứng mới quan trọng vừa xuất hiện.’</w:t>
      </w:r>
    </w:p>
    <w:p>
      <w:pPr>
        <w:spacing w:after="80"/>
      </w:pPr>
      <w:r>
        <w:rPr>
          <w:b w:val="0"/>
          <w:i w:val="0"/>
        </w:rPr>
        <w:t>‘Điều đó, như ngài thừa biết, thưa Ngài Julian, sẽ là rất bất thường ở giai đoạn này của phiên xét xử.’</w:t>
      </w:r>
    </w:p>
    <w:p>
      <w:pPr>
        <w:spacing w:after="80"/>
      </w:pPr>
      <w:r>
        <w:rPr>
          <w:b w:val="0"/>
          <w:i w:val="0"/>
        </w:rPr>
        <w:t>‘Tôi chấp nhận điều đó, thưa ngài. Tuy nhiên, nếu bằng chứng mới này không được trình bày cho bồi thẩm đoàn, nó có thể làm suy yếu toàn bộ mục đích của phiên xét xử này. Tôi chắc ngài sẽ đồng ý rằng bồi thẩm đoàn phải được cung cấp tất cả bằng chứng liên quan và được phép chấp nhận, để họ có thể đưa ra phán quyết thấu đáo trong vụ án này.’</w:t>
      </w:r>
    </w:p>
    <w:p>
      <w:pPr>
        <w:spacing w:after="80"/>
      </w:pPr>
      <w:r>
        <w:rPr>
          <w:b w:val="0"/>
          <w:i w:val="0"/>
        </w:rPr>
        <w:t>‘Ngài có phản đối việc Ngài Julian triệu hồi lại một nhân chứng không?’ ông Thẩm phán Ramsden hỏi, chuyển sự chú ý sang phía bên kia ghế xét xử.</w:t>
      </w:r>
    </w:p>
    <w:p>
      <w:pPr>
        <w:spacing w:after="80"/>
      </w:pPr>
      <w:r>
        <w:rPr>
          <w:b w:val="0"/>
          <w:i w:val="0"/>
        </w:rPr>
        <w:t>‘Tôi chắc chắn phản đối, thưa ngài,’ Booth Watson nói, đứng dậy khỏi chỗ ngồi. ‘Như ngài đã nói, điều này sẽ là rất bất thường, xét rằng phiên xét xử gần như đã kết thúc, và tất cả những gì còn lại trước khi bồi thẩm đoàn rút lui là phần tổng kết của ngài.’</w:t>
      </w:r>
    </w:p>
    <w:p>
      <w:pPr>
        <w:spacing w:after="80"/>
      </w:pPr>
      <w:r>
        <w:rPr>
          <w:b w:val="0"/>
          <w:i w:val="0"/>
        </w:rPr>
        <w:t>‘Tôi hiểu ý ngài, ông Booth Watson, và sẽ cần vài phút để xem xét yêu cầu của Ngài Julian.’</w:t>
      </w:r>
    </w:p>
    <w:p>
      <w:pPr>
        <w:spacing w:after="80"/>
      </w:pPr>
      <w:r>
        <w:rPr>
          <w:b w:val="0"/>
          <w:i w:val="0"/>
        </w:rPr>
        <w:t>Tiếng xì xào ồn ào nổ ra ngay khi vị thẩm phán đóng cửa lại phía sau. Booth Watson đang trao đổi gấp gáp thì thầm với trợ lý của mình về việc nhân chứng đó có thể là ai, và quan trọng hơn, bằng chứng mới mà bên công tố đưa ra là gì.</w:t>
      </w:r>
    </w:p>
    <w:p>
      <w:pPr>
        <w:spacing w:after="80"/>
      </w:pPr>
      <w:r>
        <w:rPr>
          <w:b w:val="0"/>
          <w:i w:val="0"/>
        </w:rPr>
        <w:t>Đồng hồ đã điểm phút thứ ba mươi sáu kể từ đầu giờ trước khi cánh cửa một lần nữa mở ra và ông Thẩm phán Ramsden xuất hiện trở lại. Phòng xử án im phăng phắc khi mọi người chờ đợi lời tuyên bố của ông.</w:t>
      </w:r>
    </w:p>
    <w:p>
      <w:pPr>
        <w:spacing w:after="80"/>
      </w:pPr>
      <w:r>
        <w:rPr>
          <w:b w:val="0"/>
          <w:i w:val="0"/>
        </w:rPr>
        <w:t>‘Tôi đã suy nghĩ khá kỹ về yêu cầu của ngài, thưa Ngài Julian,’ ông nói, ‘và đã quyết định rằng tòa sẽ nghe bằng chứng mới của nhân chứng này trước khi tôi đưa ra phần tổng kết.’</w:t>
      </w:r>
    </w:p>
    <w:p>
      <w:pPr>
        <w:spacing w:after="80"/>
      </w:pPr>
      <w:r>
        <w:rPr>
          <w:b w:val="0"/>
          <w:i w:val="0"/>
        </w:rPr>
        <w:t>‘Hẳn ông ta đã tham khảo ý kiến của Đại Pháp quan,’ Booth Watson gầm gừ với trợ lý, ‘nên phản đối cũng chẳng ích gì.’</w:t>
      </w:r>
    </w:p>
    <w:p>
      <w:pPr>
        <w:spacing w:after="80"/>
      </w:pPr>
      <w:r>
        <w:rPr>
          <w:b w:val="0"/>
          <w:i w:val="0"/>
        </w:rPr>
        <w:t>Vị thẩm phán chờ bồi thẩm đoàn quay lại và vào chỗ ngồi rồi mới nói: ‘Ngài muốn triệu hồi lại ai, thưa Ngài Julian?’</w:t>
      </w:r>
    </w:p>
    <w:p>
      <w:pPr>
        <w:spacing w:after="80"/>
      </w:pPr>
      <w:r>
        <w:rPr>
          <w:b w:val="0"/>
          <w:i w:val="0"/>
        </w:rPr>
        <w:t>‘Thanh tra Thám tử William Warwick, thưa ngài,’ luật sư công tố trả lời.</w:t>
      </w:r>
    </w:p>
    <w:p>
      <w:pPr>
        <w:spacing w:after="80"/>
      </w:pPr>
      <w:r>
        <w:rPr>
          <w:b w:val="0"/>
          <w:i w:val="0"/>
        </w:rPr>
        <w:t>Vị thẩm phán gật đầu, và thư ký tòa án hô lớn: ‘Mời Thanh tra Thám tử William Warwick.’</w:t>
      </w:r>
    </w:p>
    <w:p>
      <w:pPr>
        <w:spacing w:after="80"/>
      </w:pPr>
      <w:r>
        <w:rPr>
          <w:b w:val="0"/>
          <w:i w:val="0"/>
        </w:rPr>
        <w:t>William bước vào phòng xử án vài giây sau đó. Trên đường tới ghế nhân chứng, anh đưa cho Clare một phong bì.</w:t>
      </w:r>
    </w:p>
    <w:p>
      <w:pPr>
        <w:spacing w:after="80"/>
      </w:pPr>
      <w:r>
        <w:rPr>
          <w:b w:val="0"/>
          <w:i w:val="0"/>
        </w:rPr>
        <w:t>‘Tôi chắc không cần phải nhắc ngài, thưa Thanh tra Thám tử,’ vị thẩm phán nói, ‘rằng ngài vẫn đang trong lời thề.’</w:t>
      </w:r>
    </w:p>
    <w:p>
      <w:pPr>
        <w:spacing w:after="80"/>
      </w:pPr>
      <w:r>
        <w:rPr>
          <w:b w:val="0"/>
          <w:i w:val="0"/>
        </w:rPr>
        <w:t>William cúi chào, khi Clare trao cho người dẫn đầu của cô nội dung của phong bì, ông đã kiểm tra lại lần nữa trước khi đặt câu hỏi đầu tiên.</w:t>
      </w:r>
    </w:p>
    <w:p>
      <w:pPr>
        <w:spacing w:after="80"/>
      </w:pPr>
      <w:r>
        <w:rPr>
          <w:b w:val="0"/>
          <w:i w:val="0"/>
        </w:rPr>
        <w:t>‘Thưa Thanh tra, ông có thể cho tòa án biết chính xác những gì ông đã chứng kiến vài phút trước, khi chúng ta đang dùng bữa trưa tại nhà hàng của nhà Silks không?’</w:t>
      </w:r>
    </w:p>
    <w:p>
      <w:pPr>
        <w:spacing w:after="80"/>
      </w:pPr>
      <w:r>
        <w:rPr>
          <w:b w:val="0"/>
          <w:i w:val="0"/>
        </w:rPr>
        <w:t>‘Tôi thấy bị cáo, người đang dùng bữa trưa cùng người đại diện pháp lý của mình, đưa hai tờ năm bảng cho một nữ phục vụ sau khi cô ấy đưa cho anh ta hóa đơn.’</w:t>
      </w:r>
    </w:p>
    <w:p>
      <w:pPr>
        <w:spacing w:after="80"/>
      </w:pPr>
      <w:r>
        <w:rPr>
          <w:b w:val="0"/>
          <w:i w:val="0"/>
        </w:rPr>
        <w:t>‘Sau đó ông đã làm gì?’</w:t>
      </w:r>
    </w:p>
    <w:p>
      <w:pPr>
        <w:spacing w:after="80"/>
      </w:pPr>
      <w:r>
        <w:rPr>
          <w:b w:val="0"/>
          <w:i w:val="0"/>
        </w:rPr>
        <w:t>‘Khi họ rời khỏi phòng ăn, tôi đã lấy lại hai tờ tiền từ cô phục vụ.’</w:t>
      </w:r>
    </w:p>
    <w:p>
      <w:pPr>
        <w:spacing w:after="80"/>
      </w:pPr>
      <w:r>
        <w:rPr>
          <w:b w:val="0"/>
          <w:i w:val="0"/>
        </w:rPr>
        <w:t>Booth Watson nhanh chóng đứng dậy. ‘Thưa Ngài, tôi buộc phải hỏi, làm sao Thanh tra Warwick có thể chắc chắn đó chính là hai tờ tiền đó.’</w:t>
      </w:r>
    </w:p>
    <w:p>
      <w:pPr>
        <w:spacing w:after="80"/>
      </w:pPr>
      <w:r>
        <w:rPr>
          <w:b w:val="0"/>
          <w:i w:val="0"/>
        </w:rPr>
        <w:t>‘Cô ấy chưa kịp bỏ tiền vào ngăn kéo thu ngân và tôi đã hỏi cô phục vụ liệu cô có thể nhận ra vị khách đã đưa tiền cho mình không,’ William nói. Anh mở sổ tay ra. ‘Nguyên văn lời cô ấy là, “Ồ, có chứ, tôi không thể quên anh ấy được, vì anh ấy đẹp trai quá và còn boa cho tôi một khoản hậu hĩnh.” ’</w:t>
      </w:r>
    </w:p>
    <w:p>
      <w:pPr>
        <w:spacing w:after="80"/>
      </w:pPr>
      <w:r>
        <w:rPr>
          <w:b w:val="0"/>
          <w:i w:val="0"/>
        </w:rPr>
        <w:t>‘Thưa Ngài,’ Sir Julian nói, ‘tôi có thể đề nghị thư ký trao hai tờ tiền đang được đề cập cho Thanh tra Warwick không.’</w:t>
      </w:r>
    </w:p>
    <w:p>
      <w:pPr>
        <w:spacing w:after="80"/>
      </w:pPr>
      <w:r>
        <w:rPr>
          <w:b w:val="0"/>
          <w:i w:val="0"/>
        </w:rPr>
        <w:t>Vị thẩm phán gật đầu, và thư ký cầm lấy hai tờ tiền rồi chuyển cho nhân chứng.</w:t>
      </w:r>
    </w:p>
    <w:p>
      <w:pPr>
        <w:spacing w:after="80"/>
      </w:pPr>
      <w:r>
        <w:rPr>
          <w:b w:val="0"/>
          <w:i w:val="0"/>
        </w:rPr>
        <w:t>‘Chính xác thì ý nghĩa của hai tờ tiền này là gì?’ Ngài Thẩm phán Ramsden hỏi.</w:t>
      </w:r>
    </w:p>
    <w:p>
      <w:pPr>
        <w:spacing w:after="80"/>
      </w:pPr>
      <w:r>
        <w:rPr>
          <w:b w:val="0"/>
          <w:i w:val="0"/>
        </w:rPr>
        <w:t>‘Chúng là một phần trong lô mười nghìn bảng tiền mặt được trao cho ông Reg Payne bởi viên cảnh sát chìm ngay trước khi Trung sĩ Summers bước vào nhà ông ta vào rạng sáng ngày hai mươi chín tháng Năm, như tôi đã trình báo trước đó dưới lời tuyên thệ. Ngài sẽ nhớ, thưa Ngài, rằng khi Summers ra khỏi nhà hai mươi phút sau đó, anh ta mang theo một chiếc túi Sainsbury’s mà không phải, như ông Booth Watson gợi ý, đầy ắp đồ tạp hóa, mà là mười nghìn bảng tiền mặt mà viên cảnh sát chìm đã trao cho ông Payne, và đã nhận được biên lai.’</w:t>
      </w:r>
    </w:p>
    <w:p>
      <w:pPr>
        <w:spacing w:after="80"/>
      </w:pPr>
      <w:r>
        <w:rPr>
          <w:b w:val="0"/>
          <w:i w:val="0"/>
        </w:rPr>
        <w:t>‘Điều gì khiến ông chắc chắn rằng hai tờ năm bảng này đến từ cùng một lô?’</w:t>
      </w:r>
    </w:p>
    <w:p>
      <w:pPr>
        <w:spacing w:after="80"/>
      </w:pPr>
      <w:r>
        <w:rPr>
          <w:b w:val="0"/>
          <w:i w:val="0"/>
        </w:rPr>
        <w:t>‘Số sê-ri của các tờ tiền được trao cho Payne đã được Chỉ huy Hawksby ghi lại tại Scotland Yard và có tôi làm chứng. Chúng là,’ William nói, một lần nữa tham chiếu sổ tay của mình, ‘AJ142001 đến AJ152000.’</w:t>
      </w:r>
    </w:p>
    <w:p>
      <w:pPr>
        <w:spacing w:after="80"/>
      </w:pPr>
      <w:r>
        <w:rPr>
          <w:b w:val="0"/>
          <w:i w:val="0"/>
        </w:rPr>
        <w:t>‘Và số của hai tờ tiền mà ông thu hồi từ cô phục vụ là gì, thưa Thanh tra Warwick?’ Sir Julian hỏi.</w:t>
      </w:r>
    </w:p>
    <w:p>
      <w:pPr>
        <w:spacing w:after="80"/>
      </w:pPr>
      <w:r>
        <w:rPr>
          <w:b w:val="0"/>
          <w:i w:val="0"/>
        </w:rPr>
        <w:t>‘AJ143018 và AJ143019.’</w:t>
      </w:r>
    </w:p>
    <w:p>
      <w:pPr>
        <w:spacing w:after="80"/>
      </w:pPr>
      <w:r>
        <w:rPr>
          <w:b w:val="0"/>
          <w:i w:val="0"/>
        </w:rPr>
        <w:t>‘Không còn câu hỏi nào nữa, thưa Ngài,’ Sir Julian nói.</w:t>
      </w:r>
    </w:p>
    <w:p>
      <w:pPr>
        <w:spacing w:after="80"/>
      </w:pPr>
      <w:r>
        <w:rPr>
          <w:b w:val="0"/>
          <w:i w:val="0"/>
        </w:rPr>
        <w:t>‘Ông có muốn thẩm vấn nhân chứng này không, ông Booth Watson?’</w:t>
      </w:r>
    </w:p>
    <w:p>
      <w:pPr>
        <w:spacing w:after="80"/>
      </w:pPr>
      <w:r>
        <w:rPr>
          <w:b w:val="0"/>
          <w:i w:val="0"/>
        </w:rPr>
        <w:t>Booth Watson vẫn ngồi sụp ở chỗ cũ và lẩm bẩm, ‘Giá mà tôi đã trả hóa đơn đó.’</w:t>
      </w:r>
    </w:p>
    <w:p>
      <w:pPr>
        <w:pStyle w:val="Heading2"/>
      </w:pPr>
      <w:r>
        <w:rPr>
          <w:rFonts w:ascii="Calibri" w:hAnsi="Calibri"/>
          <w:b/>
          <w:i w:val="0"/>
          <w:sz w:val="32"/>
        </w:rPr>
        <w:t>31</w:t>
      </w:r>
    </w:p>
    <w:p>
      <w:pPr>
        <w:spacing w:after="80"/>
      </w:pPr>
      <w:r>
        <w:rPr>
          <w:b w:val="0"/>
          <w:i w:val="0"/>
        </w:rPr>
        <w:t>‘MƯỜI NĂM,’ viên chỉ huy nói, ‘nhờ hai tờ năm bảng, và nhờ thanh tra Warwick tỉnh táo được một nửa.’ Đó là cách The Hawk khen ngợi. ‘Và nhờ cả đội còn lại, DI Castle đã về hưu sớm. Và có lẽ cũng quan trọng không kém, bốn mươi ba sĩ quan khác của Sở Cảnh sát Metropolitan đã nộp đơn xin nghỉ việc. Chúc mừng vì đã hoàn thành xuất sắc nhiệm vụ.’</w:t>
      </w:r>
    </w:p>
    <w:p>
      <w:pPr>
        <w:spacing w:after="80"/>
      </w:pPr>
      <w:r>
        <w:rPr>
          <w:b w:val="0"/>
          <w:i w:val="0"/>
        </w:rPr>
        <w:t>‘Nhưng Lamont đã thoát sạch,’ Paul nói.</w:t>
      </w:r>
    </w:p>
    <w:p>
      <w:pPr>
        <w:spacing w:after="80"/>
      </w:pPr>
      <w:r>
        <w:rPr>
          <w:b w:val="0"/>
          <w:i w:val="0"/>
        </w:rPr>
        <w:t>‘Cứ cho tôi thời gian,’ William nói, gần như phun ra từng chữ.</w:t>
      </w:r>
    </w:p>
    <w:p>
      <w:pPr>
        <w:spacing w:after="80"/>
      </w:pPr>
      <w:r>
        <w:rPr>
          <w:b w:val="0"/>
          <w:i w:val="0"/>
        </w:rPr>
        <w:t>‘E là không được, William. Anh sẽ phải để việc đó cho người kế nhiệm, vì viên ủy viên với sự khôn ngoan của mình đã ra sắc lệnh rằng bất kỳ đơn vị nào điều tra các sĩ quan tham nhũng đều không được biên chế cùng một đội cho quá một cuộc điều tra lớn, vì sợ rằng các thành viên sẽ bị tách khỏi đồng nghiệp còn lại, và khó quay về với nhiệm vụ thường ngày. Và tôi đồng ý với ông ấy.’</w:t>
      </w:r>
    </w:p>
    <w:p>
      <w:pPr>
        <w:spacing w:after="80"/>
      </w:pPr>
      <w:r>
        <w:rPr>
          <w:b w:val="0"/>
          <w:i w:val="0"/>
        </w:rPr>
        <w:t>‘Có lẽ tất cả chúng ta nên về hưu sớm?’ William gợi ý.</w:t>
      </w:r>
    </w:p>
    <w:p>
      <w:pPr>
        <w:spacing w:after="80"/>
      </w:pPr>
      <w:r>
        <w:rPr>
          <w:b w:val="0"/>
          <w:i w:val="0"/>
        </w:rPr>
        <w:t>‘Đừng hòng, thanh tra trưởng,’ The Hawk nói, ngồi ngả ra sau và chờ xem ai sẽ là người phản ứng đầu tiên.</w:t>
      </w:r>
    </w:p>
    <w:p>
      <w:pPr>
        <w:spacing w:after="80"/>
      </w:pPr>
      <w:r>
        <w:rPr>
          <w:b w:val="0"/>
          <w:i w:val="0"/>
        </w:rPr>
        <w:t>Paul bắt đầu đập tay lên bàn, và Jackie cùng Rebecca nhanh chóng làm theo.</w:t>
      </w:r>
    </w:p>
    <w:p>
      <w:pPr>
        <w:spacing w:after="80"/>
      </w:pPr>
      <w:r>
        <w:rPr>
          <w:b w:val="0"/>
          <w:i w:val="0"/>
        </w:rPr>
        <w:t>‘Chúc mừng, thanh tra trưởng,’ The Hawk nói, sau khi tiếng hoan hô lắng xuống. Thấy William không đáp lại, ông nói thêm, ‘Và tôi biết anh sẽ vui khi nghe rằng phần còn lại của đội sẽ cùng anh trong nhiệm vụ mới.’</w:t>
      </w:r>
    </w:p>
    <w:p>
      <w:pPr>
        <w:spacing w:after="80"/>
      </w:pPr>
      <w:r>
        <w:rPr>
          <w:b w:val="0"/>
          <w:i w:val="0"/>
        </w:rPr>
        <w:t>‘Tôi có dám hỏi ông định giao gì cho chúng tôi không, thưa ông?’ Thanh tra trưởng Warwick hỏi.</w:t>
      </w:r>
    </w:p>
    <w:p>
      <w:pPr>
        <w:spacing w:after="80"/>
      </w:pPr>
      <w:r>
        <w:rPr>
          <w:b w:val="0"/>
          <w:i w:val="0"/>
        </w:rPr>
        <w:t>‘Án mạng,’ viên chỉ huy nói, rồi để ý tưởng đó lắng lại vài giây để xem họ phản ứng thế nào.</w:t>
      </w:r>
    </w:p>
    <w:p>
      <w:pPr>
        <w:spacing w:after="80"/>
      </w:pPr>
      <w:r>
        <w:rPr>
          <w:b w:val="0"/>
          <w:i w:val="0"/>
        </w:rPr>
        <w:t>‘Tôi nghĩ tôi thích mảng Nghệ thuật và Đồ cổ hơn,’ Jackie nói.</w:t>
      </w:r>
    </w:p>
    <w:p>
      <w:pPr>
        <w:spacing w:after="80"/>
      </w:pPr>
      <w:r>
        <w:rPr>
          <w:b w:val="0"/>
          <w:i w:val="0"/>
        </w:rPr>
        <w:t>‘Ôi, ký ức thiêng liêng,’ The Hawk nói.</w:t>
      </w:r>
    </w:p>
    <w:p>
      <w:pPr>
        <w:spacing w:after="80"/>
      </w:pPr>
      <w:r>
        <w:rPr>
          <w:b w:val="0"/>
          <w:i w:val="0"/>
        </w:rPr>
        <w:t>‘Hoặc thậm chí là ma túy,’ Paul nói.</w:t>
      </w:r>
    </w:p>
    <w:p>
      <w:pPr>
        <w:spacing w:after="80"/>
      </w:pPr>
      <w:r>
        <w:rPr>
          <w:b w:val="0"/>
          <w:i w:val="0"/>
        </w:rPr>
        <w:t>‘Có thể lắm chứ,’ viên chỉ huy nói. ‘Nhưng nếu cậu là giỏi nhất thì cuối cùng cậu sẽ bị giao cho việc tệ nhất, bởi vì nhiệm vụ đầu tiên của cậu sẽ là điều tra năm kẻ đúng nghĩa đen đã thoát tội giết người. Tuy nhiên, tôi sẽ cho phép các cậu tự thưởng cho mình vài ngày, trước khi quay lại nhận nhiệm vụ mới vào sáng thứ Hai. Đúng tám giờ.’</w:t>
      </w:r>
    </w:p>
    <w:p>
      <w:pPr>
        <w:spacing w:after="80"/>
      </w:pPr>
      <w:r>
        <w:rPr>
          <w:b w:val="0"/>
          <w:i w:val="0"/>
        </w:rPr>
        <w:t>‘Vậy có nghĩa là chúng tôi được nghỉ nốt tuần này ạ?’ Paul hỏi.</w:t>
      </w:r>
    </w:p>
    <w:p>
      <w:pPr>
        <w:spacing w:after="80"/>
      </w:pPr>
      <w:r>
        <w:rPr>
          <w:b w:val="0"/>
          <w:i w:val="0"/>
        </w:rPr>
        <w:t>‘Tôi kinh ngạc là cậu cần dao cạo vào mỗi buổi sáng đấy, DS Adaja, cậu sắc sảo quá mà. Đúng vậy, cứ nghỉ ngơi một chút đi, các cậu xứng đáng được vậy. Nếu các cậu quyết định ra ngoài ăn mừng, ly đầu tiên tôi mời.’</w:t>
      </w:r>
    </w:p>
    <w:p>
      <w:pPr>
        <w:spacing w:after="80"/>
      </w:pPr>
      <w:r>
        <w:rPr>
          <w:b w:val="0"/>
          <w:i w:val="0"/>
        </w:rPr>
        <w:t>‘Tôi nghe có đúng không ạ, thưa sếp?’ Paul nói.</w:t>
      </w:r>
    </w:p>
    <w:p>
      <w:pPr>
        <w:spacing w:after="80"/>
      </w:pPr>
      <w:r>
        <w:rPr>
          <w:b w:val="0"/>
          <w:i w:val="0"/>
        </w:rPr>
        <w:t>‘Đúng thế. Và đừng quên, tôi có quyền giáng chức cũng như thăng chức. Nên với cậu, DS Adaja, hoặc là quay lại tuần tra đường phố, hoặc là điều tra án mạng. Chọn đi. Nhưng từ giờ, tôi không muốn thấy ai trong các cậu ở văn phòng cho đến thứ Hai tới. Trừ DC Pankhurst ra, những người còn lại cút hết đi.’</w:t>
      </w:r>
    </w:p>
    <w:p>
      <w:pPr>
        <w:spacing w:after="80"/>
      </w:pPr>
      <w:r>
        <w:rPr>
          <w:b w:val="0"/>
          <w:i w:val="0"/>
        </w:rPr>
        <w:t>William thu dọn hồ sơ của mình và cùng mọi người rời khỏi phòng. Anh không nhắc đến việc riêng anh sẽ không nghỉ nốt tuần này, vì anh còn một việc riêng khác phải giải quyết.</w:t>
      </w:r>
    </w:p>
    <w:p>
      <w:pPr>
        <w:spacing w:after="80"/>
      </w:pPr>
      <w:r>
        <w:rPr>
          <w:b w:val="0"/>
          <w:i w:val="0"/>
        </w:rPr>
        <w:t>The Hawk đợi đến khi những người còn lại trong đội đã rời đi rồi mới nói chuyện với Rebecca. ‘Dù đội đã thắng lợi, DC Pankhurst, trong đó cô đóng vai trò then chốt, tôi nghĩ sẽ có một người khó lòng mà ăn mừng. Dù tôi không dám nói là mình hiểu được, tôi ngờ rằng PC Bailey vẫn còn si mê Summers. Tuy nhiên, tôi cần cô nói với cô ấy rằng theo như tôi biết, vụ án đã khép lại, và không có kế hoạch nào để có thêm hành động nào chống lại cô ấy.’</w:t>
      </w:r>
    </w:p>
    <w:p>
      <w:pPr>
        <w:spacing w:after="80"/>
      </w:pPr>
      <w:r>
        <w:rPr>
          <w:b w:val="0"/>
          <w:i w:val="0"/>
        </w:rPr>
        <w:t>‘Cô ấy sẽ nhẹ nhõm lắm đây,’ Rebecca nói. ‘Cảm ơn sếp.’</w:t>
      </w:r>
    </w:p>
    <w:p>
      <w:pPr>
        <w:spacing w:after="80"/>
      </w:pPr>
      <w:r>
        <w:rPr>
          <w:b w:val="0"/>
          <w:i w:val="0"/>
        </w:rPr>
        <w:t>‘Hy vọng cô ấy sẽ tìm được việc khác.’</w:t>
      </w:r>
    </w:p>
    <w:p>
      <w:pPr>
        <w:spacing w:after="80"/>
      </w:pPr>
      <w:r>
        <w:rPr>
          <w:b w:val="0"/>
          <w:i w:val="0"/>
        </w:rPr>
        <w:t>‘Cô ấy đã được mời một vị trí điều tra viên trong văn phòng của Clare rồi ạ.’</w:t>
      </w:r>
    </w:p>
    <w:p>
      <w:pPr>
        <w:spacing w:after="80"/>
      </w:pPr>
      <w:r>
        <w:rPr>
          <w:b w:val="0"/>
          <w:i w:val="0"/>
        </w:rPr>
        <w:t>‘Vị trí đó cô ấy hoàn toàn đủ năng lực,’ Hawksby nói. ‘Nhưng trước mắt, tôi muốn cô đưa cô ấy đi uống một ly và cố thuyết phục cô ấy rằng cô ấy có đủ lý do để ăn mừng. Cô đã chứng tỏ là một người bạn trung thành, DC Pankhurst, và cô ấy thật may mắn khi có cô đứng về phía mình.’</w:t>
      </w:r>
    </w:p>
    <w:p>
      <w:pPr>
        <w:spacing w:after="80"/>
      </w:pPr>
      <w:r>
        <w:rPr>
          <w:b w:val="0"/>
          <w:i w:val="0"/>
        </w:rPr>
        <w:t>Rebecca quay lại văn phòng và thấy đồng nghiệp của mình đã sẵn trong tâm thế tiệc tùng.</w:t>
      </w:r>
    </w:p>
    <w:p>
      <w:pPr>
        <w:spacing w:after="80"/>
      </w:pPr>
      <w:r>
        <w:rPr>
          <w:b w:val="0"/>
          <w:i w:val="0"/>
        </w:rPr>
        <w:t>‘Cậu có cùng bọn mình ra quán pub không, Rebecca?’ Jackie hỏi.</w:t>
      </w:r>
    </w:p>
    <w:p>
      <w:pPr>
        <w:spacing w:after="80"/>
      </w:pPr>
      <w:r>
        <w:rPr>
          <w:b w:val="0"/>
          <w:i w:val="0"/>
        </w:rPr>
        <w:t>‘Cảm ơn, nhưng tớ phải về nhà,’ cô nói, không giải thích gì thêm.</w:t>
      </w:r>
    </w:p>
    <w:p>
      <w:pPr>
        <w:spacing w:after="80"/>
      </w:pPr>
      <w:r>
        <w:rPr>
          <w:b w:val="0"/>
          <w:i w:val="0"/>
        </w:rPr>
        <w:t>William nở với cô một nụ cười ấm áp, hiểu rõ nhiệm vụ mà cô đang phải đối mặt.</w:t>
      </w:r>
    </w:p>
    <w:p>
      <w:pPr>
        <w:spacing w:after="80"/>
      </w:pPr>
      <w:r>
        <w:rPr>
          <w:b w:val="0"/>
          <w:i w:val="0"/>
        </w:rPr>
        <w:t>Rebecca quyết định đi bộ về Pimlico, vì cô muốn có chút thời gian để sắp xếp lại suy nghĩ. Cô cần thuyết phục Nicky rằng cô đã làm đúng khi đưa ra bằng chứng chống lại người tình cũ của mình, và giờ đã đến lúc cô phải bước tiếp.</w:t>
      </w:r>
    </w:p>
    <w:p>
      <w:pPr>
        <w:spacing w:after="80"/>
      </w:pPr>
      <w:r>
        <w:rPr>
          <w:b w:val="0"/>
          <w:i w:val="0"/>
        </w:rPr>
        <w:t>Đến lúc cô tới cửa trước, Rebecca đã chuẩn bị kỹ càng để đối mặt với những giọt nước mắt, những lời trách móc, và hy vọng là cả sự nhẹ nhõm. Cô tra chìa khóa vào ổ, và mỉm cười khi mở cửa và nghe thấy tiếng em bé khóc. Cô vô cùng tự hào vì Nicky đã mời cô làm một trong những người đỡ đầu của Jake.</w:t>
      </w:r>
    </w:p>
    <w:p>
      <w:pPr>
        <w:spacing w:after="80"/>
      </w:pPr>
      <w:r>
        <w:rPr>
          <w:b w:val="0"/>
          <w:i w:val="0"/>
        </w:rPr>
        <w:t>Khi cô leo cầu thang lên tầng một, tiếng khóc càng trở nên to hơn. Cô gõ cửa phòng Nicky. Không đợi trả lời, cô bước vào và thấy bạn mình cuộn tròn trên sàn, bên cạnh là hai chai thuốc an thần đã cạn. Jake vẫn đang khóc.</w:t>
      </w:r>
    </w:p>
    <w:p>
      <w:pPr>
        <w:jc w:val="center"/>
      </w:pPr>
      <w:r>
        <w:drawing>
          <wp:inline xmlns:a="http://schemas.openxmlformats.org/drawingml/2006/main" xmlns:pic="http://schemas.openxmlformats.org/drawingml/2006/picture">
            <wp:extent cx="752475" cy="161926"/>
            <wp:docPr id="94" name="Picture 9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"Mười năm tù vì ăn trộm một chiếc nhẫn trị giá ba ngàn bảng?" Miles nói. "Tôi không tin nổi."</w:t>
      </w:r>
    </w:p>
    <w:p>
      <w:pPr>
        <w:spacing w:after="80"/>
      </w:pPr>
      <w:r>
        <w:rPr>
          <w:b w:val="0"/>
          <w:i w:val="0"/>
        </w:rPr>
        <w:t>"Hơn nữa," Booth Watson nói, "đó là chiếc nhẫn đã bị một tên trộm lấy cắp trước đó mà chỉ bị hai năm tù."</w:t>
      </w:r>
    </w:p>
    <w:p>
      <w:pPr>
        <w:spacing w:after="80"/>
      </w:pPr>
      <w:r>
        <w:rPr>
          <w:b w:val="0"/>
          <w:i w:val="0"/>
        </w:rPr>
        <w:t>"Sao có thể như vậy được?"</w:t>
      </w:r>
    </w:p>
    <w:p>
      <w:pPr>
        <w:spacing w:after="80"/>
      </w:pPr>
      <w:r>
        <w:rPr>
          <w:b w:val="0"/>
          <w:i w:val="0"/>
        </w:rPr>
        <w:t>"Summers lúc đó là một sĩ quan cảnh sát đang tại chức. Giá mà tôi đã trả tiền bữa trưa thì..."</w:t>
      </w:r>
    </w:p>
    <w:p>
      <w:pPr>
        <w:spacing w:after="80"/>
      </w:pPr>
      <w:r>
        <w:rPr>
          <w:b w:val="0"/>
          <w:i w:val="0"/>
        </w:rPr>
        <w:t>"Đó sẽ là lần đầu tiên đấy," Miles nói. "Mỗi lần tôi ăn với anh, không những cuối cùng tôi phải trả hóa đơn, mà sau đó anh còn gửi cho tôi một hóa đơn cho 'buổi tư vấn'. Bữa sáng một giờ, bữa trưa hai giờ, và bữa tối ba giờ. BW, anh đã mang đến một ý nghĩa mới cho từ 'refreshers' (phí bồi dưỡng)."</w:t>
      </w:r>
    </w:p>
    <w:p>
      <w:pPr>
        <w:spacing w:after="80"/>
      </w:pPr>
      <w:r>
        <w:rPr>
          <w:b w:val="0"/>
          <w:i w:val="0"/>
        </w:rPr>
        <w:t>"Đâu phải lỗi của tôi khi anh không buồn đến phòng luật sư," Booth Watson phản bác. "Dù sao đi nữa, lúc nào anh cũng có lý do để muốn gặp tôi. Vậy lần này là gì?" anh ta hỏi, trước khi thả thêm một cục đường vào cà phê.</w:t>
      </w:r>
    </w:p>
    <w:p>
      <w:pPr>
        <w:spacing w:after="80"/>
      </w:pPr>
      <w:r>
        <w:rPr>
          <w:b w:val="0"/>
          <w:i w:val="0"/>
        </w:rPr>
        <w:t>"Tôi muốn chắc chắn rằng anh đã thu xếp ổn thỏa chuyện Christina?"</w:t>
      </w:r>
    </w:p>
    <w:p>
      <w:pPr>
        <w:spacing w:after="80"/>
      </w:pPr>
      <w:r>
        <w:rPr>
          <w:b w:val="0"/>
          <w:i w:val="0"/>
        </w:rPr>
        <w:t>"Ở nhiều khía cạnh," Booth Watson đáp. "Anh muốn tôi bắt đầu từ đâu?"</w:t>
      </w:r>
    </w:p>
    <w:p>
      <w:pPr>
        <w:spacing w:after="80"/>
      </w:pPr>
      <w:r>
        <w:rPr>
          <w:b w:val="0"/>
          <w:i w:val="0"/>
        </w:rPr>
        <w:t xml:space="preserve">"Cô ấy có thuyết phục được bạn mình là Beth Warwick đấu giá bức </w:t>
      </w:r>
      <w:r>
        <w:rPr>
          <w:b w:val="0"/>
          <w:i/>
        </w:rPr>
        <w:t>Madonna di Cesare</w:t>
      </w:r>
      <w:r>
        <w:rPr>
          <w:b w:val="0"/>
          <w:i w:val="0"/>
        </w:rPr>
        <w:t xml:space="preserve"> của Raphael thay cho bảo tàng không?"</w:t>
      </w:r>
    </w:p>
    <w:p>
      <w:pPr>
        <w:spacing w:after="80"/>
      </w:pPr>
      <w:r>
        <w:rPr>
          <w:b w:val="0"/>
          <w:i w:val="0"/>
        </w:rPr>
        <w:t>"Christina thậm chí còn đưa cho cô ấy một tấm séc một triệu bảng, mà sẽ không bao giờ được rút vì tôi sẽ đặt giá thầu cuối cùng cho bức tranh thay mặt anh. Chúng ta đâu muốn những người đặt giá nghĩ rằng nó có thể là đồ giả."</w:t>
      </w:r>
    </w:p>
    <w:p>
      <w:pPr>
        <w:spacing w:after="80"/>
      </w:pPr>
      <w:r>
        <w:rPr>
          <w:b w:val="0"/>
          <w:i w:val="0"/>
        </w:rPr>
        <w:t>"Nhưng tại sao lại phải kéo Christina vào ngay từ đầu, khi cô ấy vẫn có thể đổi phe và nói cho bạn mình là Beth Warwick biết chúng ta đang làm gì?"</w:t>
      </w:r>
    </w:p>
    <w:p>
      <w:pPr>
        <w:spacing w:after="80"/>
      </w:pPr>
      <w:r>
        <w:rPr>
          <w:b w:val="0"/>
          <w:i w:val="0"/>
        </w:rPr>
        <w:t>"'Kéo vào' là từ thích hợp đấy," Booth Watson nói. "Trong Đạo luật Tư pháp Hình sự năm 1967, nó nằm dưới tiêu đề 'tiếp tay và xúi giục một tội phạm đã biết', như tôi sẽ giải thích cho Christina khi chúng ta gặp lần tới. Mức án tối đa mà một thẩm phán có thể tuyên cho tội này là sáu năm, hẳn là quá đủ để đảm bảo cô ấy giữ kín miệng."</w:t>
      </w:r>
    </w:p>
    <w:p>
      <w:pPr>
        <w:spacing w:after="80"/>
      </w:pPr>
      <w:r>
        <w:rPr>
          <w:b w:val="0"/>
          <w:i w:val="0"/>
        </w:rPr>
        <w:t>"Hiểu rồi," Miles nói. "Tôi phải thừa nhận, lần này anh đã kiếm được từng xu phí bồi dưỡng của mình. Nhưng tôi vẫn không hiểu tại sao tôi phải cưới cái bà ấy chứ?"</w:t>
      </w:r>
    </w:p>
    <w:p>
      <w:pPr>
        <w:spacing w:after="80"/>
      </w:pPr>
      <w:r>
        <w:rPr>
          <w:b w:val="0"/>
          <w:i w:val="0"/>
        </w:rPr>
        <w:t>"Cứ coi đó như một hợp đồng bảo hiểm," Booth Watson nói. "Khi Christina nhận ra cô ấy cũng có thể đối mặt với tội danh thứ hai, 'che chở cho một kẻ chạy trốn pháp luật đã biết', tôi sẽ cảnh báo cô ấy rằng với tội đó, mức án tối đa do thẩm phán toàn quyền quyết định."</w:t>
      </w:r>
    </w:p>
    <w:p>
      <w:pPr>
        <w:spacing w:after="80"/>
      </w:pPr>
      <w:r>
        <w:rPr>
          <w:b w:val="0"/>
          <w:i w:val="0"/>
        </w:rPr>
        <w:t>‘Nhưng thế vẫn không ngăn được việc tôi phải móc hơn một triệu bảng ra vì một thứ giả mạo.’</w:t>
      </w:r>
    </w:p>
    <w:p>
      <w:pPr>
        <w:spacing w:after="80"/>
      </w:pPr>
      <w:r>
        <w:rPr>
          <w:b w:val="0"/>
          <w:i w:val="0"/>
        </w:rPr>
        <w:t>‘Hoặc thế, hoặc ngồi tù mười năm tới. Tùy anh chọn.’</w:t>
      </w:r>
    </w:p>
    <w:p>
      <w:pPr>
        <w:spacing w:after="80"/>
      </w:pPr>
      <w:r>
        <w:rPr>
          <w:b w:val="0"/>
          <w:i w:val="0"/>
        </w:rPr>
        <w:t xml:space="preserve">‘Anh đã thuyết phục được tôi, BW. Tôi chấp nhận rằng mình không thể mạo hiểm để bị nhìn thấy trên chiếc </w:t>
      </w:r>
      <w:r>
        <w:rPr>
          <w:b w:val="0"/>
          <w:i/>
        </w:rPr>
        <w:t>Alden</w:t>
      </w:r>
      <w:r>
        <w:rPr>
          <w:b w:val="0"/>
          <w:i w:val="0"/>
        </w:rPr>
        <w:t>. Tuy nhiên, tôi vẫn cần cứu phần còn lại của bộ sưu tập khỏi căn hộ ở New York.’</w:t>
      </w:r>
    </w:p>
    <w:p>
      <w:pPr>
        <w:spacing w:after="80"/>
      </w:pPr>
      <w:r>
        <w:rPr>
          <w:b w:val="0"/>
          <w:i w:val="0"/>
        </w:rPr>
        <w:t>‘Vậy thì anh sẽ phải bay.’</w:t>
      </w:r>
    </w:p>
    <w:p>
      <w:pPr>
        <w:spacing w:after="80"/>
      </w:pPr>
      <w:r>
        <w:rPr>
          <w:b w:val="0"/>
          <w:i w:val="0"/>
        </w:rPr>
        <w:t xml:space="preserve">‘Tôi hiểu điều đó, nhưng tôi vẫn chưa hoàn toàn chắc tại sao tôi phải bảo Christina giao vé của chúng ta trên chiếc </w:t>
      </w:r>
      <w:r>
        <w:rPr>
          <w:b w:val="0"/>
          <w:i/>
        </w:rPr>
        <w:t>Alden</w:t>
      </w:r>
      <w:r>
        <w:rPr>
          <w:b w:val="0"/>
          <w:i w:val="0"/>
        </w:rPr>
        <w:t xml:space="preserve"> cho Beth Warwick.’</w:t>
      </w:r>
    </w:p>
    <w:p>
      <w:pPr>
        <w:spacing w:after="80"/>
      </w:pPr>
      <w:r>
        <w:rPr>
          <w:b w:val="0"/>
          <w:i w:val="0"/>
        </w:rPr>
        <w:t>‘Tôi muốn nhà Warwick ở xa nhất có thể khi đám cưới diễn ra, và anh dự định chuyển vào ngôi nhà mới của mình.’</w:t>
      </w:r>
    </w:p>
    <w:p>
      <w:pPr>
        <w:spacing w:after="80"/>
      </w:pPr>
      <w:r>
        <w:rPr>
          <w:b w:val="0"/>
          <w:i w:val="0"/>
        </w:rPr>
        <w:t>‘Christina không biết về Barcelona . . . ?’</w:t>
      </w:r>
    </w:p>
    <w:p>
      <w:pPr>
        <w:spacing w:after="80"/>
      </w:pPr>
      <w:r>
        <w:rPr>
          <w:b w:val="0"/>
          <w:i w:val="0"/>
        </w:rPr>
        <w:t>‘Không ai biết ngoài anh và tôi.’</w:t>
      </w:r>
    </w:p>
    <w:p>
      <w:pPr>
        <w:spacing w:after="80"/>
      </w:pPr>
      <w:r>
        <w:rPr>
          <w:b w:val="0"/>
          <w:i w:val="0"/>
        </w:rPr>
        <w:t>‘Tạ ơn Chúa vì điều đó. Nhưng anh vẫn sẽ cần soạn một bản thỏa thuận tiền hôn nhân (pre-nup),’ Miles nói, ‘để Christina không còn chút nghi ngờ nào về hậu quả của việc đổi phe.’</w:t>
      </w:r>
    </w:p>
    <w:p>
      <w:pPr>
        <w:spacing w:after="80"/>
      </w:pPr>
      <w:r>
        <w:rPr>
          <w:b w:val="0"/>
          <w:i w:val="0"/>
        </w:rPr>
        <w:t>‘Tôi đã hoàn thành bản nháp đầu tiên rồi,’ Booth Watson nói, ‘nên miễn là anh không mong tôi làm phù rể cho anh, thì việc của tôi xong rồi.’</w:t>
      </w:r>
    </w:p>
    <w:p>
      <w:pPr>
        <w:spacing w:after="80"/>
      </w:pPr>
      <w:r>
        <w:rPr>
          <w:b w:val="0"/>
          <w:i w:val="0"/>
        </w:rPr>
        <w:t>‘Thật buồn cười khi anh lại nhắc đến chuyện đó, BW . . .’</w:t>
      </w:r>
    </w:p>
    <w:p>
      <w:pPr>
        <w:jc w:val="center"/>
      </w:pPr>
      <w:r>
        <w:drawing>
          <wp:inline xmlns:a="http://schemas.openxmlformats.org/drawingml/2006/main" xmlns:pic="http://schemas.openxmlformats.org/drawingml/2006/picture">
            <wp:extent cx="752475" cy="161926"/>
            <wp:docPr id="95" name="Picture 9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‘Cái chết luôn là một nỗi buồn lớn,’ vị linh mục nói với giọng trầm buồn. ‘Càng đau xót hơn khi đó là một người còn quá trẻ, với bao tiềm năng chưa kịp thành hiện thực.</w:t>
      </w:r>
    </w:p>
    <w:p>
      <w:pPr>
        <w:spacing w:after="80"/>
      </w:pPr>
      <w:r>
        <w:rPr>
          <w:b w:val="0"/>
          <w:i w:val="0"/>
        </w:rPr>
        <w:t>‘Hạ sĩ cảnh sát Nicola Bailey, Nicky, chính là một người như vậy. Cô được kỳ vọng sẽ có một sự nghiệp rực rỡ trong nghề nghiệp mình đã chọn, nhưng thật đáng buồn, điều đó giờ sẽ không bao giờ thành hiện thực. Tuy vậy, tất cả chúng ta đều có thể cùng chia sẻ ký ức về tài năng không thể phủ nhận của cô, tinh thần không gì dập tắt được của cô, và sự nhiệt huyết lan tỏa của cô. Những người cô để lại sẽ nhớ về cô với tình cảm yêu mến và lòng kính trọng suốt phần đời còn lại.’</w:t>
      </w:r>
    </w:p>
    <w:p>
      <w:pPr>
        <w:spacing w:after="80"/>
      </w:pPr>
      <w:r>
        <w:rPr>
          <w:b w:val="0"/>
          <w:i w:val="0"/>
        </w:rPr>
        <w:t>Nhóm nhỏ người đưa tang vây quanh ngôi mộ đứng lặng im trong đau buồn khi cỗ quan tài của Nicola Anne Bailey được hạ xuống lòng đất. Rebecca khóc không chút ngượng ngùng khi vị linh mục ban phép lành cuối cùng và làm dấu thánh giá trước khi những người đưa tang rời đi. William đi cùng cô khi họ rời nghĩa trang, nhưng không ngắt lời những suy nghĩ của cô. Grace và Clare đưa mẹ của Nicky về ngôi nhà nhỏ của bà, nơi tất cả họ tụ họp để uống trà.</w:t>
      </w:r>
    </w:p>
    <w:p>
      <w:pPr>
        <w:spacing w:after="80"/>
      </w:pPr>
      <w:r>
        <w:rPr>
          <w:b w:val="0"/>
          <w:i w:val="0"/>
        </w:rPr>
        <w:t>Bà Bailey cảm động vì Chỉ huy Hawksby đã đến cùng họ, và càng cảm động hơn khi ông nói với bà rằng Nicky đã đóng một vai trò quan trọng nhường nào trong đội của ông. Bà không thể giấu được niềm tự hào, bất chấp nỗi đau buồn.</w:t>
      </w:r>
    </w:p>
    <w:p>
      <w:pPr>
        <w:spacing w:after="80"/>
      </w:pPr>
      <w:r>
        <w:rPr>
          <w:b w:val="0"/>
          <w:i w:val="0"/>
        </w:rPr>
        <w:t>Grace và Clare là những người rời đi cuối cùng, và sau khi mọi người khác đã ra về, bà Bailey hỏi liệu họ có thể dành vài phút không, vì bà muốn nói riêng với họ một chút.</w:t>
      </w:r>
    </w:p>
    <w:p>
      <w:pPr>
        <w:spacing w:after="80"/>
      </w:pPr>
      <w:r>
        <w:rPr>
          <w:b w:val="0"/>
          <w:i w:val="0"/>
        </w:rPr>
        <w:t>‘Tất nhiên rồi,’ Clare nói.</w:t>
      </w:r>
    </w:p>
    <w:p>
      <w:pPr>
        <w:spacing w:after="80"/>
      </w:pPr>
      <w:r>
        <w:rPr>
          <w:b w:val="0"/>
          <w:i w:val="0"/>
        </w:rPr>
        <w:t>Bà Bailey im lặng một lúc lâu, nhưng khi bà cất lời, rõ ràng là bà đã suy nghĩ rất kỹ về những gì mình sắp nói.</w:t>
      </w:r>
    </w:p>
    <w:p>
      <w:pPr>
        <w:spacing w:after="80"/>
      </w:pPr>
      <w:r>
        <w:rPr>
          <w:b w:val="0"/>
          <w:i w:val="0"/>
        </w:rPr>
        <w:t>‘Nicky rất ngưỡng mộ cả hai cháu,’ cuối cùng bà nói được, ‘và bà biết ơn vì tất cả những gì các cháu đã làm cho con bé, nhất là việc nhận nó vào làm, sau bao nhiêu chuyện nó vừa trải qua.’</w:t>
      </w:r>
    </w:p>
    <w:p>
      <w:pPr>
        <w:spacing w:after="80"/>
      </w:pPr>
      <w:r>
        <w:rPr>
          <w:b w:val="0"/>
          <w:i w:val="0"/>
        </w:rPr>
        <w:t>‘Chúng cháu chưa bao giờ nghi ngờ rằng con bé hơi đặc biệt,’ Clare nói. ‘Đó là lý do cháu muốn nó về làm ở công ty.’</w:t>
      </w:r>
    </w:p>
    <w:p>
      <w:pPr>
        <w:spacing w:after="80"/>
      </w:pPr>
      <w:r>
        <w:rPr>
          <w:b w:val="0"/>
          <w:i w:val="0"/>
        </w:rPr>
        <w:t>‘Như các cháu biết, Nicky mong hai cháu đồng ý làm cha mẹ đỡ đầu cho Jake,’ bà Bailey nói, ‘cùng với Paul Adaja.’</w:t>
      </w:r>
    </w:p>
    <w:p>
      <w:pPr>
        <w:spacing w:after="80"/>
      </w:pPr>
      <w:r>
        <w:rPr>
          <w:b w:val="0"/>
          <w:i w:val="0"/>
        </w:rPr>
        <w:t>‘Khi con bé ngỏ lời, cả hai chúng cháu đều thấy vinh dự và vui mừng,’ Clare nói.</w:t>
      </w:r>
    </w:p>
    <w:p>
      <w:pPr>
        <w:spacing w:after="80"/>
      </w:pPr>
      <w:r>
        <w:rPr>
          <w:b w:val="0"/>
          <w:i w:val="0"/>
        </w:rPr>
        <w:t>‘Nhưng bà tự hỏi, các cháu yêu quý, liệu bà có thể giao cho các cháu một trách nhiệm còn lớn hơn nữa không.’</w:t>
      </w:r>
    </w:p>
    <w:p>
      <w:pPr>
        <w:spacing w:after="80"/>
      </w:pPr>
      <w:r>
        <w:rPr>
          <w:b w:val="0"/>
          <w:i w:val="0"/>
        </w:rPr>
        <w:t>‘Bất cứ điều gì cũng được,’ Grace nói.</w:t>
      </w:r>
    </w:p>
    <w:p>
      <w:pPr>
        <w:spacing w:after="80"/>
      </w:pPr>
      <w:r>
        <w:rPr>
          <w:b w:val="0"/>
          <w:i w:val="0"/>
        </w:rPr>
        <w:t>‘Đúng là chẳng giống một luật sư chút nào khi cam kết trước khi nghe rõ đầu đuôi, và có ít nhất một tháng để cân nhắc hậu quả.’</w:t>
      </w:r>
    </w:p>
    <w:p>
      <w:pPr>
        <w:spacing w:after="80"/>
      </w:pPr>
      <w:r>
        <w:rPr>
          <w:b w:val="0"/>
          <w:i w:val="0"/>
        </w:rPr>
        <w:t>Grace và Clare bật cười lần đầu tiên trong ngày hôm đó.</w:t>
      </w:r>
    </w:p>
    <w:p>
      <w:pPr>
        <w:spacing w:after="80"/>
      </w:pPr>
      <w:r>
        <w:rPr>
          <w:b w:val="0"/>
          <w:i w:val="0"/>
        </w:rPr>
        <w:t>Bà Bailey im lặng một lát, rồi nói, ‘Bà muốn bỏ chữ “đỡ đầu” khỏi danh xưng mới của các cháu, và để các cháu trở thành cha mẹ nuôi của Jake. Ở tuổi này bà không đủ sức một mình nuôi một đứa trẻ nhỏ, và bà không nghi ngờ gì các cháu sẽ là những bậc cha mẹ tuyệt vời.’</w:t>
      </w:r>
    </w:p>
    <w:p>
      <w:pPr>
        <w:spacing w:after="80"/>
      </w:pPr>
      <w:r>
        <w:rPr>
          <w:b w:val="0"/>
          <w:i w:val="0"/>
        </w:rPr>
        <w:t>Grace không nói nên lời, nhưng Clare thì không, cô lập tức nói, ‘Không gì có thể khiến chúng cháu hạnh phúc hơn.’</w:t>
      </w:r>
    </w:p>
    <w:p>
      <w:pPr>
        <w:jc w:val="center"/>
      </w:pPr>
      <w:r>
        <w:drawing>
          <wp:inline xmlns:a="http://schemas.openxmlformats.org/drawingml/2006/main" xmlns:pic="http://schemas.openxmlformats.org/drawingml/2006/picture">
            <wp:extent cx="752475" cy="161926"/>
            <wp:docPr id="96" name="Picture 9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có nghe lấy một lời em vừa nói không đấy?’ Beth nói.</w:t>
      </w:r>
    </w:p>
    <w:p>
      <w:pPr>
        <w:spacing w:after="80"/>
      </w:pPr>
      <w:r>
        <w:rPr>
          <w:b w:val="0"/>
          <w:i w:val="0"/>
        </w:rPr>
        <w:t>‘Từng chữ một,’ William nói, vừa leo lên giường.</w:t>
      </w:r>
    </w:p>
    <w:p>
      <w:pPr>
        <w:spacing w:after="80"/>
      </w:pPr>
      <w:r>
        <w:rPr>
          <w:b w:val="0"/>
          <w:i w:val="0"/>
        </w:rPr>
        <w:t>‘Vậy em vừa nói gì với anh?’</w:t>
      </w:r>
    </w:p>
    <w:p>
      <w:pPr>
        <w:spacing w:after="80"/>
      </w:pPr>
      <w:r>
        <w:rPr>
          <w:b w:val="0"/>
          <w:i w:val="0"/>
        </w:rPr>
        <w:t xml:space="preserve">‘Tối mai, Christie’s sẽ đấu giá bức </w:t>
      </w:r>
      <w:r>
        <w:rPr>
          <w:b w:val="0"/>
          <w:i/>
        </w:rPr>
        <w:t>Madonna di Cesare</w:t>
      </w:r>
      <w:r>
        <w:rPr>
          <w:b w:val="0"/>
          <w:i w:val="0"/>
        </w:rPr>
        <w:t xml:space="preserve"> của Raphael. Đó là lô số hai mươi lăm.’</w:t>
      </w:r>
    </w:p>
    <w:p>
      <w:pPr>
        <w:spacing w:after="80"/>
      </w:pPr>
      <w:r>
        <w:rPr>
          <w:b w:val="0"/>
          <w:i w:val="0"/>
        </w:rPr>
        <w:t>'Chỉ được một trên mười. Cố gắng hơn đi.'</w:t>
      </w:r>
    </w:p>
    <w:p>
      <w:pPr>
        <w:spacing w:after="80"/>
      </w:pPr>
      <w:r>
        <w:rPr>
          <w:b w:val="0"/>
          <w:i w:val="0"/>
        </w:rPr>
        <w:t>'Christina đã ủy quyền cho anh đấu giá thay cô ấy lên tới một triệu bảng, và nếu anh thắng, bức tranh sẽ được tặng cho Fitzmolean.'</w:t>
      </w:r>
    </w:p>
    <w:p>
      <w:pPr>
        <w:spacing w:after="80"/>
      </w:pPr>
      <w:r>
        <w:rPr>
          <w:b w:val="0"/>
          <w:i w:val="0"/>
        </w:rPr>
        <w:t>'Không tệ đâu, anh người hang. Nhưng anh vẫn chưa thoát đâu.'</w:t>
      </w:r>
    </w:p>
    <w:p>
      <w:pPr>
        <w:spacing w:after="80"/>
      </w:pPr>
      <w:r>
        <w:rPr>
          <w:b w:val="0"/>
          <w:i w:val="0"/>
        </w:rPr>
        <w:t>'Cô ấy đã đưa anh một tấm séc đủ số tiền, nhưng nếu có ai trả giá cao hơn anh, anh phải xé nó đi, và không bao giờ được nhắc với bất kỳ ai rằng anh đang đại diện cho ai.'</w:t>
      </w:r>
    </w:p>
    <w:p>
      <w:pPr>
        <w:spacing w:after="80"/>
      </w:pPr>
      <w:r>
        <w:rPr>
          <w:b w:val="0"/>
          <w:i w:val="0"/>
        </w:rPr>
        <w:t>'Ấn tượng đấy,' Beth nói. William đặt tay lên mặt trong đùi cô, nhưng cô gỡ ra như thể họ đang hẹn hò lần đầu.</w:t>
      </w:r>
    </w:p>
    <w:p>
      <w:pPr>
        <w:spacing w:after="80"/>
      </w:pPr>
      <w:r>
        <w:rPr>
          <w:b w:val="0"/>
          <w:i w:val="0"/>
        </w:rPr>
        <w:t>'Và tôi sẽ đấu giá bằng cách nào?'</w:t>
      </w:r>
    </w:p>
    <w:p>
      <w:pPr>
        <w:spacing w:after="80"/>
      </w:pPr>
      <w:r>
        <w:rPr>
          <w:b w:val="0"/>
          <w:i w:val="0"/>
        </w:rPr>
        <w:t>'Bằng điện thoại từ văn phòng của anh ở Fitzmolean.'</w:t>
      </w:r>
    </w:p>
    <w:p>
      <w:pPr>
        <w:spacing w:after="80"/>
      </w:pPr>
      <w:r>
        <w:rPr>
          <w:b w:val="0"/>
          <w:i w:val="0"/>
        </w:rPr>
        <w:t>'Tôi nợ anh một lời xin lỗi, anh người hang,' cô nói, ôm anh vào lòng. 'Vậy giờ tất cả những gì anh phải làm là chúc tôi may mắn.'</w:t>
      </w:r>
    </w:p>
    <w:p>
      <w:pPr>
        <w:spacing w:after="80"/>
      </w:pPr>
      <w:r>
        <w:rPr>
          <w:b w:val="0"/>
          <w:i w:val="0"/>
        </w:rPr>
        <w:t>'Trước khi làm thế,' William nói, phớt lờ những cử chỉ thân mật của cô, 'tôi cần cô ngừng nghĩ về những gì phòng tranh được lợi, và bắt đầu nghĩ về những gì Christina được lợi.'</w:t>
      </w:r>
    </w:p>
    <w:p>
      <w:pPr>
        <w:spacing w:after="80"/>
      </w:pPr>
      <w:r>
        <w:rPr>
          <w:b w:val="0"/>
          <w:i w:val="0"/>
        </w:rPr>
        <w:t>'Tại sao tôi phải làm thế?'</w:t>
      </w:r>
    </w:p>
    <w:p>
      <w:pPr>
        <w:spacing w:after="80"/>
      </w:pPr>
      <w:r>
        <w:rPr>
          <w:b w:val="0"/>
          <w:i w:val="0"/>
        </w:rPr>
        <w:t>'Em yêu, anh biết rõ là em sẽ sẵn lòng giẫm đạp qua cả ngàn cái xác để có được một bức tranh nhỏ của một họa sĩ Hà Lan ít tên tuổi cho Fitzmolean, nên trời mới biết em sẽ sẵn sàng làm gì để có được một bức Raphael.'</w:t>
      </w:r>
    </w:p>
    <w:p>
      <w:pPr>
        <w:spacing w:after="80"/>
      </w:pPr>
      <w:r>
        <w:rPr>
          <w:b w:val="0"/>
          <w:i w:val="0"/>
        </w:rPr>
        <w:t>'Anh quên rồi à, đó là một phần mô tả công việc của tôi? Tôi đã giành được một bức Rembrandt và một bức Rubens cho bảo tàng từ cùng một nguồn, phòng khi anh chưa để ý.'</w:t>
      </w:r>
    </w:p>
    <w:p>
      <w:pPr>
        <w:spacing w:after="80"/>
      </w:pPr>
      <w:r>
        <w:rPr>
          <w:b w:val="0"/>
          <w:i w:val="0"/>
        </w:rPr>
        <w:t>'Anh có để ý, nhưng cả hai lần đều có thứ gì đó dành cho Christina. Nên điều anh muốn biết là, cô ấy sẽ giẫm đạp qua cả ngàn cái xác vì cái gì?'</w:t>
      </w:r>
    </w:p>
    <w:p>
      <w:pPr>
        <w:spacing w:after="80"/>
      </w:pPr>
      <w:r>
        <w:rPr>
          <w:b w:val="0"/>
          <w:i w:val="0"/>
        </w:rPr>
        <w:t>'Anh chưa bao giờ thích Christina, đúng không?'</w:t>
      </w:r>
    </w:p>
    <w:p>
      <w:pPr>
        <w:spacing w:after="80"/>
      </w:pPr>
      <w:r>
        <w:rPr>
          <w:b w:val="0"/>
          <w:i w:val="0"/>
        </w:rPr>
        <w:t>'Thật ra, anh khá thích cô ấy. Anh chỉ không tin tưởng cô ấy thôi.'</w:t>
      </w:r>
    </w:p>
    <w:p>
      <w:pPr>
        <w:spacing w:after="80"/>
      </w:pPr>
      <w:r>
        <w:rPr>
          <w:b w:val="0"/>
          <w:i w:val="0"/>
        </w:rPr>
        <w:t>'Tôi biết cô ấy không phải thánh nhân,' Beth nói, 'nhưng cô ấy đã rất hào phóng trong những năm qua. Sao anh không thể một lần cho cô ấy hưởng lợi ích của sự nghi ngờ chứ?'</w:t>
      </w:r>
    </w:p>
    <w:p>
      <w:pPr>
        <w:spacing w:after="80"/>
      </w:pPr>
      <w:r>
        <w:rPr>
          <w:b w:val="0"/>
          <w:i w:val="0"/>
        </w:rPr>
        <w:t>‘Không phải khi bà ấy còn sở hữu vài tác phẩm lớn khác, và mối quan tâm duy nhất của bà ấy với chúng trước đây chỉ là tìm hiểu xem chúng đáng giá bao nhiêu. Nên tôi phải tự hỏi mình, tại sao bà ấy không đơn giản là tặng Fitzmolean một bức tranh từ bộ sưu tập của người chồng quá cố, thay vì phải bỏ ra một triệu bảng tiền của chính mình?’</w:t>
      </w:r>
    </w:p>
    <w:p>
      <w:pPr>
        <w:spacing w:after="80"/>
      </w:pPr>
      <w:r>
        <w:rPr>
          <w:b w:val="0"/>
          <w:i w:val="0"/>
        </w:rPr>
        <w:t>‘Bà ấy nói với tôi rằng bà muốn trao bức Madonna cho Fitzmolean để tưởng nhớ Miles.’</w:t>
      </w:r>
    </w:p>
    <w:p>
      <w:pPr>
        <w:spacing w:after="80"/>
      </w:pPr>
      <w:r>
        <w:rPr>
          <w:b w:val="0"/>
          <w:i w:val="0"/>
        </w:rPr>
        <w:t>‘Điều duy nhất bà ấy sẽ vui lòng trao cho bảo tàng để tưởng nhớ Miles hẳn sẽ là tro cốt của ông ấy. Nên tôi buộc phải hỏi, lý do thật sự khiến bà ấy muốn mua lại bức tranh là gì?’</w:t>
      </w:r>
    </w:p>
    <w:p>
      <w:pPr>
        <w:spacing w:after="80"/>
      </w:pPr>
      <w:r>
        <w:rPr>
          <w:b w:val="0"/>
          <w:i w:val="0"/>
        </w:rPr>
        <w:t>‘Tôi không biết, Thanh tra trưởng Warwick. Nhưng tại sao ông lúc nào cũng đa nghi về động cơ của người khác như vậy, đặc biệt là của Christina?’</w:t>
      </w:r>
    </w:p>
    <w:p>
      <w:pPr>
        <w:spacing w:after="80"/>
      </w:pPr>
      <w:r>
        <w:rPr>
          <w:b w:val="0"/>
          <w:i w:val="0"/>
        </w:rPr>
        <w:t>‘Đó là một phần mô tả công việc của tôi, e là vậy. Nhưng để tôi hỏi ông một câu khác. Tại sao Christina lại cần ông đấu giá thay bà ấy, khi bà ấy có thể dễ dàng tự làm điều đó?’</w:t>
      </w:r>
    </w:p>
    <w:p>
      <w:pPr>
        <w:spacing w:after="80"/>
      </w:pPr>
      <w:r>
        <w:rPr>
          <w:b w:val="0"/>
          <w:i w:val="0"/>
        </w:rPr>
        <w:t>‘Dễ trả lời thôi. Bà ấy sẽ ở Monte Carlo vào tối diễn ra buổi bán đấu giá.’</w:t>
      </w:r>
    </w:p>
    <w:p>
      <w:pPr>
        <w:spacing w:after="80"/>
      </w:pPr>
      <w:r>
        <w:rPr>
          <w:b w:val="0"/>
          <w:i w:val="0"/>
        </w:rPr>
        <w:t>‘Ở Monte Carlo không có điện thoại à?’</w:t>
      </w:r>
    </w:p>
    <w:p>
      <w:pPr>
        <w:spacing w:after="80"/>
      </w:pPr>
      <w:r>
        <w:rPr>
          <w:b w:val="0"/>
          <w:i w:val="0"/>
        </w:rPr>
        <w:t>‘Bà ấy không muốn ai khác biết mình đang đấu giá.’</w:t>
      </w:r>
    </w:p>
    <w:p>
      <w:pPr>
        <w:spacing w:after="80"/>
      </w:pPr>
      <w:r>
        <w:rPr>
          <w:b w:val="0"/>
          <w:i w:val="0"/>
        </w:rPr>
        <w:t>‘Như ai cơ?’</w:t>
      </w:r>
    </w:p>
    <w:p>
      <w:pPr>
        <w:spacing w:after="80"/>
      </w:pPr>
      <w:r>
        <w:rPr>
          <w:b w:val="0"/>
          <w:i w:val="0"/>
        </w:rPr>
        <w:t>‘Ví dụ như Tim Knox.’</w:t>
      </w:r>
    </w:p>
    <w:p>
      <w:pPr>
        <w:spacing w:after="80"/>
      </w:pPr>
      <w:r>
        <w:rPr>
          <w:b w:val="0"/>
          <w:i w:val="0"/>
        </w:rPr>
        <w:t>‘Điều đó chẳng có lý gì cả. Ông ấy là giám đốc phòng trưng bày và ông nhất định nên cho ông ấy biết bà ấy đã nhờ ông làm gì. Nếu có gì sai sót, ông ấy sẽ không bao giờ tin ông nữa, và ông thậm chí có thể mất việc.’</w:t>
      </w:r>
    </w:p>
    <w:p>
      <w:pPr>
        <w:spacing w:after="80"/>
      </w:pPr>
      <w:r>
        <w:rPr>
          <w:b w:val="0"/>
          <w:i w:val="0"/>
        </w:rPr>
        <w:t>‘Nhưng Christina sẽ không bao giờ tha thứ cho tôi nếu tôi thất hứa.’</w:t>
      </w:r>
    </w:p>
    <w:p>
      <w:pPr>
        <w:spacing w:after="80"/>
      </w:pPr>
      <w:r>
        <w:rPr>
          <w:b w:val="0"/>
          <w:i w:val="0"/>
        </w:rPr>
        <w:t>‘Vậy thì có lẽ ông nên tự hỏi tại sao bà ấy lại chọn ông, và quan trọng hơn nữa, ai là người bán?’</w:t>
      </w:r>
    </w:p>
    <w:p>
      <w:pPr>
        <w:spacing w:after="80"/>
      </w:pPr>
      <w:r>
        <w:rPr>
          <w:b w:val="0"/>
          <w:i w:val="0"/>
        </w:rPr>
        <w:t>‘Brompton Oratory,’ Beth nói. ‘Họ cần tiền để lợp lại mái.’</w:t>
      </w:r>
    </w:p>
    <w:p>
      <w:pPr>
        <w:spacing w:after="80"/>
      </w:pPr>
      <w:r>
        <w:rPr>
          <w:b w:val="0"/>
          <w:i w:val="0"/>
        </w:rPr>
        <w:t>‘Đó là điều tôi tin được. Nhưng ai là người đã trao bức tranh cho họ ngay từ đầu? Bởi chắc chắn không phải Miles Faulkner, kẻ thờ Mammon chứ không thờ Chúa.’</w:t>
      </w:r>
    </w:p>
    <w:p>
      <w:pPr>
        <w:spacing w:after="80"/>
      </w:pPr>
      <w:r>
        <w:rPr>
          <w:b w:val="0"/>
          <w:i w:val="0"/>
        </w:rPr>
        <w:t xml:space="preserve">‘Trong danh mục nó được mô tả là </w:t>
      </w:r>
      <w:r>
        <w:rPr>
          <w:b w:val="0"/>
          <w:i/>
        </w:rPr>
        <w:t>Tài sản của một Quý bà</w:t>
      </w:r>
      <w:r>
        <w:rPr>
          <w:b w:val="0"/>
          <w:i w:val="0"/>
        </w:rPr>
        <w:t>, điều này thường có nghĩa là chủ sở hữu không muốn tiết lộ tên của họ.’</w:t>
      </w:r>
    </w:p>
    <w:p>
      <w:pPr>
        <w:spacing w:after="80"/>
      </w:pPr>
      <w:r>
        <w:rPr>
          <w:b w:val="0"/>
          <w:i w:val="0"/>
        </w:rPr>
        <w:t>‘Nếu em có thể tìm ra người phụ nữ bí ẩn đó là ai, anh nghi là em cũng sẽ khám phá ra lý do vì sao Christina muốn người ta thấy em mua bức tranh.’</w:t>
      </w:r>
    </w:p>
    <w:p>
      <w:pPr>
        <w:spacing w:after="80"/>
      </w:pPr>
      <w:r>
        <w:rPr>
          <w:b w:val="0"/>
          <w:i w:val="0"/>
        </w:rPr>
        <w:t>‘Điều gì khiến anh tin chắc như vậy?’ Beth hỏi.</w:t>
      </w:r>
    </w:p>
    <w:p>
      <w:pPr>
        <w:spacing w:after="80"/>
      </w:pPr>
      <w:r>
        <w:rPr>
          <w:b w:val="0"/>
          <w:i w:val="0"/>
        </w:rPr>
        <w:t>‘Nhà thờ Brompton Oratory tình cờ lại chính là nhà thờ nơi bà Rashidi quá cố từng đi lễ, hồi bà còn sống ở The Boltons.’</w:t>
      </w:r>
    </w:p>
    <w:p>
      <w:pPr>
        <w:spacing w:after="80"/>
      </w:pPr>
      <w:r>
        <w:rPr>
          <w:b w:val="0"/>
          <w:i w:val="0"/>
        </w:rPr>
        <w:t>‘Đó có thể chỉ là sự trùng hợp thôi,’ Beth nói, cố đánh lạc hướng anh.</w:t>
      </w:r>
    </w:p>
    <w:p>
      <w:pPr>
        <w:spacing w:after="80"/>
      </w:pPr>
      <w:r>
        <w:rPr>
          <w:b w:val="0"/>
          <w:i w:val="0"/>
        </w:rPr>
        <w:t>Đến lượt William rút tay ra.</w:t>
      </w:r>
    </w:p>
    <w:p>
      <w:pPr>
        <w:spacing w:after="80"/>
      </w:pPr>
      <w:r>
        <w:rPr>
          <w:b w:val="0"/>
          <w:i w:val="0"/>
        </w:rPr>
        <w:t>‘Vậy việc Assem Rashidi quá cố từng ở Pentonville cùng lúc với Miles Faulkner, chủ cũ của bức Raphael, cũng là trùng hợp sao?’</w:t>
      </w:r>
    </w:p>
    <w:p>
      <w:pPr>
        <w:spacing w:after="80"/>
      </w:pPr>
      <w:r>
        <w:rPr>
          <w:b w:val="0"/>
          <w:i w:val="0"/>
        </w:rPr>
        <w:t>‘Điều đó chứng minh được gì chứ?’</w:t>
      </w:r>
    </w:p>
    <w:p>
      <w:pPr>
        <w:spacing w:after="80"/>
      </w:pPr>
      <w:r>
        <w:rPr>
          <w:b w:val="0"/>
          <w:i w:val="0"/>
        </w:rPr>
        <w:t>‘Anh không biết, nhưng nó có thể giải thích vì sao Christina không muốn ai khác ngoài em biết rằng cô ấy là người mua.’</w:t>
      </w:r>
    </w:p>
    <w:p>
      <w:pPr>
        <w:spacing w:after="80"/>
      </w:pPr>
      <w:r>
        <w:rPr>
          <w:b w:val="0"/>
          <w:i w:val="0"/>
        </w:rPr>
        <w:t>‘Nhưng nếu em mua được bức tranh với giá một triệu hoặc thấp hơn, thì lý thuyết của anh sụp đổ, và anh cũng sụp đổ theo!’</w:t>
      </w:r>
    </w:p>
    <w:p>
      <w:pPr>
        <w:spacing w:after="80"/>
      </w:pPr>
      <w:r>
        <w:rPr>
          <w:b w:val="0"/>
          <w:i w:val="0"/>
        </w:rPr>
        <w:t>‘Đồng ý.’</w:t>
      </w:r>
    </w:p>
    <w:p>
      <w:pPr>
        <w:spacing w:after="80"/>
      </w:pPr>
      <w:r>
        <w:rPr>
          <w:b w:val="0"/>
          <w:i w:val="0"/>
        </w:rPr>
        <w:t>‘Trong trường hợp đó thì Christina là một vị thánh, còn anh chỉ là một ông già hoài nghi nhàm chán.’</w:t>
      </w:r>
    </w:p>
    <w:p>
      <w:pPr>
        <w:spacing w:after="80"/>
      </w:pPr>
      <w:r>
        <w:rPr>
          <w:b w:val="0"/>
          <w:i w:val="0"/>
        </w:rPr>
        <w:t>‘Christina đâu phải thánh, và chỉ có một cách để chúng ta biết được liệu anh có phải là một ông già hoài nghi nhàm chán hay không.’</w:t>
      </w:r>
    </w:p>
    <w:p>
      <w:pPr>
        <w:spacing w:after="80"/>
      </w:pPr>
      <w:r>
        <w:rPr>
          <w:b w:val="0"/>
          <w:i w:val="0"/>
        </w:rPr>
        <w:t>‘Khai sáng cho em đi,’ Beth nói, bắt chước giọng the Hawk.</w:t>
      </w:r>
    </w:p>
    <w:p>
      <w:pPr>
        <w:spacing w:after="80"/>
      </w:pPr>
      <w:r>
        <w:rPr>
          <w:b w:val="0"/>
          <w:i w:val="0"/>
        </w:rPr>
        <w:t>‘Trong khi em ở phòng tranh đấu giá qua điện thoại thay mặt Christina, anh sẽ ở Christie’s, và anh đảm bảo với em, anh sẽ không nhìn người điều hành phiên đấu giá đâu.’ William tắt đèn và bắt đầu đưa tay lên phía trong đùi Beth.</w:t>
      </w:r>
    </w:p>
    <w:p>
      <w:pPr>
        <w:spacing w:after="80"/>
      </w:pPr>
      <w:r>
        <w:rPr>
          <w:b w:val="0"/>
          <w:i w:val="0"/>
        </w:rPr>
        <w:t>‘Thú vị thật đấy, cái kiểu khiến anh hứng lên, đồ người hang.’</w:t>
      </w:r>
    </w:p>
    <w:p>
      <w:pPr>
        <w:pStyle w:val="Heading2"/>
      </w:pPr>
      <w:r>
        <w:rPr>
          <w:rFonts w:ascii="Calibri" w:hAnsi="Calibri"/>
          <w:b/>
          <w:i w:val="0"/>
          <w:sz w:val="32"/>
        </w:rPr>
        <w:t>32</w:t>
      </w:r>
    </w:p>
    <w:p>
      <w:pPr>
        <w:spacing w:after="80"/>
      </w:pPr>
      <w:r>
        <w:rPr>
          <w:b w:val="0"/>
          <w:i w:val="0"/>
        </w:rPr>
        <w:t>‘TÔI ĐẶT giá bao nhiêu đây?’ William nói khi bước xuống giường vào sáng hôm sau và đi về phía phòng tắm.</w:t>
      </w:r>
    </w:p>
    <w:p>
      <w:pPr>
        <w:spacing w:after="80"/>
      </w:pPr>
      <w:r>
        <w:rPr>
          <w:b w:val="0"/>
          <w:i w:val="0"/>
        </w:rPr>
        <w:t>‘Miễn là tôi mua được bức Raphael với giá dưới một triệu,’ Beth nói, ‘thì tôi không thực sự bận tâm, vì một gã hoài nghi già sẽ đưa tôi đến Elena’s tối nay để ăn mừng chiến thắng của tôi.’</w:t>
      </w:r>
    </w:p>
    <w:p>
      <w:pPr>
        <w:spacing w:after="80"/>
      </w:pPr>
      <w:r>
        <w:rPr>
          <w:b w:val="0"/>
          <w:i w:val="0"/>
        </w:rPr>
        <w:t>‘Còn nếu nó bị bán cho người khác với giá hơn một triệu thì sao?’</w:t>
      </w:r>
    </w:p>
    <w:p>
      <w:pPr>
        <w:spacing w:after="80"/>
      </w:pPr>
      <w:r>
        <w:rPr>
          <w:b w:val="0"/>
          <w:i w:val="0"/>
        </w:rPr>
        <w:t>‘Bánh khiêm nhường sẽ được dọn ra trong bếp, thưa thanh tra trưởng.’</w:t>
      </w:r>
    </w:p>
    <w:p>
      <w:pPr>
        <w:spacing w:after="80"/>
      </w:pPr>
      <w:r>
        <w:rPr>
          <w:b w:val="0"/>
          <w:i w:val="0"/>
        </w:rPr>
        <w:t>‘Tôi thích Elena’s hơn,’ William nói khi đóng cửa phòng tắm. Không phải lần đầu tiên, anh ngẫm nghĩ rằng với Beth, cái ly nào cũng đầy một nửa, và đó là một trong nhiều lý do khiến anh say mê cô. Anh hy vọng mình sẽ bị chứng minh là sai, nhưng anh e rằng riêng cái ly này lại vơi một nửa.</w:t>
      </w:r>
    </w:p>
    <w:p>
      <w:pPr>
        <w:spacing w:after="80"/>
      </w:pPr>
      <w:r>
        <w:rPr>
          <w:b w:val="0"/>
          <w:i w:val="0"/>
        </w:rPr>
        <w:t>Anh mở nước nóng và nhìn mình trong gương. Đôi khi anh nhớ khoảng thời gian mình làm việc bí mật và không phải cạo râu mỗi ngày. Và rồi anh chợt nhớ ra, hôm nay anh sẽ làm việc bí mật.</w:t>
      </w:r>
    </w:p>
    <w:p>
      <w:pPr>
        <w:jc w:val="center"/>
      </w:pPr>
      <w:r>
        <w:drawing>
          <wp:inline xmlns:a="http://schemas.openxmlformats.org/drawingml/2006/main" xmlns:pic="http://schemas.openxmlformats.org/drawingml/2006/picture">
            <wp:extent cx="752475" cy="161926"/>
            <wp:docPr id="97" name="Picture 9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‘Anh nghĩ Booth Watson sẽ phải đặt giá bao nhiêu?’ Christina hỏi khi họ xếp hàng chờ ở cổng khởi hành.</w:t>
      </w:r>
    </w:p>
    <w:p>
      <w:pPr>
        <w:spacing w:after="80"/>
      </w:pPr>
      <w:r>
        <w:rPr>
          <w:b w:val="0"/>
          <w:i w:val="0"/>
        </w:rPr>
        <w:t>‘Một triệu một, một triệu hai, cùng lắm thì thế,’</w:t>
      </w:r>
    </w:p>
    <w:p>
      <w:pPr>
        <w:spacing w:after="80"/>
      </w:pPr>
      <w:r>
        <w:rPr>
          <w:b w:val="0"/>
          <w:i w:val="0"/>
        </w:rPr>
        <w:t>‘Đó là số tiền quá lớn để trả cho một bức giả,’ Christina nói.</w:t>
      </w:r>
    </w:p>
    <w:p>
      <w:pPr>
        <w:spacing w:after="80"/>
      </w:pPr>
      <w:r>
        <w:rPr>
          <w:b w:val="0"/>
          <w:i w:val="0"/>
        </w:rPr>
        <w:t>‘Tôi không có nhiều lựa chọn,’ Miles đáp. ‘Nếu một người đấu giá khác có được bức tranh rồi phát hiện ra đó là đồ giả, thì không chỉ phải giao nộp bức tranh gốc, mà thanh tra Warwick thông minh kia có khi còn ghép hai với hai lại, và thế là cả hai chúng ta đều vào tù.’</w:t>
      </w:r>
    </w:p>
    <w:p>
      <w:pPr>
        <w:spacing w:after="80"/>
      </w:pPr>
      <w:r>
        <w:rPr>
          <w:b w:val="0"/>
          <w:i w:val="0"/>
        </w:rPr>
        <w:t>Miles đưa thẻ lên máy bay và hộ chiếu cho viên sĩ quan ở quầy, người này lật đến trang cuối hộ chiếu của anh, kiểm tra ảnh rồi trả lại cho anh.</w:t>
      </w:r>
    </w:p>
    <w:p>
      <w:pPr>
        <w:spacing w:after="80"/>
      </w:pPr>
      <w:r>
        <w:rPr>
          <w:b w:val="0"/>
          <w:i w:val="0"/>
        </w:rPr>
        <w:t>‘Chúc chuyến bay tốt đẹp, Đại úy Neville,’ cô nói.</w:t>
      </w:r>
    </w:p>
    <w:p>
      <w:pPr>
        <w:jc w:val="center"/>
      </w:pPr>
      <w:r>
        <w:drawing>
          <wp:inline xmlns:a="http://schemas.openxmlformats.org/drawingml/2006/main" xmlns:pic="http://schemas.openxmlformats.org/drawingml/2006/picture">
            <wp:extent cx="752475" cy="161926"/>
            <wp:docPr id="98" name="Picture 9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Vị giám đốc lắng nghe rất chăm chú những gì Beth nói trước khi đưa ra ý kiến. ‘Cô nói bà Faulkner đưa cô một tấm séc một triệu bảng để cô có thể đấu giá bức Raphael thay mặt chúng ta?’</w:t>
      </w:r>
    </w:p>
    <w:p>
      <w:pPr>
        <w:spacing w:after="80"/>
      </w:pPr>
      <w:r>
        <w:rPr>
          <w:b w:val="0"/>
          <w:i w:val="0"/>
        </w:rPr>
        <w:t>Beth trao tấm séc.</w:t>
      </w:r>
    </w:p>
    <w:p>
      <w:pPr>
        <w:spacing w:after="80"/>
      </w:pPr>
      <w:r>
        <w:rPr>
          <w:b w:val="0"/>
          <w:i w:val="0"/>
        </w:rPr>
        <w:t>Tim đọc con số và mỉm cười. Rồi ông bắt đầu gõ ngón tay lên bàn, dấu hiệu cho thấy ông đang suy nghĩ sâu xa. ‘Hiện chúng ta có một triệu bảng trong quỹ mua tài sản,’ cuối cùng ông nói, ‘nên tôi sẽ trao cho cô quyền đấu giá lên tới hai triệu, chừng đó hẳn là quá đủ để có được bức tranh.’</w:t>
      </w:r>
    </w:p>
    <w:p>
      <w:pPr>
        <w:spacing w:after="80"/>
      </w:pPr>
      <w:r>
        <w:rPr>
          <w:b w:val="0"/>
          <w:i w:val="0"/>
        </w:rPr>
        <w:t>‘Tôi có báo cho Christina biết quyết định của ông không?’</w:t>
      </w:r>
    </w:p>
    <w:p>
      <w:pPr>
        <w:spacing w:after="80"/>
      </w:pPr>
      <w:r>
        <w:rPr>
          <w:b w:val="0"/>
          <w:i w:val="0"/>
        </w:rPr>
        <w:t>‘Tất nhiên rồi, nhưng đừng nói gì cho đến khi tôi trình bày qua với chủ tịch hội đồng quản trị và được ông ấy chấp thuận.’</w:t>
      </w:r>
    </w:p>
    <w:p>
      <w:pPr>
        <w:spacing w:after="80"/>
      </w:pPr>
      <w:r>
        <w:rPr>
          <w:b w:val="0"/>
          <w:i w:val="0"/>
        </w:rPr>
        <w:t>‘Cậu đang cười cái gì thế?’</w:t>
      </w:r>
    </w:p>
    <w:p>
      <w:pPr>
        <w:spacing w:after="80"/>
      </w:pPr>
      <w:r>
        <w:rPr>
          <w:b w:val="0"/>
          <w:i w:val="0"/>
        </w:rPr>
        <w:t>‘Cái ý nghĩ phòng tranh sở hữu một bức Raphael ấy.’</w:t>
      </w:r>
    </w:p>
    <w:p>
      <w:pPr>
        <w:jc w:val="center"/>
      </w:pPr>
      <w:r>
        <w:drawing>
          <wp:inline xmlns:a="http://schemas.openxmlformats.org/drawingml/2006/main" xmlns:pic="http://schemas.openxmlformats.org/drawingml/2006/picture">
            <wp:extent cx="752475" cy="161926"/>
            <wp:docPr id="99" name="Picture 9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Christina nhấc điện thoại lên, và khi nghe thấy giọng nói ở đầu dây bên kia, cô thấy nhẹ nhõm vì Miles đang ra ngoài chạy bộ buổi sáng.</w:t>
      </w:r>
    </w:p>
    <w:p>
      <w:pPr>
        <w:spacing w:after="80"/>
      </w:pPr>
      <w:r>
        <w:rPr>
          <w:b w:val="0"/>
          <w:i w:val="0"/>
        </w:rPr>
        <w:t>Cô chăm chú lắng nghe những gì bạn mình nói, nhưng không trả lời ngay. Beth bắt đầu lo rằng Christina đã gác máy vì cô đã thất hứa khi kể cho Tim nghe về thỏa thuận của họ, nhưng rồi sự im lặng cuối cùng cũng bị phá vỡ. ‘Tôi không thấy có lý do gì để cậu không trả giá lên tới hai triệu,’ Christina nói. ‘Chúc may mắn.’</w:t>
      </w:r>
    </w:p>
    <w:p>
      <w:pPr>
        <w:spacing w:after="80"/>
      </w:pPr>
      <w:r>
        <w:rPr>
          <w:b w:val="0"/>
          <w:i w:val="0"/>
        </w:rPr>
        <w:t>Cô mỉm cười khi nghĩ đến việc Miles sẽ phải trả gấp đôi số tiền anh định bỏ ra để mua lại chính bức tranh giả của mình. Cô nghe thấy tiếng cửa trước đóng sầm lại, và đặt điện thoại xuống mà không nói lời tạm biệt.</w:t>
      </w:r>
    </w:p>
    <w:p>
      <w:pPr>
        <w:jc w:val="center"/>
      </w:pPr>
      <w:r>
        <w:drawing>
          <wp:inline xmlns:a="http://schemas.openxmlformats.org/drawingml/2006/main" xmlns:pic="http://schemas.openxmlformats.org/drawingml/2006/picture">
            <wp:extent cx="752475" cy="161926"/>
            <wp:docPr id="100" name="Picture 10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William thấy khó tập trung khi anh phổ biến cho Thanh tra Cole về trách nhiệm của ông với tư cách là người đứng đầu mới của đơn vị chống tham nhũng.</w:t>
      </w:r>
    </w:p>
    <w:p>
      <w:pPr>
        <w:spacing w:after="80"/>
      </w:pPr>
      <w:r>
        <w:rPr>
          <w:b w:val="0"/>
          <w:i w:val="0"/>
        </w:rPr>
        <w:t>‘Tôi không thực sự hào hứng với cái ý tưởng do thám đồng nghiệp của mình,’ Cole thú nhận, bên một cốc bia Bass và một chiếc bánh nhân thịt.</w:t>
      </w:r>
    </w:p>
    <w:p>
      <w:pPr>
        <w:spacing w:after="80"/>
      </w:pPr>
      <w:r>
        <w:rPr>
          <w:b w:val="0"/>
          <w:i w:val="0"/>
        </w:rPr>
        <w:t>‘Tôi thấy sẽ dễ hơn nếu ông coi họ là những kẻ tham nhũng, chứ không phải đồng nghiệp,’ William nói, ‘và tệ hại y như bất kỳ tên tội phạm nào khác.’</w:t>
      </w:r>
    </w:p>
    <w:p>
      <w:pPr>
        <w:spacing w:after="80"/>
      </w:pPr>
      <w:r>
        <w:rPr>
          <w:b w:val="0"/>
          <w:i w:val="0"/>
        </w:rPr>
        <w:t>Cole đi ra quầy bar và mua thêm một vòng đồ uống nữa, nhưng khi quay lại bàn, ông vẫn chưa có vẻ gì là bị thuyết phục. ‘Vậy, ông có mong được dẫn dắt một đội điều tra án mạng không, với tư cách là Sĩ quan Điều tra Cấp cao?’</w:t>
      </w:r>
    </w:p>
    <w:p>
      <w:pPr>
        <w:spacing w:after="80"/>
      </w:pPr>
      <w:r>
        <w:rPr>
          <w:b w:val="0"/>
          <w:i w:val="0"/>
        </w:rPr>
        <w:t>‘Còn tùy xem nó bán được bao nhiêu,’ William nói. Thanh tra Cole trông bối rối. ‘Xin lỗi,’ William nói, bừng tỉnh trở về hiện tại. ‘Đầu óc tôi đang để đâu đâu ấy.’</w:t>
      </w:r>
    </w:p>
    <w:p>
      <w:pPr>
        <w:jc w:val="center"/>
      </w:pPr>
      <w:r>
        <w:drawing>
          <wp:inline xmlns:a="http://schemas.openxmlformats.org/drawingml/2006/main" xmlns:pic="http://schemas.openxmlformats.org/drawingml/2006/picture">
            <wp:extent cx="752475" cy="161926"/>
            <wp:docPr id="101" name="Picture 10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Booth Watson gọi một ly Courvoisier VSOP.</w:t>
      </w:r>
    </w:p>
    <w:p>
      <w:pPr>
        <w:spacing w:after="80"/>
      </w:pPr>
      <w:r>
        <w:rPr>
          <w:b w:val="0"/>
          <w:i w:val="0"/>
        </w:rPr>
        <w:t>Ông xem đồng hồ: 6.37. Lô đầu tiên dự kiến sẽ được gõ búa lúc bảy giờ. Ông biết chính xác mất bao lâu để đi bộ từ khách sạn Ritz đến Christie’s, và vì bức Raphael là lô thứ hai mươi lăm, ông chẳng có gì phải vội.</w:t>
      </w:r>
    </w:p>
    <w:p>
      <w:pPr>
        <w:spacing w:after="80"/>
      </w:pPr>
      <w:r>
        <w:rPr>
          <w:b w:val="0"/>
          <w:i w:val="0"/>
        </w:rPr>
        <w:t>‘Cognac của ngài đây, thưa ngài.’</w:t>
      </w:r>
    </w:p>
    <w:p>
      <w:pPr>
        <w:jc w:val="center"/>
      </w:pPr>
      <w:r>
        <w:drawing>
          <wp:inline xmlns:a="http://schemas.openxmlformats.org/drawingml/2006/main" xmlns:pic="http://schemas.openxmlformats.org/drawingml/2006/picture">
            <wp:extent cx="752475" cy="161926"/>
            <wp:docPr id="102" name="Picture 10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Beth bắt đầu đi đi lại lại trong văn phòng như một con hổ bị nhốt trong lồng. Đúng bảy giờ, cô khóa cửa để chắc chắn không bị làm phiền.</w:t>
      </w:r>
    </w:p>
    <w:p>
      <w:pPr>
        <w:spacing w:after="80"/>
      </w:pPr>
      <w:r>
        <w:rPr>
          <w:b w:val="0"/>
          <w:i w:val="0"/>
        </w:rPr>
        <w:t>Tim Knox đã ghé qua vào đầu buổi chiều để xác nhận rằng hội đồng quản trị đã đồng ý cho cô trả giá lên tới hai triệu bảng cho bức Raphael. Tuy nhiên, họ hy vọng cô sẽ mua được với giá thấp hơn, và khoản một triệu của họ sẽ không cần dùng đến. Cô xem đồng hồ và rót cho mình thêm một ly cà phê đen nữa trong khi chờ điện thoại reo.</w:t>
      </w:r>
    </w:p>
    <w:p>
      <w:pPr>
        <w:spacing w:after="80"/>
      </w:pPr>
      <w:r>
        <w:rPr>
          <w:b w:val="0"/>
          <w:i w:val="0"/>
        </w:rPr>
        <w:t>Người đàn ông từ Christie’s đã gọi điện ngay trước buổi trưa để dặn dò cô. ‘Tôi sẽ gọi cho cô qua số này khi người điều khiển phiên đấu giá đến lô hai mươi,’ ông ấy nói. ‘Như vậy là cô có thừa thời gian để chuẩn bị. Ông Pylkkänen đã bảo tôi rằng ông ấy sẽ mở màn với giá £500,000. Tôi sẽ thông báo cho cô tiến trình của phiên bán, và cô có thể nói cho tôi biết khi nào cô muốn tham gia đặt giá. Nhưng quan trọng hơn, hãy chắc chắn cho tôi biết khi cô đã chạm mức giới hạn của mình. Nếu giá chốt là của cô, cô sẽ có mười bốn ngày để hoàn tất việc mua, và sau khi xong, chúng tôi sẽ giao bức tranh đến bảo tàng.’</w:t>
      </w:r>
    </w:p>
    <w:p>
      <w:pPr>
        <w:spacing w:after="80"/>
      </w:pPr>
      <w:r>
        <w:rPr>
          <w:b w:val="0"/>
          <w:i w:val="0"/>
        </w:rPr>
        <w:t>‘Khi nào thì tôi nên chờ cuộc gọi của ông?’ Beth hỏi.</w:t>
      </w:r>
    </w:p>
    <w:p>
      <w:pPr>
        <w:spacing w:after="80"/>
      </w:pPr>
      <w:r>
        <w:rPr>
          <w:b w:val="0"/>
          <w:i w:val="0"/>
        </w:rPr>
        <w:t xml:space="preserve">‘Khoảng sau bảy giờ ba mươi một chút. Có lẽ nên bật loa ngoài cho tôi. Tôi từng biết có khách hàng làm rơi điện thoại trong lúc đấu giá, và một người vô tình ngắt kết nối của chính mình rồi không kịp quay lại để đặt giá chốt. Chúc may mắn,’ ông ấy nói. ‘Tôi không thể nghĩ ra nơi nào tốt hơn bảo tàng Fitzmolean cho bức </w:t>
      </w:r>
      <w:r>
        <w:rPr>
          <w:b w:val="0"/>
          <w:i/>
        </w:rPr>
        <w:t>Madonna di Cesare</w:t>
      </w:r>
      <w:r>
        <w:rPr>
          <w:b w:val="0"/>
          <w:i w:val="0"/>
        </w:rPr>
        <w:t>.’</w:t>
      </w:r>
    </w:p>
    <w:p>
      <w:pPr>
        <w:spacing w:after="80"/>
      </w:pPr>
      <w:r>
        <w:rPr>
          <w:b w:val="0"/>
          <w:i w:val="0"/>
        </w:rPr>
        <w:t>Beth nhớ lại người cuối cùng đã nói câu đó.</w:t>
      </w:r>
    </w:p>
    <w:p>
      <w:pPr>
        <w:jc w:val="center"/>
      </w:pPr>
      <w:r>
        <w:drawing>
          <wp:inline xmlns:a="http://schemas.openxmlformats.org/drawingml/2006/main" xmlns:pic="http://schemas.openxmlformats.org/drawingml/2006/picture">
            <wp:extent cx="752475" cy="161926"/>
            <wp:docPr id="103" name="Picture 10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Booth Watson uống cạn ly brandy lâu năm, cân nhắc gọi thêm ly nữa nhưng nghĩ lại thấy không nên, rồi gọi tính tiền. Ông viết một tấm séc và thêm một khoản tiền boa hậu hĩnh thay mặt cho khách hàng của mình.</w:t>
      </w:r>
    </w:p>
    <w:p>
      <w:pPr>
        <w:spacing w:after="80"/>
      </w:pPr>
      <w:r>
        <w:rPr>
          <w:b w:val="0"/>
          <w:i w:val="0"/>
        </w:rPr>
        <w:t>Vài ngày trước, ông đã đi bộ một quãng ngắn từ khách sạn Ritz đến Christie’s – chín phút – để tham dự một phiên đấu giá tem quý hiếm, do chính người điều khiển phiên đấu giá tối nay chủ trì.</w:t>
      </w:r>
    </w:p>
    <w:p>
      <w:pPr>
        <w:spacing w:after="80"/>
      </w:pPr>
      <w:r>
        <w:rPr>
          <w:b w:val="0"/>
          <w:i w:val="0"/>
        </w:rPr>
        <w:t>Ông bước vào phòng bán đấu giá lúc 7.42, và ngồi vào chỗ đã đặt trước, chỗ mà ông đã chọn sau khi suy nghĩ khá kỹ. Hàng thứ ba từ phía sau, bên trái. Ông thậm chí đã tập giơ tấm biển đấu giá của mình vừa đủ cao để người điều khiển phiên đấu giá nhận ra ông mà không ai phía trước có thể biết ai đang đặt giá.</w:t>
      </w:r>
    </w:p>
    <w:p>
      <w:pPr>
        <w:jc w:val="center"/>
      </w:pPr>
      <w:r>
        <w:drawing>
          <wp:inline xmlns:a="http://schemas.openxmlformats.org/drawingml/2006/main" xmlns:pic="http://schemas.openxmlformats.org/drawingml/2006/picture">
            <wp:extent cx="752475" cy="161926"/>
            <wp:docPr id="104" name="Picture 10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Khi điện thoại trên bàn cô reo, Beth chộp lấy nó như thể đó là một sợi dây cứu sinh.</w:t>
      </w:r>
    </w:p>
    <w:p>
      <w:pPr>
        <w:spacing w:after="80"/>
      </w:pPr>
      <w:r>
        <w:rPr>
          <w:b w:val="0"/>
          <w:i w:val="0"/>
        </w:rPr>
        <w:t>‘Chúng ta đã đến lô hai mươi, bà Warwick,’ đại diện của Christie’s nói. ‘Bà có nghe tôi rõ không?’</w:t>
      </w:r>
    </w:p>
    <w:p>
      <w:pPr>
        <w:spacing w:after="80"/>
      </w:pPr>
      <w:r>
        <w:rPr>
          <w:b w:val="0"/>
          <w:i w:val="0"/>
        </w:rPr>
        <w:t>‘Có,’ Beth đáp, rồi nhấn nút loa ngoài và đặt lại ống nghe. Cô có thể nghe thấy một giọng nói phía sau đang nói, ‘Bán với giá bốn mươi hai nghìn bảng,’ tiếp theo là tiếng búa đập xuống.</w:t>
      </w:r>
    </w:p>
    <w:p>
      <w:pPr>
        <w:spacing w:after="80"/>
      </w:pPr>
      <w:r>
        <w:rPr>
          <w:b w:val="0"/>
          <w:i w:val="0"/>
        </w:rPr>
        <w:t>Cô lật sang trang tiếp theo của cuốn danh mục và đang xem lô hai mươi mốt, đúng lúc William bước vào phòng bán đấu giá.</w:t>
      </w:r>
    </w:p>
    <w:p>
      <w:pPr>
        <w:spacing w:after="80"/>
      </w:pPr>
      <w:r>
        <w:rPr>
          <w:b w:val="0"/>
          <w:i w:val="0"/>
        </w:rPr>
        <w:t>Không khác gì đêm khai mạc một vở diễn ở West End, đó là ý nghĩ đầu tiên của William. Mọi chỗ ngồi đều đã kín từ lâu trước khi màn kéo lên. Anh thu mình vào phía sau một nhóm nhà buôn đang rôm rả trò chuyện, từ đó anh có thể nhìn rõ người điều khiển phiên đấu giá mà vẫn không gây chú ý. Anh đảo mắt khắp phòng, nhưng không nhận ra ai quen. Cũng khó trách vì anh chỉ nhìn thấy sau gáy của phần lớn người ta, trong khi không thể thấy một số người ngồi ở phía xa bên kia phòng.</w:t>
      </w:r>
    </w:p>
    <w:p>
      <w:pPr>
        <w:spacing w:after="80"/>
      </w:pPr>
      <w:r>
        <w:rPr>
          <w:b w:val="0"/>
          <w:i w:val="0"/>
        </w:rPr>
        <w:t>‘Lô số hai mươi mốt.’</w:t>
      </w:r>
    </w:p>
    <w:p>
      <w:pPr>
        <w:spacing w:after="80"/>
      </w:pPr>
      <w:r>
        <w:rPr>
          <w:b w:val="0"/>
          <w:i w:val="0"/>
        </w:rPr>
        <w:t>Booth Watson chăm chú nhìn cuốn danh mục của mình. Một bức tĩnh vật của Pieter Claesz không đạt được giá sàn, và người điều khiển phiên đấu giá đập búa xuống với một tiếng thịch và lẩm bẩm, ‘Bỏ qua,’ để xác nhận rằng không có người đặt giá thành công. Đó khó có thể là số phận của bức Raphael, thứ mà báo chí đã gọi là ngôi sao thu hút của các phiên bán mùa thu.</w:t>
      </w:r>
    </w:p>
    <w:p>
      <w:pPr>
        <w:spacing w:after="80"/>
      </w:pPr>
      <w:r>
        <w:rPr>
          <w:b w:val="0"/>
          <w:i w:val="0"/>
        </w:rPr>
        <w:t>‘Lô hai mươi hai,’ người điều khiển phiên đấu giá tuyên bố, giọng có vẻ hy vọng hơn. ‘Một bức vẽ Nhà thờ chính tòa Antwerp của Peter Paul Rubens. Tôi có một giá khởi điểm tại bàn là hai mươi nghìn bảng. Có ai hai mươi hai không?’ Có, và bức vẽ cuối cùng bán được với giá £33,000, chỉ dưới mức ước tính cao nhất của nó.</w:t>
      </w:r>
    </w:p>
    <w:p>
      <w:pPr>
        <w:spacing w:after="80"/>
      </w:pPr>
      <w:r>
        <w:rPr>
          <w:b w:val="0"/>
          <w:i w:val="0"/>
        </w:rPr>
        <w:t>Beth không cần kiểm tra mạch đập của mình cũng biết rằng mỗi lần búa đập xuống, nó lại tăng thêm vài nhịp.</w:t>
      </w:r>
    </w:p>
    <w:p>
      <w:pPr>
        <w:spacing w:after="80"/>
      </w:pPr>
      <w:r>
        <w:rPr>
          <w:b w:val="0"/>
          <w:i w:val="0"/>
        </w:rPr>
        <w:t>‘Lô hai mươi ba. Một bức tự họa của Frans Hals, sơn dầu trên ván gỗ. Tôi sẽ mở đầu phiên đấu giá ở mức năm mươi nghìn bảng Anh.’</w:t>
      </w:r>
    </w:p>
    <w:p>
      <w:pPr>
        <w:spacing w:after="80"/>
      </w:pPr>
      <w:r>
        <w:rPr>
          <w:b w:val="0"/>
          <w:i w:val="0"/>
        </w:rPr>
        <w:t>William tiếp tục tập trung vào những người đấu giá. Một người phụ nữ ở hàng thứ ba giơ tấm biển đấu giá của mình lên. Lượt đặt giá của bà được tiếp nối bởi một người đấu giá qua điện thoại ẩn danh, người đại diện của anh ta đứng sau một chiếc bàn dài trên một bục cao ở phía bên phải căn phòng. Bàn tay anh ta khum lại che ống nghe để chỉ khách hàng của mình mới nghe được những gì anh ta nói.</w:t>
      </w:r>
    </w:p>
    <w:p>
      <w:pPr>
        <w:spacing w:after="80"/>
      </w:pPr>
      <w:r>
        <w:rPr>
          <w:b w:val="0"/>
          <w:i w:val="0"/>
        </w:rPr>
        <w:t>William chăm chú nhìn khoảng mười mấy trợ lý phòng tranh đang chờ trên điện thoại cho lô hàng mà họ được những khách hàng ẩn danh giao phó. Anh tự hỏi ai trong số họ đang giữ đường dây với Beth.</w:t>
      </w:r>
    </w:p>
    <w:p>
      <w:pPr>
        <w:spacing w:after="80"/>
      </w:pPr>
      <w:r>
        <w:rPr>
          <w:b w:val="0"/>
          <w:i w:val="0"/>
        </w:rPr>
        <w:t>‘Một trăm hai mươi lăm nghìn,’ người điều hành đấu giá nói, khi một người đấu giá khác giơ tấm biển của mình lên.</w:t>
      </w:r>
    </w:p>
    <w:p>
      <w:pPr>
        <w:spacing w:after="80"/>
      </w:pPr>
      <w:r>
        <w:rPr>
          <w:b w:val="0"/>
          <w:i w:val="0"/>
        </w:rPr>
        <w:t>‘Bán!’</w:t>
      </w:r>
    </w:p>
    <w:p>
      <w:pPr>
        <w:jc w:val="center"/>
      </w:pPr>
      <w:r>
        <w:drawing>
          <wp:inline xmlns:a="http://schemas.openxmlformats.org/drawingml/2006/main" xmlns:pic="http://schemas.openxmlformats.org/drawingml/2006/picture">
            <wp:extent cx="752475" cy="161926"/>
            <wp:docPr id="105" name="Picture 10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‘Chắc không lâu nữa đâu,’ Christina nói, khi con mèo nhảy lên đùi cô và nằm xuống.</w:t>
      </w:r>
    </w:p>
    <w:p>
      <w:pPr>
        <w:spacing w:after="80"/>
      </w:pPr>
      <w:r>
        <w:rPr>
          <w:b w:val="0"/>
          <w:i w:val="0"/>
        </w:rPr>
        <w:t>‘Booth Watson sẽ gọi điện ngay khi bức tranh được bán,’ Miles nói.</w:t>
      </w:r>
    </w:p>
    <w:p>
      <w:pPr>
        <w:spacing w:after="80"/>
      </w:pPr>
      <w:r>
        <w:rPr>
          <w:b w:val="0"/>
          <w:i w:val="0"/>
        </w:rPr>
        <w:t>‘Anh trông chẳng có vẻ gì là lo lắng cả,’ cô nói, nhìn sang người chồng mà cô không đủ khả năng để ly dị.</w:t>
      </w:r>
    </w:p>
    <w:p>
      <w:pPr>
        <w:spacing w:after="80"/>
      </w:pPr>
      <w:r>
        <w:rPr>
          <w:b w:val="0"/>
          <w:i w:val="0"/>
        </w:rPr>
        <w:t>‘Tại sao tôi phải lo chứ? BW sẽ lấy được nó dù giá gõ búa là bao nhiêu.’</w:t>
      </w:r>
    </w:p>
    <w:p>
      <w:pPr>
        <w:spacing w:after="80"/>
      </w:pPr>
      <w:r>
        <w:rPr>
          <w:b w:val="0"/>
          <w:i w:val="0"/>
        </w:rPr>
        <w:t>‘Kể cả khi nó được bán với giá hơn một triệu?’</w:t>
      </w:r>
    </w:p>
    <w:p>
      <w:pPr>
        <w:spacing w:after="80"/>
      </w:pPr>
      <w:r>
        <w:rPr>
          <w:b w:val="0"/>
          <w:i w:val="0"/>
        </w:rPr>
        <w:t>‘Không có lý do gì để nó bán cao hơn mức ước tính cao nhất cả,’ Miles nói, với vẻ dửng dưng.</w:t>
      </w:r>
    </w:p>
    <w:p>
      <w:pPr>
        <w:spacing w:after="80"/>
      </w:pPr>
      <w:r>
        <w:rPr>
          <w:b w:val="0"/>
          <w:i w:val="0"/>
        </w:rPr>
        <w:t>Christina tiếp tục vuốt ve con mèo, con vật bắt đầu kêu gừ gừ một cách mãn nguyện.</w:t>
      </w:r>
    </w:p>
    <w:p>
      <w:pPr>
        <w:jc w:val="center"/>
      </w:pPr>
      <w:r>
        <w:drawing>
          <wp:inline xmlns:a="http://schemas.openxmlformats.org/drawingml/2006/main" xmlns:pic="http://schemas.openxmlformats.org/drawingml/2006/picture">
            <wp:extent cx="752475" cy="161926"/>
            <wp:docPr id="106" name="Picture 10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‘Người điều hành đấu giá vừa mở phiên đấu giá cho lô hai mươi tư,’ giọng nói qua điện thoại vang lên. ‘Chắc không lâu nữa đâu. Bà đã sẵn sàng chưa, thưa bà?’</w:t>
      </w:r>
    </w:p>
    <w:p>
      <w:pPr>
        <w:spacing w:after="80"/>
      </w:pPr>
      <w:r>
        <w:rPr>
          <w:b w:val="0"/>
          <w:i w:val="0"/>
        </w:rPr>
        <w:t>Hơn cả sẵn sàng, Beth muốn nói với anh ta như vậy, nhưng cô tự bằng lòng với câu, ‘Vâng, cảm ơn anh.’</w:t>
      </w:r>
    </w:p>
    <w:p>
      <w:pPr>
        <w:spacing w:after="80"/>
      </w:pPr>
      <w:r>
        <w:rPr>
          <w:b w:val="0"/>
          <w:i w:val="0"/>
        </w:rPr>
        <w:t xml:space="preserve">‘Bán với giá chín mươi nghìn bảng Anh,’ cô nghe thấy ở phía sau. Tiếp theo là một khoảng lặng tưởng như dài vô tận, trước khi cuối cùng cô nghe được những lời, ‘Lô số hai mươi lăm, bức </w:t>
      </w:r>
      <w:r>
        <w:rPr>
          <w:b w:val="0"/>
          <w:i/>
        </w:rPr>
        <w:t>Madonna di Cesare</w:t>
      </w:r>
      <w:r>
        <w:rPr>
          <w:b w:val="0"/>
          <w:i w:val="0"/>
        </w:rPr>
        <w:t xml:space="preserve"> của Raphael.’</w:t>
      </w:r>
    </w:p>
    <w:p>
      <w:pPr>
        <w:spacing w:after="80"/>
      </w:pPr>
      <w:r>
        <w:rPr>
          <w:b w:val="0"/>
          <w:i w:val="0"/>
        </w:rPr>
        <w:t>Một tràng rì rầm phấn khích bùng lên trong phòng bán đấu giá khi kiệt tác được đặt lên giá vẽ trước bục, để mọi người cùng chiêm ngưỡng. Người điều hành đấu giá chờ cho đến khi hoàn toàn im lặng, điều đó khiến Beth càng thêm hồi hộp.</w:t>
      </w:r>
    </w:p>
    <w:p>
      <w:pPr>
        <w:spacing w:after="80"/>
      </w:pPr>
      <w:r>
        <w:rPr>
          <w:b w:val="0"/>
          <w:i w:val="0"/>
        </w:rPr>
        <w:t>‘Tôi có một giá khởi điểm là năm trăm nghìn bảng. Tôi có thấy sáu trăm nghìn không?’</w:t>
      </w:r>
    </w:p>
    <w:p>
      <w:pPr>
        <w:spacing w:after="80"/>
      </w:pPr>
      <w:r>
        <w:rPr>
          <w:b w:val="0"/>
          <w:i w:val="0"/>
        </w:rPr>
        <w:t>‘Bà có muốn đặt giá không, thưa bà?’ giọng nói qua điện thoại hỏi.</w:t>
      </w:r>
    </w:p>
    <w:p>
      <w:pPr>
        <w:spacing w:after="80"/>
      </w:pPr>
      <w:r>
        <w:rPr>
          <w:b w:val="0"/>
          <w:i w:val="0"/>
        </w:rPr>
        <w:t>‘Có,’ Beth trả lời dứt khoát.</w:t>
      </w:r>
    </w:p>
    <w:p>
      <w:pPr>
        <w:spacing w:after="80"/>
      </w:pPr>
      <w:r>
        <w:rPr>
          <w:b w:val="0"/>
          <w:i w:val="0"/>
        </w:rPr>
        <w:t>‘Tôi có sáu trăm nghìn qua điện thoại,’ người đấu giá nói, quay sang bên trái.</w:t>
      </w:r>
    </w:p>
    <w:p>
      <w:pPr>
        <w:spacing w:after="80"/>
      </w:pPr>
      <w:r>
        <w:rPr>
          <w:b w:val="0"/>
          <w:i w:val="0"/>
        </w:rPr>
        <w:t>Booth Watson nhìn về phía hàng trợ lý đang kiên nhẫn đứng ở phía bên phải căn phòng. Chỉ có một người trong số họ đang úp tay che ống nghe điện thoại, thì thầm với khách hàng của mình. Ông ta biết chính xác ai đang ở đầu dây bên kia.</w:t>
      </w:r>
    </w:p>
    <w:p>
      <w:pPr>
        <w:spacing w:after="80"/>
      </w:pPr>
      <w:r>
        <w:rPr>
          <w:b w:val="0"/>
          <w:i w:val="0"/>
        </w:rPr>
        <w:t>‘Tôi đang tìm bảy trăm nghìn,’ người đấu giá nói. Ông không phải đợi lâu để Booth Watson giơ thẻ đấu giá lên.</w:t>
      </w:r>
    </w:p>
    <w:p>
      <w:pPr>
        <w:spacing w:after="80"/>
      </w:pPr>
      <w:r>
        <w:rPr>
          <w:b w:val="0"/>
          <w:i w:val="0"/>
        </w:rPr>
        <w:t>‘Bảy trăm nghìn đã được một quý ông ngồi gần phía sau căn phòng trả giá,’ giọng nói qua điện thoại cho biết. ‘Bà có lên tám trăm nghìn không, thưa bà?’</w:t>
      </w:r>
    </w:p>
    <w:p>
      <w:pPr>
        <w:spacing w:after="80"/>
      </w:pPr>
      <w:r>
        <w:rPr>
          <w:b w:val="0"/>
          <w:i w:val="0"/>
        </w:rPr>
        <w:t>‘Có,’ Beth nói không chút do dự.</w:t>
      </w:r>
    </w:p>
    <w:p>
      <w:pPr>
        <w:spacing w:after="80"/>
      </w:pPr>
      <w:r>
        <w:rPr>
          <w:b w:val="0"/>
          <w:i w:val="0"/>
        </w:rPr>
        <w:t>William cũng biết ai đang ở đầu dây bên kia, nhưng anh không thể thấy ai đang đấu giá với cô. Anh không thể mạo hiểm bước tới vì sợ bị phát hiện.</w:t>
      </w:r>
    </w:p>
    <w:p>
      <w:pPr>
        <w:spacing w:after="80"/>
      </w:pPr>
      <w:r>
        <w:rPr>
          <w:b w:val="0"/>
          <w:i w:val="0"/>
        </w:rPr>
        <w:t>800.000 bảng, 900.000 bảng, rồi 1 triệu bảng tiếp nối nhau thật nhanh.</w:t>
      </w:r>
    </w:p>
    <w:p>
      <w:pPr>
        <w:spacing w:after="80"/>
      </w:pPr>
      <w:r>
        <w:rPr>
          <w:b w:val="0"/>
          <w:i w:val="0"/>
        </w:rPr>
        <w:t>‘Tôi có thấy một triệu một trăm nghìn không?’ người đấu giá hỏi.</w:t>
      </w:r>
    </w:p>
    <w:p>
      <w:pPr>
        <w:spacing w:after="80"/>
      </w:pPr>
      <w:r>
        <w:rPr>
          <w:b w:val="0"/>
          <w:i w:val="0"/>
        </w:rPr>
        <w:t>Booth Watson giơ thẻ đấu giá lên.</w:t>
      </w:r>
    </w:p>
    <w:p>
      <w:pPr>
        <w:spacing w:after="80"/>
      </w:pPr>
      <w:r>
        <w:rPr>
          <w:b w:val="0"/>
          <w:i w:val="0"/>
        </w:rPr>
        <w:t>Đó là lúc William phát hiện ra ông ta.</w:t>
      </w:r>
    </w:p>
    <w:p>
      <w:pPr>
        <w:jc w:val="center"/>
      </w:pPr>
      <w:r>
        <w:drawing>
          <wp:inline xmlns:a="http://schemas.openxmlformats.org/drawingml/2006/main" xmlns:pic="http://schemas.openxmlformats.org/drawingml/2006/picture">
            <wp:extent cx="752475" cy="161926"/>
            <wp:docPr id="107" name="Picture 10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Miles bắt đầu đi đi lại lại quanh phòng khách trong khi sốt ruột chờ điện thoại reo, còn Christina vẫn ngồi trên ghế sofa vuốt ve con mèo.</w:t>
      </w:r>
    </w:p>
    <w:p>
      <w:pPr>
        <w:spacing w:after="80"/>
      </w:pPr>
      <w:r>
        <w:rPr>
          <w:b w:val="0"/>
          <w:i w:val="0"/>
        </w:rPr>
        <w:t>‘Chắc giờ này họ đã đến lô hai mươi lăm rồi,’ Miles nói, liếc nhìn đồng hồ.</w:t>
      </w:r>
    </w:p>
    <w:p>
      <w:pPr>
        <w:spacing w:after="80"/>
      </w:pPr>
      <w:r>
        <w:rPr>
          <w:b w:val="0"/>
          <w:i w:val="0"/>
        </w:rPr>
        <w:t>‘Đáng lẽ phải thế,’ Christina nói. ‘Nhưng tôi chắc chắn ông Booth Watson sẽ gọi ngay khi tiếng búa gõ xuống. Ông ấy đáng tin cậy lắm,’ cô nói thêm trong khi tiếp tục vuốt ve con mèo.</w:t>
      </w:r>
    </w:p>
    <w:p>
      <w:pPr>
        <w:spacing w:after="80"/>
      </w:pPr>
      <w:r>
        <w:rPr>
          <w:b w:val="0"/>
          <w:i w:val="0"/>
        </w:rPr>
        <w:t>Cả hai cùng rên rỉ.</w:t>
      </w:r>
    </w:p>
    <w:p>
      <w:pPr>
        <w:jc w:val="center"/>
      </w:pPr>
      <w:r>
        <w:drawing>
          <wp:inline xmlns:a="http://schemas.openxmlformats.org/drawingml/2006/main" xmlns:pic="http://schemas.openxmlformats.org/drawingml/2006/picture">
            <wp:extent cx="752475" cy="161926"/>
            <wp:docPr id="108" name="Picture 10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"Một triệu tám trăm nghìn," vị đấu giá viên nói, liên tục đảo mắt qua lại giữa người đặt giá qua điện thoại và quý ông ngồi gần cuối phòng, người dường như là đối thủ duy nhất còn lại trong cuộc đua. Booth Watson bắt đầu bối rối không biết người ở đầu dây bên kia có thể là ai, vì không thể là bà Warwick được. Trừ khi...</w:t>
      </w:r>
    </w:p>
    <w:p>
      <w:pPr>
        <w:spacing w:after="80"/>
      </w:pPr>
      <w:r>
        <w:rPr>
          <w:b w:val="0"/>
          <w:i w:val="0"/>
        </w:rPr>
        <w:t>Ông ta lại giơ tấm biển đấu giá lên một lần nữa.</w:t>
      </w:r>
    </w:p>
    <w:p>
      <w:pPr>
        <w:spacing w:after="80"/>
      </w:pPr>
      <w:r>
        <w:rPr>
          <w:b w:val="0"/>
          <w:i w:val="0"/>
        </w:rPr>
        <w:t>"Quý ông ở cuối phòng đã đặt một triệu chín trăm nghìn, thưa bà," người trung gian thì thầm. "Bà có muốn nâng lên hai triệu không?"</w:t>
      </w:r>
    </w:p>
    <w:p>
      <w:pPr>
        <w:spacing w:after="80"/>
      </w:pPr>
      <w:r>
        <w:rPr>
          <w:b w:val="0"/>
          <w:i w:val="0"/>
        </w:rPr>
        <w:t>"Có," Beth nói lần cuối cùng. Cô nhắm mắt lại và cầu nguyện rằng bất kỳ ai đang đấu giá với cô cũng đã chạm giới hạn của họ, và tấm biển của họ sẽ không giơ lên nữa.</w:t>
      </w:r>
    </w:p>
    <w:p>
      <w:pPr>
        <w:spacing w:after="80"/>
      </w:pPr>
      <w:r>
        <w:rPr>
          <w:b w:val="0"/>
          <w:i w:val="0"/>
        </w:rPr>
        <w:t>"Tôi có giá hai triệu qua điện thoại," vị đấu giá viên nói. "Ngài có muốn đưa ra hai triệu hai trăm nghìn không?" ông hỏi với vẻ hy vọng, ánh mắt dán chặt vào người đấu giá duy nhất còn lại.</w:t>
      </w:r>
    </w:p>
    <w:p>
      <w:pPr>
        <w:spacing w:after="80"/>
      </w:pPr>
      <w:r>
        <w:rPr>
          <w:b w:val="0"/>
          <w:i w:val="0"/>
        </w:rPr>
        <w:t>Sau khoảng thời gian mà Beth cảm thấy như cả một đời, nhưng thực ra chỉ vài giây, một tấm biển được giơ lên.</w:t>
      </w:r>
    </w:p>
    <w:p>
      <w:pPr>
        <w:spacing w:after="80"/>
      </w:pPr>
      <w:r>
        <w:rPr>
          <w:b w:val="0"/>
          <w:i w:val="0"/>
        </w:rPr>
        <w:t>Vị đấu giá viên quay lại chú ý đến người đặt giá qua điện thoại. "Tôi có hai triệu hai trăm nghìn," ông nói, mỉm cười nhân từ.</w:t>
      </w:r>
    </w:p>
    <w:p>
      <w:pPr>
        <w:spacing w:after="80"/>
      </w:pPr>
      <w:r>
        <w:rPr>
          <w:b w:val="0"/>
          <w:i w:val="0"/>
        </w:rPr>
        <w:t>"Bà có đặt hai triệu bốn không?" một giọng nói giờ đây nghe như từ rất xa vọng lại.</w:t>
      </w:r>
    </w:p>
    <w:p>
      <w:pPr>
        <w:spacing w:after="80"/>
      </w:pPr>
      <w:r>
        <w:rPr>
          <w:b w:val="0"/>
          <w:i w:val="0"/>
        </w:rPr>
        <w:t>"Không," Beth nói. "Tôi đã chạm giới hạn của mình rồi."</w:t>
      </w:r>
    </w:p>
    <w:p>
      <w:pPr>
        <w:spacing w:after="80"/>
      </w:pPr>
      <w:r>
        <w:rPr>
          <w:b w:val="0"/>
          <w:i w:val="0"/>
        </w:rPr>
        <w:t>"Cảm ơn bà," đại diện của Christie's nói trước khi đặt điện thoại xuống. Anh ta nhìn vị đấu giá viên và lắc đầu. Anh ta không nói với khách hàng của mình rằng anh ta biết ơn bà ấy đến nhường nào, bởi vì chính người trả giá thấp hơn luôn là người quyết định giá chốt.</w:t>
      </w:r>
    </w:p>
    <w:p>
      <w:pPr>
        <w:spacing w:after="80"/>
      </w:pPr>
      <w:r>
        <w:rPr>
          <w:b w:val="0"/>
          <w:i w:val="0"/>
        </w:rPr>
        <w:t>"Còn ai đặt giá nữa không?" Mắt vị đấu giá viên quét khắp phòng, nhưng vô ích. Cuối cùng ông giáng búa xuống với một tiếng thịch lớn trước khi tuyên bố: "Bán cho quý ông ở cuối phòng với giá hai triệu hai trăm nghìn bảng Anh."</w:t>
      </w:r>
    </w:p>
    <w:p>
      <w:pPr>
        <w:spacing w:after="80"/>
      </w:pPr>
      <w:r>
        <w:rPr>
          <w:b w:val="0"/>
          <w:i w:val="0"/>
        </w:rPr>
        <w:t>Một tràng pháo tay tự phát nổ ra trong phòng sau khi một mức giá kỷ lục mới cho một bức tranh của Raphael được xác lập. Booth Watson không tham gia.</w:t>
      </w:r>
    </w:p>
    <w:p>
      <w:pPr>
        <w:spacing w:after="80"/>
      </w:pPr>
      <w:r>
        <w:rPr>
          <w:b w:val="0"/>
          <w:i w:val="0"/>
        </w:rPr>
        <w:t>William vẫn không thể chắc chắn ai là người đưa ra giá chốt, vì anh chỉ nhìn thấy sau gáy ông ta, nhưng anh không định mạo hiểm nán lại vì sợ bị nhận ra. Khoảnh khắc kẻ theo dõi trở thành con mồi.</w:t>
      </w:r>
    </w:p>
    <w:p>
      <w:pPr>
        <w:spacing w:after="80"/>
      </w:pPr>
      <w:r>
        <w:rPr>
          <w:b w:val="0"/>
          <w:i w:val="0"/>
        </w:rPr>
        <w:t>Anh nhanh chóng rời phòng bán đấu giá, bước xuống cầu thang trải thảm rộng và ra khỏi cửa trước. Anh không nhìn lại cho đến khi đã băng qua đường và đến một con hẻm nhỏ mà anh đã xác định từ đêm hôm trước, từ đó anh có tầm nhìn rõ ràng ra lối vào của nhà đấu giá. William đứng run rẩy trong cái lạnh khi chờ đợi để xác nhận nỗi sợ tồi tệ nhất của mình.</w:t>
      </w:r>
    </w:p>
    <w:p>
      <w:pPr>
        <w:jc w:val="center"/>
      </w:pPr>
      <w:r>
        <w:drawing>
          <wp:inline xmlns:a="http://schemas.openxmlformats.org/drawingml/2006/main" xmlns:pic="http://schemas.openxmlformats.org/drawingml/2006/picture">
            <wp:extent cx="752475" cy="161926"/>
            <wp:docPr id="109" name="Picture 10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Điện thoại trong phòng khách bắt đầu reo. Miles chộp lấy, và lắng nghe trong im lặng một lúc. Máu rút khỏi mặt anh khi anh nhắc lại: "Hai triệu hai trăm nghìn?"</w:t>
      </w:r>
    </w:p>
    <w:p>
      <w:pPr>
        <w:spacing w:after="80"/>
      </w:pPr>
      <w:r>
        <w:rPr>
          <w:b w:val="0"/>
          <w:i w:val="0"/>
        </w:rPr>
        <w:t>‘Đúng vậy,’ Booth Watson nói. ‘Tôi sắp đặt cọc mười phần trăm. Số còn lại phải thanh toán trong vòng mười bốn ngày.’</w:t>
      </w:r>
    </w:p>
    <w:p>
      <w:pPr>
        <w:spacing w:after="80"/>
      </w:pPr>
      <w:r>
        <w:rPr>
          <w:b w:val="0"/>
          <w:i w:val="0"/>
        </w:rPr>
        <w:t>‘Ai là người trả giá thứ hai?’ Miles hỏi dồn.</w:t>
      </w:r>
    </w:p>
    <w:p>
      <w:pPr>
        <w:spacing w:after="80"/>
      </w:pPr>
      <w:r>
        <w:rPr>
          <w:b w:val="0"/>
          <w:i w:val="0"/>
        </w:rPr>
        <w:t>‘Đó mới là điều lạ. Chỉ có một người trả giá nghiêm túc khác và họ đấu qua điện thoại. Tôi chỉ có thể suy đoán đó hẳn là bà Warwick trả giá thay cho bảo tàng Fitzmolean.’</w:t>
      </w:r>
    </w:p>
    <w:p>
      <w:pPr>
        <w:spacing w:after="80"/>
      </w:pPr>
      <w:r>
        <w:rPr>
          <w:b w:val="0"/>
          <w:i w:val="0"/>
        </w:rPr>
        <w:t>‘Sao có thể như vậy khi Christina chỉ đưa bà ấy tấm séc một triệu?’</w:t>
      </w:r>
    </w:p>
    <w:p>
      <w:pPr>
        <w:spacing w:after="80"/>
      </w:pPr>
      <w:r>
        <w:rPr>
          <w:b w:val="0"/>
          <w:i w:val="0"/>
        </w:rPr>
        <w:t>‘Tôi không biết,’ Booth Watson thừa nhận. ‘Có lẽ anh nên hỏi vợ anh?’</w:t>
      </w:r>
    </w:p>
    <w:p>
      <w:pPr>
        <w:spacing w:after="80"/>
      </w:pPr>
      <w:r>
        <w:rPr>
          <w:b w:val="0"/>
          <w:i w:val="0"/>
        </w:rPr>
        <w:t>‘Tôi sẽ hỏi,’ Miles nói rồi dập mạnh điện thoại, khiến con mèo nhảy khỏi lòng Christina và chạy vụt ra khỏi phòng.</w:t>
      </w:r>
    </w:p>
    <w:p>
      <w:pPr>
        <w:spacing w:after="80"/>
      </w:pPr>
      <w:r>
        <w:rPr>
          <w:b w:val="0"/>
          <w:i w:val="0"/>
        </w:rPr>
        <w:t>‘Anh lấy được rồi chứ?’ Christina hỏi với vẻ ngây thơ.</w:t>
      </w:r>
    </w:p>
    <w:p>
      <w:pPr>
        <w:spacing w:after="80"/>
      </w:pPr>
      <w:r>
        <w:rPr>
          <w:b w:val="0"/>
          <w:i w:val="0"/>
        </w:rPr>
        <w:t>‘Lấy được rồi,’ Miles nói, ‘nhưng cuối cùng phải trả hai phẩy hai triệu.’ Anh quay lại và thấy một nụ cười thoáng qua trên mặt Christina. Liệu có thể như vậy không?</w:t>
      </w:r>
    </w:p>
    <w:p>
      <w:pPr>
        <w:jc w:val="center"/>
      </w:pPr>
      <w:r>
        <w:drawing>
          <wp:inline xmlns:a="http://schemas.openxmlformats.org/drawingml/2006/main" xmlns:pic="http://schemas.openxmlformats.org/drawingml/2006/picture">
            <wp:extent cx="752475" cy="161926"/>
            <wp:docPr id="110" name="Picture 11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Sau khi Beth gọi cho Tim Knox để báo tin thất vọng, cô mặc áo khoác và mở khóa cửa văn phòng. Cô quyết định về thẳng nhà để chia sẻ nỗi buồn với hai đứa con sinh đôi. Ít nhất chúng sẽ không hả hê. Sau đó cô sẽ chuẩn bị một món bánh khiêm nhường để chia sẻ với ông chồng tự cho mình biết tuốt. Cô chỉ tự hỏi không biết ông ấy còn biết những gì nữa.</w:t>
      </w:r>
    </w:p>
    <w:p>
      <w:pPr>
        <w:spacing w:after="80"/>
      </w:pPr>
      <w:r>
        <w:rPr>
          <w:b w:val="0"/>
          <w:i w:val="0"/>
        </w:rPr>
        <w:t xml:space="preserve">Ít nhất họ còn có chuyến đi New York trên con tàu </w:t>
      </w:r>
      <w:r>
        <w:rPr>
          <w:b w:val="0"/>
          <w:i/>
        </w:rPr>
        <w:t>Alden</w:t>
      </w:r>
      <w:r>
        <w:rPr>
          <w:b w:val="0"/>
          <w:i w:val="0"/>
        </w:rPr>
        <w:t xml:space="preserve"> để mong chờ, và một khi đã lên tàu, cô sẽ cấm ông ấy nhắc lại chuyện này lần nữa.</w:t>
      </w:r>
    </w:p>
    <w:p>
      <w:pPr>
        <w:jc w:val="center"/>
      </w:pPr>
      <w:r>
        <w:drawing>
          <wp:inline xmlns:a="http://schemas.openxmlformats.org/drawingml/2006/main" xmlns:pic="http://schemas.openxmlformats.org/drawingml/2006/picture">
            <wp:extent cx="752475" cy="161926"/>
            <wp:docPr id="111" name="Picture 11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Đám đông lớn đã dự buổi đấu giá giờ đang tràn ra khỏi tòa nhà và đổ ra phố. Người thì tìm taxi, người thì hướng về câu lạc bộ hay những nhà hàng thời thượng của họ.</w:t>
      </w:r>
    </w:p>
    <w:p>
      <w:pPr>
        <w:spacing w:after="80"/>
      </w:pPr>
      <w:r>
        <w:rPr>
          <w:b w:val="0"/>
          <w:i w:val="0"/>
        </w:rPr>
        <w:t>William quan sát từng khuôn mặt, nhưng không ai khiến anh phải nhìn lại lần thứ hai. Anh không nhận ra ai khác nữa. Anh thậm chí bắt đầu tự hỏi liệu 2,2 triệu bảng có thể đến từ một người trả giá thật sự, và anh đã để trí tưởng tượng của mình chạy quá xa. Nhưng anh không có ý định về nhà cho đến khi ngọn đèn cuối cùng trong tòa nhà tắt. Anh chấp nhận rằng có thể phải chờ rất lâu.</w:t>
      </w:r>
    </w:p>
    <w:p>
      <w:pPr>
        <w:jc w:val="center"/>
      </w:pPr>
      <w:r>
        <w:drawing>
          <wp:inline xmlns:a="http://schemas.openxmlformats.org/drawingml/2006/main" xmlns:pic="http://schemas.openxmlformats.org/drawingml/2006/picture">
            <wp:extent cx="752475" cy="161926"/>
            <wp:docPr id="112" name="Picture 11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6"/>
                    </a:xfrm>
                    <a:prstGeom prst="rect"/>
                  </pic:spPr>
                </pic:pic>
              </a:graphicData>
            </a:graphic>
          </wp:inline>
        </w:drawing>
      </w:r>
    </w:p>
    <w:p>
      <w:pPr>
        <w:spacing w:after="80"/>
      </w:pPr>
      <w:r>
        <w:rPr>
          <w:b w:val="0"/>
          <w:i w:val="0"/>
        </w:rPr>
        <w:t>Booth Watson đặt điện thoại xuống ở sảnh và quay lại thì thấy một trợ lý trẻ đang đợi mình.</w:t>
      </w:r>
    </w:p>
    <w:p>
      <w:pPr>
        <w:spacing w:after="80"/>
      </w:pPr>
      <w:r>
        <w:rPr>
          <w:b w:val="0"/>
          <w:i w:val="0"/>
        </w:rPr>
        <w:t>‘Chúc mừng ngài,’ anh ta nói.</w:t>
      </w:r>
    </w:p>
    <w:p>
      <w:pPr>
        <w:spacing w:after="80"/>
      </w:pPr>
      <w:r>
        <w:rPr>
          <w:b w:val="0"/>
          <w:i w:val="0"/>
        </w:rPr>
        <w:t>Người trả giá thắng cuộc không thấy có gì đáng chúc mừng, nhưng ông không đưa ra ý kiến gì.</w:t>
      </w:r>
    </w:p>
    <w:p>
      <w:pPr>
        <w:spacing w:after="80"/>
      </w:pPr>
      <w:r>
        <w:rPr>
          <w:b w:val="0"/>
          <w:i w:val="0"/>
        </w:rPr>
        <w:t>‘Như ngài biết đấy, thưa ngài, chúng tôi sẽ cần khoản đặt cọc hai trăm hai mươi nghìn bảng để giữ bức tranh Raphael, số còn lại phải thanh toán trong vòng mười bốn ngày.’</w:t>
      </w:r>
    </w:p>
    <w:p>
      <w:pPr>
        <w:spacing w:after="80"/>
      </w:pPr>
      <w:r>
        <w:rPr>
          <w:b w:val="0"/>
          <w:i w:val="0"/>
        </w:rPr>
        <w:t>Booth Watson lấy từ túi áo trong ra một tấm séc đã được ký và ghi ngày tháng sẵn, chỉ để trống phần số tiền. Ông viết ra £220,000, trước tiên bằng chữ rồi bằng số, trước khi đưa nó cho chàng trai trẻ.</w:t>
      </w:r>
    </w:p>
    <w:p>
      <w:pPr>
        <w:spacing w:after="80"/>
      </w:pPr>
      <w:r>
        <w:rPr>
          <w:b w:val="0"/>
          <w:i w:val="0"/>
        </w:rPr>
        <w:t>'Cảm ơn ngài. Ngay khi chúng tôi nhận đủ số tiền, ngài có thể đến lấy bức tranh hoặc chúng tôi sẵn lòng sắp xếp giao hàng tận nơi cho ngài.'</w:t>
      </w:r>
    </w:p>
    <w:p>
      <w:pPr>
        <w:spacing w:after="80"/>
      </w:pPr>
      <w:r>
        <w:rPr>
          <w:b w:val="0"/>
          <w:i w:val="0"/>
        </w:rPr>
        <w:t>Một lần nữa, Booth Watson không bình luận gì. Ông để mặc cô trợ lý phòng tranh đứng đó, rồi hướng về phía cửa chính.</w:t>
      </w:r>
    </w:p>
    <w:p>
      <w:pPr>
        <w:spacing w:after="80"/>
      </w:pPr>
      <w:r>
        <w:rPr>
          <w:b w:val="0"/>
          <w:i w:val="0"/>
        </w:rPr>
        <w:t>William sắp sửa chấp nhận rằng mình chắc đã nhìn nhầm thì một dáng người mập mạp quen thuộc bước ra khỏi nhà đấu giá, trông chẳng có vẻ gì là vui. Ông ta vẫy một chiếc taxi rồi biến mất về hướng St James's.</w:t>
      </w:r>
    </w:p>
    <w:p>
      <w:pPr>
        <w:spacing w:after="80"/>
      </w:pPr>
      <w:r>
        <w:rPr>
          <w:b w:val="0"/>
          <w:i w:val="0"/>
        </w:rPr>
        <w:t>William bắt đầu thong thả đi bộ về phía ga tàu điện ngầm gần nhất, nhưng dừng lại khi thấy một buồng điện thoại công cộng màu đỏ ở góc phố Piccadilly. William bước vào trong, nhấc ống nghe và bấm một số không có trong bất kỳ danh bạ điện thoại nào. Khi đầu dây bên kia có một giọng nói quen thuộc nhấc máy, anh bỏ một đồng mười xu vào khe.</w:t>
      </w:r>
    </w:p>
    <w:p>
      <w:pPr>
        <w:spacing w:after="80"/>
      </w:pPr>
      <w:r>
        <w:rPr>
          <w:b w:val="0"/>
          <w:i w:val="0"/>
        </w:rPr>
        <w:t>'Chào buổi tối, thưa ngài. Tôi nghĩ ngài nên biết rằng Booth Watson có mặt ở buổi đấu giá, và dù vợ tôi trả giá hai triệu cho bức Raphael, thì lượt trả giá của cô ấy không phải là lượt cuối cùng.'</w:t>
      </w:r>
    </w:p>
    <w:p>
      <w:pPr>
        <w:spacing w:after="80"/>
      </w:pPr>
      <w:r>
        <w:rPr>
          <w:b w:val="0"/>
          <w:i w:val="0"/>
        </w:rPr>
        <w:t>'Vậy thì, có một điều chắc chắn,' Hawk nói. 'Booth Watson sẽ không đấu giá thay cho bà Christina Faulkner, vì bà ấy là người bán, chứ không phải người mua.'</w:t>
      </w:r>
    </w:p>
    <w:p>
      <w:pPr>
        <w:spacing w:after="80"/>
      </w:pPr>
      <w:r>
        <w:rPr>
          <w:b w:val="0"/>
          <w:i w:val="0"/>
        </w:rPr>
        <w:t>'Điều đó thu hẹp phạm vi khá nhiều,' William nói. 'Thực ra tôi bắt đầu tự hỏi, liệu có khả năng Miles Faulkner vẫn còn sống.'</w:t>
      </w:r>
    </w:p>
    <w:p>
      <w:pPr>
        <w:spacing w:after="80"/>
      </w:pPr>
      <w:r>
        <w:rPr>
          <w:b w:val="0"/>
          <w:i w:val="0"/>
        </w:rPr>
        <w:t>'Tôi chưa bao giờ nghĩ ông ta đã chết,' viên chỉ huy nói.</w:t>
      </w:r>
    </w:p>
    <w:p>
      <w:pPr>
        <w:pStyle w:val="Heading4"/>
      </w:pPr>
      <w:r>
        <w:rPr>
          <w:rFonts w:ascii="Calibri" w:hAnsi="Calibri"/>
          <w:b/>
          <w:i w:val="0"/>
          <w:sz w:val="23"/>
        </w:rPr>
        <w:t>CÁC TÁC PHẨM KHÁC CỦA JEFFREY ARCHER</w:t>
      </w:r>
    </w:p>
    <w:p>
      <w:pPr>
        <w:spacing w:after="80"/>
        <w:jc w:val="center"/>
      </w:pPr>
      <w:r>
        <w:rPr>
          <w:b w:val="0"/>
          <w:i w:val="0"/>
        </w:rPr>
        <w:t>CÁC TIỂU THUYẾT VỀ WILLIAM WARWICK</w:t>
      </w:r>
    </w:p>
    <w:p>
      <w:pPr>
        <w:spacing w:after="80"/>
        <w:jc w:val="center"/>
      </w:pPr>
      <w:r>
        <w:rPr>
          <w:b w:val="0"/>
          <w:i w:val="0"/>
        </w:rPr>
        <w:t>Nothing Ventured</w:t>
      </w:r>
    </w:p>
    <w:p>
      <w:pPr>
        <w:spacing w:after="80"/>
        <w:jc w:val="center"/>
      </w:pPr>
      <w:r>
        <w:rPr>
          <w:b w:val="0"/>
          <w:i w:val="0"/>
        </w:rPr>
        <w:t>Hidden in Plain Sight</w:t>
      </w:r>
    </w:p>
    <w:p>
      <w:pPr>
        <w:spacing w:after="80"/>
        <w:jc w:val="center"/>
      </w:pPr>
      <w:r>
        <w:rPr>
          <w:b w:val="0"/>
          <w:i w:val="0"/>
        </w:rPr>
        <w:t>BIÊN NIÊN SỬ CLIFTON</w:t>
      </w:r>
    </w:p>
    <w:p>
      <w:pPr>
        <w:spacing w:after="80"/>
        <w:jc w:val="center"/>
      </w:pPr>
      <w:r>
        <w:rPr>
          <w:b w:val="0"/>
          <w:i w:val="0"/>
        </w:rPr>
        <w:t>Only Time Will Tell The Sins of the Father</w:t>
      </w:r>
    </w:p>
    <w:p>
      <w:pPr>
        <w:spacing w:after="80"/>
        <w:jc w:val="center"/>
      </w:pPr>
      <w:r>
        <w:rPr>
          <w:b w:val="0"/>
          <w:i w:val="0"/>
        </w:rPr>
        <w:t>Best Kept Secret Be Careful What You Wish For</w:t>
      </w:r>
    </w:p>
    <w:p>
      <w:pPr>
        <w:spacing w:after="80"/>
        <w:jc w:val="center"/>
      </w:pPr>
      <w:r>
        <w:rPr>
          <w:b w:val="0"/>
          <w:i w:val="0"/>
        </w:rPr>
        <w:t>Mạnh hơn cả gươm giáo Giờ khắc đã điểm Đây là một người đàn ông</w:t>
      </w:r>
    </w:p>
    <w:p>
      <w:pPr>
        <w:spacing w:after="80"/>
        <w:jc w:val="center"/>
      </w:pPr>
      <w:r>
        <w:rPr>
          <w:b w:val="0"/>
          <w:i w:val="0"/>
        </w:rPr>
        <w:t>TIỂU THUYẾT</w:t>
      </w:r>
    </w:p>
    <w:p>
      <w:pPr>
        <w:spacing w:after="80"/>
        <w:jc w:val="center"/>
      </w:pPr>
      <w:r>
        <w:rPr>
          <w:b w:val="0"/>
          <w:i w:val="0"/>
        </w:rPr>
        <w:t>Không một xu nhiều hơn, không một xu ít hơn</w:t>
      </w:r>
    </w:p>
    <w:p>
      <w:pPr>
        <w:spacing w:after="80"/>
        <w:jc w:val="center"/>
      </w:pPr>
      <w:r>
        <w:rPr>
          <w:b w:val="0"/>
          <w:i w:val="0"/>
        </w:rPr>
        <w:t>Chúng ta có nên nói với Tổng thống không? Kane và Abel</w:t>
      </w:r>
    </w:p>
    <w:p>
      <w:pPr>
        <w:spacing w:after="80"/>
        <w:jc w:val="center"/>
      </w:pPr>
      <w:r>
        <w:rPr>
          <w:b w:val="0"/>
          <w:i w:val="0"/>
        </w:rPr>
        <w:t>Đứa con hoang đàng Đứng đầu trong số những người ngang hàng</w:t>
      </w:r>
    </w:p>
    <w:p>
      <w:pPr>
        <w:spacing w:after="80"/>
        <w:jc w:val="center"/>
      </w:pPr>
      <w:r>
        <w:rPr>
          <w:b w:val="0"/>
          <w:i w:val="0"/>
        </w:rPr>
        <w:t>Một vấn đề danh dự Khi đàn quạ bay Danh dự giữa bọn trộm cắp</w:t>
      </w:r>
    </w:p>
    <w:p>
      <w:pPr>
        <w:spacing w:after="80"/>
        <w:jc w:val="center"/>
      </w:pPr>
      <w:r>
        <w:rPr>
          <w:b w:val="0"/>
          <w:i w:val="0"/>
        </w:rPr>
        <w:t>Đẳng cấp thứ tư Điều răn thứ mười một</w:t>
      </w:r>
    </w:p>
    <w:p>
      <w:pPr>
        <w:spacing w:after="80"/>
        <w:jc w:val="center"/>
      </w:pPr>
      <w:r>
        <w:rPr>
          <w:b w:val="0"/>
          <w:i w:val="0"/>
        </w:rPr>
        <w:t>Những đứa con của vận may Ấn tượng giả tạo</w:t>
      </w:r>
    </w:p>
    <w:p>
      <w:pPr>
        <w:spacing w:after="80"/>
        <w:jc w:val="center"/>
      </w:pPr>
      <w:r>
        <w:rPr>
          <w:b w:val="0"/>
          <w:i w:val="0"/>
        </w:rPr>
        <w:t>Phúc âm theo Giu-đa</w:t>
      </w:r>
      <w:r>
        <w:br/>
      </w:r>
      <w:r>
        <w:rPr>
          <w:b w:val="0"/>
          <w:i w:val="0"/>
        </w:rPr>
        <w:t>(</w:t>
      </w:r>
      <w:r>
        <w:rPr>
          <w:b w:val="0"/>
          <w:i/>
        </w:rPr>
        <w:t>với sự trợ giúp của Giáo sư Francis J. Moloney</w:t>
      </w:r>
      <w:r>
        <w:rPr>
          <w:b w:val="0"/>
          <w:i w:val="0"/>
        </w:rPr>
        <w:t>)</w:t>
      </w:r>
    </w:p>
    <w:p>
      <w:pPr>
        <w:spacing w:after="80"/>
        <w:jc w:val="center"/>
      </w:pPr>
      <w:r>
        <w:rPr>
          <w:b w:val="0"/>
          <w:i w:val="0"/>
        </w:rPr>
        <w:t>Tù nhân từ khi sinh ra Những con đường vinh quang Ngửa mặt anh thắng</w:t>
      </w:r>
    </w:p>
    <w:p>
      <w:pPr>
        <w:spacing w:after="80"/>
        <w:jc w:val="center"/>
      </w:pPr>
      <w:r>
        <w:rPr>
          <w:b w:val="0"/>
          <w:i w:val="0"/>
        </w:rPr>
        <w:t>TRUYỆN NGẮN</w:t>
      </w:r>
    </w:p>
    <w:p>
      <w:pPr>
        <w:spacing w:after="80"/>
        <w:jc w:val="center"/>
      </w:pPr>
      <w:r>
        <w:rPr>
          <w:b w:val="0"/>
          <w:i w:val="0"/>
        </w:rPr>
        <w:t>Một ống tên đầy ắp Một khúc quanh trong câu chuyện</w:t>
      </w:r>
    </w:p>
    <w:p>
      <w:pPr>
        <w:spacing w:after="80"/>
        <w:jc w:val="center"/>
      </w:pPr>
      <w:r>
        <w:rPr>
          <w:b w:val="0"/>
          <w:i w:val="0"/>
        </w:rPr>
        <w:t>Mười hai manh mối giả Tuyển tập truyện ngắn</w:t>
      </w:r>
    </w:p>
    <w:p>
      <w:pPr>
        <w:spacing w:after="80"/>
        <w:jc w:val="center"/>
      </w:pPr>
      <w:r>
        <w:rPr>
          <w:b w:val="0"/>
          <w:i w:val="0"/>
        </w:rPr>
        <w:t>Để câu chuyện dài được ngắn gọn Mèo chín đuôi</w:t>
      </w:r>
    </w:p>
    <w:p>
      <w:pPr>
        <w:spacing w:after="80"/>
        <w:jc w:val="center"/>
      </w:pPr>
      <w:r>
        <w:rPr>
          <w:b w:val="0"/>
          <w:i w:val="0"/>
        </w:rPr>
        <w:t>Và từ đó nảy sinh một câu chuyện Kể chuyện</w:t>
      </w:r>
    </w:p>
    <w:p>
      <w:pPr>
        <w:spacing w:after="80"/>
        <w:jc w:val="center"/>
      </w:pPr>
      <w:r>
        <w:rPr>
          <w:b w:val="0"/>
          <w:i w:val="0"/>
        </w:rPr>
        <w:t>Ngắn, dài và cao</w:t>
      </w:r>
    </w:p>
    <w:p>
      <w:pPr>
        <w:spacing w:after="80"/>
        <w:jc w:val="center"/>
      </w:pPr>
      <w:r>
        <w:rPr>
          <w:b w:val="0"/>
          <w:i w:val="0"/>
        </w:rPr>
        <w:t>KỊCH BẢN SÂN KHẤU</w:t>
      </w:r>
    </w:p>
    <w:p>
      <w:pPr>
        <w:spacing w:after="80"/>
        <w:jc w:val="center"/>
      </w:pPr>
      <w:r>
        <w:rPr>
          <w:b w:val="0"/>
          <w:i w:val="0"/>
        </w:rPr>
        <w:t>Beyond Reasonable Doubt Exclusive The Accused</w:t>
      </w:r>
    </w:p>
    <w:p>
      <w:pPr>
        <w:spacing w:after="80"/>
        <w:jc w:val="center"/>
      </w:pPr>
      <w:r>
        <w:rPr>
          <w:b w:val="0"/>
          <w:i w:val="0"/>
        </w:rPr>
        <w:t>Confession Who Killed the Mayor?</w:t>
      </w:r>
    </w:p>
    <w:p>
      <w:pPr>
        <w:spacing w:after="80"/>
        <w:jc w:val="center"/>
      </w:pPr>
      <w:r>
        <w:rPr>
          <w:b w:val="0"/>
          <w:i w:val="0"/>
        </w:rPr>
        <w:t>NHẬT KÝ TRONG TÙ</w:t>
      </w:r>
    </w:p>
    <w:p>
      <w:pPr>
        <w:spacing w:after="80"/>
        <w:jc w:val="center"/>
      </w:pPr>
      <w:r>
        <w:rPr>
          <w:b w:val="0"/>
          <w:i w:val="0"/>
        </w:rPr>
        <w:t>Tập Một – Belmarsh: Địa Ngục Tập Hai – Wayland: Luyện Ngục</w:t>
      </w:r>
    </w:p>
    <w:p>
      <w:pPr>
        <w:spacing w:after="80"/>
        <w:jc w:val="center"/>
      </w:pPr>
      <w:r>
        <w:rPr>
          <w:b w:val="0"/>
          <w:i w:val="0"/>
        </w:rPr>
        <w:t>Tập Ba – North Sea Camp: Thiên Đường</w:t>
      </w:r>
    </w:p>
    <w:p>
      <w:pPr>
        <w:spacing w:after="80"/>
        <w:jc w:val="center"/>
      </w:pPr>
      <w:r>
        <w:rPr>
          <w:b w:val="0"/>
          <w:i w:val="0"/>
        </w:rPr>
        <w:t>KỊCH BẢN ĐIỆN ẢNH</w:t>
      </w:r>
    </w:p>
    <w:p>
      <w:pPr>
        <w:spacing w:after="80"/>
        <w:jc w:val="center"/>
      </w:pPr>
      <w:r>
        <w:rPr>
          <w:b w:val="0"/>
          <w:i w:val="0"/>
        </w:rPr>
        <w:t>Mallory: Walking Off the Map False Impression</w:t>
      </w:r>
    </w:p>
    <w:p>
      <w:pPr>
        <w:jc w:val="center"/>
      </w:pPr>
      <w:r>
        <w:drawing>
          <wp:inline xmlns:a="http://schemas.openxmlformats.org/drawingml/2006/main" xmlns:pic="http://schemas.openxmlformats.org/drawingml/2006/picture">
            <wp:extent cx="904875" cy="790575"/>
            <wp:docPr id="113" name="Picture 113"/>
            <wp:cNvGraphicFramePr>
              <a:graphicFrameLocks noChangeAspect="1"/>
            </wp:cNvGraphicFramePr>
            <a:graphic>
              <a:graphicData uri="http://schemas.openxmlformats.org/drawingml/2006/picture">
                <pic:pic>
                  <pic:nvPicPr>
                    <pic:cNvPr id="0" name="copy.jpg"/>
                    <pic:cNvPicPr/>
                  </pic:nvPicPr>
                  <pic:blipFill>
                    <a:blip r:embed="rId12"/>
                    <a:stretch>
                      <a:fillRect/>
                    </a:stretch>
                  </pic:blipFill>
                  <pic:spPr>
                    <a:xfrm>
                      <a:off x="0" y="0"/>
                      <a:ext cx="904875" cy="790575"/>
                    </a:xfrm>
                    <a:prstGeom prst="rect"/>
                  </pic:spPr>
                </pic:pic>
              </a:graphicData>
            </a:graphic>
          </wp:inline>
        </w:drawing>
      </w:r>
    </w:p>
    <w:p>
      <w:pPr>
        <w:spacing w:after="80"/>
        <w:jc w:val="center"/>
      </w:pPr>
      <w:r>
        <w:rPr>
          <w:b w:val="0"/>
          <w:i w:val="0"/>
        </w:rPr>
        <w:t>Xuất bản lần đầu năm 2021 bởi Macmillan</w:t>
      </w:r>
    </w:p>
    <w:p>
      <w:pPr>
        <w:spacing w:after="80"/>
        <w:jc w:val="center"/>
      </w:pPr>
      <w:r>
        <w:rPr>
          <w:b w:val="0"/>
          <w:i w:val="0"/>
        </w:rPr>
        <w:t>Ấn bản điện tử này xuất bản năm 2021 bởi Macmillan</w:t>
      </w:r>
    </w:p>
    <w:p>
      <w:pPr>
        <w:spacing w:after="80"/>
        <w:jc w:val="center"/>
      </w:pPr>
      <w:r>
        <w:rPr>
          <w:b w:val="0"/>
          <w:i w:val="0"/>
        </w:rPr>
        <w:t>một nhánh xuất bản của Pan Macmillan</w:t>
      </w:r>
    </w:p>
    <w:p>
      <w:pPr>
        <w:spacing w:after="80"/>
        <w:jc w:val="center"/>
      </w:pPr>
      <w:r>
        <w:rPr>
          <w:b w:val="0"/>
          <w:i w:val="0"/>
        </w:rPr>
        <w:t>The Smithson, 6 Briset Street, London EC1M 5NR</w:t>
      </w:r>
    </w:p>
    <w:p>
      <w:pPr>
        <w:spacing w:after="80"/>
        <w:jc w:val="center"/>
      </w:pPr>
      <w:r>
        <w:rPr>
          <w:b w:val="0"/>
          <w:i/>
        </w:rPr>
        <w:t>Đại diện EU:</w:t>
      </w:r>
      <w:r>
        <w:rPr>
          <w:b w:val="0"/>
          <w:i w:val="0"/>
        </w:rPr>
        <w:t xml:space="preserve"> Macmillan Publishers Ireland Limited,</w:t>
      </w:r>
    </w:p>
    <w:p>
      <w:pPr>
        <w:spacing w:after="80"/>
        <w:jc w:val="center"/>
      </w:pPr>
      <w:r>
        <w:rPr>
          <w:b w:val="0"/>
          <w:i w:val="0"/>
        </w:rPr>
        <w:t>Mallard Lodge, Lansdowne Village, Dublin 4</w:t>
      </w:r>
    </w:p>
    <w:p>
      <w:pPr>
        <w:spacing w:after="80"/>
        <w:jc w:val="center"/>
      </w:pPr>
      <w:r>
        <w:rPr>
          <w:b w:val="0"/>
          <w:i w:val="0"/>
        </w:rPr>
        <w:t>Các công ty liên kết trên khắp thế giới</w:t>
      </w:r>
    </w:p>
    <w:p>
      <w:pPr>
        <w:spacing w:after="80"/>
        <w:jc w:val="center"/>
      </w:pPr>
      <w:r>
        <w:rPr>
          <w:b w:val="0"/>
          <w:i w:val="0"/>
        </w:rPr>
        <w:t>www.panmacmillan.com</w:t>
      </w:r>
    </w:p>
    <w:p>
      <w:pPr>
        <w:spacing w:after="80"/>
        <w:jc w:val="center"/>
      </w:pPr>
      <w:r>
        <w:rPr>
          <w:b w:val="0"/>
          <w:i w:val="0"/>
        </w:rPr>
        <w:t>ISBN 978-1-5098-5139-3</w:t>
      </w:r>
    </w:p>
    <w:p>
      <w:pPr>
        <w:spacing w:after="80"/>
        <w:jc w:val="center"/>
      </w:pPr>
      <w:r>
        <w:rPr>
          <w:b w:val="0"/>
          <w:i w:val="0"/>
        </w:rPr>
        <w:t>Bản quyền © Jeffrey Archer 2021</w:t>
      </w:r>
    </w:p>
    <w:p>
      <w:pPr>
        <w:spacing w:after="80"/>
        <w:jc w:val="center"/>
      </w:pPr>
      <w:r>
        <w:rPr>
          <w:b w:val="0"/>
          <w:i w:val="0"/>
        </w:rPr>
        <w:t>Hình bìa: Phong cảnh thành phố: RistoArnaudov/Getty Images; người đàn ông: Tim Robinson/Arcangel Images; người phụ nữ: Marie Carr/Arcangel Images</w:t>
      </w:r>
    </w:p>
    <w:p>
      <w:pPr>
        <w:spacing w:after="80"/>
        <w:jc w:val="center"/>
      </w:pPr>
      <w:r>
        <w:rPr>
          <w:b w:val="0"/>
          <w:i w:val="0"/>
        </w:rPr>
        <w:t>Ảnh tác giả: Broosk Saib</w:t>
      </w:r>
    </w:p>
    <w:p>
      <w:pPr>
        <w:spacing w:after="80"/>
        <w:jc w:val="center"/>
      </w:pPr>
      <w:r>
        <w:rPr>
          <w:b w:val="0"/>
          <w:i w:val="0"/>
        </w:rPr>
        <w:t>Quyền của Jeffrey Archer được công nhận là tác giả của tác phẩm này đã được khẳng định theo Đạo luật Bản quyền, Thiết kế và Sáng chế 1988.</w:t>
      </w:r>
    </w:p>
    <w:p>
      <w:pPr>
        <w:spacing w:after="80"/>
        <w:jc w:val="center"/>
      </w:pPr>
      <w:r>
        <w:rPr>
          <w:b w:val="0"/>
          <w:i w:val="0"/>
        </w:rPr>
        <w:t>Pan Macmillan không có bất kỳ quyền kiểm soát nào, cũng như không chịu bất kỳ trách nhiệm nào đối với bất kỳ trang web của tác giả hay bên thứ ba nào được nhắc đến trong hoặc trên cuốn sách này.</w:t>
      </w:r>
    </w:p>
    <w:p>
      <w:pPr>
        <w:spacing w:after="80"/>
        <w:jc w:val="center"/>
      </w:pPr>
      <w:r>
        <w:rPr>
          <w:b w:val="0"/>
          <w:i w:val="0"/>
        </w:rPr>
        <w:t>Bạn không được phép sao chép, lưu trữ, phân phối, truyền tải, tái bản hoặc bằng bất kỳ cách nào khác đưa ấn phẩm này (hoặc bất kỳ phần nào của nó) ra dưới bất kỳ hình thức nào, hoặc bằng bất kỳ phương tiện nào (điện tử, kỹ thuật số, quang học, cơ học, sao chụp, ghi âm hay cách khác), mà không có sự cho phép trước bằng văn bản của nhà xuất bản. Bất kỳ ai thực hiện hành vi trái phép nào liên quan đến ấn phẩm này đều có thể bị truy cứu trách nhiệm hình sự và bị kiện dân sự đòi bồi thường thiệt hại.</w:t>
      </w:r>
    </w:p>
    <w:p>
      <w:pPr>
        <w:spacing w:after="80"/>
        <w:jc w:val="center"/>
      </w:pPr>
      <w:r>
        <w:rPr>
          <w:b w:val="0"/>
          <w:i w:val="0"/>
        </w:rPr>
        <w:t>Hồ sơ mục lục CIP cho cuốn sách này có sẵn tại Thư viện Anh.</w:t>
      </w:r>
    </w:p>
    <w:p>
      <w:pPr>
        <w:spacing w:after="80"/>
        <w:jc w:val="center"/>
      </w:pPr>
      <w:r>
        <w:rPr>
          <w:b w:val="0"/>
          <w:i w:val="0"/>
        </w:rPr>
        <w:t xml:space="preserve">Truy cập </w:t>
      </w:r>
      <w:r>
        <w:rPr>
          <w:b/>
          <w:i w:val="0"/>
        </w:rPr>
        <w:t>www.panmacmillan.com</w:t>
      </w:r>
      <w:r>
        <w:rPr>
          <w:b w:val="0"/>
          <w:i w:val="0"/>
        </w:rPr>
        <w:t xml:space="preserve"> để đọc thêm về tất cả các cuốn sách của chúng tôi và mua chúng. Bạn cũng sẽ tìm thấy các tính năng, phỏng vấn tác giả và tin tức về các sự kiện của tác giả, và bạn có thể đăng ký nhận bản tin điện tử để luôn là người đầu tiên biết về những ấn phẩm mới của chúng tôi.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