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378778" cy="8229599"/>
            <wp:docPr id="1" name="Picture 1"/>
            <wp:cNvGraphicFramePr>
              <a:graphicFrameLocks noChangeAspect="1"/>
            </wp:cNvGraphicFramePr>
            <a:graphic>
              <a:graphicData uri="http://schemas.openxmlformats.org/drawingml/2006/picture">
                <pic:pic>
                  <pic:nvPicPr>
                    <pic:cNvPr id="0" name="cover00258.jpeg"/>
                    <pic:cNvPicPr/>
                  </pic:nvPicPr>
                  <pic:blipFill>
                    <a:blip r:embed="rId9"/>
                    <a:stretch>
                      <a:fillRect/>
                    </a:stretch>
                  </pic:blipFill>
                  <pic:spPr>
                    <a:xfrm>
                      <a:off x="0" y="0"/>
                      <a:ext cx="5378778" cy="8229599"/>
                    </a:xfrm>
                    <a:prstGeom prst="rect"/>
                  </pic:spPr>
                </pic:pic>
              </a:graphicData>
            </a:graphic>
          </wp:inline>
        </w:drawing>
      </w:r>
    </w:p>
    <w:p>
      <w:pPr>
        <w:jc w:val="center"/>
      </w:pPr>
      <w:r>
        <w:drawing>
          <wp:inline xmlns:a="http://schemas.openxmlformats.org/drawingml/2006/main" xmlns:pic="http://schemas.openxmlformats.org/drawingml/2006/picture">
            <wp:extent cx="5486400" cy="7315200"/>
            <wp:docPr id="2" name="Picture 2"/>
            <wp:cNvGraphicFramePr>
              <a:graphicFrameLocks noChangeAspect="1"/>
            </wp:cNvGraphicFramePr>
            <a:graphic>
              <a:graphicData uri="http://schemas.openxmlformats.org/drawingml/2006/picture">
                <pic:pic>
                  <pic:nvPicPr>
                    <pic:cNvPr id="0" name="image00251.jpeg"/>
                    <pic:cNvPicPr/>
                  </pic:nvPicPr>
                  <pic:blipFill>
                    <a:blip r:embed="rId10"/>
                    <a:stretch>
                      <a:fillRect/>
                    </a:stretch>
                  </pic:blipFill>
                  <pic:spPr>
                    <a:xfrm>
                      <a:off x="0" y="0"/>
                      <a:ext cx="5486400" cy="7315200"/>
                    </a:xfrm>
                    <a:prstGeom prst="rect"/>
                  </pic:spPr>
                </pic:pic>
              </a:graphicData>
            </a:graphic>
          </wp:inline>
        </w:drawing>
      </w:r>
    </w:p>
    <w:p>
      <w:pPr>
        <w:spacing w:after="80"/>
        <w:jc w:val="center"/>
      </w:pPr>
      <w:r>
        <w:rPr>
          <w:b w:val="0"/>
          <w:i w:val="0"/>
        </w:rPr>
        <w:t>GỬI ĐỨA CHÁU GÁI ĐẦU TIÊN CỦA TA</w:t>
      </w:r>
    </w:p>
    <w:p>
      <w:pPr>
        <w:jc w:val="center"/>
      </w:pPr>
      <w:r>
        <w:drawing>
          <wp:inline xmlns:a="http://schemas.openxmlformats.org/drawingml/2006/main" xmlns:pic="http://schemas.openxmlformats.org/drawingml/2006/picture">
            <wp:extent cx="5486400" cy="7258493"/>
            <wp:docPr id="3" name="Picture 3"/>
            <wp:cNvGraphicFramePr>
              <a:graphicFrameLocks noChangeAspect="1"/>
            </wp:cNvGraphicFramePr>
            <a:graphic>
              <a:graphicData uri="http://schemas.openxmlformats.org/drawingml/2006/picture">
                <pic:pic>
                  <pic:nvPicPr>
                    <pic:cNvPr id="0" name="image00252.jpeg"/>
                    <pic:cNvPicPr/>
                  </pic:nvPicPr>
                  <pic:blipFill>
                    <a:blip r:embed="rId11"/>
                    <a:stretch>
                      <a:fillRect/>
                    </a:stretch>
                  </pic:blipFill>
                  <pic:spPr>
                    <a:xfrm>
                      <a:off x="0" y="0"/>
                      <a:ext cx="5486400" cy="7258493"/>
                    </a:xfrm>
                    <a:prstGeom prst="rect"/>
                  </pic:spPr>
                </pic:pic>
              </a:graphicData>
            </a:graphic>
          </wp:inline>
        </w:drawing>
      </w:r>
    </w:p>
    <w:p>
      <w:pPr>
        <w:jc w:val="center"/>
      </w:pPr>
      <w:r>
        <w:drawing>
          <wp:inline xmlns:a="http://schemas.openxmlformats.org/drawingml/2006/main" xmlns:pic="http://schemas.openxmlformats.org/drawingml/2006/picture">
            <wp:extent cx="5486400" cy="8048816"/>
            <wp:docPr id="4" name="Picture 4"/>
            <wp:cNvGraphicFramePr>
              <a:graphicFrameLocks noChangeAspect="1"/>
            </wp:cNvGraphicFramePr>
            <a:graphic>
              <a:graphicData uri="http://schemas.openxmlformats.org/drawingml/2006/picture">
                <pic:pic>
                  <pic:nvPicPr>
                    <pic:cNvPr id="0" name="image00253.jpeg"/>
                    <pic:cNvPicPr/>
                  </pic:nvPicPr>
                  <pic:blipFill>
                    <a:blip r:embed="rId12"/>
                    <a:stretch>
                      <a:fillRect/>
                    </a:stretch>
                  </pic:blipFill>
                  <pic:spPr>
                    <a:xfrm>
                      <a:off x="0" y="0"/>
                      <a:ext cx="5486400" cy="8048816"/>
                    </a:xfrm>
                    <a:prstGeom prst="rect"/>
                  </pic:spPr>
                </pic:pic>
              </a:graphicData>
            </a:graphic>
          </wp:inline>
        </w:drawing>
      </w:r>
    </w:p>
    <w:p>
      <w:pPr>
        <w:pStyle w:val="Heading1"/>
        <w:jc w:val="center"/>
      </w:pPr>
      <w:r>
        <w:rPr>
          <w:rFonts w:ascii="Calibri" w:hAnsi="Calibri"/>
          <w:b/>
          <w:i w:val="0"/>
          <w:sz w:val="40"/>
        </w:rPr>
        <w:t>MỤC LỤC</w:t>
      </w:r>
    </w:p>
    <w:p>
      <w:pPr>
        <w:spacing w:after="80"/>
        <w:jc w:val="center"/>
      </w:pPr>
      <w:r>
        <w:rPr>
          <w:b/>
          <w:i w:val="0"/>
        </w:rPr>
        <w:t>LỜI MỞ ĐẦU</w:t>
      </w:r>
    </w:p>
    <w:p>
      <w:pPr>
        <w:spacing w:after="80"/>
        <w:jc w:val="center"/>
      </w:pPr>
      <w:r>
        <w:rPr>
          <w:b/>
          <w:i w:val="0"/>
        </w:rPr>
        <w:t>HARRY VÀ EMMA CLIFTON</w:t>
      </w:r>
    </w:p>
    <w:p>
      <w:pPr>
        <w:spacing w:after="80"/>
        <w:jc w:val="center"/>
      </w:pPr>
      <w:r>
        <w:rPr>
          <w:b/>
          <w:i w:val="0"/>
        </w:rPr>
        <w:t>1</w:t>
      </w:r>
    </w:p>
    <w:p>
      <w:pPr>
        <w:spacing w:after="80"/>
        <w:jc w:val="center"/>
      </w:pPr>
      <w:r>
        <w:rPr>
          <w:b/>
          <w:i w:val="0"/>
        </w:rPr>
        <w:t>2</w:t>
      </w:r>
    </w:p>
    <w:p>
      <w:pPr>
        <w:spacing w:after="80"/>
        <w:jc w:val="center"/>
      </w:pPr>
      <w:r>
        <w:rPr>
          <w:b/>
          <w:i w:val="0"/>
        </w:rPr>
        <w:t>3</w:t>
      </w:r>
    </w:p>
    <w:p>
      <w:pPr>
        <w:spacing w:after="80"/>
        <w:jc w:val="center"/>
      </w:pPr>
      <w:r>
        <w:rPr>
          <w:b/>
          <w:i w:val="0"/>
        </w:rPr>
        <w:t>4</w:t>
      </w:r>
    </w:p>
    <w:p>
      <w:pPr>
        <w:spacing w:after="80"/>
        <w:jc w:val="center"/>
      </w:pPr>
      <w:r>
        <w:rPr>
          <w:b/>
          <w:i w:val="0"/>
        </w:rPr>
        <w:t>5</w:t>
      </w:r>
    </w:p>
    <w:p>
      <w:pPr>
        <w:spacing w:after="80"/>
        <w:jc w:val="center"/>
      </w:pPr>
      <w:r>
        <w:rPr>
          <w:b/>
          <w:i w:val="0"/>
        </w:rPr>
        <w:t>GILES BARRINGTON</w:t>
      </w:r>
    </w:p>
    <w:p>
      <w:pPr>
        <w:spacing w:after="80"/>
        <w:jc w:val="center"/>
      </w:pPr>
      <w:r>
        <w:rPr>
          <w:b/>
          <w:i w:val="0"/>
        </w:rPr>
        <w:t>6</w:t>
      </w:r>
    </w:p>
    <w:p>
      <w:pPr>
        <w:spacing w:after="80"/>
        <w:jc w:val="center"/>
      </w:pPr>
      <w:r>
        <w:rPr>
          <w:b/>
          <w:i w:val="0"/>
        </w:rPr>
        <w:t>7</w:t>
      </w:r>
    </w:p>
    <w:p>
      <w:pPr>
        <w:spacing w:after="80"/>
        <w:jc w:val="center"/>
      </w:pPr>
      <w:r>
        <w:rPr>
          <w:b/>
          <w:i w:val="0"/>
        </w:rPr>
        <w:t>8</w:t>
      </w:r>
    </w:p>
    <w:p>
      <w:pPr>
        <w:spacing w:after="80"/>
        <w:jc w:val="center"/>
      </w:pPr>
      <w:r>
        <w:rPr>
          <w:b/>
          <w:i w:val="0"/>
        </w:rPr>
        <w:t>9</w:t>
      </w:r>
    </w:p>
    <w:p>
      <w:pPr>
        <w:spacing w:after="80"/>
        <w:jc w:val="center"/>
      </w:pPr>
      <w:r>
        <w:rPr>
          <w:b/>
          <w:i w:val="0"/>
        </w:rPr>
        <w:t>10</w:t>
      </w:r>
    </w:p>
    <w:p>
      <w:pPr>
        <w:spacing w:after="80"/>
        <w:jc w:val="center"/>
      </w:pPr>
      <w:r>
        <w:rPr>
          <w:b/>
          <w:i w:val="0"/>
        </w:rPr>
        <w:t>SEBASTIAN CLIFTON</w:t>
      </w:r>
    </w:p>
    <w:p>
      <w:pPr>
        <w:spacing w:after="80"/>
        <w:jc w:val="center"/>
      </w:pPr>
      <w:r>
        <w:rPr>
          <w:b/>
          <w:i w:val="0"/>
        </w:rPr>
        <w:t>11</w:t>
      </w:r>
    </w:p>
    <w:p>
      <w:pPr>
        <w:spacing w:after="80"/>
        <w:jc w:val="center"/>
      </w:pPr>
      <w:r>
        <w:rPr>
          <w:b/>
          <w:i w:val="0"/>
        </w:rPr>
        <w:t>12</w:t>
      </w:r>
    </w:p>
    <w:p>
      <w:pPr>
        <w:spacing w:after="80"/>
        <w:jc w:val="center"/>
      </w:pPr>
      <w:r>
        <w:rPr>
          <w:b/>
          <w:i w:val="0"/>
        </w:rPr>
        <w:t>13</w:t>
      </w:r>
    </w:p>
    <w:p>
      <w:pPr>
        <w:spacing w:after="80"/>
        <w:jc w:val="center"/>
      </w:pPr>
      <w:r>
        <w:rPr>
          <w:b/>
          <w:i w:val="0"/>
        </w:rPr>
        <w:t>14</w:t>
      </w:r>
    </w:p>
    <w:p>
      <w:pPr>
        <w:spacing w:after="80"/>
        <w:jc w:val="center"/>
      </w:pPr>
      <w:r>
        <w:rPr>
          <w:b/>
          <w:i w:val="0"/>
        </w:rPr>
        <w:t>15</w:t>
      </w:r>
    </w:p>
    <w:p>
      <w:pPr>
        <w:spacing w:after="80"/>
        <w:jc w:val="center"/>
      </w:pPr>
      <w:r>
        <w:rPr>
          <w:b/>
          <w:i w:val="0"/>
        </w:rPr>
        <w:t>16</w:t>
      </w:r>
    </w:p>
    <w:p>
      <w:pPr>
        <w:spacing w:after="80"/>
        <w:jc w:val="center"/>
      </w:pPr>
      <w:r>
        <w:rPr>
          <w:b/>
          <w:i w:val="0"/>
        </w:rPr>
        <w:t>17</w:t>
      </w:r>
    </w:p>
    <w:p>
      <w:pPr>
        <w:spacing w:after="80"/>
        <w:jc w:val="center"/>
      </w:pPr>
      <w:r>
        <w:rPr>
          <w:b/>
          <w:i w:val="0"/>
        </w:rPr>
        <w:t>18</w:t>
      </w:r>
    </w:p>
    <w:p>
      <w:pPr>
        <w:spacing w:after="80"/>
        <w:jc w:val="center"/>
      </w:pPr>
      <w:r>
        <w:rPr>
          <w:b/>
          <w:i w:val="0"/>
        </w:rPr>
        <w:t>19</w:t>
      </w:r>
    </w:p>
    <w:p>
      <w:pPr>
        <w:spacing w:after="80"/>
        <w:jc w:val="center"/>
      </w:pPr>
      <w:r>
        <w:rPr>
          <w:b/>
          <w:i w:val="0"/>
        </w:rPr>
        <w:t>20</w:t>
      </w:r>
    </w:p>
    <w:p>
      <w:pPr>
        <w:spacing w:after="80"/>
        <w:jc w:val="center"/>
      </w:pPr>
      <w:r>
        <w:rPr>
          <w:b/>
          <w:i w:val="0"/>
        </w:rPr>
        <w:t>LADY VIRGINIA FENWICK</w:t>
      </w:r>
    </w:p>
    <w:p>
      <w:pPr>
        <w:spacing w:after="80"/>
        <w:jc w:val="center"/>
      </w:pPr>
      <w:r>
        <w:rPr>
          <w:b/>
          <w:i w:val="0"/>
        </w:rPr>
        <w:t>21</w:t>
      </w:r>
    </w:p>
    <w:p>
      <w:pPr>
        <w:spacing w:after="80"/>
        <w:jc w:val="center"/>
      </w:pPr>
      <w:r>
        <w:rPr>
          <w:b/>
          <w:i w:val="0"/>
        </w:rPr>
        <w:t>22</w:t>
      </w:r>
    </w:p>
    <w:p>
      <w:pPr>
        <w:spacing w:after="80"/>
        <w:jc w:val="center"/>
      </w:pPr>
      <w:r>
        <w:rPr>
          <w:b/>
          <w:i w:val="0"/>
        </w:rPr>
        <w:t>23</w:t>
      </w:r>
    </w:p>
    <w:p>
      <w:pPr>
        <w:spacing w:after="80"/>
        <w:jc w:val="center"/>
      </w:pPr>
      <w:r>
        <w:rPr>
          <w:b/>
          <w:i w:val="0"/>
        </w:rPr>
        <w:t>JESSICA CLIFTON</w:t>
      </w:r>
    </w:p>
    <w:p>
      <w:pPr>
        <w:spacing w:after="80"/>
        <w:jc w:val="center"/>
      </w:pPr>
      <w:r>
        <w:rPr>
          <w:b/>
          <w:i w:val="0"/>
        </w:rPr>
        <w:t>24</w:t>
      </w:r>
    </w:p>
    <w:p>
      <w:pPr>
        <w:spacing w:after="80"/>
        <w:jc w:val="center"/>
      </w:pPr>
      <w:r>
        <w:rPr>
          <w:b/>
          <w:i w:val="0"/>
        </w:rPr>
        <w:t>25</w:t>
      </w:r>
    </w:p>
    <w:p>
      <w:pPr>
        <w:spacing w:after="80"/>
        <w:jc w:val="center"/>
      </w:pPr>
      <w:r>
        <w:rPr>
          <w:b/>
          <w:i w:val="0"/>
        </w:rPr>
        <w:t>26</w:t>
      </w:r>
    </w:p>
    <w:p>
      <w:pPr>
        <w:spacing w:after="80"/>
        <w:jc w:val="center"/>
      </w:pPr>
      <w:r>
        <w:rPr>
          <w:b/>
          <w:i w:val="0"/>
        </w:rPr>
        <w:t>27</w:t>
      </w:r>
    </w:p>
    <w:p>
      <w:pPr>
        <w:spacing w:after="80"/>
        <w:jc w:val="center"/>
      </w:pPr>
      <w:r>
        <w:rPr>
          <w:b/>
          <w:i w:val="0"/>
        </w:rPr>
        <w:t>28</w:t>
      </w:r>
    </w:p>
    <w:p>
      <w:pPr>
        <w:spacing w:after="80"/>
        <w:jc w:val="center"/>
      </w:pPr>
      <w:r>
        <w:rPr>
          <w:b/>
          <w:i w:val="0"/>
        </w:rPr>
        <w:t>29</w:t>
      </w:r>
    </w:p>
    <w:p>
      <w:pPr>
        <w:spacing w:after="80"/>
        <w:jc w:val="center"/>
      </w:pPr>
      <w:r>
        <w:rPr>
          <w:b/>
          <w:i w:val="0"/>
        </w:rPr>
        <w:t>LADY VIRGINIA FENWICK</w:t>
      </w:r>
    </w:p>
    <w:p>
      <w:pPr>
        <w:spacing w:after="80"/>
        <w:jc w:val="center"/>
      </w:pPr>
      <w:r>
        <w:rPr>
          <w:b/>
          <w:i w:val="0"/>
        </w:rPr>
        <w:t>30</w:t>
      </w:r>
    </w:p>
    <w:p>
      <w:pPr>
        <w:spacing w:after="80"/>
        <w:jc w:val="center"/>
      </w:pPr>
      <w:r>
        <w:rPr>
          <w:b/>
          <w:i w:val="0"/>
        </w:rPr>
        <w:t>31</w:t>
      </w:r>
    </w:p>
    <w:p>
      <w:pPr>
        <w:spacing w:after="80"/>
        <w:jc w:val="center"/>
      </w:pPr>
      <w:r>
        <w:rPr>
          <w:b/>
          <w:i w:val="0"/>
        </w:rPr>
        <w:t>32</w:t>
      </w:r>
    </w:p>
    <w:p>
      <w:pPr>
        <w:spacing w:after="80"/>
        <w:jc w:val="center"/>
      </w:pPr>
      <w:r>
        <w:rPr>
          <w:b/>
          <w:i w:val="0"/>
        </w:rPr>
        <w:t>33</w:t>
      </w:r>
    </w:p>
    <w:p>
      <w:pPr>
        <w:spacing w:after="80"/>
        <w:jc w:val="center"/>
      </w:pPr>
      <w:r>
        <w:rPr>
          <w:b/>
          <w:i w:val="0"/>
        </w:rPr>
        <w:t>34</w:t>
      </w:r>
    </w:p>
    <w:p>
      <w:pPr>
        <w:spacing w:after="80"/>
        <w:jc w:val="center"/>
      </w:pPr>
      <w:r>
        <w:rPr>
          <w:b/>
          <w:i w:val="0"/>
        </w:rPr>
        <w:t>35</w:t>
      </w:r>
    </w:p>
    <w:p>
      <w:pPr>
        <w:spacing w:after="80"/>
        <w:jc w:val="center"/>
      </w:pPr>
      <w:r>
        <w:rPr>
          <w:b/>
          <w:i w:val="0"/>
        </w:rPr>
        <w:t>36</w:t>
      </w:r>
    </w:p>
    <w:p>
      <w:pPr>
        <w:spacing w:after="80"/>
        <w:jc w:val="center"/>
      </w:pPr>
      <w:r>
        <w:rPr>
          <w:b/>
          <w:i w:val="0"/>
        </w:rPr>
        <w:t>37</w:t>
      </w:r>
    </w:p>
    <w:p>
      <w:pPr>
        <w:spacing w:after="80"/>
        <w:jc w:val="center"/>
      </w:pPr>
      <w:r>
        <w:rPr>
          <w:b/>
          <w:i w:val="0"/>
        </w:rPr>
        <w:t>38</w:t>
      </w:r>
    </w:p>
    <w:p>
      <w:pPr>
        <w:spacing w:after="80"/>
        <w:jc w:val="center"/>
      </w:pPr>
      <w:r>
        <w:rPr>
          <w:b/>
          <w:i w:val="0"/>
        </w:rPr>
        <w:t>SEBASTIAN CLIFTON</w:t>
      </w:r>
    </w:p>
    <w:p>
      <w:pPr>
        <w:spacing w:after="80"/>
        <w:jc w:val="center"/>
      </w:pPr>
      <w:r>
        <w:rPr>
          <w:b/>
          <w:i w:val="0"/>
        </w:rPr>
        <w:t>39</w:t>
      </w:r>
    </w:p>
    <w:p>
      <w:pPr>
        <w:spacing w:after="80"/>
        <w:jc w:val="center"/>
      </w:pPr>
      <w:r>
        <w:rPr>
          <w:b/>
          <w:i w:val="0"/>
        </w:rPr>
        <w:t>40</w:t>
      </w:r>
    </w:p>
    <w:p>
      <w:pPr>
        <w:spacing w:after="80"/>
        <w:jc w:val="center"/>
      </w:pPr>
      <w:r>
        <w:rPr>
          <w:b/>
          <w:i w:val="0"/>
        </w:rPr>
        <w:t>41</w:t>
      </w:r>
    </w:p>
    <w:p>
      <w:pPr>
        <w:spacing w:after="80"/>
        <w:jc w:val="center"/>
      </w:pPr>
      <w:r>
        <w:rPr>
          <w:b/>
          <w:i w:val="0"/>
        </w:rPr>
        <w:t>42</w:t>
      </w:r>
    </w:p>
    <w:p>
      <w:pPr>
        <w:spacing w:after="80"/>
        <w:jc w:val="center"/>
      </w:pPr>
      <w:r>
        <w:rPr>
          <w:b/>
          <w:i w:val="0"/>
        </w:rPr>
        <w:t>43</w:t>
      </w:r>
    </w:p>
    <w:p>
      <w:pPr>
        <w:spacing w:after="80"/>
        <w:jc w:val="center"/>
      </w:pPr>
      <w:r>
        <w:rPr>
          <w:b/>
          <w:i w:val="0"/>
        </w:rPr>
        <w:t>HARRY VÀ EMMA CLIFTON</w:t>
      </w:r>
    </w:p>
    <w:p>
      <w:pPr>
        <w:spacing w:after="80"/>
        <w:jc w:val="center"/>
      </w:pPr>
      <w:r>
        <w:rPr>
          <w:b/>
          <w:i w:val="0"/>
        </w:rPr>
        <w:t>44</w:t>
      </w:r>
    </w:p>
    <w:p>
      <w:pPr>
        <w:spacing w:after="80"/>
        <w:jc w:val="center"/>
      </w:pPr>
      <w:r>
        <w:rPr>
          <w:b/>
          <w:i w:val="0"/>
        </w:rPr>
        <w:t>45</w:t>
      </w:r>
    </w:p>
    <w:p>
      <w:pPr>
        <w:spacing w:after="80"/>
        <w:jc w:val="center"/>
      </w:pPr>
      <w:r>
        <w:rPr>
          <w:b/>
          <w:i w:val="0"/>
        </w:rPr>
        <w:t>46</w:t>
      </w:r>
    </w:p>
    <w:p>
      <w:pPr>
        <w:spacing w:after="80"/>
        <w:jc w:val="center"/>
      </w:pPr>
      <w:r>
        <w:rPr>
          <w:b/>
          <w:i w:val="0"/>
        </w:rPr>
        <w:t>47</w:t>
      </w:r>
    </w:p>
    <w:p>
      <w:pPr>
        <w:spacing w:after="80"/>
        <w:jc w:val="center"/>
      </w:pPr>
      <w:r>
        <w:rPr>
          <w:b/>
          <w:i w:val="0"/>
        </w:rPr>
        <w:t>48</w:t>
      </w:r>
    </w:p>
    <w:p>
      <w:pPr>
        <w:spacing w:after="80"/>
        <w:jc w:val="center"/>
      </w:pPr>
      <w:r>
        <w:rPr>
          <w:b/>
          <w:i w:val="0"/>
        </w:rPr>
        <w:t>EMMA CLIFTON</w:t>
      </w:r>
    </w:p>
    <w:p>
      <w:pPr>
        <w:spacing w:after="80"/>
        <w:jc w:val="center"/>
      </w:pPr>
      <w:r>
        <w:rPr>
          <w:b/>
          <w:i w:val="0"/>
        </w:rPr>
        <w:t>49</w:t>
      </w:r>
    </w:p>
    <w:p>
      <w:pPr>
        <w:spacing w:after="80"/>
        <w:jc w:val="center"/>
      </w:pPr>
      <w:r>
        <w:rPr>
          <w:b/>
          <w:i w:val="0"/>
        </w:rPr>
        <w:t>50</w:t>
      </w:r>
    </w:p>
    <w:p>
      <w:pPr>
        <w:spacing w:after="80"/>
        <w:jc w:val="center"/>
      </w:pPr>
      <w:r>
        <w:rPr>
          <w:b/>
          <w:i w:val="0"/>
        </w:rPr>
        <w:t>51</w:t>
      </w:r>
    </w:p>
    <w:p>
      <w:pPr>
        <w:spacing w:after="80"/>
        <w:jc w:val="center"/>
      </w:pPr>
      <w:r>
        <w:rPr>
          <w:b/>
          <w:i w:val="0"/>
        </w:rPr>
        <w:t>HARRY ARTHUR CLIFTON</w:t>
      </w:r>
    </w:p>
    <w:p>
      <w:pPr>
        <w:spacing w:after="80"/>
        <w:jc w:val="center"/>
      </w:pPr>
      <w:r>
        <w:rPr>
          <w:b/>
          <w:i w:val="0"/>
        </w:rPr>
        <w:t>52</w:t>
      </w:r>
    </w:p>
    <w:p>
      <w:pPr>
        <w:pStyle w:val="Heading1"/>
        <w:jc w:val="center"/>
      </w:pPr>
      <w:r>
        <w:rPr>
          <w:rFonts w:ascii="Calibri" w:hAnsi="Calibri"/>
          <w:b/>
          <w:i w:val="0"/>
          <w:sz w:val="40"/>
        </w:rPr>
        <w:t>LỜI MỞ ĐẦU</w:t>
      </w:r>
    </w:p>
    <w:p>
      <w:pPr>
        <w:spacing w:after="80"/>
        <w:jc w:val="center"/>
      </w:pPr>
      <w:r>
        <w:rPr>
          <w:b/>
          <w:i w:val="0"/>
        </w:rPr>
        <w:t>1978</w:t>
      </w:r>
    </w:p>
    <w:p>
      <w:pPr>
        <w:spacing w:after="80"/>
      </w:pPr>
      <w:r>
        <w:rPr>
          <w:b w:val="0"/>
          <w:i w:val="0"/>
        </w:rPr>
        <w:t>EMMA LUÔN phải nhìn lại lần thứ hai với bất kỳ con tàu nào treo cờ Canada ở đuôi tàu. Sau đó cô sẽ kiểm tra tên trên thân tàu trước khi nhịp tim trở lại bình thường.</w:t>
      </w:r>
    </w:p>
    <w:p>
      <w:pPr>
        <w:spacing w:after="80"/>
      </w:pPr>
      <w:r>
        <w:rPr>
          <w:b w:val="0"/>
          <w:i w:val="0"/>
        </w:rPr>
        <w:t>Lần này khi nhìn, nhịp tim cô gần như tăng gấp đôi và đôi chân suýt khuỵu xuống. Cô kiểm tra lại; đó không phải cái tên cô có thể quên. Cô đứng nhìn hai chiếc tàu kéo nhỏ đang rẽ sóng ngược dòng cửa sông, khói đen cuồn cuộn từ ống khói khi chúng dẫn đường cho con tàu chở hàng cũ kỹ đầy gỉ sét tiến về đích cuối cùng.</w:t>
      </w:r>
    </w:p>
    <w:p>
      <w:pPr>
        <w:spacing w:after="80"/>
      </w:pPr>
      <w:r>
        <w:rPr>
          <w:b w:val="0"/>
          <w:i w:val="0"/>
        </w:rPr>
        <w:t>Cô đổi hướng, nhưng khi đi về phía bãi tháo dỡ tàu, cô không khỏi tự hỏi về những hậu quả có thể xảy ra nếu cố gắng tìm ra sự thật sau ngần ấy năm. Chắc chắn sẽ khôn ngoan hơn nếu cứ quay về văn phòng thay vì đào bới quá khứ... một quá khứ xa xăm.</w:t>
      </w:r>
    </w:p>
    <w:p>
      <w:pPr>
        <w:spacing w:after="80"/>
      </w:pPr>
      <w:r>
        <w:rPr>
          <w:b w:val="0"/>
          <w:i w:val="0"/>
        </w:rPr>
        <w:t>Nhưng cô không quay lại, và khi đến bãi tàu, Emma đi thẳng đến văn phòng của đội trưởng đội công nhân, như thể cô chỉ đang thực hiện chuyến tuần tra buổi sáng thường lệ. Cô bước vào toa tàu và nhẹ nhõm khi thấy Frank không có ở đó, chỉ có một cô thư ký đang đánh máy. Cô đứng dậy ngay khi nhìn thấy chủ tịch.</w:t>
      </w:r>
    </w:p>
    <w:p>
      <w:pPr>
        <w:spacing w:after="80"/>
      </w:pPr>
      <w:r>
        <w:rPr>
          <w:b w:val="0"/>
          <w:i w:val="0"/>
        </w:rPr>
        <w:t>Tôi e rằng ông Gibson không có ở đây, bà Clifton. Bà có muốn tôi đi tìm ông ấy không?</w:t>
      </w:r>
    </w:p>
    <w:p>
      <w:pPr>
        <w:spacing w:after="80"/>
      </w:pPr>
      <w:r>
        <w:rPr>
          <w:b w:val="0"/>
          <w:i w:val="0"/>
        </w:rPr>
        <w:t xml:space="preserve">Không, không cần đâu, Emma nói. Cô liếc nhìn bảng đặt lịch lớn trên tường, và nỗi sợ tồi tệ nhất của cô được xác nhận. Tàu SS </w:t>
      </w:r>
      <w:r>
        <w:rPr>
          <w:b w:val="0"/>
          <w:i/>
        </w:rPr>
        <w:t>Maple Leaf</w:t>
      </w:r>
      <w:r>
        <w:rPr>
          <w:b w:val="0"/>
          <w:i w:val="0"/>
        </w:rPr>
        <w:t xml:space="preserve"> đã được lên lịch tháo dỡ và công việc sẽ bắt đầu vào thứ Ba tuần sau. Ít nhất điều đó cho cô chút thời gian để quyết định xem có nên báo cho Harry hay, như Nelson, làm ngơ. Nhưng nếu Harry phát hiện ra </w:t>
      </w:r>
      <w:r>
        <w:rPr>
          <w:b w:val="0"/>
          <w:i/>
        </w:rPr>
        <w:t>Maple Leaf</w:t>
      </w:r>
      <w:r>
        <w:rPr>
          <w:b w:val="0"/>
          <w:i w:val="0"/>
        </w:rPr>
        <w:t xml:space="preserve"> đã trở về nghĩa địa của nó và hỏi cô có biết không, cô sẽ không thể nói dối anh.</w:t>
      </w:r>
    </w:p>
    <w:p>
      <w:pPr>
        <w:spacing w:after="80"/>
      </w:pPr>
      <w:r>
        <w:rPr>
          <w:b w:val="0"/>
          <w:i w:val="0"/>
        </w:rPr>
        <w:t>Tôi chắc ông Gibson sẽ về trong vài phút nữa, bà Clifton.</w:t>
      </w:r>
    </w:p>
    <w:p>
      <w:pPr>
        <w:spacing w:after="80"/>
      </w:pPr>
      <w:r>
        <w:rPr>
          <w:b w:val="0"/>
          <w:i w:val="0"/>
        </w:rPr>
        <w:t>Đừng lo, không quan trọng đâu. Nhưng bà có thể nhắn ông ấy ghé qua gặp tôi khi lần tới đi ngang văn phòng tôi không?</w:t>
      </w:r>
    </w:p>
    <w:p>
      <w:pPr>
        <w:spacing w:after="80"/>
      </w:pPr>
      <w:r>
        <w:rPr>
          <w:b w:val="0"/>
          <w:i w:val="0"/>
        </w:rPr>
        <w:t>Tôi có thể nói với ông ấy là về việc gì không?</w:t>
      </w:r>
    </w:p>
    <w:p>
      <w:pPr>
        <w:spacing w:after="80"/>
      </w:pPr>
      <w:r>
        <w:rPr>
          <w:b w:val="0"/>
          <w:i w:val="0"/>
        </w:rPr>
        <w:t>Ông ấy sẽ biết.</w:t>
      </w:r>
    </w:p>
    <w:p>
      <w:pPr>
        <w:jc w:val="center"/>
      </w:pPr>
      <w:r>
        <w:drawing>
          <wp:inline xmlns:a="http://schemas.openxmlformats.org/drawingml/2006/main" xmlns:pic="http://schemas.openxmlformats.org/drawingml/2006/picture">
            <wp:extent cx="304800" cy="85725"/>
            <wp:docPr id="5" name="Picture 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Karin nhìn ra cửa sổ ngắm vùng nông thôn lướt qua khi đoàn tàu tiếp tục hành trình đến Truro. Nhưng tâm trí cô ở nơi khác khi cô cố gắng chấp nhận cái chết của nam tước phu nhân.</w:t>
      </w:r>
    </w:p>
    <w:p>
      <w:pPr>
        <w:spacing w:after="80"/>
      </w:pPr>
      <w:r>
        <w:rPr>
          <w:b w:val="0"/>
          <w:i w:val="0"/>
        </w:rPr>
        <w:t>Cô đã không liên lạc với Cynthia Forbes-Watson trong vài tháng, và MI6 không có ý định thay thế bà ấy làm người quản lý của Karin. Họ đã mất hứng thú với cô sao? Cynthia đã không đưa cho cô điều gì quan trọng để chuyển cho Pengelly trong một thời gian, và những cuộc gặp ở phòng trà của họ ngày càng thưa thớt.</w:t>
      </w:r>
    </w:p>
    <w:p>
      <w:pPr>
        <w:spacing w:after="80"/>
      </w:pPr>
      <w:r>
        <w:rPr>
          <w:b w:val="0"/>
          <w:i w:val="0"/>
        </w:rPr>
        <w:t>Pengelly đã ám chỉ rằng sẽ không lâu nữa trước khi ông ta mong được trở về Moscow. Với cô thì càng sớm càng tốt. Cô đã phát ngán vì phải lừa dối Giles, người đàn ông duy nhất cô từng yêu, và mệt mỏi vì phải đi xuống Cornwall với lý do thăm cha. Pengelly không phải cha cô mà là cha dượng. Cô ghê tởm ông ta. Cô đã cầu nguyện mẹ đừng lấy ông ta. Nhưng khi mẹ cô trở thành bà Pengelly, Karin nhanh chóng nhận ra cô có thể lợi dụng viên quan chức đảng nhỏ bé này để thoát khỏi một chế độ mà cô còn khinh bỉ hơn cả ông ta, nếu điều đó có thể. Và rồi cô gặp Giles Barrington, người đã khiến tất cả thành hiện thực bằng cách yêu cô.</w:t>
      </w:r>
    </w:p>
    <w:p>
      <w:pPr>
        <w:spacing w:after="80"/>
      </w:pPr>
      <w:r>
        <w:rPr>
          <w:b w:val="0"/>
          <w:i w:val="0"/>
        </w:rPr>
        <w:t>Karin ghét việc không thể nói cho Giles biết lý do thật sự khiến cô thường xuyên uống trà với nam tước tại House of Lords đến vậy. Giờ Cynthia đã chết, cô sẽ không phải sống trong dối trá nữa. Nhưng khi Giles phát hiện ra sự thật, liệu anh có tin rằng cô đã trốn khỏi sự áp bức của Đông Berlin chỉ vì cô muốn ở bên anh? Phải chăng cô đã nói dối một lần quá nhiều?</w:t>
      </w:r>
    </w:p>
    <w:p>
      <w:pPr>
        <w:spacing w:after="80"/>
      </w:pPr>
      <w:r>
        <w:rPr>
          <w:b w:val="0"/>
          <w:i w:val="0"/>
        </w:rPr>
        <w:t>Khi đoàn tàu tiến vào Truro, cô cầu nguyện đây là lần cuối cùng.</w:t>
      </w:r>
    </w:p>
    <w:p>
      <w:pPr>
        <w:jc w:val="center"/>
      </w:pPr>
      <w:r>
        <w:drawing>
          <wp:inline xmlns:a="http://schemas.openxmlformats.org/drawingml/2006/main" xmlns:pic="http://schemas.openxmlformats.org/drawingml/2006/picture">
            <wp:extent cx="304800" cy="85725"/>
            <wp:docPr id="6" name="Picture 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Ông đã làm việc cho công ty bao nhiêu năm rồi, Frank? Emma hỏi, ngước lên khỏi bàn làm việc.</w:t>
      </w:r>
    </w:p>
    <w:p>
      <w:pPr>
        <w:spacing w:after="80"/>
      </w:pPr>
      <w:r>
        <w:rPr>
          <w:b w:val="0"/>
          <w:i w:val="0"/>
        </w:rPr>
        <w:t>Gần bốn mươi năm, thưa bà. Đã phục vụ cha bà, và ông nội bà trước đó.</w:t>
      </w:r>
    </w:p>
    <w:p>
      <w:pPr>
        <w:spacing w:after="80"/>
      </w:pPr>
      <w:r>
        <w:rPr>
          <w:b w:val="0"/>
          <w:i w:val="0"/>
        </w:rPr>
        <w:t xml:space="preserve">Vậy hẳn ông đã nghe câu chuyện về </w:t>
      </w:r>
      <w:r>
        <w:rPr>
          <w:b w:val="0"/>
          <w:i/>
        </w:rPr>
        <w:t>Maple Leaf</w:t>
      </w:r>
      <w:r>
        <w:rPr>
          <w:b w:val="0"/>
          <w:i w:val="0"/>
        </w:rPr>
        <w:t xml:space="preserve"> rồi?</w:t>
      </w:r>
    </w:p>
    <w:p>
      <w:pPr>
        <w:spacing w:after="80"/>
      </w:pPr>
      <w:r>
        <w:rPr>
          <w:b w:val="0"/>
          <w:i w:val="0"/>
        </w:rPr>
        <w:t>Trước thời tôi, thưa bà, nhưng ai trong xưởng cũng quen thuộc với câu chuyện đó, dù ít người dám nhắc đến.</w:t>
      </w:r>
    </w:p>
    <w:p>
      <w:pPr>
        <w:spacing w:after="80"/>
      </w:pPr>
      <w:r>
        <w:rPr>
          <w:b w:val="0"/>
          <w:i w:val="0"/>
        </w:rPr>
        <w:t>Tôi có một việc muốn nhờ, Frank. Ông có thể tập hợp một nhóm nhỏ những người đàn ông đáng tin cậy không?</w:t>
      </w:r>
    </w:p>
    <w:p>
      <w:pPr>
        <w:spacing w:after="80"/>
      </w:pPr>
      <w:r>
        <w:rPr>
          <w:b w:val="0"/>
          <w:i w:val="0"/>
        </w:rPr>
        <w:t>Tôi có hai anh em và một người anh họ chưa từng làm việc cho ai khác ngoài Barringtons.</w:t>
      </w:r>
    </w:p>
    <w:p>
      <w:pPr>
        <w:spacing w:after="80"/>
      </w:pPr>
      <w:r>
        <w:rPr>
          <w:b w:val="0"/>
          <w:i w:val="0"/>
        </w:rPr>
        <w:t>Họ sẽ cần đến vào Chủ nhật, khi xưởng đóng cửa. Tôi sẽ trả gấp đôi, bằng tiền mặt, và sẽ có thêm một khoản thưởng khích lệ tương đương sau mười hai tháng, nhưng chỉ với điều kiện tôi không nghe ngóng được gì về công việc họ làm ngày hôm đó.</w:t>
      </w:r>
    </w:p>
    <w:p>
      <w:pPr>
        <w:spacing w:after="80"/>
      </w:pPr>
      <w:r>
        <w:rPr>
          <w:b w:val="0"/>
          <w:i w:val="0"/>
        </w:rPr>
        <w:t>Rất hào phóng, thưa bà, Frank nói, chạm tay vào vành mũ.</w:t>
      </w:r>
    </w:p>
    <w:p>
      <w:pPr>
        <w:spacing w:after="80"/>
      </w:pPr>
      <w:r>
        <w:rPr>
          <w:b w:val="0"/>
          <w:i w:val="0"/>
        </w:rPr>
        <w:t>Khi nào họ có thể bắt đầu?</w:t>
      </w:r>
    </w:p>
    <w:p>
      <w:pPr>
        <w:spacing w:after="80"/>
      </w:pPr>
      <w:r>
        <w:rPr>
          <w:b w:val="0"/>
          <w:i w:val="0"/>
        </w:rPr>
        <w:t>Sáng Chủ nhật tới. Xưởng sẽ đóng cửa đến thứ Ba, vì thứ Hai là ngày nghỉ lễ ngân hàng.</w:t>
      </w:r>
    </w:p>
    <w:p>
      <w:pPr>
        <w:spacing w:after="80"/>
      </w:pPr>
      <w:r>
        <w:rPr>
          <w:b w:val="0"/>
          <w:i w:val="0"/>
        </w:rPr>
        <w:t>Ông có nhận ra là ông chưa hỏi tôi muốn ông làm gì không?</w:t>
      </w:r>
    </w:p>
    <w:p>
      <w:pPr>
        <w:spacing w:after="80"/>
      </w:pPr>
      <w:r>
        <w:rPr>
          <w:b w:val="0"/>
          <w:i w:val="0"/>
        </w:rPr>
        <w:t>Không cần đâu, thưa bà. Và nếu chúng tôi tìm thấy thứ bà đang tìm trong đáy đôi, thì sao?</w:t>
      </w:r>
    </w:p>
    <w:p>
      <w:pPr>
        <w:spacing w:after="80"/>
      </w:pPr>
      <w:r>
        <w:rPr>
          <w:b w:val="0"/>
          <w:i w:val="0"/>
        </w:rPr>
        <w:t>Tôi chỉ xin một điều, rằng hài cốt của Arthur Clifton được an táng theo nghi thức Cơ đốc giáo.</w:t>
      </w:r>
    </w:p>
    <w:p>
      <w:pPr>
        <w:spacing w:after="80"/>
      </w:pPr>
      <w:r>
        <w:rPr>
          <w:b w:val="0"/>
          <w:i w:val="0"/>
        </w:rPr>
        <w:t>Và nếu chúng tôi không tìm thấy gì?</w:t>
      </w:r>
    </w:p>
    <w:p>
      <w:pPr>
        <w:spacing w:after="80"/>
      </w:pPr>
      <w:r>
        <w:rPr>
          <w:b w:val="0"/>
          <w:i w:val="0"/>
        </w:rPr>
        <w:t>Rồi nó sẽ là một bí mật mà năm người chúng ta mang theo xuống mồ.</w:t>
      </w:r>
    </w:p>
    <w:p>
      <w:pPr>
        <w:jc w:val="center"/>
      </w:pPr>
      <w:r>
        <w:drawing>
          <wp:inline xmlns:a="http://schemas.openxmlformats.org/drawingml/2006/main" xmlns:pic="http://schemas.openxmlformats.org/drawingml/2006/picture">
            <wp:extent cx="304800" cy="85725"/>
            <wp:docPr id="7" name="Picture 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Cha dượng của Karin mở cửa trước của ngôi nhà nhỏ và chào đón cô với một nụ cười ấm áp lạ thường.</w:t>
      </w:r>
    </w:p>
    <w:p>
      <w:pPr>
        <w:spacing w:after="80"/>
      </w:pPr>
      <w:r>
        <w:rPr>
          <w:b w:val="0"/>
          <w:i w:val="0"/>
        </w:rPr>
        <w:t>"Ta có vài tin tốt muốn chia sẻ với con," ông nói khi cô bước vào nhà, "nhưng phải đợi đến lát nữa đã."</w:t>
      </w:r>
    </w:p>
    <w:p>
      <w:pPr>
        <w:spacing w:after="80"/>
      </w:pPr>
      <w:r>
        <w:rPr>
          <w:b w:val="0"/>
          <w:i w:val="0"/>
        </w:rPr>
        <w:t xml:space="preserve">Liệu có thể nào, Karin nghĩ, rằng cơn ác mộng này cuối cùng cũng sắp kết thúc? Rồi cô nhìn thấy một tờ </w:t>
      </w:r>
      <w:r>
        <w:rPr>
          <w:b w:val="0"/>
          <w:i/>
        </w:rPr>
        <w:t>The Times</w:t>
      </w:r>
      <w:r>
        <w:rPr>
          <w:b w:val="0"/>
          <w:i w:val="0"/>
        </w:rPr>
        <w:t xml:space="preserve"> nằm trên bàn bếp, mở đúng trang cáo phó. Cô nhìn chằm chằm vào bức ảnh quen thuộc của Nam tước phu nhân Forbes-Watson và tự hỏi liệu đó chỉ là sự trùng hợp, hay ông cố tình để nó mở ra chỉ để khiêu khích cô.</w:t>
      </w:r>
    </w:p>
    <w:p>
      <w:pPr>
        <w:spacing w:after="80"/>
      </w:pPr>
      <w:r>
        <w:rPr>
          <w:b w:val="0"/>
          <w:i w:val="0"/>
        </w:rPr>
        <w:t>Bên tách cà phê, họ chẳng nói gì quan trọng, nhưng Karin khó mà không để ý ba chiếc va-li đứng cạnh cửa, dường như báo hiệu một cuộc ra đi sắp tới. Dẫu vậy, cô càng lúc càng lo lắng, vì Pengelly vẫn quá đỗi thư thái và thân thiện so với điều cô mong muốn. Câu nói cũ trong quân đội là gì nhỉ, "hạnh phúc vì được giải ngũ"?</w:t>
      </w:r>
    </w:p>
    <w:p>
      <w:pPr>
        <w:spacing w:after="80"/>
      </w:pPr>
      <w:r>
        <w:rPr>
          <w:b w:val="0"/>
          <w:i w:val="0"/>
        </w:rPr>
        <w:t>"Đã đến lúc chúng ta bàn chuyện nghiêm túc hơn rồi," ông nói, đặt một ngón tay lên môi. Ông ra hành lang và gỡ chiếc áo khoác nặng của mình khỏi móc treo cạnh cửa. Karin nghĩ đến việc bỏ chạy, nhưng nếu cô làm vậy, mà tất cả những gì ông định nói chỉ là ông sắp trở về Moscow, thì vỏ bọc của cô sẽ bị lộ. Ông giúp cô mặc áo khoác và cùng cô bước ra ngoài.</w:t>
      </w:r>
    </w:p>
    <w:p>
      <w:pPr>
        <w:spacing w:after="80"/>
      </w:pPr>
      <w:r>
        <w:rPr>
          <w:b w:val="0"/>
          <w:i w:val="0"/>
        </w:rPr>
        <w:t>Karin bị bất ngờ khi ông nắm chặt lấy cánh tay cô và gần như lôi cô đi dọc con phố vắng tanh. Thường thì cô khoác tay ông để bất kỳ người lạ nào đi ngang qua cũng tưởng họ là cha con đang đi dạo, nhưng hôm nay thì không. Cô quyết định rằng nếu họ gặp ai đó, kể cả ông đại tá già, cô sẽ dừng lại nói chuyện với người đó, vì cô biết Pengelly sẽ không dám liều lĩnh khi có nhân chứng. Giống như mọi điệp viên, ông ta cho rằng ai cũng là điệp viên.</w:t>
      </w:r>
    </w:p>
    <w:p>
      <w:pPr>
        <w:spacing w:after="80"/>
      </w:pPr>
      <w:r>
        <w:rPr>
          <w:b w:val="0"/>
          <w:i w:val="0"/>
        </w:rPr>
        <w:t>Pengelly tiếp tục trò chuyện vui vẻ. Điều này trái hẳn với tính cách thường ngày khiến Karin càng thêm lo lắng, mắt cô đảo láo liên cảnh giác khắp mọi hướng, nhưng chẳng có ai trông như đang đi dạo trong cái ngày ảm đạm, xám xịt ấy.</w:t>
      </w:r>
    </w:p>
    <w:p>
      <w:pPr>
        <w:spacing w:after="80"/>
      </w:pPr>
      <w:r>
        <w:rPr>
          <w:b w:val="0"/>
          <w:i w:val="0"/>
        </w:rPr>
        <w:t>Khi họ đến bìa rừng, Pengelly quay lại nhìn, như ông vẫn thường làm, để xem có ai bám theo không. Nếu có, họ sẽ quay ngược bước chân và trở về ngôi nhà nhỏ. Nhưng không phải chiều hôm nay.</w:t>
      </w:r>
    </w:p>
    <w:p>
      <w:pPr>
        <w:spacing w:after="80"/>
      </w:pPr>
      <w:r>
        <w:rPr>
          <w:b w:val="0"/>
          <w:i w:val="0"/>
        </w:rPr>
        <w:t>Dù mới chỉ hơn bốn giờ, ánh sáng đã bắt đầu tắt dần và trời càng lúc càng tối. Ông nắm chặt khuỷu tay cô hơn khi họ rời khỏi con đường và bước vào một lối mòn dẫn vào rừng. Giọng ông đổi khác, hòa với cái lạnh của không khí ban đêm.</w:t>
      </w:r>
    </w:p>
    <w:p>
      <w:pPr>
        <w:spacing w:after="80"/>
      </w:pPr>
      <w:r>
        <w:rPr>
          <w:b w:val="0"/>
          <w:i w:val="0"/>
        </w:rPr>
        <w:t>"Ta biết con sẽ vui khi nghe tin này, Karin" — ông chưa bao giờ gọi cô là Karin — "rằng ta đã được thăng chức và sẽ sớm trở về Moscow."</w:t>
      </w:r>
    </w:p>
    <w:p>
      <w:pPr>
        <w:spacing w:after="80"/>
      </w:pPr>
      <w:r>
        <w:rPr>
          <w:b w:val="0"/>
          <w:i w:val="0"/>
        </w:rPr>
        <w:t>"Chúc mừng, đồng chí. Xứng đáng lắm."</w:t>
      </w:r>
    </w:p>
    <w:p>
      <w:pPr>
        <w:spacing w:after="80"/>
      </w:pPr>
      <w:r>
        <w:rPr>
          <w:b w:val="0"/>
          <w:i w:val="0"/>
        </w:rPr>
        <w:t>Ông không nới lỏng tay nắm. "Vậy đây sẽ là lần gặp cuối cùng của chúng ta," ông tiếp tục. Liệu cô có thể hy vọng rằng... Nhưng Thống chế Koshevoi đã giao cho ta một nhiệm vụ cuối cùng. Pengelly không nói rõ, cứ như thể ông muốn cô có thời gian suy nghĩ về điều đó. Khi họ đi sâu hơn vào rừng, trời tối đến mức Karin gần như không nhìn nổi một thước phía trước. Tuy vậy, Pengelly dường như biết chính xác mình đang đi đâu, cứ như thể từng bước chân đều đã được tập dượt.</w:t>
      </w:r>
    </w:p>
    <w:p>
      <w:pPr>
        <w:spacing w:after="80"/>
      </w:pPr>
      <w:r>
        <w:rPr>
          <w:b w:val="0"/>
          <w:i w:val="0"/>
        </w:rPr>
        <w:t>"Trưởng bộ phận phản gián," ông bình thản nói, "cuối cùng đã phát hiện ra kẻ phản bội trong hàng ngũ chúng ta, kẻ đã bao năm qua phản bội tổ quốc. Ta được chọn để thực thi sự trừng phạt thích đáng."</w:t>
      </w:r>
    </w:p>
    <w:p>
      <w:pPr>
        <w:spacing w:after="80"/>
      </w:pPr>
      <w:r>
        <w:rPr>
          <w:b w:val="0"/>
          <w:i w:val="0"/>
        </w:rPr>
        <w:t>Cái nắm chặt của ông cuối cùng cũng lơi ra và ông thả cô. Bản năng đầu tiên của cô là bỏ chạy, nhưng ông đã chọn địa điểm quá khéo. Một cụm cây phía sau cô, bên phải là mỏ thiếc bỏ hoang, bên trái là một lối mòn hẹp mà cô khó lòng nhìn rõ trong bóng tối, và sừng sững phía trên cô là Pengelly, người trông không thể nào bình tĩnh hay cảnh giác hơn được nữa.</w:t>
      </w:r>
    </w:p>
    <w:p>
      <w:pPr>
        <w:spacing w:after="80"/>
      </w:pPr>
      <w:r>
        <w:rPr>
          <w:b w:val="0"/>
          <w:i w:val="0"/>
        </w:rPr>
        <w:t>Ông chậm rãi rút một khẩu súng lục từ túi áo khoác và cầm nó đầy đe dọa bên hông. Phải chăng ông đang mong cô bỏ chạy, để cần nhiều hơn một viên đạn mới giết được cô? Nhưng cô vẫn đứng chôn chân tại chỗ.</w:t>
      </w:r>
    </w:p>
    <w:p>
      <w:pPr>
        <w:spacing w:after="80"/>
      </w:pPr>
      <w:r>
        <w:rPr>
          <w:b w:val="0"/>
          <w:i w:val="0"/>
        </w:rPr>
        <w:t>"Đồ phản bội," Pengelly nói, kẻ đã gây tổn hại cho sự nghiệp của chúng ta nhiều hơn bất kỳ điệp viên nào trước đây. "Vậy nên ngươi phải chết một cái chết của kẻ phản bội." Hắn liếc về phía miệng giếng mỏ. "Ta sẽ về tới Moscow lâu trước khi chúng phát hiện ra xác ngươi, nếu chúng có phát hiện ra."</w:t>
      </w:r>
    </w:p>
    <w:p>
      <w:pPr>
        <w:spacing w:after="80"/>
      </w:pPr>
      <w:r>
        <w:rPr>
          <w:b w:val="0"/>
          <w:i w:val="0"/>
        </w:rPr>
        <w:t>Hắn từ từ nâng khẩu súng lên cho đến khi nó ngang tầm mắt Karin. Suy nghĩ cuối cùng của cô trước khi hắn bóp cò là về Giles.</w:t>
      </w:r>
    </w:p>
    <w:p>
      <w:pPr>
        <w:spacing w:after="80"/>
      </w:pPr>
      <w:r>
        <w:rPr>
          <w:b w:val="0"/>
          <w:i w:val="0"/>
        </w:rPr>
        <w:t>Tiếng một phát súng vang vọng khắp khu rừng, và một đàn sáo đen bay vút lên trời cao khi thân thể cô đổ gục xuống đất.</w:t>
      </w:r>
    </w:p>
    <w:p>
      <w:pPr>
        <w:pStyle w:val="Heading1"/>
        <w:jc w:val="center"/>
      </w:pPr>
      <w:r>
        <w:rPr>
          <w:rFonts w:ascii="Calibri" w:hAnsi="Calibri"/>
          <w:b/>
          <w:i w:val="0"/>
          <w:sz w:val="40"/>
        </w:rPr>
        <w:t>HARRY VÀ EMMA CLIFTON</w:t>
      </w:r>
    </w:p>
    <w:p>
      <w:pPr>
        <w:pStyle w:val="Heading2"/>
        <w:jc w:val="center"/>
      </w:pPr>
      <w:r>
        <w:rPr>
          <w:rFonts w:ascii="Calibri" w:hAnsi="Calibri"/>
          <w:b/>
          <w:i w:val="0"/>
          <w:sz w:val="32"/>
        </w:rPr>
        <w:t>1978–1979</w:t>
      </w:r>
    </w:p>
    <w:p>
      <w:pPr>
        <w:pStyle w:val="Heading1"/>
        <w:jc w:val="center"/>
      </w:pPr>
      <w:r>
        <w:rPr>
          <w:rFonts w:ascii="Calibri" w:hAnsi="Calibri"/>
          <w:b/>
          <w:i w:val="0"/>
          <w:sz w:val="40"/>
        </w:rPr>
        <w:t>1</w:t>
      </w:r>
    </w:p>
    <w:p>
      <w:pPr>
        <w:spacing w:after="80"/>
      </w:pPr>
      <w:r>
        <w:rPr>
          <w:b w:val="0"/>
          <w:i w:val="0"/>
        </w:rPr>
        <w:t>SỐ SÁU bóp cò. Viên đạn rời khẩu súng trường với tốc độ 212 dặm một giờ, trúng mục tiêu cách xương đòn trái vài inch, giết chết hắn ngay lập tức.</w:t>
      </w:r>
    </w:p>
    <w:p>
      <w:pPr>
        <w:spacing w:after="80"/>
      </w:pPr>
      <w:r>
        <w:rPr>
          <w:b w:val="0"/>
          <w:i w:val="0"/>
        </w:rPr>
        <w:t>Viên đạn thứ hai găm vào một thân cây, cách chỗ cả hai thi thể đã ngã xuống vài thước. Giây lát sau, năm lính dù SAS xông qua bụi rậm, vượt qua mỏ thiếc bỏ hoang và bao vây cả hai thi thể. Như những người thợ máy được huấn luyện bài bản tại trạm dừng pit của Formula One, mỗi người trong số họ thực hiện nhiệm vụ của mình không cần bàn bạc hay thắc mắc.</w:t>
      </w:r>
    </w:p>
    <w:p>
      <w:pPr>
        <w:spacing w:after="80"/>
      </w:pPr>
      <w:r>
        <w:rPr>
          <w:b w:val="0"/>
          <w:i w:val="0"/>
        </w:rPr>
        <w:t>Số Một, một trung úy chỉ huy đơn vị, nhặt khẩu súng của Pengelly và bỏ vào một túi nhựa, trong khi Số Năm, một bác sĩ, quỳ bên cạnh người phụ nữ và bắt mạch: yếu, nhưng vẫn còn sống. Hẳn cô đã ngất đi khi nghe tiếng phát súng đầu tiên, đó là lý do những người đối mặt với đội xử bắn thường bị trói vào cột.</w:t>
      </w:r>
    </w:p>
    <w:p>
      <w:pPr>
        <w:spacing w:after="80"/>
      </w:pPr>
      <w:r>
        <w:rPr>
          <w:b w:val="0"/>
          <w:i w:val="0"/>
        </w:rPr>
        <w:t>Số Hai và Số Ba, đều là hạ sĩ, nhẹ nhàng nâng người phụ nữ không rõ danh tính lên cáng và khiêng cô về phía một khoảng trống trong rừng cách đó khoảng trăm thước, nơi một chiếc trực thăng với cánh quạt đã quay vù vù đang chờ họ. Khi cáng được cố định bên trong, Số Năm, người lính y tế, leo lên tàu để ở bên bệnh nhân của mình. Ngay khi anh cài xong đai an toàn, trực thăng cất cánh. Anh kiểm tra mạch cô lần nữa; đã ổn định hơn một chút.</w:t>
      </w:r>
    </w:p>
    <w:p>
      <w:pPr>
        <w:spacing w:after="80"/>
      </w:pPr>
      <w:r>
        <w:rPr>
          <w:b w:val="0"/>
          <w:i w:val="0"/>
        </w:rPr>
        <w:t>Dưới mặt đất, Số Bốn, một trung sĩ và là nhà vô địch quyền anh hạng nặng của trung đoàn, nhấc thi thể thứ hai lên và quăng qua vai như thể đó là một bao khoai tây. Vị trung sĩ chạy bộ rời đi theo nhịp độ của riêng mình, theo hướng ngược lại với các đồng đội. Nhưng dĩ nhiên, anh biết chính xác mình đang đi đâu.</w:t>
      </w:r>
    </w:p>
    <w:p>
      <w:pPr>
        <w:spacing w:after="80"/>
      </w:pPr>
      <w:r>
        <w:rPr>
          <w:b w:val="0"/>
          <w:i w:val="0"/>
        </w:rPr>
        <w:t>Giây lát sau, một chiếc trực thăng thứ hai xuất hiện, lượn vòng trên đầu, chiếu một luồng sáng rộng xuống khu vực tác chiến. Số Hai và Số Ba nhanh chóng quay lại sau nhiệm vụ khiêng cáng và nhập cùng Số Sáu, xạ thủ, người đã tụt xuống từ một cái cây, súng trường vắt qua vai, khi họ bắt đầu tìm kiếm hai viên đạn.</w:t>
      </w:r>
    </w:p>
    <w:p>
      <w:pPr>
        <w:spacing w:after="80"/>
      </w:pPr>
      <w:r>
        <w:rPr>
          <w:b w:val="0"/>
          <w:i w:val="0"/>
        </w:rPr>
        <w:t>Viên đạn đầu tiên găm vào mặt đất chỉ cách chỗ Pengelly ngã xuống vài thước. Số Sáu, người đã theo dõi đường bay của nó, xác định được vị trí trong chốc lát. Dù mọi thành viên trong đơn vị đều dày dạn kinh nghiệm trong việc phát hiện dấu vết đạn nảy hay cặn thuốc súng, viên thứ hai vẫn mất thêm một chút thời gian để tìm ra. Một trong các hạ sĩ, chỉ trong nhiệm vụ thứ hai của mình, giơ tay lên ngay khi phát hiện ra nó. Anh đào nó ra khỏi thân cây bằng dao và đưa cho Số Một, người bỏ nó vào một túi nhựa khác; một kỷ vật sẽ được trưng bày trong một Phòng ăn sĩ quan chưa từng có đêm tiếp khách nào. Xong việc.</w:t>
      </w:r>
    </w:p>
    <w:p>
      <w:pPr>
        <w:spacing w:after="80"/>
      </w:pPr>
      <w:r>
        <w:rPr>
          <w:b w:val="0"/>
          <w:i w:val="0"/>
        </w:rPr>
        <w:t>Bốn người đàn ông chạy ngược qua mỏ thiếc cũ về phía khoảng trống và xuất hiện đúng lúc chiếc trực thăng thứ hai đang hạ cánh. Vị trung úy đợi cho đến khi người của mình leo lên tàu rồi mới lên ngồi cùng phi công ở phía trước và thắt dây an toàn. Khi trực thăng cất cánh, anh bấm đồng hồ bấm giây.</w:t>
      </w:r>
    </w:p>
    <w:p>
      <w:pPr>
        <w:spacing w:after="80"/>
      </w:pPr>
      <w:r>
        <w:rPr>
          <w:b w:val="0"/>
          <w:i w:val="0"/>
        </w:rPr>
        <w:t>Chín phút, bốn mươi ba giây. Vừa đủ chấp nhận được, anh hét lên át tiếng gầm của những cánh quạt đang quay — anh đã đảm bảo với chỉ huy rằng cuộc diễn tập không chỉ thành công mà còn hoàn thành trong vòng dưới mười phút. Anh nhìn xuống địa hình bên dưới và, ngoài vài dấu chân sẽ bị cơn mưa rào tới xóa sạch, không có dấu hiệu nào cho thấy điều vừa xảy ra. Nếu có người dân địa phương nào trông thấy hai chiếc trực thăng bay về hai hướng khác nhau, họ cũng sẽ chẳng bận tâm lần thứ hai. Suy cho cùng, căn cứ RAF Bodmin chỉ cách đó hai mươi dặm, và các hoạt động hàng ngày đã là một phần cuộc sống thường nhật của cư dân địa phương.</w:t>
      </w:r>
    </w:p>
    <w:p>
      <w:pPr>
        <w:spacing w:after="80"/>
      </w:pPr>
      <w:r>
        <w:rPr>
          <w:b w:val="0"/>
          <w:i w:val="0"/>
        </w:rPr>
        <w:t>Tuy nhiên, một người dân địa phương biết chính xác chuyện gì đang diễn ra. Đại tá Henson MC (đã nghỉ hưu) đã gọi điện cho RAF Bodmin ngay khi trông thấy Pengelly rời khỏi ngôi nhà nhỏ, nắm chặt tay con gái ông. Ông đã gọi số mà ông được dặn phải gọi nếu nghĩ cô đang gặp nguy hiểm. Dù không biết ai ở đầu dây bên kia, ông chỉ thốt lên một từ duy nhất "Tumbleweed" trước khi đường dây tắt. Bốn mươi tám giây sau, một cặp trực thăng đã cất cánh.</w:t>
      </w:r>
    </w:p>
    <w:p>
      <w:pPr>
        <w:jc w:val="center"/>
      </w:pPr>
      <w:r>
        <w:drawing>
          <wp:inline xmlns:a="http://schemas.openxmlformats.org/drawingml/2006/main" xmlns:pic="http://schemas.openxmlformats.org/drawingml/2006/picture">
            <wp:extent cx="304800" cy="85725"/>
            <wp:docPr id="8" name="Picture 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Viên chỉ huy bước tới bên cửa sổ và dõi theo hai chiếc máy bay Puma bay ngang qua văn phòng ông rồi hướng về phía nam. Ông đi đi lại lại trong phòng, cứ vài giây lại liếc nhìn đồng hồ. Một con người hành động, ông sinh ra không phải để làm khán giả, dù ông miễn cưỡng chấp nhận rằng ở tuổi ba mươi chín, ông đã quá già cho những chiến dịch bí mật. </w:t>
      </w:r>
      <w:r>
        <w:rPr>
          <w:b w:val="0"/>
          <w:i/>
        </w:rPr>
        <w:t>Họ cũng phụng sự, những kẻ chỉ đứng và chờ đợi.</w:t>
      </w:r>
    </w:p>
    <w:p>
      <w:pPr>
        <w:spacing w:after="80"/>
      </w:pPr>
      <w:r>
        <w:rPr>
          <w:b w:val="0"/>
          <w:i w:val="0"/>
        </w:rPr>
        <w:t>Khi mười phút cuối cùng cũng trôi qua, ông quay lại bên cửa sổ, nhưng phải thêm ba phút nữa ông mới phát hiện một chiếc trực thăng đơn lẻ đang hạ xuống xuyên qua những đám mây. Ông chờ thêm vài giây nữa trước khi cảm thấy an tâm để bỏ ngón tay đang bắt chéo ra, bởi nếu chiếc thứ hai bay theo sau nó, điều đó có nghĩa là chiến dịch đã thất bại. Mệnh lệnh của ông từ London không thể rõ ràng hơn. Nếu người phụ nữ đã chết, thi thể cô ta phải được đưa bằng máy bay đến Truro và đặt trong một khu riêng của bệnh viện tư, nơi một đội thứ ba đã nhận sẵn chỉ thị. Nếu cô ta còn sống, cô ta phải được đưa bằng máy bay đến London, nơi một đội thứ tư sẽ tiếp quản. Viên chỉ huy (CO) không biết mệnh lệnh của họ là gì và cũng không biết người phụ nữ đó là ai; thông tin đó vượt xa tầm hiểu biết của ông.</w:t>
      </w:r>
    </w:p>
    <w:p>
      <w:pPr>
        <w:spacing w:after="80"/>
      </w:pPr>
      <w:r>
        <w:rPr>
          <w:b w:val="0"/>
          <w:i w:val="0"/>
        </w:rPr>
        <w:t>Khi chiếc trực thăng hạ cánh, viên chỉ huy vẫn không nhúc nhích. Một cánh cửa mở ra và viên trung úy nhảy xuống, cúi gập người vì cánh quạt vẫn đang quay. Anh ta chạy vài mét trước khi đứng thẳng dậy và, khi thấy viên đại tá đang đứng bên cửa sổ, giơ ngón tay cái lên ra hiệu. Viên chỉ huy thở phào nhẹ nhõm, quay lại bàn làm việc và gọi số điện thoại ghi trên cuốn sổ tay của mình. Đó sẽ là lần thứ hai và cũng là lần cuối cùng ông nói chuyện với thư ký nội các.</w:t>
      </w:r>
    </w:p>
    <w:p>
      <w:pPr>
        <w:spacing w:after="80"/>
      </w:pPr>
      <w:r>
        <w:rPr>
          <w:b w:val="0"/>
          <w:i w:val="0"/>
        </w:rPr>
        <w:t>Đại tá Dawes, thưa ngài.</w:t>
      </w:r>
    </w:p>
    <w:p>
      <w:pPr>
        <w:spacing w:after="80"/>
      </w:pPr>
      <w:r>
        <w:rPr>
          <w:b w:val="0"/>
          <w:i w:val="0"/>
        </w:rPr>
        <w:t>Chào buổi tối, đại tá, Ngài Alan nói.</w:t>
      </w:r>
    </w:p>
    <w:p>
      <w:pPr>
        <w:spacing w:after="80"/>
      </w:pPr>
      <w:r>
        <w:rPr>
          <w:b w:val="0"/>
          <w:i w:val="0"/>
        </w:rPr>
        <w:t>Chiến dịch Tumbleweed đã hoàn thành và thành công, thưa ngài. Puma Một đã về căn cứ. Puma Hai đang trên đường về nhà.</w:t>
      </w:r>
    </w:p>
    <w:p>
      <w:pPr>
        <w:jc w:val="center"/>
      </w:pPr>
      <w:r>
        <w:drawing>
          <wp:inline xmlns:a="http://schemas.openxmlformats.org/drawingml/2006/main" xmlns:pic="http://schemas.openxmlformats.org/drawingml/2006/picture">
            <wp:extent cx="304800" cy="85725"/>
            <wp:docPr id="9" name="Picture 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Cảm ơn, Ngài Alan nói, và đặt điện thoại xuống. Không có một giây phút nào để lãng phí. Cuộc hẹn tiếp theo của ông sẽ đến bất cứ lúc nào. Như thể ông là một nhà tiên tri, cánh cửa mở ra và thư ký của ông thông báo: "Ngài Barrington."</w:t>
      </w:r>
    </w:p>
    <w:p>
      <w:pPr>
        <w:spacing w:after="80"/>
      </w:pPr>
      <w:r>
        <w:rPr>
          <w:b w:val="0"/>
          <w:i w:val="0"/>
        </w:rPr>
        <w:t>Giles, Ngài Alan nói, đứng dậy từ sau bàn làm việc và bắt tay vị khách của mình. Tôi có thể mời ngài một chút trà hay cà phê không?</w:t>
      </w:r>
    </w:p>
    <w:p>
      <w:pPr>
        <w:spacing w:after="80"/>
      </w:pPr>
      <w:r>
        <w:rPr>
          <w:b w:val="0"/>
          <w:i w:val="0"/>
        </w:rPr>
        <w:t>Không, cảm ơn, Giles nói, người chỉ quan tâm đến một điều: tìm hiểu tại sao thư ký nội các lại muốn gặp ông gấp gáp đến vậy.</w:t>
      </w:r>
    </w:p>
    <w:p>
      <w:pPr>
        <w:spacing w:after="80"/>
      </w:pPr>
      <w:r>
        <w:rPr>
          <w:b w:val="0"/>
          <w:i w:val="0"/>
        </w:rPr>
        <w:t>Xin lỗi vì đã lôi ngài ra khỏi phòng họp, Ngài Alan nói, nhưng tôi cần bàn với ngài một vấn đề riêng tư, theo thể thức Hội đồng Cơ mật (Privy Council).</w:t>
      </w:r>
    </w:p>
    <w:p>
      <w:pPr>
        <w:spacing w:after="80"/>
      </w:pPr>
      <w:r>
        <w:rPr>
          <w:b w:val="0"/>
          <w:i w:val="0"/>
        </w:rPr>
        <w:t>Giles đã không nghe những lời đó kể từ khi ông còn là một bộ trưởng nội các, nhưng ông không cần ai nhắc rằng bất cứ điều gì ông và Ngài Alan sắp nói với nhau đều không bao giờ được lặp lại, trừ khi người kia cũng là thành viên Hội đồng Cơ mật.</w:t>
      </w:r>
    </w:p>
    <w:p>
      <w:pPr>
        <w:spacing w:after="80"/>
      </w:pPr>
      <w:r>
        <w:rPr>
          <w:b w:val="0"/>
          <w:i w:val="0"/>
        </w:rPr>
        <w:t>Giles gật đầu, và Ngài Alan nói: "Để tôi bắt đầu bằng việc nói rằng vợ ngài, Karin, không phải là con gái của Pengelly."</w:t>
      </w:r>
    </w:p>
    <w:p>
      <w:pPr>
        <w:jc w:val="center"/>
      </w:pPr>
      <w:r>
        <w:drawing>
          <wp:inline xmlns:a="http://schemas.openxmlformats.org/drawingml/2006/main" xmlns:pic="http://schemas.openxmlformats.org/drawingml/2006/picture">
            <wp:extent cx="304800" cy="85725"/>
            <wp:docPr id="10" name="Picture 1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Một cánh cửa sổ bị đập vỡ và một lát sau cả sáu người đã ở bên trong. Họ không biết chính xác mình đang tìm kiếm điều gì, nhưng khi nhìn thấy nó, họ sẽ không còn chút nghi ngờ nào. Viên thiếu tá chỉ huy đơn vị thứ hai, được biết đến với tên gọi những người thu gom rác, không mang theo đồng hồ bấm giây, bởi ông không hề vội vàng. Người của ông đã được huấn luyện để từ tốn và đảm bảo không bỏ sót bất cứ thứ gì. Họ không bao giờ được trao cơ hội thứ hai.</w:t>
      </w:r>
    </w:p>
    <w:p>
      <w:pPr>
        <w:spacing w:after="80"/>
      </w:pPr>
      <w:r>
        <w:rPr>
          <w:b w:val="0"/>
          <w:i w:val="0"/>
        </w:rPr>
        <w:t>Khác với các đồng nghiệp ở đơn vị một, họ mặc bộ đồ thể thao và mang theo những túi rác nhựa đen lớn. Có một ngoại lệ, Số Bốn, nhưng anh ta không phải là thành viên thường trực của đơn vị họ. Tất cả rèm cửa đều được kéo lại trước khi đèn được bật lên và cuộc lục soát có thể bắt đầu. Những người đàn ông tỉ mỉ tháo dỡ từng căn phòng, nhanh nhẹn, có phương pháp, không để bất cứ điều gì cho may rủi. Hai giờ sau, họ đã chất đầy tám túi nhựa. Họ phớt lờ thi thể mà Số Bốn đã đặt trên tấm thảm trong phòng khách, dù một người trong số họ có lục soát túi áo của hắn.</w:t>
      </w:r>
    </w:p>
    <w:p>
      <w:pPr>
        <w:spacing w:after="80"/>
      </w:pPr>
      <w:r>
        <w:rPr>
          <w:b w:val="0"/>
          <w:i w:val="0"/>
        </w:rPr>
        <w:t>Thứ cuối cùng họ xem xét là ba chiếc va li đã được để đứng cạnh cửa ở hành lang, một kho báu thực sự. Đồ đạc bên trong chỉ chất đầy một túi, nhưng chứa nhiều thông tin hơn bảy túi kia cộng lại: nhật ký, tên tuổi, số điện thoại, địa chỉ và những hồ sơ mật mà Pengelly chắc chắn định mang về Moscow.</w:t>
      </w:r>
    </w:p>
    <w:p>
      <w:pPr>
        <w:spacing w:after="80"/>
      </w:pPr>
      <w:r>
        <w:rPr>
          <w:b w:val="0"/>
          <w:i w:val="0"/>
        </w:rPr>
        <w:t>Sau đó, đơn vị dành thêm một giờ để kiểm tra lại lần nữa, nhưng không tìm thấy gì đáng chú ý khác, nhưng dù sao họ cũng là dân chuyên nghiệp, được huấn luyện để làm đúng ngay từ lần đầu. Khi viên chỉ huy đơn vị tin chắc rằng họ không thể làm gì thêm, sáu người đàn ông rời khỏi cửa sau và đi theo những lộ trình riêng đã được tập dượt kỹ lưỡng để trở về kho, chỉ để lại Số Bốn phía sau. Nhưng anh ta không phải là người thu gom rác, mà là một kẻ hủy diệt.</w:t>
      </w:r>
    </w:p>
    <w:p>
      <w:pPr>
        <w:spacing w:after="80"/>
      </w:pPr>
      <w:r>
        <w:rPr>
          <w:b w:val="0"/>
          <w:i w:val="0"/>
        </w:rPr>
        <w:t>Khi viên trung sĩ nghe thấy tiếng cửa sau đóng lại, ông ta châm một điếu thuốc và hút vài hơi trước khi thả mẩu thuốc còn đỏ lửa xuống tấm thảm bên cạnh thi thể. Sau đó, ông ta rắc nhiên liệu từ chiếc bật lửa lên đám than hồng đang tàn dần, và chỉ vài giây sau, một ngọn lửa xanh bùng lên thiêu cháy tấm thảm. Ông ta biết nó sẽ lan nhanh khắp căn nhà gỗ nhỏ, nhưng ông ta cần chắc chắn, nên không rời đi cho đến khi khói khiến ông ta ho sặc sụa, lúc đó ông ta mới bước nhanh ra khỏi phòng và hướng về phía cửa sau. Sau khi rời khỏi căn nhà, ông ta quay lại nhìn, hài lòng vì ngọn lửa đã mất kiểm soát, rồi bắt đầu chạy bộ về căn cứ. Ông ta sẽ không gọi đội cứu hỏa.</w:t>
      </w:r>
    </w:p>
    <w:p>
      <w:pPr>
        <w:spacing w:after="80"/>
      </w:pPr>
      <w:r>
        <w:rPr>
          <w:b w:val="0"/>
          <w:i w:val="0"/>
        </w:rPr>
        <w:t>Cả mười hai người đàn ông đều trở về doanh trại vào những thời điểm khác nhau, và chỉ trở thành một đơn vị thống nhất trở lại khi họ gặp nhau ở Phòng ăn sĩ quan để uống vài ly vào tối hôm đó. Viên đại tá cùng tham gia bữa tối với họ.</w:t>
      </w:r>
    </w:p>
    <w:p>
      <w:pPr>
        <w:jc w:val="center"/>
      </w:pPr>
      <w:r>
        <w:drawing>
          <wp:inline xmlns:a="http://schemas.openxmlformats.org/drawingml/2006/main" xmlns:pic="http://schemas.openxmlformats.org/drawingml/2006/picture">
            <wp:extent cx="304800" cy="85725"/>
            <wp:docPr id="11" name="Picture 1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Thư ký nội các đứng bên cửa sổ văn phòng ở tầng một và chờ đến khi thấy Giles Barrington rời khỏi số 10 và bước đi đầy quyết tâm dọc phố Downing hướng về Whitehall. Sau đó ông trở lại bàn làm việc, ngồi xuống và suy nghĩ cẩn thận về cuộc gọi tiếp theo, và ông sẽ tiết lộ bao nhiêu.</w:t>
      </w:r>
    </w:p>
    <w:p>
      <w:pPr>
        <w:spacing w:after="80"/>
      </w:pPr>
      <w:r>
        <w:rPr>
          <w:b w:val="0"/>
          <w:i w:val="0"/>
        </w:rPr>
        <w:t>Harry Clifton đang ở trong bếp khi điện thoại reo. Ông nhấc máy, và khi nghe thấy câu "Đây là số Mười, xin vui lòng giữ máy", ông tưởng đó là Thủ tướng gọi cho Emma. Ông không nhớ nổi cô ấy đang ở bệnh viện hay đang chủ trì một cuộc họp tại Barrington House.</w:t>
      </w:r>
    </w:p>
    <w:p>
      <w:pPr>
        <w:spacing w:after="80"/>
      </w:pPr>
      <w:r>
        <w:rPr>
          <w:b w:val="0"/>
          <w:i w:val="0"/>
        </w:rPr>
        <w:t>Chào buổi sáng, ông Clifton, tôi là Alan Redmayne. Ông có đang rảnh không?</w:t>
      </w:r>
    </w:p>
    <w:p>
      <w:pPr>
        <w:spacing w:after="80"/>
      </w:pPr>
      <w:r>
        <w:rPr>
          <w:b w:val="0"/>
          <w:i w:val="0"/>
        </w:rPr>
        <w:t>Harry suýt bật cười thành tiếng. Ông rất muốn nói, không, thưa Ngài Alan, không rảnh, tôi đang ở trong bếp pha cho mình một tách trà, và không quyết định được nên cho một hay hai viên đường, nên có lẽ ngài gọi lại sau nhé? Nhưng thay vào đó, ông tắt ấm đun nước. Tất nhiên rồi, thưa Ngài Alan, tôi có thể giúp gì?</w:t>
      </w:r>
    </w:p>
    <w:p>
      <w:pPr>
        <w:spacing w:after="80"/>
      </w:pPr>
      <w:r>
        <w:rPr>
          <w:b w:val="0"/>
          <w:i w:val="0"/>
        </w:rPr>
        <w:t>Tôi muốn ông là người đầu tiên biết rằng John Pengelly không còn là vấn đề nữa, và mặc dù ông đã bị giữ trong bóng tối, ông nên biết rằng những lo ngại của ông về Karin Brandt là không có cơ sở, dù cũng dễ hiểu. Pengelly không phải là cha cô ấy, và trong năm năm qua cô ấy là một trong những điệp viên đáng tin cậy nhất của chúng tôi. Giờ Pengelly không còn là vấn đề nữa, cô ấy sẽ được nghỉ phép dài hạn, và chúng tôi không có kế hoạch để cô ấy quay lại làm việc.</w:t>
      </w:r>
    </w:p>
    <w:p>
      <w:pPr>
        <w:spacing w:after="80"/>
      </w:pPr>
      <w:r>
        <w:rPr>
          <w:b w:val="0"/>
          <w:i w:val="0"/>
        </w:rPr>
        <w:t>Harry cho rằng "không còn là vấn đề nữa" là cách nói giảm nói tránh cho "Pengelly đã bị thanh lý", và dù có vài câu hỏi ông muốn hỏi thư ký nội các, ông vẫn giữ im lặng. Ông biết rằng một người giữ bí mật ngay cả với Thủ tướng thì khó có khả năng trả lời chúng.</w:t>
      </w:r>
    </w:p>
    <w:p>
      <w:pPr>
        <w:spacing w:after="80"/>
      </w:pPr>
      <w:r>
        <w:rPr>
          <w:b w:val="0"/>
          <w:i w:val="0"/>
        </w:rPr>
        <w:t>Cảm ơn ngài, Ngài Alan. Còn điều gì tôi nên biết không?</w:t>
      </w:r>
    </w:p>
    <w:p>
      <w:pPr>
        <w:spacing w:after="80"/>
      </w:pPr>
      <w:r>
        <w:rPr>
          <w:b w:val="0"/>
          <w:i w:val="0"/>
        </w:rPr>
        <w:t>Có, anh rể của ông cũng vừa mới biết sự thật về vợ mình, nhưng Ngài Barrington không biết rằng chính ông là người đã dẫn chúng tôi đến Pengelly ngay từ đầu. Thành thật mà nói, tôi muốn ông ấy không bao giờ biết.</w:t>
      </w:r>
    </w:p>
    <w:p>
      <w:pPr>
        <w:spacing w:after="80"/>
      </w:pPr>
      <w:r>
        <w:rPr>
          <w:b w:val="0"/>
          <w:i w:val="0"/>
        </w:rPr>
        <w:t>Nhưng tôi nên nói gì nếu ông ấy có nhắc đến chuyện đó?</w:t>
      </w:r>
    </w:p>
    <w:p>
      <w:pPr>
        <w:spacing w:after="80"/>
      </w:pPr>
      <w:r>
        <w:rPr>
          <w:b w:val="0"/>
          <w:i w:val="0"/>
        </w:rPr>
        <w:t>Không cần nói gì cả. Suy cho cùng, ông ấy không có lý do gì để nghi ngờ rằng ông tình cờ bắt gặp cái tên Pengelly khi ông ở Moscow dự hội nghị sách, và tôi chắc chắn chưa hề khai sáng cho ông ấy.</w:t>
      </w:r>
    </w:p>
    <w:p>
      <w:pPr>
        <w:spacing w:after="80"/>
      </w:pPr>
      <w:r>
        <w:rPr>
          <w:b w:val="0"/>
          <w:i w:val="0"/>
        </w:rPr>
        <w:t>Cảm ơn ngài, Ngài Alan. Ngài thật tốt khi đã báo cho tôi biết.</w:t>
      </w:r>
    </w:p>
    <w:p>
      <w:pPr>
        <w:spacing w:after="80"/>
      </w:pPr>
      <w:r>
        <w:rPr>
          <w:b w:val="0"/>
          <w:i w:val="0"/>
        </w:rPr>
        <w:t>Không có gì. Và nhân tiện, ông Clifton, xin chúc mừng. Hoàn toàn xứng đáng.</w:t>
      </w:r>
    </w:p>
    <w:p>
      <w:pPr>
        <w:jc w:val="center"/>
      </w:pPr>
      <w:r>
        <w:drawing>
          <wp:inline xmlns:a="http://schemas.openxmlformats.org/drawingml/2006/main" xmlns:pic="http://schemas.openxmlformats.org/drawingml/2006/picture">
            <wp:extent cx="304800" cy="85725"/>
            <wp:docPr id="12" name="Picture 1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Sau khi Giles rời khỏi số 10, ông nhanh chóng trở về nhà mình ở Quảng trường Smith. Ông nhẹ nhõm vì hôm nay là ngày nghỉ của Markham, và khi mở cửa trước, ông lập tức lên lầu vào phòng ngủ. Ông bật đèn đầu giường, kéo rèm và lật tấm ga trải giường phía trên. Dù mới chỉ hơn sáu giờ, đèn đường ở Quảng trường Smith đã sáng rực.</w:t>
      </w:r>
    </w:p>
    <w:p>
      <w:pPr>
        <w:spacing w:after="80"/>
      </w:pPr>
      <w:r>
        <w:rPr>
          <w:b w:val="0"/>
          <w:i w:val="0"/>
        </w:rPr>
        <w:t>Ông đang đi được nửa cầu thang thì chuông cửa trước reo. Ông chạy ra mở cửa và thấy một người đàn ông trẻ đứng trên bậc thềm. Phía sau anh ta là một chiếc xe van đen không có biển hiệu, cửa sau mở toang. Người đàn ông chìa tay ra. Tôi là Tiến sĩ Weeden. Tôi nghĩ ông đang chờ chúng tôi?</w:t>
      </w:r>
    </w:p>
    <w:p>
      <w:pPr>
        <w:spacing w:after="80"/>
      </w:pPr>
      <w:r>
        <w:rPr>
          <w:b w:val="0"/>
          <w:i w:val="0"/>
        </w:rPr>
        <w:t>I am, said Giles, as two men emerged from the back of the van and gently offloaded a stretcher.</w:t>
      </w:r>
    </w:p>
    <w:p>
      <w:pPr>
        <w:spacing w:after="80"/>
      </w:pPr>
      <w:r>
        <w:rPr>
          <w:b w:val="0"/>
          <w:i w:val="0"/>
        </w:rPr>
        <w:t>Follow me, said Giles, leading them upstairs to the bedroom. The two orderlies lifted the unconscious woman off the stretcher and placed her on the bed. Giles pulled the blanket over his wife, as the stretcher bearers left without a word.</w:t>
      </w:r>
    </w:p>
    <w:p>
      <w:pPr>
        <w:spacing w:after="80"/>
      </w:pPr>
      <w:r>
        <w:rPr>
          <w:b w:val="0"/>
          <w:i w:val="0"/>
        </w:rPr>
        <w:t>The doctor checked her pulse. Ive given her a sedative, so shell be asleep for a couple of hours. When she wakes she may well imagine for a moment that it was all a nightmare, but once she finds shes in familiar surroundings shell quickly recover and recall exactly what happened. Shes bound to wonder how much you know, so you have a little time to think about that.</w:t>
      </w:r>
    </w:p>
    <w:p>
      <w:pPr>
        <w:spacing w:after="80"/>
      </w:pPr>
      <w:r>
        <w:rPr>
          <w:b w:val="0"/>
          <w:i w:val="0"/>
        </w:rPr>
        <w:t>I already have, said Giles, before accompanying Dr Weeden downstairs and opening the front door. The two men shook hands a second time before the doctor climbed into the front of the black van without a backward glance. The anonymous vehicle drove slowly round Smith Square then turned right and joined the heavy evening traffic.</w:t>
      </w:r>
    </w:p>
    <w:p>
      <w:pPr>
        <w:spacing w:after="80"/>
      </w:pPr>
      <w:r>
        <w:rPr>
          <w:b w:val="0"/>
          <w:i w:val="0"/>
        </w:rPr>
        <w:t>Once the van was out of sight, Giles closed the door and ran back upstairs. He pulled up a chair and sat down by his sleeping wife.</w:t>
      </w:r>
    </w:p>
    <w:p>
      <w:pPr>
        <w:jc w:val="center"/>
      </w:pPr>
      <w:r>
        <w:drawing>
          <wp:inline xmlns:a="http://schemas.openxmlformats.org/drawingml/2006/main" xmlns:pic="http://schemas.openxmlformats.org/drawingml/2006/picture">
            <wp:extent cx="304800" cy="85725"/>
            <wp:docPr id="13" name="Picture 1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Giles must have fallen asleep because the next thing he knew Karin was sitting up in bed and staring at him. He blinked, smiled and took her in his arms.</w:t>
      </w:r>
    </w:p>
    <w:p>
      <w:pPr>
        <w:spacing w:after="80"/>
      </w:pPr>
      <w:r>
        <w:rPr>
          <w:b w:val="0"/>
          <w:i w:val="0"/>
        </w:rPr>
        <w:t>Its all over, my darling. Youre safe now, he said.</w:t>
      </w:r>
    </w:p>
    <w:p>
      <w:pPr>
        <w:spacing w:after="80"/>
      </w:pPr>
      <w:r>
        <w:rPr>
          <w:b w:val="0"/>
          <w:i w:val="0"/>
        </w:rPr>
        <w:t>I thought if you ever found out, youd never forgive me, she said, clinging on to him.</w:t>
      </w:r>
    </w:p>
    <w:p>
      <w:pPr>
        <w:spacing w:after="80"/>
      </w:pPr>
      <w:r>
        <w:rPr>
          <w:b w:val="0"/>
          <w:i w:val="0"/>
        </w:rPr>
        <w:t>Theres nothing to forgive. Lets forget about the past and concentrate on the future.</w:t>
      </w:r>
    </w:p>
    <w:p>
      <w:pPr>
        <w:spacing w:after="80"/>
      </w:pPr>
      <w:r>
        <w:rPr>
          <w:b w:val="0"/>
          <w:i w:val="0"/>
        </w:rPr>
        <w:t>But its important I tell you everything, said Karin. No more secrets.</w:t>
      </w:r>
    </w:p>
    <w:p>
      <w:pPr>
        <w:spacing w:after="80"/>
      </w:pPr>
      <w:r>
        <w:rPr>
          <w:b w:val="0"/>
          <w:i w:val="0"/>
        </w:rPr>
        <w:t>Alan Redmayne has already fully briefed me, said Giles, trying to reassure her.</w:t>
      </w:r>
    </w:p>
    <w:p>
      <w:pPr>
        <w:spacing w:after="80"/>
      </w:pPr>
      <w:r>
        <w:rPr>
          <w:b w:val="0"/>
          <w:i w:val="0"/>
        </w:rPr>
        <w:t>Not fully, Karin said, releasing him. Even he doesnt know everything, and I cant go on living a lie. Giles looked at her anxiously. The truth is, I used you to get out of Germany. Yes, I liked you, but once I was safely in England I intended to escape from both you and Pengelly and start a new life. And I would have, if I hadnt fallen in love with you. Giles took her hand. But in order to keep you, I had to make sure Pengelly still believed I was working for him. It was Cynthia Forbes-Watson who came to my rescue.</w:t>
      </w:r>
    </w:p>
    <w:p>
      <w:pPr>
        <w:spacing w:after="80"/>
      </w:pPr>
      <w:r>
        <w:rPr>
          <w:b w:val="0"/>
          <w:i w:val="0"/>
        </w:rPr>
        <w:t>Mine too, said Giles. But in my case I fell in love with you after the night we spent together in Berlin. It wasnt my fault you took a little longer to realize just how lucky you were. Karin burst out laughing and wrapped her arms around him. When she released him, Giles said, Ill go and make you a cup of tea.</w:t>
      </w:r>
    </w:p>
    <w:p>
      <w:pPr>
        <w:spacing w:after="80"/>
      </w:pPr>
      <w:r>
        <w:rPr>
          <w:b w:val="0"/>
          <w:i w:val="0"/>
        </w:rPr>
        <w:t>Only the British, thought Karin.</w:t>
      </w:r>
    </w:p>
    <w:p>
      <w:pPr>
        <w:pStyle w:val="Heading1"/>
        <w:jc w:val="center"/>
      </w:pPr>
      <w:r>
        <w:rPr>
          <w:rFonts w:ascii="Calibri" w:hAnsi="Calibri"/>
          <w:b/>
          <w:i w:val="0"/>
          <w:sz w:val="40"/>
        </w:rPr>
        <w:t>2</w:t>
      </w:r>
    </w:p>
    <w:p>
      <w:pPr>
        <w:spacing w:after="80"/>
      </w:pPr>
      <w:r>
        <w:rPr>
          <w:b w:val="0"/>
          <w:i w:val="0"/>
        </w:rPr>
        <w:t>WHAT TIME ARE WE commanded to attend Her Majestys pleasure? asked Emma, with a grin, unwilling to admit how proud she was of her husband, and how much she was looking forward to the occasion. Unlike the board meeting she would be chairing later that week, which was rarely far from her mind.</w:t>
      </w:r>
    </w:p>
    <w:p>
      <w:pPr>
        <w:spacing w:after="80"/>
      </w:pPr>
      <w:r>
        <w:rPr>
          <w:b w:val="0"/>
          <w:i w:val="0"/>
        </w:rPr>
        <w:t>Harry vừa kiểm tra tấm thiệp mời vừa nói: "Khoảng từ mười giờ đến mười một giờ."</w:t>
      </w:r>
    </w:p>
    <w:p>
      <w:pPr>
        <w:spacing w:after="80"/>
      </w:pPr>
      <w:r>
        <w:rPr>
          <w:b w:val="0"/>
          <w:i w:val="0"/>
        </w:rPr>
        <w:t>Bạn có nhớ đặt xe chưa?</w:t>
      </w:r>
    </w:p>
    <w:p>
      <w:pPr>
        <w:spacing w:after="80"/>
      </w:pPr>
      <w:r>
        <w:rPr>
          <w:b w:val="0"/>
          <w:i w:val="0"/>
        </w:rPr>
        <w:t>Chiều hôm qua rồi. Và sáng nay tôi đã kiểm tra lại ngay từ đầu, anh ấy nói thêm khi chuông cửa vang lên.</w:t>
      </w:r>
    </w:p>
    <w:p>
      <w:pPr>
        <w:spacing w:after="80"/>
      </w:pPr>
      <w:r>
        <w:rPr>
          <w:b w:val="0"/>
          <w:i w:val="0"/>
        </w:rPr>
        <w:t>Chắc là Seb đấy, Emma nói. Cô nhìn đồng hồ. Và lần này anh ấy đến đúng giờ.</w:t>
      </w:r>
    </w:p>
    <w:p>
      <w:pPr>
        <w:spacing w:after="80"/>
      </w:pPr>
      <w:r>
        <w:rPr>
          <w:b w:val="0"/>
          <w:i w:val="0"/>
        </w:rPr>
        <w:t>Tôi không nghĩ là anh ấy định đến muộn trong dịp này đâu, Karin nói.</w:t>
      </w:r>
    </w:p>
    <w:p>
      <w:pPr>
        <w:spacing w:after="80"/>
      </w:pPr>
      <w:r>
        <w:rPr>
          <w:b w:val="0"/>
          <w:i w:val="0"/>
        </w:rPr>
        <w:t>Giles đứng dậy khỏi chỗ ngồi ở bàn ăn sáng khi Markham mở cửa và đứng sang một bên để Jessica, Seb và Samantha đang mang thai nặng nề bước vào cùng họ.</w:t>
      </w:r>
    </w:p>
    <w:p>
      <w:pPr>
        <w:spacing w:after="80"/>
      </w:pPr>
      <w:r>
        <w:rPr>
          <w:b w:val="0"/>
          <w:i w:val="0"/>
        </w:rPr>
        <w:t>Mọi người ăn sáng chưa? Giles hỏi khi hôn lên má Samantha.</w:t>
      </w:r>
    </w:p>
    <w:p>
      <w:pPr>
        <w:spacing w:after="80"/>
      </w:pPr>
      <w:r>
        <w:rPr>
          <w:b w:val="0"/>
          <w:i w:val="0"/>
        </w:rPr>
        <w:t>Rồi, cảm ơn anh, Seb nói, trong khi Jessica ngồi phịch xuống bàn, phết bơ lên một lát bánh mì nướng và chộp lấy lọ mứt cam.</w:t>
      </w:r>
    </w:p>
    <w:p>
      <w:pPr>
        <w:spacing w:after="80"/>
      </w:pPr>
      <w:r>
        <w:rPr>
          <w:b w:val="0"/>
          <w:i w:val="0"/>
        </w:rPr>
        <w:t>Rõ ràng không phải tất cả mọi người rồi, Harry nói, cười toe toét nhìn cháu gái.</w:t>
      </w:r>
    </w:p>
    <w:p>
      <w:pPr>
        <w:spacing w:after="80"/>
      </w:pPr>
      <w:r>
        <w:rPr>
          <w:b w:val="0"/>
          <w:i w:val="0"/>
        </w:rPr>
        <w:t>Cháu còn bao nhiêu thời gian? Jessica vừa nhai vừa hỏi.</w:t>
      </w:r>
    </w:p>
    <w:p>
      <w:pPr>
        <w:spacing w:after="80"/>
      </w:pPr>
      <w:r>
        <w:rPr>
          <w:b w:val="0"/>
          <w:i w:val="0"/>
        </w:rPr>
        <w:t>Nhiều nhất là năm phút, Emma nói dứt khoát. Cô không muốn đến cung điện muộn hơn mười giờ ba mươi đâu, cô bé ạ. Jessica phết bơ thêm một lát bánh mì nướng nữa.</w:t>
      </w:r>
    </w:p>
    <w:p>
      <w:pPr>
        <w:spacing w:after="80"/>
      </w:pPr>
      <w:r>
        <w:rPr>
          <w:b w:val="0"/>
          <w:i w:val="0"/>
        </w:rPr>
        <w:t>Giles, Emma nói, quay sang anh trai, anh thật tốt khi cho chúng em ở lại qua đêm, và em chỉ tiếc là anh không thể cùng đi với chúng em.</w:t>
      </w:r>
    </w:p>
    <w:p>
      <w:pPr>
        <w:spacing w:after="80"/>
      </w:pPr>
      <w:r>
        <w:rPr>
          <w:b w:val="0"/>
          <w:i w:val="0"/>
        </w:rPr>
        <w:t>Quy định là chỉ người trong gia đình trực hệ thôi, Giles nói, và đúng là phải thế, nếu không thì họ sẽ cần cả một sân vận động bóng đá để chứa hết những người muốn tham dự.</w:t>
      </w:r>
    </w:p>
    <w:p>
      <w:pPr>
        <w:spacing w:after="80"/>
      </w:pPr>
      <w:r>
        <w:rPr>
          <w:b w:val="0"/>
          <w:i w:val="0"/>
        </w:rPr>
        <w:t>Có tiếng gõ nhẹ lên cửa chính.</w:t>
      </w:r>
    </w:p>
    <w:p>
      <w:pPr>
        <w:spacing w:after="80"/>
      </w:pPr>
      <w:r>
        <w:rPr>
          <w:b w:val="0"/>
          <w:i w:val="0"/>
        </w:rPr>
        <w:t>Chắc là tài xế của chúng ta rồi, Emma nói. Một lần nữa cô kiểm tra xem cà vạt lụa của Harry có ngay ngắn không và gỡ một sợi tóc bạc khỏi bộ lễ phục buổi sáng của ông trước khi nói: Đi theo tôi.</w:t>
      </w:r>
    </w:p>
    <w:p>
      <w:pPr>
        <w:spacing w:after="80"/>
      </w:pPr>
      <w:r>
        <w:rPr>
          <w:b w:val="0"/>
          <w:i w:val="0"/>
        </w:rPr>
        <w:t>Một khi đã là chủ tịch thì mãi mãi là chủ tịch, Giles thì thầm khi cùng anh rể bước ra cửa chính. Seb và Samantha theo sau, Jessica đi cuối cùng, giờ đang nhai lát bánh mì nướng thứ ba.</w:t>
      </w:r>
    </w:p>
    <w:p>
      <w:pPr>
        <w:spacing w:after="80"/>
      </w:pPr>
      <w:r>
        <w:rPr>
          <w:b w:val="0"/>
          <w:i w:val="0"/>
        </w:rPr>
        <w:t>Khi Emma bước ra Quảng trường Smith, một người tài xế mở cửa sau của chiếc limousine đen. Cô hướng đàn con của mình vào trong trước rồi mới ngồi xuống băng ghế sau cùng Harry và Jessica. Samantha và Seb ngồi trên hai chiếc ghế gập đối diện họ.</w:t>
      </w:r>
    </w:p>
    <w:p>
      <w:pPr>
        <w:spacing w:after="80"/>
      </w:pPr>
      <w:r>
        <w:rPr>
          <w:b w:val="0"/>
          <w:i w:val="0"/>
        </w:rPr>
        <w:t>Ông có hồi hộp không, ông nội? Jessica hỏi khi xe lăn bánh và hòa vào dòng xe buổi sáng.</w:t>
      </w:r>
    </w:p>
    <w:p>
      <w:pPr>
        <w:spacing w:after="80"/>
      </w:pPr>
      <w:r>
        <w:rPr>
          <w:b w:val="0"/>
          <w:i w:val="0"/>
        </w:rPr>
        <w:t>Không, Harry đáp. Trừ phi các cháu định lật đổ nhà nước.</w:t>
      </w:r>
    </w:p>
    <w:p>
      <w:pPr>
        <w:spacing w:after="80"/>
      </w:pPr>
      <w:r>
        <w:rPr>
          <w:b w:val="0"/>
          <w:i w:val="0"/>
        </w:rPr>
        <w:t>Đừng gieo ý tưởng vào đầu con bé, Sebastian nói khi họ chạy ngang qua Tòa nhà Quốc hội và tiến vào Quảng trường Nghị viện.</w:t>
      </w:r>
    </w:p>
    <w:p>
      <w:pPr>
        <w:spacing w:after="80"/>
      </w:pPr>
      <w:r>
        <w:rPr>
          <w:b w:val="0"/>
          <w:i w:val="0"/>
        </w:rPr>
        <w:t>Ngay cả Jessica cũng im lặng khi xe đi qua Cổng Admiralty và Cung điện Buckingham hiện ra trước mắt. Người tài xế chầm chậm tiến lên đại lộ The Mall, vòng qua tượng Nữ hoàng Victoria rồi dừng lại trước cổng cung điện. Anh ta hạ cửa kính xuống và nói với viên sĩ quan Cận vệ trẻ: "Ông Harry Clifton và gia đình."</w:t>
      </w:r>
    </w:p>
    <w:p>
      <w:pPr>
        <w:spacing w:after="80"/>
      </w:pPr>
      <w:r>
        <w:rPr>
          <w:b w:val="0"/>
          <w:i w:val="0"/>
        </w:rPr>
        <w:t>Viên trung úy mỉm cười và đánh dấu một cái tên trên bảng kẹp giấy của mình. "Lái xe qua cổng vòm bên trái ông, một đồng nghiệp của tôi sẽ chỉ chỗ đỗ xe cho ông."</w:t>
      </w:r>
    </w:p>
    <w:p>
      <w:pPr>
        <w:spacing w:after="80"/>
      </w:pPr>
      <w:r>
        <w:rPr>
          <w:b w:val="0"/>
          <w:i w:val="0"/>
        </w:rPr>
        <w:t>Người tài xế làm theo hướng dẫn và tiến vào một khoảng sân rộng, nơi từng hàng xe đã đỗ sẵn.</w:t>
      </w:r>
    </w:p>
    <w:p>
      <w:pPr>
        <w:spacing w:after="80"/>
      </w:pPr>
      <w:r>
        <w:rPr>
          <w:b w:val="0"/>
          <w:i w:val="0"/>
        </w:rPr>
        <w:t>Xin hãy đỗ cạnh chiếc Ford màu xanh ở phía xa, một sĩ quan khác nói, chỉ tay qua sân, rồi đoàn của ông có thể đi vào cung điện.</w:t>
      </w:r>
    </w:p>
    <w:p>
      <w:pPr>
        <w:spacing w:after="80"/>
      </w:pPr>
      <w:r>
        <w:rPr>
          <w:b w:val="0"/>
          <w:i w:val="0"/>
        </w:rPr>
        <w:t>Khi Harry bước ra khỏi xe, Emma kiểm tra anh lần cuối.</w:t>
      </w:r>
    </w:p>
    <w:p>
      <w:pPr>
        <w:spacing w:after="80"/>
      </w:pPr>
      <w:r>
        <w:rPr>
          <w:b w:val="0"/>
          <w:i w:val="0"/>
        </w:rPr>
        <w:t>Em biết anh sẽ không tin đâu, cô thì thầm, nhưng khóa quần anh đang mở kìa.</w:t>
      </w:r>
    </w:p>
    <w:p>
      <w:pPr>
        <w:spacing w:after="80"/>
      </w:pPr>
      <w:r>
        <w:rPr>
          <w:b w:val="0"/>
          <w:i w:val="0"/>
        </w:rPr>
        <w:t>Harry đỏ bừng mặt khi kéo khóa quần lên trước khi họ bước lên các bậc thang và tiến vào cung điện. Hai người hầu mặc lễ phục màu vàng và đỏ của hoàng gia đứng nghiêm trang ở chân một cầu thang rộng trải thảm đỏ. Harry và Emma chậm rãi leo lên các bậc thang, cố gắng thu vào tầm mắt mọi thứ. Khi lên đến đỉnh, họ được chào đón bởi thêm hai quý ông của hoàng gia. Harry để ý rằng cấp bậc càng cao mỗi lần họ bị chặn lại.</w:t>
      </w:r>
    </w:p>
    <w:p>
      <w:pPr>
        <w:spacing w:after="80"/>
      </w:pPr>
      <w:r>
        <w:rPr>
          <w:b w:val="0"/>
          <w:i w:val="0"/>
        </w:rPr>
        <w:t>Harry Clifton, anh nói trước khi được hỏi.</w:t>
      </w:r>
    </w:p>
    <w:p>
      <w:pPr>
        <w:spacing w:after="80"/>
      </w:pPr>
      <w:r>
        <w:rPr>
          <w:b w:val="0"/>
          <w:i w:val="0"/>
        </w:rPr>
        <w:t>Chào buổi sáng, ông Clifton, viên sĩ quan cao cấp hơn trong hai người nói. Ông có thể vui lòng đi cùng tôi không? Đồng nghiệp của tôi sẽ dẫn gia đình ông đến Phòng Ngai vàng.</w:t>
      </w:r>
    </w:p>
    <w:p>
      <w:pPr>
        <w:spacing w:after="80"/>
      </w:pPr>
      <w:r>
        <w:rPr>
          <w:b w:val="0"/>
          <w:i w:val="0"/>
        </w:rPr>
        <w:t>Chúc may mắn, Emma thì thầm khi Harry được dẫn đi.</w:t>
      </w:r>
    </w:p>
    <w:p>
      <w:pPr>
        <w:spacing w:after="80"/>
      </w:pPr>
      <w:r>
        <w:rPr>
          <w:b w:val="0"/>
          <w:i w:val="0"/>
        </w:rPr>
        <w:t>Gia đình leo thêm một cầu thang nữa, không rộng lắm, dẫn vào một hành lang dài. Emma dừng lại khi bước vào căn phòng trần cao và nhìn chằm chằm vào những hàng tranh treo sát nhau mà cô chỉ từng thấy trong sách nghệ thuật. Cô quay sang Samantha. Vì chúng ta khó có thể được mời lần thứ hai, mẹ nghĩ Jessica sẽ muốn tìm hiểu thêm về Bộ sưu tập Hoàng gia.</w:t>
      </w:r>
    </w:p>
    <w:p>
      <w:pPr>
        <w:spacing w:after="80"/>
      </w:pPr>
      <w:r>
        <w:rPr>
          <w:b w:val="0"/>
          <w:i w:val="0"/>
        </w:rPr>
        <w:t>Con cũng vậy, Sebastian nói.</w:t>
      </w:r>
    </w:p>
    <w:p>
      <w:pPr>
        <w:spacing w:after="80"/>
      </w:pPr>
      <w:r>
        <w:rPr>
          <w:b w:val="0"/>
          <w:i w:val="0"/>
        </w:rPr>
        <w:t>Nhiều vị vua và nữ hoàng của nước Anh, Samantha bắt đầu, đều là những người sành sỏi và sưu tầm nghệ thuật, nên đây chỉ là một tuyển chọn nhỏ từ Bộ sưu tập Hoàng gia, thứ thực ra không thuộc sở hữu của quốc vương mà của cả quốc gia. Bạn sẽ nhận thấy phòng trưng bày tranh tập trung vào các nghệ sĩ người Anh từ đầu thế kỷ mười chín. Một bức Turner tuyệt đẹp về Venice treo đối diện một bức tranh tinh xảo về Nhà thờ Lincoln của đối thủ cũ của ông, Constable. Nhưng phòng trưng bày, như bạn thấy đấy, bị chi phối bởi một bức chân dung khổng lồ của Charles II trên lưng ngựa, do Van Dyck vẽ, người lúc bấy giờ là họa sĩ cung đình thường trú.</w:t>
      </w:r>
    </w:p>
    <w:p>
      <w:pPr>
        <w:spacing w:after="80"/>
      </w:pPr>
      <w:r>
        <w:rPr>
          <w:b w:val="0"/>
          <w:i w:val="0"/>
        </w:rPr>
        <w:t>Jessica say mê đến mức gần như quên mất lý do họ đến đây. Khi cuối cùng họ đến Phòng Ngai vàng, Emma hối hận vì đã không khởi hành sớm hơn, vì mười hàng ghế đầu đã có người ngồi. Cô bước nhanh xuống lối đi giữa, chộp lấy một chỗ ở cuối hàng ghế trống đầu tiên và chờ cả nhà đến nhập bọn. Khi họ đã ngồi xuống, Jessica bắt đầu quan sát căn phòng một cách kỹ lưỡng.</w:t>
      </w:r>
    </w:p>
    <w:p>
      <w:pPr>
        <w:spacing w:after="80"/>
      </w:pPr>
      <w:r>
        <w:rPr>
          <w:b w:val="0"/>
          <w:i w:val="0"/>
        </w:rPr>
        <w:t>Chỉ hơn ba trăm chiếc ghế vàng gọn gàng được xếp thành các hàng mười sáu chiếc, với một lối đi rộng ngăn cách chúng ở giữa. Ở phía trước căn phòng là một bậc thềm trải thảm đỏ dẫn lên một ngai vàng lớn trống không đang chờ vị chủ nhân hợp pháp của nó. Tiếng rì rầm trò chuyện hồi hộp ngừng lại lúc sáu phút trước mười một giờ khi một người đàn ông cao ráo, thanh lịch trong bộ lễ phục ban ngày bước vào phòng, dừng lại dưới chân bậc thềm và quay mặt về phía đám đông đang tụ họp.</w:t>
      </w:r>
    </w:p>
    <w:p>
      <w:pPr>
        <w:spacing w:after="80"/>
      </w:pPr>
      <w:r>
        <w:rPr>
          <w:b w:val="0"/>
          <w:i w:val="0"/>
        </w:rPr>
        <w:t>Chào buổi sáng, thưa quý vị, ông bắt đầu, và chào mừng đến với Cung điện Buckingham. Lễ phong tước hôm nay sẽ bắt đầu trong vài phút nữa. Tôi có thể nhắc quý vị đừng chụp ảnh, và xin đừng rời đi trước khi buổi lễ kết thúc. Không nói thêm lời nào, ông rời đi kín đáo như khi ông đến.</w:t>
      </w:r>
    </w:p>
    <w:p>
      <w:pPr>
        <w:spacing w:after="80"/>
      </w:pPr>
      <w:r>
        <w:rPr>
          <w:b w:val="0"/>
          <w:i w:val="0"/>
        </w:rPr>
        <w:t>Jessica mở túi và lấy ra một cuốn sổ nhỏ và một cây bút chì. Ông ấy không nói gì về việc vẽ cả, bà ạ, cô thì thầm.</w:t>
      </w:r>
    </w:p>
    <w:p>
      <w:pPr>
        <w:spacing w:after="80"/>
      </w:pPr>
      <w:r>
        <w:rPr>
          <w:b w:val="0"/>
          <w:i w:val="0"/>
        </w:rPr>
        <w:t>Khi mười một giờ điểm, Nữ hoàng Elizabeth II bước vào phòng ngai vàng, và tất cả khách mời đứng dậy. Bà vào vị trí trên bậc thềm trước ngai vàng nhưng không nói gì. Một cái gật đầu từ một viên quan hầu, và người đầu tiên nhận huân chương bước vào từ phía bên kia căn phòng. Trong giờ tiếp theo, những người đàn ông và phụ nữ từ khắp Vương quốc Anh và Khối Thịnh vượng chung nhận huân chương từ quốc vương của họ, người đã trò chuyện ngắn với từng người trong số họ trước khi viên quan hầu lại gật đầu và người nhận tiếp theo vào vị trí.</w:t>
      </w:r>
    </w:p>
    <w:p>
      <w:pPr>
        <w:spacing w:after="80"/>
      </w:pPr>
      <w:r>
        <w:rPr>
          <w:b w:val="0"/>
          <w:i w:val="0"/>
        </w:rPr>
        <w:t>Cây bút chì của Jessica đã sẵn sàng khi ông nội bước vào phòng. Khi ông bước về phía Nữ hoàng, viên quan hầu đặt một chiếc ghế đẩu nhỏ trước Nữ hoàng rồi trao cho bà một thanh kiếm. Cây bút chì của Jessica không nghỉ ngơi một giây phút nào, ghi lại cảnh tượng khi Harry quỳ xuống một đầu gối và cúi đầu. Nữ hoàng chạm nhẹ mũi kiếm vào vai phải của ông, nhấc lên, rồi đặt lên vai trái, trước khi nói, Hãy đứng dậy, Ngài Harry.</w:t>
      </w:r>
    </w:p>
    <w:p>
      <w:pPr>
        <w:jc w:val="center"/>
      </w:pPr>
      <w:r>
        <w:drawing>
          <wp:inline xmlns:a="http://schemas.openxmlformats.org/drawingml/2006/main" xmlns:pic="http://schemas.openxmlformats.org/drawingml/2006/picture">
            <wp:extent cx="304800" cy="85725"/>
            <wp:docPr id="14" name="Picture 1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Vậy chuyện gì xảy ra sau khi ông bị áp giải đến Tháp? Jessica hỏi dồn khi họ lái xe ra khỏi cung điện và quay lại đường Mall, để đưa Harry đến nhà hàng yêu thích của ông cách đó vài trăm thước để ăn trưa mừng.</w:t>
      </w:r>
    </w:p>
    <w:p>
      <w:pPr>
        <w:spacing w:after="80"/>
      </w:pPr>
      <w:r>
        <w:rPr>
          <w:b w:val="0"/>
          <w:i w:val="0"/>
        </w:rPr>
        <w:t>Đầu tiên, tất cả chúng ta được đưa vào một phòng chờ nơi một viên quan hầu hướng dẫn chúng ta qua buổi lễ. Ông ấy rất lịch sự, và gợi ý rằng khi gặp Nữ hoàng chúng ta nên cúi chào từ cổ, Harry nói, làm động tác minh họa, chứ không phải từ thắt lưng như một cậu bé hầu. Ông ấy bảo chúng ta không nên bắt tay bà, nên gọi bà là Your Majesty, và nên chờ bà bắt đầu cuộc trò chuyện. Trong bất kỳ hoàn cảnh nào chúng ta cũng không được hỏi bà bất kỳ câu hỏi nào.</w:t>
      </w:r>
    </w:p>
    <w:p>
      <w:pPr>
        <w:spacing w:after="80"/>
      </w:pPr>
      <w:r>
        <w:rPr>
          <w:b w:val="0"/>
          <w:i w:val="0"/>
        </w:rPr>
        <w:t>Thật là chán, Jessica nói, vì có rất nhiều câu hỏi con muốn hỏi bà.</w:t>
      </w:r>
    </w:p>
    <w:p>
      <w:pPr>
        <w:spacing w:after="80"/>
      </w:pPr>
      <w:r>
        <w:rPr>
          <w:b w:val="0"/>
          <w:i w:val="0"/>
        </w:rPr>
        <w:t>Và khi trả lời bất kỳ câu hỏi nào bà có thể hỏi, Harry nói, phớt lờ cháu gái mình, chúng ta nên gọi bà là maam, vần với jam. Rồi khi buổi tiếp kiến kết thúc, chúng ta nên cúi chào lần nữa.</w:t>
      </w:r>
    </w:p>
    <w:p>
      <w:pPr>
        <w:spacing w:after="80"/>
      </w:pPr>
      <w:r>
        <w:rPr>
          <w:b w:val="0"/>
          <w:i w:val="0"/>
        </w:rPr>
        <w:t>Từ cổ, Jessica nói.</w:t>
      </w:r>
    </w:p>
    <w:p>
      <w:pPr>
        <w:spacing w:after="80"/>
      </w:pPr>
      <w:r>
        <w:rPr>
          <w:b w:val="0"/>
          <w:i w:val="0"/>
        </w:rPr>
        <w:t>Và rồi cáo lui.</w:t>
      </w:r>
    </w:p>
    <w:p>
      <w:pPr>
        <w:spacing w:after="80"/>
      </w:pPr>
      <w:r>
        <w:rPr>
          <w:b w:val="0"/>
          <w:i w:val="0"/>
        </w:rPr>
        <w:t>Nhưng chuyện gì sẽ xảy ra nếu ông không rời đi, Jessica hỏi, và bắt đầu hỏi bà những câu hỏi?</w:t>
      </w:r>
    </w:p>
    <w:p>
      <w:pPr>
        <w:spacing w:after="80"/>
      </w:pPr>
      <w:r>
        <w:rPr>
          <w:b w:val="0"/>
          <w:i w:val="0"/>
        </w:rPr>
        <w:t>Viên quan hầu trấn an chúng ta rất lịch sự rằng nếu chúng ta nán lại quá lâu, ông ấy có chỉ thị chặt đầu chúng ta. Mọi người đều cười trừ Jessica.</w:t>
      </w:r>
    </w:p>
    <w:p>
      <w:pPr>
        <w:spacing w:after="80"/>
      </w:pPr>
      <w:r>
        <w:rPr>
          <w:b w:val="0"/>
          <w:i w:val="0"/>
        </w:rPr>
        <w:t>Con sẽ từ chối cúi chào hoặc gọi bà là Your Majesty, Jessica nói dứt khoát.</w:t>
      </w:r>
    </w:p>
    <w:p>
      <w:pPr>
        <w:spacing w:after="80"/>
      </w:pPr>
      <w:r>
        <w:rPr>
          <w:b w:val="0"/>
          <w:i w:val="0"/>
        </w:rPr>
        <w:t>Bệ hạ rất bao dung với những kẻ nổi loạn, Sebastian nói, cố gắng lái câu chuyện trở lại vùng an toàn hơn, và chấp nhận rằng người Mỹ đã mất kiểm soát kể từ năm 1776.</w:t>
      </w:r>
    </w:p>
    <w:p>
      <w:pPr>
        <w:spacing w:after="80"/>
      </w:pPr>
      <w:r>
        <w:rPr>
          <w:b w:val="0"/>
          <w:i w:val="0"/>
        </w:rPr>
        <w:t>Vậy bà ấy đã nói về chuyện gì? Emma hỏi.</w:t>
      </w:r>
    </w:p>
    <w:p>
      <w:pPr>
        <w:spacing w:after="80"/>
      </w:pPr>
      <w:r>
        <w:rPr>
          <w:b w:val="0"/>
          <w:i w:val="0"/>
        </w:rPr>
        <w:t>Bà ấy kể với tôi rằng bà ấy thích tiểu thuyết của tôi đến nhường nào, và hỏi liệu Giáng sinh này có ra thêm một cuốn William Warwick nữa không. Có ạ, thưa bà, tôi đáp, nhưng có lẽ bà sẽ không thích cuốn tiếp theo của tôi đâu, vì tôi đang tính giết William.</w:t>
      </w:r>
    </w:p>
    <w:p>
      <w:pPr>
        <w:spacing w:after="80"/>
      </w:pPr>
      <w:r>
        <w:rPr>
          <w:b w:val="0"/>
          <w:i w:val="0"/>
        </w:rPr>
        <w:t>Bà ấy nghĩ gì về ý tưởng đó? Sebastian hỏi.</w:t>
      </w:r>
    </w:p>
    <w:p>
      <w:pPr>
        <w:spacing w:after="80"/>
      </w:pPr>
      <w:r>
        <w:rPr>
          <w:b w:val="0"/>
          <w:i w:val="0"/>
        </w:rPr>
        <w:t xml:space="preserve">Bà ấy nhắc tôi nhớ lại điều mà cụ cố của bà, Nữ hoàng Victoria, đã nói với Lewis Carroll sau khi đọc </w:t>
      </w:r>
      <w:r>
        <w:rPr>
          <w:b w:val="0"/>
          <w:i/>
        </w:rPr>
        <w:t>Alice ở xứ sở thần tiên</w:t>
      </w:r>
      <w:r>
        <w:rPr>
          <w:b w:val="0"/>
          <w:i w:val="0"/>
        </w:rPr>
        <w:t>. Tuy nhiên, tôi đã trấn an bà rằng cuốn sách tiếp theo của tôi sẽ không phải là một luận văn toán học về Euclid.</w:t>
      </w:r>
    </w:p>
    <w:p>
      <w:pPr>
        <w:spacing w:after="80"/>
      </w:pPr>
      <w:r>
        <w:rPr>
          <w:b w:val="0"/>
          <w:i w:val="0"/>
        </w:rPr>
        <w:t>Bà ấy phản ứng thế nào? Samantha hỏi.</w:t>
      </w:r>
    </w:p>
    <w:p>
      <w:pPr>
        <w:spacing w:after="80"/>
      </w:pPr>
      <w:r>
        <w:rPr>
          <w:b w:val="0"/>
          <w:i w:val="0"/>
        </w:rPr>
        <w:t>Bà ấy mỉm cười, ngụ ý rằng cuộc trò chuyện đã kết thúc.</w:t>
      </w:r>
    </w:p>
    <w:p>
      <w:pPr>
        <w:spacing w:after="80"/>
      </w:pPr>
      <w:r>
        <w:rPr>
          <w:b w:val="0"/>
          <w:i w:val="0"/>
        </w:rPr>
        <w:t>Vậy nếu ông định giết William Warwick, chủ đề cuốn sách tiếp theo của ông sẽ là gì? Sebastian hỏi, khi chiếc xe dừng lại trước nhà hàng.</w:t>
      </w:r>
    </w:p>
    <w:p>
      <w:pPr>
        <w:spacing w:after="80"/>
      </w:pPr>
      <w:r>
        <w:rPr>
          <w:b w:val="0"/>
          <w:i w:val="0"/>
        </w:rPr>
        <w:t>Có lần ông đã hứa với bà của cháu, Seb ạ, Harry đáp khi bước ra khỏi xe, rằng ông sẽ cố viết một tác phẩm có tầm vóc hơn, mà theo lời bà ấy, sẽ tồn tại lâu hơn mọi bảng xếp hạng sách bán chạy và đứng vững trước thử thách của thời gian. Ông chẳng trẻ lại thêm chút nào, nên khi hoàn thành hợp đồng hiện tại, ông định sẽ thử xem mình có đủ sức sống xứng với kỳ vọng của bà ấy không.</w:t>
      </w:r>
    </w:p>
    <w:p>
      <w:pPr>
        <w:spacing w:after="80"/>
      </w:pPr>
      <w:r>
        <w:rPr>
          <w:b w:val="0"/>
          <w:i w:val="0"/>
        </w:rPr>
        <w:t>Ông đã có ý tưởng, một chủ đề hay thậm chí một nhan đề chưa? Seb gặng hỏi khi họ bước vào Le Caprice.</w:t>
      </w:r>
    </w:p>
    <w:p>
      <w:pPr>
        <w:spacing w:after="80"/>
      </w:pPr>
      <w:r>
        <w:rPr>
          <w:b w:val="0"/>
          <w:i w:val="0"/>
        </w:rPr>
        <w:t>Có, có, và có, Harry nói, nhưng đó là tất cả những gì ông sẵn lòng kể cho cháu lúc này.</w:t>
      </w:r>
    </w:p>
    <w:p>
      <w:pPr>
        <w:spacing w:after="80"/>
      </w:pPr>
      <w:r>
        <w:rPr>
          <w:b w:val="0"/>
          <w:i w:val="0"/>
        </w:rPr>
        <w:t>Nhưng ông sẽ kể cho cháu, phải không, ông nội? Jessica nói, khi cô bé đưa ra một bức vẽ bằng bút chì về Harry đang quỳ trước Nữ hoàng, một thanh gươm chạm vào vai phải của ông.</w:t>
      </w:r>
    </w:p>
    <w:p>
      <w:pPr>
        <w:spacing w:after="80"/>
      </w:pPr>
      <w:r>
        <w:rPr>
          <w:b w:val="0"/>
          <w:i w:val="0"/>
        </w:rPr>
        <w:t>Harry sững người khi cả gia đình mỉm cười và vỗ tay. Ông vừa định trả lời câu hỏi của cô bé thì người quản lý nhà hàng bước tới và giải cứu ông.</w:t>
      </w:r>
    </w:p>
    <w:p>
      <w:pPr>
        <w:spacing w:after="80"/>
      </w:pPr>
      <w:r>
        <w:rPr>
          <w:b w:val="0"/>
          <w:i w:val="0"/>
        </w:rPr>
        <w:t>Bàn của ngài đã sẵn sàng, thưa Ngài Harry.</w:t>
      </w:r>
    </w:p>
    <w:p>
      <w:pPr>
        <w:pStyle w:val="Heading1"/>
        <w:jc w:val="center"/>
      </w:pPr>
      <w:r>
        <w:rPr>
          <w:rFonts w:ascii="Calibri" w:hAnsi="Calibri"/>
          <w:b/>
          <w:i w:val="0"/>
          <w:sz w:val="40"/>
        </w:rPr>
        <w:t>3</w:t>
      </w:r>
    </w:p>
    <w:p>
      <w:pPr>
        <w:spacing w:after="80"/>
      </w:pPr>
      <w:r>
        <w:rPr>
          <w:b w:val="0"/>
          <w:i w:val="0"/>
        </w:rPr>
        <w:t>KHÔNG BAO GIỜ, KHÔNG BAO GIỜ, KHÔNG BAO GIỜ, Emma nói. Có cần tôi nhắc anh rằng Ngài Joshua đã sáng lập Barringtons Shipping vào năm 1839, và trong năm đầu tiên đã đạt lợi nhuận</w:t>
      </w:r>
    </w:p>
    <w:p>
      <w:pPr>
        <w:spacing w:after="80"/>
      </w:pPr>
      <w:r>
        <w:rPr>
          <w:b w:val="0"/>
          <w:i w:val="0"/>
        </w:rPr>
        <w:t>Ba mươi ba bảng, bốn shilling và hai xu, con số mà mẹ đã nói với con lần đầu khi con lên năm tuổi, Sebastian nói. Tuy nhiên, sự thật là dù Barringtons đã chia được cổ tức khá ổn cho các cổ đông trong năm ngoái, ngày càng khó khăn hơn cho chúng ta để tiếp tục thách thức những ông lớn như Cunard và P and O.</w:t>
      </w:r>
    </w:p>
    <w:p>
      <w:pPr>
        <w:spacing w:after="80"/>
      </w:pPr>
      <w:r>
        <w:rPr>
          <w:b w:val="0"/>
          <w:i w:val="0"/>
        </w:rPr>
        <w:t>Mẹ tự hỏi không biết ông nội con sẽ nghĩ gì nếu Barringtons bị thâu tóm bởi một trong những đối thủ dữ dội nhất của ông ấy?</w:t>
      </w:r>
    </w:p>
    <w:p>
      <w:pPr>
        <w:spacing w:after="80"/>
      </w:pPr>
      <w:r>
        <w:rPr>
          <w:b w:val="0"/>
          <w:i w:val="0"/>
        </w:rPr>
        <w:t>Sau tất cả những gì con được kể hoặc đọc về con người vĩ đại ấy, Seb nói, ngước nhìn bức chân dung Ngài Walter treo trên tường phía sau mẹ, ông ấy hẳn sẽ cân nhắc các lựa chọn của mình, và điều gì tốt nhất cho các cổ đông và nhân viên, trước khi đi đến quyết định cuối cùng.</w:t>
      </w:r>
    </w:p>
    <w:p>
      <w:pPr>
        <w:spacing w:after="80"/>
      </w:pPr>
      <w:r>
        <w:rPr>
          <w:b w:val="0"/>
          <w:i w:val="0"/>
        </w:rPr>
        <w:t>Không muốn ngắt lời cuộc tranh cãi gia đình này, Đô đốc Summers nói, chắc chắn điều chúng ta nên bàn là liệu lời đề nghị của Cunard có đáng để bận tâm không.</w:t>
      </w:r>
    </w:p>
    <w:p>
      <w:pPr>
        <w:spacing w:after="80"/>
      </w:pPr>
      <w:r>
        <w:rPr>
          <w:b w:val="0"/>
          <w:i w:val="0"/>
        </w:rPr>
        <w:t>Đó là một lời đề nghị công bằng, Sebastian nói một cách dửng dưng, nhưng tôi tự tin có thể khiến họ nâng giá thầu thêm ít nhất mười phần trăm, có thể mười lăm, mà thẳng thắn thì đó là mức cao nhất chúng ta có thể mong đợi. Vậy tất cả những gì chúng ta thực sự phải quyết định là liệu chúng ta có muốn xem xét nghiêm túc lời đề nghị của họ, hay từ chối thẳng thừng?</w:t>
      </w:r>
    </w:p>
    <w:p>
      <w:pPr>
        <w:spacing w:after="80"/>
      </w:pPr>
      <w:r>
        <w:rPr>
          <w:b w:val="0"/>
          <w:i w:val="0"/>
        </w:rPr>
        <w:t>Vậy có lẽ đã đến lúc lắng nghe ý kiến của các đồng nghiệp trong hội đồng quản trị, Emma nói, nhìn quanh bàn họp.</w:t>
      </w:r>
    </w:p>
    <w:p>
      <w:pPr>
        <w:spacing w:after="80"/>
      </w:pPr>
      <w:r>
        <w:rPr>
          <w:b w:val="0"/>
          <w:i w:val="0"/>
        </w:rPr>
        <w:t>Tất nhiên, tất cả chúng ta đều có thể bày tỏ ý kiến, thưa chủ tịch, Philip Webster, thư ký công ty, nói, về điều chắc chắn là quyết định quan trọng nhất trong lịch sử công ty. Tuy nhiên, vì gia đình ngài vẫn là cổ đông đa số, chỉ ngài mới có thể quyết định kết quả.</w:t>
      </w:r>
    </w:p>
    <w:p>
      <w:pPr>
        <w:spacing w:after="80"/>
      </w:pPr>
      <w:r>
        <w:rPr>
          <w:b w:val="0"/>
          <w:i w:val="0"/>
        </w:rPr>
        <w:t>Các giám đốc khác gật đầu đồng ý nhưng điều đó không ngăn họ đưa ra ý kiến trong bốn mươi phút tiếp theo, đến lúc đó Emma đã phát hiện ra rằng họ chia đều thành hai phe.</w:t>
      </w:r>
    </w:p>
    <w:p>
      <w:pPr>
        <w:spacing w:after="80"/>
      </w:pPr>
      <w:r>
        <w:rPr>
          <w:b w:val="0"/>
          <w:i w:val="0"/>
        </w:rPr>
        <w:t>Được rồi, cô nói, sau khi một hai giám đốc bắt đầu lặp lại ý mình, Clive, với tư cách là trưởng bộ phận quan hệ công chúng của chúng ta, tôi đề nghị anh chuẩn bị hai thông cáo báo chí để hội đồng quản trị xem xét. Thông cáo thứ nhất sẽ ngắn gọn và đi thẳng vào vấn đề, khiến Cunard không còn nghi ngờ gì rằng dù chúng ta lấy làm vinh dự trước lời đề nghị của họ, Barringtons Shipping là một công ty gia đình, và không phải để bán.</w:t>
      </w:r>
    </w:p>
    <w:p>
      <w:pPr>
        <w:spacing w:after="80"/>
      </w:pPr>
      <w:r>
        <w:rPr>
          <w:b w:val="0"/>
          <w:i w:val="0"/>
        </w:rPr>
        <w:t>Vị đô đốc trông có vẻ hài lòng, trong khi Sebastian vẫn giữ vẻ mặt lạnh lùng.</w:t>
      </w:r>
    </w:p>
    <w:p>
      <w:pPr>
        <w:spacing w:after="80"/>
      </w:pPr>
      <w:r>
        <w:rPr>
          <w:b w:val="0"/>
          <w:i w:val="0"/>
        </w:rPr>
        <w:t>Còn thông cáo thứ hai? Clive Bingham hỏi, sau khi ghi lại lời của chủ tịch.</w:t>
      </w:r>
    </w:p>
    <w:p>
      <w:pPr>
        <w:spacing w:after="80"/>
      </w:pPr>
      <w:r>
        <w:rPr>
          <w:b w:val="0"/>
          <w:i w:val="0"/>
        </w:rPr>
        <w:t>Hội đồng quản trị từ chối lời đề nghị của Cunard vì cho rằng nó lố bịch và, theo quan điểm của chúng ta, mọi thứ vẫn như thường lệ.</w:t>
      </w:r>
    </w:p>
    <w:p>
      <w:pPr>
        <w:spacing w:after="80"/>
      </w:pPr>
      <w:r>
        <w:rPr>
          <w:b w:val="0"/>
          <w:i w:val="0"/>
        </w:rPr>
        <w:t>Điều đó sẽ khiến họ tin rằng mẹ có thể chỉ hơi quan tâm nếu giá cả hợp lý, Seb cảnh báo.</w:t>
      </w:r>
    </w:p>
    <w:p>
      <w:pPr>
        <w:spacing w:after="80"/>
      </w:pPr>
      <w:r>
        <w:rPr>
          <w:b w:val="0"/>
          <w:i w:val="0"/>
        </w:rPr>
        <w:t>Và rồi điều gì sẽ xảy ra? vị đô đốc hỏi.</w:t>
      </w:r>
    </w:p>
    <w:p>
      <w:pPr>
        <w:spacing w:after="80"/>
      </w:pPr>
      <w:r>
        <w:rPr>
          <w:b w:val="0"/>
          <w:i w:val="0"/>
        </w:rPr>
        <w:t>Bức màn sẽ kéo lên, và vở kịch câm sẽ bắt đầu, Seb nói, vì chủ tịch của Cunard sẽ biết rõ rằng nhân vật nữ chính chỉ đang làm mỗi việc là thả chiếc khăn tay xuống sàn với hy vọng rằng người cầu hôn sẽ nhặt nó lên và bắt đầu một quá trình tán tỉnh lâu đời mà có thể sẽ kết thúc bằng một lời cầu hôn mà cô ấy cảm thấy có thể chấp nhận được.</w:t>
      </w:r>
    </w:p>
    <w:p>
      <w:pPr>
        <w:spacing w:after="80"/>
      </w:pPr>
      <w:r>
        <w:rPr>
          <w:b w:val="0"/>
          <w:i w:val="0"/>
        </w:rPr>
        <w:t>Chúng ta có bao nhiêu thời gian? Emma hỏi.</w:t>
      </w:r>
    </w:p>
    <w:p>
      <w:pPr>
        <w:spacing w:after="80"/>
      </w:pPr>
      <w:r>
        <w:rPr>
          <w:b w:val="0"/>
          <w:i w:val="0"/>
        </w:rPr>
        <w:t>Thành phố sẽ biết rằng chúng ta đang tổ chức một cuộc họp hội đồng quản trị để thảo luận về đề nghị thâu tóm, và sẽ mong đợi một phản hồi cho lời đề nghị của Cunard trước khi kết thúc giờ làm việc tối nay. Thị trường có thể xử lý được gần như mọi thứ, hạn hán, nạn đói, một kết quả bầu cử bất ngờ, thậm chí là một cuộc đảo chính, nhưng không thể chịu được sự do dự.</w:t>
      </w:r>
    </w:p>
    <w:p>
      <w:pPr>
        <w:spacing w:after="80"/>
      </w:pPr>
      <w:r>
        <w:rPr>
          <w:b w:val="0"/>
          <w:i w:val="0"/>
        </w:rPr>
        <w:t>Emma mở túi xách, lấy ra một chiếc khăn tay và thả xuống sàn.</w:t>
      </w:r>
    </w:p>
    <w:p>
      <w:pPr>
        <w:jc w:val="center"/>
      </w:pPr>
      <w:r>
        <w:drawing>
          <wp:inline xmlns:a="http://schemas.openxmlformats.org/drawingml/2006/main" xmlns:pic="http://schemas.openxmlformats.org/drawingml/2006/picture">
            <wp:extent cx="304800" cy="85725"/>
            <wp:docPr id="15" name="Picture 1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Anh nghĩ gì về bài giảng đạo? Harry hỏi.</w:t>
      </w:r>
    </w:p>
    <w:p>
      <w:pPr>
        <w:spacing w:after="80"/>
      </w:pPr>
      <w:r>
        <w:rPr>
          <w:b w:val="0"/>
          <w:i w:val="0"/>
        </w:rPr>
        <w:t>Rất thú vị, Emma nói. Nhưng mà, Mục sư Dodswell lúc nào chẳng giảng một bài hay, cô nói thêm khi họ rời khỏi khuôn viên nhà thờ và quay về Manor House.</w:t>
      </w:r>
    </w:p>
    <w:p>
      <w:pPr>
        <w:spacing w:after="80"/>
      </w:pPr>
      <w:r>
        <w:rPr>
          <w:b w:val="0"/>
          <w:i w:val="0"/>
        </w:rPr>
        <w:t>Anh sẽ bàn về quan điểm của ông ấy về Tôma Nghi Ngờ (Doubting Thomas), nếu anh nghĩ là em có nghe được một chữ nào.</w:t>
      </w:r>
    </w:p>
    <w:p>
      <w:pPr>
        <w:spacing w:after="80"/>
      </w:pPr>
      <w:r>
        <w:rPr>
          <w:b w:val="0"/>
          <w:i w:val="0"/>
        </w:rPr>
        <w:t>Em thấy cách tiếp cận của ông ấy hấp dẫn lắm, Emma phản đối.</w:t>
      </w:r>
    </w:p>
    <w:p>
      <w:pPr>
        <w:spacing w:after="80"/>
      </w:pPr>
      <w:r>
        <w:rPr>
          <w:b w:val="0"/>
          <w:i w:val="0"/>
        </w:rPr>
        <w:t>Không, em có nghe đâu. Ông ấy chẳng một lần nào nhắc đến Tôma Nghi Ngờ cả, và anh sẽ không làm em bối rối thêm bằng cách hỏi em xem ông ấy đã giảng về cái gì. Anh chỉ mong Chúa của chúng ta sẽ thông cảm cho việc em cứ mải nghĩ về vụ thâu tóm có thể xảy ra.</w:t>
      </w:r>
    </w:p>
    <w:p>
      <w:pPr>
        <w:spacing w:after="80"/>
      </w:pPr>
      <w:r>
        <w:rPr>
          <w:b w:val="0"/>
          <w:i w:val="0"/>
        </w:rPr>
        <w:t>Họ đi thêm vài thước trong im lặng trước khi Emma nói, Không phải vụ thâu tóm làm em lo.</w:t>
      </w:r>
    </w:p>
    <w:p>
      <w:pPr>
        <w:spacing w:after="80"/>
      </w:pPr>
      <w:r>
        <w:rPr>
          <w:b w:val="0"/>
          <w:i w:val="0"/>
        </w:rPr>
        <w:t>Vậy thì là gì? Harry nói, giọng có vẻ ngạc nhiên. Emma nắm lấy tay anh. Tệ đến thế à? anh hỏi.</w:t>
      </w:r>
    </w:p>
    <w:p>
      <w:pPr>
        <w:spacing w:after="80"/>
      </w:pPr>
      <w:r>
        <w:rPr>
          <w:b w:val="0"/>
          <w:i w:val="0"/>
        </w:rPr>
        <w:t xml:space="preserve">Chiếc </w:t>
      </w:r>
      <w:r>
        <w:rPr>
          <w:b w:val="0"/>
          <w:i/>
        </w:rPr>
        <w:t>Maple Leaf</w:t>
      </w:r>
      <w:r>
        <w:rPr>
          <w:b w:val="0"/>
          <w:i w:val="0"/>
        </w:rPr>
        <w:t xml:space="preserve"> đã trở về Bristol và đang neo đậu ở bãi tháo dỡ tàu. Cô ngừng lại. Công việc tháo dỡ sẽ bắt đầu vào thứ Ba.</w:t>
      </w:r>
    </w:p>
    <w:p>
      <w:pPr>
        <w:spacing w:after="80"/>
      </w:pPr>
      <w:r>
        <w:rPr>
          <w:b w:val="0"/>
          <w:i w:val="0"/>
        </w:rPr>
        <w:t>Họ tiếp tục bước đi một lúc lâu trước khi Harry hỏi, Em muốn làm gì về chuyện đó?</w:t>
      </w:r>
    </w:p>
    <w:p>
      <w:pPr>
        <w:spacing w:after="80"/>
      </w:pPr>
      <w:r>
        <w:rPr>
          <w:b w:val="0"/>
          <w:i w:val="0"/>
        </w:rPr>
        <w:t>Em không nghĩ chúng ta có nhiều lựa chọn, nếu chúng ta không muốn dành phần đời còn lại để tự hỏi...</w:t>
      </w:r>
    </w:p>
    <w:p>
      <w:pPr>
        <w:spacing w:after="80"/>
      </w:pPr>
      <w:r>
        <w:rPr>
          <w:b w:val="0"/>
          <w:i w:val="0"/>
        </w:rPr>
        <w:t>Và nó có thể cuối cùng sẽ trả lời câu hỏi đã ám ảnh chúng ta suốt cả cuộc đời. Vậy tại sao em không thử tìm hiểu xem có gì trong đáy kép của con tàu một cách kín đáo nhất có thể.</w:t>
      </w:r>
    </w:p>
    <w:p>
      <w:pPr>
        <w:spacing w:after="80"/>
      </w:pPr>
      <w:r>
        <w:rPr>
          <w:b w:val="0"/>
          <w:i w:val="0"/>
        </w:rPr>
        <w:t>Công việc có thể bắt đầu ngay lập tức, Emma thừa nhận. Nhưng em không muốn đưa ra quyết định cuối cùng cho đến khi có được sự đồng ý của anh.</w:t>
      </w:r>
    </w:p>
    <w:p>
      <w:pPr>
        <w:jc w:val="center"/>
      </w:pPr>
      <w:r>
        <w:drawing>
          <wp:inline xmlns:a="http://schemas.openxmlformats.org/drawingml/2006/main" xmlns:pic="http://schemas.openxmlformats.org/drawingml/2006/picture">
            <wp:extent cx="304800" cy="85725"/>
            <wp:docPr id="16" name="Picture 1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Clive Bingham đã rất vui mừng khi Emma mời ông tham gia hội đồng quản trị của Barringtons Shipping, và mặc dù không dễ để thay thế cha mình làm giám đốc, ông cảm thấy công ty đã được hưởng lợi từ kinh nghiệm và chuyên môn của ông trong lĩnh vực quan hệ công chúng, điều mà công ty đã thiếu trầm trọng cho đến khi ông được bổ nhiệm. Dù vậy, ông không nghi ngờ gì về việc Ngài Walter Barrington sẽ nghĩ gì về một người làm PR gia nhập hội đồng quản trị: giống như một người thợ buôn được mời đến dự bữa tối.</w:t>
      </w:r>
    </w:p>
    <w:p>
      <w:pPr>
        <w:spacing w:after="80"/>
      </w:pPr>
      <w:r>
        <w:rPr>
          <w:b w:val="0"/>
          <w:i w:val="0"/>
        </w:rPr>
        <w:t>Clive đứng đầu công ty PR của riêng mình ở Thành phố, với đội ngũ mười một nhân viên đã từng trải qua nhiều cuộc chiến thâu tóm trong quá khứ. Nhưng ông thú nhận với Seb rằng ông đã mất ngủ vì vụ này.</w:t>
      </w:r>
    </w:p>
    <w:p>
      <w:pPr>
        <w:spacing w:after="80"/>
      </w:pPr>
      <w:r>
        <w:rPr>
          <w:b w:val="0"/>
          <w:i w:val="0"/>
        </w:rPr>
        <w:t>Tại sao chứ? Chẳng có gì đặc biệt lắm khi một công ty gia đình bị thâu tóm cả. Dạo gần đây chuyện đó xảy ra suốt.</w:t>
      </w:r>
    </w:p>
    <w:p>
      <w:pPr>
        <w:spacing w:after="80"/>
      </w:pPr>
      <w:r>
        <w:rPr>
          <w:b w:val="0"/>
          <w:i w:val="0"/>
        </w:rPr>
        <w:t>Tôi đồng ý, Clive nói, nhưng lần này nó mang tính cá nhân. Mẹ cậu đã đủ tin tưởng để mời tôi vào ban quản trị sau khi bố tôi từ chức, và thẳng thắn mà nói, đâu phải tôi đang họp báo với giới truyền thông thương mại về một tuyến vận tải mới đến Bahamas, hay chương trình khách hàng thân thiết mới nhất, hay thậm chí là việc đóng con tàu viễn dương thứ ba. Nếu tôi làm hỏng chuyện này thì...</w:t>
      </w:r>
    </w:p>
    <w:p>
      <w:pPr>
        <w:spacing w:after="80"/>
      </w:pPr>
      <w:r>
        <w:rPr>
          <w:b w:val="0"/>
          <w:i w:val="0"/>
        </w:rPr>
        <w:t>Từ trước đến giờ những buổi họp báo của cậu đều hoàn hảo, Seb nói, và đề nghị mới nhất của Cunard gần như đã xong rồi. Bọn mình biết điều đó, và họ cũng biết, nên cậu không thể làm gì chuyên nghiệp hơn được nữa.</w:t>
      </w:r>
    </w:p>
    <w:p>
      <w:pPr>
        <w:spacing w:after="80"/>
      </w:pPr>
      <w:r>
        <w:rPr>
          <w:b w:val="0"/>
          <w:i w:val="0"/>
        </w:rPr>
        <w:t>Cậu tốt bụng khi nói vậy, Seb, nhưng tôi cảm thấy như một vận động viên đang ở chặng cuối. Tôi nhìn thấy dải băng đích nhưng vẫn còn một rào cản nữa phải vượt qua.</w:t>
      </w:r>
    </w:p>
    <w:p>
      <w:pPr>
        <w:spacing w:after="80"/>
      </w:pPr>
      <w:r>
        <w:rPr>
          <w:b w:val="0"/>
          <w:i w:val="0"/>
        </w:rPr>
        <w:t>Và cậu sẽ vượt qua nó một cách đầy phong cách.</w:t>
      </w:r>
    </w:p>
    <w:p>
      <w:pPr>
        <w:spacing w:after="80"/>
      </w:pPr>
      <w:r>
        <w:rPr>
          <w:b w:val="0"/>
          <w:i w:val="0"/>
        </w:rPr>
        <w:t>Clive ngập ngừng một lát trước khi nói tiếp. Tôi không chắc mẹ cậu thực sự muốn tiến hành thương vụ thâu tóm này.</w:t>
      </w:r>
    </w:p>
    <w:p>
      <w:pPr>
        <w:spacing w:after="80"/>
      </w:pPr>
      <w:r>
        <w:rPr>
          <w:b w:val="0"/>
          <w:i w:val="0"/>
        </w:rPr>
        <w:t>Có thể cậu nói đúng, Seb đáp. Tuy nhiên, có một điều bù đắp cho bà mà cậu có thể chưa nghĩ đến.</w:t>
      </w:r>
    </w:p>
    <w:p>
      <w:pPr>
        <w:spacing w:after="80"/>
      </w:pPr>
      <w:r>
        <w:rPr>
          <w:b w:val="0"/>
          <w:i w:val="0"/>
        </w:rPr>
        <w:t>Đó là gì?</w:t>
      </w:r>
    </w:p>
    <w:p>
      <w:pPr>
        <w:spacing w:after="80"/>
      </w:pPr>
      <w:r>
        <w:rPr>
          <w:b w:val="0"/>
          <w:i w:val="0"/>
        </w:rPr>
        <w:t>Bà ngày càng gắn bó hơn với công việc chủ tịch hội đồng quản trị bệnh viện, nơi mà, đừng quên, thuê nhiều người hơn và có ngân sách còn lớn hơn cả Barringtons Shipping, và có lẽ quan trọng hơn, không ai có thể thâu tóm nó.</w:t>
      </w:r>
    </w:p>
    <w:p>
      <w:pPr>
        <w:spacing w:after="80"/>
      </w:pPr>
      <w:r>
        <w:rPr>
          <w:b w:val="0"/>
          <w:i w:val="0"/>
        </w:rPr>
        <w:t>Nhưng Giles và Grace nghĩ sao? Dù gì họ cũng là cổ đông lớn.</w:t>
      </w:r>
    </w:p>
    <w:p>
      <w:pPr>
        <w:spacing w:after="80"/>
      </w:pPr>
      <w:r>
        <w:rPr>
          <w:b w:val="0"/>
          <w:i w:val="0"/>
        </w:rPr>
        <w:t>Họ để mẹ tôi quyết định cuối cùng, có lẽ đó là lý do bà hỏi tôi cảm thấy thế nào. Và tôi đã không để bà phải nghi ngờ gì rằng bản chất tôi là một nhân viên ngân hàng, không phải dân vận tải, và tôi thà làm chủ tịch Farthings Kaufman còn hơn làm chủ tịch Barringtons. Hẳn là bà đã thấy khó khăn, nhưng cuối cùng bà đã chấp nhận rằng tôi không thể làm cả hai. Giá mà tôi có một đứa em trai.</w:t>
      </w:r>
    </w:p>
    <w:p>
      <w:pPr>
        <w:spacing w:after="80"/>
      </w:pPr>
      <w:r>
        <w:rPr>
          <w:b w:val="0"/>
          <w:i w:val="0"/>
        </w:rPr>
        <w:t>Hoặc em gái, Clive nói.</w:t>
      </w:r>
    </w:p>
    <w:p>
      <w:pPr>
        <w:spacing w:after="80"/>
      </w:pPr>
      <w:r>
        <w:rPr>
          <w:b w:val="0"/>
          <w:i w:val="0"/>
        </w:rPr>
        <w:t>Suỵt... không thì Jessica lại nảy ra ý tưởng mất.</w:t>
      </w:r>
    </w:p>
    <w:p>
      <w:pPr>
        <w:spacing w:after="80"/>
      </w:pPr>
      <w:r>
        <w:rPr>
          <w:b w:val="0"/>
          <w:i w:val="0"/>
        </w:rPr>
        <w:t>Con bé mới mười ba tuổi thôi.</w:t>
      </w:r>
    </w:p>
    <w:p>
      <w:pPr>
        <w:spacing w:after="80"/>
      </w:pPr>
      <w:r>
        <w:rPr>
          <w:b w:val="0"/>
          <w:i w:val="0"/>
        </w:rPr>
        <w:t>Tôi không nghĩ điều đó khiến nó bận tâm đâu.</w:t>
      </w:r>
    </w:p>
    <w:p>
      <w:pPr>
        <w:spacing w:after="80"/>
      </w:pPr>
      <w:r>
        <w:rPr>
          <w:b w:val="0"/>
          <w:i w:val="0"/>
        </w:rPr>
        <w:t>Con bé thích nghi với trường mới thế nào?</w:t>
      </w:r>
    </w:p>
    <w:p>
      <w:pPr>
        <w:spacing w:after="80"/>
      </w:pPr>
      <w:r>
        <w:rPr>
          <w:b w:val="0"/>
          <w:i w:val="0"/>
        </w:rPr>
        <w:t>Cô giáo dạy mỹ thuật của cô bé thừa nhận rằng cô đang để mọi người biết chuyện trước khi nó trở nên quá rõ ràng rằng trường có một học sinh lớp ba đã là một họa sĩ giỏi hơn cả cô.</w:t>
      </w:r>
    </w:p>
    <w:p>
      <w:pPr>
        <w:jc w:val="center"/>
      </w:pPr>
      <w:r>
        <w:drawing>
          <wp:inline xmlns:a="http://schemas.openxmlformats.org/drawingml/2006/main" xmlns:pic="http://schemas.openxmlformats.org/drawingml/2006/picture">
            <wp:extent cx="304800" cy="85725"/>
            <wp:docPr id="17" name="Picture 1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Khi Emma trở về từ bãi phế liệu vào tối muộn thứ Hai, cô biết mình phải kể cho Harry nghe những gì Frank Gibson và nhóm của ông đã tìm thấy khi họ cạy mở đáy kép của chiếc </w:t>
      </w:r>
      <w:r>
        <w:rPr>
          <w:b w:val="0"/>
          <w:i/>
        </w:rPr>
        <w:t>Maple Leaf</w:t>
      </w:r>
      <w:r>
        <w:rPr>
          <w:b w:val="0"/>
          <w:i w:val="0"/>
        </w:rPr>
        <w:t>.</w:t>
      </w:r>
    </w:p>
    <w:p>
      <w:pPr>
        <w:spacing w:after="80"/>
      </w:pPr>
      <w:r>
        <w:rPr>
          <w:b w:val="0"/>
          <w:i w:val="0"/>
        </w:rPr>
        <w:t>Hóa ra đúng y như chúng ta vẫn luôn lo sợ, cô nói khi ngồi xuống đối diện Harry. Thậm chí còn tệ hơn.</w:t>
      </w:r>
    </w:p>
    <w:p>
      <w:pPr>
        <w:spacing w:after="80"/>
      </w:pPr>
      <w:r>
        <w:rPr>
          <w:b w:val="0"/>
          <w:i w:val="0"/>
        </w:rPr>
        <w:t>Tệ hơn? Harry lặp lại.</w:t>
      </w:r>
    </w:p>
    <w:p>
      <w:pPr>
        <w:spacing w:after="80"/>
      </w:pPr>
      <w:r>
        <w:rPr>
          <w:b w:val="0"/>
          <w:i w:val="0"/>
        </w:rPr>
        <w:t>Cô cúi đầu. Arthur đã khắc một thông điệp lên thành đáy kép. Cô ngừng lại, nhưng không thốt ra được thành lời.</w:t>
      </w:r>
    </w:p>
    <w:p>
      <w:pPr>
        <w:spacing w:after="80"/>
      </w:pPr>
      <w:r>
        <w:rPr>
          <w:b w:val="0"/>
          <w:i w:val="0"/>
        </w:rPr>
        <w:t>Em không cần phải kể cho anh nghe đâu, Harry nói, nắm lấy tay cô.</w:t>
      </w:r>
    </w:p>
    <w:p>
      <w:pPr>
        <w:spacing w:after="80"/>
      </w:pPr>
      <w:r>
        <w:rPr>
          <w:b w:val="0"/>
          <w:i w:val="0"/>
        </w:rPr>
        <w:t>Em phải kể. Nếu không thì chúng ta sẽ cứ tiếp tục sống trong dối trá suốt quãng đời còn lại. Một lúc lâu sau cô mới nói được, Anh ấy đã viết, Stan đã đúng. Ngài Hugo biết tôi bị mắc kẹt dưới này . . . Vậy là, cha em đã giết cha anh, cô nói trong tiếng nấc.</w:t>
      </w:r>
    </w:p>
    <w:p>
      <w:pPr>
        <w:spacing w:after="80"/>
      </w:pPr>
      <w:r>
        <w:rPr>
          <w:b w:val="0"/>
          <w:i w:val="0"/>
        </w:rPr>
        <w:t>Một lúc lâu sau Harry mới nói, Đó là điều chúng ta không bao giờ có thể chắc chắn, và có lẽ, em yêu ạ, tốt hơn là chúng ta đừng chắc chắn</w:t>
      </w:r>
    </w:p>
    <w:p>
      <w:pPr>
        <w:spacing w:after="80"/>
      </w:pPr>
      <w:r>
        <w:rPr>
          <w:b w:val="0"/>
          <w:i w:val="0"/>
        </w:rPr>
        <w:t>Em không còn muốn biết nữa. Nhưng ít nhất người đàn ông tội nghiệp ấy cũng nên có một lễ an táng theo nghi thức Kitô giáo. Mẹ anh hẳn sẽ không mong gì kém hơn thế.</w:t>
      </w:r>
    </w:p>
    <w:p>
      <w:pPr>
        <w:spacing w:after="80"/>
      </w:pPr>
      <w:r>
        <w:rPr>
          <w:b w:val="0"/>
          <w:i w:val="0"/>
        </w:rPr>
        <w:t>Anh sẽ nói chuyện kín đáo với cha xứ.</w:t>
      </w:r>
    </w:p>
    <w:p>
      <w:pPr>
        <w:spacing w:after="80"/>
      </w:pPr>
      <w:r>
        <w:rPr>
          <w:b w:val="0"/>
          <w:i w:val="0"/>
        </w:rPr>
        <w:t>Còn ai khác nên có mặt?</w:t>
      </w:r>
    </w:p>
    <w:p>
      <w:pPr>
        <w:spacing w:after="80"/>
      </w:pPr>
      <w:r>
        <w:rPr>
          <w:b w:val="0"/>
          <w:i w:val="0"/>
        </w:rPr>
        <w:t>Chỉ hai chúng ta thôi, Harry nói không chút do dự. Chẳng ích gì khi bắt Seb và Jessie phải chịu nỗi đau mà chúng ta đã phải chịu đựng bao nhiêu năm nay. Và hãy cầu nguyện rằng mọi chuyện kết thúc ở đây.</w:t>
      </w:r>
    </w:p>
    <w:p>
      <w:pPr>
        <w:spacing w:after="80"/>
      </w:pPr>
      <w:r>
        <w:rPr>
          <w:b w:val="0"/>
          <w:i w:val="0"/>
        </w:rPr>
        <w:t>Emma nhìn sang chồng. Rõ ràng anh chưa nghe nói về các nhà khoa học Cambridge đang nghiên cứu một thứ gọi là DNA.</w:t>
      </w:r>
    </w:p>
    <w:p>
      <w:pPr>
        <w:jc w:val="center"/>
      </w:pPr>
      <w:r>
        <w:drawing>
          <wp:inline xmlns:a="http://schemas.openxmlformats.org/drawingml/2006/main" xmlns:pic="http://schemas.openxmlformats.org/drawingml/2006/picture">
            <wp:extent cx="304800" cy="85725"/>
            <wp:docPr id="18" name="Picture 1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jc w:val="center"/>
      </w:pPr>
      <w:r>
        <w:rPr>
          <w:b/>
          <w:i w:val="0"/>
        </w:rPr>
        <w:t>CHÚNG TA SẮP TỚI RỒI, THEO LỜI</w:t>
      </w:r>
    </w:p>
    <w:p>
      <w:pPr>
        <w:spacing w:after="80"/>
        <w:jc w:val="center"/>
      </w:pPr>
      <w:r>
        <w:rPr>
          <w:b/>
          <w:i w:val="0"/>
        </w:rPr>
        <w:t>NGƯỜI PHÁT NGÔN CỦA BARRINGTON</w:t>
      </w:r>
    </w:p>
    <w:p>
      <w:pPr>
        <w:spacing w:after="80"/>
      </w:pPr>
      <w:r>
        <w:rPr>
          <w:b w:val="0"/>
          <w:i w:val="0"/>
        </w:rPr>
        <w:t>Chết tiệt, Clive nói khi đọc xong dòng tít của tờ Financial Times. Sao mình lại có thể ngu ngốc đến thế?</w:t>
      </w:r>
    </w:p>
    <w:p>
      <w:pPr>
        <w:spacing w:after="80"/>
      </w:pPr>
      <w:r>
        <w:rPr>
          <w:b w:val="0"/>
          <w:i w:val="0"/>
        </w:rPr>
        <w:t>Đừng tự trách mình nữa, Seb nói. Sự thật là chúng ta gần đến đích rồi.</w:t>
      </w:r>
    </w:p>
    <w:p>
      <w:pPr>
        <w:spacing w:after="80"/>
      </w:pPr>
      <w:r>
        <w:rPr>
          <w:b w:val="0"/>
          <w:i w:val="0"/>
        </w:rPr>
        <w:t>Cả hai chúng ta đều biết điều đó, Clive nói. Nhưng chúng ta đâu cần Cunard để phát hiện ra.</w:t>
      </w:r>
    </w:p>
    <w:p>
      <w:pPr>
        <w:spacing w:after="80"/>
      </w:pPr>
      <w:r>
        <w:rPr>
          <w:b w:val="0"/>
          <w:i w:val="0"/>
        </w:rPr>
        <w:t>Họ đã biết từ lâu rồi, Seb nói, từ rất lâu trước khi họ nhìn thấy dòng tít đó. Thẳng thắn mà nói, chúng ta may mắn lắm mới vắt thêm được hơn một điểm phần trăm từ thương vụ này. Tôi nghi họ đã chạm đến giới hạn của mình rồi.</w:t>
      </w:r>
    </w:p>
    <w:p>
      <w:pPr>
        <w:spacing w:after="80"/>
      </w:pPr>
      <w:r>
        <w:rPr>
          <w:b w:val="0"/>
          <w:i w:val="0"/>
        </w:rPr>
        <w:t>Dù sao đi nữa, Clive nói, mẹ cậu sẽ chẳng vui vẻ gì đâu, và ai mà trách bà ấy được chứ?</w:t>
      </w:r>
    </w:p>
    <w:p>
      <w:pPr>
        <w:spacing w:after="80"/>
      </w:pPr>
      <w:r>
        <w:rPr>
          <w:b w:val="0"/>
          <w:i w:val="0"/>
        </w:rPr>
        <w:t>Bà ấy sẽ cho rằng tất cả chỉ là một phần của màn kết, và tôi sẽ không phải là người khai sáng cho bà ấy đâu.</w:t>
      </w:r>
    </w:p>
    <w:p>
      <w:pPr>
        <w:spacing w:after="80"/>
      </w:pPr>
      <w:r>
        <w:rPr>
          <w:b w:val="0"/>
          <w:i w:val="0"/>
        </w:rPr>
        <w:t>Cảm ơn vì đã ủng hộ nhé, Seb. Tôi trân trọng điều đó.</w:t>
      </w:r>
    </w:p>
    <w:p>
      <w:pPr>
        <w:spacing w:after="80"/>
      </w:pPr>
      <w:r>
        <w:rPr>
          <w:b w:val="0"/>
          <w:i w:val="0"/>
        </w:rPr>
        <w:t>Cũng chẳng hơn gì những gì cậu đã dành cho tôi khi Sloane tự phong mình làm chủ tịch Farthings rồi sa thải tôi ngay hôm sau. Cậu quên rồi à, Kaufman là ngân hàng duy nhất đã nhận tôi vào làm? Và dù sao đi nữa, mẹ tôi thậm chí có thể sẽ vui mừng vì dòng tít đó đấy.</w:t>
      </w:r>
    </w:p>
    <w:p>
      <w:pPr>
        <w:spacing w:after="80"/>
      </w:pPr>
      <w:r>
        <w:rPr>
          <w:b w:val="0"/>
          <w:i w:val="0"/>
        </w:rPr>
        <w:t>Ý cậu là sao?</w:t>
      </w:r>
    </w:p>
    <w:p>
      <w:pPr>
        <w:spacing w:after="80"/>
      </w:pPr>
      <w:r>
        <w:rPr>
          <w:b w:val="0"/>
          <w:i w:val="0"/>
        </w:rPr>
        <w:t>Tôi vẫn chưa tin chắc là bà ấy muốn thương vụ thâu tóm này thành công.</w:t>
      </w:r>
    </w:p>
    <w:p>
      <w:pPr>
        <w:jc w:val="center"/>
      </w:pPr>
      <w:r>
        <w:drawing>
          <wp:inline xmlns:a="http://schemas.openxmlformats.org/drawingml/2006/main" xmlns:pic="http://schemas.openxmlformats.org/drawingml/2006/picture">
            <wp:extent cx="304800" cy="85725"/>
            <wp:docPr id="19" name="Picture 1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Chuyện này có gây hại cho thương vụ thâu tóm không? Emma hỏi sau khi đọc xong bài báo.</w:t>
      </w:r>
    </w:p>
    <w:p>
      <w:pPr>
        <w:spacing w:after="80"/>
      </w:pPr>
      <w:r>
        <w:rPr>
          <w:b w:val="0"/>
          <w:i w:val="0"/>
        </w:rPr>
        <w:t>Có thể chúng ta sẽ phải hy sinh một điểm, có khi hai điểm, Seb nói. Nhưng đừng quên những lời khôn ngoan của Cedric Hardcastle về chuyện thâu tóm. Nếu cuối cùng bạn có được nhiều hơn mong đợi, trong khi bên kia cảm thấy họ đã nắm được thế thượng phong trong thương vụ, thì mọi người rời bàn đàm phán trong vui vẻ.</w:t>
      </w:r>
    </w:p>
    <w:p>
      <w:pPr>
        <w:spacing w:after="80"/>
      </w:pPr>
      <w:r>
        <w:rPr>
          <w:b w:val="0"/>
          <w:i w:val="0"/>
        </w:rPr>
        <w:t>Cậu nghĩ Giles và Grace sẽ phản ứng thế nào?</w:t>
      </w:r>
    </w:p>
    <w:p>
      <w:pPr>
        <w:spacing w:after="80"/>
      </w:pPr>
      <w:r>
        <w:rPr>
          <w:b w:val="0"/>
          <w:i w:val="0"/>
        </w:rPr>
        <w:t>Chú Giles dành phần lớn thời gian rảnh để chạy ngược chạy xuôi khắp đất nước thăm các ghế bầu cử sát nút với hy vọng Đảng Lao động vẫn có thể thắng trong cuộc bầu cử tới. Bởi vì nếu Margaret Thatcher trở thành thủ tướng tiếp theo của chúng ta, có lẽ ông ấy sẽ không bao giờ nắm được chức vụ nào nữa.</w:t>
      </w:r>
    </w:p>
    <w:p>
      <w:pPr>
        <w:spacing w:after="80"/>
      </w:pPr>
      <w:r>
        <w:rPr>
          <w:b w:val="0"/>
          <w:i w:val="0"/>
        </w:rPr>
        <w:t>Còn Grace?</w:t>
      </w:r>
    </w:p>
    <w:p>
      <w:pPr>
        <w:spacing w:after="80"/>
      </w:pPr>
      <w:r>
        <w:rPr>
          <w:b w:val="0"/>
          <w:i w:val="0"/>
        </w:rPr>
        <w:t xml:space="preserve">Tôi không nghĩ là cô ấy đã từng đọc tờ </w:t>
      </w:r>
      <w:r>
        <w:rPr>
          <w:b w:val="0"/>
          <w:i/>
        </w:rPr>
        <w:t>FT</w:t>
      </w:r>
      <w:r>
        <w:rPr>
          <w:b w:val="0"/>
          <w:i w:val="0"/>
        </w:rPr>
        <w:t xml:space="preserve"> trong đời, và chắc chắn cô ấy sẽ không biết phải làm gì nếu bạn đưa cho cô ấy một tấm séc hai mươi triệu bảng, nhớ rằng mức lương hiện tại của cô ấy chỉ khoảng hai mươi nghìn bảng một năm.</w:t>
      </w:r>
    </w:p>
    <w:p>
      <w:pPr>
        <w:spacing w:after="80"/>
      </w:pPr>
      <w:r>
        <w:rPr>
          <w:b w:val="0"/>
          <w:i w:val="0"/>
        </w:rPr>
        <w:t>Cô ấy sẽ cần sự giúp đỡ và lời khuyên của cậu đấy, Seb.</w:t>
      </w:r>
    </w:p>
    <w:p>
      <w:pPr>
        <w:spacing w:after="80"/>
      </w:pPr>
      <w:r>
        <w:rPr>
          <w:b w:val="0"/>
          <w:i w:val="0"/>
        </w:rPr>
        <w:t>Hãy yên tâm, Mama, Farthings Kaufman sẽ đầu tư vốn của bác sĩ Barrington một cách khôn ngoan nhất, vì họ biết rõ rằng bà ấy sẽ nghỉ hưu trong vài năm tới và mong có một thu nhập đều đặn cùng một nơi để ở.</w:t>
      </w:r>
    </w:p>
    <w:p>
      <w:pPr>
        <w:spacing w:after="80"/>
      </w:pPr>
      <w:r>
        <w:rPr>
          <w:b w:val="0"/>
          <w:i w:val="0"/>
        </w:rPr>
        <w:t>Bà ấy có thể đến sống với chúng ta ở Somerset, Emma nói. Ngôi nhà nhỏ cũ của Maisie sẽ hợp với bà ấy hoàn hảo.</w:t>
      </w:r>
    </w:p>
    <w:p>
      <w:pPr>
        <w:spacing w:after="80"/>
      </w:pPr>
      <w:r>
        <w:rPr>
          <w:b w:val="0"/>
          <w:i w:val="0"/>
        </w:rPr>
        <w:t>Bà ấy quá tự trọng để làm vậy, Seb nói, và mẹ biết điều đó mà, Mama. Thật ra, bà ấy đã nói với con là bà ấy đang tìm một chỗ nào đó ở Cambridge để có thể ở gần bạn bè của mình.</w:t>
      </w:r>
    </w:p>
    <w:p>
      <w:pPr>
        <w:spacing w:after="80"/>
      </w:pPr>
      <w:r>
        <w:rPr>
          <w:b w:val="0"/>
          <w:i w:val="0"/>
        </w:rPr>
        <w:t>Nhưng một khi thương vụ mua lại hoàn tất, bà ấy sẽ có đủ tiền để mua cả một tòa lâu đài.</w:t>
      </w:r>
    </w:p>
    <w:p>
      <w:pPr>
        <w:spacing w:after="80"/>
      </w:pPr>
      <w:r>
        <w:rPr>
          <w:b w:val="0"/>
          <w:i w:val="0"/>
        </w:rPr>
        <w:t>Con cá là, Seb nói, rằng cuối cùng bà ấy vẫn sẽ sống trong một căn nhà liền kề nhỏ bé không xa trường đại học cũ của mình.</w:t>
      </w:r>
    </w:p>
    <w:p>
      <w:pPr>
        <w:spacing w:after="80"/>
      </w:pPr>
      <w:r>
        <w:rPr>
          <w:b w:val="0"/>
          <w:i w:val="0"/>
        </w:rPr>
        <w:t>Con đang tiến nguy hiểm đến gần sự khôn ngoan đấy, Emma nói, tự hỏi liệu cô có nên chia sẻ vấn đề mới nhất của mình với con trai không.</w:t>
      </w:r>
    </w:p>
    <w:p>
      <w:pPr>
        <w:pStyle w:val="Heading1"/>
        <w:jc w:val="center"/>
      </w:pPr>
      <w:r>
        <w:rPr>
          <w:rFonts w:ascii="Calibri" w:hAnsi="Calibri"/>
          <w:b/>
          <w:i w:val="0"/>
          <w:sz w:val="40"/>
        </w:rPr>
        <w:t>4</w:t>
      </w:r>
    </w:p>
    <w:p>
      <w:pPr>
        <w:spacing w:after="80"/>
      </w:pPr>
      <w:r>
        <w:rPr>
          <w:b w:val="0"/>
          <w:i w:val="0"/>
        </w:rPr>
        <w:t>SÁU THÁNG, Harry nói. Cái gã khốn đó lẽ ra phải bị treo cổ, mổ bụng và phân thây.</w:t>
      </w:r>
    </w:p>
    <w:p>
      <w:pPr>
        <w:spacing w:after="80"/>
      </w:pPr>
      <w:r>
        <w:rPr>
          <w:b w:val="0"/>
          <w:i w:val="0"/>
        </w:rPr>
        <w:t>Anh đang nói về cái gì vậy? Emma hỏi, bình thản, khi rót cho mình tách trà thứ hai.</w:t>
      </w:r>
    </w:p>
    <w:p>
      <w:pPr>
        <w:spacing w:after="80"/>
      </w:pPr>
      <w:r>
        <w:rPr>
          <w:b w:val="0"/>
          <w:i w:val="0"/>
        </w:rPr>
        <w:t>Kẻ côn đồ đã đấm một y tá khoa cấp cứu, rồi hành hung một bác sĩ, chỉ bị kết án sáu tháng.</w:t>
      </w:r>
    </w:p>
    <w:p>
      <w:pPr>
        <w:spacing w:after="80"/>
      </w:pPr>
      <w:r>
        <w:rPr>
          <w:b w:val="0"/>
          <w:i w:val="0"/>
        </w:rPr>
        <w:t>Bác sĩ Hands, Emma nói. Dù em đồng ý với cảm xúc của anh, nhưng có những tình tiết giảm nhẹ.</w:t>
      </w:r>
    </w:p>
    <w:p>
      <w:pPr>
        <w:spacing w:after="80"/>
      </w:pPr>
      <w:r>
        <w:rPr>
          <w:b w:val="0"/>
          <w:i w:val="0"/>
        </w:rPr>
        <w:t>Như cái gì chứ? Harry hỏi dồn.</w:t>
      </w:r>
    </w:p>
    <w:p>
      <w:pPr>
        <w:spacing w:after="80"/>
      </w:pPr>
      <w:r>
        <w:rPr>
          <w:b w:val="0"/>
          <w:i w:val="0"/>
        </w:rPr>
        <w:t>Nữ y tá liên quan không sẵn lòng đưa ra bằng chứng khi vụ án được đưa ra tòa.</w:t>
      </w:r>
    </w:p>
    <w:p>
      <w:pPr>
        <w:spacing w:after="80"/>
      </w:pPr>
      <w:r>
        <w:rPr>
          <w:b w:val="0"/>
          <w:i w:val="0"/>
        </w:rPr>
        <w:t>Tại sao không? Harry hỏi, đặt tờ báo xuống.</w:t>
      </w:r>
    </w:p>
    <w:p>
      <w:pPr>
        <w:spacing w:after="80"/>
      </w:pPr>
      <w:r>
        <w:rPr>
          <w:b w:val="0"/>
          <w:i w:val="0"/>
        </w:rPr>
        <w:t>Một số y tá giỏi nhất của em đến từ nước ngoài và không muốn xuất hiện trong ghế nhân chứng vì sợ nhà chức trách có thể phát hiện ra rằng giấy tờ nhập cư của họ không phải lúc nào cũng, nói sao nhỉ, gọn gàng hoàn hảo.</w:t>
      </w:r>
    </w:p>
    <w:p>
      <w:pPr>
        <w:spacing w:after="80"/>
      </w:pPr>
      <w:r>
        <w:rPr>
          <w:b w:val="0"/>
          <w:i w:val="0"/>
        </w:rPr>
        <w:t>Đó không phải là lý do để nhắm mắt làm ngơ trước chuyện này, Harry nói.</w:t>
      </w:r>
    </w:p>
    <w:p>
      <w:pPr>
        <w:spacing w:after="80"/>
      </w:pPr>
      <w:r>
        <w:rPr>
          <w:b w:val="0"/>
          <w:i w:val="0"/>
        </w:rPr>
        <w:t>Chúng ta không có nhiều lựa chọn nếu NHS không muốn sụp đổ.</w:t>
      </w:r>
    </w:p>
    <w:p>
      <w:pPr>
        <w:spacing w:after="80"/>
      </w:pPr>
      <w:r>
        <w:rPr>
          <w:b w:val="0"/>
          <w:i w:val="0"/>
        </w:rPr>
        <w:t>Điều đó không thay đổi sự thật rằng tên côn đồ này đã đánh một y tá Harry đọc lại bài báo vào một tối thứ Bảy khi anh ta rõ ràng đang say.</w:t>
      </w:r>
    </w:p>
    <w:p>
      <w:pPr>
        <w:spacing w:after="80"/>
      </w:pPr>
      <w:r>
        <w:rPr>
          <w:b w:val="0"/>
          <w:i w:val="0"/>
        </w:rPr>
        <w:t>Tối thứ Bảy chính là manh mối, Emma nói, điều mà William Warwick hẳn đã phát hiện ra sau khi phỏng vấn bà quản lý bệnh viện và tìm hiểu lý do tại sao bà ấy bật radio vào mỗi chiều thứ Bảy lúc năm giờ. Harry nhướng một bên lông mày. Để nghe kết quả trận đấu của Bristol City hoặc Bristol Rovers, tùy vào đội nào đá sân nhà ngày hôm đó. Harry không ngắt lời. Nếu họ thắng, sẽ là một đêm yên ắng cho khoa Cấp cứu. Nếu họ hòa, sẽ còn chịu đựng được. Nhưng nếu họ thua, sẽ là một cơn ác mộng, vì đơn giản là chúng ta không đủ nhân viên để xoay xở.</w:t>
      </w:r>
    </w:p>
    <w:p>
      <w:pPr>
        <w:spacing w:after="80"/>
      </w:pPr>
      <w:r>
        <w:rPr>
          <w:b w:val="0"/>
          <w:i w:val="0"/>
        </w:rPr>
        <w:t>Chỉ vì đội nhà thua một trận bóng đá thôi sao?</w:t>
      </w:r>
    </w:p>
    <w:p>
      <w:pPr>
        <w:spacing w:after="80"/>
      </w:pPr>
      <w:r>
        <w:rPr>
          <w:b w:val="0"/>
          <w:i w:val="0"/>
        </w:rPr>
        <w:t>Đúng vậy, vì bạn có thể chắc chắn rằng cổ động viên đội nhà sẽ dìm nỗi buồn trong rượu rồi cuối cùng lao vào đánh nhau. Một số, ngạc nhiên chưa, sẽ xuất hiện ở khoa Cấp cứu, nơi họ phải chờ hàng giờ trước khi có người đến chăm sóc. Kết quả? Còn nhiều vụ đánh nhau hơn nổ ra trong phòng chờ, và đôi khi một y tá hay bác sĩ cố gắng can thiệp.</w:t>
      </w:r>
    </w:p>
    <w:p>
      <w:pPr>
        <w:spacing w:after="80"/>
      </w:pPr>
      <w:r>
        <w:rPr>
          <w:b w:val="0"/>
          <w:i w:val="0"/>
        </w:rPr>
        <w:t>Các anh không có bảo vệ để xử lý chuyện đó à?</w:t>
      </w:r>
    </w:p>
    <w:p>
      <w:pPr>
        <w:spacing w:after="80"/>
      </w:pPr>
      <w:r>
        <w:rPr>
          <w:b w:val="0"/>
          <w:i w:val="0"/>
        </w:rPr>
        <w:t>E là không đủ. Và bệnh viện không có đủ nguồn lực khi bảy mươi phần trăm ngân sách hàng năm được chi cho tiền lương, còn chính phủ thì khăng khăng đòi cắt giảm chứ không phải trợ cấp. Nên bạn có thể chắc chắn rằng chúng ta sẽ đối mặt đúng vấn đề y hệt vào tối thứ Bảy tới nếu Rovers thua Cardiff City.</w:t>
      </w:r>
    </w:p>
    <w:p>
      <w:pPr>
        <w:spacing w:after="80"/>
      </w:pPr>
      <w:r>
        <w:rPr>
          <w:b w:val="0"/>
          <w:i w:val="0"/>
        </w:rPr>
        <w:t>Bà Thatcher đã đưa ra ý tưởng nào để giải quyết vấn đề chưa?</w:t>
      </w:r>
    </w:p>
    <w:p>
      <w:pPr>
        <w:spacing w:after="80"/>
      </w:pPr>
      <w:r>
        <w:rPr>
          <w:b w:val="0"/>
          <w:i w:val="0"/>
        </w:rPr>
        <w:t>Tôi nghi bà ấy sẽ đồng ý với anh, em yêu ạ. Treo cổ, lôi kéo và phân thây vẫn còn quá nhẹ cho bọn chúng. Nhưng tôi không nghĩ anh sẽ thấy chính sách đặc biệt đó được nhấn mạnh trong bản tuyên ngôn tiếp theo của Đảng Bảo thủ đâu.</w:t>
      </w:r>
    </w:p>
    <w:p>
      <w:pPr>
        <w:jc w:val="center"/>
      </w:pPr>
      <w:r>
        <w:drawing>
          <wp:inline xmlns:a="http://schemas.openxmlformats.org/drawingml/2006/main" xmlns:pic="http://schemas.openxmlformats.org/drawingml/2006/picture">
            <wp:extent cx="304800" cy="85725"/>
            <wp:docPr id="20" name="Picture 2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Bác sĩ Richards lắng nghe nhịp tim của bệnh nhân, 72bpm, và đánh dấu thêm một ô.</w:t>
      </w:r>
    </w:p>
    <w:p>
      <w:pPr>
        <w:spacing w:after="80"/>
      </w:pPr>
      <w:r>
        <w:rPr>
          <w:b w:val="0"/>
          <w:i w:val="0"/>
        </w:rPr>
        <w:t>Một điều cuối cùng, Ngài Harry, bác sĩ nói, kéo một chiếc găng tay latex. Tôi chỉ muốn kiểm tra tuyến tiền liệt của ngài.</w:t>
      </w:r>
    </w:p>
    <w:p>
      <w:pPr>
        <w:spacing w:after="80"/>
      </w:pPr>
      <w:r>
        <w:rPr>
          <w:b w:val="0"/>
          <w:i w:val="0"/>
        </w:rPr>
        <w:t>Hmm, ông nói, vài giây sau. Có thể có một cục u rất nhỏ ở đó. Chúng ta nên theo dõi nó. Ngài mặc đồ vào đi, Ngài Harry. Nhìn chung, ngài có thể trạng khá tốt đối với một người đàn ông sắp bước sang tuổi sáu mươi. Cái tuổi mà nhiều người trong chúng ta đang cân nhắc chuyện nghỉ hưu.</w:t>
      </w:r>
    </w:p>
    <w:p>
      <w:pPr>
        <w:spacing w:after="80"/>
      </w:pPr>
      <w:r>
        <w:rPr>
          <w:b w:val="0"/>
          <w:i w:val="0"/>
        </w:rPr>
        <w:t>Không phải tôi, Harry nói. Tôi vẫn còn phải cho ra đời một William Warwick nữa trước khi có thể bắt tay vào cuốn tiểu thuyết tiếp theo, mà có thể mất vài năm. Nên tôi cần sống ít nhất đến bảy mươi. Hiểu chưa, bác sĩ Richards?</w:t>
      </w:r>
    </w:p>
    <w:p>
      <w:pPr>
        <w:spacing w:after="80"/>
      </w:pPr>
      <w:r>
        <w:rPr>
          <w:b w:val="0"/>
          <w:i w:val="0"/>
        </w:rPr>
        <w:t>Bảy mươi năm thọ. Không hơn hợp đồng của Đấng Tạo Hóa. Tôi không nghĩ đó sẽ là vấn đề, ông nói thêm, miễn là ngài vẫn tập thể dục. Ông kiểm tra hồ sơ bệnh nhân. Lần cuối tôi gặp ngài, Ngài Harry, ngài đang chạy ba dặm, hai lần một tuần, và đi bộ năm dặm, ba lần một tuần. Vẫn như vậy chứ?</w:t>
      </w:r>
    </w:p>
    <w:p>
      <w:pPr>
        <w:spacing w:after="80"/>
      </w:pPr>
      <w:r>
        <w:rPr>
          <w:b w:val="0"/>
          <w:i w:val="0"/>
        </w:rPr>
        <w:t>Đúng, nhưng tôi phải thú nhận là tôi đã ngừng bấm giờ cho mình.</w:t>
      </w:r>
    </w:p>
    <w:p>
      <w:pPr>
        <w:spacing w:after="80"/>
      </w:pPr>
      <w:r>
        <w:rPr>
          <w:b w:val="0"/>
          <w:i w:val="0"/>
        </w:rPr>
        <w:t>Ngài vẫn giữ thói quen đó giữa hai buổi viết kéo dài hai tiếng của mình chứ?</w:t>
      </w:r>
    </w:p>
    <w:p>
      <w:pPr>
        <w:spacing w:after="80"/>
      </w:pPr>
      <w:r>
        <w:rPr>
          <w:b w:val="0"/>
          <w:i w:val="0"/>
        </w:rPr>
        <w:t>Mỗi sáng, năm ngày một tuần.</w:t>
      </w:r>
    </w:p>
    <w:p>
      <w:pPr>
        <w:spacing w:after="80"/>
      </w:pPr>
      <w:r>
        <w:rPr>
          <w:b w:val="0"/>
          <w:i w:val="0"/>
        </w:rPr>
        <w:t>Tuyệt vời. Thật ra, như vậy còn hơn nhiều bệnh nhân trẻ của tôi có thể làm được. Chỉ thêm vài câu hỏi nữa thôi. Tôi hiểu là ông vẫn không hút thuốc chứ?</w:t>
      </w:r>
    </w:p>
    <w:p>
      <w:pPr>
        <w:spacing w:after="80"/>
      </w:pPr>
      <w:r>
        <w:rPr>
          <w:b w:val="0"/>
          <w:i w:val="0"/>
        </w:rPr>
        <w:t>Không bao giờ.</w:t>
      </w:r>
    </w:p>
    <w:p>
      <w:pPr>
        <w:spacing w:after="80"/>
      </w:pPr>
      <w:r>
        <w:rPr>
          <w:b w:val="0"/>
          <w:i w:val="0"/>
        </w:rPr>
        <w:t>Và ông uống bao nhiêu vào một ngày thường?</w:t>
      </w:r>
    </w:p>
    <w:p>
      <w:pPr>
        <w:spacing w:after="80"/>
      </w:pPr>
      <w:r>
        <w:rPr>
          <w:b w:val="0"/>
          <w:i w:val="0"/>
        </w:rPr>
        <w:t>Một ly vang vào bữa tối, nhưng không uống vào bữa trưa. Nó sẽ khiến tôi ngủ gục vào buổi chiều mất.</w:t>
      </w:r>
    </w:p>
    <w:p>
      <w:pPr>
        <w:spacing w:after="80"/>
      </w:pPr>
      <w:r>
        <w:rPr>
          <w:b w:val="0"/>
          <w:i w:val="0"/>
        </w:rPr>
        <w:t>Vậy thì, thẳng thắn mà nói, bảy mươi tuổi sẽ là chuyện nhỏ, miễn là ông không bị xe buýt cán.</w:t>
      </w:r>
    </w:p>
    <w:p>
      <w:pPr>
        <w:spacing w:after="80"/>
      </w:pPr>
      <w:r>
        <w:rPr>
          <w:b w:val="0"/>
          <w:i w:val="0"/>
        </w:rPr>
        <w:t>Khó có nguy cơ đó lắm, vì xe buýt địa phương của chúng tôi chỉ ghé làng hai lần một ngày, dù Emma thường xuyên viết thư cho hội đồng để phàn nàn.</w:t>
      </w:r>
    </w:p>
    <w:p>
      <w:pPr>
        <w:spacing w:after="80"/>
      </w:pPr>
      <w:r>
        <w:rPr>
          <w:b w:val="0"/>
          <w:i w:val="0"/>
        </w:rPr>
        <w:t>Vị bác sĩ mỉm cười. Nghe cứ như chủ tịch của chúng tôi vậy. Bác sĩ Richards đóng hồ sơ, đứng dậy từ sau bàn làm việc và đưa Harry ra khỏi phòng khám.</w:t>
      </w:r>
    </w:p>
    <w:p>
      <w:pPr>
        <w:spacing w:after="80"/>
      </w:pPr>
      <w:r>
        <w:rPr>
          <w:b w:val="0"/>
          <w:i w:val="0"/>
        </w:rPr>
        <w:t>Phu nhân Clifton thế nào rồi? ông hỏi khi họ bước dọc hành lang.</w:t>
      </w:r>
    </w:p>
    <w:p>
      <w:pPr>
        <w:spacing w:after="80"/>
      </w:pPr>
      <w:r>
        <w:rPr>
          <w:b w:val="0"/>
          <w:i w:val="0"/>
        </w:rPr>
        <w:t>Emma ghét chức danh lịch sự "phu nhân" vì cô cảm thấy mình chưa xứng đáng với nó, và khăng khăng mọi người ở bệnh viện vẫn gọi cô là bà Clifton hoặc chủ tịch. Ông nói tôi nghe đi, Harry đáp.</w:t>
      </w:r>
    </w:p>
    <w:p>
      <w:pPr>
        <w:spacing w:after="80"/>
      </w:pPr>
      <w:r>
        <w:rPr>
          <w:b w:val="0"/>
          <w:i w:val="0"/>
        </w:rPr>
        <w:t>Tôi không phải bác sĩ của cô ấy, Richards nói, nhưng tôi có thể nói với ông rằng cô ấy là chủ tịch giỏi nhất chúng tôi từng có, và tôi không chắc ai sẽ đủ can đảm thay thế cô ấy khi cô ấy từ chức sau một năm nữa.</w:t>
      </w:r>
    </w:p>
    <w:p>
      <w:pPr>
        <w:spacing w:after="80"/>
      </w:pPr>
      <w:r>
        <w:rPr>
          <w:b w:val="0"/>
          <w:i w:val="0"/>
        </w:rPr>
        <w:t>Harry mỉm cười. Mỗi khi đến Bệnh viện Hoàng gia Bristol, anh đều có thể cảm nhận được sự kính trọng và tình cảm mà nhân viên dành cho Emma.</w:t>
      </w:r>
    </w:p>
    <w:p>
      <w:pPr>
        <w:spacing w:after="80"/>
      </w:pPr>
      <w:r>
        <w:rPr>
          <w:b w:val="0"/>
          <w:i w:val="0"/>
        </w:rPr>
        <w:t>Nếu chúng ta giành được danh hiệu bệnh viện của năm lần thứ hai, bác sĩ Richards nói thêm, thì chắc chắn cô ấy có phần công lao của mình.</w:t>
      </w:r>
    </w:p>
    <w:p>
      <w:pPr>
        <w:spacing w:after="80"/>
      </w:pPr>
      <w:r>
        <w:rPr>
          <w:b w:val="0"/>
          <w:i w:val="0"/>
        </w:rPr>
        <w:t>Khi họ tiếp tục bước dọc hành lang, Harry đi ngang qua hai y tá đang nghỉ uống trà. Anh nhận thấy một người trong số họ có một mắt bầm tím và má sưng vù, mà dù trang điểm đậm đến đâu cô cũng không thể che giấu được. Bác sĩ Richards đưa Harry vào một buồng nhỏ trống trơn, chỉ có một chiếc giường và vài chiếc ghế.</w:t>
      </w:r>
    </w:p>
    <w:p>
      <w:pPr>
        <w:spacing w:after="80"/>
      </w:pPr>
      <w:r>
        <w:rPr>
          <w:b w:val="0"/>
          <w:i w:val="0"/>
        </w:rPr>
        <w:t>Cởi áo khoác ra đi. Một y tá sẽ đến với ông ngay.</w:t>
      </w:r>
    </w:p>
    <w:p>
      <w:pPr>
        <w:spacing w:after="80"/>
      </w:pPr>
      <w:r>
        <w:rPr>
          <w:b w:val="0"/>
          <w:i w:val="0"/>
        </w:rPr>
        <w:t>Cảm ơn, Harry nói. Tôi mong được gặp lại ông vào một năm nữa.</w:t>
      </w:r>
    </w:p>
    <w:p>
      <w:pPr>
        <w:spacing w:after="80"/>
      </w:pPr>
      <w:r>
        <w:rPr>
          <w:b w:val="0"/>
          <w:i w:val="0"/>
        </w:rPr>
        <w:t>Khi nào có đủ kết quả xét nghiệm từ phòng lab, tôi sẽ nhắn cho anh kèm theo kết quả. Không phải là tôi nghĩ chúng sẽ khác nhiều so với năm ngoái đâu.</w:t>
      </w:r>
    </w:p>
    <w:p>
      <w:pPr>
        <w:spacing w:after="80"/>
      </w:pPr>
      <w:r>
        <w:rPr>
          <w:b w:val="0"/>
          <w:i w:val="0"/>
        </w:rPr>
        <w:t xml:space="preserve">Harry cởi áo khoác, vắt lên lưng ghế, tháo giày rồi leo lên giường. Anh nằm xuống, nhắm mắt và bắt đầu nghĩ về chương tiếp theo của </w:t>
      </w:r>
      <w:r>
        <w:rPr>
          <w:b w:val="0"/>
          <w:i/>
        </w:rPr>
        <w:t>William Warwick và Trò Bài Ba Lá</w:t>
      </w:r>
      <w:r>
        <w:rPr>
          <w:b w:val="0"/>
          <w:i w:val="0"/>
        </w:rPr>
        <w:t>. Làm sao mà nghi phạm có thể ở hai nơi cùng một lúc được nhỉ? Hoặc là hắn đang ở trên giường với vợ, hoặc là hắn đang lái xe lên Manchester. Rốt cuộc là cái nào? Vị bác sĩ đã để cửa mở, và dòng suy nghĩ của Harry bị cắt ngang khi anh nghe ai đó gọi "Bác sĩ Hands". Anh đã nghe cái tên đó ở đâu trước đây nhỉ?</w:t>
      </w:r>
    </w:p>
    <w:p>
      <w:pPr>
        <w:spacing w:after="80"/>
      </w:pPr>
      <w:r>
        <w:rPr>
          <w:b w:val="0"/>
          <w:i w:val="0"/>
        </w:rPr>
        <w:t>Anh có báo cáo ông ta với bà quản lý (Matron) không? giọng nói hỏi.</w:t>
      </w:r>
    </w:p>
    <w:p>
      <w:pPr>
        <w:spacing w:after="80"/>
      </w:pPr>
      <w:r>
        <w:rPr>
          <w:b w:val="0"/>
          <w:i w:val="0"/>
        </w:rPr>
        <w:t>Không đâu, nếu tôi còn muốn giữ cái việc này, giọng thứ hai đáp.</w:t>
      </w:r>
    </w:p>
    <w:p>
      <w:pPr>
        <w:spacing w:after="80"/>
      </w:pPr>
      <w:r>
        <w:rPr>
          <w:b w:val="0"/>
          <w:i w:val="0"/>
        </w:rPr>
        <w:t>Vậy là lão "tay nhám" già ấy lại thoát tội lần nữa.</w:t>
      </w:r>
    </w:p>
    <w:p>
      <w:pPr>
        <w:spacing w:after="80"/>
      </w:pPr>
      <w:r>
        <w:rPr>
          <w:b w:val="0"/>
          <w:i w:val="0"/>
        </w:rPr>
        <w:t>Chừng nào còn chỉ là lời nói của ông ta đối lại với lời tôi, thì ông ta chẳng có gì phải sợ cả.</w:t>
      </w:r>
    </w:p>
    <w:p>
      <w:pPr>
        <w:spacing w:after="80"/>
      </w:pPr>
      <w:r>
        <w:rPr>
          <w:b w:val="0"/>
          <w:i w:val="0"/>
        </w:rPr>
        <w:t>Lần này ông ta giở trò gì thế?</w:t>
      </w:r>
    </w:p>
    <w:p>
      <w:pPr>
        <w:spacing w:after="80"/>
      </w:pPr>
      <w:r>
        <w:rPr>
          <w:b w:val="0"/>
          <w:i w:val="0"/>
        </w:rPr>
        <w:t>Harry ngồi dậy, lấy một cuốn sổ tay và cây bút từ túi áo khoác rồi chăm chú lắng nghe cuộc trò chuyện đang diễn ra ngoài hành lang.</w:t>
      </w:r>
    </w:p>
    <w:p>
      <w:pPr>
        <w:spacing w:after="80"/>
      </w:pPr>
      <w:r>
        <w:rPr>
          <w:b w:val="0"/>
          <w:i w:val="0"/>
        </w:rPr>
        <w:t>Tôi đang ở phòng giặt ủi trên tầng ba để lấy ít ga trải giường mới thì có người bước vào. Khi cửa đóng lại và tôi nghe tiếng khóa, tôi biết chỉ có thể là một người. Tôi giả vờ không để ý, nhặt mấy tấm ga và đi thẳng ra cửa. Tôi cố mở khóa, nhưng ông ta túm lấy tôi và áp sát người vào tôi. Kinh tởm thật. Tôi tưởng mình sẽ nôn mất. "Không cần ai biết chuyện này đâu," ông ta nói, "chỉ là chút vui vẻ thôi mà." Tôi cố thúc cùi chỏ vào háng ông ta nhưng ông ta đã ghim chặt tôi vào tường. Rồi ông ta xoay người tôi lại và bắt đầu cố hôn tôi.</w:t>
      </w:r>
    </w:p>
    <w:p>
      <w:pPr>
        <w:spacing w:after="80"/>
      </w:pPr>
      <w:r>
        <w:rPr>
          <w:b w:val="0"/>
          <w:i w:val="0"/>
        </w:rPr>
        <w:t>Chị đã làm gì?</w:t>
      </w:r>
    </w:p>
    <w:p>
      <w:pPr>
        <w:spacing w:after="80"/>
      </w:pPr>
      <w:r>
        <w:rPr>
          <w:b w:val="0"/>
          <w:i w:val="0"/>
        </w:rPr>
        <w:t>Cắn lưỡi ông ta. Ông ta hét lên, gọi tôi là con khốn rồi tát vào mặt tôi. Nhưng thế cũng đủ thời gian để tôi mở khóa cửa và chạy thoát.</w:t>
      </w:r>
    </w:p>
    <w:p>
      <w:pPr>
        <w:spacing w:after="80"/>
      </w:pPr>
      <w:r>
        <w:rPr>
          <w:b w:val="0"/>
          <w:i w:val="0"/>
        </w:rPr>
        <w:t>Chị phải báo cáo ông ta đi. Đã đến lúc tống cổ cái gã khốn đó ra khỏi bệnh viện này rồi.</w:t>
      </w:r>
    </w:p>
    <w:p>
      <w:pPr>
        <w:spacing w:after="80"/>
      </w:pPr>
      <w:r>
        <w:rPr>
          <w:b w:val="0"/>
          <w:i w:val="0"/>
        </w:rPr>
        <w:t>Chẳng có mấy cơ hội đâu. Sáng nay khi tôi thấy ông ta đi buồng bệnh (ward rounds), ông ta cảnh báo tôi rằng tôi sẽ phải đi tìm việc khác nếu tôi hé miệng, rồi thêm vào đó - giọng cô ấy hạ xuống thành tiếng thì thầm - "khi đàn bà đã há miệng ra, thì cái miệng ấy chỉ giỏi được một việc thôi."</w:t>
      </w:r>
    </w:p>
    <w:p>
      <w:pPr>
        <w:spacing w:after="80"/>
      </w:pPr>
      <w:r>
        <w:rPr>
          <w:b w:val="0"/>
          <w:i w:val="0"/>
        </w:rPr>
        <w:t>Ông ta bệnh hoạn thật, không thể để ông ta thoát tội như thế được.</w:t>
      </w:r>
    </w:p>
    <w:p>
      <w:pPr>
        <w:spacing w:after="80"/>
      </w:pPr>
      <w:r>
        <w:rPr>
          <w:b w:val="0"/>
          <w:i w:val="0"/>
        </w:rPr>
        <w:t>Đừng quên ông ta quyền lực đến mức nào. Ông ta đã khiến bạn trai của Mandy bị đuổi việc sau khi anh ấy nói với cảnh sát rằng đã thấy ông ta hành hung cô ấy, trong khi chính ông ta mới là kẻ đã đánh cô ấy. Vậy tôi thì có cơ hội gì sau một vụ sờ mó trong phòng giặt ủi chứ? Không, tôi đã quyết định rồi...</w:t>
      </w:r>
    </w:p>
    <w:p>
      <w:pPr>
        <w:spacing w:after="80"/>
      </w:pPr>
      <w:r>
        <w:rPr>
          <w:b w:val="0"/>
          <w:i w:val="0"/>
        </w:rPr>
        <w:t>Chào buổi sáng, ngài Harry, một y tá chính (staff nurse) nói khi bước vào phòng và đóng cửa lại sau lưng. Bác sĩ Richards bảo tôi lấy mẫu máu và gửi đến phòng lab. Chỉ là kiểm tra định kỳ thôi, nên phiền ngài xắn một bên tay áo lên ạ.</w:t>
      </w:r>
    </w:p>
    <w:p>
      <w:pPr>
        <w:jc w:val="center"/>
      </w:pPr>
      <w:r>
        <w:drawing>
          <wp:inline xmlns:a="http://schemas.openxmlformats.org/drawingml/2006/main" xmlns:pic="http://schemas.openxmlformats.org/drawingml/2006/picture">
            <wp:extent cx="304800" cy="85725"/>
            <wp:docPr id="21" name="Picture 2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Tôi cho rằng chỉ một người trong chúng ta đủ tư cách làm chủ tịch thôi, Giles nói, không giấu nổi nụ cười nhếch mép.</w:t>
      </w:r>
    </w:p>
    <w:p>
      <w:pPr>
        <w:spacing w:after="80"/>
      </w:pPr>
      <w:r>
        <w:rPr>
          <w:b w:val="0"/>
          <w:i w:val="0"/>
        </w:rPr>
        <w:t>Đây không phải chuyện đùa đâu, Emma nói. Tôi đã soạn xong một chương trình nghị sự để đảm bảo chúng ta bao quát hết mọi chủ đề cần bàn. Cô đưa cho Giles và Grace mỗi người một bản, và để họ vài phút xem qua các mục trước khi cô lên tiếng trở lại.</w:t>
      </w:r>
    </w:p>
    <w:p>
      <w:pPr>
        <w:spacing w:after="80"/>
      </w:pPr>
      <w:r>
        <w:rPr>
          <w:b w:val="0"/>
          <w:i w:val="0"/>
        </w:rPr>
        <w:t>Có lẽ tôi nên cập nhật tình hình cho hai người trước khi chúng ta chuyển sang mục một. Anh trai và em gái cô gật đầu. Hội đồng quản trị đã chấp nhận đề nghị cuối cùng của Cunard là ba bảng bốn mươi mốt xu một cổ phiếu, và thương vụ thâu tóm hoàn tất vào giữa trưa ngày hai mươi sáu tháng Hai.</w:t>
      </w:r>
    </w:p>
    <w:p>
      <w:pPr>
        <w:spacing w:after="80"/>
      </w:pPr>
      <w:r>
        <w:rPr>
          <w:b w:val="0"/>
          <w:i w:val="0"/>
        </w:rPr>
        <w:t>Chắc hẳn đó là một cú sốc lớn, Giles nói, giọng nghe thật sự đồng cảm.</w:t>
      </w:r>
    </w:p>
    <w:p>
      <w:pPr>
        <w:spacing w:after="80"/>
      </w:pPr>
      <w:r>
        <w:rPr>
          <w:b w:val="0"/>
          <w:i w:val="0"/>
        </w:rPr>
        <w:t>Tôi phải thừa nhận rằng trong lúc dọn dẹp văn phòng, tôi vẫn còn băn khoăn liệu mình có làm đúng không. Và tôi mừng là lúc gỡ bức chân dung của Ông nội xuống, trong phòng không có ai khác, vì tôi không thể nhìn thẳng vào mắt ông.</w:t>
      </w:r>
    </w:p>
    <w:p>
      <w:pPr>
        <w:spacing w:after="80"/>
      </w:pPr>
      <w:r>
        <w:rPr>
          <w:b w:val="0"/>
          <w:i w:val="0"/>
        </w:rPr>
        <w:t>Tôi rất sẵn lòng chào đón Walter trở lại Barrington Hall, Giles nói. Ông ấy có thể treo cạnh Bà trong thư viện.</w:t>
      </w:r>
    </w:p>
    <w:p>
      <w:pPr>
        <w:spacing w:after="80"/>
      </w:pPr>
      <w:r>
        <w:rPr>
          <w:b w:val="0"/>
          <w:i w:val="0"/>
        </w:rPr>
        <w:t>Thật ra thì, Giles ạ, chủ tịch của Cunard đã hỏi liệu ông ấy có thể ở lại phòng họp hội đồng cùng với tất cả các vị chủ tịch tiền nhiệm khác không.</w:t>
      </w:r>
    </w:p>
    <w:p>
      <w:pPr>
        <w:spacing w:after="80"/>
      </w:pPr>
      <w:r>
        <w:rPr>
          <w:b w:val="0"/>
          <w:i w:val="0"/>
        </w:rPr>
        <w:t>Tôi thấy ấn tượng đấy, Giles nói. Và càng tin chắc rằng mình đã quyết định đúng về việc nên đầu tư một phần tiền của mình thế nào, anh thêm vào mà không giải thích.</w:t>
      </w:r>
    </w:p>
    <w:p>
      <w:pPr>
        <w:spacing w:after="80"/>
      </w:pPr>
      <w:r>
        <w:rPr>
          <w:b w:val="0"/>
          <w:i w:val="0"/>
        </w:rPr>
        <w:t>Nhưng còn em thì sao, Emma? Grace nói, quay sang chị gái. Dù gì thì chị cũng đã xứng đáng có một chỗ trong phòng họp hội đồng mà.</w:t>
      </w:r>
    </w:p>
    <w:p>
      <w:pPr>
        <w:spacing w:after="80"/>
      </w:pPr>
      <w:r>
        <w:rPr>
          <w:b w:val="0"/>
          <w:i w:val="0"/>
        </w:rPr>
        <w:t>Bryan Organ đã được giao vẽ chân dung cho tôi, Emma nói. Nó sẽ được treo đối diện với ông nội thân yêu.</w:t>
      </w:r>
    </w:p>
    <w:p>
      <w:pPr>
        <w:spacing w:after="80"/>
      </w:pPr>
      <w:r>
        <w:rPr>
          <w:b w:val="0"/>
          <w:i w:val="0"/>
        </w:rPr>
        <w:t>Jessica nói gì về chuyện đó? Giles hỏi.</w:t>
      </w:r>
    </w:p>
    <w:p>
      <w:pPr>
        <w:spacing w:after="80"/>
      </w:pPr>
      <w:r>
        <w:rPr>
          <w:b w:val="0"/>
          <w:i w:val="0"/>
        </w:rPr>
        <w:t>Con bé giới thiệu ông ấy đấy. Thậm chí còn hỏi xem có được phép đến dự các buổi ngồi làm mẫu không.</w:t>
      </w:r>
    </w:p>
    <w:p>
      <w:pPr>
        <w:spacing w:after="80"/>
      </w:pPr>
      <w:r>
        <w:rPr>
          <w:b w:val="0"/>
          <w:i w:val="0"/>
        </w:rPr>
        <w:t>Con bé lớn nhanh quá, Grace nói.</w:t>
      </w:r>
    </w:p>
    <w:p>
      <w:pPr>
        <w:spacing w:after="80"/>
      </w:pPr>
      <w:r>
        <w:rPr>
          <w:b w:val="0"/>
          <w:i w:val="0"/>
        </w:rPr>
        <w:t>Con bé đã là một thiếu nữ rồi, Emma nói. Và tôi đang cân nhắc nghe theo lời khuyên của con bé về một chuyện khác nữa, cô thêm vào trước khi quay lại chương trình nghị sự. Sau khi các giấy tờ hoàn tất được ký, một buổi lễ bàn giao đã diễn ra trong phòng họp hội đồng. Trong vòng hai mươi bốn giờ, cái tên Barrington Shipping từng hiên ngang treo trên cổng chính suốt hơn một thế kỷ đã được thay bằng Cunard.</w:t>
      </w:r>
    </w:p>
    <w:p>
      <w:pPr>
        <w:spacing w:after="80"/>
      </w:pPr>
      <w:r>
        <w:rPr>
          <w:b w:val="0"/>
          <w:i w:val="0"/>
        </w:rPr>
        <w:t>Tôi biết mới chỉ có một tháng thôi, Giles nói, nhưng Cunard có thực hiện đúng cam kết với nhân viên của chúng ta không, nhất là những người làm lâu năm?</w:t>
      </w:r>
    </w:p>
    <w:p>
      <w:pPr>
        <w:spacing w:after="80"/>
      </w:pPr>
      <w:r>
        <w:rPr>
          <w:b w:val="0"/>
          <w:i w:val="0"/>
        </w:rPr>
        <w:t xml:space="preserve">Đúng từng chữ, Emma nói. Không ai bị sa thải, mặc dù khá nhiều người kỳ cựu đã tận dụng gói trợ cấp thôi việc hào phóng mà Seb đàm phán cho họ, kèm theo một chuyến đi miễn phí trên tàu </w:t>
      </w:r>
      <w:r>
        <w:rPr>
          <w:b w:val="0"/>
          <w:i/>
        </w:rPr>
        <w:t>Buckingham</w:t>
      </w:r>
      <w:r>
        <w:rPr>
          <w:b w:val="0"/>
          <w:i w:val="0"/>
        </w:rPr>
        <w:t xml:space="preserve"> hoặc </w:t>
      </w:r>
      <w:r>
        <w:rPr>
          <w:b w:val="0"/>
          <w:i/>
        </w:rPr>
        <w:t>Balmoral</w:t>
      </w:r>
      <w:r>
        <w:rPr>
          <w:b w:val="0"/>
          <w:i w:val="0"/>
        </w:rPr>
        <w:t>, nên về mặt đó không có gì để phàn nàn. Tuy nhiên, chúng ta cần bàn về vị thế của chính mình và xem từ đây sẽ đi tiếp thế nào. Như hai người đều biết, chúng ta được đề nghị một khoản thanh toán bằng tiền mặt mỗi người hơn hai mươi triệu bảng, với lựa chọn thay thế là nhận cổ phiếu Cunard, mà cái đó có vài ưu điểm.</w:t>
      </w:r>
    </w:p>
    <w:p>
      <w:pPr>
        <w:spacing w:after="80"/>
      </w:pPr>
      <w:r>
        <w:rPr>
          <w:b w:val="0"/>
          <w:i w:val="0"/>
        </w:rPr>
        <w:t>Họ đang chào bán bao nhiêu cổ phiếu vậy? Grace hỏi.</w:t>
      </w:r>
    </w:p>
    <w:p>
      <w:pPr>
        <w:spacing w:after="80"/>
      </w:pPr>
      <w:r>
        <w:rPr>
          <w:b w:val="0"/>
          <w:i w:val="0"/>
        </w:rPr>
        <w:t>Mỗi người bảy trăm mười nghìn, năm ngoái số này mang lại cổ tức 246,717. Vậy hai người đã quyết định sẽ làm gì với số tiền đó chưa?</w:t>
      </w:r>
    </w:p>
    <w:p>
      <w:pPr>
        <w:spacing w:after="80"/>
      </w:pPr>
      <w:r>
        <w:rPr>
          <w:b w:val="0"/>
          <w:i w:val="0"/>
        </w:rPr>
        <w:t>Rồi, Giles nói. Sau khi tham khảo ý kiến của Seb, tôi quyết định lấy một nửa bằng tiền mặt, mà Farthings Kaufman sẽ đầu tư rộng khắp cho tôi, và nửa còn lại vào cổ phiếu Cunard. Gần đây chúng có giảm nhẹ, mà Seb bảo tôi là chuyện không lạ gì sau một vụ thâu tóm. Tuy nhiên, anh ấy khẳng định Cunard là một công ty được điều hành tốt với thành tích đã được chứng minh, và anh ấy kỳ vọng cổ phiếu của họ sẽ tiếp tục mang lại cổ tức ba đến bốn phần trăm, đồng thời tăng giá trị hằng năm khoảng chừng ấy.</w:t>
      </w:r>
    </w:p>
    <w:p>
      <w:pPr>
        <w:spacing w:after="80"/>
      </w:pPr>
      <w:r>
        <w:rPr>
          <w:b w:val="0"/>
          <w:i w:val="0"/>
        </w:rPr>
        <w:t>Nghe thật sự rất bảo thủ đấy, Emma nói, trêu chọc anh trai mình.</w:t>
      </w:r>
    </w:p>
    <w:p>
      <w:pPr>
        <w:spacing w:after="80"/>
      </w:pPr>
      <w:r>
        <w:rPr>
          <w:b w:val="0"/>
          <w:i w:val="0"/>
        </w:rPr>
        <w:t>Bảo thủ chữ thường thôi, Giles đáp trả. Tôi cũng đã đồng ý tài trợ một trợ lý nghiên cứu cho Hội Fabian.</w:t>
      </w:r>
    </w:p>
    <w:p>
      <w:pPr>
        <w:spacing w:after="80"/>
      </w:pPr>
      <w:r>
        <w:rPr>
          <w:b w:val="0"/>
          <w:i w:val="0"/>
        </w:rPr>
        <w:t>Thật là một cử chỉ táo bạo, Grace nói, không giấu nổi vẻ mỉa mai.</w:t>
      </w:r>
    </w:p>
    <w:p>
      <w:pPr>
        <w:spacing w:after="80"/>
      </w:pPr>
      <w:r>
        <w:rPr>
          <w:b w:val="0"/>
          <w:i w:val="0"/>
        </w:rPr>
        <w:t>Và cô đã làm được điều gì đó cấp tiến hơn chưa? Giles nói, đáp lại lời châm chọc.</w:t>
      </w:r>
    </w:p>
    <w:p>
      <w:pPr>
        <w:spacing w:after="80"/>
      </w:pPr>
      <w:r>
        <w:rPr>
          <w:b w:val="0"/>
          <w:i w:val="0"/>
        </w:rPr>
        <w:t>Tôi mong là vậy. Chắc chắn là vui hơn.</w:t>
      </w:r>
    </w:p>
    <w:p>
      <w:pPr>
        <w:spacing w:after="80"/>
      </w:pPr>
      <w:r>
        <w:rPr>
          <w:b w:val="0"/>
          <w:i w:val="0"/>
        </w:rPr>
        <w:t>Emma và Giles nhìn chằm chằm vào chị gái mình, như hai học sinh trong lớp cô đang chờ câu trả lời.</w:t>
      </w:r>
    </w:p>
    <w:p>
      <w:pPr>
        <w:spacing w:after="80"/>
      </w:pPr>
      <w:r>
        <w:rPr>
          <w:b w:val="0"/>
          <w:i w:val="0"/>
        </w:rPr>
        <w:t>Tôi đã nộp ngân hàng tấm séc cho toàn bộ số tiền rồi. Khi tôi đưa nó cho người quản lý ngân hàng của mình, tôi tưởng ông ấy sắp ngất đến nơi. Hôm sau, Sebastian lên thăm tôi ở Cambridge, và theo lời khuyên của anh ấy, tôi đã để riêng năm triệu để trang trải mọi khoản thuế phải nộp, và thêm mười triệu nữa vào một tài khoản đầu tư với Farthings Kaufman, để trải rộng khắp nhiều công ty vững mạnh — theo đúng lời anh ấy. Tôi cũng để một triệu trong tài khoản tiền gửi ở Midland, thừa sức để tôi mua một căn nhà nhỏ gần Cambridge, cùng với thu nhập hằng năm được đảm bảo khoảng 30,000. Nhiều hơn hẳn những gì tôi từng kiếm được trong suốt bao năm làm giảng viên đại học.</w:t>
      </w:r>
    </w:p>
    <w:p>
      <w:pPr>
        <w:spacing w:after="80"/>
      </w:pPr>
      <w:r>
        <w:rPr>
          <w:b w:val="0"/>
          <w:i w:val="0"/>
        </w:rPr>
        <w:t>Còn bốn triệu kia thì sao?</w:t>
      </w:r>
    </w:p>
    <w:p>
      <w:pPr>
        <w:spacing w:after="80"/>
      </w:pPr>
      <w:r>
        <w:rPr>
          <w:b w:val="0"/>
          <w:i w:val="0"/>
        </w:rPr>
        <w:t>Tôi đã quyên một triệu cho quỹ trùng tu Newnham College, thêm nửa triệu nữa cho Fitzwilliam, và nửa triệu nữa chia cho khoảng chục tổ chức từ thiện mà tôi đã quan tâm suốt bao năm qua nhưng trước đây chưa bao giờ có thể cho được quá vài trăm bảng.</w:t>
      </w:r>
    </w:p>
    <w:p>
      <w:pPr>
        <w:spacing w:after="80"/>
      </w:pPr>
      <w:r>
        <w:rPr>
          <w:b w:val="0"/>
          <w:i w:val="0"/>
        </w:rPr>
        <w:t>Cô làm tôi thấy khá là tội lỗi đấy, Giles nói.</w:t>
      </w:r>
    </w:p>
    <w:p>
      <w:pPr>
        <w:spacing w:after="80"/>
      </w:pPr>
      <w:r>
        <w:rPr>
          <w:b w:val="0"/>
          <w:i w:val="0"/>
        </w:rPr>
        <w:t>Tôi mong là vậy, Giles. Nhưng mà tôi gia nhập Đảng Lao động lâu trước anh rồi.</w:t>
      </w:r>
    </w:p>
    <w:p>
      <w:pPr>
        <w:spacing w:after="80"/>
      </w:pPr>
      <w:r>
        <w:rPr>
          <w:b w:val="0"/>
          <w:i w:val="0"/>
        </w:rPr>
        <w:t>Vẫn còn hai triệu nữa chưa được tính đến, Emma nói.</w:t>
      </w:r>
    </w:p>
    <w:p>
      <w:pPr>
        <w:spacing w:after="80"/>
      </w:pPr>
      <w:r>
        <w:rPr>
          <w:b w:val="0"/>
          <w:i w:val="0"/>
        </w:rPr>
        <w:t>Tôi biết là trái tính cách của tôi, nhưng tôi đã đi mua sắm thả ga cùng Jessica.</w:t>
      </w:r>
    </w:p>
    <w:p>
      <w:pPr>
        <w:spacing w:after="80"/>
      </w:pPr>
      <w:r>
        <w:rPr>
          <w:b w:val="0"/>
          <w:i w:val="0"/>
        </w:rPr>
        <w:t>Chúa ơi, cô ấy đã tiêu vào việc gì thế? Emma hỏi. Kim cương và túi xách à?</w:t>
      </w:r>
    </w:p>
    <w:p>
      <w:pPr>
        <w:spacing w:after="80"/>
      </w:pPr>
      <w:r>
        <w:rPr>
          <w:b w:val="0"/>
          <w:i w:val="0"/>
        </w:rPr>
        <w:t xml:space="preserve">Chắc chắn không phải, Grace nói với chút cảm xúc. Một bức Monet, một bức Manet, hai bức Picasso, một bức Pissarro và một bức Lucian Freud, người mà cô ấy khẳng định với tôi là nhân vật đang lên, cùng với một bức Bacon vẽ </w:t>
      </w:r>
      <w:r>
        <w:rPr>
          <w:b w:val="0"/>
          <w:i/>
        </w:rPr>
        <w:t>Giáo hoàng đang gào thét</w:t>
      </w:r>
      <w:r>
        <w:rPr>
          <w:b w:val="0"/>
          <w:i w:val="0"/>
        </w:rPr>
        <w:t xml:space="preserve"> mà tôi chẳng muốn nghe ông ta giảng đạo chút nào. Thêm một bản phác thảo của Henry Moore mang tên </w:t>
      </w:r>
      <w:r>
        <w:rPr>
          <w:b w:val="0"/>
          <w:i/>
        </w:rPr>
        <w:t>Vua và Nữ hoàng</w:t>
      </w:r>
      <w:r>
        <w:rPr>
          <w:b w:val="0"/>
          <w:i w:val="0"/>
        </w:rPr>
        <w:t>, tác phẩm mà tôi đã ngưỡng mộ từ lâu, cùng với một bức Barbara Hepworth và một bức Leon Underwood. Tuy nhiên, tôi từ chối mua một bức Eric Gill, sau khi được biết rằng ông ta đã ngủ với chính các con gái mình. Điều đó dường như không làm Jessica bận tâm "cô không thể phủ nhận tài năng thật sự" cô ấy cứ nhắc tôi mãi nhưng tôi vẫn kiên quyết. Món cuối cùng tôi mua là tác phẩm nghệ thuật cho bìa một đĩa nhạc của Beatles do Peter Blake thực hiện, mà tôi tặng cho Jessica như phần thưởng cho kiến thức và chuyên môn của cô ấy. Cô ấy biết chính xác nên ghé thăm những phòng tranh nào, và mặc cả với các nhà buôn tranh như một cậu bé bán hàng rong ở East End. Tôi không chắc nên tự hào hay xấu hổ về cô ấy. Và tôi phải thú nhận, tôi đã không nhận ra rằng tiêu tiền lại có thể mệt mỏi đến thế.</w:t>
      </w:r>
    </w:p>
    <w:p>
      <w:pPr>
        <w:spacing w:after="80"/>
      </w:pPr>
      <w:r>
        <w:rPr>
          <w:b w:val="0"/>
          <w:i w:val="0"/>
        </w:rPr>
        <w:t>Emma và Giles phá lên cười. Cậu làm cả hai chúng tớ xấu hổ đấy, Emma nói. Tớ không thể chờ được để xem bộ sưu tập. Nhưng cậu sẽ trưng bày nó ở đâu?</w:t>
      </w:r>
    </w:p>
    <w:p>
      <w:pPr>
        <w:spacing w:after="80"/>
      </w:pPr>
      <w:r>
        <w:rPr>
          <w:b w:val="0"/>
          <w:i w:val="0"/>
        </w:rPr>
        <w:t>Tớ nghĩ mình đã tìm được một ngôi nhà lý tưởng ở Trumpington với đủ không gian tường để treo tất cả các bức tranh, và một khu vườn đủ lớn để các bức tượng được trưng bày đẹp mắt. Vậy nên từ giờ, sẽ đến lượt tớ mời các cậu đến ở chơi cuối tuần. Tớ vẫn chưa chốt được thương vụ, nhưng tớ đã giao Sebastian xử lý mấy anh nhân viên môi giới bất động sản tội nghiệp và để cậu ấy lo việc thương lượng giá cả. Mặc dù tớ không tin cậu ấy sẽ làm tốt hơn Jessica "cô ấy tin chắc rằng bộ sưu tập nghệ thuật của tớ sẽ hóa ra là một khoản đầu tư sinh lời hơn cả cổ phiếu, thứ mà cô ấy nhắc bố mình rằng "bố không thể treo lên tường được". Ông ấy cố giải thích cho cô ấy sự khác biệt giữa "tăng giá trị" (appreciation) và "đánh giá cao" (appreciate), nhưng chẳng đi đến đâu.</w:t>
      </w:r>
    </w:p>
    <w:p>
      <w:pPr>
        <w:spacing w:after="80"/>
      </w:pPr>
      <w:r>
        <w:rPr>
          <w:b w:val="0"/>
          <w:i w:val="0"/>
        </w:rPr>
        <w:t>Tuyệt vời, Emma nói. Tớ chỉ mong còn sót lại một bức Monet nào đó cho tớ, vì tớ cũng định hỏi ý kiến Jessica, mặc dù thú thật với cậu là tớ vẫn chưa quyết định sẽ làm gì với khoản tiền bất ngờ của mình. Tớ đã có ba cuộc gặp với Hakim Bishara và Seb, nhưng vẫn chưa đi đến quyết định. Sau khi mất một chức chủ tịch, tớ đã tập trung vào gói cải cách NHS mới của chính phủ và những hệ quả của nó đối với Bệnh viện Hoàng gia.</w:t>
      </w:r>
    </w:p>
    <w:p>
      <w:pPr>
        <w:spacing w:after="80"/>
      </w:pPr>
      <w:r>
        <w:rPr>
          <w:b w:val="0"/>
          <w:i w:val="0"/>
        </w:rPr>
        <w:t>Dự luật đó sẽ không bao giờ thấy ánh sáng mặt trời nếu Margaret Thatcher thắng cử, Giles nói.</w:t>
      </w:r>
    </w:p>
    <w:p>
      <w:pPr>
        <w:spacing w:after="80"/>
      </w:pPr>
      <w:r>
        <w:rPr>
          <w:b w:val="0"/>
          <w:i w:val="0"/>
        </w:rPr>
        <w:t>Amen với điều đó, Emma nói. Nhưng vẫn là trách nhiệm của tớ phải chuẩn bị cho các thành viên hội đồng quản trị đồng nghiệp về những hệ quả nếu Đảng Lao động trở lại nắm quyền. Tớ không định để người kế nhiệm mình, dù là ai đi nữa, phải dọn dẹp đống đổ nát. Cô dừng lại, trước khi nói thêm, Còn việc gì khác không?</w:t>
      </w:r>
    </w:p>
    <w:p>
      <w:pPr>
        <w:spacing w:after="80"/>
      </w:pPr>
      <w:r>
        <w:rPr>
          <w:b w:val="0"/>
          <w:i w:val="0"/>
        </w:rPr>
        <w:t xml:space="preserve">Từ dưới gầm bàn, Giles lôi ra những mô hình tuyệt đẹp của tàu </w:t>
      </w:r>
      <w:r>
        <w:rPr>
          <w:b w:val="0"/>
          <w:i/>
        </w:rPr>
        <w:t>Buckingham</w:t>
      </w:r>
      <w:r>
        <w:rPr>
          <w:b w:val="0"/>
          <w:i w:val="0"/>
        </w:rPr>
        <w:t xml:space="preserve"> và </w:t>
      </w:r>
      <w:r>
        <w:rPr>
          <w:b w:val="0"/>
          <w:i/>
        </w:rPr>
        <w:t>Balmoral</w:t>
      </w:r>
      <w:r>
        <w:rPr>
          <w:b w:val="0"/>
          <w:i w:val="0"/>
        </w:rPr>
        <w:t>, cùng với một chai sâm panh. Emma thân yêu nhất của anh, anh nói, Grace và anh sẽ mãi mãi mang ơn em. Không có sự lãnh đạo, cống hiến và tận tâm của em, chúng anh sẽ không ở vào vị thế đặc ân như hiện nay. Chúng anh sẽ biết ơn em mãi mãi.</w:t>
      </w:r>
    </w:p>
    <w:p>
      <w:pPr>
        <w:spacing w:after="80"/>
      </w:pPr>
      <w:r>
        <w:rPr>
          <w:b w:val="0"/>
          <w:i w:val="0"/>
        </w:rPr>
        <w:t>Ba chiếc cốc thủy tinh thường dùng để đựng nước được Giles rót đầy sâm panh đến tận miệng, nhưng Emma không thể rời mắt khỏi hai mô hình con tàu.</w:t>
      </w:r>
    </w:p>
    <w:p>
      <w:pPr>
        <w:spacing w:after="80"/>
      </w:pPr>
      <w:r>
        <w:rPr>
          <w:b w:val="0"/>
          <w:i w:val="0"/>
        </w:rPr>
        <w:t>Cảm ơn các cậu, cô nói khi họ nâng ly. Nhưng tớ thú nhận mình đã tận hưởng từng khoảnh khắc và tớ đã thấy nhớ việc làm chủ tịch rồi. Tớ cũng có một bất ngờ cho các cậu. Cunard đã mời tớ tham gia hội đồng quản trị của họ, nên tớ cũng muốn nâng ly chúc mừng. Cô đứng dậy khỏi chỗ ngồi, và nâng ly.</w:t>
      </w:r>
    </w:p>
    <w:p>
      <w:pPr>
        <w:spacing w:after="80"/>
      </w:pPr>
      <w:r>
        <w:rPr>
          <w:b w:val="0"/>
          <w:i w:val="0"/>
        </w:rPr>
        <w:t>Vì Joshua Barrington, người đã sáng lập Hãng Tàu biển Barrington vào năm 1839, và kiếm được lợi nhuận ba mươi ba bảng, bốn shilling và hai xu trong năm đầu tiên làm chủ tịch, nhưng đã hứa với các cổ đông nhiều hơn thế.</w:t>
      </w:r>
    </w:p>
    <w:p>
      <w:pPr>
        <w:spacing w:after="80"/>
      </w:pPr>
      <w:r>
        <w:rPr>
          <w:b w:val="0"/>
          <w:i w:val="0"/>
        </w:rPr>
        <w:t>Giles và Grace nâng ly.</w:t>
      </w:r>
    </w:p>
    <w:p>
      <w:pPr>
        <w:spacing w:after="80"/>
      </w:pPr>
      <w:r>
        <w:rPr>
          <w:b w:val="0"/>
          <w:i w:val="0"/>
        </w:rPr>
        <w:t>Vì Joshua Barrington.</w:t>
      </w:r>
    </w:p>
    <w:p>
      <w:pPr>
        <w:spacing w:after="80"/>
      </w:pPr>
      <w:r>
        <w:rPr>
          <w:b w:val="0"/>
          <w:i w:val="0"/>
        </w:rPr>
        <w:t>Có lẽ đã đến lúc chúng ta ăn mừng sự ra đời gần đây của đứa cháu trai gọi tôi bằng bác, Jake, Giles nói, người mà Seb hy vọng sẽ là chủ tịch kế tiếp kế tiếp của Ngân hàng Farthings.</w:t>
      </w:r>
    </w:p>
    <w:p>
      <w:pPr>
        <w:spacing w:after="80"/>
      </w:pPr>
      <w:r>
        <w:rPr>
          <w:b w:val="0"/>
          <w:i w:val="0"/>
        </w:rPr>
        <w:t>Có quá đáng không khi hy vọng rằng Jake có thể cân nhắc làm điều gì đó đáng giá hơn là làm nhân viên ngân hàng? Grace nói.</w:t>
      </w:r>
    </w:p>
    <w:p>
      <w:pPr>
        <w:pStyle w:val="Heading1"/>
        <w:jc w:val="center"/>
      </w:pPr>
      <w:r>
        <w:rPr>
          <w:rFonts w:ascii="Calibri" w:hAnsi="Calibri"/>
          <w:b/>
          <w:i w:val="0"/>
          <w:sz w:val="40"/>
        </w:rPr>
        <w:t>5</w:t>
      </w:r>
    </w:p>
    <w:p>
      <w:pPr>
        <w:spacing w:after="80"/>
      </w:pPr>
      <w:r>
        <w:rPr>
          <w:b w:val="0"/>
          <w:i w:val="0"/>
        </w:rPr>
        <w:t>Nguồn tin của ông tốt đến mức nào?</w:t>
      </w:r>
    </w:p>
    <w:p>
      <w:pPr>
        <w:spacing w:after="80"/>
      </w:pPr>
      <w:r>
        <w:rPr>
          <w:b w:val="0"/>
          <w:i w:val="0"/>
        </w:rPr>
        <w:t>Không chê vào đâu được. Và ông ấy đã ghi lại nguyên văn những gì mình nghe được.</w:t>
      </w:r>
    </w:p>
    <w:p>
      <w:pPr>
        <w:spacing w:after="80"/>
      </w:pPr>
      <w:r>
        <w:rPr>
          <w:b w:val="0"/>
          <w:i w:val="0"/>
        </w:rPr>
        <w:t>Chà, tôi không thể giả vờ được, thưa chủ tịch, bà Quản lý thừa nhận, rằng trước đây tôi chưa từng nghe những tin đồn kiểu này, nhưng chưa bao giờ có gì có thể chứng minh được. Cô y tá duy nhất thực sự đưa ra khiếu nại chính thức đã từ chức một tuần sau đó.</w:t>
      </w:r>
    </w:p>
    <w:p>
      <w:pPr>
        <w:spacing w:after="80"/>
      </w:pPr>
      <w:r>
        <w:rPr>
          <w:b w:val="0"/>
          <w:i w:val="0"/>
        </w:rPr>
        <w:t>Chúng ta có những lựa chọn nào? Emma hỏi.</w:t>
      </w:r>
    </w:p>
    <w:p>
      <w:pPr>
        <w:spacing w:after="80"/>
      </w:pPr>
      <w:r>
        <w:rPr>
          <w:b w:val="0"/>
          <w:i w:val="0"/>
        </w:rPr>
        <w:t>Cô có biết gì về cô y tá đó không, ngoài cuộc trò chuyện bị nghe lén?</w:t>
      </w:r>
    </w:p>
    <w:p>
      <w:pPr>
        <w:spacing w:after="80"/>
      </w:pPr>
      <w:r>
        <w:rPr>
          <w:b w:val="0"/>
          <w:i w:val="0"/>
        </w:rPr>
        <w:t>Tôi có thể nói với cô rằng vụ hành hung bị cáo buộc đã diễn ra trong phòng giặt ở tầng ba.</w:t>
      </w:r>
    </w:p>
    <w:p>
      <w:pPr>
        <w:spacing w:after="80"/>
      </w:pPr>
      <w:r>
        <w:rPr>
          <w:b w:val="0"/>
          <w:i w:val="0"/>
        </w:rPr>
        <w:t>Vậy có thể thu hẹp xuống còn khoảng nửa tá y tá.</w:t>
      </w:r>
    </w:p>
    <w:p>
      <w:pPr>
        <w:spacing w:after="80"/>
      </w:pPr>
      <w:r>
        <w:rPr>
          <w:b w:val="0"/>
          <w:i w:val="0"/>
        </w:rPr>
        <w:t>Và cô ấy đã đi buồng bệnh cùng bác sĩ Hands sáng sớm hôm đó.</w:t>
      </w:r>
    </w:p>
    <w:p>
      <w:pPr>
        <w:spacing w:after="80"/>
      </w:pPr>
      <w:r>
        <w:rPr>
          <w:b w:val="0"/>
          <w:i w:val="0"/>
        </w:rPr>
        <w:t>Đó là khi nào?</w:t>
      </w:r>
    </w:p>
    <w:p>
      <w:pPr>
        <w:spacing w:after="80"/>
      </w:pPr>
      <w:r>
        <w:rPr>
          <w:b w:val="0"/>
          <w:i w:val="0"/>
        </w:rPr>
        <w:t>Hôm qua.</w:t>
      </w:r>
    </w:p>
    <w:p>
      <w:pPr>
        <w:spacing w:after="80"/>
      </w:pPr>
      <w:r>
        <w:rPr>
          <w:b w:val="0"/>
          <w:i w:val="0"/>
        </w:rPr>
        <w:t>Vậy thì có lẽ cùng lắm chỉ còn lại hai hoặc ba y tá.</w:t>
      </w:r>
    </w:p>
    <w:p>
      <w:pPr>
        <w:spacing w:after="80"/>
      </w:pPr>
      <w:r>
        <w:rPr>
          <w:b w:val="0"/>
          <w:i w:val="0"/>
        </w:rPr>
        <w:t>Và cô ấy là người Tây Ấn.</w:t>
      </w:r>
    </w:p>
    <w:p>
      <w:pPr>
        <w:spacing w:after="80"/>
      </w:pPr>
      <w:r>
        <w:rPr>
          <w:b w:val="0"/>
          <w:i w:val="0"/>
        </w:rPr>
        <w:t>À, bà Quản lý nói. Tôi đã tự hỏi tại sao Beverley lại bị thâm tím mắt, giờ thì tôi biết rồi. Nhưng cô ấy sẽ phải đưa ra khiếu nại chính thức thì chúng ta mới xem xét mở một cuộc điều tra đạo đức.</w:t>
      </w:r>
    </w:p>
    <w:p>
      <w:pPr>
        <w:spacing w:after="80"/>
      </w:pPr>
      <w:r>
        <w:rPr>
          <w:b w:val="0"/>
          <w:i w:val="0"/>
        </w:rPr>
        <w:t>Việc đó sẽ mất bao lâu?</w:t>
      </w:r>
    </w:p>
    <w:p>
      <w:pPr>
        <w:spacing w:after="80"/>
      </w:pPr>
      <w:r>
        <w:rPr>
          <w:b w:val="0"/>
          <w:i w:val="0"/>
        </w:rPr>
        <w:t>Sáu đến chín tháng, và ngay cả khi đó, vì rõ ràng không có nhân chứng nào, tôi cũng không cho cô nhiều cơ hội đâu.</w:t>
      </w:r>
    </w:p>
    <w:p>
      <w:pPr>
        <w:spacing w:after="80"/>
      </w:pPr>
      <w:r>
        <w:rPr>
          <w:b w:val="0"/>
          <w:i w:val="0"/>
        </w:rPr>
        <w:t>Vậy là lại quay về vạch xuất phát, và bác sĩ Hands có thể tiếp tục ung dung trong khi chúng ta chẳng làm gì về chuyện đó.</w:t>
      </w:r>
    </w:p>
    <w:p>
      <w:pPr>
        <w:spacing w:after="80"/>
      </w:pPr>
      <w:r>
        <w:rPr>
          <w:b w:val="0"/>
          <w:i w:val="0"/>
        </w:rPr>
        <w:t>Tôi e là vậy, thưa chủ tịch, trừ khi . . .</w:t>
      </w:r>
    </w:p>
    <w:p>
      <w:pPr>
        <w:jc w:val="center"/>
      </w:pPr>
      <w:r>
        <w:drawing>
          <wp:inline xmlns:a="http://schemas.openxmlformats.org/drawingml/2006/main" xmlns:pic="http://schemas.openxmlformats.org/drawingml/2006/picture">
            <wp:extent cx="304800" cy="85725"/>
            <wp:docPr id="22" name="Picture 2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Nhiều lời chúc mừng về việc tiếp quản thành công, Margaret Thatcher nói khi Emma bắt máy, mặc dù tôi không thể tưởng tượng đó là một quyết định dễ dàng.</w:t>
      </w:r>
    </w:p>
    <w:p>
      <w:pPr>
        <w:spacing w:after="80"/>
      </w:pPr>
      <w:r>
        <w:rPr>
          <w:b w:val="0"/>
          <w:i w:val="0"/>
        </w:rPr>
        <w:t>Tôi đã bị giằng xé đôi bên, Emma thừa nhận. Nhưng hội đồng quản trị, gia đình tôi và tất cả các cố vấn chuyên môn của chúng tôi đều nhất trí khuyên tôi chấp nhận lời đề nghị của Cunard.</w:t>
      </w:r>
    </w:p>
    <w:p>
      <w:pPr>
        <w:spacing w:after="80"/>
      </w:pPr>
      <w:r>
        <w:rPr>
          <w:b w:val="0"/>
          <w:i w:val="0"/>
        </w:rPr>
        <w:t>Vậy bà đang dùng thời gian của mình thế nào, giờ bà không còn là chủ tịch của Barringtons nữa?</w:t>
      </w:r>
    </w:p>
    <w:p>
      <w:pPr>
        <w:spacing w:after="80"/>
      </w:pPr>
      <w:r>
        <w:rPr>
          <w:b w:val="0"/>
          <w:i w:val="0"/>
        </w:rPr>
        <w:t>Tôi vẫn còn vài tháng nữa trước khi bàn giao chức chủ tịch của Royal Infirmary, nhưng sau cuộc bỏ phiếu bất tín nhiệm chính phủ đêm qua, có vẻ như tôi sẽ dành phần lớn thời gian chạy khắp vùng West Country để cố gắng đảm bảo bà sẽ vào được số 10 Downing Street.</w:t>
      </w:r>
    </w:p>
    <w:p>
      <w:pPr>
        <w:spacing w:after="80"/>
      </w:pPr>
      <w:r>
        <w:rPr>
          <w:b w:val="0"/>
          <w:i w:val="0"/>
        </w:rPr>
        <w:t>Tôi thà rằng bà chạy khắp cả nước làm đúng công việc đó, bà Thatcher nói.</w:t>
      </w:r>
    </w:p>
    <w:p>
      <w:pPr>
        <w:spacing w:after="80"/>
      </w:pPr>
      <w:r>
        <w:rPr>
          <w:b w:val="0"/>
          <w:i w:val="0"/>
        </w:rPr>
        <w:t>Tôi không chắc mình hiểu.</w:t>
      </w:r>
    </w:p>
    <w:p>
      <w:pPr>
        <w:spacing w:after="80"/>
      </w:pPr>
      <w:r>
        <w:rPr>
          <w:b w:val="0"/>
          <w:i w:val="0"/>
        </w:rPr>
        <w:t>Nếu bà bật tivi lên, bà sẽ thấy Thủ tướng đang được đưa vào Cung điện Buckingham để gặp Nữ hoàng. Ông Callaghan sẽ xin phép bà để giải tán Quốc hội nhằm có thể tổ chức tổng tuyển cử.</w:t>
      </w:r>
    </w:p>
    <w:p>
      <w:pPr>
        <w:spacing w:after="80"/>
      </w:pPr>
      <w:r>
        <w:rPr>
          <w:b w:val="0"/>
          <w:i w:val="0"/>
        </w:rPr>
        <w:t>Đã ấn định ngày chưa?</w:t>
      </w:r>
    </w:p>
    <w:p>
      <w:pPr>
        <w:spacing w:after="80"/>
      </w:pPr>
      <w:r>
        <w:rPr>
          <w:b w:val="0"/>
          <w:i w:val="0"/>
        </w:rPr>
        <w:t>Thứ Năm ngày 3 tháng Năm. Và tôi muốn bà đối đầu trực diện với anh trai mình.</w:t>
      </w:r>
    </w:p>
    <w:p>
      <w:pPr>
        <w:spacing w:after="80"/>
      </w:pPr>
      <w:r>
        <w:rPr>
          <w:b w:val="0"/>
          <w:i w:val="0"/>
        </w:rPr>
        <w:t>Bà đang nghĩ đến điều gì?</w:t>
      </w:r>
    </w:p>
    <w:p>
      <w:pPr>
        <w:spacing w:after="80"/>
      </w:pPr>
      <w:r>
        <w:rPr>
          <w:b w:val="0"/>
          <w:i w:val="0"/>
        </w:rPr>
        <w:t>Như bà có lẽ đã biết, anh ấy một lần nữa phụ trách chiến dịch các ghế sát nút của Đảng Lao động. Khoảng năm mươi hay sáu mươi khu vực bầu cử then chốt đó sẽ quyết định kết quả của cuộc bầu cử. Tôi nghĩ bà sẽ là người lý tưởng để làm đúng công việc đó cho đảng Bảo thủ.</w:t>
      </w:r>
    </w:p>
    <w:p>
      <w:pPr>
        <w:spacing w:after="80"/>
      </w:pPr>
      <w:r>
        <w:rPr>
          <w:b w:val="0"/>
          <w:i w:val="0"/>
        </w:rPr>
        <w:t>Nhưng Giles có kinh nghiệm dày dặn về các chiến dịch bầu cử. Anh ấy là một chính trị gia lão luyện</w:t>
      </w:r>
    </w:p>
    <w:p>
      <w:pPr>
        <w:spacing w:after="80"/>
      </w:pPr>
      <w:r>
        <w:rPr>
          <w:b w:val="0"/>
          <w:i w:val="0"/>
        </w:rPr>
        <w:t>và không ai hiểu anh ấy hơn bà.</w:t>
      </w:r>
    </w:p>
    <w:p>
      <w:pPr>
        <w:spacing w:after="80"/>
      </w:pPr>
      <w:r>
        <w:rPr>
          <w:b w:val="0"/>
          <w:i w:val="0"/>
        </w:rPr>
        <w:t>Chắc phải có cả tá người có trình độ tốt hơn nhiều để đảm nhận trách nhiệm như vậy.</w:t>
      </w:r>
    </w:p>
    <w:p>
      <w:pPr>
        <w:spacing w:after="80"/>
      </w:pPr>
      <w:r>
        <w:rPr>
          <w:b w:val="0"/>
          <w:i w:val="0"/>
        </w:rPr>
        <w:t>Bà là lựa chọn đầu tiên của tôi. Và tôi có cảm giác anh trai bà sẽ không vui khi biết mình đối đầu với ai. Một khoảng lặng dài tiếp theo, trước khi bà Thatcher nói thêm, Hãy lên London gặp chủ tịch đảng, Peter Thorneycroft. Ông ấy đã sắp xếp mọi thứ xong rồi, nên giờ tôi chỉ cần một người điều phối để khiến các chủ tịch địa phương của chúng ta ở những ghế sát nút đó phải khiếp sợ.</w:t>
      </w:r>
    </w:p>
    <w:p>
      <w:pPr>
        <w:spacing w:after="80"/>
      </w:pPr>
      <w:r>
        <w:rPr>
          <w:b w:val="0"/>
          <w:i w:val="0"/>
        </w:rPr>
        <w:t>Lần này Emma không chút do dự. Khi nào tôi bắt đầu?</w:t>
      </w:r>
    </w:p>
    <w:p>
      <w:pPr>
        <w:spacing w:after="80"/>
      </w:pPr>
      <w:r>
        <w:rPr>
          <w:b w:val="0"/>
          <w:i w:val="0"/>
        </w:rPr>
        <w:t>Sáng mai, mười giờ, Văn phòng Trung tâm, trả lời vị lãnh đạo phe đối lập.</w:t>
      </w:r>
    </w:p>
    <w:p>
      <w:pPr>
        <w:jc w:val="center"/>
      </w:pPr>
      <w:r>
        <w:drawing>
          <wp:inline xmlns:a="http://schemas.openxmlformats.org/drawingml/2006/main" xmlns:pic="http://schemas.openxmlformats.org/drawingml/2006/picture">
            <wp:extent cx="304800" cy="85725"/>
            <wp:docPr id="23" name="Picture 2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Ông muốn gặp tôi, thưa chủ tịch.</w:t>
      </w:r>
    </w:p>
    <w:p>
      <w:pPr>
        <w:spacing w:after="80"/>
      </w:pPr>
      <w:r>
        <w:rPr>
          <w:b w:val="0"/>
          <w:i w:val="0"/>
        </w:rPr>
        <w:t>Đúng vậy, và tôi sẽ đi thẳng vào vấn đề, Emma nói ngay cả trước khi Hands kịp ngồi xuống. Tôi đã nhận được vài lời phàn nàn từ các y tá về hành vi phi đạo đức của ông.</w:t>
      </w:r>
    </w:p>
    <w:p>
      <w:pPr>
        <w:spacing w:after="80"/>
      </w:pPr>
      <w:r>
        <w:rPr>
          <w:b w:val="0"/>
          <w:i w:val="0"/>
        </w:rPr>
        <w:t>Vài lời? Hands nói, ngồi xuống ghế, vẻ thư thái.</w:t>
      </w:r>
    </w:p>
    <w:p>
      <w:pPr>
        <w:spacing w:after="80"/>
      </w:pPr>
      <w:r>
        <w:rPr>
          <w:b w:val="0"/>
          <w:i w:val="0"/>
        </w:rPr>
        <w:t>Trong năm qua, Y tá trưởng đã thu thập bằng chứng, và cô ấy đã đề nghị tôi mở một cuộc điều tra chính thức.</w:t>
      </w:r>
    </w:p>
    <w:p>
      <w:pPr>
        <w:spacing w:after="80"/>
      </w:pPr>
      <w:r>
        <w:rPr>
          <w:b w:val="0"/>
          <w:i w:val="0"/>
        </w:rPr>
        <w:t>Cứ tự nhiên, Hands nói. Bà sẽ thấy chẳng có gì đứng vững được đâu, và tôi sẽ hoàn toàn được minh oan.</w:t>
      </w:r>
    </w:p>
    <w:p>
      <w:pPr>
        <w:spacing w:after="80"/>
      </w:pPr>
      <w:r>
        <w:rPr>
          <w:b w:val="0"/>
          <w:i w:val="0"/>
        </w:rPr>
        <w:t>Chẳng có gì đứng vững được? Tôi nghĩ đó là một cách chọn từ đáng tiếc, Tiến sĩ Hands, trừ khi tất nhiên là . . .</w:t>
      </w:r>
    </w:p>
    <w:p>
      <w:pPr>
        <w:spacing w:after="80"/>
      </w:pPr>
      <w:r>
        <w:rPr>
          <w:b w:val="0"/>
          <w:i w:val="0"/>
        </w:rPr>
        <w:t>Bà nói thêm một lời nữa, Phu nhân Clifton, và tôi sẽ chỉ đạo luật sư của mình phát đơn kiện tội phỉ báng.</w:t>
      </w:r>
    </w:p>
    <w:p>
      <w:pPr>
        <w:spacing w:after="80"/>
      </w:pPr>
      <w:r>
        <w:rPr>
          <w:b w:val="0"/>
          <w:i w:val="0"/>
        </w:rPr>
        <w:t>Tôi e là không. Giống như ông, tôi đã chắc chắn rằng không có nhân chứng nào, và dù tôi chấp nhận rằng ông có thể được xóa mọi cáo buộc, tôi định sẽ đảm bảo rằng danh tiếng của ông sẽ tan tành, và ông sẽ không bao giờ tìm được việc làm ở đất nước này nữa. Vậy nên tôi đề nghị</w:t>
      </w:r>
    </w:p>
    <w:p>
      <w:pPr>
        <w:spacing w:after="80"/>
      </w:pPr>
      <w:r>
        <w:rPr>
          <w:b w:val="0"/>
          <w:i w:val="0"/>
        </w:rPr>
        <w:t>Bà đang đe dọa tôi đấy à? Nếu đúng vậy, rất có thể chính danh tiếng của bà sẽ tan tành, một khi cuộc điều tra chứng minh là một sự lãng phí thời gian và tiền bạc, và đúng vào lúc BRI lại một lần nữa lọt vào danh sách đề cử bệnh viện của năm.</w:t>
      </w:r>
    </w:p>
    <w:p>
      <w:pPr>
        <w:spacing w:after="80"/>
      </w:pPr>
      <w:r>
        <w:rPr>
          <w:b w:val="0"/>
          <w:i w:val="0"/>
        </w:rPr>
        <w:t>Vâng, tôi đã tính đến điều đó, Emma nói. Trước đây thế mạnh của ông luôn là lời của ông đối lại lời của một y tá trẻ. Nhưng lần này ông sẽ không phải đối đầu với một cô gái trẻ sợ hãi mà là chủ tịch của bệnh viện. Và đúng, tôi sẵn sàng đánh cược danh tiếng của mình với danh tiếng của ông.</w:t>
      </w:r>
    </w:p>
    <w:p>
      <w:pPr>
        <w:spacing w:after="80"/>
      </w:pPr>
      <w:r>
        <w:rPr>
          <w:b w:val="0"/>
          <w:i w:val="0"/>
        </w:rPr>
        <w:t>Bà đang lừa bịp thôi, Hands nói. Bà còn chưa đầy một năm nữa, và bà thật sự không muốn đây là điều duy nhất người ta nhớ về bà đâu.</w:t>
      </w:r>
    </w:p>
    <w:p>
      <w:pPr>
        <w:spacing w:after="80"/>
      </w:pPr>
      <w:r>
        <w:rPr>
          <w:b w:val="0"/>
          <w:i w:val="0"/>
        </w:rPr>
        <w:t>Lại sai nữa rồi, Tiến sĩ Hands. Khi tôi phơi bày con người thật của ông, tôi ngờ rằng các đồng nghiệp của ông và mười sáu y tá đã cung cấp bằng chứng bằng văn bản Emma gõ nhẹ vào một tập hồ sơ dày trên bàn trước mặt, mà thực ra chỉ là một báo cáo của nhân viên khảo sát sẽ vô cùng biết ơn sự can thiệp của tôi, trong khi ông sẽ thấy khó mà kiếm được việc làm ở một quốc gia nhỏ bé nào đó ở châu Phi.</w:t>
      </w:r>
    </w:p>
    <w:p>
      <w:pPr>
        <w:spacing w:after="80"/>
      </w:pPr>
      <w:r>
        <w:rPr>
          <w:b w:val="0"/>
          <w:i w:val="0"/>
        </w:rPr>
        <w:t>Lần này Hands ngập ngừng trước khi nói. Tôi sẽ liều thử vận may. Tôi tin chắc bà không có đủ bằng chứng để mở một cuộc điều tra.</w:t>
      </w:r>
    </w:p>
    <w:p>
      <w:pPr>
        <w:spacing w:after="80"/>
      </w:pPr>
      <w:r>
        <w:rPr>
          <w:b w:val="0"/>
          <w:i w:val="0"/>
        </w:rPr>
        <w:t>Emma nghiêng người về phía trước, bấm một số điện thoại bên ngoài và chuyển điện thoại sang chế độ loa ngoài. Một lát sau, cả hai cùng nghe thấy từ, Tổng biên tập.</w:t>
      </w:r>
    </w:p>
    <w:p>
      <w:pPr>
        <w:spacing w:after="80"/>
      </w:pPr>
      <w:r>
        <w:rPr>
          <w:b w:val="0"/>
          <w:i w:val="0"/>
        </w:rPr>
        <w:t>Chào buổi sáng, Reg. Emma Clifton đây.</w:t>
      </w:r>
    </w:p>
    <w:p>
      <w:pPr>
        <w:spacing w:after="80"/>
      </w:pPr>
      <w:r>
        <w:rPr>
          <w:b w:val="0"/>
          <w:i w:val="0"/>
        </w:rPr>
        <w:t>Sáng nay cô muốn treo cổ đứa phóng viên nào của tôi đây, Emma?</w:t>
      </w:r>
    </w:p>
    <w:p>
      <w:pPr>
        <w:spacing w:after="80"/>
      </w:pPr>
      <w:r>
        <w:rPr>
          <w:b w:val="0"/>
          <w:i w:val="0"/>
        </w:rPr>
        <w:t>Lần này không phải phóng viên của ông. Mà là một bác sĩ của tôi.</w:t>
      </w:r>
    </w:p>
    <w:p>
      <w:pPr>
        <w:spacing w:after="80"/>
      </w:pPr>
      <w:r>
        <w:rPr>
          <w:b w:val="0"/>
          <w:i w:val="0"/>
        </w:rPr>
        <w:t>Nói tiếp đi.</w:t>
      </w:r>
    </w:p>
    <w:p>
      <w:pPr>
        <w:spacing w:after="80"/>
      </w:pPr>
      <w:r>
        <w:rPr>
          <w:b w:val="0"/>
          <w:i w:val="0"/>
        </w:rPr>
        <w:t>Tôi sắp mở một cuộc điều tra về hành vi của một bác sĩ tại bệnh viện, và tôi nghĩ ông sẽ muốn biết chuyện này trước khi báo chí quốc gia nắm được câu chuyện.</w:t>
      </w:r>
    </w:p>
    <w:p>
      <w:pPr>
        <w:spacing w:after="80"/>
      </w:pPr>
      <w:r>
        <w:rPr>
          <w:b w:val="0"/>
          <w:i w:val="0"/>
        </w:rPr>
        <w:t>Cô thật tốt bụng, Emma. Những bàn tay bắt đầu vẫy về phía cô điên cuồng. Nhưng nếu câu chuyện này muốn kịp vào số báo cuối ngày, tôi sẽ cần cử một phóng viên đến bệnh viện ngay lập tức.</w:t>
      </w:r>
    </w:p>
    <w:p>
      <w:pPr>
        <w:spacing w:after="80"/>
      </w:pPr>
      <w:r>
        <w:rPr>
          <w:b w:val="0"/>
          <w:i w:val="0"/>
        </w:rPr>
        <w:t>Tôi có một cuộc hẹn lúc mười một giờ, Emma nói, mắt nhìn xuống cuốn nhật ký, nhưng tôi sẽ gọi lại cho ông trong vài phút nữa nếu tôi sắp xếp lại được.</w:t>
      </w:r>
    </w:p>
    <w:p>
      <w:pPr>
        <w:spacing w:after="80"/>
      </w:pPr>
      <w:r>
        <w:rPr>
          <w:b w:val="0"/>
          <w:i w:val="0"/>
        </w:rPr>
        <w:t>Khi Emma gác máy, cô nhận thấy những giọt mồ hôi đang lấm tấm trên trán Hand.</w:t>
      </w:r>
    </w:p>
    <w:p>
      <w:pPr>
        <w:spacing w:after="80"/>
      </w:pPr>
      <w:r>
        <w:rPr>
          <w:b w:val="0"/>
          <w:i w:val="0"/>
        </w:rPr>
        <w:t xml:space="preserve">Nếu tôi phải hủy cuộc hẹn với phóng viên của </w:t>
      </w:r>
      <w:r>
        <w:rPr>
          <w:b w:val="0"/>
          <w:i/>
        </w:rPr>
        <w:t>Bristol Evening News</w:t>
      </w:r>
      <w:r>
        <w:rPr>
          <w:b w:val="0"/>
          <w:i w:val="0"/>
        </w:rPr>
        <w:t>, cô nói, một lần nữa gõ vào tập hồ sơ, thì tôi mong ông rời khỏi khuôn viên này trước giữa trưa. Bằng không, tôi khuyên ông nên mua số báo cuối ngày hôm nay, trong đó ông sẽ khám phá chính xác tôi nghĩ gì về những bác sĩ như ông. Nhớ ở cạnh điện thoại nhé, vì tôi có cảm giác họ sẽ muốn nghe phía ông của câu chuyện.</w:t>
      </w:r>
    </w:p>
    <w:p>
      <w:pPr>
        <w:spacing w:after="80"/>
      </w:pPr>
      <w:r>
        <w:rPr>
          <w:b w:val="0"/>
          <w:i w:val="0"/>
        </w:rPr>
        <w:t>Hand đứng dậy loạng choạng khỏi ghế và rời khỏi phòng không nói thêm lời nào. Khi cánh cửa đã đóng lại, Emma nhấc điện thoại và bấm lại số mà cô đã hứa sẽ gọi lại.</w:t>
      </w:r>
    </w:p>
    <w:p>
      <w:pPr>
        <w:spacing w:after="80"/>
      </w:pPr>
      <w:r>
        <w:rPr>
          <w:b w:val="0"/>
          <w:i w:val="0"/>
        </w:rPr>
        <w:t>Cảm ơn anh, cô nói, khi một giọng nói vang lên đầu dây.</w:t>
      </w:r>
    </w:p>
    <w:p>
      <w:pPr>
        <w:spacing w:after="80"/>
      </w:pPr>
      <w:r>
        <w:rPr>
          <w:b w:val="0"/>
          <w:i w:val="0"/>
        </w:rPr>
        <w:t>Rất hân hạnh, Harry nói. Mấy giờ em về nhà ăn tối?</w:t>
      </w:r>
    </w:p>
    <w:p>
      <w:pPr>
        <w:jc w:val="center"/>
      </w:pPr>
      <w:r>
        <w:drawing>
          <wp:inline xmlns:a="http://schemas.openxmlformats.org/drawingml/2006/main" xmlns:pic="http://schemas.openxmlformats.org/drawingml/2006/picture">
            <wp:extent cx="304800" cy="85725"/>
            <wp:docPr id="24" name="Picture 2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Nếu em định dành cả tháng tới ở London, Harry nói sau khi nghe tin của Emma, thì em định ở đâu?</w:t>
      </w:r>
    </w:p>
    <w:p>
      <w:pPr>
        <w:spacing w:after="80"/>
      </w:pPr>
      <w:r>
        <w:rPr>
          <w:b w:val="0"/>
          <w:i w:val="0"/>
        </w:rPr>
        <w:t>Ở nhà Giles. Như vậy em sẽ có thể theo dõi sát sao từng bước đi của anh ta.</w:t>
      </w:r>
    </w:p>
    <w:p>
      <w:pPr>
        <w:spacing w:after="80"/>
      </w:pPr>
      <w:r>
        <w:rPr>
          <w:b w:val="0"/>
          <w:i w:val="0"/>
        </w:rPr>
        <w:t>Và anh ta theo dõi em. Nhưng anh không thấy anh ta sẽ đồng ý với một sự sắp xếp ấm cúng nhỏ bé như vậy đâu.</w:t>
      </w:r>
    </w:p>
    <w:p>
      <w:pPr>
        <w:spacing w:after="80"/>
      </w:pPr>
      <w:r>
        <w:rPr>
          <w:b w:val="0"/>
          <w:i w:val="0"/>
        </w:rPr>
        <w:t>Anh ta sẽ không được lựa chọn nhiều, Emma nói. Chắc anh quên mất rằng em sở hữu quyền sở hữu vĩnh viễn căn số hai mươi ba Smith Square. Nên nếu ai đó phải đi tìm chỗ ở tạm thời, thì đó sẽ là Giles, không phải em.</w:t>
      </w:r>
    </w:p>
    <w:p>
      <w:pPr>
        <w:pStyle w:val="Heading1"/>
        <w:jc w:val="center"/>
      </w:pPr>
      <w:r>
        <w:rPr>
          <w:rFonts w:ascii="Calibri" w:hAnsi="Calibri"/>
          <w:b/>
          <w:i w:val="0"/>
          <w:sz w:val="40"/>
        </w:rPr>
        <w:t>GILES BARRINGTON</w:t>
      </w:r>
    </w:p>
    <w:p>
      <w:pPr>
        <w:pStyle w:val="Heading2"/>
        <w:jc w:val="center"/>
      </w:pPr>
      <w:r>
        <w:rPr>
          <w:rFonts w:ascii="Calibri" w:hAnsi="Calibri"/>
          <w:b/>
          <w:i w:val="0"/>
          <w:sz w:val="32"/>
        </w:rPr>
        <w:t>19791981</w:t>
      </w:r>
    </w:p>
    <w:p>
      <w:pPr>
        <w:pStyle w:val="Heading1"/>
        <w:jc w:val="center"/>
      </w:pPr>
      <w:r>
        <w:rPr>
          <w:rFonts w:ascii="Calibri" w:hAnsi="Calibri"/>
          <w:b/>
          <w:i w:val="0"/>
          <w:sz w:val="40"/>
        </w:rPr>
        <w:t>6</w:t>
      </w:r>
    </w:p>
    <w:p>
      <w:pPr>
        <w:spacing w:after="80"/>
      </w:pPr>
      <w:r>
        <w:rPr>
          <w:b w:val="0"/>
          <w:i w:val="0"/>
        </w:rPr>
        <w:t>ANH CÓ MUỐN nghe tin xấu không? Giles vừa nói vừa sải bước vào văn phòng của Griff Haskins và ngồi phịch xuống chiếc ghế đối diện một người đàn ông đang châm điếu thuốc thứ tư trong buổi sáng.</w:t>
      </w:r>
    </w:p>
    <w:p>
      <w:pPr>
        <w:spacing w:after="80"/>
      </w:pPr>
      <w:r>
        <w:rPr>
          <w:b w:val="0"/>
          <w:i w:val="0"/>
        </w:rPr>
        <w:t>Tony Benn bị phát hiện say rượu trong một nhà thổ à?</w:t>
      </w:r>
    </w:p>
    <w:p>
      <w:pPr>
        <w:spacing w:after="80"/>
      </w:pPr>
      <w:r>
        <w:rPr>
          <w:b w:val="0"/>
          <w:i w:val="0"/>
        </w:rPr>
        <w:t>Còn tệ hơn. Em gái tôi đang đứng đầu chiến dịch tranh cử ở ghế bấp bênh của đảng Bảo thủ.</w:t>
      </w:r>
    </w:p>
    <w:p>
      <w:pPr>
        <w:spacing w:after="80"/>
      </w:pPr>
      <w:r>
        <w:rPr>
          <w:b w:val="0"/>
          <w:i w:val="0"/>
        </w:rPr>
        <w:t>Người đại diện kỳ cựu của đảng Lao động gục xuống ghế và không nói gì một lúc lâu. Một đối thủ đáng gờm, cuối cùng ông mới thốt lên. Và nghĩ lại thì chính tôi đã dạy cô ấy mọi thứ cô ấy biết. Không ít thì nhiều, kể cả cách đánh vào một ghế bấp bênh.</w:t>
      </w:r>
    </w:p>
    <w:p>
      <w:pPr>
        <w:spacing w:after="80"/>
      </w:pPr>
      <w:r>
        <w:rPr>
          <w:b w:val="0"/>
          <w:i w:val="0"/>
        </w:rPr>
        <w:t>Còn tệ hơn nữa. Cô ấy sẽ ở cùng tôi tại Smith Square suốt thời gian diễn ra chiến dịch.</w:t>
      </w:r>
    </w:p>
    <w:p>
      <w:pPr>
        <w:spacing w:after="80"/>
      </w:pPr>
      <w:r>
        <w:rPr>
          <w:b w:val="0"/>
          <w:i w:val="0"/>
        </w:rPr>
        <w:t>Vậy thì tống cổ cô ta ra đường đi, Griff nói, giọng như thể ông thật sự muốn thế.</w:t>
      </w:r>
    </w:p>
    <w:p>
      <w:pPr>
        <w:spacing w:after="80"/>
      </w:pPr>
      <w:r>
        <w:rPr>
          <w:b w:val="0"/>
          <w:i w:val="0"/>
        </w:rPr>
        <w:t>Tôi không thể. Thật ra cô ấy là chủ căn nhà. Tôi vẫn luôn là người thuê của cô ấy.</w:t>
      </w:r>
    </w:p>
    <w:p>
      <w:pPr>
        <w:spacing w:after="80"/>
      </w:pPr>
      <w:r>
        <w:rPr>
          <w:b w:val="0"/>
          <w:i w:val="0"/>
        </w:rPr>
        <w:t>Điều này khiến Griff im lặng một lúc, nhưng ông nhanh chóng lấy lại tinh thần. Vậy thì chúng ta phải tận dụng điều đó. Nếu Karin có thể biết được vào buổi sáng hôm đó cô ta định làm gì, thì chúng ta sẽ luôn đi trước một bước.</w:t>
      </w:r>
    </w:p>
    <w:p>
      <w:pPr>
        <w:spacing w:after="80"/>
      </w:pPr>
      <w:r>
        <w:rPr>
          <w:b w:val="0"/>
          <w:i w:val="0"/>
        </w:rPr>
        <w:t>Ý hay đấy, Giles nói, chỉ có điều tôi không chắc vợ tôi đứng về phe nào.</w:t>
      </w:r>
    </w:p>
    <w:p>
      <w:pPr>
        <w:spacing w:after="80"/>
      </w:pPr>
      <w:r>
        <w:rPr>
          <w:b w:val="0"/>
          <w:i w:val="0"/>
        </w:rPr>
        <w:t>Vậy thì tống cổ cô ta ra đường đi.</w:t>
      </w:r>
    </w:p>
    <w:p>
      <w:pPr>
        <w:spacing w:after="80"/>
      </w:pPr>
      <w:r>
        <w:rPr>
          <w:b w:val="0"/>
          <w:i w:val="0"/>
        </w:rPr>
        <w:t>Tôi không nghĩ làm thế sẽ giành được lá phiếu của phụ nữ đâu.</w:t>
      </w:r>
    </w:p>
    <w:p>
      <w:pPr>
        <w:spacing w:after="80"/>
      </w:pPr>
      <w:r>
        <w:rPr>
          <w:b w:val="0"/>
          <w:i w:val="0"/>
        </w:rPr>
        <w:t>Vậy thì chúng ta phải trông cậy vào Markham. Bảo anh ta nghe lén các cuộc điện thoại của cô ta, mở thư của cô ta nếu cần.</w:t>
      </w:r>
    </w:p>
    <w:p>
      <w:pPr>
        <w:spacing w:after="80"/>
      </w:pPr>
      <w:r>
        <w:rPr>
          <w:b w:val="0"/>
          <w:i w:val="0"/>
        </w:rPr>
        <w:t>Markham bỏ phiếu cho đảng Bảo thủ. Lúc nào cũng vậy.</w:t>
      </w:r>
    </w:p>
    <w:p>
      <w:pPr>
        <w:spacing w:after="80"/>
      </w:pPr>
      <w:r>
        <w:rPr>
          <w:b w:val="0"/>
          <w:i w:val="0"/>
        </w:rPr>
        <w:t>Có ai trong nhà cô ủng hộ đảng Lao động không?</w:t>
      </w:r>
    </w:p>
    <w:p>
      <w:pPr>
        <w:spacing w:after="80"/>
      </w:pPr>
      <w:r>
        <w:rPr>
          <w:b w:val="0"/>
          <w:i w:val="0"/>
        </w:rPr>
        <w:t>Silvina, người dọn dẹp của tôi. Nhưng cô ấy nói tiếng Anh không tốt lắm, và tôi không chắc cô ấy có quyền bỏ phiếu.</w:t>
      </w:r>
    </w:p>
    <w:p>
      <w:pPr>
        <w:spacing w:after="80"/>
      </w:pPr>
      <w:r>
        <w:rPr>
          <w:b w:val="0"/>
          <w:i w:val="0"/>
        </w:rPr>
        <w:t>Vậy thì cô sẽ phải mở to mắt và vểnh tai lên, vì tôi muốn biết em gái cô đang làm gì từng phút mỗi ngày. Cô ấy nhắm vào những khu vực bầu cử nào, những nhân vật bảo thủ hàng đầu nào sẽ đến thăm những khu vực đó và bất cứ điều gì khác cô có thể phát hiện ra.</w:t>
      </w:r>
    </w:p>
    <w:p>
      <w:pPr>
        <w:spacing w:after="80"/>
      </w:pPr>
      <w:r>
        <w:rPr>
          <w:b w:val="0"/>
          <w:i w:val="0"/>
        </w:rPr>
        <w:t>Cô ấy cũng sẽ háo hức tìm hiểu xem tôi đang làm gì, Giles nói.</w:t>
      </w:r>
    </w:p>
    <w:p>
      <w:pPr>
        <w:spacing w:after="80"/>
      </w:pPr>
      <w:r>
        <w:rPr>
          <w:b w:val="0"/>
          <w:i w:val="0"/>
        </w:rPr>
        <w:t>Vậy thì chúng ta phải cung cấp cho cô ấy thông tin sai lệch.</w:t>
      </w:r>
    </w:p>
    <w:p>
      <w:pPr>
        <w:spacing w:after="80"/>
      </w:pPr>
      <w:r>
        <w:rPr>
          <w:b w:val="0"/>
          <w:i w:val="0"/>
        </w:rPr>
        <w:t>Đến ngày thứ hai là cô ấy sẽ nhận ra ngay.</w:t>
      </w:r>
    </w:p>
    <w:p>
      <w:pPr>
        <w:spacing w:after="80"/>
      </w:pPr>
      <w:r>
        <w:rPr>
          <w:b w:val="0"/>
          <w:i w:val="0"/>
        </w:rPr>
        <w:t>Có thể lắm, nhưng đừng quên, cô có nhiều kinh nghiệm hơn cô ấy nhiều khi nói đến việc tranh cử. Cô ấy sẽ phải học hỏi rất nhiều và phụ thuộc rất nhiều vào người đối tác của tôi.</w:t>
      </w:r>
    </w:p>
    <w:p>
      <w:pPr>
        <w:spacing w:after="80"/>
      </w:pPr>
      <w:r>
        <w:rPr>
          <w:b w:val="0"/>
          <w:i w:val="0"/>
        </w:rPr>
        <w:t>Cô có biết ông ta không?</w:t>
      </w:r>
    </w:p>
    <w:p>
      <w:pPr>
        <w:spacing w:after="80"/>
      </w:pPr>
      <w:r>
        <w:rPr>
          <w:b w:val="0"/>
          <w:i w:val="0"/>
        </w:rPr>
        <w:t>John Lacy, Griff nói. Tôi biết ông ta rõ hơn cả anh trai ruột của mình. Tôi đã đóng vai Cain với Abel của ông ta hơn ba mươi năm rồi. Ông dụi tắt điếu thuốc trước khi châm điếu khác. Tôi lần đầu gặp Lacy vào năm 1945, Attlee đối đầu Churchill, và như một con chó Rottweiler, ông ta cứ liếm vết thương của mình từ đó đến giờ.</w:t>
      </w:r>
    </w:p>
    <w:p>
      <w:pPr>
        <w:spacing w:after="80"/>
      </w:pPr>
      <w:r>
        <w:rPr>
          <w:b w:val="0"/>
          <w:i w:val="0"/>
        </w:rPr>
        <w:t>Vậy thì hãy lấy Clem Attlee làm nguồn cảm hứng, và làm những gì ông ấy đã làm với Churchill.</w:t>
      </w:r>
    </w:p>
    <w:p>
      <w:pPr>
        <w:spacing w:after="80"/>
      </w:pPr>
      <w:r>
        <w:rPr>
          <w:b w:val="0"/>
          <w:i w:val="0"/>
        </w:rPr>
        <w:t>Đây có lẽ là cuộc bầu cử cuối cùng của ông ta, Griff nói, gần như thể đang tự nói với chính mình.</w:t>
      </w:r>
    </w:p>
    <w:p>
      <w:pPr>
        <w:spacing w:after="80"/>
      </w:pPr>
      <w:r>
        <w:rPr>
          <w:b w:val="0"/>
          <w:i w:val="0"/>
        </w:rPr>
        <w:t>Của chúng ta cũng vậy, Giles nói, nếu chúng ta thua.</w:t>
      </w:r>
    </w:p>
    <w:p>
      <w:pPr>
        <w:jc w:val="center"/>
      </w:pPr>
      <w:r>
        <w:drawing>
          <wp:inline xmlns:a="http://schemas.openxmlformats.org/drawingml/2006/main" xmlns:pic="http://schemas.openxmlformats.org/drawingml/2006/picture">
            <wp:extent cx="304800" cy="85725"/>
            <wp:docPr id="25" name="Picture 2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Nếu cô sống chung nhà với anh trai mình, Lacy nói, chúng ta phải tận dụng điều đó.</w:t>
      </w:r>
    </w:p>
    <w:p>
      <w:pPr>
        <w:spacing w:after="80"/>
      </w:pPr>
      <w:r>
        <w:rPr>
          <w:b w:val="0"/>
          <w:i w:val="0"/>
        </w:rPr>
        <w:t>Emma nhìn qua bàn làm việc về phía chánh văn phòng của mình và cảm thấy cô đang nhanh chóng hiểu được cách ông ta suy nghĩ. Lacy chắc cao khoảng 5 foot 7 inch và, mặc dù ông ta chưa từng tham gia môn thể thao nào ngoài việc chọc tức đảng Lao động, trên người ông ta không có một chút mỡ thừa nào. Một người đàn ông coi giấc ngủ là thứ xa xỉ mà ông không thể có, không tin vào giờ nghỉ trưa, chưa từng hút thuốc hay uống rượu, và chỉ rời bỏ đảng vào sáng Chủ nhật để thờ phụng đấng duy nhất mà ông coi là cao hơn cả lãnh đạo của mình. Mái tóc bạc thưa thớt khiến ông trông già hơn tuổi thật, và đôi mắt xanh sắc lẹm của ông chưa bao giờ rời khỏi người đối diện.</w:t>
      </w:r>
    </w:p>
    <w:p>
      <w:pPr>
        <w:spacing w:after="80"/>
      </w:pPr>
      <w:r>
        <w:rPr>
          <w:b w:val="0"/>
          <w:i w:val="0"/>
        </w:rPr>
        <w:t>Ông đang nghĩ gì vậy? Emma hỏi.</w:t>
      </w:r>
    </w:p>
    <w:p>
      <w:pPr>
        <w:spacing w:after="80"/>
      </w:pPr>
      <w:r>
        <w:rPr>
          <w:b w:val="0"/>
          <w:i w:val="0"/>
        </w:rPr>
        <w:t>Ngay khi anh trai cô rời khỏi nhà vào buổi sáng, tôi cần biết anh ta định đến thăm những khu vực bầu cử nào, và những chính trị gia cấp cao nào của đảng Lao động sẽ đi cùng anh ta, để nhân viên của chúng ta có thể chờ sẵn họ khi họ bước xuống tàu.</w:t>
      </w:r>
    </w:p>
    <w:p>
      <w:pPr>
        <w:spacing w:after="80"/>
      </w:pPr>
      <w:r>
        <w:rPr>
          <w:b w:val="0"/>
          <w:i w:val="0"/>
        </w:rPr>
        <w:t>Thật là ám muội, phải không?</w:t>
      </w:r>
    </w:p>
    <w:p>
      <w:pPr>
        <w:spacing w:after="80"/>
      </w:pPr>
      <w:r>
        <w:rPr>
          <w:b w:val="0"/>
          <w:i w:val="0"/>
        </w:rPr>
        <w:t>Xin cứ yên tâm, Phu nhân Clifton</w:t>
      </w:r>
    </w:p>
    <w:p>
      <w:pPr>
        <w:spacing w:after="80"/>
      </w:pPr>
      <w:r>
        <w:rPr>
          <w:b w:val="0"/>
          <w:i w:val="0"/>
        </w:rPr>
        <w:t>Emma.</w:t>
      </w:r>
    </w:p>
    <w:p>
      <w:pPr>
        <w:spacing w:after="80"/>
      </w:pPr>
      <w:r>
        <w:rPr>
          <w:b w:val="0"/>
          <w:i w:val="0"/>
        </w:rPr>
        <w:t>Emma. Chúng ta không phải đang cố thắng một cuộc thi nướng bánh ở hội chợ làng quê của cô, mà là một cuộc tổng tuyển cử. Mức cược không thể cao hơn được nữa. Cô phải xem bất kỳ người theo chủ nghĩa xã hội nào là kẻ thù, bởi vì đây là một cuộc chiến toàn diện. Nhiệm vụ của chúng ta là đảm bảo rằng trong bốn tuần nữa, không một ai trong số họ còn đứng vững, và điều đó bao gồm cả anh trai cô.</w:t>
      </w:r>
    </w:p>
    <w:p>
      <w:pPr>
        <w:spacing w:after="80"/>
      </w:pPr>
      <w:r>
        <w:rPr>
          <w:b w:val="0"/>
          <w:i w:val="0"/>
        </w:rPr>
        <w:t>Có lẽ tôi sẽ cần chút thời gian để quen với điều đó.</w:t>
      </w:r>
    </w:p>
    <w:p>
      <w:pPr>
        <w:spacing w:after="80"/>
      </w:pPr>
      <w:r>
        <w:rPr>
          <w:b w:val="0"/>
          <w:i w:val="0"/>
        </w:rPr>
        <w:t>Cô có hai mươi bốn giờ để bắt kịp. Và đừng bao giờ quên, anh trai cô là người giỏi nhất, còn Griff Haskins là kẻ tệ nhất, điều đó khiến họ trở thành một cặp đôi đáng gờm.</w:t>
      </w:r>
    </w:p>
    <w:p>
      <w:pPr>
        <w:spacing w:after="80"/>
      </w:pPr>
      <w:r>
        <w:rPr>
          <w:b w:val="0"/>
          <w:i w:val="0"/>
        </w:rPr>
        <w:t>Vậy tôi bắt đầu từ đâu?</w:t>
      </w:r>
    </w:p>
    <w:p>
      <w:pPr>
        <w:spacing w:after="80"/>
      </w:pPr>
      <w:r>
        <w:rPr>
          <w:b w:val="0"/>
          <w:i w:val="0"/>
        </w:rPr>
        <w:t>Lacy đứng dậy từ sau bàn làm việc và bước tới một tấm biểu đồ lớn ghim trên tường.</w:t>
      </w:r>
    </w:p>
    <w:p>
      <w:pPr>
        <w:spacing w:after="80"/>
      </w:pPr>
      <w:r>
        <w:rPr>
          <w:b w:val="0"/>
          <w:i w:val="0"/>
        </w:rPr>
        <w:t>Đây là sáu mươi hai ghế sát nút mà chúng ta phải thắng nếu hy vọng thành lập chính phủ tiếp theo, ông nói, ngay cả trước khi Emma kịp đến bên cạnh. Mỗi ghế trong số này chỉ cần một mức dao động bốn phần trăm hoặc ít hơn để đổi màu. Nếu cả hai đảng lớn đều giành được ba mươi mốt trong số những ghế này, ông gõ vào biểu đồ, thì sẽ là một quốc hội treo. Nếu một trong hai đảng giành thêm được mười ghế, họ sẽ có đa số hai mươi ghế trong Hạ viện. Công việc của chúng ta quan trọng đến mức đó đấy.</w:t>
      </w:r>
    </w:p>
    <w:p>
      <w:pPr>
        <w:spacing w:after="80"/>
      </w:pPr>
      <w:r>
        <w:rPr>
          <w:b w:val="0"/>
          <w:i w:val="0"/>
        </w:rPr>
        <w:t>Còn sáu trăm ghế khác thì sao?</w:t>
      </w:r>
    </w:p>
    <w:p>
      <w:pPr>
        <w:spacing w:after="80"/>
      </w:pPr>
      <w:r>
        <w:rPr>
          <w:b w:val="0"/>
          <w:i w:val="0"/>
        </w:rPr>
        <w:t>Hầu hết trong số đó đã được định đoạt từ lâu trước khi hòm phiếu được mở. Chúng ta chỉ quan tâm đến những ghế mà người ta đếm phiếu, chứ không phải cân phiếu. Tất nhiên sẽ có một hai bất ngờ, lúc nào chẳng vậy, nhưng chúng ta không có thời gian để cố tìm ra đó sẽ là những ghế nào. Nhiệm vụ của chúng ta là tập trung vào sáu mươi hai ghế sát nút và cố đảm bảo mỗi ghế trong số đó bầu ra một Nghị sĩ Đảng Bảo thủ.</w:t>
      </w:r>
    </w:p>
    <w:p>
      <w:pPr>
        <w:spacing w:after="80"/>
      </w:pPr>
      <w:r>
        <w:rPr>
          <w:b w:val="0"/>
          <w:i w:val="0"/>
        </w:rPr>
        <w:t>Emma chăm chú nhìn hơn vào danh sách dài các ghế, bắt đầu từ ghế sát nút nhất, Basildon, Đảng Lao động hơn 22 phiếu, cần dao động 0.1 phần trăm.</w:t>
      </w:r>
    </w:p>
    <w:p>
      <w:pPr>
        <w:spacing w:after="80"/>
      </w:pPr>
      <w:r>
        <w:rPr>
          <w:b w:val="0"/>
          <w:i w:val="0"/>
        </w:rPr>
        <w:t>Nếu chúng ta không thắng được ghế đó, Lacy nói, chúng ta sẽ phải chịu đựng thêm năm năm chính phủ Lao động nữa. Ngón tay ông chỉ vụt xuống cuối biểu đồ. Gravesend, cần dao động 4.1 phần trăm. Nếu đó hóa ra là mức dao động đồng đều trên toàn quốc, thì nó sẽ đảm bảo cho Đảng Bảo thủ đa số ba mươi ghế.</w:t>
      </w:r>
    </w:p>
    <w:p>
      <w:pPr>
        <w:spacing w:after="80"/>
      </w:pPr>
      <w:r>
        <w:rPr>
          <w:b w:val="0"/>
          <w:i w:val="0"/>
        </w:rPr>
        <w:t>Bảy ô vuông nhỏ bên cạnh mỗi khu vực bầu cử là gì vậy?</w:t>
      </w:r>
    </w:p>
    <w:p>
      <w:pPr>
        <w:spacing w:after="80"/>
      </w:pPr>
      <w:r>
        <w:rPr>
          <w:b w:val="0"/>
          <w:i w:val="0"/>
        </w:rPr>
        <w:t>Chúng ta cần đánh dấu từng ô một trong số đó trước ngày bầu cử.</w:t>
      </w:r>
    </w:p>
    <w:p>
      <w:pPr>
        <w:spacing w:after="80"/>
      </w:pPr>
      <w:r>
        <w:rPr>
          <w:b w:val="0"/>
          <w:i w:val="0"/>
        </w:rPr>
        <w:t>Emma nghiên cứu các tiêu đề: Ứng viên, Dao động cần thiết, Đại diện bầu cử, Chủ tịch, Tài xế, Khu vực bầu cử được chọn, AOP.</w:t>
      </w:r>
    </w:p>
    <w:p>
      <w:pPr>
        <w:spacing w:after="80"/>
      </w:pPr>
      <w:r>
        <w:rPr>
          <w:b w:val="0"/>
          <w:i w:val="0"/>
        </w:rPr>
        <w:t>Có ba ghế mà vẫn chưa có ứng viên nào cả, Emma nói, mắt dán vào danh sách với vẻ không tin nổi.</w:t>
      </w:r>
    </w:p>
    <w:p>
      <w:pPr>
        <w:spacing w:after="80"/>
      </w:pPr>
      <w:r>
        <w:rPr>
          <w:b w:val="0"/>
          <w:i w:val="0"/>
        </w:rPr>
        <w:t>Họ sẽ có ứng viên trước cuối tuần, nếu không thì họ có thể đưa một thành viên Đảng Lao động vào mà không bị cạnh tranh, và chúng ta sẽ không để chuyện đó xảy ra.</w:t>
      </w:r>
    </w:p>
    <w:p>
      <w:pPr>
        <w:spacing w:after="80"/>
      </w:pPr>
      <w:r>
        <w:rPr>
          <w:b w:val="0"/>
          <w:i w:val="0"/>
        </w:rPr>
        <w:t>Nhưng lỡ chúng ta không tìm được ứng viên phù hợp trong thời gian gấp gáp thế này thì sao?</w:t>
      </w:r>
    </w:p>
    <w:p>
      <w:pPr>
        <w:spacing w:after="80"/>
      </w:pPr>
      <w:r>
        <w:rPr>
          <w:b w:val="0"/>
          <w:i w:val="0"/>
        </w:rPr>
        <w:t>Thì chúng ta sẽ tìm được ai đó, Lacy nói, kể cả có là kẻ ngốc của làng đi nữa, mà bên phía chúng ta trong Hạ viện đã có một hai người như thế rồi, vài người trong số họ còn ngồi ở những ghế an toàn.</w:t>
      </w:r>
    </w:p>
    <w:p>
      <w:pPr>
        <w:spacing w:after="80"/>
      </w:pPr>
      <w:r>
        <w:rPr>
          <w:b w:val="0"/>
          <w:i w:val="0"/>
        </w:rPr>
        <w:t>Emma bật cười, mắt cô chuyển sang mục Khu vực bầu cử được nhận nuôi.</w:t>
      </w:r>
    </w:p>
    <w:p>
      <w:pPr>
        <w:spacing w:after="80"/>
      </w:pPr>
      <w:r>
        <w:rPr>
          <w:b w:val="0"/>
          <w:i w:val="0"/>
        </w:rPr>
        <w:t>Một ghế an toàn sẽ nhận nuôi một khu vực bầu cử sát nách đang mong manh, Lacy giải thích, cung cấp cho nó sự hỗ trợ của một đại diện giàu kinh nghiệm, những người đi vận động, thậm chí cả tiền khi cần. Chúng ta có một quỹ dự trữ với đủ tiền mặt để cấp cho bất kỳ ghế mong manh nào mười nghìn bảng Anh trong nháy mắt.</w:t>
      </w:r>
    </w:p>
    <w:p>
      <w:pPr>
        <w:spacing w:after="80"/>
      </w:pPr>
      <w:r>
        <w:rPr>
          <w:b w:val="0"/>
          <w:i w:val="0"/>
        </w:rPr>
        <w:t>Vâng, tôi đã biết điều đó trong kỳ bầu cử trước khi tôi làm việc ở vùng West Country, Emma nói. Nhưng tôi thấy một số khu vực bầu cử hợp tác hơn những nơi khác.</w:t>
      </w:r>
    </w:p>
    <w:p>
      <w:pPr>
        <w:spacing w:after="80"/>
      </w:pPr>
      <w:r>
        <w:rPr>
          <w:b w:val="0"/>
          <w:i w:val="0"/>
        </w:rPr>
        <w:t>Và cô sẽ thấy điều đó giống hệt trên khắp cả nước. Những chủ tịch địa phương nghĩ rằng họ biết cách điều hành chiến dịch tốt hơn chúng ta, những thủ quỹ thà thua một cuộc bầu cử còn hơn rời tay một xu từ tài khoản vãng lai của họ, những Nghị sĩ Quốc hội khẳng định họ có thể mất ghế ngay cả khi họ có đa số hai mươi nghìn phiếu. Mỗi khi chúng ta vấp phải những vấn đề kiểu đó, cô sẽ là người phải gọi cho chủ tịch khu vực bầu cử và giải quyết. Không chỉ vì họ sẽ chẳng để ý đến một đại diện, dù cấp cao đến đâu, và nhất là khi ai cũng biết cô có tai của Mẹ.</w:t>
      </w:r>
    </w:p>
    <w:p>
      <w:pPr>
        <w:spacing w:after="80"/>
      </w:pPr>
      <w:r>
        <w:rPr>
          <w:b w:val="0"/>
          <w:i w:val="0"/>
        </w:rPr>
        <w:t>Mẹ?</w:t>
      </w:r>
    </w:p>
    <w:p>
      <w:pPr>
        <w:spacing w:after="80"/>
      </w:pPr>
      <w:r>
        <w:rPr>
          <w:b w:val="0"/>
          <w:i w:val="0"/>
        </w:rPr>
        <w:t>Xin lỗi, Lacy nói. Đó là cách gọi tắt của đại diện dành cho người lãnh đạo. Emma mỉm cười.</w:t>
      </w:r>
    </w:p>
    <w:p>
      <w:pPr>
        <w:spacing w:after="80"/>
      </w:pPr>
      <w:r>
        <w:rPr>
          <w:b w:val="0"/>
          <w:i w:val="0"/>
        </w:rPr>
        <w:t>Còn OAP? cô hỏi, đặt một ngón tay lên dòng cuối cùng.</w:t>
      </w:r>
    </w:p>
    <w:p>
      <w:pPr>
        <w:spacing w:after="80"/>
      </w:pPr>
      <w:r>
        <w:rPr>
          <w:b w:val="0"/>
          <w:i w:val="0"/>
        </w:rPr>
        <w:t>Không phải những người hưởng lương hưu tuổi già đâu, Lacy nói, mặc dù họ có thể sẽ quyết định ai thắng cử đấy, vì giả sử họ có thể đi bỏ phiếu được, thì họ là những người dễ đi bầu nhất. Và kể cả khi họ không đi nổi, chúng ta sẽ cấp một chiếc xe và tài xế đưa họ đến phòng bỏ phiếu gần nhất. Khi tôi còn là một đại diện trẻ, tôi thậm chí đã giúp một người đến phòng bỏ phiếu trên cáng. Mãi đến khi tôi đưa ông ấy về nhà, ông ấy mới nói với tôi rằng ông ấy đã bỏ phiếu cho Đảng Lao động.</w:t>
      </w:r>
    </w:p>
    <w:p>
      <w:pPr>
        <w:spacing w:after="80"/>
      </w:pPr>
      <w:r>
        <w:rPr>
          <w:b w:val="0"/>
          <w:i w:val="0"/>
        </w:rPr>
        <w:t>Emma cố giữ vẻ mặt nghiêm túc.</w:t>
      </w:r>
    </w:p>
    <w:p>
      <w:pPr>
        <w:spacing w:after="80"/>
      </w:pPr>
      <w:r>
        <w:rPr>
          <w:b w:val="0"/>
          <w:i w:val="0"/>
        </w:rPr>
        <w:t>Không, Lacy nói, đó là AOP, viết tắt của Any Other Problems (Mọi vấn đề khác), mà ngày nào cũng sẽ có vài vấn đề như thế. Nhưng tôi sẽ cố đảm bảo cô chỉ phải xử lý những vấn đề thực sự khó thôi, vì phần lớn thời gian cô sẽ ở ngoài đường còn tôi thì ở lại đây tại căn cứ.</w:t>
      </w:r>
    </w:p>
    <w:p>
      <w:pPr>
        <w:spacing w:after="80"/>
      </w:pPr>
      <w:r>
        <w:rPr>
          <w:b w:val="0"/>
          <w:i w:val="0"/>
        </w:rPr>
        <w:t>Có tin tốt nào không? Emma hỏi, trong khi vẫn tiếp tục nghiên cứu biểu đồ.</w:t>
      </w:r>
    </w:p>
    <w:p>
      <w:pPr>
        <w:spacing w:after="80"/>
      </w:pPr>
      <w:r>
        <w:rPr>
          <w:b w:val="0"/>
          <w:i w:val="0"/>
        </w:rPr>
        <w:t>Có. Cô có thể chắc chắn rằng đối thủ của chúng ta cũng đang đối mặt với đúng những vấn đề y như chúng ta, và cứ biết ơn đi vì chúng ta không có một ô nào ghi là Công đoàn. Lacy quay sang ông sếp của mình. Tôi được biết ông rất quen với các phương pháp của Griff Haskins, cánh tay phải của anh trai ông. Tôi biết ông ấy bao nhiêu năm nay nhưng thật sự chẳng hiểu gì về ông ấy cả, vậy làm việc với ông ấy thì thế nào?</w:t>
      </w:r>
    </w:p>
    <w:p>
      <w:pPr>
        <w:spacing w:after="80"/>
      </w:pPr>
      <w:r>
        <w:rPr>
          <w:b w:val="0"/>
          <w:i w:val="0"/>
        </w:rPr>
        <w:t>Hoàn toàn tàn nhẫn. Không tin ai có ý tốt, làm việc không biết mệt mỏi, và cho rằng mọi người Tory đều do quỷ dữ sinh ra.</w:t>
      </w:r>
    </w:p>
    <w:p>
      <w:pPr>
        <w:spacing w:after="80"/>
      </w:pPr>
      <w:r>
        <w:rPr>
          <w:b w:val="0"/>
          <w:i w:val="0"/>
        </w:rPr>
        <w:t>Nhưng cả hai chúng ta đều biết anh ấy có một điểm yếu lớn.</w:t>
      </w:r>
    </w:p>
    <w:p>
      <w:pPr>
        <w:spacing w:after="80"/>
      </w:pPr>
      <w:r>
        <w:rPr>
          <w:b w:val="0"/>
          <w:i w:val="0"/>
        </w:rPr>
        <w:t>Đúng vậy, Emma nói, nhưng anh ấy không bao giờ uống rượu trong suốt chiến dịch. Thực ra, anh ấy sẽ không đụng đến một giọt nào cho đến khi lá phiếu cuối cùng được bỏ ở khu vực bầu cử cuối cùng, khi đó, dù thắng hay thua, anh ấy sẽ say mèm.</w:t>
      </w:r>
    </w:p>
    <w:p>
      <w:pPr>
        <w:jc w:val="center"/>
      </w:pPr>
      <w:r>
        <w:drawing>
          <wp:inline xmlns:a="http://schemas.openxmlformats.org/drawingml/2006/main" xmlns:pic="http://schemas.openxmlformats.org/drawingml/2006/picture">
            <wp:extent cx="304800" cy="85725"/>
            <wp:docPr id="26" name="Picture 2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Tôi thấy cuộc thăm dò dư luận mới nhất cho Đảng Lao động dẫn trước hai phần trăm, Karin nói, khi cô ngước lên khỏi tờ báo.</w:t>
      </w:r>
    </w:p>
    <w:p>
      <w:pPr>
        <w:spacing w:after="80"/>
      </w:pPr>
      <w:r>
        <w:rPr>
          <w:b w:val="0"/>
          <w:i w:val="0"/>
        </w:rPr>
        <w:t>Không bàn chuyện chính trị ở bàn ăn sáng, làm ơn, Giles nói. Và chắc chắn không phải khi Emma đang ở trong phòng.</w:t>
      </w:r>
    </w:p>
    <w:p>
      <w:pPr>
        <w:spacing w:after="80"/>
      </w:pPr>
      <w:r>
        <w:rPr>
          <w:b w:val="0"/>
          <w:i w:val="0"/>
        </w:rPr>
        <w:t>Karin mỉm cười qua bàn ăn với chị dâu của mình.</w:t>
      </w:r>
    </w:p>
    <w:p>
      <w:pPr>
        <w:spacing w:after="80"/>
      </w:pPr>
      <w:r>
        <w:rPr>
          <w:b w:val="0"/>
          <w:i w:val="0"/>
        </w:rPr>
        <w:t>Cô có để ý rằng vợ cũ của anh lại lên trang nhất không? Emma hỏi.</w:t>
      </w:r>
    </w:p>
    <w:p>
      <w:pPr>
        <w:spacing w:after="80"/>
      </w:pPr>
      <w:r>
        <w:rPr>
          <w:b w:val="0"/>
          <w:i w:val="0"/>
        </w:rPr>
        <w:t>Lần này bà ta lại làm gì?</w:t>
      </w:r>
    </w:p>
    <w:p>
      <w:pPr>
        <w:spacing w:after="80"/>
      </w:pPr>
      <w:r>
        <w:rPr>
          <w:b w:val="0"/>
          <w:i w:val="0"/>
        </w:rPr>
        <w:t>Có vẻ như Lady Virginia sẽ rút Hon. Freddie khỏi trường dự bị sang trọng của cậu bé ở Scotland. William Hickey đang ám chỉ rằng đó là vì bà ta lại thiếu tiền mặt.</w:t>
      </w:r>
    </w:p>
    <w:p>
      <w:pPr>
        <w:spacing w:after="80"/>
      </w:pPr>
      <w:r>
        <w:rPr>
          <w:b w:val="0"/>
          <w:i w:val="0"/>
        </w:rPr>
        <w:t xml:space="preserve">Tôi chưa bao giờ nghĩ cô là độc giả của </w:t>
      </w:r>
      <w:r>
        <w:rPr>
          <w:b w:val="0"/>
          <w:i/>
        </w:rPr>
        <w:t>Express</w:t>
      </w:r>
      <w:r>
        <w:rPr>
          <w:b w:val="0"/>
          <w:i w:val="0"/>
        </w:rPr>
        <w:t>, Giles nói.</w:t>
      </w:r>
    </w:p>
    <w:p>
      <w:pPr>
        <w:spacing w:after="80"/>
      </w:pPr>
      <w:r>
        <w:rPr>
          <w:b w:val="0"/>
          <w:i w:val="0"/>
        </w:rPr>
        <w:t xml:space="preserve">Bảy mươi ba phần trăm độc giả của nó ủng hộ Margaret Thatcher, Emma nói, đó là lý do tôi không buồn đọc </w:t>
      </w:r>
      <w:r>
        <w:rPr>
          <w:b w:val="0"/>
          <w:i/>
        </w:rPr>
        <w:t>Mirror</w:t>
      </w:r>
      <w:r>
        <w:rPr>
          <w:b w:val="0"/>
          <w:i w:val="0"/>
        </w:rPr>
        <w:t>.</w:t>
      </w:r>
    </w:p>
    <w:p>
      <w:pPr>
        <w:spacing w:after="80"/>
      </w:pPr>
      <w:r>
        <w:rPr>
          <w:b w:val="0"/>
          <w:i w:val="0"/>
        </w:rPr>
        <w:t>Khi điện thoại reo, Giles lập tức rời bàn và, phớt lờ chiếc điện thoại trên tủ bên, rút vào hành lang, đóng chặt cửa sau lưng.</w:t>
      </w:r>
    </w:p>
    <w:p>
      <w:pPr>
        <w:spacing w:after="80"/>
      </w:pPr>
      <w:r>
        <w:rPr>
          <w:b w:val="0"/>
          <w:i w:val="0"/>
        </w:rPr>
        <w:t>Hôm nay anh ấy đi đâu vậy? Emma thì thầm.</w:t>
      </w:r>
    </w:p>
    <w:p>
      <w:pPr>
        <w:spacing w:after="80"/>
      </w:pPr>
      <w:r>
        <w:rPr>
          <w:b w:val="0"/>
          <w:i w:val="0"/>
        </w:rPr>
        <w:t>Tôi xin giữ im lặng, Karin nói, mặc dù tôi sẵn lòng nói với cô rằng tài xế của anh ấy đang đưa anh ấy đến Paddington.</w:t>
      </w:r>
    </w:p>
    <w:p>
      <w:pPr>
        <w:spacing w:after="80"/>
      </w:pPr>
      <w:r>
        <w:rPr>
          <w:b w:val="0"/>
          <w:i w:val="0"/>
        </w:rPr>
        <w:t>Reading 3,7 phần trăm, Bath 2,9 phần trăm, Bristol Docklands 1,6 phần trăm, Exeter 2,7 phần trăm và Truro</w:t>
      </w:r>
    </w:p>
    <w:p>
      <w:pPr>
        <w:spacing w:after="80"/>
      </w:pPr>
      <w:r>
        <w:rPr>
          <w:b w:val="0"/>
          <w:i w:val="0"/>
        </w:rPr>
        <w:t>Không thể là Truro được, Karin nói. Anh ấy có cuộc họp ở Transport House lúc tám giờ tối nay, nên anh ấy không thể về kịp. Cô ngừng lại khi Markham bước vào phòng với một bình cà phê mới.</w:t>
      </w:r>
    </w:p>
    <w:p>
      <w:pPr>
        <w:spacing w:after="80"/>
      </w:pPr>
      <w:r>
        <w:rPr>
          <w:b w:val="0"/>
          <w:i w:val="0"/>
        </w:rPr>
        <w:t>Anh trai tôi đang nói chuyện điện thoại với ai vậy? Emma hỏi một cách tự nhiên.</w:t>
      </w:r>
    </w:p>
    <w:p>
      <w:pPr>
        <w:spacing w:after="80"/>
      </w:pPr>
      <w:r>
        <w:rPr>
          <w:b w:val="0"/>
          <w:i w:val="0"/>
        </w:rPr>
        <w:t>Ông Denis Healey.</w:t>
      </w:r>
    </w:p>
    <w:p>
      <w:pPr>
        <w:spacing w:after="80"/>
      </w:pPr>
      <w:r>
        <w:rPr>
          <w:b w:val="0"/>
          <w:i w:val="0"/>
        </w:rPr>
        <w:t>À đúng rồi, và họ sẽ đến . . . ?</w:t>
      </w:r>
    </w:p>
    <w:p>
      <w:pPr>
        <w:spacing w:after="80"/>
      </w:pPr>
      <w:r>
        <w:rPr>
          <w:b w:val="0"/>
          <w:i w:val="0"/>
        </w:rPr>
        <w:t>Reading, thưa tiểu thư, viên quản gia vừa nói vừa rót cho Emma một tách cà phê.</w:t>
      </w:r>
    </w:p>
    <w:p>
      <w:pPr>
        <w:spacing w:after="80"/>
      </w:pPr>
      <w:r>
        <w:rPr>
          <w:b w:val="0"/>
          <w:i w:val="0"/>
        </w:rPr>
        <w:t>Ông hẳn sẽ làm điệp viên giỏi đấy, Emma nói.</w:t>
      </w:r>
    </w:p>
    <w:p>
      <w:pPr>
        <w:spacing w:after="80"/>
      </w:pPr>
      <w:r>
        <w:rPr>
          <w:b w:val="0"/>
          <w:i w:val="0"/>
        </w:rPr>
        <w:t>Cảm ơn tiểu thư, Markham đáp, rồi dọn sạch đĩa và rời khỏi phòng.</w:t>
      </w:r>
    </w:p>
    <w:p>
      <w:pPr>
        <w:spacing w:after="80"/>
      </w:pPr>
      <w:r>
        <w:rPr>
          <w:b w:val="0"/>
          <w:i w:val="0"/>
        </w:rPr>
        <w:t>Sao cô biết ông ấy không phải? Karin thì thầm.</w:t>
      </w:r>
    </w:p>
    <w:p>
      <w:pPr>
        <w:pStyle w:val="Heading1"/>
        <w:jc w:val="center"/>
      </w:pPr>
      <w:r>
        <w:rPr>
          <w:rFonts w:ascii="Calibri" w:hAnsi="Calibri"/>
          <w:b/>
          <w:i w:val="0"/>
          <w:sz w:val="40"/>
        </w:rPr>
        <w:t>7</w:t>
      </w:r>
    </w:p>
    <w:p>
      <w:pPr>
        <w:spacing w:after="80"/>
      </w:pPr>
      <w:r>
        <w:rPr>
          <w:b w:val="0"/>
          <w:i w:val="0"/>
        </w:rPr>
        <w:t>NẾU AI ĐÓ hỏi Emma kể lại những gì đã diễn ra trong hai mươi tám ngày tiếp theo, cô sẽ mô tả chúng như một chuỗi mờ ảo dài đằng đẵng. Những ngày bắt đầu bằng việc cô nhảy vào xe lúc sáu giờ mỗi sáng cứ thế tiếp diễn không ngừng nghỉ cho đến khi cô thiếp đi, thường là trên một toa tàu trống hoặc ở hàng ghế sau máy bay, vào khoảng một giờ sáng hôm sau.</w:t>
      </w:r>
    </w:p>
    <w:p>
      <w:pPr>
        <w:spacing w:after="80"/>
      </w:pPr>
      <w:r>
        <w:rPr>
          <w:b w:val="0"/>
          <w:i w:val="0"/>
        </w:rPr>
        <w:t>Giles cũng giữ nhịp độ gần như tương tự: cùng phương tiện di chuyển, cùng khung giờ, khác khu vực bầu cử. Xa rời khả năng có thể theo dõi nhau liên tục, đường đi của họ hiếm khi giao nhau.</w:t>
      </w:r>
    </w:p>
    <w:p>
      <w:pPr>
        <w:spacing w:after="80"/>
      </w:pPr>
      <w:r>
        <w:rPr>
          <w:b w:val="0"/>
          <w:i w:val="0"/>
        </w:rPr>
        <w:t>Các cuộc thăm dò dư luận liên tục cho thấy Đảng Lao động dẫn trước vài điểm, và John Lacy cảnh báo Emma rằng trong tuần cuối của bất kỳ chiến dịch nào, cử tri thường có xu hướng nghiêng về chính phủ đương nhiệm. Emma không cảm thấy như vậy khi cô đi vận động trên các phố lớn, nhưng cô tự hỏi liệu cử tri có chỉ đang lịch sự khi họ thấy chiếc hoa hồng xanh của cô và cô hỏi liệu họ có bỏ phiếu cho Đảng Bảo thủ không. Mỗi khi bà Thatcher được hỏi về các cuộc thăm dò khi đi khắp đất nước, bà luôn trả lời: Thăm dò rơm chỉ dành cho người rơm. Chỉ những người thật mới bỏ phiếu vào ngày mùng ba tháng Năm.</w:t>
      </w:r>
    </w:p>
    <w:p>
      <w:pPr>
        <w:spacing w:after="80"/>
      </w:pPr>
      <w:r>
        <w:rPr>
          <w:b w:val="0"/>
          <w:i w:val="0"/>
        </w:rPr>
        <w:t>Dù cô và bà Thatcher chỉ có một cuộc trò chuyện trong suốt chiến dịch hai mươi tám ngày, Emma kết luận rằng lãnh đạo đảng của cô hoặc là một diễn viên rất tài ba, hoặc thực sự tin rằng Đảng Bảo thủ sẽ thắng.</w:t>
      </w:r>
    </w:p>
    <w:p>
      <w:pPr>
        <w:spacing w:after="80"/>
      </w:pPr>
      <w:r>
        <w:rPr>
          <w:b w:val="0"/>
          <w:i w:val="0"/>
        </w:rPr>
        <w:t>Có hai yếu tố mà các cuộc thăm dò không thể tính đến, bà nói với Emma. Có bao nhiêu người không muốn thừa nhận rằng họ sẽ bỏ phiếu cho một nữ thủ tướng, và có bao nhiêu người vợ không nói với chồng rằng họ sẽ bỏ phiếu cho Đảng Bảo thủ lần đầu tiên.</w:t>
      </w:r>
    </w:p>
    <w:p>
      <w:pPr>
        <w:jc w:val="center"/>
      </w:pPr>
      <w:r>
        <w:drawing>
          <wp:inline xmlns:a="http://schemas.openxmlformats.org/drawingml/2006/main" xmlns:pic="http://schemas.openxmlformats.org/drawingml/2006/picture">
            <wp:extent cx="304800" cy="85725"/>
            <wp:docPr id="27" name="Picture 2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Cả Giles và Emma đều có mặt ở Bristol Docklands vào ngày cuối cùng của chiến dịch, và khi đồng hồ điểm mười giờ tối và lá phiếu cuối cùng đã được bỏ, cả hai đều không đủ tự tin để dự đoán kết quả cuối cùng. Cả hai vội vã trở về London bằng tàu, nhưng không ngồi chung toa.</w:t>
      </w:r>
    </w:p>
    <w:p>
      <w:pPr>
        <w:spacing w:after="80"/>
      </w:pPr>
      <w:r>
        <w:rPr>
          <w:b w:val="0"/>
          <w:i w:val="0"/>
        </w:rPr>
        <w:t>John Lacy đã nói với Emma rằng giới lãnh đạo của cả hai đảng sẽ kéo về trụ sở của họ - Văn phòng Trung ương Đảng Bảo thủ và Transport House của Đảng Lao động, những người lính gác chính trị đóng ở các góc khác nhau của Quảng trường Smith, nơi họ sẽ chờ đợi kết quả.</w:t>
      </w:r>
    </w:p>
    <w:p>
      <w:pPr>
        <w:spacing w:after="80"/>
      </w:pPr>
      <w:r>
        <w:rPr>
          <w:b w:val="0"/>
          <w:i w:val="0"/>
        </w:rPr>
        <w:t>Đến hai giờ sáng, Lacy báo cho cô, xu hướng sẽ được định hình, và chúng ta có lẽ sẽ biết ai sẽ thành lập chính phủ tiếp theo. Đến bốn giờ sáng, đèn sẽ sáng rực trong một tòa nhà và những lễ ăn mừng sẽ kéo dài đến bình minh.</w:t>
      </w:r>
    </w:p>
    <w:p>
      <w:pPr>
        <w:spacing w:after="80"/>
      </w:pPr>
      <w:r>
        <w:rPr>
          <w:b w:val="0"/>
          <w:i w:val="0"/>
        </w:rPr>
        <w:t>Còn ở tòa nhà bên kia thì sao? Emma hỏi.</w:t>
      </w:r>
    </w:p>
    <w:p>
      <w:pPr>
        <w:spacing w:after="80"/>
      </w:pPr>
      <w:r>
        <w:rPr>
          <w:b w:val="0"/>
          <w:i w:val="0"/>
        </w:rPr>
        <w:t>Đèn sẽ bắt đầu tắt vào khoảng ba giờ, khi những người thất bại lê bước về nhà và quyết định xem nên đổ lỗi cho ai trong lúc chuẩn bị cho vai trò đối lập.</w:t>
      </w:r>
    </w:p>
    <w:p>
      <w:pPr>
        <w:spacing w:after="80"/>
      </w:pPr>
      <w:r>
        <w:rPr>
          <w:b w:val="0"/>
          <w:i w:val="0"/>
        </w:rPr>
        <w:t>Anh nghĩ kết quả sẽ thế nào? Emma đã hỏi viên đặc vụ trưởng vào đêm trước ngày bỏ phiếu.</w:t>
      </w:r>
    </w:p>
    <w:p>
      <w:pPr>
        <w:spacing w:after="80"/>
      </w:pPr>
      <w:r>
        <w:rPr>
          <w:b w:val="0"/>
          <w:i w:val="0"/>
        </w:rPr>
        <w:t>Dự đoán là chuyện của mấy kẻ ngốc và mấy tay cá cược, Lacy đáp trả. Nhưng dù kết quả ra sao, anh nói thêm, được làm việc với Boadicea của Bristol là một vinh dự.</w:t>
      </w:r>
    </w:p>
    <w:p>
      <w:pPr>
        <w:spacing w:after="80"/>
      </w:pPr>
      <w:r>
        <w:rPr>
          <w:b w:val="0"/>
          <w:i w:val="0"/>
        </w:rPr>
        <w:t>Khi tàu vào đến Paddington, Emma nhảy xuống và vớ ngay chiếc taxi đầu tiên. Về lại Smith Square, cô nhẹ nhõm thấy Giles vẫn chưa xuất hiện, nhưng Harry đang đợi cô. Cô nhanh chóng tắm rửa và thay quần áo trước khi hai người băng qua phía bên kia quảng trường.</w:t>
      </w:r>
    </w:p>
    <w:p>
      <w:pPr>
        <w:spacing w:after="80"/>
      </w:pPr>
      <w:r>
        <w:rPr>
          <w:b w:val="0"/>
          <w:i w:val="0"/>
        </w:rPr>
        <w:t>Cô ngạc nhiên vì có nhiều người nhận ra mình đến thế. Vài người còn vỗ tay khi cô đi ngang qua, trong khi những người khác nhìn cô với vẻ im lặng ủ rũ. Rồi một tràng reo hò vang lên, Emma quay lại thấy anh trai mình bước ra khỏi xe, vẫy tay chào những người ủng hộ đảng của anh trước khi biến mất vào Transport House.</w:t>
      </w:r>
    </w:p>
    <w:p>
      <w:pPr>
        <w:spacing w:after="80"/>
      </w:pPr>
      <w:r>
        <w:rPr>
          <w:b w:val="0"/>
          <w:i w:val="0"/>
        </w:rPr>
        <w:t>Emma bước vào tòa nhà mà cô đã quá quen thuộc trong suốt tháng qua, và được chào đón bởi vài quan chức cấp cao của đảng mà cô từng gặp khi đi vận động tranh cử. Người ta vây quanh các máy truyền hình trong mọi căn phòng, khi những người ủng hộ, nhân viên đảng và nhân viên Văn phòng Trung ương chờ đợi kết quả đầu tiên được công bố. Không thấy một chính trị gia nào. Tất cả đều đã về khu vực bầu cử của mình, chờ xem liệu họ còn là Nghị sĩ Quốc hội hay không.</w:t>
      </w:r>
    </w:p>
    <w:p>
      <w:pPr>
        <w:spacing w:after="80"/>
      </w:pPr>
      <w:r>
        <w:rPr>
          <w:b w:val="0"/>
          <w:i w:val="0"/>
        </w:rPr>
        <w:t>Croydon Central được công bố lúc 1 giờ 23 phút sáng, với mức chuyển dịch 1,8 phần trăm về phía đảng Bảo thủ. Chỉ có những tiếng reo hò dè dặt vì ai cũng biết điều đó ám chỉ một quốc hội không đảng nào chiếm đa số, với việc Jim Callaghan quay về cung điện để được hỏi liệu ông có thể thành lập chính phủ hay không.</w:t>
      </w:r>
    </w:p>
    <w:p>
      <w:pPr>
        <w:spacing w:after="80"/>
      </w:pPr>
      <w:r>
        <w:rPr>
          <w:b w:val="0"/>
          <w:i w:val="0"/>
        </w:rPr>
        <w:t>Lúc 1 giờ 43 phút sáng, tiếng reo hò trở nên lớn hơn khi đảng Bảo thủ giành được Basildon, mà trên biểu đồ của Emma ám chỉ một thế đa số của đảng Bảo thủ khoảng 30 ghế. Sau đó, các kết quả bắt đầu đổ về dồn dập, bao gồm một cuộc kiểm phiếu lại ở Bristol Docklands.</w:t>
      </w:r>
    </w:p>
    <w:p>
      <w:pPr>
        <w:spacing w:after="80"/>
      </w:pPr>
      <w:r>
        <w:rPr>
          <w:b w:val="0"/>
          <w:i w:val="0"/>
        </w:rPr>
        <w:t>Vào lúc bà Thatcher lái xe từ khu vực bầu cử Finchley của mình đến vào khoảng sau ba giờ sáng, đèn đã bắt đầu tắt ở Transport House. Khi bà bước vào Văn phòng Trung ương, những kẻ hoài nghi bỗng chốc thành những người ủng hộ lâu năm, còn những người ủng hộ lâu năm thì háo hức chờ được gia nhập chính quyền đầu tiên của bà.</w:t>
      </w:r>
    </w:p>
    <w:p>
      <w:pPr>
        <w:spacing w:after="80"/>
      </w:pPr>
      <w:r>
        <w:rPr>
          <w:b w:val="0"/>
          <w:i w:val="0"/>
        </w:rPr>
        <w:t>Lãnh đạo phe đối lập dừng lại giữa chừng trên cầu thang và có một bài phát biểu cảm ơn ngắn. Emma cảm động vì tên cô nằm trong số những cái tên được nhắc đến trong bản báo cáo. Sau khi bắt tay vài bàn tay chìa ra, bà Thatcher rời tòa nhà vài phút sau đó, giải thích rằng bà có một ngày bận rộn phía trước. Emma tự hỏi liệu bà có đi ngủ nổi không.</w:t>
      </w:r>
    </w:p>
    <w:p>
      <w:pPr>
        <w:spacing w:after="80"/>
      </w:pPr>
      <w:r>
        <w:rPr>
          <w:b w:val="0"/>
          <w:i w:val="0"/>
        </w:rPr>
        <w:t>Ngay sau bốn giờ sáng, Emma ghé vào văn phòng của John Lacy lần cuối và thấy ông đang đứng bên biểu đồ, điền những kết quả mới nhất.</w:t>
      </w:r>
    </w:p>
    <w:p>
      <w:pPr>
        <w:spacing w:after="80"/>
      </w:pPr>
      <w:r>
        <w:rPr>
          <w:b w:val="0"/>
          <w:i w:val="0"/>
        </w:rPr>
        <w:t>Dự đoán của anh là gì? cô hỏi khi nhìn chằm chằm vào một biển ô vuông màu xanh.</w:t>
      </w:r>
    </w:p>
    <w:p>
      <w:pPr>
        <w:spacing w:after="80"/>
      </w:pPr>
      <w:r>
        <w:rPr>
          <w:b w:val="0"/>
          <w:i w:val="0"/>
        </w:rPr>
        <w:t>Có vẻ như sẽ là thế đa số trên bốn mươi ghế, Lacy đáp. Quá đủ để cầm quyền trong năm năm tới.</w:t>
      </w:r>
    </w:p>
    <w:p>
      <w:pPr>
        <w:spacing w:after="80"/>
      </w:pPr>
      <w:r>
        <w:rPr>
          <w:b w:val="0"/>
          <w:i w:val="0"/>
        </w:rPr>
        <w:t>Còn sáu mươi hai ghế sát nút của chúng ta thì sao? Emma hỏi.</w:t>
      </w:r>
    </w:p>
    <w:p>
      <w:pPr>
        <w:spacing w:after="80"/>
      </w:pPr>
      <w:r>
        <w:rPr>
          <w:b w:val="0"/>
          <w:i w:val="0"/>
        </w:rPr>
        <w:t>Chúng ta thắng tất cả trừ ba ghế, nhưng họ đang kiểm phiếu lần thứ ba ở Bristol Docklands, nên có thể chỉ còn hai.</w:t>
      </w:r>
    </w:p>
    <w:p>
      <w:pPr>
        <w:spacing w:after="80"/>
      </w:pPr>
      <w:r>
        <w:rPr>
          <w:b w:val="0"/>
          <w:i w:val="0"/>
        </w:rPr>
        <w:t>Tôi nghĩ chúng ta có thể bỏ qua cho Giles chuyện đó, Emma thì thầm.</w:t>
      </w:r>
    </w:p>
    <w:p>
      <w:pPr>
        <w:spacing w:after="80"/>
      </w:pPr>
      <w:r>
        <w:rPr>
          <w:b w:val="0"/>
          <w:i w:val="0"/>
        </w:rPr>
        <w:t>Tôi luôn biết cậu là một kẻ ủy mị thầm kín mà, Lacy nói.</w:t>
      </w:r>
    </w:p>
    <w:p>
      <w:pPr>
        <w:spacing w:after="80"/>
      </w:pPr>
      <w:r>
        <w:rPr>
          <w:b w:val="0"/>
          <w:i w:val="0"/>
        </w:rPr>
        <w:t>Emma nghĩ về anh trai mình, và về những gì anh ấy hẳn đang cảm thấy lúc này.</w:t>
      </w:r>
    </w:p>
    <w:p>
      <w:pPr>
        <w:spacing w:after="80"/>
      </w:pPr>
      <w:r>
        <w:rPr>
          <w:b w:val="0"/>
          <w:i w:val="0"/>
        </w:rPr>
        <w:t>Chúc ngủ ngon, John, cô nói. Và cảm ơn anh vì tất cả. Hẹn gặp lại anh sau năm năm nữa, cô nói thêm trước khi rời khỏi tòa nhà và quay về ngôi nhà của mình ở phía bên kia quảng trường, nơi cô dự định trở lại với thế giới thực.</w:t>
      </w:r>
    </w:p>
    <w:p>
      <w:pPr>
        <w:jc w:val="center"/>
      </w:pPr>
      <w:r>
        <w:drawing>
          <wp:inline xmlns:a="http://schemas.openxmlformats.org/drawingml/2006/main" xmlns:pic="http://schemas.openxmlformats.org/drawingml/2006/picture">
            <wp:extent cx="304800" cy="85725"/>
            <wp:docPr id="28" name="Picture 2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Emma thức dậy vài giờ sau đó và thấy Harry đang ngồi ở phía bên cô của chiếc giường, tay cầm một tách trà.</w:t>
      </w:r>
    </w:p>
    <w:p>
      <w:pPr>
        <w:spacing w:after="80"/>
      </w:pPr>
      <w:r>
        <w:rPr>
          <w:b w:val="0"/>
          <w:i w:val="0"/>
        </w:rPr>
        <w:t>Em có cùng ăn sáng với bọn anh không, em yêu, giờ khi em đã làm xong việc rồi?</w:t>
      </w:r>
    </w:p>
    <w:p>
      <w:pPr>
        <w:spacing w:after="80"/>
      </w:pPr>
      <w:r>
        <w:rPr>
          <w:b w:val="0"/>
          <w:i w:val="0"/>
        </w:rPr>
        <w:t>Cô ngáp và vươn vai. Không phải ý tồi đâu, Harry Clifton, vì đã đến lúc em quay lại làm việc rồi.</w:t>
      </w:r>
    </w:p>
    <w:p>
      <w:pPr>
        <w:spacing w:after="80"/>
      </w:pPr>
      <w:r>
        <w:rPr>
          <w:b w:val="0"/>
          <w:i w:val="0"/>
        </w:rPr>
        <w:t>Vậy kế hoạch hôm nay thế nào?</w:t>
      </w:r>
    </w:p>
    <w:p>
      <w:pPr>
        <w:spacing w:after="80"/>
      </w:pPr>
      <w:r>
        <w:rPr>
          <w:b w:val="0"/>
          <w:i w:val="0"/>
        </w:rPr>
        <w:t>Em phải quay về Bristol, gấp. Em có cuộc họp với vị chủ tịch mới được bổ nhiệm của bệnh viện lúc ba giờ chiều nay, để bàn về các ưu tiên cho năm tới.</w:t>
      </w:r>
    </w:p>
    <w:p>
      <w:pPr>
        <w:spacing w:after="80"/>
      </w:pPr>
      <w:r>
        <w:rPr>
          <w:b w:val="0"/>
          <w:i w:val="0"/>
        </w:rPr>
        <w:t>Em có hài lòng với người kế nhiệm của mình không?</w:t>
      </w:r>
    </w:p>
    <w:p>
      <w:pPr>
        <w:spacing w:after="80"/>
      </w:pPr>
      <w:r>
        <w:rPr>
          <w:b w:val="0"/>
          <w:i w:val="0"/>
        </w:rPr>
        <w:t>Không thể hài lòng hơn. Simon Dawkins là một nhà quản lý hạng nhất và anh ấy là một cấp phó trung thành, nên em mong việc bàn giao sẽ diễn ra suôn sẻ.</w:t>
      </w:r>
    </w:p>
    <w:p>
      <w:pPr>
        <w:spacing w:after="80"/>
      </w:pPr>
      <w:r>
        <w:rPr>
          <w:b w:val="0"/>
          <w:i w:val="0"/>
        </w:rPr>
        <w:t>Vậy anh để em thay đồ nhé, Harry nói, trước khi đưa cho vợ tách trà và quay xuống nhà dưới để cùng ăn sáng với Giles.</w:t>
      </w:r>
    </w:p>
    <w:p>
      <w:pPr>
        <w:spacing w:after="80"/>
      </w:pPr>
      <w:r>
        <w:rPr>
          <w:b w:val="0"/>
          <w:i w:val="0"/>
        </w:rPr>
        <w:t>Giles đang ngồi ở đầu kia bàn ăn, xung quanh là những tờ báo buổi sáng, mà đọc chẳng thấy vui vẻ gì. Anh mỉm cười lần đầu tiên trong ngày khi em vợ bước vào phòng.</w:t>
      </w:r>
    </w:p>
    <w:p>
      <w:pPr>
        <w:spacing w:after="80"/>
      </w:pPr>
      <w:r>
        <w:rPr>
          <w:b w:val="0"/>
          <w:i w:val="0"/>
        </w:rPr>
        <w:t>Anh thấy thế nào? Harry hỏi, đặt một bàn tay an ủi lên vai người bạn lâu năm nhất của mình.</w:t>
      </w:r>
    </w:p>
    <w:p>
      <w:pPr>
        <w:spacing w:after="80"/>
      </w:pPr>
      <w:r>
        <w:rPr>
          <w:b w:val="0"/>
          <w:i w:val="0"/>
        </w:rPr>
        <w:t>Tôi đã có những buổi sáng tốt hơn, Giles thừa nhận, gạt đống báo sang một bên. Nhưng tôi khó mà có tư cách để phàn nàn. Tôi đã giữ chức bộ trưởng trong chín năm trong mười bốn năm qua, và chắc tôi vẫn còn cơ hội giữ chức trong năm năm nữa, vì tôi không thể tin nổi người phụ nữ đó sẽ trụ được lâu.</w:t>
      </w:r>
    </w:p>
    <w:p>
      <w:pPr>
        <w:spacing w:after="80"/>
      </w:pPr>
      <w:r>
        <w:rPr>
          <w:b w:val="0"/>
          <w:i w:val="0"/>
        </w:rPr>
        <w:t>Cả hai người đàn ông đều đứng dậy khi Emma bước vào phòng.</w:t>
      </w:r>
    </w:p>
    <w:p>
      <w:pPr>
        <w:spacing w:after="80"/>
      </w:pPr>
      <w:r>
        <w:rPr>
          <w:b w:val="0"/>
          <w:i w:val="0"/>
        </w:rPr>
        <w:t>Chúc mừng nhé, em gái, Giles nói. Em đúng là một đối thủ đáng gờm, và chiến thắng này hoàn toàn xứng đáng.</w:t>
      </w:r>
    </w:p>
    <w:p>
      <w:pPr>
        <w:spacing w:after="80"/>
      </w:pPr>
      <w:r>
        <w:rPr>
          <w:b w:val="0"/>
          <w:i w:val="0"/>
        </w:rPr>
        <w:t>Cảm ơn anh, Giles, cô nói, trao cho anh trai một cái ôm, điều mà cô đã không làm suốt hai mươi tám ngày qua. Vậy hôm nay anh định làm gì? cô hỏi khi ngồi xuống chiếc ghế bên cạnh anh.</w:t>
      </w:r>
    </w:p>
    <w:p>
      <w:pPr>
        <w:spacing w:after="80"/>
      </w:pPr>
      <w:r>
        <w:rPr>
          <w:b w:val="0"/>
          <w:i w:val="0"/>
        </w:rPr>
        <w:t xml:space="preserve">Khoảng sáng nay anh sẽ phải nộp lại ấn tín chức vụ để người phụ nữ đó, anh nói, chỉ tay vào bức ảnh trên trang nhất tờ </w:t>
      </w:r>
      <w:r>
        <w:rPr>
          <w:b w:val="0"/>
          <w:i/>
        </w:rPr>
        <w:t>Daily Express</w:t>
      </w:r>
      <w:r>
        <w:rPr>
          <w:b w:val="0"/>
          <w:i w:val="0"/>
        </w:rPr>
        <w:t>, có thể thành lập chính phủ đầu tiên, và anh hy vọng là cuối cùng, của bà ta. Thatcher sẽ đến cung điện lúc mười giờ, khi bà ấy hôn tay Nữ hoàng trước khi được đưa đến Downing Street trong vinh quang. Em có thể xem trên truyền hình, nhưng mong em thứ lỗi nếu anh không ngồi xem cùng.</w:t>
      </w:r>
    </w:p>
    <w:p>
      <w:pPr>
        <w:jc w:val="center"/>
      </w:pPr>
      <w:r>
        <w:drawing>
          <wp:inline xmlns:a="http://schemas.openxmlformats.org/drawingml/2006/main" xmlns:pic="http://schemas.openxmlformats.org/drawingml/2006/picture">
            <wp:extent cx="304800" cy="85725"/>
            <wp:docPr id="29" name="Picture 2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Sau khi Emma đóng gói xong, Harry đặt vali của hai người cạnh cửa trước rồi vào phòng khách với cô, không ngạc nhiên khi thấy cô dán mắt vào tivi. Cô thậm chí không ngước lên khi anh bước vào phòng.</w:t>
      </w:r>
    </w:p>
    <w:p>
      <w:pPr>
        <w:spacing w:after="80"/>
      </w:pPr>
      <w:r>
        <w:rPr>
          <w:b w:val="0"/>
          <w:i w:val="0"/>
        </w:rPr>
        <w:t>Ba chiếc Jaguar đen đang rời khỏi Cung điện Buckingham. Đám đông đứng trên vỉa hè ngoài cổng cung điện vẫy tay và vỗ tay khi đoàn xe tiến lên The Mall về phía Whitehall. Robin Day liên tục bình luận.</w:t>
      </w:r>
    </w:p>
    <w:p>
      <w:pPr>
        <w:spacing w:after="80"/>
      </w:pPr>
      <w:r>
        <w:rPr>
          <w:b w:val="0"/>
          <w:i w:val="0"/>
        </w:rPr>
        <w:t>Tân Thủ tướng sẽ dành cả buổi sáng để bổ nhiệm Nội các đầu tiên của mình. Lord Carrington được dự đoán sẽ là ngoại trưởng, Geoffrey Howe là thủ tướng tài chính, và Leon Brittan là bộ trưởng nội vụ. Còn các bổ nhiệm khác, chúng ta sẽ phải chờ xem ai được chọn. Tôi không nghĩ sẽ có nhiều bất ngờ, mặc dù bạn có thể chắc chắn sẽ có vài chính trị gia lo lắng ngồi bên điện thoại chờ cuộc gọi từ Số Mười, ông nói thêm khi ba chiếc xe lao vào Downing Street.</w:t>
      </w:r>
    </w:p>
    <w:p>
      <w:pPr>
        <w:spacing w:after="80"/>
      </w:pPr>
      <w:r>
        <w:rPr>
          <w:b w:val="0"/>
          <w:i w:val="0"/>
        </w:rPr>
        <w:t>Khi Thủ tướng bước ra khỏi xe, một tràng reo hò nữa lại vang lên. Bà đọc một bài phát biểu ngắn trích dẫn Thánh Francis thành Assisi trước khi biến mất vào Số 10.</w:t>
      </w:r>
    </w:p>
    <w:p>
      <w:pPr>
        <w:spacing w:after="80"/>
      </w:pPr>
      <w:r>
        <w:rPr>
          <w:b w:val="0"/>
          <w:i w:val="0"/>
        </w:rPr>
        <w:t>Tốt hơn là đi thôi, Harry nói, không thì chúng ta sẽ lỡ tàu.</w:t>
      </w:r>
    </w:p>
    <w:p>
      <w:pPr>
        <w:jc w:val="center"/>
      </w:pPr>
      <w:r>
        <w:drawing>
          <wp:inline xmlns:a="http://schemas.openxmlformats.org/drawingml/2006/main" xmlns:pic="http://schemas.openxmlformats.org/drawingml/2006/picture">
            <wp:extent cx="304800" cy="85725"/>
            <wp:docPr id="30" name="Picture 3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Emma dành cả buổi chiều với Simon Dawkins, người kế nhiệm cô tại Bệnh viện Hoàng gia Bristol, trước khi dọn sạch văn phòng thứ hai của mình trong ngày hôm đó. Cô chất đầy ghế sau và cả cốp xe bằng tất cả đồ đạc cá nhân mà cô đã tích lũy trong thập kỷ qua. Khi cô lái xe chầm chậm ra khỏi khuôn viên bệnh viện lần cuối, cô không ngoảnh lại. Cô đang mong chờ một bữa tối yên tĩnh tại Manor House cùng Harry, và sau đó là được đặt đầu lên gối trước nửa đêm lần đầu tiên sau nhiều tuần, với hy vọng ngủ được hơn bốn tiếng.</w:t>
      </w:r>
    </w:p>
    <w:p>
      <w:pPr>
        <w:jc w:val="center"/>
      </w:pPr>
      <w:r>
        <w:drawing>
          <wp:inline xmlns:a="http://schemas.openxmlformats.org/drawingml/2006/main" xmlns:pic="http://schemas.openxmlformats.org/drawingml/2006/picture">
            <wp:extent cx="304800" cy="85725"/>
            <wp:docPr id="31" name="Picture 3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Emma đang mặc áo choàng ngủ thưởng thức bữa sáng muộn thì có cuộc gọi đến.</w:t>
      </w:r>
    </w:p>
    <w:p>
      <w:pPr>
        <w:spacing w:after="80"/>
      </w:pPr>
      <w:r>
        <w:rPr>
          <w:b w:val="0"/>
          <w:i w:val="0"/>
        </w:rPr>
        <w:t>Harry nhấc điện thoại trên tủ búp phê và lắng nghe một lúc, rồi che ống nghe và thì thầm, Là Số Mười.</w:t>
      </w:r>
    </w:p>
    <w:p>
      <w:pPr>
        <w:spacing w:after="80"/>
      </w:pPr>
      <w:r>
        <w:rPr>
          <w:b w:val="0"/>
          <w:i w:val="0"/>
        </w:rPr>
        <w:t>Emma bật dậy và cầm lấy điện thoại, tưởng rằng người ở đầu dây bên kia sẽ là bà Thatcher.</w:t>
      </w:r>
    </w:p>
    <w:p>
      <w:pPr>
        <w:spacing w:after="80"/>
      </w:pPr>
      <w:r>
        <w:rPr>
          <w:b w:val="0"/>
          <w:i w:val="0"/>
        </w:rPr>
        <w:t>Đây là Số Mười, một giọng nói trang trọng cất lên. Thủ tướng tự hỏi liệu bà có thể gặp cô lúc mười hai giờ ba mươi trưa nay không.</w:t>
      </w:r>
    </w:p>
    <w:p>
      <w:pPr>
        <w:spacing w:after="80"/>
      </w:pPr>
      <w:r>
        <w:rPr>
          <w:b w:val="0"/>
          <w:i w:val="0"/>
        </w:rPr>
        <w:t>Vâng, tất nhiên rồi, Emma nói mà không suy nghĩ.</w:t>
      </w:r>
    </w:p>
    <w:p>
      <w:pPr>
        <w:spacing w:after="80"/>
      </w:pPr>
      <w:r>
        <w:rPr>
          <w:b w:val="0"/>
          <w:i w:val="0"/>
        </w:rPr>
        <w:t>Khi nào? Harry hỏi khi cô đặt điện thoại xuống.</w:t>
      </w:r>
    </w:p>
    <w:p>
      <w:pPr>
        <w:spacing w:after="80"/>
      </w:pPr>
      <w:r>
        <w:rPr>
          <w:b w:val="0"/>
          <w:i w:val="0"/>
        </w:rPr>
        <w:t>Mười hai giờ ba mươi tại Số Mười.</w:t>
      </w:r>
    </w:p>
    <w:p>
      <w:pPr>
        <w:spacing w:after="80"/>
      </w:pPr>
      <w:r>
        <w:rPr>
          <w:b w:val="0"/>
          <w:i w:val="0"/>
        </w:rPr>
        <w:t>Bạn nên đi thay đồ ngay đi trong lúc tôi ra lấy xe. Chúng ta sẽ phải nhanh lên nếu bạn muốn bắt chuyến mười giờ mười.</w:t>
      </w:r>
    </w:p>
    <w:p>
      <w:pPr>
        <w:spacing w:after="80"/>
      </w:pPr>
      <w:r>
        <w:rPr>
          <w:b w:val="0"/>
          <w:i w:val="0"/>
        </w:rPr>
        <w:t>Emma chạy lên lầu và mất nhiều thời gian hơn dự định để quyết định mặc gì. Một bộ vest navy đơn giản và chiếc áo sơ mi lụa trắng đã thắng thế.</w:t>
      </w:r>
    </w:p>
    <w:p>
      <w:pPr>
        <w:spacing w:after="80"/>
      </w:pPr>
      <w:r>
        <w:rPr>
          <w:b w:val="0"/>
          <w:i w:val="0"/>
        </w:rPr>
        <w:t>Harry nói "Trông tuyệt lắm", khi anh tăng tốc xuống con đường dẫn ra khỏi cổng trước, mừng vì đã tránh được giờ cao điểm buổi sáng. Anh dừng xe bên ngoài Temple Meads ngay sau mười giờ.</w:t>
      </w:r>
    </w:p>
    <w:p>
      <w:pPr>
        <w:spacing w:after="80"/>
      </w:pPr>
      <w:r>
        <w:rPr>
          <w:b w:val="0"/>
          <w:i w:val="0"/>
        </w:rPr>
        <w:t>"Gọi cho anh ngay khi em gặp cô ấy nhé," anh hét lên với bóng người đang rời đi, nhưng không chắc Emma có nghe thấy không.</w:t>
      </w:r>
    </w:p>
    <w:p>
      <w:pPr>
        <w:spacing w:after="80"/>
      </w:pPr>
      <w:r>
        <w:rPr>
          <w:b w:val="0"/>
          <w:i w:val="0"/>
        </w:rPr>
        <w:t>Emma không khỏi nghĩ khi đoàn tàu rời ga, rằng nếu Margaret chỉ muốn cảm ơn cô, bà ấy có thể làm điều đó qua điện thoại. Cô lướt qua các tờ báo buổi sáng, đầy ắp hình ảnh của tân Thủ tướng và chi tiết về các bổ nhiệm cấp cao của bà. Nội các dự kiến sẽ họp lần đầu tiên vào mười giờ sáng hôm đó. Cô xem đồng hồ: 10.15 sáng.</w:t>
      </w:r>
    </w:p>
    <w:p>
      <w:pPr>
        <w:spacing w:after="80"/>
      </w:pPr>
      <w:r>
        <w:rPr>
          <w:b w:val="0"/>
          <w:i w:val="0"/>
        </w:rPr>
        <w:t>Emma là một trong những người đầu tiên xuống tàu, và chạy suốt đến bến taxi. Khi cô đến đầu hàng và nói, "Số Mười phố Downing, và tôi phải có mặt ở đó trước mười hai giờ ba mươi," anh tài xế nhìn cô như muốn nói, "Thôi đi, đùa à."</w:t>
      </w:r>
    </w:p>
    <w:p>
      <w:pPr>
        <w:spacing w:after="80"/>
      </w:pPr>
      <w:r>
        <w:rPr>
          <w:b w:val="0"/>
          <w:i w:val="0"/>
        </w:rPr>
        <w:t>Khi taxi chạy vào Whitehall và dừng ở cuối phố Downing, một viên cảnh sát liếc vào ghế sau, mỉm cười và chào. Taxi từ từ chạy lên đến cửa trước của Số 10. Khi Emma lấy ví ra, anh tài xế nói, "Không tính tiền đâu, cô ạ. Tôi bỏ phiếu cho đảng Tory, nên chuyến này tôi mời. À mà này, chúc may mắn nhé."</w:t>
      </w:r>
    </w:p>
    <w:p>
      <w:pPr>
        <w:spacing w:after="80"/>
      </w:pPr>
      <w:r>
        <w:rPr>
          <w:b w:val="0"/>
          <w:i w:val="0"/>
        </w:rPr>
        <w:t>Trước khi Emma kịp gõ cửa Số 10, cánh cửa đã mở ra. Cô bước vào và thấy một người phụ nữ trẻ đang đợi mình.</w:t>
      </w:r>
    </w:p>
    <w:p>
      <w:pPr>
        <w:spacing w:after="80"/>
      </w:pPr>
      <w:r>
        <w:rPr>
          <w:b w:val="0"/>
          <w:i w:val="0"/>
        </w:rPr>
        <w:t>"Chào buổi sáng, Phu nhân Clifton. Tôi là Alison, một trong những thư ký riêng của Thủ tướng. Tôi biết bà ấy đang mong gặp cô."</w:t>
      </w:r>
    </w:p>
    <w:p>
      <w:pPr>
        <w:spacing w:after="80"/>
      </w:pPr>
      <w:r>
        <w:rPr>
          <w:b w:val="0"/>
          <w:i w:val="0"/>
        </w:rPr>
        <w:t>Emma lặng lẽ theo thư ký lên cầu thang đến tầng một, nơi họ dừng lại trước một cánh cửa. Người thư ký gõ cửa, mở ra và đứng sang một bên. Emma bước vào và thấy bà Thatcher đang nghe điện thoại.</w:t>
      </w:r>
    </w:p>
    <w:p>
      <w:pPr>
        <w:spacing w:after="80"/>
      </w:pPr>
      <w:r>
        <w:rPr>
          <w:b w:val="0"/>
          <w:i w:val="0"/>
        </w:rPr>
        <w:t>"Chúng ta sẽ nói chuyện lại sau nhé, Willy, khi đó tôi sẽ cho anh biết quyết định của tôi." Thủ tướng đặt điện thoại xuống. "Emma," bà nói, đứng dậy từ sau bàn làm việc. "Thật tử tế khi cô quay lại London gấp như vậy. Tôi cứ tưởng cô vẫn còn ở thành phố."</w:t>
      </w:r>
    </w:p>
    <w:p>
      <w:pPr>
        <w:spacing w:after="80"/>
      </w:pPr>
      <w:r>
        <w:rPr>
          <w:b w:val="0"/>
          <w:i w:val="0"/>
        </w:rPr>
        <w:t>"Không có gì đâu, thưa Thủ tướng."</w:t>
      </w:r>
    </w:p>
    <w:p>
      <w:pPr>
        <w:spacing w:after="80"/>
      </w:pPr>
      <w:r>
        <w:rPr>
          <w:b w:val="0"/>
          <w:i w:val="0"/>
        </w:rPr>
        <w:t>"Trước tiên, xin chúc mừng cô đã thắng 59 trong số 62 ghế bấp bênh mục tiêu. Một thắng lợi vang dội! Dù tôi nghĩ anh trai cô sẽ trêu cô về việc không chiếm được Bristol Docklands."</w:t>
      </w:r>
    </w:p>
    <w:p>
      <w:pPr>
        <w:spacing w:after="80"/>
      </w:pPr>
      <w:r>
        <w:rPr>
          <w:b w:val="0"/>
          <w:i w:val="0"/>
        </w:rPr>
        <w:t>"Lần sau vậy, thưa Thủ tướng."</w:t>
      </w:r>
    </w:p>
    <w:p>
      <w:pPr>
        <w:spacing w:after="80"/>
      </w:pPr>
      <w:r>
        <w:rPr>
          <w:b w:val="0"/>
          <w:i w:val="0"/>
        </w:rPr>
        <w:t>"Nhưng lần sau có thể là năm năm nữa, và chúng ta có khá nhiều việc phải làm trước đó, đó là lý do tôi muốn gặp cô. Cô có lẽ đã biết tôi đã mời Patrick Jenkin làm Bộ trưởng Y tế, và tất nhiên ông ấy sẽ cần một thứ trưởng ở Thượng viện để dẫn dắt Dự luật Y tế Quốc gia mới qua Thượng viện và đưa vào luật một cách an toàn. Và tôi không thể nghĩ ra ai đủ điều kiện hơn để làm việc đó. Cô có kinh nghiệm dày dặn về NHS, và những năm làm chủ tịch một công ty đại chúng khiến cô trở thành ứng viên lý tưởng cho vị trí này. Vậy nên tôi rất mong cô sẽ thấy có thể tham gia chính phủ với tư cách một quý tộc trọn đời."</w:t>
      </w:r>
    </w:p>
    <w:p>
      <w:pPr>
        <w:spacing w:after="80"/>
      </w:pPr>
      <w:r>
        <w:rPr>
          <w:b w:val="0"/>
          <w:i w:val="0"/>
        </w:rPr>
        <w:t>Emma không nói nên lời.</w:t>
      </w:r>
    </w:p>
    <w:p>
      <w:pPr>
        <w:spacing w:after="80"/>
      </w:pPr>
      <w:r>
        <w:rPr>
          <w:b w:val="0"/>
          <w:i w:val="0"/>
        </w:rPr>
        <w:t>Một trong những điều thật sự tuyệt vời ở em, Emma à, là em thậm chí không hề nghĩ rằng đó chính là lý do tôi muốn gặp em. Một nửa số bộ trưởng của tôi cho rằng họ chẳng nhận được gì hơn những gì họ xứng đáng, trong khi nửa còn lại không giấu nổi sự thất vọng. Tôi nghi ngờ rằng em là người duy nhất thật sự ngạc nhiên.</w:t>
      </w:r>
    </w:p>
    <w:p>
      <w:pPr>
        <w:spacing w:after="80"/>
      </w:pPr>
      <w:r>
        <w:rPr>
          <w:b w:val="0"/>
          <w:i w:val="0"/>
        </w:rPr>
        <w:t>Emma thấy mình gật đầu.</w:t>
      </w:r>
    </w:p>
    <w:p>
      <w:pPr>
        <w:spacing w:after="80"/>
      </w:pPr>
      <w:r>
        <w:rPr>
          <w:b w:val="0"/>
          <w:i w:val="0"/>
        </w:rPr>
        <w:t>Vậy để tôi nói cho em biết điều gì sẽ xảy ra tiếp theo. Khi em rời khỏi đây, sẽ có một chiếc xe đợi bên ngoài đưa em đến Alexander Fleming House, nơi Bộ trưởng Ngoại giao đang chờ em. Ông ấy sẽ trình bày chi tiết cho em về các trách nhiệm của em. Đặc biệt, ông ấy sẽ muốn nói với em về Dự luật Y tế Quốc gia mới, thứ mà tôi muốn đưa qua cả hai viện càng nhanh càng tốt, lý tưởng nhất là trong vòng một năm. Hãy lắng nghe Patrick Jenkin - ông ấy là một chính trị gia sắc sảo, cũng như Thư ký Thường trực của Bộ. Tôi cũng khuyên em nên tham khảo ý kiến anh trai em. Anh ấy không chỉ là một bộ trưởng tài năng, mà không ai hiểu rõ hơn cách Viện Quý tộc vận hành.</w:t>
      </w:r>
    </w:p>
    <w:p>
      <w:pPr>
        <w:spacing w:after="80"/>
      </w:pPr>
      <w:r>
        <w:rPr>
          <w:b w:val="0"/>
          <w:i w:val="0"/>
        </w:rPr>
        <w:t>Nhưng anh ấy ở phía bên kia.</w:t>
      </w:r>
    </w:p>
    <w:p>
      <w:pPr>
        <w:spacing w:after="80"/>
      </w:pPr>
      <w:r>
        <w:rPr>
          <w:b w:val="0"/>
          <w:i w:val="0"/>
        </w:rPr>
        <w:t>Ở Viện Quý tộc thì không hoàn toàn như vậy đâu, em sẽ sớm nhận ra thôi. Ở đầu bên kia của Viện, người ta văn minh hơn nhiều, và không chỉ quan tâm đến việc ghi điểm chính trị. Và lời khuyên cuối cùng của tôi là hãy chắc chắn rằng em tận hưởng công việc này.</w:t>
      </w:r>
    </w:p>
    <w:p>
      <w:pPr>
        <w:spacing w:after="80"/>
      </w:pPr>
      <w:r>
        <w:rPr>
          <w:b w:val="0"/>
          <w:i w:val="0"/>
        </w:rPr>
        <w:t>Tôi rất vinh dự vì Ngài thậm chí đã cân nhắc đến tôi, thưa Thủ tướng, và tôi buộc phải thừa nhận rằng tôi có phần hơi choáng ngợp trước thử thách này.</w:t>
      </w:r>
    </w:p>
    <w:p>
      <w:pPr>
        <w:spacing w:after="80"/>
      </w:pPr>
      <w:r>
        <w:rPr>
          <w:b w:val="0"/>
          <w:i w:val="0"/>
        </w:rPr>
        <w:t>Không cần phải thế đâu. Em là lựa chọn đầu tiên của tôi cho vị trí này, bà Thatcher nói. Một điều cuối cùng, Emma. Em nằm trong số ít những người bạn mà tôi hy vọng vẫn sẽ gọi tôi là Margaret, vì tôi sẽ không giữ chức này mãi đâu.</w:t>
      </w:r>
    </w:p>
    <w:p>
      <w:pPr>
        <w:spacing w:after="80"/>
      </w:pPr>
      <w:r>
        <w:rPr>
          <w:b w:val="0"/>
          <w:i w:val="0"/>
        </w:rPr>
        <w:t>Cảm ơn Ngài, thưa Thủ tướng.</w:t>
      </w:r>
    </w:p>
    <w:p>
      <w:pPr>
        <w:spacing w:after="80"/>
      </w:pPr>
      <w:r>
        <w:rPr>
          <w:b w:val="0"/>
          <w:i w:val="0"/>
        </w:rPr>
        <w:t>Emma đứng dậy khỏi chỗ ngồi và bắt tay người sếp mới của mình. Khi cô rời khỏi phòng, cô thấy Alison đang đứng ở hành lang.</w:t>
      </w:r>
    </w:p>
    <w:p>
      <w:pPr>
        <w:spacing w:after="80"/>
      </w:pPr>
      <w:r>
        <w:rPr>
          <w:b w:val="0"/>
          <w:i w:val="0"/>
        </w:rPr>
        <w:t>Chúc mừng bộ trưởng. Có một chiếc xe đang đợi để đưa ngài đến bộ của mình.</w:t>
      </w:r>
    </w:p>
    <w:p>
      <w:pPr>
        <w:spacing w:after="80"/>
      </w:pPr>
      <w:r>
        <w:rPr>
          <w:b w:val="0"/>
          <w:i w:val="0"/>
        </w:rPr>
        <w:t>Khi họ cùng bước xuống cầu thang, đi ngang qua những bức ảnh của các cựu thủ tướng, Emma cố gắng tiếp nhận những gì đã xảy ra trong vài phút vừa qua. Đúng lúc cô đến hành lang, cửa trước mở ra và một người đàn ông trẻ bước vào, được một thư ký khác dẫn lên cầu thang. Cô tự hỏi không biết Norman sắp được đề nghị vị trí gì.</w:t>
      </w:r>
    </w:p>
    <w:p>
      <w:pPr>
        <w:spacing w:after="80"/>
      </w:pPr>
      <w:r>
        <w:rPr>
          <w:b w:val="0"/>
          <w:i w:val="0"/>
        </w:rPr>
        <w:t>Mời ngài đi theo tôi, Alison nói, rồi mở một cánh cửa phụ dẫn vào một căn phòng nhỏ có bàn làm việc và điện thoại. Emma thấy khó hiểu cho đến khi cô ấy đóng cửa lại và nói thêm, Thủ tướng nghĩ rằng ngài có thể muốn gọi cho chồng mình trước khi bắt đầu công việc mới.</w:t>
      </w:r>
    </w:p>
    <w:p>
      <w:pPr>
        <w:pStyle w:val="Heading1"/>
        <w:jc w:val="center"/>
      </w:pPr>
      <w:r>
        <w:rPr>
          <w:rFonts w:ascii="Calibri" w:hAnsi="Calibri"/>
          <w:b/>
          <w:i w:val="0"/>
          <w:sz w:val="40"/>
        </w:rPr>
        <w:t>8</w:t>
      </w:r>
    </w:p>
    <w:p>
      <w:pPr>
        <w:spacing w:after="80"/>
      </w:pPr>
      <w:r>
        <w:rPr>
          <w:b w:val="0"/>
          <w:i w:val="0"/>
        </w:rPr>
        <w:t>GILES DÀNH CẢ BUỔI SÁNG để chuyển giấy tờ, hồ sơ và đồ đạc cá nhân của mình từ đầu này sang đầu kia hành lang. Anh để lại phía sau một văn phòng rộng rãi, tiện nghi nhìn ra Quảng trường Nghị viện, chỉ cách phòng họp vài bước chân, cùng với một đoàn nhân viên mà mục đích duy nhất là đáp ứng mọi yêu cầu của anh.</w:t>
      </w:r>
    </w:p>
    <w:p>
      <w:pPr>
        <w:spacing w:after="80"/>
      </w:pPr>
      <w:r>
        <w:rPr>
          <w:b w:val="0"/>
          <w:i w:val="0"/>
        </w:rPr>
        <w:t>Đổi lại, anh chuyển vào một chỗ chật hẹp, chỉ có một thư ký duy nhất, nơi anh được kỳ vọng sẽ làm cùng công việc đó trong vai trò đối lập. Sự sụp đổ của anh vừa đau đớn vừa tức thời. Anh không còn có thể dựa vào một đội ngũ công chức để cố vấn, sắp xếp lịch trình và soạn thảo bài phát biểu cho mình nữa. Chính những công chức đó giờ đây phục vụ một ông chủ khác, đại diện cho một đảng khác, để quá trình điều hành chính phủ có thể tiếp diễn liền mạch. Nền dân chủ là thế đấy.</w:t>
      </w:r>
    </w:p>
    <w:p>
      <w:pPr>
        <w:spacing w:after="80"/>
      </w:pPr>
      <w:r>
        <w:rPr>
          <w:b w:val="0"/>
          <w:i w:val="0"/>
        </w:rPr>
        <w:t>Khi điện thoại reo, Giles nhấc máy và thấy người lãnh đạo phe đối lập ở đầu dây bên kia.</w:t>
      </w:r>
    </w:p>
    <w:p>
      <w:pPr>
        <w:spacing w:after="80"/>
      </w:pPr>
      <w:r>
        <w:rPr>
          <w:b w:val="0"/>
          <w:i w:val="0"/>
        </w:rPr>
        <w:t>Giles, mười giờ sáng thứ Hai tôi sẽ chủ trì một cuộc họp của Nội các Bóng tối (Shadow Cabinet) tại văn phòng mới của tôi ở Commons. Tôi hy vọng anh có thể tham dự.</w:t>
      </w:r>
    </w:p>
    <w:p>
      <w:pPr>
        <w:spacing w:after="80"/>
      </w:pPr>
      <w:r>
        <w:rPr>
          <w:b w:val="0"/>
          <w:i w:val="0"/>
        </w:rPr>
        <w:t>Không còn có thể nhờ thư ký riêng triệu tập các thành viên Nội các đến số 10, Jim Callaghan đang tự mình gọi điện thoại lần đầu tiên sau nhiều năm.</w:t>
      </w:r>
    </w:p>
    <w:p>
      <w:pPr>
        <w:jc w:val="center"/>
      </w:pPr>
      <w:r>
        <w:drawing>
          <wp:inline xmlns:a="http://schemas.openxmlformats.org/drawingml/2006/main" xmlns:pic="http://schemas.openxmlformats.org/drawingml/2006/picture">
            <wp:extent cx="304800" cy="85725"/>
            <wp:docPr id="32" name="Picture 3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Nói rằng các đồng nghiệp của Giles trông như bị sốc khi họ ngồi vào bàn họp thứ Hai tuần sau đó thì quả là còn nhẹ. Tất cả bọn họ đều đã tính đến khả năng thua bà ấy, nhưng không phải với tỷ lệ áp đảo đến thế.</w:t>
      </w:r>
    </w:p>
    <w:p>
      <w:pPr>
        <w:spacing w:after="80"/>
      </w:pPr>
      <w:r>
        <w:rPr>
          <w:b w:val="0"/>
          <w:i w:val="0"/>
        </w:rPr>
        <w:t>Jim Callaghan chủ trì cuộc họp, sau khi vội vàng nguệch ngoạc một chương trình nghị sự lên mặt sau phong bì, được một thư ký đánh máy lại và giờ đang phát cho những đồng nghiệp may mắn sống sót qua cuộc thanh lọc bầu cử. Chủ đề duy nhất khiến những người ngồi quanh bàn họp đó tập trung tâm trí là khi nào Jim sẽ từ chức lãnh đạo Đảng Lao động. Đó là mục đầu tiên trong chương trình nghị sự. Ông nói với các đồng nghiệp rằng một khi họ đã tìm được chỗ đứng trong vai trò đối lập, ông dự định sẽ nhường chỗ cho một lãnh đạo mới. Đôi chân mà trong vài năm tới sẽ chẳng làm gì khác ngoài việc lê bước qua sảnh bỏ phiếu "Không" để bỏ phiếu chống chính phủ, chỉ để rồi bị đánh bại hết lần này đến lần khác.</w:t>
      </w:r>
    </w:p>
    <w:p>
      <w:pPr>
        <w:spacing w:after="80"/>
      </w:pPr>
      <w:r>
        <w:rPr>
          <w:b w:val="0"/>
          <w:i w:val="0"/>
        </w:rPr>
        <w:t>Khi cuộc họp kết thúc, Giles làm một việc mà ông đã không làm suốt nhiều năm. Ông đi bộ về nhà — không có xe công vụ. Ông sẽ nhớ Bill, và gửi cho anh ta một dòng để cảm ơn, trước khi cùng Karin ăn trưa.</w:t>
      </w:r>
    </w:p>
    <w:p>
      <w:pPr>
        <w:spacing w:after="80"/>
      </w:pPr>
      <w:r>
        <w:rPr>
          <w:b w:val="0"/>
          <w:i w:val="0"/>
        </w:rPr>
        <w:t>Có kinh khủng lắm không? cô hỏi anh khi anh bước vào bếp.</w:t>
      </w:r>
    </w:p>
    <w:p>
      <w:pPr>
        <w:spacing w:after="80"/>
      </w:pPr>
      <w:r>
        <w:rPr>
          <w:b w:val="0"/>
          <w:i w:val="0"/>
        </w:rPr>
        <w:t>Nó giống như dự đám tang vậy, vì tất cả chúng ta đều biết mình chẳng thể làm gì được trong ít nhất bốn năm. Và đến lúc đó tôi sẽ sáu mươi ba tuổi, anh nhắc cô, và lãnh đạo mới của đảng, dù là ai đi nữa, chắc chắn sẽ có ứng viên riêng của mình để thay thế tôi.</w:t>
      </w:r>
    </w:p>
    <w:p>
      <w:pPr>
        <w:spacing w:after="80"/>
      </w:pPr>
      <w:r>
        <w:rPr>
          <w:b w:val="0"/>
          <w:i w:val="0"/>
        </w:rPr>
        <w:t>Trừ khi anh dồn hết sự ủng hộ cho người sẽ trở thành lãnh đạo tiếp theo, Karin nói, khi đó anh vẫn sẽ có một chỗ ở bàn trên cùng.</w:t>
      </w:r>
    </w:p>
    <w:p>
      <w:pPr>
        <w:spacing w:after="80"/>
      </w:pPr>
      <w:r>
        <w:rPr>
          <w:b w:val="0"/>
          <w:i w:val="0"/>
        </w:rPr>
        <w:t>Theo ý tôi, Denis Healey là ứng viên khả dĩ duy nhất cho vị trí đó, và tôi khá chắc đảng sẽ ủng hộ ông ấy.</w:t>
      </w:r>
    </w:p>
    <w:p>
      <w:pPr>
        <w:spacing w:after="80"/>
      </w:pPr>
      <w:r>
        <w:rPr>
          <w:b w:val="0"/>
          <w:i w:val="0"/>
        </w:rPr>
        <w:t>Ông ấy có khả năng phải đối đầu với ai? Karin hỏi khi rót cho anh một ly rượu vang.</w:t>
      </w:r>
    </w:p>
    <w:p>
      <w:pPr>
        <w:spacing w:after="80"/>
      </w:pPr>
      <w:r>
        <w:rPr>
          <w:b w:val="0"/>
          <w:i w:val="0"/>
        </w:rPr>
        <w:t>Các công đoàn sẽ ủng hộ Michael Foot, nhưng hầu hết đảng viên sẽ nhận ra rằng với lý lịch cánh tả của ông ấy, đảng sẽ chẳng có mấy hy vọng thắng cuộc tổng tuyển cử tới. Anh uống cạn ly. Nhưng chúng ta không phải lo về khả năng đó trong một thời gian nữa, nên hãy nói về điều gì đó dễ chịu hơn, như việc em muốn đi nghỉ hè ở đâu.</w:t>
      </w:r>
    </w:p>
    <w:p>
      <w:pPr>
        <w:spacing w:after="80"/>
      </w:pPr>
      <w:r>
        <w:rPr>
          <w:b w:val="0"/>
          <w:i w:val="0"/>
        </w:rPr>
        <w:t>Còn một chuyện nữa chúng ta cần bàn trước khi quyết định điều đó, Karin nói khi đang nghiền khoai tây. Cử tri có thể đã từ chối anh, nhưng em biết một người vẫn cần anh giúp.</w:t>
      </w:r>
    </w:p>
    <w:p>
      <w:pPr>
        <w:spacing w:after="80"/>
      </w:pPr>
      <w:r>
        <w:rPr>
          <w:b w:val="0"/>
          <w:i w:val="0"/>
        </w:rPr>
        <w:t>Em đang nói gì vậy?</w:t>
      </w:r>
    </w:p>
    <w:p>
      <w:pPr>
        <w:spacing w:after="80"/>
      </w:pPr>
      <w:r>
        <w:rPr>
          <w:b w:val="0"/>
          <w:i w:val="0"/>
        </w:rPr>
        <w:t>Emma gọi điện sáng nay. Cô ấy hy vọng anh có thể sẵn lòng tư vấn cho cô ấy về công việc mới.</w:t>
      </w:r>
    </w:p>
    <w:p>
      <w:pPr>
        <w:spacing w:after="80"/>
      </w:pPr>
      <w:r>
        <w:rPr>
          <w:b w:val="0"/>
          <w:i w:val="0"/>
        </w:rPr>
        <w:t>Công việc mới của cô ấy?</w:t>
      </w:r>
    </w:p>
    <w:p>
      <w:pPr>
        <w:spacing w:after="80"/>
      </w:pPr>
      <w:r>
        <w:rPr>
          <w:b w:val="0"/>
          <w:i w:val="0"/>
        </w:rPr>
        <w:t>Không ai nói với anh à? Cô ấy được bổ nhiệm làm Thứ trưởng Bộ Y tế, và cô ấy sẽ cùng anh gia nhập Viện Quý tộc. Karin chờ xem anh sẽ phản ứng thế nào.</w:t>
      </w:r>
    </w:p>
    <w:p>
      <w:pPr>
        <w:spacing w:after="80"/>
      </w:pPr>
      <w:r>
        <w:rPr>
          <w:b w:val="0"/>
          <w:i w:val="0"/>
        </w:rPr>
        <w:t>Mẹ chúng ta hẳn sẽ tự hào biết bao, đó chính là những lời đầu tiên của Giles. Vậy ít nhất cũng có chút gì tốt đẹp từ cuộc bầu cử này. Chắc chắn con sẽ có thể chỉ cho mẹ thấy những ổ gà nào cần tránh, những thành viên nào nên nghe theo, những ai nên phớt lờ và làm sao để giành được sự tín nhiệm của Viện. Không phải việc dễ dàng ngay cả trong thời điểm thuận lợi nhất, ông nói, đã bắt đầu hào hứng với nhiệm vụ này. Con sẽ gọi cho mẹ ngay sau bữa trưa và ngỏ ý đưa mẹ đi tham quan Cung điện Westminster khi chúng ta đang trong kỳ nghỉ.</w:t>
      </w:r>
    </w:p>
    <w:p>
      <w:pPr>
        <w:spacing w:after="80"/>
      </w:pPr>
      <w:r>
        <w:rPr>
          <w:b w:val="0"/>
          <w:i w:val="0"/>
        </w:rPr>
        <w:t>Và nếu năm nay chúng ta đi Scotland nghỉ mát, Karin nói, chúng ta có thể mời Harry và Emma cùng đi. Đây sẽ là lần đầu tiên sau bao nhiêu năm mà anh không bị liên tục ngắt lời bởi các công chức viện cớ có khủng hoảng, hay các nhà báo nói xin lỗi vì làm phiền ngài trong kỳ nghỉ, thưa bộ trưởng, nhưng . . .</w:t>
      </w:r>
    </w:p>
    <w:p>
      <w:pPr>
        <w:spacing w:after="80"/>
      </w:pPr>
      <w:r>
        <w:rPr>
          <w:b w:val="0"/>
          <w:i w:val="0"/>
        </w:rPr>
        <w:t>Ý hay đấy. Đến tháng Mười khi Emma được giới thiệu vào Viện, các đồng nghiệp mới của cô ấy sẽ nghĩ rằng cô đã ở Viện Quý tộc cả chục năm rồi.</w:t>
      </w:r>
    </w:p>
    <w:p>
      <w:pPr>
        <w:spacing w:after="80"/>
      </w:pPr>
      <w:r>
        <w:rPr>
          <w:b w:val="0"/>
          <w:i w:val="0"/>
        </w:rPr>
        <w:t>Và còn một điều nữa chúng ta nên bàn bây giờ khi anh có nhiều thời gian rảnh rỗi hơn, Karin nói khi đặt đĩa thức ăn hầm lên bàn trước mặt ông.</w:t>
      </w:r>
    </w:p>
    <w:p>
      <w:pPr>
        <w:spacing w:after="80"/>
      </w:pPr>
      <w:r>
        <w:rPr>
          <w:b w:val="0"/>
          <w:i w:val="0"/>
        </w:rPr>
        <w:t>Em nói hoàn toàn đúng, em yêu, Giles nói, cầm dao nĩa lên. Nhưng lần này đừng chỉ nói suông, hãy làm gì đó đi.</w:t>
      </w:r>
    </w:p>
    <w:p>
      <w:pPr>
        <w:jc w:val="center"/>
      </w:pPr>
      <w:r>
        <w:drawing>
          <wp:inline xmlns:a="http://schemas.openxmlformats.org/drawingml/2006/main" xmlns:pic="http://schemas.openxmlformats.org/drawingml/2006/picture">
            <wp:extent cx="304800" cy="85725"/>
            <wp:docPr id="33" name="Picture 3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Lord Goodman gắng gượng đứng dậy từ sau bàn làm việc khi thư ký của ông bước vào văn phòng cùng với một khách hàng tiềm năng.</w:t>
      </w:r>
    </w:p>
    <w:p>
      <w:pPr>
        <w:spacing w:after="80"/>
      </w:pPr>
      <w:r>
        <w:rPr>
          <w:b w:val="0"/>
          <w:i w:val="0"/>
        </w:rPr>
        <w:t>Thật vinh hạnh được gặp bà, bà Grant, vị luật sư lỗi lạc nói khi họ bắt tay. Mời bà ngồi, ông nói thêm, dẫn bà đến một chiếc ghế thoải mái.</w:t>
      </w:r>
    </w:p>
    <w:p>
      <w:pPr>
        <w:spacing w:after="80"/>
      </w:pPr>
      <w:r>
        <w:rPr>
          <w:b w:val="0"/>
          <w:i w:val="0"/>
        </w:rPr>
        <w:t>Có đúng là ông từng là luật sư của Thủ tướng không? Ellie May hỏi, sau khi đã ngồi xuống.</w:t>
      </w:r>
    </w:p>
    <w:p>
      <w:pPr>
        <w:spacing w:after="80"/>
      </w:pPr>
      <w:r>
        <w:rPr>
          <w:b w:val="0"/>
          <w:i w:val="0"/>
        </w:rPr>
        <w:t>Đúng vậy, Goodman nói. Giờ tôi chỉ phục vụ ông Wilson với tư cách cá nhân.</w:t>
      </w:r>
    </w:p>
    <w:p>
      <w:pPr>
        <w:spacing w:after="80"/>
      </w:pPr>
      <w:r>
        <w:rPr>
          <w:b w:val="0"/>
          <w:i w:val="0"/>
        </w:rPr>
        <w:t>Và ông có thời gian đọc lá thư cùng các tài liệu kèm theo mà tôi gửi gần đây không? Ellie May hỏi, ý thức rõ rằng những câu chuyện xã giao sẽ bị tính phí ngang với tư vấn pháp lý.</w:t>
      </w:r>
    </w:p>
    <w:p>
      <w:pPr>
        <w:spacing w:after="80"/>
      </w:pPr>
      <w:r>
        <w:rPr>
          <w:b w:val="0"/>
          <w:i w:val="0"/>
        </w:rPr>
        <w:t>Từng chữ một, Goodman nói, gõ nhẹ vào tập hồ sơ trên bàn trước mặt. Tôi chỉ ước chồng bà đã tìm đến lời khuyên của tôi vào thời điểm xảy ra sự cố đáng tiếc này. Nếu ông ấy làm vậy, tôi đã khuyên ông ấy thách thức bà quý tộc kia.</w:t>
      </w:r>
    </w:p>
    <w:p>
      <w:pPr>
        <w:spacing w:after="80"/>
      </w:pPr>
      <w:r>
        <w:rPr>
          <w:b w:val="0"/>
          <w:i w:val="0"/>
        </w:rPr>
        <w:t>Sẽ ít cần đến luật sư hơn nhiều, thưa Lord Goodman, nếu tất cả chúng ta đều may mắn có được cái nhìn hậu kiến. Nhưng dù vậy, theo ý ông thì Lady Virginia có lý do để phải trả lời không?</w:t>
      </w:r>
    </w:p>
    <w:p>
      <w:pPr>
        <w:spacing w:after="80"/>
      </w:pPr>
      <w:r>
        <w:rPr>
          <w:b w:val="0"/>
          <w:i w:val="0"/>
        </w:rPr>
        <w:t>Chắc chắn là có, thưa bà. Tức là, giả sử ông bà Morton đồng ý ký một bản khai có tuyên thệ xác nhận rằng Ngài Freddie Fenwick là con của họ, và Lady Virginia đã biết điều đó vào thời điểm đứa trẻ chào đời.</w:t>
      </w:r>
    </w:p>
    <w:p>
      <w:pPr>
        <w:spacing w:after="80"/>
      </w:pPr>
      <w:r>
        <w:rPr>
          <w:b w:val="0"/>
          <w:i w:val="0"/>
        </w:rPr>
        <w:t>Chỉ cần đặt văn bản cần thiết trước mặt họ, thưa Lord Goodman, và họ sẽ ký. Và sau khi họ ký xong, Cyrus có thể đòi lại toàn bộ số tiền ông ấy đã trả cho kẻ lừa đảo đó trong bao nhiêu năm qua không?</w:t>
      </w:r>
    </w:p>
    <w:p>
      <w:pPr>
        <w:spacing w:after="80"/>
      </w:pPr>
      <w:r>
        <w:rPr>
          <w:b w:val="0"/>
          <w:i w:val="0"/>
        </w:rPr>
        <w:t>Từng xu một, cộng với bất kỳ khoản lãi hay phí tổn nào khác do tòa án ấn định, tất nhiên cùng với phí của tôi.</w:t>
      </w:r>
    </w:p>
    <w:p>
      <w:pPr>
        <w:spacing w:after="80"/>
      </w:pPr>
      <w:r>
        <w:rPr>
          <w:b w:val="0"/>
          <w:i w:val="0"/>
        </w:rPr>
        <w:t>Vậy lời khuyên của ông là nên kiện con mụ đó? Ellie May hỏi, người nghiêng về phía trước.</w:t>
      </w:r>
    </w:p>
    <w:p>
      <w:pPr>
        <w:spacing w:after="80"/>
      </w:pPr>
      <w:r>
        <w:rPr>
          <w:b w:val="0"/>
          <w:i w:val="0"/>
        </w:rPr>
        <w:t>Có một điều kiện kèm theo, Goodman nói, nhướng một bên lông mày.</w:t>
      </w:r>
    </w:p>
    <w:p>
      <w:pPr>
        <w:spacing w:after="80"/>
      </w:pPr>
      <w:r>
        <w:rPr>
          <w:b w:val="0"/>
          <w:i w:val="0"/>
        </w:rPr>
        <w:t>Luật sư lúc nào cũng đưa ra một điều kiện kèm theo, phòng khi cuối cùng họ thua kiện. Vậy thì nói đi.</w:t>
      </w:r>
    </w:p>
    <w:p>
      <w:pPr>
        <w:spacing w:after="80"/>
      </w:pPr>
      <w:r>
        <w:rPr>
          <w:b w:val="0"/>
          <w:i w:val="0"/>
        </w:rPr>
        <w:t>Sẽ chẳng có ích gì mấy khi kiện Lady Virginia đòi một khoản tiền lớn như vậy nếu bà ta không có tài sản nào thực sự đáng giá. Một tờ báo, ông nói, mở một tập hồ sơ dày, đang đưa tin rằng bà ta đang rút cậu Freddie trẻ tuổi khỏi trường dự bị vì không còn đủ khả năng trả học phí.</w:t>
      </w:r>
    </w:p>
    <w:p>
      <w:pPr>
        <w:spacing w:after="80"/>
      </w:pPr>
      <w:r>
        <w:rPr>
          <w:b w:val="0"/>
          <w:i w:val="0"/>
        </w:rPr>
        <w:t>Nhưng bà ta sở hữu một căn nhà ở Onslow Square, tôi được tin chắc chắn như vậy, và có nửa tá nhân viên để trông nom nó.</w:t>
      </w:r>
    </w:p>
    <w:p>
      <w:pPr>
        <w:spacing w:after="80"/>
      </w:pPr>
      <w:r>
        <w:rPr>
          <w:b w:val="0"/>
          <w:i w:val="0"/>
        </w:rPr>
        <w:t>Từng có, Goodman nói. Lady Virginia đã bán căn nhà vài tháng trước và sa thải toàn bộ nhân viên. Ông mở một tập hồ sơ khác và kiểm tra vài mẩu báo cắt trước khi chuyển chúng cho khách hàng của mình.</w:t>
      </w:r>
    </w:p>
    <w:p>
      <w:pPr>
        <w:spacing w:after="80"/>
      </w:pPr>
      <w:r>
        <w:rPr>
          <w:b w:val="0"/>
          <w:i w:val="0"/>
        </w:rPr>
        <w:t>Khi Ellie May đọc xong, cô hỏi, Điều này có làm thay đổi ý kiến của ông không?</w:t>
      </w:r>
    </w:p>
    <w:p>
      <w:pPr>
        <w:spacing w:after="80"/>
      </w:pPr>
      <w:r>
        <w:rPr>
          <w:b w:val="0"/>
          <w:i w:val="0"/>
        </w:rPr>
        <w:t>Không, nhưng để bắt đầu, tôi khuyên chúng ta nên gửi cho Lady Virginia một lá thư "không phương hại" (without prejudice), yêu cầu bà ta hoàn trả toàn bộ số tiền, và cho bà ta ba mươi ngày để phản hồi. Tôi khó tin rằng bà ta lại không muốn dàn xếp theo cách nào đó thay vì bị tuyên bố phá sản và thậm chí đối mặt với khả năng bị bắt vì tội lừa đảo.</w:t>
      </w:r>
    </w:p>
    <w:p>
      <w:pPr>
        <w:spacing w:after="80"/>
      </w:pPr>
      <w:r>
        <w:rPr>
          <w:b w:val="0"/>
          <w:i w:val="0"/>
        </w:rPr>
        <w:t>Và nếu bà ta không làm vậy . . . vì tôi có cảm giác bà ta sẽ không, Ellie May nói.</w:t>
      </w:r>
    </w:p>
    <w:p>
      <w:pPr>
        <w:spacing w:after="80"/>
      </w:pPr>
      <w:r>
        <w:rPr>
          <w:b w:val="0"/>
          <w:i w:val="0"/>
        </w:rPr>
        <w:t>Cô sẽ phải quyết định có phát hành lệnh khởi kiện (writ) hay không, với khả năng rất cao là không thu hồi được một xu nào, trong trường hợp đó cô vẫn phải trả chi phí pháp lý của chính mình, mà khoản này sẽ không hề nhỏ. Goodman ngừng lại trước khi nói thêm, Cân nhắc mọi mặt, tôi khuyên nên thận trọng. Tất nhiên, quyết định là của cô. Nhưng như tôi đã chỉ ra, bà Grant, việc đó có thể khiến cô tốn rất nhiều tiền, mà không có gì đảm bảo sẽ thu lại được.</w:t>
      </w:r>
    </w:p>
    <w:p>
      <w:pPr>
        <w:spacing w:after="80"/>
      </w:pPr>
      <w:r>
        <w:rPr>
          <w:b w:val="0"/>
          <w:i w:val="0"/>
        </w:rPr>
        <w:t>Nếu con mụ đó cuối cùng bị phá sản, bị bẽ mặt và phải đối mặt với một thời gian ngồi tù, thì từng xu cũng đáng.</w:t>
      </w:r>
    </w:p>
    <w:p>
      <w:pPr>
        <w:jc w:val="center"/>
      </w:pPr>
      <w:r>
        <w:drawing>
          <wp:inline xmlns:a="http://schemas.openxmlformats.org/drawingml/2006/main" xmlns:pic="http://schemas.openxmlformats.org/drawingml/2006/picture">
            <wp:extent cx="304800" cy="85725"/>
            <wp:docPr id="34" name="Picture 3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Harry và Emma cùng Giles và Karin đến Lâu đài Mulgelrie, ngôi nhà của gia đình ông ngoại họ ở Scotland, trong hai tuần, và mỗi khi điện thoại reo, gần như lúc nào cũng là gọi cho Emma, và khi những chiếc hộp đỏ đến, Giles phải tập làm quen với việc không mở chúng.</w:t>
      </w:r>
    </w:p>
    <w:p>
      <w:pPr>
        <w:spacing w:after="80"/>
      </w:pPr>
      <w:r>
        <w:rPr>
          <w:b w:val="0"/>
          <w:i w:val="0"/>
        </w:rPr>
        <w:t>Anh trai cô có thể tư vấn cho vị bộ trưởng mới vào nghề về cách đối phó với các công chức dường như đã quên rằng cô đang đi nghỉ, và với các nhà báo chính trị đang khao khát có một câu chuyện tháng Tám trong khi Quốc hội không họp. Và mỗi khi họ cùng đi dạo trên những đồng hoang gà gô, Giles trả lời mọi câu hỏi vô vàn của em gái, chia sẻ với cô những năm tháng kinh nghiệm của anh với tư cách một bộ trưởng ở Thượng viện, đến nỗi khi trở về London, Emma cảm thấy mình không hẳn đã có một kỳ nghỉ mà là đã tham dự vài buổi hội thảo nâng cao về chính phủ.</w:t>
      </w:r>
    </w:p>
    <w:p>
      <w:pPr>
        <w:spacing w:after="80"/>
      </w:pPr>
      <w:r>
        <w:rPr>
          <w:b w:val="0"/>
          <w:i w:val="0"/>
        </w:rPr>
        <w:t>Sau khi Emma và Harry rời đi, Giles và Karin ở lại thêm vài tuần nữa. Giles còn một việc khác cần làm trước khi tham dự hội nghị đảng ở Brighton.</w:t>
      </w:r>
    </w:p>
    <w:p>
      <w:pPr>
        <w:jc w:val="center"/>
      </w:pPr>
      <w:r>
        <w:drawing>
          <wp:inline xmlns:a="http://schemas.openxmlformats.org/drawingml/2006/main" xmlns:pic="http://schemas.openxmlformats.org/drawingml/2006/picture">
            <wp:extent cx="304800" cy="85725"/>
            <wp:docPr id="35" name="Picture 3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Cảm ơn ông đã đồng ý gặp tôi, Archie.</w:t>
      </w:r>
    </w:p>
    <w:p>
      <w:pPr>
        <w:spacing w:after="80"/>
      </w:pPr>
      <w:r>
        <w:rPr>
          <w:b w:val="0"/>
          <w:i w:val="0"/>
        </w:rPr>
        <w:t>Rất hân hạnh, vị Bá tước thứ mười xứ Fenwick nói. Tôi sẽ không bao giờ quên lòng tốt của ông khi tôi tiếp nhận ghế của cha tôi ở Viện Quý tộc và có bài phát biểu đầu tiên.</w:t>
      </w:r>
    </w:p>
    <w:p>
      <w:pPr>
        <w:spacing w:after="80"/>
      </w:pPr>
      <w:r>
        <w:rPr>
          <w:b w:val="0"/>
          <w:i w:val="0"/>
        </w:rPr>
        <w:t>Bài phát biểu được đón nhận rất tốt, Giles nói. Dù ông đã công kích chính phủ.</w:t>
      </w:r>
    </w:p>
    <w:p>
      <w:pPr>
        <w:spacing w:after="80"/>
      </w:pPr>
      <w:r>
        <w:rPr>
          <w:b w:val="0"/>
          <w:i w:val="0"/>
        </w:rPr>
        <w:t>Và tôi cũng định sẽ chỉ trích phe Bảo thủ gay gắt không kém, nếu chính sách nông nghiệp của họ cũng cổ hủ như của ông. Nhưng nói cho tôi biết đi, Giles, tôi đâu có phúc được hưởng vinh dự này vì lý do gì, bởi tôi chưa bao giờ thấy ông là người có thời gian để lãng phí cả.</w:t>
      </w:r>
    </w:p>
    <w:p>
      <w:pPr>
        <w:spacing w:after="80"/>
      </w:pPr>
      <w:r>
        <w:rPr>
          <w:b w:val="0"/>
          <w:i w:val="0"/>
        </w:rPr>
        <w:t>Tôi thú nhận, Giles nói khi Archie đưa cho ông một ly whisky lớn, rằng tôi đang tìm kiếm thông tin liên quan đến một chuyện gia đình.</w:t>
      </w:r>
    </w:p>
    <w:p>
      <w:pPr>
        <w:spacing w:after="80"/>
      </w:pPr>
      <w:r>
        <w:rPr>
          <w:b w:val="0"/>
          <w:i w:val="0"/>
        </w:rPr>
        <w:t>Chẳng lẽ ông tò mò về cô vợ cũ Virginia của mình đấy chứ?</w:t>
      </w:r>
    </w:p>
    <w:p>
      <w:pPr>
        <w:spacing w:after="80"/>
      </w:pPr>
      <w:r>
        <w:rPr>
          <w:b w:val="0"/>
          <w:i w:val="0"/>
        </w:rPr>
        <w:t>Đúng ngay phóc. Tôi khá hy vọng ông có thể cập nhật cho tôi biết dạo này em gái ông đang làm gì. Lát nữa tôi sẽ giải thích lý do.</w:t>
      </w:r>
    </w:p>
    <w:p>
      <w:pPr>
        <w:spacing w:after="80"/>
      </w:pPr>
      <w:r>
        <w:rPr>
          <w:b w:val="0"/>
          <w:i w:val="0"/>
        </w:rPr>
        <w:t>Tôi chỉ ước mình làm được, Archie nói, nhưng tôi không thể giả vờ rằng chúng tôi thân thiết đến thế. Điều duy nhất tôi biết chắc là Virginia lại cháy túi lần nữa, dù tôi đã tuân thủ các điều khoản trong di chúc của cha tôi và tiếp tục chu cấp cho cô ấy một khoản trợ cấp hàng tháng. Nhưng số đó sẽ không đủ xa để giải quyết những rắc rối hiện tại của cô ấy.</w:t>
      </w:r>
    </w:p>
    <w:p>
      <w:pPr>
        <w:spacing w:after="80"/>
      </w:pPr>
      <w:r>
        <w:rPr>
          <w:b w:val="0"/>
          <w:i w:val="0"/>
        </w:rPr>
        <w:t>Giles nhấp một ngụm whisky. Một trong những rắc rối đó có thể là Ngài Freddie Fenwick chăng?</w:t>
      </w:r>
    </w:p>
    <w:p>
      <w:pPr>
        <w:spacing w:after="80"/>
      </w:pPr>
      <w:r>
        <w:rPr>
          <w:b w:val="0"/>
          <w:i w:val="0"/>
        </w:rPr>
        <w:t>Archie không trả lời ngay. Một điều giờ chúng ta đã biết chắc chắn, cuối cùng ông nói, là Freddie không phải con trai của Virginia và, có lẽ thú vị hơn, cha tôi hẳn đã biết điều đó từ lâu trước khi ông chỉ để lại cho cô ấy một món thừa kế duy nhất trong di chúc.</w:t>
      </w:r>
    </w:p>
    <w:p>
      <w:pPr>
        <w:spacing w:after="80"/>
      </w:pPr>
      <w:r>
        <w:rPr>
          <w:b w:val="0"/>
          <w:i w:val="0"/>
        </w:rPr>
        <w:t>Chai Makers Mark, Giles nói.</w:t>
      </w:r>
    </w:p>
    <w:p>
      <w:pPr>
        <w:spacing w:after="80"/>
      </w:pPr>
      <w:r>
        <w:rPr>
          <w:b w:val="0"/>
          <w:i w:val="0"/>
        </w:rPr>
        <w:t>Đúng vậy. Điều đó khiến tôi băn khoăn một thời gian, Archie thừa nhận, cho đến khi tôi có một cuộc viếng thăm của bà Ellie May Grant ở Baton Rouge, Louisiana, người đã giải thích rằng đó là nhãn hiệu whisky yêu thích của chồng bà, Cyrus. Sau đó bà kể cho tôi nghe rất chi tiết những gì đã diễn ra trong chuyến thăm London của chồng bà khi ông ấy gặp vận rủi là chạm trán Virginia. Nhưng tôi vẫn mù tịt không hiểu sao cô ấy lại thoát được lâu đến thế.</w:t>
      </w:r>
    </w:p>
    <w:p>
      <w:pPr>
        <w:spacing w:after="80"/>
      </w:pPr>
      <w:r>
        <w:rPr>
          <w:b w:val="0"/>
          <w:i w:val="0"/>
        </w:rPr>
        <w:t>Vậy để tôi bổ sung những gì tôi biết, nhờ ơn Ngài Hayden Rankin, Thống đốc Louisiana, và là một người bạn cũ của Cyrus T. Grant III. Có vẻ như trong khi Cyrus đang trong chuyến đi đầu tiên và cũng là cuối cùng đến London, Virginia đã dựng lên một màn lừa đảo công phu để thuyết phục ông rằng ông đã cầu hôn cô ta, bất chấp việc ông đã có kế hoạch kết hôn với người khác chính là Ellie May. Sau đó cô ta lừa gã đàn ông ngốc nghếch tin rằng mình đang mang thai và ông là cha đứa bé. Đó gần như là tất cả những gì tôi biết.</w:t>
      </w:r>
    </w:p>
    <w:p>
      <w:pPr>
        <w:spacing w:after="80"/>
      </w:pPr>
      <w:r>
        <w:rPr>
          <w:b w:val="0"/>
          <w:i w:val="0"/>
        </w:rPr>
        <w:t>Tôi có thể thêm một chút, Archie nói. Bà Grant cho tôi biết bà vừa thuê cựu quản gia của Virginia cùng vợ ông ta, ông bà Morton, những người đã ký một bản khai có tuyên thệ xác nhận Freddie là con của họ, đó chính là lý do các khoản thanh toán hàng tháng của Virginia từ Cyrus đột nhiên cạn khô.</w:t>
      </w:r>
    </w:p>
    <w:p>
      <w:pPr>
        <w:spacing w:after="80"/>
      </w:pPr>
      <w:r>
        <w:rPr>
          <w:b w:val="0"/>
          <w:i w:val="0"/>
        </w:rPr>
        <w:t>Chẳng trách cô ta cháy túi. Freddie có biết rằng vợ chồng Morton thực ra là cha mẹ mình không?</w:t>
      </w:r>
    </w:p>
    <w:p>
      <w:pPr>
        <w:spacing w:after="80"/>
      </w:pPr>
      <w:r>
        <w:rPr>
          <w:b w:val="0"/>
          <w:i w:val="0"/>
        </w:rPr>
        <w:t>Không, thằng bé chưa bao giờ hỏi và tôi cũng chưa bao giờ nói với nó, vì rõ ràng nó cảm thấy cha mẹ đã bỏ rơi mình, Archie nói. Và còn tệ hơn nữa. Bà Grant gần đây đã chỉ định Ngài Goodman đại diện cho bà trong nỗ lực đòi lại từng xu mà Cyrus đã bỏ ra. Và sau khi có vinh hạnh được gặp bà Ellie May Grant đáng gờm ấy, tôi có thể nói với ông rằng cuối cùng em gái tôi đã gặp đối thủ xứng tầm.</w:t>
      </w:r>
    </w:p>
    <w:p>
      <w:pPr>
        <w:spacing w:after="80"/>
      </w:pPr>
      <w:r>
        <w:rPr>
          <w:b w:val="0"/>
          <w:i w:val="0"/>
        </w:rPr>
        <w:t>Nhưng làm sao Virginia có thể Giles im bặt khi cánh cửa bật mở và một cậu bé lao vào.</w:t>
      </w:r>
    </w:p>
    <w:p>
      <w:pPr>
        <w:spacing w:after="80"/>
      </w:pPr>
      <w:r>
        <w:rPr>
          <w:b w:val="0"/>
          <w:i w:val="0"/>
        </w:rPr>
        <w:t>Ta đã dặn con bao nhiêu lần về việc gõ cửa rồi, Freddie, nhất là khi ta đang có khách.</w:t>
      </w:r>
    </w:p>
    <w:p>
      <w:pPr>
        <w:spacing w:after="80"/>
      </w:pPr>
      <w:r>
        <w:rPr>
          <w:b w:val="0"/>
          <w:i w:val="0"/>
        </w:rPr>
        <w:t>Xin lỗi, thưa ngài, Freddie nói, và nhanh chóng quay người bước ra.</w:t>
      </w:r>
    </w:p>
    <w:p>
      <w:pPr>
        <w:spacing w:after="80"/>
      </w:pPr>
      <w:r>
        <w:rPr>
          <w:b w:val="0"/>
          <w:i w:val="0"/>
        </w:rPr>
        <w:t>Trước khi đi, tôi muốn anh gặp một chính trị gia tuyệt vời. Freddie quay lại. Đây là Lord Barrington, người cho đến gần đây là lãnh đạo Viện Quý tộc.</w:t>
      </w:r>
    </w:p>
    <w:p>
      <w:pPr>
        <w:spacing w:after="80"/>
      </w:pPr>
      <w:r>
        <w:rPr>
          <w:b w:val="0"/>
          <w:i w:val="0"/>
        </w:rPr>
        <w:t>Chào ngài, Freddie nói, chìa tay ra. Cậu bé nhìn Giles một lúc lâu trước khi cuối cùng nói: Không phải ngài là người đã kết hôn với mẹ cháu sao?</w:t>
      </w:r>
    </w:p>
    <w:p>
      <w:pPr>
        <w:spacing w:after="80"/>
      </w:pPr>
      <w:r>
        <w:rPr>
          <w:b w:val="0"/>
          <w:i w:val="0"/>
        </w:rPr>
        <w:t>Đúng vậy, Giles nói. Và tôi rất vui được gặp cháu cuối cùng.</w:t>
      </w:r>
    </w:p>
    <w:p>
      <w:pPr>
        <w:spacing w:after="80"/>
      </w:pPr>
      <w:r>
        <w:rPr>
          <w:b w:val="0"/>
          <w:i w:val="0"/>
        </w:rPr>
        <w:t>Nhưng ngài không phải bố cháu, phải không ạ? Freddie nói, sau một hồi im lặng nữa.</w:t>
      </w:r>
    </w:p>
    <w:p>
      <w:pPr>
        <w:spacing w:after="80"/>
      </w:pPr>
      <w:r>
        <w:rPr>
          <w:b w:val="0"/>
          <w:i w:val="0"/>
        </w:rPr>
        <w:t>Không, tôi không phải.</w:t>
      </w:r>
    </w:p>
    <w:p>
      <w:pPr>
        <w:spacing w:after="80"/>
      </w:pPr>
      <w:r>
        <w:rPr>
          <w:b w:val="0"/>
          <w:i w:val="0"/>
        </w:rPr>
        <w:t>Freddie trông có vẻ thất vọng. Chú cháu nói ngài là một chính trị gia tuyệt vời, nhưng có đúng là ngài từng là một vận động viên cricket tuyệt vời không?</w:t>
      </w:r>
    </w:p>
    <w:p>
      <w:pPr>
        <w:spacing w:after="80"/>
      </w:pPr>
      <w:r>
        <w:rPr>
          <w:b w:val="0"/>
          <w:i w:val="0"/>
        </w:rPr>
        <w:t>Chưa bao giờ tuyệt vời cả, Giles nói, cố làm dịu không khí. Và đó là chuyện lâu lắm rồi.</w:t>
      </w:r>
    </w:p>
    <w:p>
      <w:pPr>
        <w:spacing w:after="80"/>
      </w:pPr>
      <w:r>
        <w:rPr>
          <w:b w:val="0"/>
          <w:i w:val="0"/>
        </w:rPr>
        <w:t>Nhưng ngài đã ghi được một century tại Lords mà.</w:t>
      </w:r>
    </w:p>
    <w:p>
      <w:pPr>
        <w:spacing w:after="80"/>
      </w:pPr>
      <w:r>
        <w:rPr>
          <w:b w:val="0"/>
          <w:i w:val="0"/>
        </w:rPr>
        <w:t>Một số người vẫn coi đó là thành tích lớn nhất của tôi.</w:t>
      </w:r>
    </w:p>
    <w:p>
      <w:pPr>
        <w:spacing w:after="80"/>
      </w:pPr>
      <w:r>
        <w:rPr>
          <w:b w:val="0"/>
          <w:i w:val="0"/>
        </w:rPr>
        <w:t>Một ngày nào đó cháu sẽ ghi được một century tại Lords, Freddie nói.</w:t>
      </w:r>
    </w:p>
    <w:p>
      <w:pPr>
        <w:spacing w:after="80"/>
      </w:pPr>
      <w:r>
        <w:rPr>
          <w:b w:val="0"/>
          <w:i w:val="0"/>
        </w:rPr>
        <w:t>Tôi hy vọng sẽ có mặt để chứng kiến.</w:t>
      </w:r>
    </w:p>
    <w:p>
      <w:pPr>
        <w:spacing w:after="80"/>
      </w:pPr>
      <w:r>
        <w:rPr>
          <w:b w:val="0"/>
          <w:i w:val="0"/>
        </w:rPr>
        <w:t>Ngài có thể đến xem cháu đánh bóng vào Chủ nhật tới. Đó là trận derby địa phương, Castle đấu với the Village, và cháu sẽ ghi điểm quyết định.</w:t>
      </w:r>
    </w:p>
    <w:p>
      <w:pPr>
        <w:spacing w:after="80"/>
      </w:pPr>
      <w:r>
        <w:rPr>
          <w:b w:val="0"/>
          <w:i w:val="0"/>
        </w:rPr>
        <w:t>Freddie, tôi không nghĩ là</w:t>
      </w:r>
    </w:p>
    <w:p>
      <w:pPr>
        <w:spacing w:after="80"/>
      </w:pPr>
      <w:r>
        <w:rPr>
          <w:b w:val="0"/>
          <w:i w:val="0"/>
        </w:rPr>
        <w:t>Đáng tiếc là tôi phải ở Brighton dự hội nghị Đảng Lao động, Giles nói. Freddie trông có vẻ thất vọng. Dù tôi phải thú nhận, Giles tiếp tục, tôi thà xem cháu chơi cricket còn hơn nghe những bài phát biểu bất tận của các lãnh đạo công đoàn, những người sẽ nói đúng y những gì họ đã nói năm ngoái.</w:t>
      </w:r>
    </w:p>
    <w:p>
      <w:pPr>
        <w:spacing w:after="80"/>
      </w:pPr>
      <w:r>
        <w:rPr>
          <w:b w:val="0"/>
          <w:i w:val="0"/>
        </w:rPr>
        <w:t>Ngài vẫn chơi cricket chứ ạ?</w:t>
      </w:r>
    </w:p>
    <w:p>
      <w:pPr>
        <w:spacing w:after="80"/>
      </w:pPr>
      <w:r>
        <w:rPr>
          <w:b w:val="0"/>
          <w:i w:val="0"/>
        </w:rPr>
        <w:t>Chỉ khi Viện Quý tộc đấu với Viện Thứ dân và không ai để ý tôi đang mất phong độ đến mức nào.</w:t>
      </w:r>
    </w:p>
    <w:p>
      <w:pPr>
        <w:spacing w:after="80"/>
      </w:pPr>
      <w:r>
        <w:rPr>
          <w:b w:val="0"/>
          <w:i w:val="0"/>
        </w:rPr>
        <w:t>Hình thức chỉ là tạm thời, đẳng cấp mới là mãi mãi, thầy dạy cricket của tôi đã bảo tôi như vậy.</w:t>
      </w:r>
    </w:p>
    <w:p>
      <w:pPr>
        <w:spacing w:after="80"/>
      </w:pPr>
      <w:r>
        <w:rPr>
          <w:b w:val="0"/>
          <w:i w:val="0"/>
        </w:rPr>
        <w:t>Có thể là thế, Giles nói, nhưng tôi gần sáu mươi rồi, và đó là tuổi của tôi, không phải điểm trung bình đánh bóng của tôi.</w:t>
      </w:r>
    </w:p>
    <w:p>
      <w:pPr>
        <w:spacing w:after="80"/>
      </w:pPr>
      <w:r>
        <w:rPr>
          <w:b w:val="0"/>
          <w:i w:val="0"/>
        </w:rPr>
        <w:t>W. G. Grace đã chơi cho đội tuyển Anh khi ông ấy hơn năm mươi tuổi, thưa ngài, nên có lẽ ngài sẽ cân nhắc ra sân cho chúng tôi vào một lúc nào đó trong tương lai?</w:t>
      </w:r>
    </w:p>
    <w:p>
      <w:pPr>
        <w:spacing w:after="80"/>
      </w:pPr>
      <w:r>
        <w:rPr>
          <w:b w:val="0"/>
          <w:i w:val="0"/>
        </w:rPr>
        <w:t>Freddie, cậu phải nhớ rằng Lord Barrington là một người rất bận rộn.</w:t>
      </w:r>
    </w:p>
    <w:p>
      <w:pPr>
        <w:spacing w:after="80"/>
      </w:pPr>
      <w:r>
        <w:rPr>
          <w:b w:val="0"/>
          <w:i w:val="0"/>
        </w:rPr>
        <w:t>Nhưng không bận đến mức không thể nhận một lời đề nghị tâng bốc như vậy.</w:t>
      </w:r>
    </w:p>
    <w:p>
      <w:pPr>
        <w:spacing w:after="80"/>
      </w:pPr>
      <w:r>
        <w:rPr>
          <w:b w:val="0"/>
          <w:i w:val="0"/>
        </w:rPr>
        <w:t>Cảm ơn ngài, Freddie nói. Tôi sẽ gửi ngài danh sách các trận đấu. Giờ tôi phải đi đây, cậu ấy nói thêm. Tôi phải sắp xếp thứ tự đánh bóng với ông Lawrie, quản gia của chúng tôi, người cũng là đội trưởng đội Castle. Freddie vụt đi trước khi Giles kịp hỏi câu hỏi tiếp theo.</w:t>
      </w:r>
    </w:p>
    <w:p>
      <w:pPr>
        <w:spacing w:after="80"/>
      </w:pPr>
      <w:r>
        <w:rPr>
          <w:b w:val="0"/>
          <w:i w:val="0"/>
        </w:rPr>
        <w:t>Tôi xin lỗi vì chuyện đó, Archie nói, sau khi cửa đã đóng lại, nhưng Freddie dường như không nhận ra rằng người khác cũng có thể có cuộc sống riêng của họ.</w:t>
      </w:r>
    </w:p>
    <w:p>
      <w:pPr>
        <w:spacing w:after="80"/>
      </w:pPr>
      <w:r>
        <w:rPr>
          <w:b w:val="0"/>
          <w:i w:val="0"/>
        </w:rPr>
        <w:t>Cậu ấy sống ở đây với ông à? Giles hỏi.</w:t>
      </w:r>
    </w:p>
    <w:p>
      <w:pPr>
        <w:spacing w:after="80"/>
      </w:pPr>
      <w:r>
        <w:rPr>
          <w:b w:val="0"/>
          <w:i w:val="0"/>
        </w:rPr>
        <w:t>Chỉ trong những kỳ nghỉ thôi, mà tôi e là không lý tưởng lắm, vì giờ các con gái tôi đã lớn và rời khỏi nhà nên cậu ấy khá thiếu bạn bè. Ngôi nhà gần nhất cách đây vài dặm, và họ không có đứa con nào. Nhưng dù Virginia đã bỏ rơi cậu bé tội nghiệp, cậu ấy không phải là gánh nặng tài chính, vì cha tôi để lại cho Freddie Nhà máy chưng cất Glen Fenwick, thứ mang lại thu nhập hàng năm chỉ dưới một trăm nghìn bảng, mà cậu ấy sẽ thừa kế vào sinh nhật thứ hai mươi lăm. Thật ra, đó chính là thứ ông đang uống đấy, Archie nói khi rót thêm vào ly của Giles, trước khi nói thêm, Nhưng gần đây tôi được các luật sư của chúng tôi cảnh báo rằng Virginia đang để mắt đến nhà máy chưng cất, và đang tham khảo ý kiến về việc liệu cô ta có thể phá vỡ các điều khoản trong di chúc của cha tôi hay không.</w:t>
      </w:r>
    </w:p>
    <w:p>
      <w:pPr>
        <w:spacing w:after="80"/>
      </w:pPr>
      <w:r>
        <w:rPr>
          <w:b w:val="0"/>
          <w:i w:val="0"/>
        </w:rPr>
        <w:t>Đây không phải lần đầu tiên cô ta thử làm điều đó, Giles nói.</w:t>
      </w:r>
    </w:p>
    <w:p>
      <w:pPr>
        <w:pStyle w:val="Heading1"/>
        <w:jc w:val="center"/>
      </w:pPr>
      <w:r>
        <w:rPr>
          <w:rFonts w:ascii="Calibri" w:hAnsi="Calibri"/>
          <w:b/>
          <w:i w:val="0"/>
          <w:sz w:val="40"/>
        </w:rPr>
        <w:t>9</w:t>
      </w:r>
    </w:p>
    <w:p>
      <w:pPr>
        <w:spacing w:after="80"/>
      </w:pPr>
      <w:r>
        <w:rPr>
          <w:b w:val="0"/>
          <w:i w:val="0"/>
        </w:rPr>
        <w:t>BẠN CÓ HỒI HỘP KHÔNG?</w:t>
      </w:r>
    </w:p>
    <w:p>
      <w:pPr>
        <w:spacing w:after="80"/>
      </w:pPr>
      <w:r>
        <w:rPr>
          <w:b w:val="0"/>
          <w:i w:val="0"/>
        </w:rPr>
        <w:t>Chắc chắn là có rồi, Emma thừa nhận. Nó làm tôi nhớ đến ngày đầu tiên đi học, cô ấy nói thêm, trong khi chỉnh lại chiếc áo choàng đỏ dài của mình.</w:t>
      </w:r>
    </w:p>
    <w:p>
      <w:pPr>
        <w:spacing w:after="80"/>
      </w:pPr>
      <w:r>
        <w:rPr>
          <w:b w:val="0"/>
          <w:i w:val="0"/>
        </w:rPr>
        <w:t>Không có gì phải hồi hộp cả, Giles nói. Cứ nghĩ mình là một tín đồ Cơ đốc sắp bước vào Đấu trường Colosseum vào thời Diocletian, với vài trăm con sư tử đói đang sốt ruột chờ bữa ăn đầu tiên sau nhiều tuần.</w:t>
      </w:r>
    </w:p>
    <w:p>
      <w:pPr>
        <w:spacing w:after="80"/>
      </w:pPr>
      <w:r>
        <w:rPr>
          <w:b w:val="0"/>
          <w:i w:val="0"/>
        </w:rPr>
        <w:t>Điều đó chẳng làm tôi thêm tự tin chút nào, Emma nói, khi hai người gác cửa mặc lễ phục tòa án kéo mở hai cánh cửa phía tây để ba vị quý tộc bước vào phòng họp.</w:t>
      </w:r>
    </w:p>
    <w:p>
      <w:pPr>
        <w:spacing w:after="80"/>
      </w:pPr>
      <w:r>
        <w:rPr>
          <w:b w:val="0"/>
          <w:i w:val="0"/>
        </w:rPr>
        <w:t>Nam tước Clifton xứ Chew Magna, thuộc hạt Somerset, bước vào phòng họp lần đầu tiên. Bên phải cô là Lord Belstead, lãnh đạo Viện Quý tộc, cũng mặc áo choàng đỏ dài và cầm mũ ba góc. Bên trái cô là Lord Barrington xứ Bristol Docklands, cựu lãnh đạo Viện. Lần đầu tiên trong lịch sử lâu dài của Viện Quý tộc, một thành viên mới được các lãnh đạo của hai đảng chính trị lớn nhất hộ tống.</w:t>
      </w:r>
    </w:p>
    <w:p>
      <w:pPr>
        <w:spacing w:after="80"/>
      </w:pPr>
      <w:r>
        <w:rPr>
          <w:b w:val="0"/>
          <w:i w:val="0"/>
        </w:rPr>
        <w:t>Khi Emma bước vào sàn Nhà, hàng nghìn con mắt từ cả hai phía của phòng họp đổ dồn về phía bà. Ba người họ ngả mũ ba góc và cúi chào các đồng nghiệp. Sau đó, họ tiếp tục đi ngang qua dãy ghế băng ngang, nơi chật kín các thành viên không trung thành với bất kỳ đảng phái chính trị nào, thường được gọi là những bậc vĩ nhân và người đức hạnh. Họ có thể là nhân tố quyết định trong bất kỳ vấn đề gây tranh cãi nào một khi họ đã quyết định sẽ bỏ phiếu ở phòng nào, Giles đã nói với bà như vậy.</w:t>
      </w:r>
    </w:p>
    <w:p>
      <w:pPr>
        <w:spacing w:after="80"/>
      </w:pPr>
      <w:r>
        <w:rPr>
          <w:b w:val="0"/>
          <w:i w:val="0"/>
        </w:rPr>
        <w:t>Họ tiến dọc theo ghế trước của phe chính phủ cho đến khi Lord Belstead đến bục phát biểu. Thư ký bàn cho vị quý tộc mới một nụ cười ấm áp và trao cho bà một tấm thẻ in lời thề trung thành với Hoàng gia.</w:t>
      </w:r>
    </w:p>
    <w:p>
      <w:pPr>
        <w:spacing w:after="80"/>
      </w:pPr>
      <w:r>
        <w:rPr>
          <w:b w:val="0"/>
          <w:i w:val="0"/>
        </w:rPr>
        <w:t>Emma nhìn chằm chằm vào những lời mà bà đã tập dượt trong bồn tắm sáng hôm đó, trong bữa sáng, trên xe đến Cung điện Westminster và cuối cùng là khi bà đang được mặc lễ phục trong phòng thay đồ. Nhưng đột nhiên, đó không còn là một buổi tập dượt nữa.</w:t>
      </w:r>
    </w:p>
    <w:p>
      <w:pPr>
        <w:spacing w:after="80"/>
      </w:pPr>
      <w:r>
        <w:rPr>
          <w:b w:val="0"/>
          <w:i w:val="0"/>
        </w:rPr>
        <w:t>Tôi, Emma Elizabeth Clifton, xin thề trước Đấng Toàn Năng rằng tôi sẽ trung thành và giữ lòng trung nghĩa với Nữ hoàng Bệ hạ, những người thừa kế và kế vị của Người, theo đúng luật pháp, xin Chúa phù hộ cho tôi.</w:t>
      </w:r>
    </w:p>
    <w:p>
      <w:pPr>
        <w:spacing w:after="80"/>
      </w:pPr>
      <w:r>
        <w:rPr>
          <w:b w:val="0"/>
          <w:i w:val="0"/>
        </w:rPr>
        <w:t>Thư ký bàn lật trang của một bản thảo giấy da lớn để thành viên mới có thể thêm tên mình vào danh sách tuyên thệ. Ông đưa cho bà một cây bút mà bà lịch sự từ chối để dùng cây bút mà ông nội bà, Lord Harvey, đã tặng bà trong lễ rửa tội gần sáu mươi năm trước.</w:t>
      </w:r>
    </w:p>
    <w:p>
      <w:pPr>
        <w:spacing w:after="80"/>
      </w:pPr>
      <w:r>
        <w:rPr>
          <w:b w:val="0"/>
          <w:i w:val="0"/>
        </w:rPr>
        <w:t>Sau khi Emma ký vào danh sách tuyên thệ, bà ngước nhìn lên Phòng dành cho Khách Quý để thấy Harry, Karin, Sebastian, Samantha, Grace và Jessica đang mỉm cười nhìn xuống bà với niềm tự hào không thể nhầm lẫn. Bà mỉm cười đáp lại, và khi hạ mắt xuống, bà thấy một phu nhân từ Hạ viện đang đứng ở quầy bar của Nhà. Thủ tướng cúi chào bà nhẹ nhàng, và Emma đáp lễ.</w:t>
      </w:r>
    </w:p>
    <w:p>
      <w:pPr>
        <w:spacing w:after="80"/>
      </w:pPr>
      <w:r>
        <w:rPr>
          <w:b w:val="0"/>
          <w:i w:val="0"/>
        </w:rPr>
        <w:t>Nam tước Clifton đi theo anh trai dọc theo ghế trước, ngang qua chiếc Woolsack nơi các thẩm phán quý tộc đang ngồi, cho đến khi bà đến ghế của Chủ tịch. Thư ký của Nhà bước tới và giới thiệu vị quý tộc mới với Chủ tịch Thượng viện.</w:t>
      </w:r>
    </w:p>
    <w:p>
      <w:pPr>
        <w:spacing w:after="80"/>
      </w:pPr>
      <w:r>
        <w:rPr>
          <w:b w:val="0"/>
          <w:i w:val="0"/>
        </w:rPr>
        <w:t>Chào mừng đến với Nhà, Phu nhân Clifton, ông nói, bắt tay bà một cách nồng nhiệt. Tiếp theo là những tiếng "Nghe đây, nghe đây" từ mọi phía của phòng họp khi các đồng nghiệp quý tộc của bà thêm lời chào truyền thống dành cho thành viên mới.</w:t>
      </w:r>
    </w:p>
    <w:p>
      <w:pPr>
        <w:spacing w:after="80"/>
      </w:pPr>
      <w:r>
        <w:rPr>
          <w:b w:val="0"/>
          <w:i w:val="0"/>
        </w:rPr>
        <w:t>Sau đó Giles dẫn em gái đi ngang qua ngai vàng, nơi một vài thành viên đang ngồi trên các bậc thềm mỉm cười khi bà tiếp tục bước ra cửa phía đông và vào Phòng Princes. Khi họ đã ra ngoài phòng họp, bà tháo chiếc mũ ba góc và thở phào nhẹ nhõm.</w:t>
      </w:r>
    </w:p>
    <w:p>
      <w:pPr>
        <w:spacing w:after="80"/>
      </w:pPr>
      <w:r>
        <w:rPr>
          <w:b w:val="0"/>
          <w:i w:val="0"/>
        </w:rPr>
        <w:t>Có vẻ như bầy sư tử khá thích vẻ ngoài của em đấy, Giles nói khi cúi xuống hôn lên cả hai má em gái, mặc dù anh có để ý thấy một hai đồng nghiệp của anh đang liếm môi chờ đợi lần xuất hiện đầu tiên của em tại bục phát biểu.</w:t>
      </w:r>
    </w:p>
    <w:p>
      <w:pPr>
        <w:spacing w:after="80"/>
      </w:pPr>
      <w:r>
        <w:rPr>
          <w:b w:val="0"/>
          <w:i w:val="0"/>
        </w:rPr>
        <w:t>Đừng để bị anh trai em lừa, Belstead nói. Anh ta sẽ nằm trong số những người liếm môi khi đến lúc em phải đối mặt với phe đối lập.</w:t>
      </w:r>
    </w:p>
    <w:p>
      <w:pPr>
        <w:spacing w:after="80"/>
      </w:pPr>
      <w:r>
        <w:rPr>
          <w:b w:val="0"/>
          <w:i w:val="0"/>
        </w:rPr>
        <w:t>Nhưng không phải cho đến khi em đọc bài phát biểu đầu tiên đâu, em gái ạ. Tuy nhiên, sau đó thì anh buộc phải thừa nhận, em sẽ là mục tiêu công bằng đấy.</w:t>
      </w:r>
    </w:p>
    <w:p>
      <w:pPr>
        <w:spacing w:after="80"/>
      </w:pPr>
      <w:r>
        <w:rPr>
          <w:b w:val="0"/>
          <w:i w:val="0"/>
        </w:rPr>
        <w:t>Vậy tiếp theo là gì? Emma hỏi.</w:t>
      </w:r>
    </w:p>
    <w:p>
      <w:pPr>
        <w:spacing w:after="80"/>
      </w:pPr>
      <w:r>
        <w:rPr>
          <w:b w:val="0"/>
          <w:i w:val="0"/>
        </w:rPr>
        <w:t>Uống trà với gia đình trên sân hiên, Giles nhắc bà.</w:t>
      </w:r>
    </w:p>
    <w:p>
      <w:pPr>
        <w:spacing w:after="80"/>
      </w:pPr>
      <w:r>
        <w:rPr>
          <w:b w:val="0"/>
          <w:i w:val="0"/>
        </w:rPr>
        <w:t>Và khi em rảnh, Belstead nói, tôi có thể đề nghị em quay lại phòng họp và ngồi vào cuối ghế trước không. Trong vài ngày tới, tôi khuyên em nên quan sát cách hoạt động của Nhà, làm quen với những phong tục và truyền thống kỳ lạ của chúng tôi, trước khi em cân nhắc đọc bài phát biểu đầu tiên.</w:t>
      </w:r>
    </w:p>
    <w:p>
      <w:pPr>
        <w:spacing w:after="80"/>
      </w:pPr>
      <w:r>
        <w:rPr>
          <w:b w:val="0"/>
          <w:i w:val="0"/>
        </w:rPr>
        <w:t>Bài phát biểu duy nhất mà em sẽ thực hiện khi không thành viên nào thậm chí nghĩ đến việc ngắt lời em, và bất kỳ ai tiếp theo sẽ ca ngợi đóng góp của em như thể em là Cicero vậy.</w:t>
      </w:r>
    </w:p>
    <w:p>
      <w:pPr>
        <w:spacing w:after="80"/>
      </w:pPr>
      <w:r>
        <w:rPr>
          <w:b w:val="0"/>
          <w:i w:val="0"/>
        </w:rPr>
        <w:t>Và sau đó thì sao?</w:t>
      </w:r>
    </w:p>
    <w:p>
      <w:pPr>
        <w:spacing w:after="80"/>
      </w:pPr>
      <w:r>
        <w:rPr>
          <w:b w:val="0"/>
          <w:i w:val="0"/>
        </w:rPr>
        <w:t>Bạn phải chuẩn bị cho những câu hỏi đầu tiên của mình với tư cách là Quốc vụ khanh phụ trách Y tế, Belstead nói, và cố gắng đừng quên rằng sẽ có vài thành viên cấp cao trong ngành y tế tham dự.</w:t>
      </w:r>
    </w:p>
    <w:p>
      <w:pPr>
        <w:spacing w:after="80"/>
      </w:pPr>
      <w:r>
        <w:rPr>
          <w:b w:val="0"/>
          <w:i w:val="0"/>
        </w:rPr>
        <w:t>Khi nào thì găng tay được cởi ra, Giles nói. Và bạn đừng mong đợi bất kỳ tình yêu huynh đệ nào, ngay cả từ những người thân của bạn. Những nụ cười dịu dàng và những tiếng "Nghe đây, nghe đây" sẽ chỉ đến từ phía bên kia của Hạ viện thôi.</w:t>
      </w:r>
    </w:p>
    <w:p>
      <w:pPr>
        <w:spacing w:after="80"/>
      </w:pPr>
      <w:r>
        <w:rPr>
          <w:b w:val="0"/>
          <w:i w:val="0"/>
        </w:rPr>
        <w:t>Và bạn sẽ không phải lúc nào cũng có thể dựa vào họ đâu, Belstead nói với một nụ cười nhăn nhở.</w:t>
      </w:r>
    </w:p>
    <w:p>
      <w:pPr>
        <w:spacing w:after="80"/>
      </w:pPr>
      <w:r>
        <w:rPr>
          <w:b w:val="0"/>
          <w:i w:val="0"/>
        </w:rPr>
        <w:t>Dù sao thì, em gái ạ, chào mừng đến với Hạ viện. Anh thú nhận, anh cảm thấy một niềm tự hào dâng lên mỗi khi một trong những người bạn đồng viện của anh nói, "Cậu có biết không, đó là em gái của Ngài Barrington?"</w:t>
      </w:r>
    </w:p>
    <w:p>
      <w:pPr>
        <w:spacing w:after="80"/>
      </w:pPr>
      <w:r>
        <w:rPr>
          <w:b w:val="0"/>
          <w:i w:val="0"/>
        </w:rPr>
        <w:t>Cảm ơn anh, Giles, Emma nói. Em mong đến ngày mà một trong những người bạn đồng viện của em nói, "Cậu có biết không, đó là anh trai của Phu nhân Clifton?"</w:t>
      </w:r>
    </w:p>
    <w:p>
      <w:pPr>
        <w:jc w:val="center"/>
      </w:pPr>
      <w:r>
        <w:drawing>
          <wp:inline xmlns:a="http://schemas.openxmlformats.org/drawingml/2006/main" xmlns:pic="http://schemas.openxmlformats.org/drawingml/2006/picture">
            <wp:extent cx="304800" cy="85725"/>
            <wp:docPr id="36" name="Picture 3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Cốc, cốc, cốc. Karin là người đầu tiên thức dậy. Cô trở mình, cho rằng mình đang mơ.</w:t>
      </w:r>
    </w:p>
    <w:p>
      <w:pPr>
        <w:spacing w:after="80"/>
      </w:pPr>
      <w:r>
        <w:rPr>
          <w:b w:val="0"/>
          <w:i w:val="0"/>
        </w:rPr>
        <w:t>Cốc, cốc, cốc. To hơn một chút.</w:t>
      </w:r>
    </w:p>
    <w:p>
      <w:pPr>
        <w:spacing w:after="80"/>
      </w:pPr>
      <w:r>
        <w:rPr>
          <w:b w:val="0"/>
          <w:i w:val="0"/>
        </w:rPr>
        <w:t>Đột nhiên cô tỉnh táo hoàn toàn. Cô từ từ bước ra khỏi giường và, không muốn đánh thức Giles, rón rén đi đến bên cửa sổ. Cốc, cốc, cốc, còn to hơn nữa.</w:t>
      </w:r>
    </w:p>
    <w:p>
      <w:pPr>
        <w:spacing w:after="80"/>
      </w:pPr>
      <w:r>
        <w:rPr>
          <w:b w:val="0"/>
          <w:i w:val="0"/>
        </w:rPr>
        <w:t>Đó có phải là thứ tôi nghĩ không? một giọng nói ngái ngủ cất lên.</w:t>
      </w:r>
    </w:p>
    <w:p>
      <w:pPr>
        <w:spacing w:after="80"/>
      </w:pPr>
      <w:r>
        <w:rPr>
          <w:b w:val="0"/>
          <w:i w:val="0"/>
        </w:rPr>
        <w:t>Tôi sắp tìm ra đây, Karin nói khi cô kéo mở rèm và nhìn xuống vỉa hè.</w:t>
      </w:r>
    </w:p>
    <w:p>
      <w:pPr>
        <w:spacing w:after="80"/>
      </w:pPr>
      <w:r>
        <w:rPr>
          <w:b w:val="0"/>
          <w:i w:val="0"/>
        </w:rPr>
        <w:t>Lạy Chúa, cô nói, và đã biến mất khỏi phòng ngủ trước khi Giles kịp hỏi cô chuyện gì đang xảy ra.</w:t>
      </w:r>
    </w:p>
    <w:p>
      <w:pPr>
        <w:spacing w:after="80"/>
      </w:pPr>
      <w:r>
        <w:rPr>
          <w:b w:val="0"/>
          <w:i w:val="0"/>
        </w:rPr>
        <w:t>Karin chạy xuống cầu thang và nhanh chóng mở khóa cửa trước, phát hiện một cậu bé co ro trên bậc thềm, run rẩy.</w:t>
      </w:r>
    </w:p>
    <w:p>
      <w:pPr>
        <w:spacing w:after="80"/>
      </w:pPr>
      <w:r>
        <w:rPr>
          <w:b w:val="0"/>
          <w:i w:val="0"/>
        </w:rPr>
        <w:t>Vào đi, cô thì thầm. Nhưng cậu bé có vẻ ngần ngại không muốn nhúc nhích cho đến khi cô vòng tay qua vai cậu và nói, Tôi không biết cậu thế nào, Freddie, nhưng tôi thì có thể dùng một cốc sô-cô-la nóng. Sao cậu không vào trong xem chúng ta tìm được gì nhỉ?</w:t>
      </w:r>
    </w:p>
    <w:p>
      <w:pPr>
        <w:spacing w:after="80"/>
      </w:pPr>
      <w:r>
        <w:rPr>
          <w:b w:val="0"/>
          <w:i w:val="0"/>
        </w:rPr>
        <w:t>Cậu nắm tay cô khi họ đi dọc hành lang vào bếp, đúng lúc Giles xuất hiện trên chiếu nghỉ cầu thang.</w:t>
      </w:r>
    </w:p>
    <w:p>
      <w:pPr>
        <w:spacing w:after="80"/>
      </w:pPr>
      <w:r>
        <w:rPr>
          <w:b w:val="0"/>
          <w:i w:val="0"/>
        </w:rPr>
        <w:t>Cứ ngồi xuống đi, Freddie, Karin nói, rót một ít sữa vào nồi. Giles tham gia cùng họ. Cậu đến đây bằng cách nào? cô hỏi thêm, một cách tự nhiên.</w:t>
      </w:r>
    </w:p>
    <w:p>
      <w:pPr>
        <w:spacing w:after="80"/>
      </w:pPr>
      <w:r>
        <w:rPr>
          <w:b w:val="0"/>
          <w:i w:val="0"/>
        </w:rPr>
        <w:t>Tôi đã bắt tàu từ Edinburgh xuống, nhưng tôi không nhận ra lúc đến London thì đã muộn đến thế. Tôi đã ngồi trước cửa nhà anh hơn một tiếng đồng hồ rồi, cậu giải thích. Tôi không muốn đánh thức anh, nhưng trời bắt đầu khá lạnh.</w:t>
      </w:r>
    </w:p>
    <w:p>
      <w:pPr>
        <w:spacing w:after="80"/>
      </w:pPr>
      <w:r>
        <w:rPr>
          <w:b w:val="0"/>
          <w:i w:val="0"/>
        </w:rPr>
        <w:t>Cậu có nói với hiệu trưởng hay Lord Fenwick là cậu đến gặp chúng tôi không? Giles hỏi, khi Karin mở một hộp bánh quy.</w:t>
      </w:r>
    </w:p>
    <w:p>
      <w:pPr>
        <w:spacing w:after="80"/>
      </w:pPr>
      <w:r>
        <w:rPr>
          <w:b w:val="0"/>
          <w:i w:val="0"/>
        </w:rPr>
        <w:t>Không ạ. Tôi lẻn ra khỏi nhà nguyện trong lúc cầu nguyện, cậu thú nhận. Karin đặt một cốc sô-cô-la nóng và một đĩa bánh quy shortbread lên bàn trước mặt vị khách bất ngờ của họ.</w:t>
      </w:r>
    </w:p>
    <w:p>
      <w:pPr>
        <w:spacing w:after="80"/>
      </w:pPr>
      <w:r>
        <w:rPr>
          <w:b w:val="0"/>
          <w:i w:val="0"/>
        </w:rPr>
        <w:t>Cậu có cho ai biết không, kể cả một người bạn, rằng cậu định đến thăm chúng tôi?</w:t>
      </w:r>
    </w:p>
    <w:p>
      <w:pPr>
        <w:spacing w:after="80"/>
      </w:pPr>
      <w:r>
        <w:rPr>
          <w:b w:val="0"/>
          <w:i w:val="0"/>
        </w:rPr>
        <w:t>Tôi không có nhiều bạn, Freddie thừa nhận, nhấp một ngụm sô-cô-la. Cậu ngước lên nhìn Giles và nói thêm, Làm ơn đừng bảo tôi phải quay về. Giles không nghĩ ra được câu trả lời nào thích hợp.</w:t>
      </w:r>
    </w:p>
    <w:p>
      <w:pPr>
        <w:spacing w:after="80"/>
      </w:pPr>
      <w:r>
        <w:rPr>
          <w:b w:val="0"/>
          <w:i w:val="0"/>
        </w:rPr>
        <w:t>Để sáng mai hẵng lo chuyện đó, Karin nói. Uống hết đi, rồi tôi sẽ đưa cậu đến phòng ngủ dành cho khách để cậu ngủ một giấc.</w:t>
      </w:r>
    </w:p>
    <w:p>
      <w:pPr>
        <w:spacing w:after="80"/>
      </w:pPr>
      <w:r>
        <w:rPr>
          <w:b w:val="0"/>
          <w:i w:val="0"/>
        </w:rPr>
        <w:t>Cảm ơn bà Barrington, Freddie nói. Cậu uống nốt cốc sô-cô-la nóng. Cháu rất xin lỗi, cháu không cố ý gây rắc rối cho bà.</w:t>
      </w:r>
    </w:p>
    <w:p>
      <w:pPr>
        <w:spacing w:after="80"/>
      </w:pPr>
      <w:r>
        <w:rPr>
          <w:b w:val="0"/>
          <w:i w:val="0"/>
        </w:rPr>
        <w:t>Cậu không gây rắc rối gì đâu, Karin nói. Nhưng giờ để tôi đưa cậu đi ngủ. Bà nắm tay cậu lần nữa và dẫn cậu ra khỏi phòng.</w:t>
      </w:r>
    </w:p>
    <w:p>
      <w:pPr>
        <w:spacing w:after="80"/>
      </w:pPr>
      <w:r>
        <w:rPr>
          <w:b w:val="0"/>
          <w:i w:val="0"/>
        </w:rPr>
        <w:t>Chúc ngủ ngon, Lord Barrington, một giọng nói vui vẻ hơn hẳn cất lên.</w:t>
      </w:r>
    </w:p>
    <w:p>
      <w:pPr>
        <w:spacing w:after="80"/>
      </w:pPr>
      <w:r>
        <w:rPr>
          <w:b w:val="0"/>
          <w:i w:val="0"/>
        </w:rPr>
        <w:t>Giles bật ấm đun nước và lấy một ấm trà xuống từ kệ phía trên. Trong lúc chờ nước sôi, anh nhấc điện thoại lên, gọi tổng đài tra cứu số điện thoại và hỏi số của trường dự bị của Freddie ở Scotland. Ghi lại xong, anh kiểm tra để chắc chắn mình có số nhà của Archie Fenwick trong danh bạ. Anh quyết định bảy giờ sáng là giờ hợp lý để liên lạc với cả hai người. Ấm nước bắt đầu réo khi Karin quay lại.</w:t>
      </w:r>
    </w:p>
    <w:p>
      <w:pPr>
        <w:spacing w:after="80"/>
      </w:pPr>
      <w:r>
        <w:rPr>
          <w:b w:val="0"/>
          <w:i w:val="0"/>
        </w:rPr>
        <w:t>Cậu bé ngủ thiếp đi ngay khi đầu vừa chạm gối, tội nghiệp.</w:t>
      </w:r>
    </w:p>
    <w:p>
      <w:pPr>
        <w:spacing w:after="80"/>
      </w:pPr>
      <w:r>
        <w:rPr>
          <w:b w:val="0"/>
          <w:i w:val="0"/>
        </w:rPr>
        <w:t>Giles rót cho bà một tách trà. Em thật bình tĩnh và trấn an. Thú thật là anh không biết nên nói gì hay làm gì.</w:t>
      </w:r>
    </w:p>
    <w:p>
      <w:pPr>
        <w:spacing w:after="80"/>
      </w:pPr>
      <w:r>
        <w:rPr>
          <w:b w:val="0"/>
          <w:i w:val="0"/>
        </w:rPr>
        <w:t>Sao anh biết được chứ? Karin nói. Anh chưa bao giờ gặp cảnh có người gõ cửa nhà mình vào nửa đêm.</w:t>
      </w:r>
    </w:p>
    <w:p>
      <w:pPr>
        <w:jc w:val="center"/>
      </w:pPr>
      <w:r>
        <w:drawing>
          <wp:inline xmlns:a="http://schemas.openxmlformats.org/drawingml/2006/main" xmlns:pic="http://schemas.openxmlformats.org/drawingml/2006/picture">
            <wp:extent cx="304800" cy="85725"/>
            <wp:docPr id="37" name="Picture 3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Nam tước Clifton xứ Chew Magna đứng dậy đọc bài phát biểu đầu tiên tại Viện Quý tộc, cả khán phòng chật kín người bỗng im phăng phắc. Bà ngước nhìn lên Khán đài Khách Quý để thấy Harry, Sebastian, Samantha và Grace đang mỉm cười nhìn xuống mình, nhưng không có Jessica. Emma tự hỏi cô ấy đang ở đâu. Bà hướng sự chú ý về phía ghế trước của phe đối lập, nơi thủ lĩnh phe đối lập của Viện đang ngồi, khoanh tay. Ông ta nháy mắt.</w:t>
      </w:r>
    </w:p>
    <w:p>
      <w:pPr>
        <w:spacing w:after="80"/>
      </w:pPr>
      <w:r>
        <w:rPr>
          <w:b w:val="0"/>
          <w:i w:val="0"/>
        </w:rPr>
        <w:t>Thưa các quý ngài, bà bắt đầu, giọng run run. Hẳn các vị đang ngạc nhiên khi thấy vị bộ trưởng mới toanh này đứng tại bục phát biểu để nói chuyện với các vị. Nhưng tôi có thể đảm bảo với các vị rằng, không ai ngạc nhiên hơn chính tôi đâu.</w:t>
      </w:r>
    </w:p>
    <w:p>
      <w:pPr>
        <w:spacing w:after="80"/>
      </w:pPr>
      <w:r>
        <w:rPr>
          <w:b w:val="0"/>
          <w:i w:val="0"/>
        </w:rPr>
        <w:t>Tiếng cười bùng lên ở cả hai phía của Viện, giúp Emma thư giãn hơn.</w:t>
      </w:r>
    </w:p>
    <w:p>
      <w:pPr>
        <w:spacing w:after="80"/>
      </w:pPr>
      <w:r>
        <w:rPr>
          <w:b w:val="0"/>
          <w:i w:val="0"/>
        </w:rPr>
        <w:t>Lãnh chúa Harvey xứ Gloucester từng ngồi trên những băng ghế này khoảng năm mươi năm trước, và Lãnh chúa Barrington xứ Bristol Docklands đang ngồi ở phía bên kia Nghị viện với tư cách là lãnh đạo phe đối lập. Trước mắt các vị là đứa cháu gái và cô em gái bất tài của họ.</w:t>
      </w:r>
    </w:p>
    <w:p>
      <w:pPr>
        <w:spacing w:after="80"/>
      </w:pPr>
      <w:r>
        <w:rPr>
          <w:b w:val="0"/>
          <w:i w:val="0"/>
        </w:rPr>
        <w:t>Thủ tướng đã cho tôi cơ hội này để tiếp tục công việc của mình trong ngành y tế, lần này không phải với tư cách thành viên hội đồng quản trị của một bệnh viện lớn, hay phó chủ tịch, thậm chí chủ tịch, mà là một trong những thứ trưởng ngoại giao của chính phủ. Và tôi muốn các thành viên của Nghị viện này không chút nghi ngờ rằng tôi có ý định thực hiện nhiệm vụ của mình với tư cách một bộ trưởng với cùng sự giám sát và nghiêm ngặt mà tôi đã cố gắng mang đến cho mọi vị trí tôi từng nắm giữ, cả trong cương vị công lẫn trong đời sống riêng tư.</w:t>
      </w:r>
    </w:p>
    <w:p>
      <w:pPr>
        <w:spacing w:after="80"/>
      </w:pPr>
      <w:r>
        <w:rPr>
          <w:b w:val="0"/>
          <w:i w:val="0"/>
        </w:rPr>
        <w:t>Dịch vụ Y tế Quốc gia, thưa các lãnh chúa, đang ở ngã ba đường, mặc dù tôi biết chính xác tôi muốn nó đi theo hướng nào. Ở tôi, các vị sẽ thấy một người đấu tranh tận tụy cho bác sĩ phẫu thuật, bác sĩ, y tá và, quan trọng nhất, cho bệnh nhân. Và khi tôi nhìn quanh căn phòng này, tôi có thể thấy một hai vị trong số các vị có thể sẽ cần đến NHS trong tương lai không xa.</w:t>
      </w:r>
    </w:p>
    <w:p>
      <w:pPr>
        <w:spacing w:after="80"/>
      </w:pPr>
      <w:r>
        <w:rPr>
          <w:b w:val="0"/>
          <w:i w:val="0"/>
        </w:rPr>
        <w:t>Emma đã nghĩ câu nói được anh trai cô thêm vào hơi mạo hiểm, nhưng Giles đã trấn an cô rằng các lãnh chúa, khác với Nữ hoàng Victoria, sẽ thấy thú vị. Anh đã đúng. Họ cười ầm lên khi cô mỉm cười qua chiếc hộp giao tiếp (despatch box) về phía lãnh đạo phe đối lập.</w:t>
      </w:r>
    </w:p>
    <w:p>
      <w:pPr>
        <w:spacing w:after="80"/>
      </w:pPr>
      <w:r>
        <w:rPr>
          <w:b w:val="0"/>
          <w:i w:val="0"/>
        </w:rPr>
        <w:t>Và để đạt được điều đó, thưa các lãnh chúa, tôi sẽ tiếp tục đấu tranh chống lại bộ máy quan liêu cồng kềnh, nỗi sợ đổi mới, và những cố vấn đặc biệt được trả lương quá cao và được đánh giá quá cao, những người chưa bao giờ cầm dao mổ hay đổ bô.</w:t>
      </w:r>
    </w:p>
    <w:p>
      <w:pPr>
        <w:spacing w:after="80"/>
      </w:pPr>
      <w:r>
        <w:rPr>
          <w:b w:val="0"/>
          <w:i w:val="0"/>
        </w:rPr>
        <w:t>Nghị viện gầm lên tán thành.</w:t>
      </w:r>
    </w:p>
    <w:p>
      <w:pPr>
        <w:spacing w:after="80"/>
      </w:pPr>
      <w:r>
        <w:rPr>
          <w:b w:val="0"/>
          <w:i w:val="0"/>
        </w:rPr>
        <w:t>Nhưng cũng quan trọng không kém, Emma nói, hạ giọng, tôi sẽ không bao giờ quên những lời khôn ngoan của ông tôi, Lãnh chúa Harvey, khi tôi còn là một đứa trẻ và đã cả gan hỏi ông: "Viện Quý tộc (House of Lords) có ích gì ạ?" "Để phụng sự," ông trả lời, "và giữ cho lũ gian xảo ở Viện Thứ dân (Commons) trong tầm kiểm soát."</w:t>
      </w:r>
    </w:p>
    <w:p>
      <w:pPr>
        <w:spacing w:after="80"/>
      </w:pPr>
      <w:r>
        <w:rPr>
          <w:b w:val="0"/>
          <w:i w:val="0"/>
        </w:rPr>
        <w:t>Lời tuyên bố này đã mang lại tiếng hoan hô từ cả hai phía của Nghị viện.</w:t>
      </w:r>
    </w:p>
    <w:p>
      <w:pPr>
        <w:spacing w:after="80"/>
      </w:pPr>
      <w:r>
        <w:rPr>
          <w:b w:val="0"/>
          <w:i w:val="0"/>
        </w:rPr>
        <w:t>Vậy nên hãy để tôi trấn an các lãnh chúa, Emma kết luận, rằng đó sẽ luôn là phương châm của tôi mỗi khi tôi đưa ra quyết định thay mặt cho chính phủ mà tôi phục vụ. Và cuối cùng, cho phép tôi cảm ơn Nghị viện vì lòng tốt và sự bao dung dành cho một người phụ nữ đau đớn nhận thức rằng mình không xứng đáng đứng ở cùng chiếc hộp giao tiếp với ông hay anh trai mình.</w:t>
      </w:r>
    </w:p>
    <w:p>
      <w:pPr>
        <w:spacing w:after="80"/>
      </w:pPr>
      <w:r>
        <w:rPr>
          <w:b w:val="0"/>
          <w:i w:val="0"/>
        </w:rPr>
        <w:t>Emma ngồi xuống trong tiếng hoan hô kéo dài và những tờ giấy nghị trình được vẫy phấp phới, và những thành viên từng thắc mắc tại sao người phụ nữ này lại được lôi ra khỏi sự vô danh giờ không còn chút nghi ngờ nào rằng Margaret Thatcher đã đưa ra quyết định đúng đắn. Khi Nghị viện đã ổn định, Lãnh chúa Barrington đứng dậy khỏi chỗ ngồi ở ghế trước của phe đối lập và nhìn nhân từ về phía em gái mình trước khi bắt đầu bài phát biểu không có kịch bản. Emma tự hỏi khi nào cô sẽ có thể làm được điều đó, nếu có bao giờ.</w:t>
      </w:r>
    </w:p>
    <w:p>
      <w:pPr>
        <w:spacing w:after="80"/>
      </w:pPr>
      <w:r>
        <w:rPr>
          <w:b w:val="0"/>
          <w:i w:val="0"/>
        </w:rPr>
        <w:t>Thưa các lãnh chúa, nếu hôm nay tôi thể hiện niềm tự hào của một người anh, tôi chỉ có thể hy vọng Nghị viện sẽ bao dung. Khi bộ trưởng và tôi cãi nhau lúc còn nhỏ, tôi luôn thắng, nhưng đó chỉ vì tôi to lớn và khỏe mạnh hơn. Tuy nhiên, chính mẹ chúng tôi đã chỉ ra rằng một khi cả hai chúng tôi lớn lên, tôi sẽ phát hiện ra rằng mình đã thắng trận chiến, nhưng không thắng cuộc tranh luận.</w:t>
      </w:r>
    </w:p>
    <w:p>
      <w:pPr>
        <w:spacing w:after="80"/>
      </w:pPr>
      <w:r>
        <w:rPr>
          <w:b w:val="0"/>
          <w:i w:val="0"/>
        </w:rPr>
        <w:t>Phe đối lập cười, trong khi những người ngồi ở ghế chính phủ hô: "Nghe, nghe!"</w:t>
      </w:r>
    </w:p>
    <w:p>
      <w:pPr>
        <w:spacing w:after="80"/>
      </w:pPr>
      <w:r>
        <w:rPr>
          <w:b w:val="0"/>
          <w:i w:val="0"/>
        </w:rPr>
        <w:t>Nhưng cho phép tôi cảnh báo người họ hàng cao quý của tôi, Giles tiếp tục, lần đầu tiên giọng nghiêm túc, rằng khoảnh khắc chiến thắng của cô có thể sẽ ngắn ngủi, bởi vì khi đến lúc chính phủ trình bày dự luật y tế mới, cô không nên mong đợi được hưởng sự bao dung tương tự từ phía này của Nghị viện. Chúng tôi sẽ xem xét dự luật từng dòng, từng điều khoản, và tôi không cần phải nhắc nữ nam tước cao quý rằng chính Đảng Lao động dưới thời Clement Attlee đã thành lập Dịch vụ Y tế Quốc gia, chứ không phải lũ Tory cơ hội này, những kẻ đang tạm thời ngồi ở ghế chính phủ.</w:t>
      </w:r>
    </w:p>
    <w:p>
      <w:pPr>
        <w:spacing w:after="80"/>
      </w:pPr>
      <w:r>
        <w:rPr>
          <w:b w:val="0"/>
          <w:i w:val="0"/>
        </w:rPr>
        <w:t>Phe đối lập hoan hô lãnh đạo của họ.</w:t>
      </w:r>
    </w:p>
    <w:p>
      <w:pPr>
        <w:spacing w:after="80"/>
      </w:pPr>
      <w:r>
        <w:rPr>
          <w:b w:val="0"/>
          <w:i w:val="0"/>
        </w:rPr>
        <w:t>Vậy nên tôi vui mừng chúc mừng người họ hàng cao quý của tôi về bài phát biểu đầu tiên đáng chú ý, nhưng khuyên cô hãy tận hưởng khoảnh khắc này, bởi vì khi cô quay lại chiếc hộp giao tiếp lần tới, phía này của Nghị viện sẽ ngồi chờ cô, và hãy để tôi trấn an nữ nam tước cao quý rằng cô sẽ không còn có thể dựa vào bất kỳ sự trợ giúp nào từ người anh nữa. Vào dịp đó cô sẽ phải thắng cả trận chiến lẫn cuộc tranh luận.</w:t>
      </w:r>
    </w:p>
    <w:p>
      <w:pPr>
        <w:spacing w:after="80"/>
      </w:pPr>
      <w:r>
        <w:rPr>
          <w:b w:val="0"/>
          <w:i w:val="0"/>
        </w:rPr>
        <w:t>Ghế của phe đối lập trông như thể họ không thể chờ đợi cuộc đối đầu.</w:t>
      </w:r>
    </w:p>
    <w:p>
      <w:pPr>
        <w:spacing w:after="80"/>
      </w:pPr>
      <w:r>
        <w:rPr>
          <w:b w:val="0"/>
          <w:i w:val="0"/>
        </w:rPr>
        <w:t>Emma mỉm cười, và tự hỏi không biết trong căn phòng này có bao nhiêu người sẽ tin rằng phần lớn bài phát biểu của cô được chính vị quý tộc đang chĩa ngón trỏ vào cô lúc này góp sức xây dựng. Ông ấy thậm chí còn nghe cô đọc nó trong bếp nhà mình ở Smith Square vào đêm hôm trước. Cô chỉ ước gì mẹ của hai người có thể ngồi ở khán đài công cộng để xem họ lại cãi nhau.</w:t>
      </w:r>
    </w:p>
    <w:p>
      <w:pPr>
        <w:jc w:val="center"/>
      </w:pPr>
      <w:r>
        <w:drawing>
          <wp:inline xmlns:a="http://schemas.openxmlformats.org/drawingml/2006/main" xmlns:pic="http://schemas.openxmlformats.org/drawingml/2006/picture">
            <wp:extent cx="304800" cy="85725"/>
            <wp:docPr id="38" name="Picture 3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Ông Sutcliffe, hiệu trưởng trường Grangemouth, rất biết ơn vì Lady Barrington đã cùng Freddie trở về Scotland, và sau khi cậu bé miễn cưỡng quay về nhà mình, ông hỏi liệu có thể nói riêng với bà một lời không. Karin đồng ý ngay, vì cô đã hứa với Giles sẽ cố tìm ra lý do Freddie bỏ trốn.</w:t>
      </w:r>
    </w:p>
    <w:p>
      <w:pPr>
        <w:spacing w:after="80"/>
      </w:pPr>
      <w:r>
        <w:rPr>
          <w:b w:val="0"/>
          <w:i w:val="0"/>
        </w:rPr>
        <w:t>Khi cả hai đã yên vị trong phòng làm việc của ông, vị hiệu trưởng không mất thời gian đưa ra chủ đề mà cả hai đều đang nghĩ tới. "Tôi khá mừng vì chồng bà không đi cùng, Lady Barrington," ông mở lời, "vì điều đó cho phép tôi thẳng thắn hơn về Freddie. Tôi e rằng cậu bé chưa bao giờ thực sự hòa nhập kể từ ngày đến đây, và tôi e rằng mẹ cậu bé là người có lỗi trong chuyện đó."</w:t>
      </w:r>
    </w:p>
    <w:p>
      <w:pPr>
        <w:spacing w:after="80"/>
      </w:pPr>
      <w:r>
        <w:rPr>
          <w:b w:val="0"/>
          <w:i w:val="0"/>
        </w:rPr>
        <w:t>"Nếu ông đang nói đến Lady Virginia," Karin đáp, "tôi chắc ông biết bà ấy không phải mẹ cậu bé."</w:t>
      </w:r>
    </w:p>
    <w:p>
      <w:pPr>
        <w:spacing w:after="80"/>
      </w:pPr>
      <w:r>
        <w:rPr>
          <w:b w:val="0"/>
          <w:i w:val="0"/>
        </w:rPr>
        <w:t>"Tôi cũng ngầm hiểu là như vậy," vị hiệu trưởng nói, "điều đó lý giải vì sao bà ấy chưa một lần đến thăm Freddie trong suốt thời gian cậu bé ở đây."</w:t>
      </w:r>
    </w:p>
    <w:p>
      <w:pPr>
        <w:spacing w:after="80"/>
      </w:pPr>
      <w:r>
        <w:rPr>
          <w:b w:val="0"/>
          <w:i w:val="0"/>
        </w:rPr>
        <w:t>"Và bà ấy sẽ không bao giờ đến," Karin nói, "vì điều đó không có lợi cho mục đích của bà ấy."</w:t>
      </w:r>
    </w:p>
    <w:p>
      <w:pPr>
        <w:spacing w:after="80"/>
      </w:pPr>
      <w:r>
        <w:rPr>
          <w:b w:val="0"/>
          <w:i w:val="0"/>
        </w:rPr>
        <w:t>"Và trong khi Lord Fenwick làm mọi thứ trong khả năng để giúp đỡ," Sutcliffe tiếp tục, "ông ấy không phải cha cậu bé, và tôi e rằng tình hình trở nên tồi tệ hơn khi Freddie gặp chồng bà lần đầu."</w:t>
      </w:r>
    </w:p>
    <w:p>
      <w:pPr>
        <w:spacing w:after="80"/>
      </w:pPr>
      <w:r>
        <w:rPr>
          <w:b w:val="0"/>
          <w:i w:val="0"/>
        </w:rPr>
        <w:t>"Nhưng tôi tưởng chuyện đó diễn ra khá tốt đẹp."</w:t>
      </w:r>
    </w:p>
    <w:p>
      <w:pPr>
        <w:spacing w:after="80"/>
      </w:pPr>
      <w:r>
        <w:rPr>
          <w:b w:val="0"/>
          <w:i w:val="0"/>
        </w:rPr>
        <w:t>"Freddie cũng nghĩ vậy. Cậu bé nói về chuyện đó không ngừng suốt mấy ngày. Thực ra, sau khi trở lại vào đầu học kỳ, cậu bé như một đứa trẻ khác. Không còn bị ám ảnh bởi việc các bạn khác liên tục trêu chọc về mẹ mình, vì giờ cậu bé được truyền cảm hứng bởi người đàn ông mà cậu ước là cha mình. Từ ngày đó, cậu bé lùng sục các tờ báo để tìm bất kỳ nhắc đến nào về Lord Barrington. Khi chồng bà gọi điện báo Freddie đang ở cùng ông ấy ở London, tôi không thể giả vờ là mình ngạc nhiên."</w:t>
      </w:r>
    </w:p>
    <w:p>
      <w:pPr>
        <w:spacing w:after="80"/>
      </w:pPr>
      <w:r>
        <w:rPr>
          <w:b w:val="0"/>
          <w:i w:val="0"/>
        </w:rPr>
        <w:t>"Nhưng ông có biết rằng Giles đã viết thư cho Freddie, chúc cậu bé mọi điều may mắn cho trận cricket Castle đấu với Village, và bảo cậu bé cho ông ấy biết kết quả ra sao nhưng không nhận được hồi âm không."</w:t>
      </w:r>
    </w:p>
    <w:p>
      <w:pPr>
        <w:spacing w:after="80"/>
      </w:pPr>
      <w:r>
        <w:rPr>
          <w:b w:val="0"/>
          <w:i w:val="0"/>
        </w:rPr>
        <w:t>"Cậu bé lúc nào cũng mang lá thư đó bên mình," vị hiệu trưởng nói, "nhưng tiếc là cậu bé bị loại ngay quả bóng đầu tiên (duck), và đội của cậu bé thua tan tác, điều đó có thể lý giải vì sao cậu bé không hồi âm."</w:t>
      </w:r>
    </w:p>
    <w:p>
      <w:pPr>
        <w:spacing w:after="80"/>
      </w:pPr>
      <w:r>
        <w:rPr>
          <w:b w:val="0"/>
          <w:i w:val="0"/>
        </w:rPr>
        <w:t>"Thật buồn," Karin nói. "Tôi có thể đảm bảo với ông, Giles vẫn bị loại ngay quả đầu nhiều hơn là ghi được trăm điểm (century), cả trên sân lẫn ngoài sân."</w:t>
      </w:r>
    </w:p>
    <w:p>
      <w:pPr>
        <w:spacing w:after="80"/>
      </w:pPr>
      <w:r>
        <w:rPr>
          <w:b w:val="0"/>
          <w:i w:val="0"/>
        </w:rPr>
        <w:t>"Nhưng cậu bé không thể biết điều đó, và lần duy nhất cậu bé cố gắng kết nối lại là với Lady Virginia. Xem chuyện đó đưa cậu bé đến đâu này."</w:t>
      </w:r>
    </w:p>
    <w:p>
      <w:pPr>
        <w:spacing w:after="80"/>
      </w:pPr>
      <w:r>
        <w:rPr>
          <w:b w:val="0"/>
          <w:i w:val="0"/>
        </w:rPr>
        <w:t>"Có điều gì tôi có thể làm để giúp không, vì tôi rất sẵn lòng?"</w:t>
      </w:r>
    </w:p>
    <w:p>
      <w:pPr>
        <w:spacing w:after="80"/>
      </w:pPr>
      <w:r>
        <w:rPr>
          <w:b w:val="0"/>
          <w:i w:val="0"/>
        </w:rPr>
        <w:t>"Có đấy, Lady Barrington." Ông ngừng lại. "Tôi biết thỉnh thoảng bà lên Scotland, và tự hỏi liệu bà có cân nhắc đưa Freddie đi chơi vào những dịp cuối tuần nghỉ phép (exeat) không?"</w:t>
      </w:r>
    </w:p>
    <w:p>
      <w:pPr>
        <w:spacing w:after="80"/>
      </w:pPr>
      <w:r>
        <w:rPr>
          <w:b w:val="0"/>
          <w:i w:val="0"/>
        </w:rPr>
        <w:t>"Sao lại chỉ cuối tuần? Nếu Archie Fenwick đồng ý, cậu bé cũng có thể cùng chúng tôi đến Mulgelrie trong kỳ nghỉ hè."</w:t>
      </w:r>
    </w:p>
    <w:p>
      <w:pPr>
        <w:spacing w:after="80"/>
      </w:pPr>
      <w:r>
        <w:rPr>
          <w:b w:val="0"/>
          <w:i w:val="0"/>
        </w:rPr>
        <w:t>Tôi phải thú nhận đó là ý của Lord Fenwick. Ông ấy kể cho tôi về cuộc gặp tình cờ với chồng cô.</w:t>
      </w:r>
    </w:p>
    <w:p>
      <w:pPr>
        <w:spacing w:after="80"/>
      </w:pPr>
      <w:r>
        <w:rPr>
          <w:b w:val="0"/>
          <w:i w:val="0"/>
        </w:rPr>
        <w:t>Tôi tự hỏi liệu đó có phải là tình cờ không?</w:t>
      </w:r>
    </w:p>
    <w:p>
      <w:pPr>
        <w:spacing w:after="80"/>
      </w:pPr>
      <w:r>
        <w:rPr>
          <w:b w:val="0"/>
          <w:i w:val="0"/>
        </w:rPr>
        <w:t>Vị hiệu trưởng không bình luận gì, chỉ nói thêm: "Cô nghĩ Lord Barrington sẽ phản ứng thế nào với yêu cầu của tôi?"</w:t>
      </w:r>
    </w:p>
    <w:p>
      <w:pPr>
        <w:spacing w:after="80"/>
      </w:pPr>
      <w:r>
        <w:rPr>
          <w:b w:val="0"/>
          <w:i w:val="0"/>
        </w:rPr>
        <w:t>Tôi sẽ bật mí cho cô một chút, Karin nói. Ông ấy đã chọn xong hai mươi hai thước để dựng lưới cricket rồi.</w:t>
      </w:r>
    </w:p>
    <w:p>
      <w:pPr>
        <w:spacing w:after="80"/>
      </w:pPr>
      <w:r>
        <w:rPr>
          <w:b w:val="0"/>
          <w:i w:val="0"/>
        </w:rPr>
        <w:t>Vậy cô có thể nói với chồng cô rằng Freddie có khả năng sẽ là cậu bé trẻ nhất từng chơi cho Đội Một của trường.</w:t>
      </w:r>
    </w:p>
    <w:p>
      <w:pPr>
        <w:spacing w:after="80"/>
      </w:pPr>
      <w:r>
        <w:rPr>
          <w:b w:val="0"/>
          <w:i w:val="0"/>
        </w:rPr>
        <w:t>Giles sẽ rất vui. Nhưng tôi có thể đưa ra một yêu cầu nhỏ được không, thưa hiệu trưởng?</w:t>
      </w:r>
    </w:p>
    <w:p>
      <w:pPr>
        <w:spacing w:after="80"/>
      </w:pPr>
      <w:r>
        <w:rPr>
          <w:b w:val="0"/>
          <w:i w:val="0"/>
        </w:rPr>
        <w:t>Tất nhiên rồi, thưa Lady Barrington.</w:t>
      </w:r>
    </w:p>
    <w:p>
      <w:pPr>
        <w:spacing w:after="80"/>
      </w:pPr>
      <w:r>
        <w:rPr>
          <w:b w:val="0"/>
          <w:i w:val="0"/>
        </w:rPr>
        <w:t>Tôi có thể được phép nói với Freddie về những gì chúng ta đã quyết định trước khi tôi trở về London không?</w:t>
      </w:r>
    </w:p>
    <w:p>
      <w:pPr>
        <w:pStyle w:val="Heading1"/>
        <w:jc w:val="center"/>
      </w:pPr>
      <w:r>
        <w:rPr>
          <w:rFonts w:ascii="Calibri" w:hAnsi="Calibri"/>
          <w:b/>
          <w:i w:val="0"/>
          <w:sz w:val="40"/>
        </w:rPr>
        <w:t>10</w:t>
      </w:r>
    </w:p>
    <w:p>
      <w:pPr>
        <w:spacing w:after="80"/>
      </w:pPr>
      <w:r>
        <w:rPr>
          <w:b w:val="0"/>
          <w:i w:val="0"/>
        </w:rPr>
        <w:t>KHI JAMES CALLAGHAN có bài phát biểu cuối cùng trên cương vị lãnh đạo Đảng Lao động tại hội nghị thường niên ở Blackpool, Giles ý thức rất rõ rằng nếu ông ủng hộ sai ứng viên kế nhiệm, sự nghiệp chính trị của ông sẽ chấm hết.</w:t>
      </w:r>
    </w:p>
    <w:p>
      <w:pPr>
        <w:spacing w:after="80"/>
      </w:pPr>
      <w:r>
        <w:rPr>
          <w:b w:val="0"/>
          <w:i w:val="0"/>
        </w:rPr>
        <w:t>Khi bốn cựu bộ trưởng nội các từ Hạ viện cho phép tên mình được đưa ra tranh cử, ông không hề nghi ngờ rằng chỉ có hai ứng viên thực sự nghiêm túc. Ở góc phải là Denis Healey, người từng giữ chức Thủ tướng Tài chính (Chancellor of the Exchequer) dưới thời Callaghan và Harold Wilson, và cũng như Giles, từng được tuyên dương trong Thế chiến thứ Hai. Ở góc trái là Michael Foot, có thể nói là nhà hùng biện xuất sắc nhất tại Hạ viện kể từ sau cái chết của Winston Churchill. Dù sự nghiệp bộ trưởng của ông không sánh được với Healey, ông lại có sự hậu thuẫn của hầu hết các công đoàn quyền lực, những tổ chức có chín mươi mốt thành viên chính thức đại diện cho họ tại Hạ viện.</w:t>
      </w:r>
    </w:p>
    <w:p>
      <w:pPr>
        <w:spacing w:after="80"/>
      </w:pPr>
      <w:r>
        <w:rPr>
          <w:b w:val="0"/>
          <w:i w:val="0"/>
        </w:rPr>
        <w:t>Giles cố gạt bỏ ý nghĩ rằng nếu mười năm trước ông chọn ra tranh cử trong cuộc bầu cử bổ sung cho Bristol Docklands, thay vì chấp nhận lời đề nghị của Harold Wilson về một ghế ở Thượng viện, thì ông cũng có thể đã là một ứng viên nghiêm túc để lãnh đạo đảng. Tuy nhiên, ông chấp nhận rằng thời điểm trong chính trị là tất cả, và có ít nhất một tá người cùng thời với ông cũng có thể vẽ ra một viễn cảnh đáng tin về việc họ trở thành lãnh đạo đảng, và chẳng bao lâu sau thấy mình sống tại số 10 phố Downing.</w:t>
      </w:r>
    </w:p>
    <w:p>
      <w:pPr>
        <w:spacing w:after="80"/>
      </w:pPr>
      <w:r>
        <w:rPr>
          <w:b w:val="0"/>
          <w:i w:val="0"/>
        </w:rPr>
        <w:t>Giles tin rằng chỉ có một ứng viên có thể đánh bại bà Thatcher trong cuộc tổng tuyển cử tiếp theo, và ông chỉ có thể hy vọng rằng phần lớn đồng nghiệp của ông ở Hạ viện cũng đã nhận ra điều đó. Sau hơn ba mươi năm phục vụ trong chính phủ và phe đối lập, ông biết rằng bạn chỉ có thể tạo ra khác biệt trong chính trị khi ngồi trên ghế chính phủ, chứ không phải trải qua những năm tháng vô ích trong phe đối lập, chỉ thỉnh thoảng giành được một chiến thắng không ai hay biết.</w:t>
      </w:r>
    </w:p>
    <w:p>
      <w:pPr>
        <w:spacing w:after="80"/>
      </w:pPr>
      <w:r>
        <w:rPr>
          <w:b w:val="0"/>
          <w:i w:val="0"/>
        </w:rPr>
        <w:t>Quyết định ai sẽ lãnh đạo đảng sẽ do 269 đảng viên Lao động ngồi tại Hạ viện đưa ra. Không ai khác được phép bỏ phiếu. Vì vậy, sau khi Callaghan tuyên bố rời ghế, Giles hiếm khi rời khỏi những hành lang quyền lực cho đến khi đèn tắt mỗi tối sau cuộc bỏ phiếu cuối cùng. Ông dành vô số giờ lang thang khắp các hành lang đó vào ban ngày, ca ngợi phẩm chất của ứng viên mình, trong khi dành buổi tối ở Annies Bar, mua từng vại bia khi cố thuyết phục bất kỳ đồng nghiệp nào còn do dự ở Hạ viện rằng đảng Bảo thủ đang cầu nguyện họ sẽ bầu Michael Foot chứ không phải Denis Healey.</w:t>
      </w:r>
    </w:p>
    <w:p>
      <w:pPr>
        <w:spacing w:after="80"/>
      </w:pPr>
      <w:r>
        <w:rPr>
          <w:b w:val="0"/>
          <w:i w:val="0"/>
        </w:rPr>
        <w:t>Lời cầu nguyện của đảng Tory đã được đáp lại khi ở vòng bỏ phiếu thứ hai, Foot đánh bại Healey với 139 phiếu so với 129. Một số đồng nghiệp của Giles tại Hạ viện công khai thừa nhận họ khá vui vẻ chấp nhận một thời gian trong phe đối lập miễn là vị lãnh đạo mới chia sẻ hệ tư tưởng cánh tả của họ.</w:t>
      </w:r>
    </w:p>
    <w:p>
      <w:pPr>
        <w:jc w:val="center"/>
      </w:pPr>
      <w:r>
        <w:drawing>
          <wp:inline xmlns:a="http://schemas.openxmlformats.org/drawingml/2006/main" xmlns:pic="http://schemas.openxmlformats.org/drawingml/2006/picture">
            <wp:extent cx="304800" cy="85725"/>
            <wp:docPr id="39" name="Picture 3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Emma kể cho Giles vào bữa sáng hôm sau rằng khi Margaret Thatcher nghe tin, bà đã mở một chai sâm panh và nâng ly chúc mừng 139 đảng viên Lao động, những người đã đảm bảo rằng bà sẽ ở lại số 10 phố Downing trong tương lai gần.</w:t>
      </w:r>
    </w:p>
    <w:p>
      <w:pPr>
        <w:spacing w:after="80"/>
      </w:pPr>
      <w:r>
        <w:rPr>
          <w:b w:val="0"/>
          <w:i w:val="0"/>
        </w:rPr>
        <w:t>Truyền thống lâu đời ở cả hai đảng là khi một lãnh đạo mới được chọn, mọi thành viên đương nhiệm của hàng ghế đầu đều lập tức nộp đơn từ chức, rồi chờ được mời gia nhập đội ngũ mới. Sau khi Giles viết xong lá đơn từ chức, anh không mất thời gian chờ nghe xem mình sẽ được giao phụ trách văn phòng nhà nước nào, vì anh biết điện thoại sẽ chẳng bao giờ reo. Thứ Hai tuần sau, anh nhận được một mẩu giấy viết tay ngắn gọn từ vị lãnh đạo mới, cảm ơn anh vì những năm tháng phục vụ đảng.</w:t>
      </w:r>
    </w:p>
    <w:p>
      <w:pPr>
        <w:spacing w:after="80"/>
      </w:pPr>
      <w:r>
        <w:rPr>
          <w:b w:val="0"/>
          <w:i w:val="0"/>
        </w:rPr>
        <w:t>Ngày hôm sau, Giles dọn khỏi văn phòng của lãnh đạo phe đối lập tại Thượng viện ở tầng một để nhường chỗ cho người kế nhiệm vừa được bổ nhiệm. Khi ngồi một mình trong một căn phòng còn nhỏ hơn, không có cửa sổ, đâu đó dưới tầng hầm, anh cố chấp nhận sự thật rằng sự nghiệp ở hàng ghế đầu của mình đã kết thúc, và tất cả những gì anh có thể mong đợi là những năm tháng lưu đày ở hàng ghế sau. Trong bữa tối đêm đó, anh nhắc Karin rằng chỉ mười phiếu bầu đã định đoạt số phận của anh.</w:t>
      </w:r>
    </w:p>
    <w:p>
      <w:pPr>
        <w:spacing w:after="80"/>
      </w:pPr>
      <w:r>
        <w:rPr>
          <w:b w:val="0"/>
          <w:i w:val="0"/>
        </w:rPr>
        <w:t>Năm phiếu, nếu anh nghĩ kỹ, cô đáp.</w:t>
      </w:r>
    </w:p>
    <w:p>
      <w:pPr>
        <w:pStyle w:val="Heading1"/>
        <w:jc w:val="center"/>
      </w:pPr>
      <w:r>
        <w:rPr>
          <w:rFonts w:ascii="Calibri" w:hAnsi="Calibri"/>
          <w:b/>
          <w:i w:val="0"/>
          <w:sz w:val="40"/>
        </w:rPr>
        <w:t>SEBASTIAN CLIFTON</w:t>
      </w:r>
    </w:p>
    <w:p>
      <w:pPr>
        <w:pStyle w:val="Heading2"/>
        <w:jc w:val="center"/>
      </w:pPr>
      <w:r>
        <w:rPr>
          <w:rFonts w:ascii="Calibri" w:hAnsi="Calibri"/>
          <w:b/>
          <w:i w:val="0"/>
          <w:sz w:val="32"/>
        </w:rPr>
        <w:t>1981</w:t>
      </w:r>
    </w:p>
    <w:p>
      <w:pPr>
        <w:pStyle w:val="Heading1"/>
        <w:jc w:val="center"/>
      </w:pPr>
      <w:r>
        <w:rPr>
          <w:rFonts w:ascii="Calibri" w:hAnsi="Calibri"/>
          <w:b/>
          <w:i w:val="0"/>
          <w:sz w:val="40"/>
        </w:rPr>
        <w:t>11</w:t>
      </w:r>
    </w:p>
    <w:p>
      <w:pPr>
        <w:spacing w:after="80"/>
      </w:pPr>
      <w:r>
        <w:rPr>
          <w:b w:val="0"/>
          <w:i w:val="0"/>
        </w:rPr>
        <w:t>BỐ XIN LỖI.</w:t>
      </w:r>
    </w:p>
    <w:p>
      <w:pPr>
        <w:spacing w:after="80"/>
      </w:pPr>
      <w:r>
        <w:rPr>
          <w:b w:val="0"/>
          <w:i w:val="0"/>
        </w:rPr>
        <w:t>Đó là tất cả những gì bố có để nói sao? Jessica nói, trừng mắt nhìn ông.</w:t>
      </w:r>
    </w:p>
    <w:p>
      <w:pPr>
        <w:spacing w:after="80"/>
      </w:pPr>
      <w:r>
        <w:rPr>
          <w:b w:val="0"/>
          <w:i w:val="0"/>
        </w:rPr>
        <w:t>Sebastian choàng tay qua vai con gái. Bố hứa sẽ về kịp để đưa con và mẹ đi ăn tối mừng.</w:t>
      </w:r>
    </w:p>
    <w:p>
      <w:pPr>
        <w:spacing w:after="80"/>
      </w:pPr>
      <w:r>
        <w:rPr>
          <w:b w:val="0"/>
          <w:i w:val="0"/>
        </w:rPr>
        <w:t>Con nhớ lần cuối bố hứa như vậy, rồi bay vụt sang nước khác. Ít nhất lần đó là để giúp một người vô tội, chứ không phải một kẻ gian.</w:t>
      </w:r>
    </w:p>
    <w:p>
      <w:pPr>
        <w:spacing w:after="80"/>
      </w:pPr>
      <w:r>
        <w:rPr>
          <w:b w:val="0"/>
          <w:i w:val="0"/>
        </w:rPr>
        <w:t>Desmond Mellor chỉ được phép có khách vào chiều thứ Bảy từ hai đến ba giờ, nên bố chẳng có nhiều lựa chọn.</w:t>
      </w:r>
    </w:p>
    <w:p>
      <w:pPr>
        <w:spacing w:after="80"/>
      </w:pPr>
      <w:r>
        <w:rPr>
          <w:b w:val="0"/>
          <w:i w:val="0"/>
        </w:rPr>
        <w:t>Bố có thể đã bảo ông ta biến đi.</w:t>
      </w:r>
    </w:p>
    <w:p>
      <w:pPr>
        <w:spacing w:after="80"/>
      </w:pPr>
      <w:r>
        <w:rPr>
          <w:b w:val="0"/>
          <w:i w:val="0"/>
        </w:rPr>
        <w:t>Bố hứa sẽ về trước năm giờ. Sáu giờ là muộn nhất. Và vì hôm nay là sinh nhật con, con được chọn nhà hàng.</w:t>
      </w:r>
    </w:p>
    <w:p>
      <w:pPr>
        <w:spacing w:after="80"/>
      </w:pPr>
      <w:r>
        <w:rPr>
          <w:b w:val="0"/>
          <w:i w:val="0"/>
        </w:rPr>
        <w:t>Và trong lúc đó con phải trông Jake, rồi khi mẹ về, giải thích cho mẹ tại sao bố không có mặt. Con có thể nghĩ ra nhiều cách thú vị hơn để đón sinh nhật.</w:t>
      </w:r>
    </w:p>
    <w:p>
      <w:pPr>
        <w:spacing w:after="80"/>
      </w:pPr>
      <w:r>
        <w:rPr>
          <w:b w:val="0"/>
          <w:i w:val="0"/>
        </w:rPr>
        <w:t>Bố sẽ bù đắp cho con, Seb nói. Bố hứa.</w:t>
      </w:r>
    </w:p>
    <w:p>
      <w:pPr>
        <w:spacing w:after="80"/>
      </w:pPr>
      <w:r>
        <w:rPr>
          <w:b w:val="0"/>
          <w:i w:val="0"/>
        </w:rPr>
        <w:t>Chỉ đừng quên nhé, bố già, ông ta là một kẻ gian.</w:t>
      </w:r>
    </w:p>
    <w:p>
      <w:pPr>
        <w:jc w:val="center"/>
      </w:pPr>
      <w:r>
        <w:drawing>
          <wp:inline xmlns:a="http://schemas.openxmlformats.org/drawingml/2006/main" xmlns:pic="http://schemas.openxmlformats.org/drawingml/2006/picture">
            <wp:extent cx="304800" cy="85725"/>
            <wp:docPr id="40" name="Picture 4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Sebastian vật lộn với dòng xe cộ cuối buổi sáng trên đường rời London, anh không khỏi nghĩ rằng con gái mình nói đúng. Chuyến đi này không chỉ có khả năng vô ích, mà ngay từ đầu anh lẽ ra không nên dính dáng gì đến người đàn ông đó.</w:t>
      </w:r>
    </w:p>
    <w:p>
      <w:pPr>
        <w:spacing w:after="80"/>
      </w:pPr>
      <w:r>
        <w:rPr>
          <w:b w:val="0"/>
          <w:i w:val="0"/>
        </w:rPr>
        <w:t>Lẽ ra anh phải đưa Jessica đi ăn trưa ở Ponte Vecchio để mừng sinh nhật mười sáu tuổi của con bé, thay vì đến một nhà tù ở Kent thăm một kẻ mà anh khinh bỉ. Nhưng anh biết rằng nếu không tìm hiểu lý do tại sao Desmond Mellor lại muốn gặp mình gấp đến vậy, anh sẽ mãi mãi tò mò. Chỉ có một điều chắc chắn: Jessica sẽ đòi anh kể tỉ mỉ từng chi tiết vì sao gã đàn ông khốn khổ đó lại muốn gặp anh.</w:t>
      </w:r>
    </w:p>
    <w:p>
      <w:pPr>
        <w:spacing w:after="80"/>
      </w:pPr>
      <w:r>
        <w:rPr>
          <w:b w:val="0"/>
          <w:i w:val="0"/>
        </w:rPr>
        <w:t>Còn khoảng mười dặm nữa thì Seb mới thấy những biển chỉ dẫn đầu tiên đến Ford Open. Không hề nhắc đến chữ nhà tù, vì điều đó sẽ khiến dân địa phương phật lòng. Tại rào chắn, một viên cảnh sát bước ra từ quầy nhỏ và hỏi tên anh. Sau khi Clifton được đánh dấu trên tấm bảng kẹp giấy quen thuộc, rào chắn được nâng lên và anh được chỉ dẫn đến một mảnh đất trống mà vào các ngày thứ Bảy được dùng làm bãi đỗ xe.</w:t>
      </w:r>
    </w:p>
    <w:p>
      <w:pPr>
        <w:spacing w:after="80"/>
      </w:pPr>
      <w:r>
        <w:rPr>
          <w:b w:val="0"/>
          <w:i w:val="0"/>
        </w:rPr>
        <w:t>Đỗ xe xong, Seb đi đến khu tiếp tân, nơi một viên cảnh sát khác hỏi tên anh. Nhưng lần này anh còn được yêu cầu xuất trình giấy tờ tùy thân. Anh đưa ra bằng lái xe — lại một dấu tích nữa trên một tấm bảng kẹp giấy khác — và sau đó được yêu cầu cất tất cả đồ có giá trị, gồm ví, đồng hồ, nhẫn cưới và ít tiền lẻ, vào tủ khóa. Viên cảnh sát trực ca nghiêm khắc dặn anh rằng trong bất kỳ trường hợp nào cũng không được mang tiền mặt vào khu gặp gỡ. Viên cảnh sát chỉ vào một tấm thông báo bắt vít trên tường, cảnh báo khách thăm rằng ai bị phát hiện có tiền mặt bên trong nhà tù có thể lãnh án sáu tháng tù.</w:t>
      </w:r>
    </w:p>
    <w:p>
      <w:pPr>
        <w:spacing w:after="80"/>
      </w:pPr>
      <w:r>
        <w:rPr>
          <w:b w:val="0"/>
          <w:i w:val="0"/>
        </w:rPr>
        <w:t>Thứ lỗi cho tôi vì phải hỏi, thưa ông, viên cảnh sát nói, nhưng đây có phải lần đầu ông đến thăm nhà tù không?</w:t>
      </w:r>
    </w:p>
    <w:p>
      <w:pPr>
        <w:spacing w:after="80"/>
      </w:pPr>
      <w:r>
        <w:rPr>
          <w:b w:val="0"/>
          <w:i w:val="0"/>
        </w:rPr>
        <w:t>Không phải, Seb đáp.</w:t>
      </w:r>
    </w:p>
    <w:p>
      <w:pPr>
        <w:spacing w:after="80"/>
      </w:pPr>
      <w:r>
        <w:rPr>
          <w:b w:val="0"/>
          <w:i w:val="0"/>
        </w:rPr>
        <w:t>Vậy chắc ông biết về phiếu ăn uống, phòng khi bạn ông muốn một tách trà hay bánh sandwich. Anh ta không phải bạn tôi, Seb muốn nói vậy, khi đưa ra một tờ bảng Anh để đổi lấy mười phiếu.</w:t>
      </w:r>
    </w:p>
    <w:p>
      <w:pPr>
        <w:spacing w:after="80"/>
      </w:pPr>
      <w:r>
        <w:rPr>
          <w:b w:val="0"/>
          <w:i w:val="0"/>
        </w:rPr>
        <w:t>Chúng tôi sẽ hoàn lại phần chênh lệch khi ông quay về.</w:t>
      </w:r>
    </w:p>
    <w:p>
      <w:pPr>
        <w:spacing w:after="80"/>
      </w:pPr>
      <w:r>
        <w:rPr>
          <w:b w:val="0"/>
          <w:i w:val="0"/>
        </w:rPr>
        <w:t>Seb cảm ơn, đóng cửa tủ khóa và bỏ chìa khóa cùng mấy tấm phiếu vào túi. Khi bước vào phòng chờ, một viên cảnh sát khác đưa cho anh một chiếc đĩa nhỏ có khắc số 18.</w:t>
      </w:r>
    </w:p>
    <w:p>
      <w:pPr>
        <w:spacing w:after="80"/>
      </w:pPr>
      <w:r>
        <w:rPr>
          <w:b w:val="0"/>
          <w:i w:val="0"/>
        </w:rPr>
        <w:t>Hãy đợi đến khi số của ông được gọi, viên cảnh sát nói.</w:t>
      </w:r>
    </w:p>
    <w:p>
      <w:pPr>
        <w:spacing w:after="80"/>
      </w:pPr>
      <w:r>
        <w:rPr>
          <w:b w:val="0"/>
          <w:i w:val="0"/>
        </w:rPr>
        <w:t>Seb ngồi xuống một chiếc ghế nhựa trong căn phòng đầy người trông như thể đây chỉ là một phần trong thói quen hằng ngày của họ. Anh đưa mắt nhìn quanh và thấy những người vợ, bạn gái, bậc phụ huynh, cả những đứa trẻ nhỏ có khu vui chơi riêng — tất cả đều chẳng có điểm chung nào ngoài một người thân, một người bạn hay một người yêu đang bị giam giữ. Anh ngờ rằng mình là người duy nhất đến thăm một kẻ mà mình thậm chí không ưa.</w:t>
      </w:r>
    </w:p>
    <w:p>
      <w:pPr>
        <w:spacing w:after="80"/>
      </w:pPr>
      <w:r>
        <w:rPr>
          <w:b w:val="0"/>
          <w:i w:val="0"/>
        </w:rPr>
        <w:t xml:space="preserve">Số một đến số năm, một giọng nói vang lên qua loa phóng thanh. Vài người trong số những khách quen bật dậy và vội vã rời phòng, rõ ràng không muốn lãng phí một phút nào trong một giờ được phân bổ của họ. Một người trong số đó để lại một tờ </w:t>
      </w:r>
      <w:r>
        <w:rPr>
          <w:b w:val="0"/>
          <w:i/>
        </w:rPr>
        <w:t>Daily Mail</w:t>
      </w:r>
      <w:r>
        <w:rPr>
          <w:b w:val="0"/>
          <w:i w:val="0"/>
        </w:rPr>
        <w:t>, và Seb lật xem để giết thời gian. Vô số bức ảnh Thái tử Charles và Lady Diana Spencer trò chuyện tại một buổi tiệc ngoài vườn ở Norfolk; Diana trông cực kỳ hạnh phúc, trong khi Thái tử trông như thể đang khánh thành một nhà máy điện.</w:t>
      </w:r>
    </w:p>
    <w:p>
      <w:pPr>
        <w:spacing w:after="80"/>
      </w:pPr>
      <w:r>
        <w:rPr>
          <w:b w:val="0"/>
          <w:i w:val="0"/>
        </w:rPr>
        <w:t>Số sáu đến số mười, loa phóng thanh rè rè vang lên, và một nhóm khác nhanh chóng rời phòng chờ. Seb lật sang trang. Margaret Thatcher đang hứa sẽ ban hành luật để đối phó với các cuộc đình công tự phát. Michael Foot mô tả các biện pháp này là hà khắc, và gọi chính sách của bà là việc làm dành cho bọn con ông cháu cha, chứ không dành cho những người lao động thường.</w:t>
      </w:r>
    </w:p>
    <w:p>
      <w:pPr>
        <w:spacing w:after="80"/>
      </w:pPr>
      <w:r>
        <w:rPr>
          <w:b w:val="0"/>
          <w:i w:val="0"/>
        </w:rPr>
        <w:t>Số mười một đến số mười lăm.</w:t>
      </w:r>
    </w:p>
    <w:p>
      <w:pPr>
        <w:spacing w:after="80"/>
      </w:pPr>
      <w:r>
        <w:rPr>
          <w:b w:val="0"/>
          <w:i w:val="0"/>
        </w:rPr>
        <w:t xml:space="preserve">Seb ngước nhìn đồng hồ trên tường: 2 giờ 12 phút chiều. Với tốc độ này, anh sẽ may mắn lắm mới có hơn bốn mươi phút với Mellor, dù anh ngờ rằng gã đàn ông đó đã chuẩn bị kỹ bài nói của mình và sẽ không lãng phí chút thời gian nào. Anh lật đến trang cuối tờ </w:t>
      </w:r>
      <w:r>
        <w:rPr>
          <w:b w:val="0"/>
          <w:i/>
        </w:rPr>
        <w:t>Mail</w:t>
      </w:r>
      <w:r>
        <w:rPr>
          <w:b w:val="0"/>
          <w:i w:val="0"/>
        </w:rPr>
        <w:t xml:space="preserve"> và thấy một bức ảnh cũ của Muhammad Ali đang chĩa ngón tay vào các phóng viên và nói, </w:t>
      </w:r>
      <w:r>
        <w:rPr>
          <w:b w:val="0"/>
          <w:i/>
        </w:rPr>
        <w:t>Đôi tay anh ta không thể đánh trúng thứ mà đôi mắt anh ta không thể thấy</w:t>
      </w:r>
      <w:r>
        <w:rPr>
          <w:b w:val="0"/>
          <w:i w:val="0"/>
        </w:rPr>
        <w:t>. Seb tự hỏi ai là người nghĩ ra những câu nói tuyệt vời đến vậy, hay là cựu nhà vô địch vốn đã tuyệt vời như thế?</w:t>
      </w:r>
    </w:p>
    <w:p>
      <w:pPr>
        <w:spacing w:after="80"/>
      </w:pPr>
      <w:r>
        <w:rPr>
          <w:b w:val="0"/>
          <w:i w:val="0"/>
        </w:rPr>
        <w:t>Số mười sáu đến số hai mươi.</w:t>
      </w:r>
    </w:p>
    <w:p>
      <w:pPr>
        <w:spacing w:after="80"/>
      </w:pPr>
      <w:r>
        <w:rPr>
          <w:b w:val="0"/>
          <w:i w:val="0"/>
        </w:rPr>
        <w:t>Seb từ từ đứng dậy khỏi chỗ ngồi và nhập vào nhóm mười mấy vị khách đang lẽo đẽo theo một viên cai ngục khi anh ta tiến vào sâu bên trong nhà tù. Họ bị chặn lại và khám xét trước khi được phép bước vào khu vực dành cho khách thăm.</w:t>
      </w:r>
    </w:p>
    <w:p>
      <w:pPr>
        <w:spacing w:after="80"/>
      </w:pPr>
      <w:r>
        <w:rPr>
          <w:b w:val="0"/>
          <w:i w:val="0"/>
        </w:rPr>
        <w:t>Sebastian thấy mình đang ở trong một căn phòng vuông rộng rãi, bày biện hàng chục chiếc bàn nhỏ, mỗi bàn có bốn chiếc ghế, một chiếc màu đỏ và ba chiếc màu xanh. Anh đảo mắt nhìn quanh phòng nhưng không phát hiện ra Mellor cho đến khi ông ta giơ tay lên. Ông ta đã tăng cân nhiều đến mức Seb suýt không nhận ra. Ngay cả trước khi Seb ngồi xuống, Mellor đã ra hiệu về phía căng tin ở đầu kia căn phòng và nói: "Cậu lấy giúp tôi một tách trà và một thanh Kit Kat được không?"</w:t>
      </w:r>
    </w:p>
    <w:p>
      <w:pPr>
        <w:spacing w:after="80"/>
      </w:pPr>
      <w:r>
        <w:rPr>
          <w:b w:val="0"/>
          <w:i w:val="0"/>
        </w:rPr>
        <w:t>Seb xếp vào hàng người ngắn ngủi ở quầy, nơi anh đưa ra phần lớn số phiếu của mình để đổi lấy hai tách trà và hai thanh Kit Kat. Khi quay lại bàn, anh đặt một trong hai tách trà và cả hai thanh sô-cô-la trước mặt kẻ thù cũ của mình.</w:t>
      </w:r>
    </w:p>
    <w:p>
      <w:pPr>
        <w:spacing w:after="80"/>
      </w:pPr>
      <w:r>
        <w:rPr>
          <w:b w:val="0"/>
          <w:i w:val="0"/>
        </w:rPr>
        <w:t>"Vậy, tại sao ông lại muốn gặp tôi?" Seb hỏi, không buồn xã giao vài câu.</w:t>
      </w:r>
    </w:p>
    <w:p>
      <w:pPr>
        <w:spacing w:after="80"/>
      </w:pPr>
      <w:r>
        <w:rPr>
          <w:b w:val="0"/>
          <w:i w:val="0"/>
        </w:rPr>
        <w:t>"Chuyện dài lắm, nhưng tôi không nghĩ có gì trong đó khiến cậu bất ngờ đâu." Mellor nhấp một ngụm trà và bóc vỏ một thanh Kit Kat trong lúc nói. "Sau khi cảnh sát phát hiện ra Sloane và tôi là những người chịu trách nhiệm khiến bạn của cậu, Hakim Bishara, bị bắt, Sloane đã khai báo làm nhân chứng cho bên công tố và gài bẫy tôi. Tôi bị kết án hai năm tù vì tội cản trở công lý, trong khi hắn ta thoát tội hoàn toàn. Nếu thế vẫn chưa đủ, khi tôi đã vào tù, hắn ta tìm cách nắm quyền kiểm soát Mellor Travel. Hắn ta tuyên bố mình là người duy nhất có thể cứu công ty trong khi chủ tịch đang ngồi tù, và các cổ đông đã tin vào điều đó."</w:t>
      </w:r>
    </w:p>
    <w:p>
      <w:pPr>
        <w:spacing w:after="80"/>
      </w:pPr>
      <w:r>
        <w:rPr>
          <w:b w:val="0"/>
          <w:i w:val="0"/>
        </w:rPr>
        <w:t>"Nhưng với tư cách là cổ đông lớn nhất, chắc ông vẫn phải có quyền kiểm soát tổng thể chứ?"</w:t>
      </w:r>
    </w:p>
    <w:p>
      <w:pPr>
        <w:spacing w:after="80"/>
      </w:pPr>
      <w:r>
        <w:rPr>
          <w:b w:val="0"/>
          <w:i w:val="0"/>
        </w:rPr>
        <w:t>"Không phải với một công ty đại chúng, như cậu sẽ phát hiện ra khi Bishara bị tống giam. Họ thậm chí không gửi cho tôi biên bản các cuộc họp hội đồng quản trị. Nhưng Sloane không nhận ra rằng tôi có một người bên trong luôn thông báo đầy đủ cho tôi."</w:t>
      </w:r>
    </w:p>
    <w:p>
      <w:pPr>
        <w:spacing w:after="80"/>
      </w:pPr>
      <w:r>
        <w:rPr>
          <w:b w:val="0"/>
          <w:i w:val="0"/>
        </w:rPr>
        <w:t>"Jim Knowles?"</w:t>
      </w:r>
    </w:p>
    <w:p>
      <w:pPr>
        <w:spacing w:after="80"/>
      </w:pPr>
      <w:r>
        <w:rPr>
          <w:b w:val="0"/>
          <w:i w:val="0"/>
        </w:rPr>
        <w:t>"Không. Tên khốn đó bỏ rơi tôi ngay khi tôi bị bắt, và thậm chí còn đề xuất Sloane làm chủ tịch. Đổi lại, Knowles trở thành phó của hắn ta với mức lương phình to."</w:t>
      </w:r>
    </w:p>
    <w:p>
      <w:pPr>
        <w:spacing w:after="80"/>
      </w:pPr>
      <w:r>
        <w:rPr>
          <w:b w:val="0"/>
          <w:i w:val="0"/>
        </w:rPr>
        <w:t>"Sắp xếp ấm cúng thật đấy," Seb nói. "Nhưng chắc ông đã tham khảo ý kiến pháp lý chứ."</w:t>
      </w:r>
    </w:p>
    <w:p>
      <w:pPr>
        <w:spacing w:after="80"/>
      </w:pPr>
      <w:r>
        <w:rPr>
          <w:b w:val="0"/>
          <w:i w:val="0"/>
        </w:rPr>
        <w:t>"Hạng nhất. Nhưng họ đã cẩn thận không vi phạm pháp luật, nên tôi chẳng làm được gì nhiều. Nhưng cậu thì có thể."</w:t>
      </w:r>
    </w:p>
    <w:p>
      <w:pPr>
        <w:spacing w:after="80"/>
      </w:pPr>
      <w:r>
        <w:rPr>
          <w:b w:val="0"/>
          <w:i w:val="0"/>
        </w:rPr>
        <w:t>Seb nhấp một ngụm trà trong khi Mellor xé vỏ thanh Kit Kat thứ hai.</w:t>
      </w:r>
    </w:p>
    <w:p>
      <w:pPr>
        <w:spacing w:after="80"/>
      </w:pPr>
      <w:r>
        <w:rPr>
          <w:b w:val="0"/>
          <w:i w:val="0"/>
        </w:rPr>
        <w:t>"Ông đang nghĩ gì vậy?" Seb hỏi.</w:t>
      </w:r>
    </w:p>
    <w:p>
      <w:pPr>
        <w:spacing w:after="80"/>
      </w:pPr>
      <w:r>
        <w:rPr>
          <w:b w:val="0"/>
          <w:i w:val="0"/>
        </w:rPr>
        <w:t>"Như cậu đã chỉ ra, ông Clifton ạ, tôi vẫn là cổ đông lớn nhất của Mellor Travel, nhưng tôi nghi ngờ rằng đến lúc tôi ra tù, số cổ phiếu đó sẽ chẳng đáng giá bằng tờ giấy họ được in lên. Nhưng nếu tôi bán chúng cho cậu với giá một bảng Anh..."</w:t>
      </w:r>
    </w:p>
    <w:p>
      <w:pPr>
        <w:spacing w:after="80"/>
      </w:pPr>
      <w:r>
        <w:rPr>
          <w:b w:val="0"/>
          <w:i w:val="0"/>
        </w:rPr>
        <w:t>"Có điều kiện gì kèm theo?"</w:t>
      </w:r>
    </w:p>
    <w:p>
      <w:pPr>
        <w:spacing w:after="80"/>
      </w:pPr>
      <w:r>
        <w:rPr>
          <w:b w:val="0"/>
          <w:i w:val="0"/>
        </w:rPr>
        <w:t>"Không có điều kiện gì, dù trước đây chúng ta từng có những bất đồng. Mối quan tâm duy nhất của tôi là trả thù — tôi muốn Adrian Sloane và Jim Knowles bị loại khỏi hội đồng quản trị và công ty được điều hành đúng đắn, và tôi không nghĩ ra ai làm việc đó tốt hơn cậu."</w:t>
      </w:r>
    </w:p>
    <w:p>
      <w:pPr>
        <w:spacing w:after="80"/>
      </w:pPr>
      <w:r>
        <w:rPr>
          <w:b w:val="0"/>
          <w:i w:val="0"/>
        </w:rPr>
        <w:t>Và anh mong nhận lại được gì chứ? Seb ngừng lại, nhìn thẳng vào mắt ông ta, rồi nói thêm, Khi anh ra tù.</w:t>
      </w:r>
    </w:p>
    <w:p>
      <w:pPr>
        <w:spacing w:after="80"/>
      </w:pPr>
      <w:r>
        <w:rPr>
          <w:b w:val="0"/>
          <w:i w:val="0"/>
        </w:rPr>
        <w:t>Một tiếng chuông vang lên, báo cho họ biết còn mười phút nữa.</w:t>
      </w:r>
    </w:p>
    <w:p>
      <w:pPr>
        <w:spacing w:after="80"/>
      </w:pPr>
      <w:r>
        <w:rPr>
          <w:b w:val="0"/>
          <w:i w:val="0"/>
        </w:rPr>
        <w:t>Có thể còn lâu đấy, Mellor nói, bẻ đôi một thanh sô-cô-la. Giờ tôi đang đối mặt với một cáo buộc nữa mà anh còn chưa biết.</w:t>
      </w:r>
    </w:p>
    <w:p>
      <w:pPr>
        <w:spacing w:after="80"/>
      </w:pPr>
      <w:r>
        <w:rPr>
          <w:b w:val="0"/>
          <w:i w:val="0"/>
        </w:rPr>
        <w:t>Seb không thúc ép ông ta. Thời gian đang cạn dần và anh còn vài câu hỏi nữa cần được giải đáp trước khi có thể cân nhắc đề nghị của Mellor. Nhưng rồi anh cũng sẽ ra tù thôi.</w:t>
      </w:r>
    </w:p>
    <w:p>
      <w:pPr>
        <w:spacing w:after="80"/>
      </w:pPr>
      <w:r>
        <w:rPr>
          <w:b w:val="0"/>
          <w:i w:val="0"/>
        </w:rPr>
        <w:t>Và khi tôi ra tù, tôi sẽ mong được trả lại đầy đủ 51 phần trăm cổ phần của tôi trong Mellor Travel, cũng với giá một bảng.</w:t>
      </w:r>
    </w:p>
    <w:p>
      <w:pPr>
        <w:spacing w:after="80"/>
      </w:pPr>
      <w:r>
        <w:rPr>
          <w:b w:val="0"/>
          <w:i w:val="0"/>
        </w:rPr>
        <w:t>Vậy Farthings được lợi gì?</w:t>
      </w:r>
    </w:p>
    <w:p>
      <w:pPr>
        <w:spacing w:after="80"/>
      </w:pPr>
      <w:r>
        <w:rPr>
          <w:b w:val="0"/>
          <w:i w:val="0"/>
        </w:rPr>
        <w:t>Lần này anh có thể bổ nhiệm chủ tịch, hội đồng quản trị, và điều hành công ty. Farthings cũng có thể thu một khoản phí duy trì hậu hĩnh cho dịch vụ của họ, đồng thời nhận 20 phần trăm lợi nhuận hằng năm của Mellor Travel, mà tôi nghĩ anh sẽ đồng ý là quá công bằng. Anh còn có thêm niềm vui là loại Adrian Sloane khỏi ghế chủ tịch lần thứ hai. Tất cả những gì tôi yêu cầu đổi lại là nhận được một bản biên bản sau mỗi cuộc họp hội đồng quản trị, và có một cuộc gặp trực tiếp với anh mỗi quý một lần.</w:t>
      </w:r>
    </w:p>
    <w:p>
      <w:pPr>
        <w:spacing w:after="80"/>
      </w:pPr>
      <w:r>
        <w:rPr>
          <w:b w:val="0"/>
          <w:i w:val="0"/>
        </w:rPr>
        <w:t>Tiếng chuông vang lên lần thứ hai. Năm phút.</w:t>
      </w:r>
    </w:p>
    <w:p>
      <w:pPr>
        <w:spacing w:after="80"/>
      </w:pPr>
      <w:r>
        <w:rPr>
          <w:b w:val="0"/>
          <w:i w:val="0"/>
        </w:rPr>
        <w:t>Tôi sẽ suy nghĩ về chuyện này và khi đã quyết định, tôi sẽ gọi cho anh.</w:t>
      </w:r>
    </w:p>
    <w:p>
      <w:pPr>
        <w:spacing w:after="80"/>
      </w:pPr>
      <w:r>
        <w:rPr>
          <w:b w:val="0"/>
          <w:i w:val="0"/>
        </w:rPr>
        <w:t>Anh không thể gọi cho tôi được, ông Clifton. Tù nhân không được nhận cuộc gọi đến. Tôi sẽ gọi cho anh ở ngân hàng vào sáng thứ Sáu tới lúc mười giờ, thế là đủ thời gian để anh quyết định.</w:t>
      </w:r>
    </w:p>
    <w:p>
      <w:pPr>
        <w:spacing w:after="80"/>
      </w:pPr>
      <w:r>
        <w:rPr>
          <w:b w:val="0"/>
          <w:i w:val="0"/>
        </w:rPr>
        <w:t>Tiếng chuông vang lên lần thứ ba.</w:t>
      </w:r>
    </w:p>
    <w:p>
      <w:pPr>
        <w:jc w:val="center"/>
      </w:pPr>
      <w:r>
        <w:drawing>
          <wp:inline xmlns:a="http://schemas.openxmlformats.org/drawingml/2006/main" xmlns:pic="http://schemas.openxmlformats.org/drawingml/2006/picture">
            <wp:extent cx="304800" cy="85725"/>
            <wp:docPr id="41" name="Picture 4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Jessica nhìn đồng hồ khi bố cô bước vào sảnh và treo áo khoác lên.</w:t>
      </w:r>
    </w:p>
    <w:p>
      <w:pPr>
        <w:spacing w:after="80"/>
      </w:pPr>
      <w:r>
        <w:rPr>
          <w:b w:val="0"/>
          <w:i w:val="0"/>
        </w:rPr>
        <w:t>Bố vừa kịp đúng lúc đấy, cô nói, miễn cưỡng hôn lên má ông.</w:t>
      </w:r>
    </w:p>
    <w:p>
      <w:pPr>
        <w:spacing w:after="80"/>
      </w:pPr>
      <w:r>
        <w:rPr>
          <w:b w:val="0"/>
          <w:i w:val="0"/>
        </w:rPr>
        <w:t>Sebastian cười toe toét. Vậy cô nương muốn ăn tối ở đâu nào?</w:t>
      </w:r>
    </w:p>
    <w:p>
      <w:pPr>
        <w:spacing w:after="80"/>
      </w:pPr>
      <w:r>
        <w:rPr>
          <w:b w:val="0"/>
          <w:i w:val="0"/>
        </w:rPr>
        <w:t>Quán Harry's.</w:t>
      </w:r>
    </w:p>
    <w:p>
      <w:pPr>
        <w:spacing w:after="80"/>
      </w:pPr>
      <w:r>
        <w:rPr>
          <w:b w:val="0"/>
          <w:i w:val="0"/>
        </w:rPr>
        <w:t>Ở London hay Venice? ông hỏi khi hai bố con thong thả bước vào phòng khách.</w:t>
      </w:r>
    </w:p>
    <w:p>
      <w:pPr>
        <w:spacing w:after="80"/>
      </w:pPr>
      <w:r>
        <w:rPr>
          <w:b w:val="0"/>
          <w:i w:val="0"/>
        </w:rPr>
        <w:t>Lần này là London.</w:t>
      </w:r>
    </w:p>
    <w:p>
      <w:pPr>
        <w:spacing w:after="80"/>
      </w:pPr>
      <w:r>
        <w:rPr>
          <w:b w:val="0"/>
          <w:i w:val="0"/>
        </w:rPr>
        <w:t>Con không nghĩ mình có thể đặt được bàn với thông báo gấp gáp thế này đâu.</w:t>
      </w:r>
    </w:p>
    <w:p>
      <w:pPr>
        <w:spacing w:after="80"/>
      </w:pPr>
      <w:r>
        <w:rPr>
          <w:b w:val="0"/>
          <w:i w:val="0"/>
        </w:rPr>
        <w:t>Con đặt rồi.</w:t>
      </w:r>
    </w:p>
    <w:p>
      <w:pPr>
        <w:spacing w:after="80"/>
      </w:pPr>
      <w:r>
        <w:rPr>
          <w:b w:val="0"/>
          <w:i w:val="0"/>
        </w:rPr>
        <w:t>Tất nhiên là con đặt rồi. Còn gì nữa mà bố nên biết không? ông hỏi, trong khi rót cho mình một ly whisky mạnh.</w:t>
      </w:r>
    </w:p>
    <w:p>
      <w:pPr>
        <w:spacing w:after="80"/>
      </w:pPr>
      <w:r>
        <w:rPr>
          <w:b w:val="0"/>
          <w:i w:val="0"/>
        </w:rPr>
        <w:t>Không phải điều bố nên biết, Jessica trách, mà là điều bố đã quên.</w:t>
      </w:r>
    </w:p>
    <w:p>
      <w:pPr>
        <w:spacing w:after="80"/>
      </w:pPr>
      <w:r>
        <w:rPr>
          <w:b w:val="0"/>
          <w:i w:val="0"/>
        </w:rPr>
        <w:t>Không, bố không quên. Như một ảo thuật gia, Seb rút ra một món quà từ túi áo trong.</w:t>
      </w:r>
    </w:p>
    <w:p>
      <w:pPr>
        <w:spacing w:after="80"/>
      </w:pPr>
      <w:r>
        <w:rPr>
          <w:b w:val="0"/>
          <w:i w:val="0"/>
        </w:rPr>
        <w:t>Đó có phải là thứ con nghĩ không? Jessica hỏi, lần đầu tiên mỉm cười.</w:t>
      </w:r>
    </w:p>
    <w:p>
      <w:pPr>
        <w:spacing w:after="80"/>
      </w:pPr>
      <w:r>
        <w:rPr>
          <w:b w:val="0"/>
          <w:i w:val="0"/>
        </w:rPr>
        <w:t>Chà, chắc chắn đó là thứ con đã gợi ý suốt mấy tuần qua rồi.</w:t>
      </w:r>
    </w:p>
    <w:p>
      <w:pPr>
        <w:spacing w:after="80"/>
      </w:pPr>
      <w:r>
        <w:rPr>
          <w:b w:val="0"/>
          <w:i w:val="0"/>
        </w:rPr>
        <w:t>Jessica vòng tay ôm lấy cha. Cảm ơn bố, cô nói, xé giấy gói và mở một chiếc hộp nhỏ, mỏng.</w:t>
      </w:r>
    </w:p>
    <w:p>
      <w:pPr>
        <w:spacing w:after="80"/>
      </w:pPr>
      <w:r>
        <w:rPr>
          <w:b w:val="0"/>
          <w:i w:val="0"/>
        </w:rPr>
        <w:t>Bố được lấy lại lòng con chưa? Seb hỏi, khi Jessica đeo chiếc Warhol Swatch lên cổ tay.</w:t>
      </w:r>
    </w:p>
    <w:p>
      <w:pPr>
        <w:spacing w:after="80"/>
      </w:pPr>
      <w:r>
        <w:rPr>
          <w:b w:val="0"/>
          <w:i w:val="0"/>
        </w:rPr>
        <w:t>Chỉ khi bố nhớ ra quà cho Mẹ.</w:t>
      </w:r>
    </w:p>
    <w:p>
      <w:pPr>
        <w:spacing w:after="80"/>
      </w:pPr>
      <w:r>
        <w:rPr>
          <w:b w:val="0"/>
          <w:i w:val="0"/>
        </w:rPr>
        <w:t>Nhưng đâu phải sinh nhật của mẹ, Seb nói. Ít nhất là còn vài tháng nữa.</w:t>
      </w:r>
    </w:p>
    <w:p>
      <w:pPr>
        <w:spacing w:after="80"/>
      </w:pPr>
      <w:r>
        <w:rPr>
          <w:b w:val="0"/>
          <w:i w:val="0"/>
        </w:rPr>
        <w:t>Con biết chứ, bố, nhưng ngày mai là kỷ niệm ngày cưới của bố, phòng khi bố quên.</w:t>
      </w:r>
    </w:p>
    <w:p>
      <w:pPr>
        <w:spacing w:after="80"/>
      </w:pPr>
      <w:r>
        <w:rPr>
          <w:b w:val="0"/>
          <w:i w:val="0"/>
        </w:rPr>
        <w:t>Cứu tôi với! Đúng là tôi đã quên.</w:t>
      </w:r>
    </w:p>
    <w:p>
      <w:pPr>
        <w:spacing w:after="80"/>
      </w:pPr>
      <w:r>
        <w:rPr>
          <w:b w:val="0"/>
          <w:i w:val="0"/>
        </w:rPr>
        <w:t>Nhưng may là con không quên, Jessica nói, chỉ vào một chiếc hộp được gói đẹp đẽ trên bàn, kèm theo một tấm thiệp.</w:t>
      </w:r>
    </w:p>
    <w:p>
      <w:pPr>
        <w:spacing w:after="80"/>
      </w:pPr>
      <w:r>
        <w:rPr>
          <w:b w:val="0"/>
          <w:i w:val="0"/>
        </w:rPr>
        <w:t>Bên trong là gì?</w:t>
      </w:r>
    </w:p>
    <w:p>
      <w:pPr>
        <w:spacing w:after="80"/>
      </w:pPr>
      <w:r>
        <w:rPr>
          <w:b w:val="0"/>
          <w:i w:val="0"/>
        </w:rPr>
        <w:t>Một đôi giày Rayne mà mẹ phát hiện trên phố Kings Road tuần trước, nhưng lại thấy hơi đắt. Bạn chỉ cần ký vào tấm thiệp là xong.</w:t>
      </w:r>
    </w:p>
    <w:p>
      <w:pPr>
        <w:spacing w:after="80"/>
      </w:pPr>
      <w:r>
        <w:rPr>
          <w:b w:val="0"/>
          <w:i w:val="0"/>
        </w:rPr>
        <w:t xml:space="preserve">Họ nghe thấy tiếng cửa trước mở, và Seb nhanh tay viết vội </w:t>
      </w:r>
      <w:r>
        <w:rPr>
          <w:b w:val="0"/>
          <w:i/>
        </w:rPr>
        <w:t>Một năm không thể nào quên. Yêu thương, Seb xxx</w:t>
      </w:r>
      <w:r>
        <w:rPr>
          <w:b w:val="0"/>
          <w:i w:val="0"/>
        </w:rPr>
        <w:t xml:space="preserve"> lên tấm thiệp. Làm sao anh xoay được tiền để mua chúng thế? anh thì thầm, trong lúc cất cây bút trở lại túi áo.</w:t>
      </w:r>
    </w:p>
    <w:p>
      <w:pPr>
        <w:spacing w:after="80"/>
      </w:pPr>
      <w:r>
        <w:rPr>
          <w:b w:val="0"/>
          <w:i w:val="0"/>
        </w:rPr>
        <w:t>Bằng thẻ tín dụng của em, tất nhiên rồi.</w:t>
      </w:r>
    </w:p>
    <w:p>
      <w:pPr>
        <w:spacing w:after="80"/>
      </w:pPr>
      <w:r>
        <w:rPr>
          <w:b w:val="0"/>
          <w:i w:val="0"/>
        </w:rPr>
        <w:t>Cầu Chúa phù hộ cho chồng cô, Seb nói, khi Samantha bước vào cùng họ.</w:t>
      </w:r>
    </w:p>
    <w:p>
      <w:pPr>
        <w:spacing w:after="80"/>
      </w:pPr>
      <w:r>
        <w:rPr>
          <w:b w:val="0"/>
          <w:i w:val="0"/>
        </w:rPr>
        <w:t>Nhìn xem bố tặng con gì nhân sinh nhật này! Jessica nói, chìa cánh tay ra.</w:t>
      </w:r>
    </w:p>
    <w:p>
      <w:pPr>
        <w:spacing w:after="80"/>
      </w:pPr>
      <w:r>
        <w:rPr>
          <w:b w:val="0"/>
          <w:i w:val="0"/>
        </w:rPr>
        <w:t>Món quà thật đáng yêu, Samantha nói, ngắm nghía chiếc đồng hồ Campbells Soup.</w:t>
      </w:r>
    </w:p>
    <w:p>
      <w:pPr>
        <w:spacing w:after="80"/>
      </w:pPr>
      <w:r>
        <w:rPr>
          <w:b w:val="0"/>
          <w:i w:val="0"/>
        </w:rPr>
        <w:t>Và anh cũng có một thứ cho em đây, em yêu, Seb nói, khi nhấc chiếc hộp trên bàn lên, chỉ mong mực đã khô. Chúc mừng kỷ niệm ngày cưới, anh nói thêm, trước khi ôm cô vào lòng.</w:t>
      </w:r>
    </w:p>
    <w:p>
      <w:pPr>
        <w:spacing w:after="80"/>
      </w:pPr>
      <w:r>
        <w:rPr>
          <w:b w:val="0"/>
          <w:i w:val="0"/>
        </w:rPr>
        <w:t>Samantha nhìn qua vai chồng và nháy mắt với con gái.</w:t>
      </w:r>
    </w:p>
    <w:p>
      <w:pPr>
        <w:jc w:val="center"/>
      </w:pPr>
      <w:r>
        <w:drawing>
          <wp:inline xmlns:a="http://schemas.openxmlformats.org/drawingml/2006/main" xmlns:pic="http://schemas.openxmlformats.org/drawingml/2006/picture">
            <wp:extent cx="304800" cy="85725"/>
            <wp:docPr id="42" name="Picture 4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Arnold Hardcastle cùng ngồi với Hakim và Sebastian trong văn phòng chủ tịch lần thứ ba trong tuần đó.</w:t>
      </w:r>
    </w:p>
    <w:p>
      <w:pPr>
        <w:spacing w:after="80"/>
      </w:pPr>
      <w:r>
        <w:rPr>
          <w:b w:val="0"/>
          <w:i w:val="0"/>
        </w:rPr>
        <w:t>Ông đã có đủ thời gian để cân nhắc đề nghị của Mellor chưa? Hakim hỏi, khi cố vấn pháp lý của ngân hàng ngồi xuống đối diện họ.</w:t>
      </w:r>
    </w:p>
    <w:p>
      <w:pPr>
        <w:spacing w:after="80"/>
      </w:pPr>
      <w:r>
        <w:rPr>
          <w:b w:val="0"/>
          <w:i w:val="0"/>
        </w:rPr>
        <w:t>Chắc chắn là rồi, Arnold nói, và không nghi ngờ gì đó là một lời đề nghị công bằng, nhưng tôi phải hỏi, tại sao Mellor lại giao công ty cho các anh, đúng là các anh chứ?</w:t>
      </w:r>
    </w:p>
    <w:p>
      <w:pPr>
        <w:spacing w:after="80"/>
      </w:pPr>
      <w:r>
        <w:rPr>
          <w:b w:val="0"/>
          <w:i w:val="0"/>
        </w:rPr>
        <w:t>Vì ông ta còn ghét Adrian Sloane hơn cả chúng ta chăng? Seb gợi ý. Đừng quên, chính Sloane là nguyên nhân khiến ông ta không thâu tóm được ngân hàng.</w:t>
      </w:r>
    </w:p>
    <w:p>
      <w:pPr>
        <w:spacing w:after="80"/>
      </w:pPr>
      <w:r>
        <w:rPr>
          <w:b w:val="0"/>
          <w:i w:val="0"/>
        </w:rPr>
        <w:t>Thành phố còn nhiều ngân hàng khác mà, Arnold nói.</w:t>
      </w:r>
    </w:p>
    <w:p>
      <w:pPr>
        <w:spacing w:after="80"/>
      </w:pPr>
      <w:r>
        <w:rPr>
          <w:b w:val="0"/>
          <w:i w:val="0"/>
        </w:rPr>
        <w:t>Nhưng không ngân hàng nào hiểu cách Sloane vận hành rõ như chúng ta, Hakim đáp. Ông đã liên lạc với luật sư của Mellor để xem họ có nghĩ thương vụ này là thật không chưa?</w:t>
      </w:r>
    </w:p>
    <w:p>
      <w:pPr>
        <w:spacing w:after="80"/>
      </w:pPr>
      <w:r>
        <w:rPr>
          <w:b w:val="0"/>
          <w:i w:val="0"/>
        </w:rPr>
        <w:t>Thật thì đúng là thật, Arnold nói. Dù vị đối tác cấp cao của họ thú nhận rằng ông ấy cũng bối rối y như chúng ta. Tôi nghĩ ông ấy tóm gọn hay nhất khi gợi ý rằng có lẽ đây là trường hợp "thà biết mặt con quỷ còn hơn".</w:t>
      </w:r>
    </w:p>
    <w:p>
      <w:pPr>
        <w:spacing w:after="80"/>
      </w:pPr>
      <w:r>
        <w:rPr>
          <w:b w:val="0"/>
          <w:i w:val="0"/>
        </w:rPr>
        <w:t>Khi nào thì Mellor có khả năng được thả? Seb hỏi.</w:t>
      </w:r>
    </w:p>
    <w:p>
      <w:pPr>
        <w:spacing w:after="80"/>
      </w:pPr>
      <w:r>
        <w:rPr>
          <w:b w:val="0"/>
          <w:i w:val="0"/>
        </w:rPr>
        <w:t>Có thể sẽ còn lâu đấy, Arnold nói, khi anh ta đang đối mặt với thêm các cáo buộc.</w:t>
      </w:r>
    </w:p>
    <w:p>
      <w:pPr>
        <w:spacing w:after="80"/>
      </w:pPr>
      <w:r>
        <w:rPr>
          <w:b w:val="0"/>
          <w:i w:val="0"/>
        </w:rPr>
        <w:t>Thêm cáo buộc à? Hakim hỏi.</w:t>
      </w:r>
    </w:p>
    <w:p>
      <w:pPr>
        <w:spacing w:after="80"/>
      </w:pPr>
      <w:r>
        <w:rPr>
          <w:b w:val="0"/>
          <w:i w:val="0"/>
        </w:rPr>
        <w:t>Tội buôn tiền giả. Và còn một cáo buộc nữa là dụ dỗ phạm tội.</w:t>
      </w:r>
    </w:p>
    <w:p>
      <w:pPr>
        <w:spacing w:after="80"/>
      </w:pPr>
      <w:r>
        <w:rPr>
          <w:b w:val="0"/>
          <w:i w:val="0"/>
        </w:rPr>
        <w:t>Tôi không thể tin nổi Mellor lại làm điều gì đó ngu ngốc đến thế, nhất là khi anh ta đã bị giam rồi.</w:t>
      </w:r>
    </w:p>
    <w:p>
      <w:pPr>
        <w:spacing w:after="80"/>
      </w:pPr>
      <w:r>
        <w:rPr>
          <w:b w:val="0"/>
          <w:i w:val="0"/>
        </w:rPr>
        <w:t>Nếu bạn bị nhốt trong phòng giam cả ngày, Arnold nói, tôi nghi là phán đoán của bạn có thể bị mờ đi, nhất là khi điều duy nhất trong đầu bạn là làm sao trả đũa kẻ đã khiến bạn phải vào đó.</w:t>
      </w:r>
    </w:p>
    <w:p>
      <w:pPr>
        <w:spacing w:after="80"/>
      </w:pPr>
      <w:r>
        <w:rPr>
          <w:b w:val="0"/>
          <w:i w:val="0"/>
        </w:rPr>
        <w:t>Tôi phải thừa nhận, Hakim nói, nếu hồi tôi ở tù mà không có hai người trông chừng tôi, Chúa mới biết tôi đã có thể làm ra những gì.</w:t>
      </w:r>
    </w:p>
    <w:p>
      <w:pPr>
        <w:spacing w:after="80"/>
      </w:pPr>
      <w:r>
        <w:rPr>
          <w:b w:val="0"/>
          <w:i w:val="0"/>
        </w:rPr>
        <w:t>Tôi vẫn chưa bị thuyết phục, Seb nói. Mọi thứ dễ dàng quá. Đừng quên rằng nếu Mellor nuốt một cái đinh, nó sẽ chui ra thành cái mở nút chai.</w:t>
      </w:r>
    </w:p>
    <w:p>
      <w:pPr>
        <w:spacing w:after="80"/>
      </w:pPr>
      <w:r>
        <w:rPr>
          <w:b w:val="0"/>
          <w:i w:val="0"/>
        </w:rPr>
        <w:t>Vậy thì có lẽ chúng ta nên rút khỏi thương vụ này, Arnold nói.</w:t>
      </w:r>
    </w:p>
    <w:p>
      <w:pPr>
        <w:spacing w:after="80"/>
      </w:pPr>
      <w:r>
        <w:rPr>
          <w:b w:val="0"/>
          <w:i w:val="0"/>
        </w:rPr>
        <w:t>Và để mặc Sloane tiếp tục lợi dụng chức vụ của mình, trong khi mỗi phút lại giàu thêm? Seb nhắc họ.</w:t>
      </w:r>
    </w:p>
    <w:p>
      <w:pPr>
        <w:spacing w:after="80"/>
      </w:pPr>
      <w:r>
        <w:rPr>
          <w:b w:val="0"/>
          <w:i w:val="0"/>
        </w:rPr>
        <w:t>Nói đúng đấy, Hakim nói. Và dù tôi chưa bao giờ tự coi mình là kẻ thù dai, tôi cũng chẳng thấy tiếc nếu cuối cùng Sloane bị tiêu diệt. Nhưng có lẽ Seb và tôi đang quá để bụng chuyện này và nên đơn thuần xem xét thương vụ dựa trên giá trị thực của nó. Ý anh thế nào, Arnold?</w:t>
      </w:r>
    </w:p>
    <w:p>
      <w:pPr>
        <w:spacing w:after="80"/>
      </w:pPr>
      <w:r>
        <w:rPr>
          <w:b w:val="0"/>
          <w:i w:val="0"/>
        </w:rPr>
        <w:t>Không nghi ngờ gì là trong hoàn cảnh bình thường thì đây sẽ là một thương vụ đáng giá cho ngân hàng, nhưng sau những trải nghiệm trước đây của các anh với Mellor, có lẽ sẽ khôn ngoan hơn nếu tôi thông báo cho Ủy ban Đạo đức của Ngân hàng Anh rằng chúng ta đang cân nhắc giao dịch kinh doanh với một người đang ngồi tù. Nếu họ không phản đối, thì chúng ta có lý do gì để không đồng ý?</w:t>
      </w:r>
    </w:p>
    <w:p>
      <w:pPr>
        <w:spacing w:after="80"/>
      </w:pPr>
      <w:r>
        <w:rPr>
          <w:b w:val="0"/>
          <w:i w:val="0"/>
        </w:rPr>
        <w:t>Đó đúng là giải pháp an toàn gấp đôi, Hakim nói. Sao anh không làm thế đi, Arnold, rồi báo lại cho tôi sau khi đã thăm dò ý kiến của họ?</w:t>
      </w:r>
    </w:p>
    <w:p>
      <w:pPr>
        <w:spacing w:after="80"/>
      </w:pPr>
      <w:r>
        <w:rPr>
          <w:b w:val="0"/>
          <w:i w:val="0"/>
        </w:rPr>
        <w:t>Và tôi không cần phải nhắc anh, Seb nói, rằng Mellor sẽ gọi cho tôi lúc mười giờ sáng thứ Sáu.</w:t>
      </w:r>
    </w:p>
    <w:p>
      <w:pPr>
        <w:spacing w:after="80"/>
      </w:pPr>
      <w:r>
        <w:rPr>
          <w:b w:val="0"/>
          <w:i w:val="0"/>
        </w:rPr>
        <w:t>Chỉ cần chắc là anh ta không bắt mình trả tiền cuộc gọi ngược thôi, Hakim nói.</w:t>
      </w:r>
    </w:p>
    <w:p>
      <w:pPr>
        <w:jc w:val="center"/>
      </w:pPr>
      <w:r>
        <w:drawing>
          <wp:inline xmlns:a="http://schemas.openxmlformats.org/drawingml/2006/main" xmlns:pic="http://schemas.openxmlformats.org/drawingml/2006/picture">
            <wp:extent cx="304800" cy="85725"/>
            <wp:docPr id="43" name="Picture 4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Hai người họ ngồi riêng với nhau ở cuối quầy bar để chắc chắn không ai nghe lén được.</w:t>
      </w:r>
    </w:p>
    <w:p>
      <w:pPr>
        <w:spacing w:after="80"/>
      </w:pPr>
      <w:r>
        <w:rPr>
          <w:b w:val="0"/>
          <w:i w:val="0"/>
        </w:rPr>
        <w:t>Nghĩ kỹ thì, Knowles nói, thật đáng ngạc nhiên là anh lại trở thành chủ tịch của một công ty du lịch. Suy cho cùng, tôi chưa từng biết anh đi nghỉ bao giờ.</w:t>
      </w:r>
    </w:p>
    <w:p>
      <w:pPr>
        <w:spacing w:after="80"/>
      </w:pPr>
      <w:r>
        <w:rPr>
          <w:b w:val="0"/>
          <w:i w:val="0"/>
        </w:rPr>
        <w:t>Tôi chẳng quan tâm gì đến người nước ngoài, Sloane nói. Không thể tin tưởng bọn họ được. Người pha chế rót thêm gin vào ly của ông. Với lại, tôi có biết bơi đâu, mà nằm dài trên bãi biển cho cháy nắng thì chẳng phải kiểu vui của tôi. Tôi thích ở lại Anh, tận hưởng vài ngày đi săn, hoặc một mình đi bộ trên đồi. Mà này, tôi nghĩ mình sẽ không làm nghề du lịch lâu hơn nữa đâu.</w:t>
      </w:r>
    </w:p>
    <w:p>
      <w:pPr>
        <w:spacing w:after="80"/>
      </w:pPr>
      <w:r>
        <w:rPr>
          <w:b w:val="0"/>
          <w:i w:val="0"/>
        </w:rPr>
        <w:t>Có chuyện gì tôi nên biết à?</w:t>
      </w:r>
    </w:p>
    <w:p>
      <w:pPr>
        <w:spacing w:after="80"/>
      </w:pPr>
      <w:r>
        <w:rPr>
          <w:b w:val="0"/>
          <w:i w:val="0"/>
        </w:rPr>
        <w:t>Tôi đã nhận được một hai lời đề nghị cho Mellor Travel, đủ để cả hai chúng ta có thể nghỉ hưu.</w:t>
      </w:r>
    </w:p>
    <w:p>
      <w:pPr>
        <w:spacing w:after="80"/>
      </w:pPr>
      <w:r>
        <w:rPr>
          <w:b w:val="0"/>
          <w:i w:val="0"/>
        </w:rPr>
        <w:t>Nhưng Mellor vẫn sở hữu năm mươi mốt phần trăm công ty, nên cuối cùng ông ta sẽ là người hưởng lợi chính.</w:t>
      </w:r>
    </w:p>
    <w:p>
      <w:pPr>
        <w:spacing w:after="80"/>
      </w:pPr>
      <w:r>
        <w:rPr>
          <w:b w:val="0"/>
          <w:i w:val="0"/>
        </w:rPr>
        <w:t>Tôi đâu có định bán công ty, Sloane nói, chỉ bán tài sản của nó thôi. Bóc tách tài sản (asset-stripping) là trò mới ở Thành phố (City), và đến khi Mellor hiểu ra chúng ta đang làm gì thì sẽ chẳng còn công ty nào để ông ta làm chủ tịch nữa, chỉ còn cái vỏ rỗng.</w:t>
      </w:r>
    </w:p>
    <w:p>
      <w:pPr>
        <w:spacing w:after="80"/>
      </w:pPr>
      <w:r>
        <w:rPr>
          <w:b w:val="0"/>
          <w:i w:val="0"/>
        </w:rPr>
        <w:t>Nhưng khi ông ta ra tù thì...</w:t>
      </w:r>
    </w:p>
    <w:p>
      <w:pPr>
        <w:spacing w:after="80"/>
      </w:pPr>
      <w:r>
        <w:rPr>
          <w:b w:val="0"/>
          <w:i w:val="0"/>
        </w:rPr>
        <w:t>Lúc đó tôi đã cao chạy xa bay từ lâu rồi, sống ở một nơi nào đó không có hiệp ước dẫn độ với Anh.</w:t>
      </w:r>
    </w:p>
    <w:p>
      <w:pPr>
        <w:spacing w:after="80"/>
      </w:pPr>
      <w:r>
        <w:rPr>
          <w:b w:val="0"/>
          <w:i w:val="0"/>
        </w:rPr>
        <w:t>Còn tôi thì sao? Tôi sẽ phải gánh hết trách nhiệm.</w:t>
      </w:r>
    </w:p>
    <w:p>
      <w:pPr>
        <w:spacing w:after="80"/>
      </w:pPr>
      <w:r>
        <w:rPr>
          <w:b w:val="0"/>
          <w:i w:val="0"/>
        </w:rPr>
        <w:t>Không, không, đến lúc đó, cậu sẽ đã từ chức khỏi hội đồng quản trị để phản đối. Nhưng không phải trước khi một khoản tiền lớn được gửi vào tài khoản ngân hàng Thụy Sĩ của cậu.</w:t>
      </w:r>
    </w:p>
    <w:p>
      <w:pPr>
        <w:spacing w:after="80"/>
      </w:pPr>
      <w:r>
        <w:rPr>
          <w:b w:val="0"/>
          <w:i w:val="0"/>
        </w:rPr>
        <w:t>Cậu cần bao nhiêu thời gian để chốt thương vụ?</w:t>
      </w:r>
    </w:p>
    <w:p>
      <w:pPr>
        <w:spacing w:after="80"/>
      </w:pPr>
      <w:r>
        <w:rPr>
          <w:b w:val="0"/>
          <w:i w:val="0"/>
        </w:rPr>
        <w:t>Tôi không vội. Vị chủ tịch vắng mặt của chúng ta sẽ chẳng đi đâu được trong tương lai gần, và đến lúc đó kế hoạch lương hưu của chúng ta hẳn đã vào guồng.</w:t>
      </w:r>
    </w:p>
    <w:p>
      <w:pPr>
        <w:spacing w:after="80"/>
      </w:pPr>
      <w:r>
        <w:rPr>
          <w:b w:val="0"/>
          <w:i w:val="0"/>
        </w:rPr>
        <w:t>Có tin đồn Thomas Cook and Co. đang muốn thâu tóm công ty.</w:t>
      </w:r>
    </w:p>
    <w:p>
      <w:pPr>
        <w:spacing w:after="80"/>
      </w:pPr>
      <w:r>
        <w:rPr>
          <w:b w:val="0"/>
          <w:i w:val="0"/>
        </w:rPr>
        <w:t>Không phải khi tôi còn làm chủ tịch, Sloane nói.</w:t>
      </w:r>
    </w:p>
    <w:p>
      <w:pPr>
        <w:jc w:val="center"/>
      </w:pPr>
      <w:r>
        <w:drawing>
          <wp:inline xmlns:a="http://schemas.openxmlformats.org/drawingml/2006/main" xmlns:pic="http://schemas.openxmlformats.org/drawingml/2006/picture">
            <wp:extent cx="304800" cy="85725"/>
            <wp:docPr id="44" name="Picture 4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Có một ông Mellor ở đường dây một, Rachel nói, ý thức được rằng mình đang cắt ngang cuộc họp buổi sáng của Sebastian với giám đốc chuyển đổi ngoại tệ của ngân hàng.</w:t>
      </w:r>
    </w:p>
    <w:p>
      <w:pPr>
        <w:spacing w:after="80"/>
      </w:pPr>
      <w:r>
        <w:rPr>
          <w:b w:val="0"/>
          <w:i w:val="0"/>
        </w:rPr>
        <w:t>Seb liếc nhìn đồng hồ. Mười giờ. Anh có phiền không nếu tôi nhận cuộc gọi này? anh nói, đặt tay che ống nghe.</w:t>
      </w:r>
    </w:p>
    <w:p>
      <w:pPr>
        <w:spacing w:after="80"/>
      </w:pPr>
      <w:r>
        <w:rPr>
          <w:b w:val="0"/>
          <w:i w:val="0"/>
        </w:rPr>
        <w:t>Cứ tự nhiên, Victor Kaufman nói, biết rõ ai đang ở đầu dây bên kia.</w:t>
      </w:r>
    </w:p>
    <w:p>
      <w:pPr>
        <w:spacing w:after="80"/>
      </w:pPr>
      <w:r>
        <w:rPr>
          <w:b w:val="0"/>
          <w:i w:val="0"/>
        </w:rPr>
        <w:t>Hãy nối máy cho ông ấy, Rachel. Chào buổi sáng, ông Mellor, tôi là Sebastian Clifton.</w:t>
      </w:r>
    </w:p>
    <w:p>
      <w:pPr>
        <w:spacing w:after="80"/>
      </w:pPr>
      <w:r>
        <w:rPr>
          <w:b w:val="0"/>
          <w:i w:val="0"/>
        </w:rPr>
        <w:t>Ông đã có quyết định chưa, ông Clifton?</w:t>
      </w:r>
    </w:p>
    <w:p>
      <w:pPr>
        <w:spacing w:after="80"/>
      </w:pPr>
      <w:r>
        <w:rPr>
          <w:b w:val="0"/>
          <w:i w:val="0"/>
        </w:rPr>
        <w:t>Rồi, tôi có rồi, và tôi có thể đảm bảo với ông rằng Farthings đã xem xét đề nghị của ông rất nghiêm túc. Tuy nhiên, sau khi cân nhắc kỹ lưỡng, hội đồng quản trị đã quyết định đây không phải là kiểu kinh doanh mà ngân hàng muốn dính vào, và vì lý do đó—</w:t>
      </w:r>
    </w:p>
    <w:p>
      <w:pPr>
        <w:spacing w:after="80"/>
      </w:pPr>
      <w:r>
        <w:rPr>
          <w:b w:val="0"/>
          <w:i w:val="0"/>
        </w:rPr>
        <w:t>Đường dây bị ngắt.</w:t>
      </w:r>
    </w:p>
    <w:p>
      <w:pPr>
        <w:pStyle w:val="Heading1"/>
        <w:jc w:val="center"/>
      </w:pPr>
      <w:r>
        <w:rPr>
          <w:rFonts w:ascii="Calibri" w:hAnsi="Calibri"/>
          <w:b/>
          <w:i w:val="0"/>
          <w:sz w:val="40"/>
        </w:rPr>
        <w:t>12</w:t>
      </w:r>
    </w:p>
    <w:p>
      <w:pPr>
        <w:spacing w:after="80"/>
      </w:pPr>
      <w:r>
        <w:rPr>
          <w:b w:val="0"/>
          <w:i w:val="0"/>
        </w:rPr>
        <w:t>DESMOND MELLOR nằm trên tấm đệm lông ngựa mỏng manh hàng giờ liền, đầu gối lên chiếc gối cứng như đá, mắt nhìn lên trần nhà và cố gắng nghĩ xem giờ mình nên làm gì khi Clifton đã từ chối đề nghị của ông. Ý nghĩ Adrian Sloane lừa đảo ông trong khi đồng thời phá hủy công ty của ông khiến ông ngày càng hoang tưởng.</w:t>
      </w:r>
    </w:p>
    <w:p>
      <w:pPr>
        <w:spacing w:after="80"/>
      </w:pPr>
      <w:r>
        <w:rPr>
          <w:b w:val="0"/>
          <w:i w:val="0"/>
        </w:rPr>
        <w:t>Cửa buồng giam mở ra và một viên cai ngục hét lên: "Ra sân!" dù ông ta chỉ cách đó vài bước chân. Đó là khoảng thời gian mỗi buổi chiều khi các tù nhân được ra khỏi buồng giam trong một giờ, được đi lại quanh sân, vận động một chút và đoàn tụ với đồng bọn để cùng bàn tính tội ác tiếp theo trước khi được thả.</w:t>
      </w:r>
    </w:p>
    <w:p>
      <w:pPr>
        <w:spacing w:after="80"/>
      </w:pPr>
      <w:r>
        <w:rPr>
          <w:b w:val="0"/>
          <w:i w:val="0"/>
        </w:rPr>
        <w:t>Mellor thường tìm đến những phạm nhân phạm tội lần đầu, những người không có ý định quay lại con đường tội phạm. Ông thấy thú vị khi mình đã tình cờ gặp người bạn Eton đầu tiên (cần sa) và người bạn tốt nghiệp Cambridge đầu tiên (lừa đảo) khi đi vòng quanh sân. Nhưng không phải hôm nay. Ông đã quyết định sẵn người mình cần nói chuyện riêng.</w:t>
      </w:r>
    </w:p>
    <w:p>
      <w:pPr>
        <w:spacing w:after="80"/>
      </w:pPr>
      <w:r>
        <w:rPr>
          <w:b w:val="0"/>
          <w:i w:val="0"/>
        </w:rPr>
        <w:t>Mellor đã đi được hai vòng quanh sân trước khi phát hiện Nash đang đi một mình cách ông vài bước về phía trước. Nhưng cũng dễ hiểu thôi, chẳng mấy tù nhân muốn dành giờ nghỉ vận động với một kẻ giết người thuê, kẻ có vẻ sẽ phải ngồi tù nốt phần đời còn lại và cũng chẳng có vẻ gì là bận tâm nếu phải vào biệt giam vài ngày vì đánh đập bất kỳ phạm nhân nào chọc tức hắn. Gã khốn tội nghiệp lần trước là một người phục vụ bàn đồ nóng, kẻ đã không chia cho Nash đủ khoai tây chiên và cuối cùng bị bỏng cả bàn tay.</w:t>
      </w:r>
    </w:p>
    <w:p>
      <w:pPr>
        <w:spacing w:after="80"/>
      </w:pPr>
      <w:r>
        <w:rPr>
          <w:b w:val="0"/>
          <w:i w:val="0"/>
        </w:rPr>
        <w:t>Mellor đi thêm một vòng nữa để tập dượt lại kịch bản đã chuẩn bị kỹ càng trước khi cuối cùng đuổi kịp Nash, dù lời chào đơn giản "Cút đi" suýt khiến ông phải nghĩ lại. Nếu không phải vì đang tuyệt vọng, Mellor đã nhanh chóng bỏ đi.</w:t>
      </w:r>
    </w:p>
    <w:p>
      <w:pPr>
        <w:spacing w:after="80"/>
      </w:pPr>
      <w:r>
        <w:rPr>
          <w:b w:val="0"/>
          <w:i w:val="0"/>
        </w:rPr>
        <w:t>Tôi cần vài lời khuyên.</w:t>
      </w:r>
    </w:p>
    <w:p>
      <w:pPr>
        <w:spacing w:after="80"/>
      </w:pPr>
      <w:r>
        <w:rPr>
          <w:b w:val="0"/>
          <w:i w:val="0"/>
        </w:rPr>
        <w:t>Vậy thì kiếm luật sư đi.</w:t>
      </w:r>
    </w:p>
    <w:p>
      <w:pPr>
        <w:spacing w:after="80"/>
      </w:pPr>
      <w:r>
        <w:rPr>
          <w:b w:val="0"/>
          <w:i w:val="0"/>
        </w:rPr>
        <w:t>Luật sư sẽ vô dụng với việc tôi đang định làm, Mellor nói.</w:t>
      </w:r>
    </w:p>
    <w:p>
      <w:pPr>
        <w:spacing w:after="80"/>
      </w:pPr>
      <w:r>
        <w:rPr>
          <w:b w:val="0"/>
          <w:i w:val="0"/>
        </w:rPr>
        <w:t>Nash nhìn ông kỹ hơn. Tốt nhất là chuyện này phải đáng giá, vì nếu mày là thằng chỉ điểm khốn nạn nào đó, thì mày sẽ dành nốt bản án trong bệnh viện nhà tù. Tao nói rõ chưa?</w:t>
      </w:r>
    </w:p>
    <w:p>
      <w:pPr>
        <w:spacing w:after="80"/>
      </w:pPr>
      <w:r>
        <w:rPr>
          <w:b w:val="0"/>
          <w:i w:val="0"/>
        </w:rPr>
        <w:t>Rõ quá đi chứ, Mellor nói, bỗng hiểu ra ý nghĩa của cụm từ "dân anh chị", nhưng giờ đã quá muộn để ông quay đầu. "Giả sử như thế này nhé..." ông nói thêm.</w:t>
      </w:r>
    </w:p>
    <w:p>
      <w:pPr>
        <w:spacing w:after="80"/>
      </w:pPr>
      <w:r>
        <w:rPr>
          <w:b w:val="0"/>
          <w:i w:val="0"/>
        </w:rPr>
        <w:t>Cái đéo gì thế?</w:t>
      </w:r>
    </w:p>
    <w:p>
      <w:pPr>
        <w:spacing w:after="80"/>
      </w:pPr>
      <w:r>
        <w:rPr>
          <w:b w:val="0"/>
          <w:i w:val="0"/>
        </w:rPr>
        <w:t>Một kẻ giết người thuê được trả bao nhiêu tiền?</w:t>
      </w:r>
    </w:p>
    <w:p>
      <w:pPr>
        <w:spacing w:after="80"/>
      </w:pPr>
      <w:r>
        <w:rPr>
          <w:b w:val="0"/>
          <w:i w:val="0"/>
        </w:rPr>
        <w:t>Nếu mày là chim lợn của cảnh sát, Nash nói, tao sẽ tự tay giết mày miễn phí.</w:t>
      </w:r>
    </w:p>
    <w:p>
      <w:pPr>
        <w:spacing w:after="80"/>
      </w:pPr>
      <w:r>
        <w:rPr>
          <w:b w:val="0"/>
          <w:i w:val="0"/>
        </w:rPr>
        <w:t>Tôi là dân kinh doanh, Mellor nói. Dù tim vẫn đập thình thịch, anh không còn thấy sợ nữa. Và tôi cần dịch vụ của một tay chuyên nghiệp.</w:t>
      </w:r>
    </w:p>
    <w:p>
      <w:pPr>
        <w:spacing w:after="80"/>
      </w:pPr>
      <w:r>
        <w:rPr>
          <w:b w:val="0"/>
          <w:i w:val="0"/>
        </w:rPr>
        <w:t>Nash quay sang đối diện với anh. Còn tùy mày cần dịch vụ cụ thể nào. Giống như mọi cơ sở làm ăn bài bản, giá của bọn tao cạnh tranh lắm, hắn nói thêm, với nụ cười mỏng hé lộ ba cái răng. Nếu mày chỉ muốn dọa ai đó, đánh gãy tay, gãy chân, thì tốn một ngàn. Vài ngàn nếu kẻ đó có quan hệ rộng, và còn đắt hơn nhiều nếu họ có người bảo kê.</w:t>
      </w:r>
    </w:p>
    <w:p>
      <w:pPr>
        <w:spacing w:after="80"/>
      </w:pPr>
      <w:r>
        <w:rPr>
          <w:b w:val="0"/>
          <w:i w:val="0"/>
        </w:rPr>
        <w:t>Hắn chẳng có mối quan hệ nào đáng kể, cũng chẳng có ai bảo kê.</w:t>
      </w:r>
    </w:p>
    <w:p>
      <w:pPr>
        <w:spacing w:after="80"/>
      </w:pPr>
      <w:r>
        <w:rPr>
          <w:b w:val="0"/>
          <w:i w:val="0"/>
        </w:rPr>
        <w:t>Vậy thì dễ hơn rồi. Thế mày cần gì?</w:t>
      </w:r>
    </w:p>
    <w:p>
      <w:pPr>
        <w:spacing w:after="80"/>
      </w:pPr>
      <w:r>
        <w:rPr>
          <w:b w:val="0"/>
          <w:i w:val="0"/>
        </w:rPr>
        <w:t>Tôi muốn anh bẻ gãy cổ một người, Mellor nói khẽ. Lần đầu tiên Nash tỏ ra hứng thú. Nhưng chuyện này tuyệt đối không được truy ngược về tôi.</w:t>
      </w:r>
    </w:p>
    <w:p>
      <w:pPr>
        <w:spacing w:after="80"/>
      </w:pPr>
      <w:r>
        <w:rPr>
          <w:b w:val="0"/>
          <w:i w:val="0"/>
        </w:rPr>
        <w:t>Mày coi tao là cái gì, một tay nghiệp dư chết tiệt à?</w:t>
      </w:r>
    </w:p>
    <w:p>
      <w:pPr>
        <w:spacing w:after="80"/>
      </w:pPr>
      <w:r>
        <w:rPr>
          <w:b w:val="0"/>
          <w:i w:val="0"/>
        </w:rPr>
        <w:t>Nếu anh giỏi đến thế, Mellor nói, liều cả mạng mình, thì sao anh lại vào được đây? Luôn phải bắt nạt kẻ bắt nạt, ông già anh từng dạy anh như vậy, và giờ anh sắp biết lời khuyên đó có đúng không.</w:t>
      </w:r>
    </w:p>
    <w:p>
      <w:pPr>
        <w:spacing w:after="80"/>
      </w:pPr>
      <w:r>
        <w:rPr>
          <w:b w:val="0"/>
          <w:i w:val="0"/>
        </w:rPr>
        <w:t>Được rồi, được rồi, Nash nói. Nhưng nó không rẻ đâu. Bọn cai ngục chết tiệt chẳng bao giờ rời mắt khỏi tao. Chúng đọc thư của tao trước khi tao được xem và nghe lén điện thoại của tao, hắn gầm gừ, dù tao đã tìm được cách lách qua. Nên cơ hội duy nhất của tao là dàn xếp gì đó trong một buổi thăm tù. Kể cả vậy thì camera giám sát vẫn theo tao suốt, và giờ chúng còn có một chuyên gia đọc khẩu hình chết tiệt theo dõi từng lời tao nói.</w:t>
      </w:r>
    </w:p>
    <w:p>
      <w:pPr>
        <w:spacing w:after="80"/>
      </w:pPr>
      <w:r>
        <w:rPr>
          <w:b w:val="0"/>
          <w:i w:val="0"/>
        </w:rPr>
        <w:t>Ý anh là chuyện đó bất khả thi?</w:t>
      </w:r>
    </w:p>
    <w:p>
      <w:pPr>
        <w:spacing w:after="80"/>
      </w:pPr>
      <w:r>
        <w:rPr>
          <w:b w:val="0"/>
          <w:i w:val="0"/>
        </w:rPr>
        <w:t>Không. Đắt thôi. Và nó sẽ không xảy ra vào sáng mai đâu.</w:t>
      </w:r>
    </w:p>
    <w:p>
      <w:pPr>
        <w:spacing w:after="80"/>
      </w:pPr>
      <w:r>
        <w:rPr>
          <w:b w:val="0"/>
          <w:i w:val="0"/>
        </w:rPr>
        <w:t>Còn giá cả?</w:t>
      </w:r>
    </w:p>
    <w:p>
      <w:pPr>
        <w:spacing w:after="80"/>
      </w:pPr>
      <w:r>
        <w:rPr>
          <w:b w:val="0"/>
          <w:i w:val="0"/>
        </w:rPr>
        <w:t>Mười ngàn trả trước, mười ngàn nữa vào ngày đám tang.</w:t>
      </w:r>
    </w:p>
    <w:p>
      <w:pPr>
        <w:spacing w:after="80"/>
      </w:pPr>
      <w:r>
        <w:rPr>
          <w:b w:val="0"/>
          <w:i w:val="0"/>
        </w:rPr>
        <w:t>Mellor ngạc nhiên vì mạng người rẻ đến thế, dù anh chẳng muốn nghĩ tới hậu quả nếu mình không trả được khoản thứ hai.</w:t>
      </w:r>
    </w:p>
    <w:p>
      <w:pPr>
        <w:spacing w:after="80"/>
      </w:pPr>
      <w:r>
        <w:rPr>
          <w:b w:val="0"/>
          <w:i w:val="0"/>
        </w:rPr>
        <w:t>Đi đi, Nash nói dứt khoát, không thì bọn cai ngục sẽ nghi ngờ. Nếu mày buộc dây giày trước khi rời sân, tao sẽ biết mày nghiêm túc. Bằng không, đừng làm phiền tao nữa.</w:t>
      </w:r>
    </w:p>
    <w:p>
      <w:pPr>
        <w:spacing w:after="80"/>
      </w:pPr>
      <w:r>
        <w:rPr>
          <w:b w:val="0"/>
          <w:i w:val="0"/>
        </w:rPr>
        <w:t>Mellor tăng tốc bước chân và nhập bọn với một tên móc túi, kẻ có thể gỡ chiếc đồng hồ của bạn mà bạn không hề hay biết. Trong tù thì đó là trò mua vui, ngoài đời thì đó là nghề kiếm cơm. Johnny Sắc Sảo có thể kiếm được một trăm ngàn bảng mỗi năm mà không phải đóng thuế, và hiếm khi bị kết án quá sáu tháng.</w:t>
      </w:r>
    </w:p>
    <w:p>
      <w:pPr>
        <w:spacing w:after="80"/>
      </w:pPr>
      <w:r>
        <w:rPr>
          <w:b w:val="0"/>
          <w:i w:val="0"/>
        </w:rPr>
        <w:t>Tiếng còi vang lên báo cho các phạm nhân biết đã đến giờ trở về phòng giam. Mellor quỳ xuống một gối và buộc lại dây giày.</w:t>
      </w:r>
    </w:p>
    <w:p>
      <w:pPr>
        <w:jc w:val="center"/>
      </w:pPr>
      <w:r>
        <w:drawing>
          <wp:inline xmlns:a="http://schemas.openxmlformats.org/drawingml/2006/main" xmlns:pic="http://schemas.openxmlformats.org/drawingml/2006/picture">
            <wp:extent cx="304800" cy="85725"/>
            <wp:docPr id="45" name="Picture 4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Quý bà Virginia chẳng bao giờ thích đến thăm nhà tù an ninh nghiêm ngặt Belmarsh. Khác hẳn với bầu không khí thoải mái hơn ở Ford Open, nơi họ uống trà và ăn bánh quy vào một buổi chiều thứ Bảy. Nhưng kể từ khi Mellor bị buộc tội lần thứ hai với một tội danh nghiêm trọng hơn, hắn đã bị chuyển từ khu vườn của nước Anh trở lại Hellmarsh, cái tên mà những kẻ tái phạm vẫn gọi.</w:t>
      </w:r>
    </w:p>
    <w:p>
      <w:pPr>
        <w:spacing w:after="80"/>
      </w:pPr>
      <w:r>
        <w:rPr>
          <w:b w:val="0"/>
          <w:i w:val="0"/>
        </w:rPr>
        <w:t>Bà đặc biệt không thích bị một nữ cai ngục lực lưỡng khám xét tìm ma túy, ở những chỗ mà bà chưa từng nghĩ tới, và phải chờ đợi trong khi những cánh cổng có song sắt được khóa rồi mở trước khi được phép đi thêm vài thước. Và tiếng ồn thì không ngớt, cứ như thể nửa tá ban nhạc rock bị nhốt chung với nhau vậy. Khi cuối cùng bà được hộ tống vào một căn phòng lớn, sơn trắng, không cửa sổ, bà ngước lên thấy một số cai ngục đang nhìn xuống các vị khách từ một ban công tròn phía trên, trong khi những chiếc camera giám sát không ngừng xoay chuyển. Nhưng tệ nhất là bà phải chen vai thích cánh không chỉ với tầng lớp lao động, mà còn với cả giới tội phạm.</w:t>
      </w:r>
    </w:p>
    <w:p>
      <w:pPr>
        <w:spacing w:after="80"/>
      </w:pPr>
      <w:r>
        <w:rPr>
          <w:b w:val="0"/>
          <w:i w:val="0"/>
        </w:rPr>
        <w:t>Tuy nhiên, khả năng kiếm thêm chút tiền mặt chắc chắn đã giúp xoa dịu phần nào nỗi nhục nhã, mặc dù ngay cả Mellor cũng sẽ chẳng giúp được gì cho vấn đề mới nhất của bà.</w:t>
      </w:r>
    </w:p>
    <w:p>
      <w:pPr>
        <w:spacing w:after="80"/>
      </w:pPr>
      <w:r>
        <w:rPr>
          <w:b w:val="0"/>
          <w:i w:val="0"/>
        </w:rPr>
        <w:t>Sáng hôm đó, Virginia nhận được một lá thư, một lá thư được viết rất cẩn trọng, từ vị đối tác cấp cao của Goodman Derrick. Ông ta đã lịch sự nhưng cương quyết yêu cầu hoàn trả, trong vòng ba mươi ngày, khoảng hai triệu bảng có được bằng thủ đoạn gian dối, nếu không ông ta sẽ không còn lựa chọn nào khác ngoài việc thay mặt thân chủ mình phát hành lệnh triệu tập.</w:t>
      </w:r>
    </w:p>
    <w:p>
      <w:pPr>
        <w:spacing w:after="80"/>
      </w:pPr>
      <w:r>
        <w:rPr>
          <w:b w:val="0"/>
          <w:i w:val="0"/>
        </w:rPr>
        <w:t>Virginia thậm chí không có nổi hai ngàn bảng, chứ đừng nói đến hai triệu. Bà lập tức gọi cho luật sư của mình và nhờ ông sắp xếp một cuộc hẹn để bà gặp Ngài Edward Makepeace QC với hy vọng ông ấy có thể đưa ra giải pháp. Bà không mấy lạc quan. Có lẽ đã đến lúc cuối cùng phải chấp nhận lời mời của một người anh họ xa đến thăm trang trại của ông ấy ở Argentina. Ông ấy thường xuyên nhắc lại lời đề nghị đó trong chuyến thăm hàng năm đến Cowdray Park, cùng với một đàn ngựa polo và một dàn chàng trai trẻ đẹp. Cả hai đều thay đổi mỗi lần ghé thăm. Bà chỉ có thể nghĩ ra một điều còn tồi tệ hơn việc phải sống vài năm ở một trang trại tại Argentina: đó là phải sống vài năm ở một nơi như thế này.</w:t>
      </w:r>
    </w:p>
    <w:p>
      <w:pPr>
        <w:spacing w:after="80"/>
      </w:pPr>
      <w:r>
        <w:rPr>
          <w:b w:val="0"/>
          <w:i w:val="0"/>
        </w:rPr>
        <w:t>Virginia đỗ chiếc Morris Minor của mình giữa một chiếc Rolls-Royce và một chiếc Austin A40 trước khi đi đến quầy lễ tân.</w:t>
      </w:r>
    </w:p>
    <w:p>
      <w:pPr>
        <w:jc w:val="center"/>
      </w:pPr>
      <w:r>
        <w:drawing>
          <wp:inline xmlns:a="http://schemas.openxmlformats.org/drawingml/2006/main" xmlns:pic="http://schemas.openxmlformats.org/drawingml/2006/picture">
            <wp:extent cx="304800" cy="85725"/>
            <wp:docPr id="46" name="Picture 4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Mellor ngồi một mình trong phòng thăm nuôi, từng phút quý giá trôi qua trong khi hắn chờ Virginia xuất hiện. Bà chẳng bao giờ đúng giờ, nhưng vì hắn không có khách thăm nào khác, hắn chẳng có tư cách gì mà phàn nàn.</w:t>
      </w:r>
    </w:p>
    <w:p>
      <w:pPr>
        <w:spacing w:after="80"/>
      </w:pPr>
      <w:r>
        <w:rPr>
          <w:b w:val="0"/>
          <w:i w:val="0"/>
        </w:rPr>
        <w:t>Hắn nhìn quanh phòng, ánh mắt dừng lại ở Nash, kẻ đang ngồi đối diện với một cô gái tóc vàng tẩy, thoa son đỏ đậm, mặc chiếc áo phông trắng không mặc áo lót và chiếc váy ngắn bằng da đen. Đó là dấu hiệu cho thấy Mellor đang tuyệt vọng đến mức nào khi hắn thấy cô ta hấp dẫn.</w:t>
      </w:r>
    </w:p>
    <w:p>
      <w:pPr>
        <w:spacing w:after="80"/>
      </w:pPr>
      <w:r>
        <w:rPr>
          <w:b w:val="0"/>
          <w:i w:val="0"/>
        </w:rPr>
        <w:t>Hắn quan sát họ kỹ lưỡng, cũng như vài cai ngục từ ban công phía trên. Họ có vẻ không nói chuyện với nhau, nhưng rồi hắn nhận ra rằng chỉ vì môi họ không mấp máy, không có nghĩa là họ không trò chuyện. Hầu hết mọi người sẽ cho rằng họ là vợ chồng, nhưng vì Nash là người đồng tính, đây hẳn phải là chuyện làm ăn thuần túy. Và Mellor biết họ đang bàn chuyện làm ăn của ai.</w:t>
      </w:r>
    </w:p>
    <w:p>
      <w:pPr>
        <w:spacing w:after="80"/>
      </w:pPr>
      <w:r>
        <w:rPr>
          <w:b w:val="0"/>
          <w:i w:val="0"/>
        </w:rPr>
        <w:t>Hắn ngước lên khi Virginia xuất hiện bên bàn hắn, tay cầm một tách trà và một thanh sô-cô-la. Hắn nhớ ra rằng Sebastian Clifton đã mua cho hắn hai thanh.</w:t>
      </w:r>
    </w:p>
    <w:p>
      <w:pPr>
        <w:spacing w:after="80"/>
      </w:pPr>
      <w:r>
        <w:rPr>
          <w:b w:val="0"/>
          <w:i w:val="0"/>
        </w:rPr>
        <w:t>Có tin gì mới về ngày xét xử của anh không? Virginia hỏi, ngồi xuống chiếc ghế đối diện hắn.</w:t>
      </w:r>
    </w:p>
    <w:p>
      <w:pPr>
        <w:spacing w:after="80"/>
      </w:pPr>
      <w:r>
        <w:rPr>
          <w:b w:val="0"/>
          <w:i w:val="0"/>
        </w:rPr>
        <w:t>Tôi đã thỏa thuận xong, Mellor nói. Tôi đã đồng ý nhận tội với một tội danh nhẹ hơn để đổi lấy một bản án ngắn hơn, thêm bốn năm nữa, tổng cộng là sáu năm. Với hạnh kiểm tốt, tôi có thể ra tù sau ba năm.</w:t>
      </w:r>
    </w:p>
    <w:p>
      <w:pPr>
        <w:spacing w:after="80"/>
      </w:pPr>
      <w:r>
        <w:rPr>
          <w:b w:val="0"/>
          <w:i w:val="0"/>
        </w:rPr>
        <w:t>Không quá lâu đâu, Virginia nói, cố tỏ ra lạc quan.</w:t>
      </w:r>
    </w:p>
    <w:p>
      <w:pPr>
        <w:spacing w:after="80"/>
      </w:pPr>
      <w:r>
        <w:rPr>
          <w:b w:val="0"/>
          <w:i w:val="0"/>
        </w:rPr>
        <w:t>Đủ lâu để Sloane rút cạn công ty của tôi. Đến khi tôi ra tù, tôi sẽ chẳng còn lại gì ngoài tấm biển trên cửa chính.</w:t>
      </w:r>
    </w:p>
    <w:p>
      <w:pPr>
        <w:spacing w:after="80"/>
      </w:pPr>
      <w:r>
        <w:rPr>
          <w:b w:val="0"/>
          <w:i w:val="0"/>
        </w:rPr>
        <w:t>Có điều gì tôi có thể giúp được không?</w:t>
      </w:r>
    </w:p>
    <w:p>
      <w:pPr>
        <w:spacing w:after="80"/>
      </w:pPr>
      <w:r>
        <w:rPr>
          <w:b w:val="0"/>
          <w:i w:val="0"/>
        </w:rPr>
        <w:t>Có chứ, đó là lý do tôi muốn gặp cô. Tôi phải kiếm cho bằng được mười ngàn bảng, càng nhanh càng tốt. Di chúc của mẹ tôi cuối cùng cũng đã được giải quyết xong, và dù bà để lại cho tôi mọi thứ, bà chỉ có đúng một thứ đáng giá, căn nhà liền kề của bà ở Salford. Công ty bất động sản địa phương đã bán được nó với giá mười hai ngàn, và tôi đã dặn họ viết séc cho cô. Tôi cần ai đó đến lấy càng sớm càng tốt.</w:t>
      </w:r>
    </w:p>
    <w:p>
      <w:pPr>
        <w:spacing w:after="80"/>
      </w:pPr>
      <w:r>
        <w:rPr>
          <w:b w:val="0"/>
          <w:i w:val="0"/>
        </w:rPr>
        <w:t>Tôi sẽ lên Salford vào thứ Ba, Virginia nói, vì cô có một cuộc họp còn quan trọng hơn vào sáng thứ Hai. Nhưng anh muốn tôi làm gì với số tiền đó?</w:t>
      </w:r>
    </w:p>
    <w:p>
      <w:pPr>
        <w:spacing w:after="80"/>
      </w:pPr>
      <w:r>
        <w:rPr>
          <w:b w:val="0"/>
          <w:i w:val="0"/>
        </w:rPr>
        <w:t>Mellor đợi cho camera quét qua mình, rồi mới nói tiếp.</w:t>
      </w:r>
    </w:p>
    <w:p>
      <w:pPr>
        <w:spacing w:after="80"/>
      </w:pPr>
      <w:r>
        <w:rPr>
          <w:b w:val="0"/>
          <w:i w:val="0"/>
        </w:rPr>
        <w:t>Tôi cần cô đưa mười ngàn tiền mặt cho một đối tác làm ăn. Phần còn dư lại sẽ thuộc về cô.</w:t>
      </w:r>
    </w:p>
    <w:p>
      <w:pPr>
        <w:spacing w:after="80"/>
      </w:pPr>
      <w:r>
        <w:rPr>
          <w:b w:val="0"/>
          <w:i w:val="0"/>
        </w:rPr>
        <w:t>Làm sao tôi nhận ra anh ta?</w:t>
      </w:r>
    </w:p>
    <w:p>
      <w:pPr>
        <w:spacing w:after="80"/>
      </w:pPr>
      <w:r>
        <w:rPr>
          <w:b w:val="0"/>
          <w:i w:val="0"/>
        </w:rPr>
        <w:t xml:space="preserve">Cô ta, Mellor nói. Nhìn sang bên trái tôi, cô sẽ thấy một cô tóc vàng đang nói chuyện với một gã trông như võ sĩ hạng nặng. Virginia liếc sang phải, và không thể không thấy hai nhân vật trông như thể diễn viên quần chúng trong </w:t>
      </w:r>
      <w:r>
        <w:rPr>
          <w:b w:val="0"/>
          <w:i/>
        </w:rPr>
        <w:t>The Sweeney</w:t>
      </w:r>
      <w:r>
        <w:rPr>
          <w:b w:val="0"/>
          <w:i w:val="0"/>
        </w:rPr>
        <w:t>. Cô thấy cô ta không?</w:t>
      </w:r>
    </w:p>
    <w:p>
      <w:pPr>
        <w:spacing w:after="80"/>
      </w:pPr>
      <w:r>
        <w:rPr>
          <w:b w:val="0"/>
          <w:i w:val="0"/>
        </w:rPr>
        <w:t>Virginia gật đầu.</w:t>
      </w:r>
    </w:p>
    <w:p>
      <w:pPr>
        <w:spacing w:after="80"/>
      </w:pPr>
      <w:r>
        <w:rPr>
          <w:b w:val="0"/>
          <w:i w:val="0"/>
        </w:rPr>
        <w:t>Cô sẽ gặp cô ta ở Bảo tàng Khoa học. Cô ta sẽ đợi bên cạnh Stephenson's Rocket ở tầng trệt. Tôi sẽ gọi điện và cho cô biết chi tiết ngay khi có.</w:t>
      </w:r>
    </w:p>
    <w:p>
      <w:pPr>
        <w:spacing w:after="80"/>
      </w:pPr>
      <w:r>
        <w:rPr>
          <w:b w:val="0"/>
          <w:i w:val="0"/>
        </w:rPr>
        <w:t>Đây sẽ là lần đầu tiên Virginia đến Bảo tàng Khoa học.</w:t>
      </w:r>
    </w:p>
    <w:p>
      <w:pPr>
        <w:pStyle w:val="Heading1"/>
        <w:jc w:val="center"/>
      </w:pPr>
      <w:r>
        <w:rPr>
          <w:rFonts w:ascii="Calibri" w:hAnsi="Calibri"/>
          <w:b/>
          <w:i w:val="0"/>
          <w:sz w:val="40"/>
        </w:rPr>
        <w:t>13</w:t>
      </w:r>
    </w:p>
    <w:p>
      <w:pPr>
        <w:spacing w:after="80"/>
      </w:pPr>
      <w:r>
        <w:rPr>
          <w:b w:val="0"/>
          <w:i w:val="0"/>
        </w:rPr>
        <w:t>CHO PHÉP TÔI BẮT ĐẦU, thưa Quý bà Virginia, bằng việc nhắc bà rằng mối quan hệ giữa một luật sư và thân chủ của ông ta là thiêng liêng, nên bất cứ điều gì bà nói với tôi liên quan đến vụ án này đều không thể, và sẽ không, vượt ra ngoài căn phòng này. Tuy nhiên, cũng quan trọng không kém, Ngài Edward Makepeace tiếp tục, phải nhấn mạnh rằng nếu bà không hoàn toàn thẳng thắn với tôi, tôi không thể tư vấn cho bà hết khả năng của mình.</w:t>
      </w:r>
    </w:p>
    <w:p>
      <w:pPr>
        <w:spacing w:after="80"/>
      </w:pPr>
      <w:r>
        <w:rPr>
          <w:b w:val="0"/>
          <w:i w:val="0"/>
        </w:rPr>
        <w:t>Nói khéo thật, Virginia nghĩ, ngồi ngả lưng và chuẩn bị tinh thần cho một loạt câu hỏi mà cô sẽ chẳng muốn trả lời.</w:t>
      </w:r>
    </w:p>
    <w:p>
      <w:pPr>
        <w:spacing w:after="80"/>
      </w:pPr>
      <w:r>
        <w:rPr>
          <w:b w:val="0"/>
          <w:i w:val="0"/>
        </w:rPr>
        <w:t>Câu hỏi đầu tiên của tôi khá đơn giản. Bà có phải là mẹ của Ngài Frederick Archibald Iain Bruce Fenwick không?</w:t>
      </w:r>
    </w:p>
    <w:p>
      <w:pPr>
        <w:spacing w:after="80"/>
      </w:pPr>
      <w:r>
        <w:rPr>
          <w:b w:val="0"/>
          <w:i w:val="0"/>
        </w:rPr>
        <w:t>Không, tôi không phải.</w:t>
      </w:r>
    </w:p>
    <w:p>
      <w:pPr>
        <w:spacing w:after="80"/>
      </w:pPr>
      <w:r>
        <w:rPr>
          <w:b w:val="0"/>
          <w:i w:val="0"/>
        </w:rPr>
        <w:t>Cha mẹ của đứa trẻ đó, như được nêu trong lá thư của Goodman Derrick, có phải là ông bà Morton, cựu quản gia của bà và vợ ông ta, không?</w:t>
      </w:r>
    </w:p>
    <w:p>
      <w:pPr>
        <w:spacing w:after="80"/>
      </w:pPr>
      <w:r>
        <w:rPr>
          <w:b w:val="0"/>
          <w:i w:val="0"/>
        </w:rPr>
        <w:t>Vâng.</w:t>
      </w:r>
    </w:p>
    <w:p>
      <w:pPr>
        <w:spacing w:after="80"/>
      </w:pPr>
      <w:r>
        <w:rPr>
          <w:b w:val="0"/>
          <w:i w:val="0"/>
        </w:rPr>
        <w:t>Và do đó, những khoản thanh toán dàn xếp và cấp dưỡng mà bà nhận được từ ông Cyrus T. Grant III mà QC đã ngập ngừng nhắc đến là được thực hiện do nhầm lẫn?</w:t>
      </w:r>
    </w:p>
    <w:p>
      <w:pPr>
        <w:spacing w:after="80"/>
      </w:pPr>
      <w:r>
        <w:rPr>
          <w:b w:val="0"/>
          <w:i w:val="0"/>
        </w:rPr>
        <w:t>Đúng vậy, đúng là như thế.</w:t>
      </w:r>
    </w:p>
    <w:p>
      <w:pPr>
        <w:spacing w:after="80"/>
      </w:pPr>
      <w:r>
        <w:rPr>
          <w:b w:val="0"/>
          <w:i w:val="0"/>
        </w:rPr>
        <w:t>Vậy có đúng không khi cho rằng yêu cầu của ông Grant, thưa Ngài Edward, ngài đã kiểm tra con số trong lá thư của Lord Goodman, đòi hai triệu bảng, là vừa công bằng vừa hợp lý.</w:t>
      </w:r>
    </w:p>
    <w:p>
      <w:pPr>
        <w:spacing w:after="80"/>
      </w:pPr>
      <w:r>
        <w:rPr>
          <w:b w:val="0"/>
          <w:i w:val="0"/>
        </w:rPr>
        <w:t>E rằng đúng là như vậy.</w:t>
      </w:r>
    </w:p>
    <w:p>
      <w:pPr>
        <w:spacing w:after="80"/>
      </w:pPr>
      <w:r>
        <w:rPr>
          <w:b w:val="0"/>
          <w:i w:val="0"/>
        </w:rPr>
        <w:t>Với điều đó trong đầu, thưa Lady Virginia, tôi buộc phải hỏi, bà có sẵn hai triệu bảng để trả cho ông Grant không, điều đó sẽ giúp ông ấy khỏi phải phát hành lệnh tòa và tất cả những ồn ào kéo theo mà chắc chắn sẽ thu hút sự chú ý?</w:t>
      </w:r>
    </w:p>
    <w:p>
      <w:pPr>
        <w:spacing w:after="80"/>
      </w:pPr>
      <w:r>
        <w:rPr>
          <w:b w:val="0"/>
          <w:i w:val="0"/>
        </w:rPr>
        <w:t>Không, tôi không có, thưa Ngài Edward. Đó chính là lý do tôi đang tìm lời khuyên của ngài. Tôi muốn biết liệu còn lựa chọn nào để ngỏ cho tôi không.</w:t>
      </w:r>
    </w:p>
    <w:p>
      <w:pPr>
        <w:spacing w:after="80"/>
      </w:pPr>
      <w:r>
        <w:rPr>
          <w:b w:val="0"/>
          <w:i w:val="0"/>
        </w:rPr>
        <w:t>Bà có thể trả một khoản đủ lớn để tôi thử dàn xếp không?</w:t>
      </w:r>
    </w:p>
    <w:p>
      <w:pPr>
        <w:spacing w:after="80"/>
      </w:pPr>
      <w:r>
        <w:rPr>
          <w:b w:val="0"/>
          <w:i w:val="0"/>
        </w:rPr>
        <w:t>Không đời nào, thưa Ngài Edward. Tôi không có nổi hai nghìn bảng, chứ đừng nói đến hai triệu.</w:t>
      </w:r>
    </w:p>
    <w:p>
      <w:pPr>
        <w:spacing w:after="80"/>
      </w:pPr>
      <w:r>
        <w:rPr>
          <w:b w:val="0"/>
          <w:i w:val="0"/>
        </w:rPr>
        <w:t>Tôi biết ơn vì bà đã trả lời thẳng thắn mọi câu hỏi của tôi, thưa Lady Virginia. Nhưng trong hoàn cảnh này, sẽ vô nghĩa nếu tôi cố câu giờ và tìm cách trì hoãn thủ tục tố tụng, bởi Lord Goodman là một con cáo già xảo quyệt, và sẽ nhận ra ngay tôi đang toan tính điều gì. Dù sao đi nữa, bà sẽ còn phải chịu thêm chi phí án phí pháp lý của cả hai bên cộng vào những bất hạnh của mình. Và thẩm phán sẽ ra lệnh rằng mọi hóa đơn pháp lý phải được thanh toán trước tiên.</w:t>
      </w:r>
    </w:p>
    <w:p>
      <w:pPr>
        <w:spacing w:after="80"/>
      </w:pPr>
      <w:r>
        <w:rPr>
          <w:b w:val="0"/>
          <w:i w:val="0"/>
        </w:rPr>
        <w:t>Vậy ngài khuyên tôi thế nào?</w:t>
      </w:r>
    </w:p>
    <w:p>
      <w:pPr>
        <w:spacing w:after="80"/>
      </w:pPr>
      <w:r>
        <w:rPr>
          <w:b w:val="0"/>
          <w:i w:val="0"/>
        </w:rPr>
        <w:t>Đáng buồn thay, thưa bà, chúng ta chỉ còn hai lựa chọn. Tôi có thể cầu xin họ rủ lòng thương, điều mà tôi không tin sẽ nhận được chút cảm thông nào.</w:t>
      </w:r>
    </w:p>
    <w:p>
      <w:pPr>
        <w:spacing w:after="80"/>
      </w:pPr>
      <w:r>
        <w:rPr>
          <w:b w:val="0"/>
          <w:i w:val="0"/>
        </w:rPr>
        <w:t>Và lựa chọn thứ hai?</w:t>
      </w:r>
    </w:p>
    <w:p>
      <w:pPr>
        <w:spacing w:after="80"/>
      </w:pPr>
      <w:r>
        <w:rPr>
          <w:b w:val="0"/>
          <w:i w:val="0"/>
        </w:rPr>
        <w:t>Bà có thể tuyên bố phá sản. Điều đó sẽ khiến phía bên kia nhận ra rằng việc phát hành lệnh tòa đòi hai triệu bảng sẽ hoàn toàn là phí thời gian và tiền bạc, trừ khi mục đích duy nhất của ông Grant là làm bà bẽ mặt trước công chúng. Vị luật sư im lặng chờ đợi phản hồi từ thân chủ của mình.</w:t>
      </w:r>
    </w:p>
    <w:p>
      <w:pPr>
        <w:spacing w:after="80"/>
      </w:pPr>
      <w:r>
        <w:rPr>
          <w:b w:val="0"/>
          <w:i w:val="0"/>
        </w:rPr>
        <w:t>Cảm ơn lời khuyên của ngài, thưa Ngài Edward, cuối cùng Virginia nói, và tôi chắc ngài hiểu rằng tôi sẽ cần một chút thời gian để cân nhắc hoàn cảnh của mình.</w:t>
      </w:r>
    </w:p>
    <w:p>
      <w:pPr>
        <w:spacing w:after="80"/>
      </w:pPr>
      <w:r>
        <w:rPr>
          <w:b w:val="0"/>
          <w:i w:val="0"/>
        </w:rPr>
        <w:t>Tất nhiên rồi, thưa bà. Tuy nhiên, sẽ là thiếu sót nếu tôi không nhắc bà rằng ngày trên lá thư của Goodman Derrick là ngày 13 tháng 3, và nếu chúng ta không phản hồi trước ngày 13 tháng 4, bà có thể chắc chắn rằng phía bên kia sẽ không ngần ngại thực hiện lời đe dọa của họ.</w:t>
      </w:r>
    </w:p>
    <w:p>
      <w:pPr>
        <w:spacing w:after="80"/>
      </w:pPr>
      <w:r>
        <w:rPr>
          <w:b w:val="0"/>
          <w:i w:val="0"/>
        </w:rPr>
        <w:t>Tôi có thể hỏi ngài thêm một câu nữa không, Ngài Edward?</w:t>
      </w:r>
    </w:p>
    <w:p>
      <w:pPr>
        <w:spacing w:after="80"/>
      </w:pPr>
      <w:r>
        <w:rPr>
          <w:b w:val="0"/>
          <w:i w:val="0"/>
        </w:rPr>
        <w:t>Tất nhiên rồi.</w:t>
      </w:r>
    </w:p>
    <w:p>
      <w:pPr>
        <w:spacing w:after="80"/>
      </w:pPr>
      <w:r>
        <w:rPr>
          <w:b w:val="0"/>
          <w:i w:val="0"/>
        </w:rPr>
        <w:t>Tôi hiểu đúng chứ, rằng một văn bản tố tụng phải được tống đạt cho người có tên trong vụ kiện?</w:t>
      </w:r>
    </w:p>
    <w:p>
      <w:pPr>
        <w:spacing w:after="80"/>
      </w:pPr>
      <w:r>
        <w:rPr>
          <w:b w:val="0"/>
          <w:i w:val="0"/>
        </w:rPr>
        <w:t>Đúng vậy, Quý bà Virginia, trừ khi bà chỉ thị cho tôi nhận thay mặt bà.</w:t>
      </w:r>
    </w:p>
    <w:p>
      <w:pPr>
        <w:jc w:val="center"/>
      </w:pPr>
      <w:r>
        <w:drawing>
          <wp:inline xmlns:a="http://schemas.openxmlformats.org/drawingml/2006/main" xmlns:pic="http://schemas.openxmlformats.org/drawingml/2006/picture">
            <wp:extent cx="304800" cy="85725"/>
            <wp:docPr id="47" name="Picture 4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Trong chuyến đi về phía bắc vào sáng hôm sau, Virginia đã suy nghĩ khá nhiều về lời khuyên của vị luật sư cấp cao (QC) của mình. Khi đoàn tàu vào đến ga Salford, cô đã quyết định đầu tư một phần trong số mười hai nghìn bảng mà cô sắp thu về vào một tấm vé một chiều đi Buenos Aires.</w:t>
      </w:r>
    </w:p>
    <w:p>
      <w:pPr>
        <w:spacing w:after="80"/>
      </w:pPr>
      <w:r>
        <w:rPr>
          <w:b w:val="0"/>
          <w:i w:val="0"/>
        </w:rPr>
        <w:t>Khi một chiếc taxi thả cô xuống trước văn phòng đại lý bất động sản, cô chuyển sự chú ý sang công việc trước mắt, và xem mình có thể tích lũy thêm bao nhiêu tiền trước khi khởi hành đến Argentina. Virginia không ngạc nhiên khi được đưa vào văn phòng của người đồng sáng lập cấp cao chỉ vài khoảnh khắc sau khi cô nói tên mình với cô lễ tân.</w:t>
      </w:r>
    </w:p>
    <w:p>
      <w:pPr>
        <w:spacing w:after="80"/>
      </w:pPr>
      <w:r>
        <w:rPr>
          <w:b w:val="0"/>
          <w:i w:val="0"/>
        </w:rPr>
        <w:t>Một người đàn ông rõ ràng đã mặc bộ com-lê đẹp nhất của mình cho dịp này bật dậy từ sau bàn làm việc và tự giới thiệu là Ron Wilks. Ông đợi cô ngồi xuống rồi mới trở về chỗ của mình. Không nói thêm lời nào, ông mở một tập hồ sơ trước mặt, rút ra một tấm séc trị giá 11,400 và đưa qua cho cô. Virginia gấp nó lại, đặt vào túi xách và định rời đi thì rõ ràng là ông Wilks còn điều gì đó muốn nói.</w:t>
      </w:r>
    </w:p>
    <w:p>
      <w:pPr>
        <w:spacing w:after="80"/>
      </w:pPr>
      <w:r>
        <w:rPr>
          <w:b w:val="0"/>
          <w:i w:val="0"/>
        </w:rPr>
        <w:t>"Trong cuộc trò chuyện ngắn mà tôi có thể có với ông Mellor qua điện thoại," ông nói, cố tỏ ra không lúng túng, "ông ấy không chỉ thị cho tôi phải làm gì với đồ đạc và tài sản của mẹ ông ấy, thứ mà chúng tôi đã dọn khỏi căn nhà và đưa vào kho lưu trữ."</w:t>
      </w:r>
    </w:p>
    <w:p>
      <w:pPr>
        <w:spacing w:after="80"/>
      </w:pPr>
      <w:r>
        <w:rPr>
          <w:b w:val="0"/>
          <w:i w:val="0"/>
        </w:rPr>
        <w:t>Chúng có đáng giá gì không?</w:t>
      </w:r>
    </w:p>
    <w:p>
      <w:pPr>
        <w:spacing w:after="80"/>
      </w:pPr>
      <w:r>
        <w:rPr>
          <w:b w:val="0"/>
          <w:i w:val="0"/>
        </w:rPr>
        <w:t>Một người buôn đồ phế liệu cũ ở địa phương đã đề nghị bốn trăm bảng cho toàn bộ.</w:t>
      </w:r>
    </w:p>
    <w:p>
      <w:pPr>
        <w:spacing w:after="80"/>
      </w:pPr>
      <w:r>
        <w:rPr>
          <w:b w:val="0"/>
          <w:i w:val="0"/>
        </w:rPr>
        <w:t>Tôi lấy.</w:t>
      </w:r>
    </w:p>
    <w:p>
      <w:pPr>
        <w:spacing w:after="80"/>
      </w:pPr>
      <w:r>
        <w:rPr>
          <w:b w:val="0"/>
          <w:i w:val="0"/>
        </w:rPr>
        <w:t>Người đại lý bất động sản mở sổ séc và hỏi: "Tấm séc này cũng nên ghi cho Quý bà Virginia Fenwick chứ?"</w:t>
      </w:r>
    </w:p>
    <w:p>
      <w:pPr>
        <w:spacing w:after="80"/>
      </w:pPr>
      <w:r>
        <w:rPr>
          <w:b w:val="0"/>
          <w:i w:val="0"/>
        </w:rPr>
        <w:t>Đúng vậy.</w:t>
      </w:r>
    </w:p>
    <w:p>
      <w:pPr>
        <w:spacing w:after="80"/>
      </w:pPr>
      <w:r>
        <w:rPr>
          <w:b w:val="0"/>
          <w:i w:val="0"/>
        </w:rPr>
        <w:t>"Dĩ nhiên, khoản này không bao gồm các bức tranh," Wilks nói khi trao tấm séc.</w:t>
      </w:r>
    </w:p>
    <w:p>
      <w:pPr>
        <w:spacing w:after="80"/>
      </w:pPr>
      <w:r>
        <w:rPr>
          <w:b w:val="0"/>
          <w:i w:val="0"/>
        </w:rPr>
        <w:t>Các bức tranh?</w:t>
      </w:r>
    </w:p>
    <w:p>
      <w:pPr>
        <w:spacing w:after="80"/>
      </w:pPr>
      <w:r>
        <w:rPr>
          <w:b w:val="0"/>
          <w:i w:val="0"/>
        </w:rPr>
        <w:t>Có vẻ như mẹ của ông Mellor đã sưu tầm tác phẩm của một họa sĩ địa phương trong nhiều năm, và gần đây một nhà buôn ở London đã liên hệ với tôi nói rằng ông ấy muốn mua chúng. Một ông Kalman của phòng tranh Crane Kalman.</w:t>
      </w:r>
    </w:p>
    <w:p>
      <w:pPr>
        <w:spacing w:after="80"/>
      </w:pPr>
      <w:r>
        <w:rPr>
          <w:b w:val="0"/>
          <w:i w:val="0"/>
        </w:rPr>
        <w:t>Thật thú vị, Virginia nói, ghi lại cái tên ấy, chỉ tự hỏi liệu cô còn đủ thời gian để liên lạc với ông ta không.</w:t>
      </w:r>
    </w:p>
    <w:p>
      <w:pPr>
        <w:spacing w:after="80"/>
      </w:pPr>
      <w:r>
        <w:rPr>
          <w:b w:val="0"/>
          <w:i w:val="0"/>
        </w:rPr>
        <w:t>Trên đường trở về Kings Cross, cô điểm lại kế hoạch cho vài ngày tới. Trước tiên cô sẽ phải thanh lý nốt những món đồ giá trị còn lại và lên đường tới Heathrow trước khi bất kỳ chủ nợ nào biết tin cô đã, theo lời cô bạn Bofie Bridgwater, chuồn mất. Còn về Desmond Mellor, đến lúc ông ta ra tù thì cô sẽ là nỗi lo nhỏ nhất của ông ta, và Virginia tin chắc ông ta sẽ chẳng buồn lùng theo cô nửa vòng trái đất chỉ vì vài nghìn bảng.</w:t>
      </w:r>
    </w:p>
    <w:p>
      <w:pPr>
        <w:spacing w:after="80"/>
      </w:pPr>
      <w:r>
        <w:rPr>
          <w:b w:val="0"/>
          <w:i w:val="0"/>
        </w:rPr>
        <w:t>Virginia biết ơn lời khuyên của Ngài Edward. Suy cho cùng, sẽ rất khó để ai đó tống đạt trát hầu tòa cho cô nếu họ không biết cô đang ở đâu. Cô đã bảo Bofie rằng mình sẽ ở miền Nam nước Pháp vài tuần, để đánh lạc hướng mọi người. Cô chẳng mảy may nghĩ đến chuyện Freddie sẽ ra sao. Suy cho cùng, nó đâu phải con cô.</w:t>
      </w:r>
    </w:p>
    <w:p>
      <w:pPr>
        <w:spacing w:after="80"/>
      </w:pPr>
      <w:r>
        <w:rPr>
          <w:b w:val="0"/>
          <w:i w:val="0"/>
        </w:rPr>
        <w:t>Vừa về đến căn hộ, Virginia vui mừng nhận được điện thoại từ người anh họ xa, xác nhận rằng sẽ có tài xế riêng đón cô ở sân bay rồi chở cô về dinh thự của ông ở vùng quê. Cô thích hai chữ tài xế riêng và dinh thự.</w:t>
      </w:r>
    </w:p>
    <w:p>
      <w:pPr>
        <w:jc w:val="center"/>
      </w:pPr>
      <w:r>
        <w:drawing>
          <wp:inline xmlns:a="http://schemas.openxmlformats.org/drawingml/2006/main" xmlns:pic="http://schemas.openxmlformats.org/drawingml/2006/picture">
            <wp:extent cx="304800" cy="85725"/>
            <wp:docPr id="48" name="Picture 4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Sau khi Virginia đổi tiền từ các tấm séc của Mellor, rút sạch tài khoản ngân hàng và mua vé một chiều đi Buenos Aires, cô bắt tay vào quá trình đóng gói dài dằng dặc. Cô nhanh chóng nhận ra mình có bao nhiêu món đồ, nhất là giày dép, mà cô không thể sống thiếu, và đành miễn cưỡng chấp nhận rằng mình sẽ phải mua thêm một chiếc vali lớn nữa. Đi bộ một quãng ngắn tới Harrods thường giải quyết được hầu hết vấn đề của cô, và hôm nay cũng không ngoại lệ. Cô tìm được một chiếc rương bị móp một bên, và đồng ý nhận nó với giá nửa tiền. Anh nhân viên bán hàng trẻ chưa từng để ý thấy chỗ móp ấy.</w:t>
      </w:r>
    </w:p>
    <w:p>
      <w:pPr>
        <w:spacing w:after="80"/>
      </w:pPr>
      <w:r>
        <w:rPr>
          <w:b w:val="0"/>
          <w:i w:val="0"/>
        </w:rPr>
        <w:t>Nhớ giao nó đến nhà tôi ở Chelsea, cô dặn anh phụ việc tội nghiệp, sáng nay nhé.</w:t>
      </w:r>
    </w:p>
    <w:p>
      <w:pPr>
        <w:spacing w:after="80"/>
      </w:pPr>
      <w:r>
        <w:rPr>
          <w:b w:val="0"/>
          <w:i w:val="0"/>
        </w:rPr>
        <w:t>Một người gác cửa mặc áo xanh mở cửa và chạm tay vào vành mũ khi Virginia bước ra phố Brompton Road.</w:t>
      </w:r>
    </w:p>
    <w:p>
      <w:pPr>
        <w:spacing w:after="80"/>
      </w:pPr>
      <w:r>
        <w:rPr>
          <w:b w:val="0"/>
          <w:i w:val="0"/>
        </w:rPr>
        <w:t>Đi taxi không, thưa bà?</w:t>
      </w:r>
    </w:p>
    <w:p>
      <w:pPr>
        <w:spacing w:after="80"/>
      </w:pPr>
      <w:r>
        <w:rPr>
          <w:b w:val="0"/>
          <w:i w:val="0"/>
        </w:rPr>
        <w:t>Cô định nói có thì ánh mắt dừng lại ở một phòng tranh bên kia đường. Crane Kalman. Sao cô lại biết cái tên đó nhỉ? Và rồi cô nhớ ra.</w:t>
      </w:r>
    </w:p>
    <w:p>
      <w:pPr>
        <w:spacing w:after="80"/>
      </w:pPr>
      <w:r>
        <w:rPr>
          <w:b w:val="0"/>
          <w:i w:val="0"/>
        </w:rPr>
        <w:t>Không, cảm ơn. Cô giơ bàn tay đeo găng ra hiệu dừng xe khi băng qua phố Brompton Road, tự hỏi liệu có thể kiếm thêm hai ba trăm bảng nữa từ mấy bức tranh cũ của bà Mellor không. Khi cô bước vào phòng tranh, một tiếng chuông reo lên và một người đàn ông thấp bé với mái tóc dày cứng như dây thép vội vã bước tới.</w:t>
      </w:r>
    </w:p>
    <w:p>
      <w:pPr>
        <w:spacing w:after="80"/>
      </w:pPr>
      <w:r>
        <w:rPr>
          <w:b w:val="0"/>
          <w:i w:val="0"/>
        </w:rPr>
        <w:t>Tôi có thể giúp gì cho bà không ạ? ông ta hỏi, không giấu nổi giọng Trung Âu của mình.</w:t>
      </w:r>
    </w:p>
    <w:p>
      <w:pPr>
        <w:spacing w:after="80"/>
      </w:pPr>
      <w:r>
        <w:rPr>
          <w:b w:val="0"/>
          <w:i w:val="0"/>
        </w:rPr>
        <w:t>Gần đây tôi có ở Salford, và</w:t>
      </w:r>
    </w:p>
    <w:p>
      <w:pPr>
        <w:spacing w:after="80"/>
      </w:pPr>
      <w:r>
        <w:rPr>
          <w:b w:val="0"/>
          <w:i w:val="0"/>
        </w:rPr>
        <w:t>À, vâng, chắc hẳn bà là Quý bà Virginia Fenwick. Ông Wilks có gọi điện báo rằng bà có thể sẽ ghé qua nếu quan tâm đến việc bán bộ sưu tập nghệ thuật của cố bà Mellor.</w:t>
      </w:r>
    </w:p>
    <w:p>
      <w:pPr>
        <w:spacing w:after="80"/>
      </w:pPr>
      <w:r>
        <w:rPr>
          <w:b w:val="0"/>
          <w:i w:val="0"/>
        </w:rPr>
        <w:t>Ông sẵn lòng trả bao nhiêu? Virginia hỏi, cô không có phút nào để lãng phí.</w:t>
      </w:r>
    </w:p>
    <w:p>
      <w:pPr>
        <w:spacing w:after="80"/>
      </w:pPr>
      <w:r>
        <w:rPr>
          <w:b w:val="0"/>
          <w:i w:val="0"/>
        </w:rPr>
        <w:t>Qua nhiều năm, ông Kalman nói, vẻ như chẳng hề vội vã, bà Mellor đã có được mười một bức tranh sơn dầu và hai mươi ba bức ký họa từ người thu tiền thuê nhà địa phương. Có lẽ bà không biết rằng bà ấy là bạn thân của họa sĩ? Và tôi có lý do để tin rằng</w:t>
      </w:r>
    </w:p>
    <w:p>
      <w:pPr>
        <w:spacing w:after="80"/>
      </w:pPr>
      <w:r>
        <w:rPr>
          <w:b w:val="0"/>
          <w:i w:val="0"/>
        </w:rPr>
        <w:t>Bao nhiêu? Virginia lặp lại, ý thức được mình còn quá ít thời gian trước khi phải rời đi Heathrow.</w:t>
      </w:r>
    </w:p>
    <w:p>
      <w:pPr>
        <w:spacing w:after="80"/>
      </w:pPr>
      <w:r>
        <w:rPr>
          <w:b w:val="0"/>
          <w:i w:val="0"/>
        </w:rPr>
        <w:t>Tôi nghĩ một trăm tám mươi là giá hợp lý.</w:t>
      </w:r>
    </w:p>
    <w:p>
      <w:pPr>
        <w:spacing w:after="80"/>
      </w:pPr>
      <w:r>
        <w:rPr>
          <w:b w:val="0"/>
          <w:i w:val="0"/>
        </w:rPr>
        <w:t>Hai trăm, và ta có thỏa thuận.</w:t>
      </w:r>
    </w:p>
    <w:p>
      <w:pPr>
        <w:spacing w:after="80"/>
      </w:pPr>
      <w:r>
        <w:rPr>
          <w:b w:val="0"/>
          <w:i w:val="0"/>
        </w:rPr>
        <w:t>Kalman ngập ngừng một lát rồi nói, Tôi đồng ý với mức đó, thưa bà, và thậm chí có thể lên tới hai trăm ba mươi, nếu bà có thể cho tôi biết bức tranh mất tích đang ở đâu.</w:t>
      </w:r>
    </w:p>
    <w:p>
      <w:pPr>
        <w:spacing w:after="80"/>
      </w:pPr>
      <w:r>
        <w:rPr>
          <w:b w:val="0"/>
          <w:i w:val="0"/>
        </w:rPr>
        <w:t>Bức tranh mất tích?</w:t>
      </w:r>
    </w:p>
    <w:p>
      <w:pPr>
        <w:spacing w:after="80"/>
      </w:pPr>
      <w:r>
        <w:rPr>
          <w:b w:val="0"/>
          <w:i w:val="0"/>
        </w:rPr>
        <w:t xml:space="preserve">Tôi đang giữ một bản kiểm kê tất cả các tác phẩm mà họa sĩ đã bán hoặc tặng cho bà Mellor, nhưng tôi không thể xác định được vị trí của </w:t>
      </w:r>
      <w:r>
        <w:rPr>
          <w:b w:val="0"/>
          <w:i/>
        </w:rPr>
        <w:t>Mill Lane Industrial Estate</w:t>
      </w:r>
      <w:r>
        <w:rPr>
          <w:b w:val="0"/>
          <w:i w:val="0"/>
        </w:rPr>
        <w:t>, bức tranh mà bà ấy đã tặng cho con trai mình, và tôi tự hỏi liệu bà có biết nó ở đâu không.</w:t>
      </w:r>
    </w:p>
    <w:p>
      <w:pPr>
        <w:spacing w:after="80"/>
      </w:pPr>
      <w:r>
        <w:rPr>
          <w:b w:val="0"/>
          <w:i w:val="0"/>
        </w:rPr>
        <w:t>Virginia biết chính xác nó ở đâu nhưng bà không có thời gian để đi xuống Bristol và lấy nó từ văn phòng của Mellor. Tuy nhiên, chỉ cần một cuộc điện thoại cho thư ký của ông ta là nó có thể được gửi đến phòng tranh ngay lập tức.</w:t>
      </w:r>
    </w:p>
    <w:p>
      <w:pPr>
        <w:spacing w:after="80"/>
      </w:pPr>
      <w:r>
        <w:rPr>
          <w:b w:val="0"/>
          <w:i w:val="0"/>
        </w:rPr>
        <w:t>Tôi chấp nhận đề nghị hai trăm ba mươi của ông, và sẽ đảm bảo rằng bức tranh được giao đến cho ông trong vài ngày tới.</w:t>
      </w:r>
    </w:p>
    <w:p>
      <w:pPr>
        <w:spacing w:after="80"/>
      </w:pPr>
      <w:r>
        <w:rPr>
          <w:b w:val="0"/>
          <w:i w:val="0"/>
        </w:rPr>
        <w:t>Cảm ơn bà, thưa bà, Kalman nói, rồi quay lại bàn làm việc, viết một tấm séc và trao nó.</w:t>
      </w:r>
    </w:p>
    <w:p>
      <w:pPr>
        <w:spacing w:after="80"/>
      </w:pPr>
      <w:r>
        <w:rPr>
          <w:b w:val="0"/>
          <w:i w:val="0"/>
        </w:rPr>
        <w:t>Virginia gấp nó lại, bỏ vào túi xách và nở một nụ cười ngọt ngào với chủ phòng tranh, trước khi quay người bước ra đường Brompton Road và vẫy một chiếc taxi.</w:t>
      </w:r>
    </w:p>
    <w:p>
      <w:pPr>
        <w:spacing w:after="80"/>
      </w:pPr>
      <w:r>
        <w:rPr>
          <w:b w:val="0"/>
          <w:i w:val="0"/>
        </w:rPr>
        <w:t>Coutts trên phố Strand, bà chỉ dẫn cho tài xế.</w:t>
      </w:r>
    </w:p>
    <w:p>
      <w:pPr>
        <w:spacing w:after="80"/>
      </w:pPr>
      <w:r>
        <w:rPr>
          <w:b w:val="0"/>
          <w:i w:val="0"/>
        </w:rPr>
        <w:t>Bà đang cân nhắc xem sẽ dành đêm cuối cùng ở London như thế nào — Bofie đã gợi ý Annabels — thì chiếc taxi dừng lại trước ngân hàng.</w:t>
      </w:r>
    </w:p>
    <w:p>
      <w:pPr>
        <w:spacing w:after="80"/>
      </w:pPr>
      <w:r>
        <w:rPr>
          <w:b w:val="0"/>
          <w:i w:val="0"/>
        </w:rPr>
        <w:t>Đợi ở đây, bà nói, việc này sẽ không lâu đâu.</w:t>
      </w:r>
    </w:p>
    <w:p>
      <w:pPr>
        <w:spacing w:after="80"/>
      </w:pPr>
      <w:r>
        <w:rPr>
          <w:b w:val="0"/>
          <w:i w:val="0"/>
        </w:rPr>
        <w:t>Bà bước vào sảnh ngân hàng, vội vã đi đến một trong các giao dịch viên, lấy tấm séc ra và đưa qua quầy.</w:t>
      </w:r>
    </w:p>
    <w:p>
      <w:pPr>
        <w:spacing w:after="80"/>
      </w:pPr>
      <w:r>
        <w:rPr>
          <w:b w:val="0"/>
          <w:i w:val="0"/>
        </w:rPr>
        <w:t>Tôi muốn đổi tấm séc này thành tiền mặt.</w:t>
      </w:r>
    </w:p>
    <w:p>
      <w:pPr>
        <w:spacing w:after="80"/>
      </w:pPr>
      <w:r>
        <w:rPr>
          <w:b w:val="0"/>
          <w:i w:val="0"/>
        </w:rPr>
        <w:t>Dĩ nhiên, thưa bà, viên thu ngân nói trước khi nín thở. Tôi cho rằng ý bà là bà muốn gửi toàn bộ số tiền vào tài khoản của mình?</w:t>
      </w:r>
    </w:p>
    <w:p>
      <w:pPr>
        <w:spacing w:after="80"/>
      </w:pPr>
      <w:r>
        <w:rPr>
          <w:b w:val="0"/>
          <w:i w:val="0"/>
        </w:rPr>
        <w:t>Không, tôi sẽ lấy tiền mặt, Virginia nói, tốt nhất là tiền giấy năm bảng.</w:t>
      </w:r>
    </w:p>
    <w:p>
      <w:pPr>
        <w:spacing w:after="80"/>
      </w:pPr>
      <w:r>
        <w:rPr>
          <w:b w:val="0"/>
          <w:i w:val="0"/>
        </w:rPr>
        <w:t>Tôi không chắc điều đó sẽ khả thi, viên thu ngân lắp bắp.</w:t>
      </w:r>
    </w:p>
    <w:p>
      <w:pPr>
        <w:spacing w:after="80"/>
      </w:pPr>
      <w:r>
        <w:rPr>
          <w:b w:val="0"/>
          <w:i w:val="0"/>
        </w:rPr>
        <w:t>Sao lại không? Virginia chất vấn.</w:t>
      </w:r>
    </w:p>
    <w:p>
      <w:pPr>
        <w:spacing w:after="80"/>
      </w:pPr>
      <w:r>
        <w:rPr>
          <w:b w:val="0"/>
          <w:i w:val="0"/>
        </w:rPr>
        <w:t>Tôi không có 230,000 tiền mặt, thưa bà.</w:t>
      </w:r>
    </w:p>
    <w:p>
      <w:pPr>
        <w:jc w:val="center"/>
      </w:pPr>
      <w:r>
        <w:drawing>
          <wp:inline xmlns:a="http://schemas.openxmlformats.org/drawingml/2006/main" xmlns:pic="http://schemas.openxmlformats.org/drawingml/2006/picture">
            <wp:extent cx="304800" cy="85725"/>
            <wp:docPr id="49" name="Picture 4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Cô ta sẵn sàng đưa ra đề nghị à? Ellie May nói. Nhưng tôi tưởng cô ta chẳng có xu nào?</w:t>
      </w:r>
    </w:p>
    <w:p>
      <w:pPr>
        <w:spacing w:after="80"/>
      </w:pPr>
      <w:r>
        <w:rPr>
          <w:b w:val="0"/>
          <w:i w:val="0"/>
        </w:rPr>
        <w:t>Tôi cũng nghĩ vậy, Lord Goodman thừa nhận. Tôi có nguồn tin đáng tin cậy rằng cô ta đã bị gạch tên khỏi di chúc của cha và nguồn thu nhập duy nhất của cô ta là một khoản trợ cấp hàng tháng khiêm tốn do anh trai cô ta chu cấp.</w:t>
      </w:r>
    </w:p>
    <w:p>
      <w:pPr>
        <w:spacing w:after="80"/>
      </w:pPr>
      <w:r>
        <w:rPr>
          <w:b w:val="0"/>
          <w:i w:val="0"/>
        </w:rPr>
        <w:t>Cô ta đề nghị bao nhiêu?</w:t>
      </w:r>
    </w:p>
    <w:p>
      <w:pPr>
        <w:spacing w:after="80"/>
      </w:pPr>
      <w:r>
        <w:rPr>
          <w:b w:val="0"/>
          <w:i w:val="0"/>
        </w:rPr>
        <w:t>Một triệu bảng, thanh toán thành mười đợt bằng nhau, mỗi đợt một trăm nghìn bảng, trong vòng mười năm tới.</w:t>
      </w:r>
    </w:p>
    <w:p>
      <w:pPr>
        <w:spacing w:after="80"/>
      </w:pPr>
      <w:r>
        <w:rPr>
          <w:b w:val="0"/>
          <w:i w:val="0"/>
        </w:rPr>
        <w:t>Nhưng cô ta đã đánh cắp hai triệu từ chồng tôi! Ellie May nói. Cô ta có thể xuống địa ngục.</w:t>
      </w:r>
    </w:p>
    <w:p>
      <w:pPr>
        <w:spacing w:after="80"/>
      </w:pPr>
      <w:r>
        <w:rPr>
          <w:b w:val="0"/>
          <w:i w:val="0"/>
        </w:rPr>
        <w:t>Tôi thông cảm với cảm xúc của bà, bà Grant, nhưng khi nhận được lá thư, tôi đã quyết định có một cuộc trò chuyện kín với Ngài Edward Makepeace QC, người đã đại diện cho gia đình Fenwick trong nhiều năm. Ông ấy nói rõ rằng đề nghị này đại diện cho một thỏa thuận trọn vẹn và cuối cùng, và, trích lời ông ấy, không có chỗ để thương lượng. Ông ấy nói thêm rằng nếu bà từ chối, ông ấy đã được chỉ thị nhận trát hầu tòa thay mặt cho Lady Virginia.</w:t>
      </w:r>
    </w:p>
    <w:p>
      <w:pPr>
        <w:spacing w:after="80"/>
      </w:pPr>
      <w:r>
        <w:rPr>
          <w:b w:val="0"/>
          <w:i w:val="0"/>
        </w:rPr>
        <w:t>Ông ta đang bốc phét.</w:t>
      </w:r>
    </w:p>
    <w:p>
      <w:pPr>
        <w:spacing w:after="80"/>
      </w:pPr>
      <w:r>
        <w:rPr>
          <w:b w:val="0"/>
          <w:i w:val="0"/>
        </w:rPr>
        <w:t>Tôi có thể đảm bảo với bà, bà Grant, Ngài Edward không bốc phét.</w:t>
      </w:r>
    </w:p>
    <w:p>
      <w:pPr>
        <w:spacing w:after="80"/>
      </w:pPr>
      <w:r>
        <w:rPr>
          <w:b w:val="0"/>
          <w:i w:val="0"/>
        </w:rPr>
        <w:t>Vậy ông nghĩ tôi nên làm gì?</w:t>
      </w:r>
    </w:p>
    <w:p>
      <w:pPr>
        <w:spacing w:after="80"/>
      </w:pPr>
      <w:r>
        <w:rPr>
          <w:b w:val="0"/>
          <w:i w:val="0"/>
        </w:rPr>
        <w:t>Tôi hiểu vì sao bà muốn được hoàn trả đầy đủ. Tuy nhiên, nếu chúng ta đi theo con đường đó, có thể mất vài năm mới đạt được thỏa thuận, và như chúng ta đã biết, Lady Virginia có đủ tiền để trang trải chi phí pháp lý của mình, nên cuối cùng bà có thể chẳng thu được gì ngoài một hóa đơn pháp lý lớn của chính mình. Tôi không tin chắc đó là tiền của chính cô ta mà cô ta bỏ ra — tôi nghi ngờ cô ta đã nhờ anh trai mình, vị bá tước thứ mười, cứu giúp. Tuy nhiên, ngay cả Lord Fenwick cũng sẽ có giới hạn của mình. Goodman ngập ngừng. Và sau đó chúng ta phải xem xét tất cả các khía cạnh khác của vụ án này.</w:t>
      </w:r>
    </w:p>
    <w:p>
      <w:pPr>
        <w:spacing w:after="80"/>
      </w:pPr>
      <w:r>
        <w:rPr>
          <w:b w:val="0"/>
          <w:i w:val="0"/>
        </w:rPr>
        <w:t>Như những gì? Ellie May hỏi.</w:t>
      </w:r>
    </w:p>
    <w:p>
      <w:pPr>
        <w:spacing w:after="80"/>
      </w:pPr>
      <w:r>
        <w:rPr>
          <w:b w:val="0"/>
          <w:i w:val="0"/>
        </w:rPr>
        <w:t>Nếu vụ kiện được đưa ra tòa, Lady Virginia sẽ bị hủy hoại về tài chính, và có thể sẽ phải vào tù.</w:t>
      </w:r>
    </w:p>
    <w:p>
      <w:pPr>
        <w:spacing w:after="80"/>
      </w:pPr>
      <w:r>
        <w:rPr>
          <w:b w:val="0"/>
          <w:i w:val="0"/>
        </w:rPr>
        <w:t>Không gì làm tôi hài lòng hơn.</w:t>
      </w:r>
    </w:p>
    <w:p>
      <w:pPr>
        <w:spacing w:after="80"/>
      </w:pPr>
      <w:r>
        <w:rPr>
          <w:b w:val="0"/>
          <w:i w:val="0"/>
        </w:rPr>
        <w:t>Đồng thời, danh tiếng của chồng cô cũng sẽ bị tổn hại.</w:t>
      </w:r>
    </w:p>
    <w:p>
      <w:pPr>
        <w:spacing w:after="80"/>
      </w:pPr>
      <w:r>
        <w:rPr>
          <w:b w:val="0"/>
          <w:i w:val="0"/>
        </w:rPr>
        <w:t>Sao có thể như vậy được, khi anh ấy là người vô tội?</w:t>
      </w:r>
    </w:p>
    <w:p>
      <w:pPr>
        <w:spacing w:after="80"/>
      </w:pPr>
      <w:r>
        <w:rPr>
          <w:b w:val="0"/>
          <w:i w:val="0"/>
        </w:rPr>
        <w:t>Rõ ràng là, bà Grant, bà chưa từng trải qua cảnh báo chí Anh nổi cơn thịnh nộ.</w:t>
      </w:r>
    </w:p>
    <w:p>
      <w:pPr>
        <w:spacing w:after="80"/>
      </w:pPr>
      <w:r>
        <w:rPr>
          <w:b w:val="0"/>
          <w:i w:val="0"/>
        </w:rPr>
        <w:t>Tôi chẳng hiểu bà đang nói gì cả.</w:t>
      </w:r>
    </w:p>
    <w:p>
      <w:pPr>
        <w:spacing w:after="80"/>
      </w:pPr>
      <w:r>
        <w:rPr>
          <w:b w:val="0"/>
          <w:i w:val="0"/>
        </w:rPr>
        <w:t>Vậy để tôi cam đoan với bà, câu chuyện này sẽ được các tờ báo lá cải khai thác mãi không thôi, và tôi e rằng chồng bà sẽ chẳng ra khỏi đó với mùi hương hoa hồng đâu. Báo chí sẽ vẽ anh ta thành một kẻ ngốc ngây thơ, và là một kẻ bị cắm sừng.</w:t>
      </w:r>
    </w:p>
    <w:p>
      <w:pPr>
        <w:spacing w:after="80"/>
      </w:pPr>
      <w:r>
        <w:rPr>
          <w:b w:val="0"/>
          <w:i w:val="0"/>
        </w:rPr>
        <w:t>Thì cũng chẳng khác gì sự thật, Ellie May nói đầy khinh bỉ.</w:t>
      </w:r>
    </w:p>
    <w:p>
      <w:pPr>
        <w:spacing w:after="80"/>
      </w:pPr>
      <w:r>
        <w:rPr>
          <w:b w:val="0"/>
          <w:i w:val="0"/>
        </w:rPr>
        <w:t>Có thể lắm, bà Grant, nhưng đó có phải là điều bà muốn chia sẻ với cả thế giới không?</w:t>
      </w:r>
    </w:p>
    <w:p>
      <w:pPr>
        <w:spacing w:after="80"/>
      </w:pPr>
      <w:r>
        <w:rPr>
          <w:b w:val="0"/>
          <w:i w:val="0"/>
        </w:rPr>
        <w:t>Vậy giải pháp thay thế là gì? cô hỏi dồn.</w:t>
      </w:r>
    </w:p>
    <w:p>
      <w:pPr>
        <w:spacing w:after="80"/>
      </w:pPr>
      <w:r>
        <w:rPr>
          <w:b w:val="0"/>
          <w:i w:val="0"/>
        </w:rPr>
        <w:t>Theo ý kiến đã cân nhắc kỹ của tôi thì bà nên dàn xếp, dù điều đó có vẻ khó nuốt trôi. Tôi đề nghị bà chấp nhận lời đề nghị một triệu bảng, trở về Mỹ và gác lại toàn bộ trải nghiệm khó chịu này phía sau. Tuy nhiên, tôi muốn đề nghị một điều kiện: nếu Lady Virginia không thanh toán được bất kỳ khoản nào trong mười lần trả, bà ấy vẫn phải chịu trách nhiệm cho toàn bộ số tiền. Lord Goodman chờ phản hồi từ Ellie May nhưng cô vẫn im lặng. Nhưng bà là khách hàng, và đương nhiên tôi sẽ tuân theo chỉ dẫn của bà, dù chúng là gì đi nữa.</w:t>
      </w:r>
    </w:p>
    <w:p>
      <w:pPr>
        <w:spacing w:after="80"/>
      </w:pPr>
      <w:r>
        <w:rPr>
          <w:b w:val="0"/>
          <w:i w:val="0"/>
        </w:rPr>
        <w:t>Ông nội người Scotland quá cố của tôi, Duncan Campbell, từng nói: "Thà một đô-la trong ngân hàng còn hơn lời hứa về của hồi môn, cháu ạ."</w:t>
      </w:r>
    </w:p>
    <w:p>
      <w:pPr>
        <w:spacing w:after="80"/>
      </w:pPr>
      <w:r>
        <w:rPr>
          <w:b w:val="0"/>
          <w:i w:val="0"/>
        </w:rPr>
        <w:t>Có khi nào ông ấy là luật sư không? Goodman hỏi.</w:t>
      </w:r>
    </w:p>
    <w:p>
      <w:pPr>
        <w:jc w:val="center"/>
      </w:pPr>
      <w:r>
        <w:drawing>
          <wp:inline xmlns:a="http://schemas.openxmlformats.org/drawingml/2006/main" xmlns:pic="http://schemas.openxmlformats.org/drawingml/2006/picture">
            <wp:extent cx="304800" cy="85725"/>
            <wp:docPr id="50" name="Picture 5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Đây là một lời đề nghị tốt thật đấy, Knowles nói.</w:t>
      </w:r>
    </w:p>
    <w:p>
      <w:pPr>
        <w:spacing w:after="80"/>
      </w:pPr>
      <w:r>
        <w:rPr>
          <w:b w:val="0"/>
          <w:i w:val="0"/>
        </w:rPr>
        <w:t>Có lẽ tốt quá mức một chút, Sloane nói.</w:t>
      </w:r>
    </w:p>
    <w:p>
      <w:pPr>
        <w:spacing w:after="80"/>
      </w:pPr>
      <w:r>
        <w:rPr>
          <w:b w:val="0"/>
          <w:i w:val="0"/>
        </w:rPr>
        <w:t>Anh đang ám chỉ điều gì vậy?</w:t>
      </w:r>
    </w:p>
    <w:p>
      <w:pPr>
        <w:spacing w:after="80"/>
      </w:pPr>
      <w:r>
        <w:rPr>
          <w:b w:val="0"/>
          <w:i w:val="0"/>
        </w:rPr>
        <w:t>Như anh biết đấy, Jim, tôi vốn bản tính đa nghi. Mellor có thể đang bị giam trong tù, nhưng điều đó không có nghĩa là hắn nằm dài trên giường cả ngày mà thương hại bản thân. Đừng quên Belmarsh giam giữ vài tên tội phạm hàng đầu của đất nước, và chúng sẽ rất sẵn lòng cố vấn cho một kẻ mà chúng nghĩ là có tiền.</w:t>
      </w:r>
    </w:p>
    <w:p>
      <w:pPr>
        <w:spacing w:after="80"/>
      </w:pPr>
      <w:r>
        <w:rPr>
          <w:b w:val="0"/>
          <w:i w:val="0"/>
        </w:rPr>
        <w:t>Nhưng giống như hắn, tất cả bọn chúng đều bị giam cả rồi.</w:t>
      </w:r>
    </w:p>
    <w:p>
      <w:pPr>
        <w:spacing w:after="80"/>
      </w:pPr>
      <w:r>
        <w:rPr>
          <w:b w:val="0"/>
          <w:i w:val="0"/>
        </w:rPr>
        <w:t>Đúng vậy, nhưng chỉ cần nhớ rằng Mellors từng một lần gài bẫy tôi và suýt nữa thì thành công.</w:t>
      </w:r>
    </w:p>
    <w:p>
      <w:pPr>
        <w:spacing w:after="80"/>
      </w:pPr>
      <w:r>
        <w:rPr>
          <w:b w:val="0"/>
          <w:i w:val="0"/>
        </w:rPr>
        <w:t>Nhưng gã Sorkin này đang gửi máy bay riêng đến đón chúng ta để có thể dành cả cuối tuần trên du thuyền của hắn ở Cap Ferrat. Cô còn đòi hỏi gì hơn nữa?</w:t>
      </w:r>
    </w:p>
    <w:p>
      <w:pPr>
        <w:spacing w:after="80"/>
      </w:pPr>
      <w:r>
        <w:rPr>
          <w:b w:val="0"/>
          <w:i w:val="0"/>
        </w:rPr>
        <w:t>Tôi ghét máy bay, và không tin tưởng những kẻ sở hữu du thuyền. Hơn nữa, chưa ai trong City từng nghe nói đến Conrad Sorkin.</w:t>
      </w:r>
    </w:p>
    <w:p>
      <w:pPr>
        <w:spacing w:after="80"/>
      </w:pPr>
      <w:r>
        <w:rPr>
          <w:b w:val="0"/>
          <w:i w:val="0"/>
        </w:rPr>
        <w:t>Tôi lúc nào chẳng có thể tự đi một mình.</w:t>
      </w:r>
    </w:p>
    <w:p>
      <w:pPr>
        <w:spacing w:after="80"/>
      </w:pPr>
      <w:r>
        <w:rPr>
          <w:b w:val="0"/>
          <w:i w:val="0"/>
        </w:rPr>
        <w:t>Tuyệt đối không, Sloane nói. Cả hai chúng ta sẽ đi. Nhưng nếu tôi chỉ cần cảm thấy trong một giây rằng Sorkin không phải như hắn tự nhận, chúng ta sẽ lên chuyến bay kế tiếp để quay về, và không phải trên máy bay riêng của hắn.</w:t>
      </w:r>
    </w:p>
    <w:p>
      <w:pPr>
        <w:jc w:val="center"/>
      </w:pPr>
      <w:r>
        <w:drawing>
          <wp:inline xmlns:a="http://schemas.openxmlformats.org/drawingml/2006/main" xmlns:pic="http://schemas.openxmlformats.org/drawingml/2006/picture">
            <wp:extent cx="304800" cy="85725"/>
            <wp:docPr id="51" name="Picture 5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Virginia nhận được lá thư từ luật sư của mình xác nhận rằng bà Ellie May Grant đã chấp nhận lời đề nghị của cô, cô không chắc mình nên phản ứng thế nào. Suy cho cùng, với 230,000 trong tay, cô có thể sống một cuộc đời đủ đầy thoải mái, rong ruổi khắp châu Âu, ở nhờ bạn bè. Nhưng cô thú nhận với Bofie rằng cô sẽ nhớ London, Ascot, Wimbledon, Glyndebourne, bữa tiệc trong vườn hoàng gia, lễ hội Proms, Annabels và Harrys Bar, đặc biệt là khi tất cả những người bạn châu Âu của cô đều đã quay về London cho mùa lễ hội.</w:t>
      </w:r>
    </w:p>
    <w:p>
      <w:pPr>
        <w:spacing w:after="80"/>
      </w:pPr>
      <w:r>
        <w:rPr>
          <w:b w:val="0"/>
          <w:i w:val="0"/>
        </w:rPr>
        <w:t>Dù đã gửi tấm séc trị giá 230,000 vào ngân hàng Coutts, Virginia vẫn chấp nhận rằng nếu cô thực hiện đúng thỏa thuận của mình, số tiền sẽ cạn kiệt trong vài năm, và cô tự hỏi liệu mình có đang chỉ trì hoãn chuyến đi không thể tránh khỏi đến Argentina hay không. Nhưng mặt khác, có lẽ trong lúc đó sẽ có điều gì khác xuất hiện, và cô vẫn còn đến ngày 13 tháng Tư trước khi phải đưa ra quyết định cuối cùng.</w:t>
      </w:r>
    </w:p>
    <w:p>
      <w:pPr>
        <w:spacing w:after="80"/>
      </w:pPr>
      <w:r>
        <w:rPr>
          <w:b w:val="0"/>
          <w:i w:val="0"/>
        </w:rPr>
        <w:t>Sau khi đổi ý vài lần, Virginia miễn cưỡng trao 100,000 đầu tiên cho luật sư của mình vào ngày 13 tháng Tư, đồng thời thanh toán hết các khoản nợ nhỏ, khoản vay và chi phí pháp lý, để lại cho cô 114,000 trong tài khoản vãng lai. Anh trai cô tiếp tục chu cấp cho cô một khoản trợ cấp 2,000 mỗi tháng, một con số đã giảm từ 4,000 khi cô bỏ rơi Freddie. Virginia chưa từng đọc phần chữ nhỏ trong di chúc của cha mình. Và nếu Archie mà phát hiện ra khoản tiền bất ngờ của cô, cô nghi ngờ rằng ông sẽ cắt đứt cô mà không cho thêm một xu nào.</w:t>
      </w:r>
    </w:p>
    <w:p>
      <w:pPr>
        <w:spacing w:after="80"/>
      </w:pPr>
      <w:r>
        <w:rPr>
          <w:b w:val="0"/>
          <w:i w:val="0"/>
        </w:rPr>
        <w:t>Sáng hôm sau, cô quay lại Coutts và đổi một tấm séc trị giá 10,000. Cô đặt số tiền vào một chiếc túi Swan and Edgar, đúng như Mellor đã dặn, bước ra phố Strand và vẫy một chiếc taxi. Cô không biết Bảo tàng Khoa học ở đâu nhưng tin chắc rằng bác tài sẽ biết. Hai mươi phút sau, cô đang đứng bên ngoài một tòa nhà thời Victoria tráng lệ trên đường Exhibition Road.</w:t>
      </w:r>
    </w:p>
    <w:p>
      <w:pPr>
        <w:spacing w:after="80"/>
      </w:pPr>
      <w:r>
        <w:rPr>
          <w:b w:val="0"/>
          <w:i w:val="0"/>
        </w:rPr>
        <w:t>Cô bước vào bảo tàng và đi đến quầy thông tin, nơi một người phụ nữ trẻ chỉ cho cô hướng đến Stephensons Rocket. Virginia sải bước qua Sảnh Năng lượng, Phòng trưng bày Không gian và vào khu Making the Modern World mà không hề quay lại nhìn bất kỳ hiện vật độc đáo nào xung quanh mình.</w:t>
      </w:r>
    </w:p>
    <w:p>
      <w:pPr>
        <w:spacing w:after="80"/>
      </w:pPr>
      <w:r>
        <w:rPr>
          <w:b w:val="0"/>
          <w:i w:val="0"/>
        </w:rPr>
        <w:t>Cô phát hiện ra cô gái tóc vàng hoe đang đứng cạnh một chiếc đầu máy hơi nước cũ, xung quanh là lũ trẻ. Hai người phụ nữ không hề nhận ra nhau. Virginia chỉ đơn giản đặt chiếc túi xuống sàn bên cạnh, quay người và rời khỏi bảo tàng nhanh như khi cô bước vào.</w:t>
      </w:r>
    </w:p>
    <w:p>
      <w:pPr>
        <w:spacing w:after="80"/>
      </w:pPr>
      <w:r>
        <w:rPr>
          <w:b w:val="0"/>
          <w:i w:val="0"/>
        </w:rPr>
        <w:t>Hai mươi phút sau, cô đang ngồi trong Harrys Bar thưởng thức một ly Martini khô. Một chàng trai trẻ đẹp ngồi một mình ở quầy bar mỉm cười với cô. Cô đáp lại nụ cười của anh ta.</w:t>
      </w:r>
    </w:p>
    <w:p>
      <w:pPr>
        <w:jc w:val="center"/>
      </w:pPr>
      <w:r>
        <w:drawing>
          <wp:inline xmlns:a="http://schemas.openxmlformats.org/drawingml/2006/main" xmlns:pic="http://schemas.openxmlformats.org/drawingml/2006/picture">
            <wp:extent cx="304800" cy="85725"/>
            <wp:docPr id="52" name="Picture 5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Virginia đến thăm Belmarsh vào Chủ nhật hôm sau, cô nhẹ nhõm phát hiện ra rằng Desmond Mellor thậm chí không biết mẹ mình có một bộ sưu tập nghệ thuật, và rõ ràng chưa từng nghe nói đến L.S. Lowry. Ông ta đã chu cấp cho bà cụ một khoản trợ cấp hàng tháng nhỏ, nhưng thú nhận rằng ông đã không đến thăm Salford trong nhiều năm.</w:t>
      </w:r>
    </w:p>
    <w:p>
      <w:pPr>
        <w:spacing w:after="80"/>
      </w:pPr>
      <w:r>
        <w:rPr>
          <w:b w:val="0"/>
          <w:i w:val="0"/>
        </w:rPr>
        <w:t>Tôi đã bán đống đồ lặt vặt của bà ấy được bốn trăm bảng, Virginia nói với ông ta. Ông muốn tôi làm gì với số tiền này?</w:t>
      </w:r>
    </w:p>
    <w:p>
      <w:pPr>
        <w:spacing w:after="80"/>
      </w:pPr>
      <w:r>
        <w:rPr>
          <w:b w:val="0"/>
          <w:i w:val="0"/>
        </w:rPr>
        <w:t>Cứ coi đó là một khoản thưởng. Sáng nay tôi nghe nói rằng buổi nhận hàng diễn ra suôn sẻ, tôi rất biết ơn vì điều đó. Ông liếc nhìn Nash đang ở phía bên kia phòng, người đang có cuộc họp hàng tháng với cô gái tóc vàng hoe. Họ không một lần nhìn về phía ông.</w:t>
      </w:r>
    </w:p>
    <w:p>
      <w:pPr>
        <w:pStyle w:val="Heading1"/>
        <w:jc w:val="center"/>
      </w:pPr>
      <w:r>
        <w:rPr>
          <w:rFonts w:ascii="Calibri" w:hAnsi="Calibri"/>
          <w:b/>
          <w:i w:val="0"/>
          <w:sz w:val="40"/>
        </w:rPr>
        <w:t>14</w:t>
      </w:r>
    </w:p>
    <w:p>
      <w:pPr>
        <w:spacing w:after="80"/>
      </w:pPr>
      <w:r>
        <w:rPr>
          <w:b w:val="0"/>
          <w:i w:val="0"/>
        </w:rPr>
        <w:t>ADRIAN SLOANE miễn cưỡng thừa nhận rằng được đưa tới miền Nam nước Pháp bằng một chiếc Learjet là điều anh có thể quen dần. Jim Knowles đồng ý. Một cô tiếp viên trẻ, trông chẳng giống người am hiểu lắm về an toàn hàng không, rót thêm cho họ một ly champagne.</w:t>
      </w:r>
    </w:p>
    <w:p>
      <w:pPr>
        <w:spacing w:after="80"/>
      </w:pPr>
      <w:r>
        <w:rPr>
          <w:b w:val="0"/>
          <w:i w:val="0"/>
        </w:rPr>
        <w:t>Đừng lơi lỏng, dù chỉ một giây, Sloane nói, từ chối ly rượu. Chúng ta vẫn chưa biết Sorkin mong đợi gì cho số tiền của ông ta.</w:t>
      </w:r>
    </w:p>
    <w:p>
      <w:pPr>
        <w:spacing w:after="80"/>
      </w:pPr>
      <w:r>
        <w:rPr>
          <w:b w:val="0"/>
          <w:i w:val="0"/>
        </w:rPr>
        <w:t>Sao phải bận tâm, Knowles nói, miễn là giá cả hợp lý?</w:t>
      </w:r>
    </w:p>
    <w:p>
      <w:pPr>
        <w:spacing w:after="80"/>
      </w:pPr>
      <w:r>
        <w:rPr>
          <w:b w:val="0"/>
          <w:i w:val="0"/>
        </w:rPr>
        <w:t>Khi máy bay lăn bánh tới vị trí đỗ tại sân bay Nice Côte d'Azur, Sloane nhìn ra cửa sổ và thấy một chiếc Bentley Continental đang đợi họ trên đường băng. Họ leo vào ghế sau — không kiểm tra hộ chiếu, không xếp hàng, không hải quan. Rõ ràng là Conrad Sorkin biết phải bôi trơn những bàn tay nào.</w:t>
      </w:r>
    </w:p>
    <w:p>
      <w:pPr>
        <w:spacing w:after="80"/>
      </w:pPr>
      <w:r>
        <w:rPr>
          <w:b w:val="0"/>
          <w:i w:val="0"/>
        </w:rPr>
        <w:t>Bến cảng chật kín những chiếc du thuyền sáng bóng chen chúc nhau. Chỉ có một chiếc có bến đỗ riêng, và đó là nơi chiếc Bentley dừng lại. Một thủy thủ ăn mặc chỉnh tề mở cửa sau trong khi hai người khác lấy hành lý từ cốp xe. Khi Sloane bước lên cầu thang rộng, anh để ý thấy một lá cờ Panama khẽ tung bay trong gió ở đuôi du thuyền. Khi họ bước lên tàu, một sĩ quan trong bộ đồ trắng toát chào họ và tự giới thiệu mình là quản lý khoang.</w:t>
      </w:r>
    </w:p>
    <w:p>
      <w:pPr>
        <w:spacing w:after="80"/>
      </w:pPr>
      <w:r>
        <w:rPr>
          <w:b w:val="0"/>
          <w:i w:val="0"/>
        </w:rPr>
        <w:t>Chào mừng lên tàu, ông ta nói với giọng Anh dứt khoát. Tôi sẽ đưa quý vị tới cabin. Bữa tối sẽ được phục vụ lúc tám giờ trên boong trên, nhưng đừng ngần ngại gọi tôi nếu quý vị cần bất cứ điều gì trước đó.</w:t>
      </w:r>
    </w:p>
    <w:p>
      <w:pPr>
        <w:spacing w:after="80"/>
      </w:pPr>
      <w:r>
        <w:rPr>
          <w:b w:val="0"/>
          <w:i w:val="0"/>
        </w:rPr>
        <w:t>Điều đầu tiên Sloane để ý khi bước vào phòng riêng là một chiếc cặp táp màu đen đặt giữa chiếc giường đôi. Anh ngập ngừng bật nắp ra, để lộ từng hàng từng hàng những tờ năm mươi bảng Anh xếp gọn gàng. Anh ngồi xuống mép giường và đếm chậm rãi. Hai mươi nghìn bảng — một phần trăm giá chào mua trả trước? Anh đóng nắp lại và đẩy chiếc cặp xuống gầm giường.</w:t>
      </w:r>
    </w:p>
    <w:p>
      <w:pPr>
        <w:spacing w:after="80"/>
      </w:pPr>
      <w:r>
        <w:rPr>
          <w:b w:val="0"/>
          <w:i w:val="0"/>
        </w:rPr>
        <w:t>Sloane lẻn ra khỏi phòng và bước vào cabin bên cạnh mà không gõ cửa. Knowles đang đếm tiền của mình.</w:t>
      </w:r>
    </w:p>
    <w:p>
      <w:pPr>
        <w:spacing w:after="80"/>
      </w:pPr>
      <w:r>
        <w:rPr>
          <w:b w:val="0"/>
          <w:i w:val="0"/>
        </w:rPr>
        <w:t>Bao nhiêu? Sloane hỏi.</w:t>
      </w:r>
    </w:p>
    <w:p>
      <w:pPr>
        <w:spacing w:after="80"/>
      </w:pPr>
      <w:r>
        <w:rPr>
          <w:b w:val="0"/>
          <w:i w:val="0"/>
        </w:rPr>
        <w:t>Mười nghìn.</w:t>
      </w:r>
    </w:p>
    <w:p>
      <w:pPr>
        <w:spacing w:after="80"/>
      </w:pPr>
      <w:r>
        <w:rPr>
          <w:b w:val="0"/>
          <w:i w:val="0"/>
        </w:rPr>
        <w:t>Chỉ nửa phần trăm. Sloane mỉm cười. Sorkin đã nghiên cứu kỹ, và đã sớm xác định được ai trong số họ sẽ là người chốt thương vụ.</w:t>
      </w:r>
    </w:p>
    <w:p>
      <w:pPr>
        <w:spacing w:after="80"/>
      </w:pPr>
      <w:r>
        <w:rPr>
          <w:b w:val="0"/>
          <w:i w:val="0"/>
        </w:rPr>
        <w:t>Sloane quay về cabin, cởi đồ và tắm, rồi nằm xuống giường và nhắm mắt. Anh phớt lờ chai champagne trong xô đá bên cạnh giường. Anh cần tập trung. Suy cho cùng, đây có thể là thương vụ không chỉ quyết định khi nào anh nghỉ hưu, mà còn quyết định lương hưu của anh sẽ là bao nhiêu.</w:t>
      </w:r>
    </w:p>
    <w:p>
      <w:pPr>
        <w:jc w:val="center"/>
      </w:pPr>
      <w:r>
        <w:drawing>
          <wp:inline xmlns:a="http://schemas.openxmlformats.org/drawingml/2006/main" xmlns:pic="http://schemas.openxmlformats.org/drawingml/2006/picture">
            <wp:extent cx="304800" cy="85725"/>
            <wp:docPr id="53" name="Picture 5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Lúc năm giờ kém tám, có tiếng gõ nhẹ lên cửa. Sloane nhìn vào gương và chỉnh lại chiếc nơ cổ trước khi mở cửa, thấy một người phục vụ đang đợi.</w:t>
      </w:r>
    </w:p>
    <w:p>
      <w:pPr>
        <w:spacing w:after="80"/>
      </w:pPr>
      <w:r>
        <w:rPr>
          <w:b w:val="0"/>
          <w:i w:val="0"/>
        </w:rPr>
        <w:t>Ông Sorkin mong ông và ông Knowles cùng ông ấy dùng một ly, anh ta nói, rồi dẫn họ lên một cầu thang rộng.</w:t>
      </w:r>
    </w:p>
    <w:p>
      <w:pPr>
        <w:spacing w:after="80"/>
      </w:pPr>
      <w:r>
        <w:rPr>
          <w:b w:val="0"/>
          <w:i w:val="0"/>
        </w:rPr>
        <w:t>Vị chủ nhà đang đứng trên boong trên chờ đón khách. Sau khi tự giới thiệu, ông mời họ một ly champagne. Conrad Sorkin hoàn toàn không như Sloane tưởng tượng; cao ráo, thanh lịch, với vẻ tự tin thư thái đến từ thành công hoặc dòng dõi. Ông nói với chút giọng Nam Phi và nhanh chóng khiến khách cảm thấy thoải mái. Khó đoán tuổi ông, Sloane nghĩ, có lẽ năm mươi, năm mươi lăm. Sau vài câu hỏi được cân nhắc kỹ lưỡng, anh phát hiện Sorkin sinh ra ở Cape Town và học tại Stanford. Tuy nhiên, bức tượng bán thân nhỏ bằng đồng của Napoleon đặt trên tủ bên cạnh sau lưng ông đã hé lộ một điểm yếu tiềm tàng.</w:t>
      </w:r>
    </w:p>
    <w:p>
      <w:pPr>
        <w:spacing w:after="80"/>
      </w:pPr>
      <w:r>
        <w:rPr>
          <w:b w:val="0"/>
          <w:i w:val="0"/>
        </w:rPr>
        <w:t>Vậy giờ ông sống ở đâu? Sloane hỏi, vừa nghịch ly champagne.</w:t>
      </w:r>
    </w:p>
    <w:p>
      <w:pPr>
        <w:spacing w:after="80"/>
      </w:pPr>
      <w:r>
        <w:rPr>
          <w:b w:val="0"/>
          <w:i w:val="0"/>
        </w:rPr>
        <w:t>Con tàu này là nhà của tôi. Nó có mọi thứ tôi cần, lại thêm cái lợi là tôi không phải đóng thuế.</w:t>
      </w:r>
    </w:p>
    <w:p>
      <w:pPr>
        <w:spacing w:after="80"/>
      </w:pPr>
      <w:r>
        <w:rPr>
          <w:b w:val="0"/>
          <w:i w:val="0"/>
        </w:rPr>
        <w:t>Chẳng phải hơi gò bó sao? Knowles hỏi.</w:t>
      </w:r>
    </w:p>
    <w:p>
      <w:pPr>
        <w:spacing w:after="80"/>
      </w:pPr>
      <w:r>
        <w:rPr>
          <w:b w:val="0"/>
          <w:i w:val="0"/>
        </w:rPr>
        <w:t>Không, thực ra thì ngược lại. Tôi đúng nghĩa là tận hưởng những gì tốt nhất của mọi thế giới. Tôi có thể ghé thăm bất kỳ cảng nào tôi chọn, và chừng nào tôi không ở lại quá ba mươi ngày thì nhà chức trách chẳng để ý gì đến tôi. Và tôi nghĩ công bằng mà nói thì con tàu này có đủ mọi thứ mà một thành phố lớn có thể mang lại, kể cả một đầu bếp mà tôi đã "cuỗm" từ khách sạn Savoy. Vậy, các quý ông, ta vào dùng bữa tối chứ?</w:t>
      </w:r>
    </w:p>
    <w:p>
      <w:pPr>
        <w:spacing w:after="80"/>
      </w:pPr>
      <w:r>
        <w:rPr>
          <w:b w:val="0"/>
          <w:i w:val="0"/>
        </w:rPr>
        <w:t>Sloane ngồi xuống bên phải người chủ nhà. Anh nghe thấy tiếng động cơ khởi động.</w:t>
      </w:r>
    </w:p>
    <w:p>
      <w:pPr>
        <w:spacing w:after="80"/>
      </w:pPr>
      <w:r>
        <w:rPr>
          <w:b w:val="0"/>
          <w:i w:val="0"/>
        </w:rPr>
        <w:t>Tôi đã bảo thuyền trưởng cho tàu chạy chậm quanh vịnh. Tôi nghĩ các anh sẽ thấy ánh đèn của cảng Nice làm phông nền tuyệt đẹp, Sorkin nói. Một người phục vụ rót đầy ly của họ bằng vang trắng, trong khi một người khác đặt trước mặt họ một đĩa cá hồi ướp muối (gravlax).</w:t>
      </w:r>
    </w:p>
    <w:p>
      <w:pPr>
        <w:spacing w:after="80"/>
      </w:pPr>
      <w:r>
        <w:rPr>
          <w:b w:val="0"/>
          <w:i w:val="0"/>
        </w:rPr>
        <w:t>Sorkin khoe rằng cá bơn và bò Angus đã được lấy từ Grimsby và Aberdeen chỉ vài giờ trước khi họ lên máy bay riêng của ông ta chiều hôm đó. Sloane phải thừa nhận rằng anh có thể đang dùng bữa ở một trong những nhà hàng ngon nhất London, và chất lượng rượu vang khiến anh muốn ly của mình lúc nào cũng được rót đầy. Tuy vậy, anh tự giới hạn mình ở vài ly, trong khi chờ Sorkin đề cập đến lý do họ có mặt ở đây.</w:t>
      </w:r>
    </w:p>
    <w:p>
      <w:pPr>
        <w:spacing w:after="80"/>
      </w:pPr>
      <w:r>
        <w:rPr>
          <w:b w:val="0"/>
          <w:i w:val="0"/>
        </w:rPr>
        <w:t>Sau khi món cuối cùng được dọn đi, và brandy, rượu port cùng xì gà được mời, đội ngũ nhân viên lặng lẽ rút lui.</w:t>
      </w:r>
    </w:p>
    <w:p>
      <w:pPr>
        <w:spacing w:after="80"/>
      </w:pPr>
      <w:r>
        <w:rPr>
          <w:b w:val="0"/>
          <w:i w:val="0"/>
        </w:rPr>
        <w:t>Ta vào việc chứ? Sorkin nói, sau khi châm xì gà và hút vài hơi.</w:t>
      </w:r>
    </w:p>
    <w:p>
      <w:pPr>
        <w:spacing w:after="80"/>
      </w:pPr>
      <w:r>
        <w:rPr>
          <w:b w:val="0"/>
          <w:i w:val="0"/>
        </w:rPr>
        <w:t>Sloane nhấp một ngụm rượu port còn Knowles tự rót cho mình ly brandy.</w:t>
      </w:r>
    </w:p>
    <w:p>
      <w:pPr>
        <w:spacing w:after="80"/>
      </w:pPr>
      <w:r>
        <w:rPr>
          <w:b w:val="0"/>
          <w:i w:val="0"/>
        </w:rPr>
        <w:t>Theo tôi thấy, Sorkin nói, hiện giờ các anh đang kiểm soát một công ty có vài tài sản lớn, và dù ông Mellor vẫn sở hữu năm mươi mốt phần trăm cổ phần, chừng nào ông ta còn trong tù thì không thể tham gia vào bất kỳ quyết định nào của hội đồng quản trị.</w:t>
      </w:r>
    </w:p>
    <w:p>
      <w:pPr>
        <w:spacing w:after="80"/>
      </w:pPr>
      <w:r>
        <w:rPr>
          <w:b w:val="0"/>
          <w:i w:val="0"/>
        </w:rPr>
        <w:t>Tôi thấy ông đã làm bài tập về nhà rồi, Sloane nói, trước khi hút một hơi xì gà. Nhưng ông quan tâm đến những tài sản cụ thể nào, ông Sorkin?</w:t>
      </w:r>
    </w:p>
    <w:p>
      <w:pPr>
        <w:spacing w:after="80"/>
      </w:pPr>
      <w:r>
        <w:rPr>
          <w:b w:val="0"/>
          <w:i w:val="0"/>
        </w:rPr>
        <w:t>Cứ gọi tôi là Conrad. Để tôi nói rõ là tôi không hề có ý định thâu tóm Mellor Travel. Tuy nhiên, công ty có bốn mươi hai đại lý du lịch nằm ở vị trí đẹp trên các phố lớn khắp nước Anh. Những bất động sản đó có giá trị sổ sách chưa đến hai triệu bảng. Nhưng nếu ta đem bán riêng lẻ từng cái, tôi ước tính giá trị thực của chúng gần sáu, thậm chí có thể bảy triệu.</w:t>
      </w:r>
    </w:p>
    <w:p>
      <w:pPr>
        <w:spacing w:after="80"/>
      </w:pPr>
      <w:r>
        <w:rPr>
          <w:b w:val="0"/>
          <w:i w:val="0"/>
        </w:rPr>
        <w:t>Nhưng, Sloane ngắt lời, nếu ta bán đi tài sản lớn nhất thì Mellor Travel sẽ chỉ còn là một cái vỏ rỗng, không thể thực hiện hoạt động kinh doanh cốt lõi. Tôi chắc ông biết Thomas Cook đã đưa ra cho chúng tôi lời đề nghị hai triệu cho công ty, và nói rõ là họ sẽ không sa thải nhân viên nào hay bán đi bất kỳ bất động sản nào.</w:t>
      </w:r>
    </w:p>
    <w:p>
      <w:pPr>
        <w:spacing w:after="80"/>
      </w:pPr>
      <w:r>
        <w:rPr>
          <w:b w:val="0"/>
          <w:i w:val="0"/>
        </w:rPr>
        <w:t>Và hai triệu đó sẽ được trả cho một công ty do Cook điều hành cho đến khi Desmond Mellor ra tù, nên điều tốt nhất mà mỗi người trong các anh có thể hy vọng chỉ là một gói trợ cấp thôi việc tử tế. Đó là lý do tôi sẵn sàng san bằng đề nghị của Cook, nhưng với một khác biệt tinh tế. Hai triệu của tôi sẽ được gửi vào ngân hàng do các anh chọn, ở thành phố do các anh chọn.</w:t>
      </w:r>
    </w:p>
    <w:p>
      <w:pPr>
        <w:spacing w:after="80"/>
      </w:pPr>
      <w:r>
        <w:rPr>
          <w:b w:val="0"/>
          <w:i w:val="0"/>
        </w:rPr>
        <w:t>Nhưng Ngân hàng Trung ương Anh (Bank of England)... Sloane bắt đầu.</w:t>
      </w:r>
    </w:p>
    <w:p>
      <w:pPr>
        <w:spacing w:after="80"/>
      </w:pPr>
      <w:r>
        <w:rPr>
          <w:b w:val="0"/>
          <w:i w:val="0"/>
        </w:rPr>
        <w:t>Adrian, Ngân hàng Trung ương Anh đúng là một cơ quan quyền lực, nhưng tôi có thể kể ra hai mươi ba quốc gia mà nó không có thẩm quyền, thậm chí không có hiệp định song phương. Tất cả những gì các anh phải làm là thuyết phục hội đồng quản trị chấp nhận đề nghị của tôi thay vì của Cook. Vì công ty chỉ có năm giám đốc, và một trong số đó không thể dự họp hội đồng, điều đó hẳn không quá khó để đạt được từ lâu trước khi ông Mellor được thả - mà theo tôi hiểu thì chưa sắp xảy ra đâu.</w:t>
      </w:r>
    </w:p>
    <w:p>
      <w:pPr>
        <w:spacing w:after="80"/>
      </w:pPr>
      <w:r>
        <w:rPr>
          <w:b w:val="0"/>
          <w:i w:val="0"/>
        </w:rPr>
        <w:t>Sloane nói: "Ngài đúng là người nắm rõ mọi chuyện."</w:t>
      </w:r>
    </w:p>
    <w:p>
      <w:pPr>
        <w:spacing w:after="80"/>
      </w:pPr>
      <w:r>
        <w:rPr>
          <w:b w:val="0"/>
          <w:i w:val="0"/>
        </w:rPr>
        <w:t>Cứ cho là chúng tôi có những mối quan hệ ở đúng những nơi cần thiết, cùng nguồn tin nội bộ giúp tôi luôn đi trước các đối thủ.</w:t>
      </w:r>
    </w:p>
    <w:p>
      <w:pPr>
        <w:spacing w:after="80"/>
      </w:pPr>
      <w:r>
        <w:rPr>
          <w:b w:val="0"/>
          <w:i w:val="0"/>
        </w:rPr>
        <w:t>Sloane nói: "Nếu tôi chấp nhận các điều khoản của ngài, thì số tiền mặt tôi tìm thấy trong phòng mình có phải là khoản đặt cọc một phần trăm cho hai triệu mà ngài đang đề nghị không?"</w:t>
      </w:r>
    </w:p>
    <w:p>
      <w:pPr>
        <w:spacing w:after="80"/>
      </w:pPr>
      <w:r>
        <w:rPr>
          <w:b w:val="0"/>
          <w:i w:val="0"/>
        </w:rPr>
        <w:t>Knowles cau mày.</w:t>
      </w:r>
    </w:p>
    <w:p>
      <w:pPr>
        <w:spacing w:after="80"/>
      </w:pPr>
      <w:r>
        <w:rPr>
          <w:b w:val="0"/>
          <w:i w:val="0"/>
        </w:rPr>
        <w:t>Sorkin nói: "Dĩ nhiên không phải. Hãy coi đó chẳng qua chỉ là tấm danh thiếp để chứng minh uy tín của tôi."</w:t>
      </w:r>
    </w:p>
    <w:p>
      <w:pPr>
        <w:spacing w:after="80"/>
      </w:pPr>
      <w:r>
        <w:rPr>
          <w:b w:val="0"/>
          <w:i w:val="0"/>
        </w:rPr>
        <w:t>Sloane uống cạn ly rượu port rồi chờ được rót đầy lại, trước khi nói: "Vài tuần nữa chúng tôi có cuộc họp hội đồng quản trị, Conrad ạ, và ngài có thể yên tâm rằng tôi cùng các giám đốc đồng nghiệp sẽ xem xét đề nghị của ngài rất nghiêm túc."</w:t>
      </w:r>
    </w:p>
    <w:p>
      <w:pPr>
        <w:spacing w:after="80"/>
      </w:pPr>
      <w:r>
        <w:rPr>
          <w:b w:val="0"/>
          <w:i w:val="0"/>
        </w:rPr>
        <w:t>Chủ tịch của Mellor Travel ngả người ra sau và lần đầu tiên thấy thư giãn, cho phép mình thưởng thức ly rượu port, tin chắc rằng mình đã nắm được con người Sorkin và rằng hai triệu có thể coi như một mức giá mở màn. Ông đã quyết định sẵn con số mình sẽ chấp nhận, nhưng sẽ đợi đến bữa sáng mới đưa ra nước đi tiếp theo.</w:t>
      </w:r>
    </w:p>
    <w:p>
      <w:pPr>
        <w:spacing w:after="80"/>
      </w:pPr>
      <w:r>
        <w:rPr>
          <w:b w:val="0"/>
          <w:i w:val="0"/>
        </w:rPr>
        <w:t>Knowles trông có vẻ thất vọng, quá hiểu rõ rằng Sloane đang cố níu kéo để có một khoản tiền lớn hơn. Đó cũng chính là sai lầm mà ông ta từng mắc khi Hakim Bishara đấu giá Farthings, và cuối cùng họ đã mất thương vụ. Knowles sẽ không để ông ta phạm lại sai lầm đó lần thứ hai. Suy cho cùng, ông cho rằng đề nghị của Sorkin đã là quá đủ, chẳng cần phải tham lam. Đó là điểm yếu lớn nhất của Sloane.</w:t>
      </w:r>
    </w:p>
    <w:p>
      <w:pPr>
        <w:spacing w:after="80"/>
      </w:pPr>
      <w:r>
        <w:rPr>
          <w:b w:val="0"/>
          <w:i w:val="0"/>
        </w:rPr>
        <w:t>Sloane nói: "Tôi nghĩ mình đi nghỉ đây," rồi chậm rãi đứng dậy khỏi chỗ ngồi, vì cảm thấy đêm nay không thể đạt được gì thêm nữa. "Chúc ngủ ngon, Conrad. Tôi sẽ suy nghĩ về đề nghị của ngài. Có lẽ sáng mai chúng ta nói chuyện lại."</w:t>
      </w:r>
    </w:p>
    <w:p>
      <w:pPr>
        <w:spacing w:after="80"/>
      </w:pPr>
      <w:r>
        <w:rPr>
          <w:b w:val="0"/>
          <w:i w:val="0"/>
        </w:rPr>
        <w:t>Sorkin nói: "Tôi rất mong điều đó," khi Sloane loạng choạng bước về phía cửa. Knowles không có ý định đi cùng ông, điều khiến Sloane bực mình, nhưng ông không nói gì.</w:t>
      </w:r>
    </w:p>
    <w:p>
      <w:pPr>
        <w:spacing w:after="80"/>
      </w:pPr>
      <w:r>
        <w:rPr>
          <w:b w:val="0"/>
          <w:i w:val="0"/>
        </w:rPr>
        <w:t>Sloane phải bám vào tay vịn khi chậm rãi bước xuống cầu thang. Ông mừng khi thấy người quản lý khoang hành khách đang đợi mình ở boong dưới, vì ông không chắc mình có thể tự tìm được đường về cabin. Có lẽ ông không nên uống nhiều rượu port đến thế sau ngần ấy loại vang hảo hạng. Nhưng bao giờ ông mới lại được mời ly thứ ba, hay là thứ tư nhỉ, rượu Taylors 24?</w:t>
      </w:r>
    </w:p>
    <w:p>
      <w:pPr>
        <w:spacing w:after="80"/>
      </w:pPr>
      <w:r>
        <w:rPr>
          <w:b w:val="0"/>
          <w:i w:val="0"/>
        </w:rPr>
        <w:t>Ông vấp ngã khi chân chạm bậc thang cuối, và người quản lý khoang hành khách nhanh chóng đến cứu, nhẹ nhàng vòng một tay qua vai ông. Sloane lảo đảo về phía lan can tàu và cúi người qua mạn, hy vọng mình sẽ không nôn, ý thức rằng chuyện đó sẽ được báo lại cho Sorkin. Sau khi hít thở không khí biển trong lành, ông thấy đỡ hơn một chút. Giá mà ông chỉ cần về được cabin và nằm xuống, ông đang nghĩ vậy, thì hai cánh tay lực lưỡng đã quấn quanh eo ông, và chỉ với một động tác liền mạch, ông thấy mình bị nhấc bổng lên không. Ông quay lại định phản kháng, chỉ kịp thấy người quản lý khoang hành khách mỉm cười với mình trước khi thẳng thừng ném ông qua mạn tàu.</w:t>
      </w:r>
    </w:p>
    <w:p>
      <w:pPr>
        <w:spacing w:after="80"/>
      </w:pPr>
      <w:r>
        <w:rPr>
          <w:b w:val="0"/>
          <w:i w:val="0"/>
        </w:rPr>
        <w:t>Một lát sau Sorkin xuất hiện bên cạnh người quản lý khoang hành khách. Cả hai không ai nói gì khi vị chủ tịch của Mellor Travel biến mất dưới những con sóng lần thứ ba.</w:t>
      </w:r>
    </w:p>
    <w:p>
      <w:pPr>
        <w:spacing w:after="80"/>
      </w:pPr>
      <w:r>
        <w:rPr>
          <w:b w:val="0"/>
          <w:i w:val="0"/>
        </w:rPr>
        <w:t>"Sao ngài biết ông ta không biết bơi?"</w:t>
      </w:r>
    </w:p>
    <w:p>
      <w:pPr>
        <w:spacing w:after="80"/>
      </w:pPr>
      <w:r>
        <w:rPr>
          <w:b w:val="0"/>
          <w:i w:val="0"/>
        </w:rPr>
        <w:t>Sorkin đáp: "Nguồn tin nội bộ từ người từng làm công việc của anh đấy." Khi quay đi, ông nói thêm: "Anh sẽ thấy hai mươi nghìn của mình trong cabin của Sloane, dưới gầm giường."</w:t>
      </w:r>
    </w:p>
    <w:p>
      <w:pPr>
        <w:jc w:val="center"/>
      </w:pPr>
      <w:r>
        <w:drawing>
          <wp:inline xmlns:a="http://schemas.openxmlformats.org/drawingml/2006/main" xmlns:pic="http://schemas.openxmlformats.org/drawingml/2006/picture">
            <wp:extent cx="304800" cy="85725"/>
            <wp:docPr id="54" name="Picture 5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Nash cúi xuống buộc lại một bên dây giày, đó là dấu hiệu để Mellor đi theo anh ta.</w:t>
      </w:r>
    </w:p>
    <w:p>
      <w:pPr>
        <w:spacing w:after="80"/>
      </w:pPr>
      <w:r>
        <w:rPr>
          <w:b w:val="0"/>
          <w:i w:val="0"/>
        </w:rPr>
        <w:t>Mellor đi thêm hai vòng quanh sân trước khi đến bên cạnh anh ta. Anh không muốn lũ cai ngục đang quan sát trở nên nghi ngờ.</w:t>
      </w:r>
    </w:p>
    <w:p>
      <w:pPr>
        <w:spacing w:after="80"/>
      </w:pPr>
      <w:r>
        <w:rPr>
          <w:b w:val="0"/>
          <w:i w:val="0"/>
        </w:rPr>
        <w:t>Xong việc rồi. Không cần gửi hoa đến đám tang anh ta đâu.</w:t>
      </w:r>
    </w:p>
    <w:p>
      <w:pPr>
        <w:spacing w:after="80"/>
      </w:pPr>
      <w:r>
        <w:rPr>
          <w:b w:val="0"/>
          <w:i w:val="0"/>
        </w:rPr>
        <w:t>Sao lại không?</w:t>
      </w:r>
    </w:p>
    <w:p>
      <w:pPr>
        <w:spacing w:after="80"/>
      </w:pPr>
      <w:r>
        <w:rPr>
          <w:b w:val="0"/>
          <w:i w:val="0"/>
        </w:rPr>
        <w:t>Anh ta được chôn trên biển. Họ đi thêm vài bước nữa trước khi Nash nói thêm, Chúng tôi đã giữ đúng phần của mình trong thỏa thuận, giờ tôi mong anh cũng giữ đúng phần của anh.</w:t>
      </w:r>
    </w:p>
    <w:p>
      <w:pPr>
        <w:spacing w:after="80"/>
      </w:pPr>
      <w:r>
        <w:rPr>
          <w:b w:val="0"/>
          <w:i w:val="0"/>
        </w:rPr>
        <w:t>Không thành vấn đề, Mellor nói, thầm mong Nash không nhận ra mình đang toát mồ hôi lạnh. Anh đã gọi cho nhân viên môi giới bất động sản ở Bristol vài tuần trước, và phát hiện căn hộ cũ của anh trên phố Broad vẫn chưa bán được — "thị trường không dễ chịu nhất đâu, ông Carter giải thích, nhưng nếu ông chịu hạ giá, tôi tin chắc có thể chốt được một thương vụ." Mellor hạ giá, và một lời đề nghị đã đến, nhưng người mua không chịu ký kết cho đến khi xem được báo cáo của giám định viên — mà phải hai tuần nữa mới xong.</w:t>
      </w:r>
    </w:p>
    <w:p>
      <w:pPr>
        <w:spacing w:after="80"/>
      </w:pPr>
      <w:r>
        <w:rPr>
          <w:b w:val="0"/>
          <w:i w:val="0"/>
        </w:rPr>
        <w:t>Ít nhất thì vấn đề Sloane đã được giải quyết. Anh sẽ viết thư cho Knowles và đề nghị ông ta đến thăm tù càng sớm càng tốt. Chắc chắn ông ta sẽ chịu nghe theo giờ khi Sloane không còn ở đó để ra lệnh nữa.</w:t>
      </w:r>
    </w:p>
    <w:p>
      <w:pPr>
        <w:spacing w:after="80"/>
      </w:pPr>
      <w:r>
        <w:rPr>
          <w:b w:val="0"/>
          <w:i w:val="0"/>
        </w:rPr>
        <w:t>Thêm vài bước nữa trước khi anh hỏi, Khi nào và ở đâu? Anh hy vọng giọng mình nghe có vẻ tự tin.</w:t>
      </w:r>
    </w:p>
    <w:p>
      <w:pPr>
        <w:spacing w:after="80"/>
      </w:pPr>
      <w:r>
        <w:rPr>
          <w:b w:val="0"/>
          <w:i w:val="0"/>
        </w:rPr>
        <w:t>Thứ Năm tới. Tôi sẽ cho anh biết chi tiết sau buổi thăm của Tracie vào Chủ nhật. Chỉ cần chắc chắn rằng bà Virginia đáng kính đừng quên mang theo chiếc túi Swan and Edgar của bà ấy.</w:t>
      </w:r>
    </w:p>
    <w:p>
      <w:pPr>
        <w:spacing w:after="80"/>
      </w:pPr>
      <w:r>
        <w:rPr>
          <w:b w:val="0"/>
          <w:i w:val="0"/>
        </w:rPr>
        <w:t>Mellor lùi lại và nhập bọn với Sharp Johnny, người vẫn vui vẻ như mọi khi — nhưng dĩ nhiên anh ta chỉ còn mười chín ngày nữa là mãn hạn.</w:t>
      </w:r>
    </w:p>
    <w:p>
      <w:pPr>
        <w:pStyle w:val="Heading1"/>
        <w:jc w:val="center"/>
      </w:pPr>
      <w:r>
        <w:rPr>
          <w:rFonts w:ascii="Calibri" w:hAnsi="Calibri"/>
          <w:b/>
          <w:i w:val="0"/>
          <w:sz w:val="40"/>
        </w:rPr>
        <w:t>15</w:t>
      </w:r>
    </w:p>
    <w:p>
      <w:pPr>
        <w:spacing w:after="80"/>
      </w:pPr>
      <w:r>
        <w:rPr>
          <w:b w:val="0"/>
          <w:i w:val="0"/>
        </w:rPr>
        <w:t>TÔI KHÔNG NGỜ cô có mười nghìn bảng để cho tôi vay nhỉ? Mellor nói. Virginia tự hỏi liệu anh ta có đang đùa không cho đến khi cô thấy ánh mắt tuyệt vọng của anh. Tôi đang gặp vấn đề dòng tiền ngắn hạn, anh giải thích, có thể giải quyết được nếu tôi được cho thêm chút thời gian. Nhưng tôi cần mười nghìn gấp. Anh liếc qua căn phòng đông đúc đến chỗ Nash đang mải mê trò chuyện với vị khách duy nhất của mình. Rất gấp.</w:t>
      </w:r>
    </w:p>
    <w:p>
      <w:pPr>
        <w:spacing w:after="80"/>
      </w:pPr>
      <w:r>
        <w:rPr>
          <w:b w:val="0"/>
          <w:i w:val="0"/>
        </w:rPr>
        <w:t>Virginia nghĩ đến 111.000 bảng cô vẫn còn trong tài khoản vãng lai, và mỉm cười ngọt ngào. Nhưng không ai hiểu rõ hơn anh đâu, Desmond ạ, tôi nghèo rớt mồng tơi. Anh trai tôi cho tôi hai nghìn một tháng, chừng đó chỉ đủ sống qua ngày, và khoản thu nhập duy nhất khác tôi có gần đây là số tiền ít ỏi tôi nhận được sau khi bán căn nhà của mẹ anh. Tôi nghĩ có thể cho anh vay một nghìn, và có lẽ thêm một nghìn nữa sau một tháng.</w:t>
      </w:r>
    </w:p>
    <w:p>
      <w:pPr>
        <w:spacing w:after="80"/>
      </w:pPr>
      <w:r>
        <w:rPr>
          <w:b w:val="0"/>
          <w:i w:val="0"/>
        </w:rPr>
        <w:t>Cô tốt quá, Virginia, nhưng lúc đó thì quá muộn rồi.</w:t>
      </w:r>
    </w:p>
    <w:p>
      <w:pPr>
        <w:spacing w:after="80"/>
      </w:pPr>
      <w:r>
        <w:rPr>
          <w:b w:val="0"/>
          <w:i w:val="0"/>
        </w:rPr>
        <w:t>Anh có tài sản nào có thể đem ra làm tài sản thế chấp không? Virginia hỏi. Những từ quen thuộc cô từng nghe giám đốc ngân hàng của mình dùng mỗi khi cô thấu chi.</w:t>
      </w:r>
    </w:p>
    <w:p>
      <w:pPr>
        <w:spacing w:after="80"/>
      </w:pPr>
      <w:r>
        <w:rPr>
          <w:b w:val="0"/>
          <w:i w:val="0"/>
        </w:rPr>
        <w:t>Vợ cũ của tôi được căn nhà ở nông thôn của chúng tôi như một phần của thỏa thuận ly hôn. Tôi đã đưa căn hộ ở Bristol của mình ra rao bán. Nó trị giá khoảng hai mươi nghìn, và dù có người đã đưa ra đề nghị, hợp đồng vẫn chưa được ký kết.</w:t>
      </w:r>
    </w:p>
    <w:p>
      <w:pPr>
        <w:spacing w:after="80"/>
      </w:pPr>
      <w:r>
        <w:rPr>
          <w:b w:val="0"/>
          <w:i w:val="0"/>
        </w:rPr>
        <w:t>Còn Adrian Sloane thì sao? Suy cho cùng, đối với anh ta đó đâu phải số tiền lớn.</w:t>
      </w:r>
    </w:p>
    <w:p>
      <w:pPr>
        <w:spacing w:after="80"/>
      </w:pPr>
      <w:r>
        <w:rPr>
          <w:b w:val="0"/>
          <w:i w:val="0"/>
        </w:rPr>
        <w:t>Điều đó giờ không còn khả thi nữa, Mellor nói, không giải thích gì thêm.</w:t>
      </w:r>
    </w:p>
    <w:p>
      <w:pPr>
        <w:spacing w:after="80"/>
      </w:pPr>
      <w:r>
        <w:rPr>
          <w:b w:val="0"/>
          <w:i w:val="0"/>
        </w:rPr>
        <w:t>Còn Jim Knowles thì sao?</w:t>
      </w:r>
    </w:p>
    <w:p>
      <w:pPr>
        <w:spacing w:after="80"/>
      </w:pPr>
      <w:r>
        <w:rPr>
          <w:b w:val="0"/>
          <w:i w:val="0"/>
        </w:rPr>
        <w:t>Mellor suy nghĩ một lát. Tôi cho rằng Jim có thể sẽ sẵn lòng giúp nếu tôi đem căn hộ ra làm tài sản thế chấp và anh ta cũng có chút lợi lộc gì đó.</w:t>
      </w:r>
    </w:p>
    <w:p>
      <w:pPr>
        <w:spacing w:after="80"/>
      </w:pPr>
      <w:r>
        <w:rPr>
          <w:b w:val="0"/>
          <w:i w:val="0"/>
        </w:rPr>
        <w:t>Lợi lộc gì?</w:t>
      </w:r>
    </w:p>
    <w:p>
      <w:pPr>
        <w:spacing w:after="80"/>
      </w:pPr>
      <w:r>
        <w:rPr>
          <w:b w:val="0"/>
          <w:i w:val="0"/>
        </w:rPr>
        <w:t>Được làm chủ tịch công ty, tiền mặt, bất cứ thứ gì anh ta muốn.</w:t>
      </w:r>
    </w:p>
    <w:p>
      <w:pPr>
        <w:spacing w:after="80"/>
      </w:pPr>
      <w:r>
        <w:rPr>
          <w:b w:val="0"/>
          <w:i w:val="0"/>
        </w:rPr>
        <w:t>Tôi sẽ liên lạc với anh ta ngay khi về đến nhà, và xem anh ta có sẵn lòng giúp không.</w:t>
      </w:r>
    </w:p>
    <w:p>
      <w:pPr>
        <w:spacing w:after="80"/>
      </w:pPr>
      <w:r>
        <w:rPr>
          <w:b w:val="0"/>
          <w:i w:val="0"/>
        </w:rPr>
        <w:t>Cảm ơn cô, Virginia. Và tất nhiên cô cũng sẽ có phần lợi lộc của mình.</w:t>
      </w:r>
    </w:p>
    <w:p>
      <w:pPr>
        <w:spacing w:after="80"/>
      </w:pPr>
      <w:r>
        <w:rPr>
          <w:b w:val="0"/>
          <w:i w:val="0"/>
        </w:rPr>
        <w:t>Một lần nữa, Mellor nhìn sang bên kia phòng về phía Nash, người mà anh biết sẽ đang nhận chỉ thị về nơi giao khoản tiền thứ hai. Không bao giờ cùng một địa điểm hai lần, và không bao giờ cùng một người, Nash đã giải thích trước đó.</w:t>
      </w:r>
    </w:p>
    <w:p>
      <w:pPr>
        <w:spacing w:after="80"/>
      </w:pPr>
      <w:r>
        <w:rPr>
          <w:b w:val="0"/>
          <w:i w:val="0"/>
        </w:rPr>
        <w:t>Nhưng tôi vẫn cần mười nghìn trước thứ Năm, Mellor nói, quay lại phía Virginia. Và tôi không thể bắt đầu kể cho cô nghe hậu quả sẽ ra sao nếu cô thất bại.</w:t>
      </w:r>
    </w:p>
    <w:p>
      <w:pPr>
        <w:spacing w:after="80"/>
      </w:pPr>
      <w:r>
        <w:rPr>
          <w:b w:val="0"/>
          <w:i w:val="0"/>
        </w:rPr>
        <w:t>Cô được phép gọi điện thoại bao lâu một lần?</w:t>
      </w:r>
    </w:p>
    <w:p>
      <w:pPr>
        <w:spacing w:after="80"/>
      </w:pPr>
      <w:r>
        <w:rPr>
          <w:b w:val="0"/>
          <w:i w:val="0"/>
        </w:rPr>
        <w:t>Mỗi tuần một lần, nhưng tôi chỉ có ba phút, và đừng quên là mấy tay cai ngục đang nghe từng lời đấy.</w:t>
      </w:r>
    </w:p>
    <w:p>
      <w:pPr>
        <w:spacing w:after="80"/>
      </w:pPr>
      <w:r>
        <w:rPr>
          <w:b w:val="0"/>
          <w:i w:val="0"/>
        </w:rPr>
        <w:t>Gọi cho tôi vào chiều thứ Ba, khoảng năm giờ. Lúc đó chắc tôi đã gặp Knowles rồi, và tôi sẽ làm mọi thứ trong khả năng để thuyết phục anh ta.</w:t>
      </w:r>
    </w:p>
    <w:p>
      <w:pPr>
        <w:jc w:val="center"/>
      </w:pPr>
      <w:r>
        <w:drawing>
          <wp:inline xmlns:a="http://schemas.openxmlformats.org/drawingml/2006/main" xmlns:pic="http://schemas.openxmlformats.org/drawingml/2006/picture">
            <wp:extent cx="304800" cy="85725"/>
            <wp:docPr id="55" name="Picture 5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Mọi thứ đã được sắp xếp xong cho thứ Năm, Nash nói, khi Mellor đến gặp anh ta ở sân.</w:t>
      </w:r>
    </w:p>
    <w:p>
      <w:pPr>
        <w:spacing w:after="80"/>
      </w:pPr>
      <w:r>
        <w:rPr>
          <w:b w:val="0"/>
          <w:i w:val="0"/>
        </w:rPr>
        <w:t>Ở đâu và khi nào? Mellor hỏi, không muốn thừa nhận rằng mình chưa có tiền.</w:t>
      </w:r>
    </w:p>
    <w:p>
      <w:pPr>
        <w:spacing w:after="80"/>
      </w:pPr>
      <w:r>
        <w:rPr>
          <w:b w:val="0"/>
          <w:i w:val="0"/>
        </w:rPr>
        <w:t>Quảng trường Trafalgar, giữa các đài phun nước, mười hai giờ trưa.</w:t>
      </w:r>
    </w:p>
    <w:p>
      <w:pPr>
        <w:spacing w:after="80"/>
      </w:pPr>
      <w:r>
        <w:rPr>
          <w:b w:val="0"/>
          <w:i w:val="0"/>
        </w:rPr>
        <w:t>Hiểu rồi.</w:t>
      </w:r>
    </w:p>
    <w:p>
      <w:pPr>
        <w:spacing w:after="80"/>
      </w:pPr>
      <w:r>
        <w:rPr>
          <w:b w:val="0"/>
          <w:i w:val="0"/>
        </w:rPr>
        <w:t>Có phải vẫn là bà già đó không?</w:t>
      </w:r>
    </w:p>
    <w:p>
      <w:pPr>
        <w:spacing w:after="80"/>
      </w:pPr>
      <w:r>
        <w:rPr>
          <w:b w:val="0"/>
          <w:i w:val="0"/>
        </w:rPr>
        <w:t>Đúng vậy, Mellor nói, hy vọng rằng Virginia không chỉ có tiền mà còn sẵn lòng làm người trung gian một lần nữa.</w:t>
      </w:r>
    </w:p>
    <w:p>
      <w:pPr>
        <w:spacing w:after="80"/>
      </w:pPr>
      <w:r>
        <w:rPr>
          <w:b w:val="0"/>
          <w:i w:val="0"/>
        </w:rPr>
        <w:t>Nash nhìn anh kỹ hơn. Tôi hy vọng anh đã nghĩ đến hậu quả của việc không xoay được nửa sau của khoản tiền.</w:t>
      </w:r>
    </w:p>
    <w:p>
      <w:pPr>
        <w:spacing w:after="80"/>
      </w:pPr>
      <w:r>
        <w:rPr>
          <w:b w:val="0"/>
          <w:i w:val="0"/>
        </w:rPr>
        <w:t>Không thành vấn đề, Mellor nói, người mà suốt tuần qua chẳng nghĩ được gì khác. Anh lùi lại và đi một mình, tự hỏi, cầu nguyện, hy vọng rằng Virginia đã thuyết phục được Knowles cho anh vay mười nghìn. Anh xem đồng hồ. Năm tiếng nữa anh sẽ biết.</w:t>
      </w:r>
    </w:p>
    <w:p>
      <w:pPr>
        <w:jc w:val="center"/>
      </w:pPr>
      <w:r>
        <w:drawing>
          <wp:inline xmlns:a="http://schemas.openxmlformats.org/drawingml/2006/main" xmlns:pic="http://schemas.openxmlformats.org/drawingml/2006/picture">
            <wp:extent cx="304800" cy="85725"/>
            <wp:docPr id="56" name="Picture 5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Jim Knowles, một giọng nói vang lên ở đầu dây bên kia.</w:t>
      </w:r>
    </w:p>
    <w:p>
      <w:pPr>
        <w:spacing w:after="80"/>
      </w:pPr>
      <w:r>
        <w:rPr>
          <w:b w:val="0"/>
          <w:i w:val="0"/>
        </w:rPr>
        <w:t>Jim, Virginia Fenwick đây.</w:t>
      </w:r>
    </w:p>
    <w:p>
      <w:pPr>
        <w:spacing w:after="80"/>
      </w:pPr>
      <w:r>
        <w:rPr>
          <w:b w:val="0"/>
          <w:i w:val="0"/>
        </w:rPr>
        <w:t>Virginia, cậu khỏe không? Lâu lắm rồi.</w:t>
      </w:r>
    </w:p>
    <w:p>
      <w:pPr>
        <w:spacing w:after="80"/>
      </w:pPr>
      <w:r>
        <w:rPr>
          <w:b w:val="0"/>
          <w:i w:val="0"/>
        </w:rPr>
        <w:t>Lâu quá rồi. Nhưng tớ sắp bù đắp lại đây.</w:t>
      </w:r>
    </w:p>
    <w:p>
      <w:pPr>
        <w:spacing w:after="80"/>
      </w:pPr>
      <w:r>
        <w:rPr>
          <w:b w:val="0"/>
          <w:i w:val="0"/>
        </w:rPr>
        <w:t>Cậu định làm gì?</w:t>
      </w:r>
    </w:p>
    <w:p>
      <w:pPr>
        <w:spacing w:after="80"/>
      </w:pPr>
      <w:r>
        <w:rPr>
          <w:b w:val="0"/>
          <w:i w:val="0"/>
        </w:rPr>
        <w:t>Tớ có một đề nghị nho nhỏ mà có lẽ cậu sẽ thấy thú vị. Tớ không nghĩ cậu rảnh để ăn trưa chứ?</w:t>
      </w:r>
    </w:p>
    <w:p>
      <w:pPr>
        <w:jc w:val="center"/>
      </w:pPr>
      <w:r>
        <w:drawing>
          <wp:inline xmlns:a="http://schemas.openxmlformats.org/drawingml/2006/main" xmlns:pic="http://schemas.openxmlformats.org/drawingml/2006/picture">
            <wp:extent cx="304800" cy="85725"/>
            <wp:docPr id="57" name="Picture 5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Virginia ngồi bên điện thoại lúc năm giờ chiều thứ Ba, ý thức rõ rằng cô chỉ có ba phút để trình bày kịch bản đã chuẩn bị kỹ càng. Cô đã viết ra vài gạch đầu dòng để chắc chắn không bỏ sót điều gì quan trọng. Khi điện thoại reo, cô nhấc máy ngay lập tức.</w:t>
      </w:r>
    </w:p>
    <w:p>
      <w:pPr>
        <w:spacing w:after="80"/>
      </w:pPr>
      <w:r>
        <w:rPr>
          <w:b w:val="0"/>
          <w:i w:val="0"/>
        </w:rPr>
        <w:t>7784.</w:t>
      </w:r>
    </w:p>
    <w:p>
      <w:pPr>
        <w:spacing w:after="80"/>
      </w:pPr>
      <w:r>
        <w:rPr>
          <w:b w:val="0"/>
          <w:i w:val="0"/>
        </w:rPr>
        <w:t>Chào em yêu, Priscilla đây. Tớ nghĩ mình nên gọi cho cậu xem cậu có rảnh ăn trưa một chút vào thứ Năm không?</w:t>
      </w:r>
    </w:p>
    <w:p>
      <w:pPr>
        <w:spacing w:after="80"/>
      </w:pPr>
      <w:r>
        <w:rPr>
          <w:b w:val="0"/>
          <w:i w:val="0"/>
        </w:rPr>
        <w:t>Không phải lúc này, Virginia nói, đập mạnh ống nghe xuống. Điện thoại lại reo vài giây sau đó.</w:t>
      </w:r>
    </w:p>
    <w:p>
      <w:pPr>
        <w:spacing w:after="80"/>
      </w:pPr>
      <w:r>
        <w:rPr>
          <w:b w:val="0"/>
          <w:i w:val="0"/>
        </w:rPr>
        <w:t>7784, cô lặp lại.</w:t>
      </w:r>
    </w:p>
    <w:p>
      <w:pPr>
        <w:spacing w:after="80"/>
      </w:pPr>
      <w:r>
        <w:rPr>
          <w:b w:val="0"/>
          <w:i w:val="0"/>
        </w:rPr>
        <w:t>Desmond đây. Cậu đã có thể... Rõ ràng anh không muốn lãng phí một giây nào. Cô kiểm tra gạch đầu dòng đầu tiên của mình.</w:t>
      </w:r>
    </w:p>
    <w:p>
      <w:pPr>
        <w:spacing w:after="80"/>
      </w:pPr>
      <w:r>
        <w:rPr>
          <w:b w:val="0"/>
          <w:i w:val="0"/>
        </w:rPr>
        <w:t>Được. Knowles đã đồng ý cho anh vay mười nghìn, thế chấp căn hộ ở Bristol.</w:t>
      </w:r>
    </w:p>
    <w:p>
      <w:pPr>
        <w:spacing w:after="80"/>
      </w:pPr>
      <w:r>
        <w:rPr>
          <w:b w:val="0"/>
          <w:i w:val="0"/>
        </w:rPr>
        <w:t>Ơn Chúa, Mellor nói, thở phào nhẹ nhõm đến mức cô nghe rõ mồn một.</w:t>
      </w:r>
    </w:p>
    <w:p>
      <w:pPr>
        <w:spacing w:after="80"/>
      </w:pPr>
      <w:r>
        <w:rPr>
          <w:b w:val="0"/>
          <w:i w:val="0"/>
        </w:rPr>
        <w:t>Nhưng nếu anh không trả đủ cho ông ta trong vòng ba mươi ngày, ông ta đòi thêm tài sản thế chấp.</w:t>
      </w:r>
    </w:p>
    <w:p>
      <w:pPr>
        <w:spacing w:after="80"/>
      </w:pPr>
      <w:r>
        <w:rPr>
          <w:b w:val="0"/>
          <w:i w:val="0"/>
        </w:rPr>
        <w:t>Như kiểu gì?</w:t>
      </w:r>
    </w:p>
    <w:p>
      <w:pPr>
        <w:spacing w:after="80"/>
      </w:pPr>
      <w:r>
        <w:rPr>
          <w:b w:val="0"/>
          <w:i w:val="0"/>
        </w:rPr>
        <w:t>Cổ phần của anh trong Mellor Travel.</w:t>
      </w:r>
    </w:p>
    <w:p>
      <w:pPr>
        <w:spacing w:after="80"/>
      </w:pPr>
      <w:r>
        <w:rPr>
          <w:b w:val="0"/>
          <w:i w:val="0"/>
        </w:rPr>
        <w:t>Nhưng chúng đáng giá khoảng một triệu rưỡi mà.</w:t>
      </w:r>
    </w:p>
    <w:p>
      <w:pPr>
        <w:spacing w:after="80"/>
      </w:pPr>
      <w:r>
        <w:rPr>
          <w:b w:val="0"/>
          <w:i w:val="0"/>
        </w:rPr>
        <w:t>Lấy thì lấy, không lấy thì thôi, nếu tôi nhớ đúng nguyên văn lời ông ta.</w:t>
      </w:r>
    </w:p>
    <w:p>
      <w:pPr>
        <w:spacing w:after="80"/>
      </w:pPr>
      <w:r>
        <w:rPr>
          <w:b w:val="0"/>
          <w:i w:val="0"/>
        </w:rPr>
        <w:t>Mellor ngừng lại một lát, biết rằng ba phút của mình đang trôi qua rất nhanh.</w:t>
      </w:r>
    </w:p>
    <w:p>
      <w:pPr>
        <w:spacing w:after="80"/>
      </w:pPr>
      <w:r>
        <w:rPr>
          <w:b w:val="0"/>
          <w:i w:val="0"/>
        </w:rPr>
        <w:t>Tôi chẳng còn nhiều lựa chọn. Bảo với cái lão khốn đó là tôi chấp nhận điều kiện của ông ta, và tôi sẽ trả lại ngay khi bán được căn hộ.</w:t>
      </w:r>
    </w:p>
    <w:p>
      <w:pPr>
        <w:spacing w:after="80"/>
      </w:pPr>
      <w:r>
        <w:rPr>
          <w:b w:val="0"/>
          <w:i w:val="0"/>
        </w:rPr>
        <w:t>Tôi sẽ chuyển lời ngay, nhưng ông ta sẽ không giải ngân cho đến khi nhìn thấy chữ ký của anh trên văn bản chuyển quyền sở hữu cổ phần cho ông ta, phòng trường hợp anh không trả được trong vòng ba mươi ngày.</w:t>
      </w:r>
    </w:p>
    <w:p>
      <w:pPr>
        <w:spacing w:after="80"/>
      </w:pPr>
      <w:r>
        <w:rPr>
          <w:b w:val="0"/>
          <w:i w:val="0"/>
        </w:rPr>
        <w:t>Nhưng làm sao tôi ký kịp được đây? Mellor nói, giọng lại tuyệt vọng.</w:t>
      </w:r>
    </w:p>
    <w:p>
      <w:pPr>
        <w:spacing w:after="80"/>
      </w:pPr>
      <w:r>
        <w:rPr>
          <w:b w:val="0"/>
          <w:i w:val="0"/>
        </w:rPr>
        <w:t>Đừng lo. Luật sư của ông ta đã làm xong hết giấy tờ, và nó sẽ được giao đến nhà tù vào tối nay. Chỉ cần chắc chắn là anh có người trông chừng nó.</w:t>
      </w:r>
    </w:p>
    <w:p>
      <w:pPr>
        <w:spacing w:after="80"/>
      </w:pPr>
      <w:r>
        <w:rPr>
          <w:b w:val="0"/>
          <w:i w:val="0"/>
        </w:rPr>
        <w:t>Ghi địa chỉ phong bì cho ông Graves. Ông ấy là quản giáo tầng của tôi, và đã giúp tôi vài lần rồi, nên anh có thể tin ông ấy. Miễn là tối nay ông ấy trực, tôi sẽ xoay xở xong ngay được.</w:t>
      </w:r>
    </w:p>
    <w:p>
      <w:pPr>
        <w:spacing w:after="80"/>
      </w:pPr>
      <w:r>
        <w:rPr>
          <w:b w:val="0"/>
          <w:i w:val="0"/>
        </w:rPr>
        <w:t>Virginia ghi lại cái tên, rồi kiểm tra lại danh sách của mình. Tôi giao tiền ở đâu và khi nào?</w:t>
      </w:r>
    </w:p>
    <w:p>
      <w:pPr>
        <w:spacing w:after="80"/>
      </w:pPr>
      <w:r>
        <w:rPr>
          <w:b w:val="0"/>
          <w:i w:val="0"/>
        </w:rPr>
        <w:t>Thứ Năm, mười hai giờ, quảng trường Trafalgar. Người liên lạc của anh sẽ đứng giữa các đài phun nước. Chỉ cần chắc là anh không đến muộn.</w:t>
      </w:r>
    </w:p>
    <w:p>
      <w:pPr>
        <w:spacing w:after="80"/>
      </w:pPr>
      <w:r>
        <w:rPr>
          <w:b w:val="0"/>
          <w:i w:val="0"/>
        </w:rPr>
        <w:t>Có phải vẫn là người phụ nữ đó không?</w:t>
      </w:r>
    </w:p>
    <w:p>
      <w:pPr>
        <w:spacing w:after="80"/>
      </w:pPr>
      <w:r>
        <w:rPr>
          <w:b w:val="0"/>
          <w:i w:val="0"/>
        </w:rPr>
        <w:t>Không. Hãy tìm một người đàn ông trung niên hói đầu, mặc áo blazer màu xanh navy và quần jeans. Virginia ghi thêm một dòng nữa. Cô đúng là viên kim cương, Mellor nói. Tôi nợ cô.</w:t>
      </w:r>
    </w:p>
    <w:p>
      <w:pPr>
        <w:spacing w:after="80"/>
      </w:pPr>
      <w:r>
        <w:rPr>
          <w:b w:val="0"/>
          <w:i w:val="0"/>
        </w:rPr>
        <w:t>Còn gì tôi có thể làm nữa không?</w:t>
      </w:r>
    </w:p>
    <w:p>
      <w:pPr>
        <w:spacing w:after="80"/>
      </w:pPr>
      <w:r>
        <w:rPr>
          <w:b w:val="0"/>
          <w:i w:val="0"/>
        </w:rPr>
        <w:t>Không, nhưng tôi sẽ gửi cho cô một lá thư mà tôi cần cô</w:t>
      </w:r>
    </w:p>
    <w:p>
      <w:pPr>
        <w:spacing w:after="80"/>
      </w:pPr>
      <w:r>
        <w:rPr>
          <w:b w:val="0"/>
          <w:i w:val="0"/>
        </w:rPr>
        <w:t>Đầu dây bên kia tắt ngấm.</w:t>
      </w:r>
    </w:p>
    <w:p>
      <w:pPr>
        <w:jc w:val="center"/>
      </w:pPr>
      <w:r>
        <w:drawing>
          <wp:inline xmlns:a="http://schemas.openxmlformats.org/drawingml/2006/main" xmlns:pic="http://schemas.openxmlformats.org/drawingml/2006/picture">
            <wp:extent cx="304800" cy="85725"/>
            <wp:docPr id="58" name="Picture 5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Ông Graves đặt điện thoại xuống trong văn phòng và chờ chỉ thị của mình.</w:t>
      </w:r>
    </w:p>
    <w:p>
      <w:pPr>
        <w:spacing w:after="80"/>
      </w:pPr>
      <w:r>
        <w:rPr>
          <w:b w:val="0"/>
          <w:i w:val="0"/>
        </w:rPr>
        <w:t>Anh sẽ cần chắc chắn rằng mình đang trực khi tài liệu đến cổng nhà tù vào tối nay.</w:t>
      </w:r>
    </w:p>
    <w:p>
      <w:pPr>
        <w:spacing w:after="80"/>
      </w:pPr>
      <w:r>
        <w:rPr>
          <w:b w:val="0"/>
          <w:i w:val="0"/>
        </w:rPr>
        <w:t>Không vấn đề gì. Không có nhiều sĩ quan tình nguyện trực ca đêm đâu.</w:t>
      </w:r>
    </w:p>
    <w:p>
      <w:pPr>
        <w:spacing w:after="80"/>
      </w:pPr>
      <w:r>
        <w:rPr>
          <w:b w:val="0"/>
          <w:i w:val="0"/>
        </w:rPr>
        <w:t>Và hãy chắc chắn Mellor ký vào thỏa thuận, và rằng anh làm chứng cho chữ ký của ông ta.</w:t>
      </w:r>
    </w:p>
    <w:p>
      <w:pPr>
        <w:spacing w:after="80"/>
      </w:pPr>
      <w:r>
        <w:rPr>
          <w:b w:val="0"/>
          <w:i w:val="0"/>
        </w:rPr>
        <w:t>Vậy tôi làm gì tiếp theo?</w:t>
      </w:r>
    </w:p>
    <w:p>
      <w:pPr>
        <w:spacing w:after="80"/>
      </w:pPr>
      <w:r>
        <w:rPr>
          <w:b w:val="0"/>
          <w:i w:val="0"/>
        </w:rPr>
        <w:t>Mang nó ra ngoài khi anh hết ca trực và giao đến địa chỉ mà Mellor ghi trên phong bì. Và đừng quên, anh vẫn còn một việc nữa phải làm trước khi được trả tiền.</w:t>
      </w:r>
    </w:p>
    <w:p>
      <w:pPr>
        <w:spacing w:after="80"/>
      </w:pPr>
      <w:r>
        <w:rPr>
          <w:b w:val="0"/>
          <w:i w:val="0"/>
        </w:rPr>
        <w:t>Graves cau mày. Tốt hơn anh nên về buồng giam trước khi có ai đó nhận ra anh mất tích, viên sĩ quan nhà tù nói, cố gắng lấy lại uy quyền của mình.</w:t>
      </w:r>
    </w:p>
    <w:p>
      <w:pPr>
        <w:spacing w:after="80"/>
      </w:pPr>
      <w:r>
        <w:rPr>
          <w:b w:val="0"/>
          <w:i w:val="0"/>
        </w:rPr>
        <w:t>Sao cũng được, sếp, Nash nói, rồi lẻn ra khỏi văn phòng và quay về buồng giam của mình.</w:t>
      </w:r>
    </w:p>
    <w:p>
      <w:pPr>
        <w:jc w:val="center"/>
      </w:pPr>
      <w:r>
        <w:drawing>
          <wp:inline xmlns:a="http://schemas.openxmlformats.org/drawingml/2006/main" xmlns:pic="http://schemas.openxmlformats.org/drawingml/2006/picture">
            <wp:extent cx="304800" cy="85725"/>
            <wp:docPr id="59" name="Picture 5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Virginia thức dậy vào sáng hôm sau, cô thấy một phong bì lớn nằm trên tấm thảm trước cửa. Cô không muốn biết ai đã giao nó, hay giao khi nào. Cô xem đồng hồ: 9.14 sáng. Knowles phải đến mười giờ mới lấy, cho cô thừa thời gian.</w:t>
      </w:r>
    </w:p>
    <w:p>
      <w:pPr>
        <w:spacing w:after="80"/>
      </w:pPr>
      <w:r>
        <w:rPr>
          <w:b w:val="0"/>
          <w:i w:val="0"/>
        </w:rPr>
        <w:t>Cô xé phong bì và lấy tài liệu ra, nhanh chóng lật đến trang cuối để kiểm tra xem Mellor đã ký chưa. Cô mỉm cười khi thấy bạn của ông ta, ông Graves, đã làm chứng cho chữ ký. Virginia đặt thỏa thuận trở lại phong bì, rời căn hộ nhỏ ở Chelsea và hướng đến một cửa hàng ở Pimlico mà cô đã khảo sát từ hôm trước.</w:t>
      </w:r>
    </w:p>
    <w:p>
      <w:pPr>
        <w:spacing w:after="80"/>
      </w:pPr>
      <w:r>
        <w:rPr>
          <w:b w:val="0"/>
          <w:i w:val="0"/>
        </w:rPr>
        <w:t>Chàng trai trẻ sau quầy sao hai bản tài liệu và tính cô 2.00 bảng, thêm 20p nữa cho một phong bì nâu lớn. Hai mươi phút sau cô đã về lại căn hộ, đang đọc báo buổi sáng thì có tiếng gõ cửa.</w:t>
      </w:r>
    </w:p>
    <w:p>
      <w:pPr>
        <w:spacing w:after="80"/>
      </w:pPr>
      <w:r>
        <w:rPr>
          <w:b w:val="0"/>
          <w:i w:val="0"/>
        </w:rPr>
        <w:t>Knowles hôn lên cả hai má cô như thể họ là bạn cũ, nhưng khi đã đổi một phong bì nâu lấy một phong bì nâu khác, anh ta rời đi ngay lập tức. Virginia quay lại phòng khách, xé phong bì mới và đếm tiền. Mười lăm nghìn, đúng như thỏa thuận. Không tệ cho một buổi sáng. Giờ tất cả những gì cô phải làm là quyết định xem có nên giao mười nghìn cho người đàn ông hói đầu mặc áo blazer xanh navy và quần jeans đang chờ cô ở Quảng trường Trafalgar hay không.</w:t>
      </w:r>
    </w:p>
    <w:p>
      <w:pPr>
        <w:jc w:val="center"/>
      </w:pPr>
      <w:r>
        <w:drawing>
          <wp:inline xmlns:a="http://schemas.openxmlformats.org/drawingml/2006/main" xmlns:pic="http://schemas.openxmlformats.org/drawingml/2006/picture">
            <wp:extent cx="304800" cy="85725"/>
            <wp:docPr id="60" name="Picture 6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Virginia đến ngân hàng, cô đi thẳng đến phòng làm việc của giám đốc. Ông Leigh đứng dậy ngay khi cô bước vào phòng. Không nói một lời, cô lấy ra năm gói giấy bóng kính và một bản sao tài liệu dài ba trang từ chiếc túi Swan and Edgar, rồi đặt chúng lên bàn ông.</w:t>
      </w:r>
    </w:p>
    <w:p>
      <w:pPr>
        <w:spacing w:after="80"/>
      </w:pPr>
      <w:r>
        <w:rPr>
          <w:b w:val="0"/>
          <w:i w:val="0"/>
        </w:rPr>
        <w:t>Xin ghi có vào tài khoản của tôi năm ngàn bảng, và xếp tài liệu này vào hồ sơ cá nhân của tôi.</w:t>
      </w:r>
    </w:p>
    <w:p>
      <w:pPr>
        <w:spacing w:after="80"/>
      </w:pPr>
      <w:r>
        <w:rPr>
          <w:b w:val="0"/>
          <w:i w:val="0"/>
        </w:rPr>
        <w:t>Ông Leigh hơi cúi đầu chào cô và định hỏi... nhưng cô đã rời khỏi phòng rồi.</w:t>
      </w:r>
    </w:p>
    <w:p>
      <w:pPr>
        <w:spacing w:after="80"/>
      </w:pPr>
      <w:r>
        <w:rPr>
          <w:b w:val="0"/>
          <w:i w:val="0"/>
        </w:rPr>
        <w:t>Virginia bước ra khỏi ngân hàng và đi ra phố Strand, rồi chậm rãi tiến về phía Quảng trường Trafalgar. Cô đã quyết định làm theo chỉ dẫn của Mellors, phần lớn là vì cô nhớ ông ta đã nói hậu quả sẽ nghiêm trọng đến mức nào nếu ông ta không trả được tiền, và cô không muốn bất kỳ tổn hại nào xảy đến với nguồn thu nhập duy nhất còn lại của mình.</w:t>
      </w:r>
    </w:p>
    <w:p>
      <w:pPr>
        <w:spacing w:after="80"/>
      </w:pPr>
      <w:r>
        <w:rPr>
          <w:b w:val="0"/>
          <w:i w:val="0"/>
        </w:rPr>
        <w:t>Cô dừng lại đối diện nhà thờ St Martin in the Fields và, ôm chặt chiếc túi Swan and Edgar, chờ đèn giao thông chuyển đỏ trước khi băng qua đường. Một đàn bồ câu giật mình bay vút lên khi cô bước vào quảng trường và hướng về phía các đài phun nước.</w:t>
      </w:r>
    </w:p>
    <w:p>
      <w:pPr>
        <w:spacing w:after="80"/>
      </w:pPr>
      <w:r>
        <w:rPr>
          <w:b w:val="0"/>
          <w:i w:val="0"/>
        </w:rPr>
        <w:t>Một đứa trẻ đang nhảy nhót trong nước và mẹ cậu bé đang van xin cậu ra ngoài. Ngay phía sau họ là một người đàn ông đầu hói mặc áo sơ mi cổ mở, áo blazer xanh đậm và quần jeans, ánh mắt ông ta không rời khỏi cô. Cô bước đến chỗ ông ta và đưa chiếc túi mua sắm. Ông ta thậm chí không nhìn vào trong, chỉ quay lưng lại và biến mất giữa đám đông khách du lịch.</w:t>
      </w:r>
    </w:p>
    <w:p>
      <w:pPr>
        <w:spacing w:after="80"/>
      </w:pPr>
      <w:r>
        <w:rPr>
          <w:b w:val="0"/>
          <w:i w:val="0"/>
        </w:rPr>
        <w:t>Virginia thở phào nhẹ nhõm. Phi vụ đã diễn ra suôn sẻ, và cô đã háo hức mong được ăn trưa với Priscilla. Cô đi về phía Phòng trưng bày Quốc gia và vẫy một chiếc taxi, trong khi người đàn ông đầu hói tiếp tục sải bước theo hướng ngược lại. Ông ta không thể bỏ lỡ chiếc Bentley màu xám bạc đỗ bên ngoài South Africa House. Khi ông ta đến gần xe, một cửa kính màu từ từ hạ xuống và một bàn tay xuất hiện. Ông ta đưa chiếc túi Swan and Edgar qua và chờ đợi.</w:t>
      </w:r>
    </w:p>
    <w:p>
      <w:pPr>
        <w:spacing w:after="80"/>
      </w:pPr>
      <w:r>
        <w:rPr>
          <w:b w:val="0"/>
          <w:i w:val="0"/>
        </w:rPr>
        <w:t>Conrad Sorkin kiểm tra mười gói giấy bóng kính trước khi đưa lại một gói cho người đưa tin.</w:t>
      </w:r>
    </w:p>
    <w:p>
      <w:pPr>
        <w:spacing w:after="80"/>
      </w:pPr>
      <w:r>
        <w:rPr>
          <w:b w:val="0"/>
          <w:i w:val="0"/>
        </w:rPr>
        <w:t>Cảm ơn ông, ông Graves. Xin cho ông Nash biết rằng Quý bà Virginia đã không xuất hiện.</w:t>
      </w:r>
    </w:p>
    <w:p>
      <w:pPr>
        <w:pStyle w:val="Heading1"/>
        <w:jc w:val="center"/>
      </w:pPr>
      <w:r>
        <w:rPr>
          <w:rFonts w:ascii="Calibri" w:hAnsi="Calibri"/>
          <w:b/>
          <w:i w:val="0"/>
          <w:sz w:val="40"/>
        </w:rPr>
        <w:t>16</w:t>
      </w:r>
    </w:p>
    <w:p>
      <w:pPr>
        <w:spacing w:after="80"/>
      </w:pPr>
      <w:r>
        <w:rPr>
          <w:b w:val="0"/>
          <w:i w:val="0"/>
        </w:rPr>
        <w:t>SÁU NGƯỜI ĐÀN ÔNG ngồi đối diện nhau chuẩn bị cho trận chiến, dù thực ra tất cả họ đều cùng một phe. Ba người trong số họ đại diện cho Farthings Kaufman, và ba người còn lại đại diện cho Thomas Cook Ltd, một trong những khách hàng lâu năm nhất của ngân hàng.</w:t>
      </w:r>
    </w:p>
    <w:p>
      <w:pPr>
        <w:spacing w:after="80"/>
      </w:pPr>
      <w:r>
        <w:rPr>
          <w:b w:val="0"/>
          <w:i w:val="0"/>
        </w:rPr>
        <w:t>Hakim Bishara, chủ tịch Farthings Kaufman, ngồi một bên bàn, với Sebastian Clifton, CEO của ông, bên phải, và luật sư nội bộ của ngân hàng, Arnold Hardcastle, bên trái. Đối diện Hakim là Ray Brook, chủ tịch Cooks, bên phải ông là giám đốc điều hành công ty, Brian Dawson, và bên trái là Naynesh Desai, cố vấn pháp lý của ông.</w:t>
      </w:r>
    </w:p>
    <w:p>
      <w:pPr>
        <w:spacing w:after="80"/>
      </w:pPr>
      <w:r>
        <w:rPr>
          <w:b w:val="0"/>
          <w:i w:val="0"/>
        </w:rPr>
        <w:t>Cho phép tôi mở đầu cuộc họp này bằng lời chào mừng tất cả các vị, Hakim nói. Xin cho tôi thêm rằng chúng tôi vô cùng vui mừng được đại diện cho Cooks trong nỗ lực tiếp quản Mellor Travel Ltd. Đáng tiếc, đây khó có thể là một thương vụ tiếp quản được hai bên đồng thuận. Thực tế, nhiều khả năng đây sẽ là một cuộc chiến toàn diện, và là một cuộc chiến đẫm máu. Nhưng xin đảm bảo với các vị, thưa quý ông, chúng ta sẽ thành công. Giờ tôi xin mời Sebastian Clifton, người đã làm việc cho dự án này vài tuần nay, cập nhật cho tất cả chúng ta.</w:t>
      </w:r>
    </w:p>
    <w:p>
      <w:pPr>
        <w:spacing w:after="80"/>
      </w:pPr>
      <w:r>
        <w:rPr>
          <w:b w:val="0"/>
          <w:i w:val="0"/>
        </w:rPr>
        <w:t>Cảm ơn chủ tịch, Seb nói khi mở một tập hồ sơ dày trước mặt. Cho phép tôi bắt đầu bằng việc tóm tắt tình hình hiện tại của chúng ta. Cooks đã bày tỏ sự quan tâm đến việc mua lại Mellor Travel từ một thời gian, công ty này có một số tài sản sẽ mang lại giá trị gia tăng cho hoạt động kinh doanh của họ. Đặc biệt là bốn mươi hai cửa hàng trên phố chính, một số ở những thị trấn nơi Cooks không có mặt, hoặc nơi vị trí hiện tại của họ không thuận lợi bằng đối thủ. Mellor cũng có đội ngũ nhân viên được đào tạo bài bản, hạng nhất, dù một số người trong số họ đã cảm thấy cần phải rời công ty trong năm qua.</w:t>
      </w:r>
    </w:p>
    <w:p>
      <w:pPr>
        <w:spacing w:after="80"/>
      </w:pPr>
      <w:r>
        <w:rPr>
          <w:b w:val="0"/>
          <w:i w:val="0"/>
        </w:rPr>
        <w:t>Một hai người trong số họ gia nhập chúng ta, Brook ngắt lời.</w:t>
      </w:r>
    </w:p>
    <w:p>
      <w:pPr>
        <w:spacing w:after="80"/>
      </w:pPr>
      <w:r>
        <w:rPr>
          <w:b w:val="0"/>
          <w:i w:val="0"/>
        </w:rPr>
        <w:t>Có lẽ đây là lúc nên đề cập đến vấn đề hiển nhiên ai cũng thấy, Seb tiếp tục. Cụ thể là ông Desmond Mellor, người dù không còn là chủ tịch công ty nhưng vẫn nắm giữ năm mươi mốt phần trăm cổ phần. Do đó, việc tiếp quản gần như không thể nếu không có sự chấp thuận của ông ta.</w:t>
      </w:r>
    </w:p>
    <w:p>
      <w:pPr>
        <w:spacing w:after="80"/>
      </w:pPr>
      <w:r>
        <w:rPr>
          <w:b w:val="0"/>
          <w:i w:val="0"/>
        </w:rPr>
        <w:t>Tôi hiểu rằng trước đây ông đã từng có giao dịch với ông Mellor, Dawson nói, tháo kính ra. Mối quan hệ hiện tại của ông với ông ấy thế nào?</w:t>
      </w:r>
    </w:p>
    <w:p>
      <w:pPr>
        <w:spacing w:after="80"/>
      </w:pPr>
      <w:r>
        <w:rPr>
          <w:b w:val="0"/>
          <w:i w:val="0"/>
        </w:rPr>
        <w:t>Tôi không nghĩ nó có thể tệ hơn được nữa, Seb thừa nhận. Cả hai chúng tôi đều ngồi trong hội đồng quản trị của Barrington Shipping vào thời điểm mẹ tôi làm chủ tịch. Mellor không chỉ tìm cách đưa bà ra khỏi hội đồng quản trị, mà sau khi thất bại, ông ta còn cố thâu tóm công ty bằng những thủ đoạn bị ủy ban tiếp quản (takeover panel) đánh giá là không thể chấp nhận được. Mẹ tôi đã thắng thế, và tiếp tục điều hành Barringtons thêm vài năm nữa cho đến khi công ty được Cunard mua lại.</w:t>
      </w:r>
    </w:p>
    <w:p>
      <w:pPr>
        <w:spacing w:after="80"/>
      </w:pPr>
      <w:r>
        <w:rPr>
          <w:b w:val="0"/>
          <w:i w:val="0"/>
        </w:rPr>
        <w:t>Tôi đã mời mẹ ông tham gia hội đồng quản trị của chúng tôi, Brook nói, nhưng tiếc thay Margaret Thatcher đã nẫng mất.</w:t>
      </w:r>
    </w:p>
    <w:p>
      <w:pPr>
        <w:spacing w:after="80"/>
      </w:pPr>
      <w:r>
        <w:rPr>
          <w:b w:val="0"/>
          <w:i w:val="0"/>
        </w:rPr>
        <w:t>Tôi không biết điều đó, Seb nói.</w:t>
      </w:r>
    </w:p>
    <w:p>
      <w:pPr>
        <w:spacing w:after="80"/>
      </w:pPr>
      <w:r>
        <w:rPr>
          <w:b w:val="0"/>
          <w:i w:val="0"/>
        </w:rPr>
        <w:t xml:space="preserve">Nhưng ông hẳn còn nhớ khi Barringtons ra mắt </w:t>
      </w:r>
      <w:r>
        <w:rPr>
          <w:b w:val="0"/>
          <w:i/>
        </w:rPr>
        <w:t>Buckingham</w:t>
      </w:r>
      <w:r>
        <w:rPr>
          <w:b w:val="0"/>
          <w:i w:val="0"/>
        </w:rPr>
        <w:t xml:space="preserve">, và sau đó là </w:t>
      </w:r>
      <w:r>
        <w:rPr>
          <w:b w:val="0"/>
          <w:i/>
        </w:rPr>
        <w:t>Balmoral</w:t>
      </w:r>
      <w:r>
        <w:rPr>
          <w:b w:val="0"/>
          <w:i w:val="0"/>
        </w:rPr>
        <w:t>, bà Clifton đã chỉ định Cooks làm đại lý đặt chỗ ưu tiên của họ. Chúng tôi chưa từng có đối tác nào tốt hơn, dù tôi phải quen với việc bà ấy gọi điện lúc sáu giờ sáng hoặc mười giờ đêm.</w:t>
      </w:r>
    </w:p>
    <w:p>
      <w:pPr>
        <w:spacing w:after="80"/>
      </w:pPr>
      <w:r>
        <w:rPr>
          <w:b w:val="0"/>
          <w:i w:val="0"/>
        </w:rPr>
        <w:t>Ông cũng vậy à? Seb cười nói. Tuy nhiên, tôi phải thú nhận một điều. Trước khi các ông đến gặp chúng tôi về vụ thâu tóm này, theo yêu cầu của ông ta, tôi đã đến thăm Desmond Mellor trong tù.</w:t>
      </w:r>
    </w:p>
    <w:p>
      <w:pPr>
        <w:spacing w:after="80"/>
      </w:pPr>
      <w:r>
        <w:rPr>
          <w:b w:val="0"/>
          <w:i w:val="0"/>
        </w:rPr>
        <w:t>Jessica hẳn sẽ thích thú vẽ lại những biểu cảm hiện trên gương mặt ba người đàn ông ngồi đối diện cha cô.</w:t>
      </w:r>
    </w:p>
    <w:p>
      <w:pPr>
        <w:spacing w:after="80"/>
      </w:pPr>
      <w:r>
        <w:rPr>
          <w:b w:val="0"/>
          <w:i w:val="0"/>
        </w:rPr>
        <w:t>Tệ hơn nữa, trong lần đó Mellor đề nghị bán cho tôi năm mươi mốt phần trăm công ty với giá một bảng Anh.</w:t>
      </w:r>
    </w:p>
    <w:p>
      <w:pPr>
        <w:spacing w:after="80"/>
      </w:pPr>
      <w:r>
        <w:rPr>
          <w:b w:val="0"/>
          <w:i w:val="0"/>
        </w:rPr>
        <w:t>Ông ta muốn gì để đổi lại? Brook hỏi.</w:t>
      </w:r>
    </w:p>
    <w:p>
      <w:pPr>
        <w:spacing w:after="80"/>
      </w:pPr>
      <w:r>
        <w:rPr>
          <w:b w:val="0"/>
          <w:i w:val="0"/>
        </w:rPr>
        <w:t>Rằng khi ông ta được ra tù, chúng tôi sẽ trả lại năm mươi mốt phần trăm đó, cũng với giá một bảng Anh.</w:t>
      </w:r>
    </w:p>
    <w:p>
      <w:pPr>
        <w:spacing w:after="80"/>
      </w:pPr>
      <w:r>
        <w:rPr>
          <w:b w:val="0"/>
          <w:i w:val="0"/>
        </w:rPr>
        <w:t>Không phải một đề nghị hấp dẫn lắm, Dawson nhận xét. Dù hẳn lúc đó nó cũng phải cám dỗ lắm.</w:t>
      </w:r>
    </w:p>
    <w:p>
      <w:pPr>
        <w:spacing w:after="80"/>
      </w:pPr>
      <w:r>
        <w:rPr>
          <w:b w:val="0"/>
          <w:i w:val="0"/>
        </w:rPr>
        <w:t>Nhưng chưa đủ cám dỗ, Hakim nói, nếu kết quả là ông phải chà vai sát cánh với những kẻ cặn bã như Sloane và Knowles, những người theo tôi nên bị nhốt chung phòng giam với Mellor.</w:t>
      </w:r>
    </w:p>
    <w:p>
      <w:pPr>
        <w:spacing w:after="80"/>
      </w:pPr>
      <w:r>
        <w:rPr>
          <w:b w:val="0"/>
          <w:i w:val="0"/>
        </w:rPr>
        <w:t>Đó là chuyện ngoài lề, Arnold xen vào một cách dứt khoát, và không đại diện cho quan điểm của ngân hàng.</w:t>
      </w:r>
    </w:p>
    <w:p>
      <w:pPr>
        <w:spacing w:after="80"/>
      </w:pPr>
      <w:r>
        <w:rPr>
          <w:b w:val="0"/>
          <w:i w:val="0"/>
        </w:rPr>
        <w:t>Tôi đồng ý với ông, Hakim, Brook nói. Tôi chỉ gặp Adrian Sloane một lần, và thế là quá đủ. Tuy nhiên, để tôi hỏi ông, ông Clifton, ông có nghĩ có khả năng nào Mellor sẽ cân nhắc khôi phục lại đề nghị của mình không?</w:t>
      </w:r>
    </w:p>
    <w:p>
      <w:pPr>
        <w:spacing w:after="80"/>
      </w:pPr>
      <w:r>
        <w:rPr>
          <w:b w:val="0"/>
          <w:i w:val="0"/>
        </w:rPr>
        <w:t>Có vẻ khó xảy ra, dù tôi sẵn lòng thử một lần, giả sử ông ta đồng ý gặp tôi.</w:t>
      </w:r>
    </w:p>
    <w:p>
      <w:pPr>
        <w:spacing w:after="80"/>
      </w:pPr>
      <w:r>
        <w:rPr>
          <w:b w:val="0"/>
          <w:i w:val="0"/>
        </w:rPr>
        <w:t>Vậy thì hãy tìm hiểu càng nhanh càng tốt xem liệu đó có khả thi không, Dawson nói.</w:t>
      </w:r>
    </w:p>
    <w:p>
      <w:pPr>
        <w:spacing w:after="80"/>
      </w:pPr>
      <w:r>
        <w:rPr>
          <w:b w:val="0"/>
          <w:i w:val="0"/>
        </w:rPr>
        <w:t>Nhưng kể cả nếu Mellor có đồng ý gặp anh, Arnold nói, tôi vẫn phải cảnh báo anh rằng bánh xe quyền lực ở Cơ quan Quản lý Nhà tù (Prison Service) quay còn chậm hơn cả ở Whitehall.</w:t>
      </w:r>
    </w:p>
    <w:p>
      <w:pPr>
        <w:spacing w:after="80"/>
      </w:pPr>
      <w:r>
        <w:rPr>
          <w:b w:val="0"/>
          <w:i w:val="0"/>
        </w:rPr>
        <w:t>Nhưng tôi nhớ anh và Seb đã đến thăm tôi ở Belmarsh chỉ trong nháy mắt, Hakim nói.</w:t>
      </w:r>
    </w:p>
    <w:p>
      <w:pPr>
        <w:spacing w:after="80"/>
      </w:pPr>
      <w:r>
        <w:rPr>
          <w:b w:val="0"/>
          <w:i w:val="0"/>
        </w:rPr>
        <w:t>Đó là những cuộc thăm gặp hợp pháp, Arnold nói, và không bị ràng buộc bởi những hạn chế thông thường của nhà tù, đừng quên, anh là thân chủ của tôi.</w:t>
      </w:r>
    </w:p>
    <w:p>
      <w:pPr>
        <w:spacing w:after="80"/>
      </w:pPr>
      <w:r>
        <w:rPr>
          <w:b w:val="0"/>
          <w:i w:val="0"/>
        </w:rPr>
        <w:t>Vậy nếu Mellor đồng ý để anh đại diện cho ông ấy, Hakim nói, chúng ta có thể cắt bỏ được đống giấy tờ quan liêu đó.</w:t>
      </w:r>
    </w:p>
    <w:p>
      <w:pPr>
        <w:spacing w:after="80"/>
      </w:pPr>
      <w:r>
        <w:rPr>
          <w:b w:val="0"/>
          <w:i w:val="0"/>
        </w:rPr>
        <w:t>Nhưng tại sao ông ấy lại cân nhắc làm điều đó chứ? Dawson hỏi.</w:t>
      </w:r>
    </w:p>
    <w:p>
      <w:pPr>
        <w:spacing w:after="80"/>
      </w:pPr>
      <w:r>
        <w:rPr>
          <w:b w:val="0"/>
          <w:i w:val="0"/>
        </w:rPr>
        <w:t>Bởi vì Barry Hammond, Sebastian nói, một thám tử tư được Farthings thuê, đã phát hiện ra rằng chính Sloane là kẻ đã gài bẫy Mellor. Đó là lý do Mellor phải vào tù, và một khi ông ấy đã yên vị ra khỏi đường đi, với sự giúp đỡ của người bạn Knowles, Sloane tự bổ nhiệm mình làm chủ tịch của Mellor Travel, công ty mà từ đó đến nay chưa từng công bố lợi nhuận hay chia cổ tức. Vậy nên hoàn toàn có thể Mellor sẽ tuyệt vọng đến mức coi chúng ta là kẻ xấu ít tệ hơn trong hai kẻ xấu.</w:t>
      </w:r>
    </w:p>
    <w:p>
      <w:pPr>
        <w:spacing w:after="80"/>
      </w:pPr>
      <w:r>
        <w:rPr>
          <w:b w:val="0"/>
          <w:i w:val="0"/>
        </w:rPr>
        <w:t>Nếu đó là đội nhà, Brook nói, thì anh đã tìm ra được những gì về đối thủ của chúng ta?</w:t>
      </w:r>
    </w:p>
    <w:p>
      <w:pPr>
        <w:spacing w:after="80"/>
      </w:pPr>
      <w:r>
        <w:rPr>
          <w:b w:val="0"/>
          <w:i w:val="0"/>
        </w:rPr>
        <w:t>Rằng họ còn tệ hơn nữa, Seb đáp. Sorkin International không phải là một công ty dễ nắm bắt. Trụ sở chính của họ đăng ký ở Panama, và dù họ có số điện thoại văn phòng, chẳng ai từng nghe máy.</w:t>
      </w:r>
    </w:p>
    <w:p>
      <w:pPr>
        <w:spacing w:after="80"/>
      </w:pPr>
      <w:r>
        <w:rPr>
          <w:b w:val="0"/>
          <w:i w:val="0"/>
        </w:rPr>
        <w:t>Bản thân Conrad Sorkin có đặt trụ sở ở Panama không? Dawson hỏi.</w:t>
      </w:r>
    </w:p>
    <w:p>
      <w:pPr>
        <w:spacing w:after="80"/>
      </w:pPr>
      <w:r>
        <w:rPr>
          <w:b w:val="0"/>
          <w:i w:val="0"/>
        </w:rPr>
        <w:t>Không. Ông ta dành phần lớn thời gian trên một chiếc du thuyền, liên tục di chuyển. Thực tế, có bảy quốc gia nơi ông ta hiện là người không được chào đón (persona non grata), nhưng không may Vương quốc Anh không nằm trong số đó. Và dù sao đi nữa, ông ta dường như có sẵn những luật sư gian xảo, các công ty vỏ bọc (shelf company), thậm chí cả bí danh để đảm bảo luôn đi trước pháp luật một bước.</w:t>
      </w:r>
    </w:p>
    <w:p>
      <w:pPr>
        <w:spacing w:after="80"/>
      </w:pPr>
      <w:r>
        <w:rPr>
          <w:b w:val="0"/>
          <w:i w:val="0"/>
        </w:rPr>
        <w:t>Một kẻ đồng lõa lý tưởng cho Sloane và Knowles, Brook gợi ý.</w:t>
      </w:r>
    </w:p>
    <w:p>
      <w:pPr>
        <w:spacing w:after="80"/>
      </w:pPr>
      <w:r>
        <w:rPr>
          <w:b w:val="0"/>
          <w:i w:val="0"/>
        </w:rPr>
        <w:t>Đồng ý, Seb nói, và như anh biết, Sorkin gần đây đã san bằng mức giá hai triệu của chúng ta cho Mellor Travel. Tuy nhiên, tôi nghĩ khó có khả năng chúng ta được đối xử bình đẳng.</w:t>
      </w:r>
    </w:p>
    <w:p>
      <w:pPr>
        <w:spacing w:after="80"/>
      </w:pPr>
      <w:r>
        <w:rPr>
          <w:b w:val="0"/>
          <w:i w:val="0"/>
        </w:rPr>
        <w:t>Nhưng chắc chắn Sorkin không thể khởi động một cuộc thâu tóm toàn diện mà không có sự hậu thuẫn của Mellor, luật sư của Cook nói.</w:t>
      </w:r>
    </w:p>
    <w:p>
      <w:pPr>
        <w:spacing w:after="80"/>
      </w:pPr>
      <w:r>
        <w:rPr>
          <w:b w:val="0"/>
          <w:i w:val="0"/>
        </w:rPr>
        <w:t>Ông ta không cần phải làm thế, Hakim nói, vì chúng tôi không tin đó là mục đích của ông ta, như Seb sẽ giải thích.</w:t>
      </w:r>
    </w:p>
    <w:p>
      <w:pPr>
        <w:spacing w:after="80"/>
      </w:pPr>
      <w:r>
        <w:rPr>
          <w:b w:val="0"/>
          <w:i w:val="0"/>
        </w:rPr>
        <w:t>Tôi khá chắc rằng Sorkin không hứng thú với chính công ty, Seb nói. Chỉ là bốn mươi hai cửa hàng và văn phòng, có giá trị sổ sách dưới hai triệu bảng, trong khi chuyên gia phân tích bất động sản của tôi định giá chúng trên năm triệu.</w:t>
      </w:r>
    </w:p>
    <w:p>
      <w:pPr>
        <w:spacing w:after="80"/>
      </w:pPr>
      <w:r>
        <w:rPr>
          <w:b w:val="0"/>
          <w:i w:val="0"/>
        </w:rPr>
        <w:t>Vậy đó là chiêu trò của ông ta, Dawson nói.</w:t>
      </w:r>
    </w:p>
    <w:p>
      <w:pPr>
        <w:spacing w:after="80"/>
      </w:pPr>
      <w:r>
        <w:rPr>
          <w:b w:val="0"/>
          <w:i w:val="0"/>
        </w:rPr>
        <w:t>Tôi nghĩ ông ấy sẽ vui vẻ bán tháo các bất động sản mà không cần hỏi ý Mellor, Arnold nói, thậm chí chẳng bận tâm đến việc phạm luật, vì tôi nghi ông Sorkin sẽ biến mất từ lâu trước khi cảnh sát tóm được ông ta.</w:t>
      </w:r>
    </w:p>
    <w:p>
      <w:pPr>
        <w:spacing w:after="80"/>
      </w:pPr>
      <w:r>
        <w:rPr>
          <w:b w:val="0"/>
          <w:i w:val="0"/>
        </w:rPr>
        <w:t>Chúng ta có thể làm gì để ngăn ông ta không? Brook hỏi.</w:t>
      </w:r>
    </w:p>
    <w:p>
      <w:pPr>
        <w:spacing w:after="80"/>
      </w:pPr>
      <w:r>
        <w:rPr>
          <w:b w:val="0"/>
          <w:i w:val="0"/>
        </w:rPr>
        <w:t>Được, Seb nói. Giành lấy 51 phần trăm của Mellor, và sa thải Sloane.</w:t>
      </w:r>
    </w:p>
    <w:p>
      <w:pPr>
        <w:jc w:val="center"/>
      </w:pPr>
      <w:r>
        <w:drawing>
          <wp:inline xmlns:a="http://schemas.openxmlformats.org/drawingml/2006/main" xmlns:pic="http://schemas.openxmlformats.org/drawingml/2006/picture">
            <wp:extent cx="304800" cy="85725"/>
            <wp:docPr id="61" name="Picture 6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một lá thư rơi xuống tấm thảm trước cửa nhà Virginia vào sáng hôm sau, cô nhận ra nét chữ, và mở ra thì thấy bên trong có một phong bì khác gửi cho cô Kelly Mellor, nhưng không ghi địa chỉ, chỉ có một dòng ghi chú nguệch ngoạc:</w:t>
      </w:r>
    </w:p>
    <w:p>
      <w:pPr>
        <w:spacing w:after="80"/>
      </w:pPr>
      <w:r>
        <w:rPr>
          <w:b w:val="0"/>
          <w:i/>
        </w:rPr>
        <w:t>Làm ơn chắc chắn rằng Kelly nhận được cái này. Nó rất quan trọng.</w:t>
      </w:r>
    </w:p>
    <w:p>
      <w:pPr>
        <w:spacing w:after="80"/>
      </w:pPr>
      <w:r>
        <w:rPr>
          <w:b w:val="0"/>
          <w:i/>
        </w:rPr>
        <w:t>Desmond</w:t>
      </w:r>
    </w:p>
    <w:p>
      <w:pPr>
        <w:spacing w:after="80"/>
      </w:pPr>
      <w:r>
        <w:rPr>
          <w:b w:val="0"/>
          <w:i w:val="0"/>
        </w:rPr>
        <w:t>Virginia lập tức xé toạc phong bì thứ hai và bắt đầu đọc lá thư Desmond viết cho con gái mình.</w:t>
      </w:r>
    </w:p>
    <w:p>
      <w:pPr>
        <w:spacing w:after="80"/>
      </w:pPr>
      <w:r>
        <w:rPr>
          <w:b w:val="0"/>
          <w:i/>
        </w:rPr>
        <w:t>Kelly thân mến . . .</w:t>
      </w:r>
    </w:p>
    <w:p>
      <w:pPr>
        <w:jc w:val="center"/>
      </w:pPr>
      <w:r>
        <w:drawing>
          <wp:inline xmlns:a="http://schemas.openxmlformats.org/drawingml/2006/main" xmlns:pic="http://schemas.openxmlformats.org/drawingml/2006/picture">
            <wp:extent cx="304800" cy="85725"/>
            <wp:docPr id="62" name="Picture 6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Sebastian vừa định bước vào thang máy thì Arnold Hardcastle chạy dọc hành lang về phía anh.</w:t>
      </w:r>
    </w:p>
    <w:p>
      <w:pPr>
        <w:spacing w:after="80"/>
      </w:pPr>
      <w:r>
        <w:rPr>
          <w:b w:val="0"/>
          <w:i w:val="0"/>
        </w:rPr>
        <w:t>Anh không có vợ con để về nhà à?</w:t>
      </w:r>
    </w:p>
    <w:p>
      <w:pPr>
        <w:spacing w:after="80"/>
      </w:pPr>
      <w:r>
        <w:rPr>
          <w:b w:val="0"/>
          <w:i w:val="0"/>
        </w:rPr>
        <w:t>Tin tốt đây, Arnold nói, phớt lờ lời bình luận. Mellor không chỉ đồng ý gặp chúng ta, mà ông ta còn muốn gặp càng sớm càng tốt.</w:t>
      </w:r>
    </w:p>
    <w:p>
      <w:pPr>
        <w:spacing w:after="80"/>
      </w:pPr>
      <w:r>
        <w:rPr>
          <w:b w:val="0"/>
          <w:i w:val="0"/>
        </w:rPr>
        <w:t>Tuyệt vời. Hakim sẽ rất vui.</w:t>
      </w:r>
    </w:p>
    <w:p>
      <w:pPr>
        <w:spacing w:after="80"/>
      </w:pPr>
      <w:r>
        <w:rPr>
          <w:b w:val="0"/>
          <w:i w:val="0"/>
        </w:rPr>
        <w:t>Tôi đã nói chuyện với giám đốc nhà tù rồi, và ông ấy đồng ý cho tổ chức một cuộc gặp pháp lý trong tù vào lúc mười hai giờ trưa mai.</w:t>
      </w:r>
    </w:p>
    <w:p>
      <w:pPr>
        <w:spacing w:after="80"/>
      </w:pPr>
      <w:r>
        <w:rPr>
          <w:b w:val="0"/>
          <w:i w:val="0"/>
        </w:rPr>
        <w:t>Hakim sẽ muốn có mặt ở đó.</w:t>
      </w:r>
    </w:p>
    <w:p>
      <w:pPr>
        <w:spacing w:after="80"/>
      </w:pPr>
      <w:r>
        <w:rPr>
          <w:b w:val="0"/>
          <w:i w:val="0"/>
        </w:rPr>
        <w:t>Chúa ơi đừng, Arnold nói. Cậu ta có khi sẽ bóp cổ ông ta mất, mà ai trách được chứ? Không, anh nên đại diện cho Farthings. Suy cho cùng, chính anh là người ông ta yêu cầu gặp khi đưa ra đề nghị ban đầu. Tôi cũng đề nghị có mặt Ray Brook, để Mellor nhận ra rằng vụ đặt giá này là nghiêm túc. Một chủ tịch gặp một chủ tịch. Ông ta sẽ rất ấn tượng với điều đó.</w:t>
      </w:r>
    </w:p>
    <w:p>
      <w:pPr>
        <w:spacing w:after="80"/>
      </w:pPr>
      <w:r>
        <w:rPr>
          <w:b w:val="0"/>
          <w:i w:val="0"/>
        </w:rPr>
        <w:t>Nghe hợp lý đấy, Seb đồng ý.</w:t>
      </w:r>
    </w:p>
    <w:p>
      <w:pPr>
        <w:spacing w:after="80"/>
      </w:pPr>
      <w:r>
        <w:rPr>
          <w:b w:val="0"/>
          <w:i w:val="0"/>
        </w:rPr>
        <w:t>Bạn có lịch gì vào sáng mai không?</w:t>
      </w:r>
    </w:p>
    <w:p>
      <w:pPr>
        <w:spacing w:after="80"/>
      </w:pPr>
      <w:r>
        <w:rPr>
          <w:b w:val="0"/>
          <w:i w:val="0"/>
        </w:rPr>
        <w:t>Nếu có thì, Seb vừa nói vừa mở cuốn sổ tay bỏ túi, thì sắp bị hủy rồi.</w:t>
      </w:r>
    </w:p>
    <w:p>
      <w:pPr>
        <w:jc w:val="center"/>
      </w:pPr>
      <w:r>
        <w:drawing>
          <wp:inline xmlns:a="http://schemas.openxmlformats.org/drawingml/2006/main" xmlns:pic="http://schemas.openxmlformats.org/drawingml/2006/picture">
            <wp:extent cx="304800" cy="85725"/>
            <wp:docPr id="63" name="Picture 6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Virginia đã liên lạc với mẹ của Kelly Mellor, nhưng bà ấy hoàn toàn không hợp tác. Có lẽ bà nghĩ Virginia là bạn gái mới nhất của Mellor. Tuy nhiên, bà có tiết lộ rằng lần cuối bà nghe tin từ con gái mình thì cô ấy đang ở đâu đó tại Chicago, nhưng thừa nhận đã mất liên lạc với cô.</w:t>
      </w:r>
    </w:p>
    <w:p>
      <w:pPr>
        <w:jc w:val="center"/>
      </w:pPr>
      <w:r>
        <w:drawing>
          <wp:inline xmlns:a="http://schemas.openxmlformats.org/drawingml/2006/main" xmlns:pic="http://schemas.openxmlformats.org/drawingml/2006/picture">
            <wp:extent cx="304800" cy="85725"/>
            <wp:docPr id="64" name="Picture 6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Mười một giờ sáng hôm sau, Sebastian, Arnold và Ray Brook leo lên ghế sau một chiếc taxi, và Seb bảo tài xế đưa họ đến HMP Belmarsh. Bác tài trông không vui lắm.</w:t>
      </w:r>
    </w:p>
    <w:p>
      <w:pPr>
        <w:spacing w:after="80"/>
      </w:pPr>
      <w:r>
        <w:rPr>
          <w:b w:val="0"/>
          <w:i w:val="0"/>
        </w:rPr>
        <w:t>Chẳng mấy cơ hội có khách về chuyến, Arnold giải thích.</w:t>
      </w:r>
    </w:p>
    <w:p>
      <w:pPr>
        <w:spacing w:after="80"/>
      </w:pPr>
      <w:r>
        <w:rPr>
          <w:b w:val="0"/>
          <w:i w:val="0"/>
        </w:rPr>
        <w:t>Sao lại sớm thế? Brook hỏi.</w:t>
      </w:r>
    </w:p>
    <w:p>
      <w:pPr>
        <w:spacing w:after="80"/>
      </w:pPr>
      <w:r>
        <w:rPr>
          <w:b w:val="0"/>
          <w:i w:val="0"/>
        </w:rPr>
        <w:t>Đến nơi anh sẽ biết tại sao, Arnold đáp.</w:t>
      </w:r>
    </w:p>
    <w:p>
      <w:pPr>
        <w:spacing w:after="80"/>
      </w:pPr>
      <w:r>
        <w:rPr>
          <w:b w:val="0"/>
          <w:i w:val="0"/>
        </w:rPr>
        <w:t>Ba người họ bàn chiến thuật trên đường đến nhà tù, và thống nhất rằng ưu tiên đầu tiên là làm Mellor thoải mái và khiến anh ta cảm thấy họ đứng về phía mình.</w:t>
      </w:r>
    </w:p>
    <w:p>
      <w:pPr>
        <w:spacing w:after="80"/>
      </w:pPr>
      <w:r>
        <w:rPr>
          <w:b w:val="0"/>
          <w:i w:val="0"/>
        </w:rPr>
        <w:t>Cứ nhắc đến Sloane và Knowles, Seb nói, vì tôi tin chắc anh ta thà làm việc với chúng ta hơn là với họ.</w:t>
      </w:r>
    </w:p>
    <w:p>
      <w:pPr>
        <w:spacing w:after="80"/>
      </w:pPr>
      <w:r>
        <w:rPr>
          <w:b w:val="0"/>
          <w:i w:val="0"/>
        </w:rPr>
        <w:t>Tôi không nghĩ anh ta sẽ đồng ý gặp chúng ta, Brook nói khi chiếc taxi rời thành phố và hướng về phía đông, trừ khi chúng ta có cơ hội.</w:t>
      </w:r>
    </w:p>
    <w:p>
      <w:pPr>
        <w:spacing w:after="80"/>
      </w:pPr>
      <w:r>
        <w:rPr>
          <w:b w:val="0"/>
          <w:i w:val="0"/>
        </w:rPr>
        <w:t>Khi chiếc taxi dừng lại trước cánh cổng xanh to lớn đáng sợ của HMP Belmarsh, mỗi người đều đã biết vai trò mình phải đóng. Arnold sẽ mở màn và cố thuyết phục Mellor rằng họ là phe tốt, và khi Seb cảm thấy thời điểm thích hợp, anh sẽ đưa ra lời đề nghị 1.5 triệu cho số cổ phần của anh ta. Brook sẽ xác nhận rằng tiền sẽ được gửi vào tài khoản của anh ta ngay khi anh ta ký chuyển nhượng cổ phần và, như một phần thưởng thêm, Sloane và Knowles sẽ bị sa thải trước khi kết thúc ngày làm việc hôm đó. Seb bắt đầu cảm thấy tự tin hơn.</w:t>
      </w:r>
    </w:p>
    <w:p>
      <w:pPr>
        <w:spacing w:after="80"/>
      </w:pPr>
      <w:r>
        <w:rPr>
          <w:b w:val="0"/>
          <w:i w:val="0"/>
        </w:rPr>
        <w:t>Khi ba người bước vào nhà tù, họ được hộ tống đến nhà gác cổng và bị khám xét kỹ lưỡng. Con dao gấp trên móc khóa của Brook lập tức bị tịch thu. Chủ tịch Cook Travel có thể đã đến gần như mọi quốc gia trên trái đất, nhưng rõ ràng ông chưa từng vào nhà tù bao giờ. Họ để lại tất cả đồ có giá trị, kể cả thắt lưng, cho trung sĩ trực bàn, và cùng với hai sĩ quan khác, đi băng qua khoảng sân đến Khu A.</w:t>
      </w:r>
    </w:p>
    <w:p>
      <w:pPr>
        <w:spacing w:after="80"/>
      </w:pPr>
      <w:r>
        <w:rPr>
          <w:b w:val="0"/>
          <w:i w:val="0"/>
        </w:rPr>
        <w:t>Họ đi qua nhiều cổng có chấn song, được mở khóa rồi khóa lại phía sau, trước khi đến một phòng phỏng vấn ở tầng một. Đồng hồ trên tường chỉ mười hai giờ kém năm. Brook không cần hỏi nữa tại sao họ lại khởi hành sớm thế.</w:t>
      </w:r>
    </w:p>
    <w:p>
      <w:pPr>
        <w:spacing w:after="80"/>
      </w:pPr>
      <w:r>
        <w:rPr>
          <w:b w:val="0"/>
          <w:i w:val="0"/>
        </w:rPr>
        <w:t>Một trong các sĩ quan trực mở cửa để ba người đàn ông bước vào một căn phòng hình chữ nhật có vách kính. Dù họ được để yên một mình, hai sĩ quan đứng canh bên ngoài, nhìn vào trong. Họ ở đó để đảm bảo không ai chuyển ma túy, vũ khí hay tiền cho tù nhân. Không gì khiến lũ cai ngục vui sướng hơn là bắt được một luật sư.</w:t>
      </w:r>
    </w:p>
    <w:p>
      <w:pPr>
        <w:spacing w:after="80"/>
      </w:pPr>
      <w:r>
        <w:rPr>
          <w:b w:val="0"/>
          <w:i w:val="0"/>
        </w:rPr>
        <w:t>Ba vị khách ngồi quanh một chiếc bàn vuông nhỏ ở giữa phòng, để trống một chiếc ghế cho Mellor. Arnold mở cặp tài liệu và lấy ra một tập hồ sơ. Ông rút ra một giấy chứng nhận chuyển nhượng cổ phần và một bản thỏa thuận ba trang, kiểm tra lại câu chữ một lần nữa trước khi đặt lên bàn. Nếu mọi việc theo kế hoạch, đến khi họ rời nhà tù trong một giờ nữa, sẽ có hai chữ ký ở dòng cuối cùng.</w:t>
      </w:r>
    </w:p>
    <w:p>
      <w:pPr>
        <w:spacing w:after="80"/>
      </w:pPr>
      <w:r>
        <w:rPr>
          <w:b w:val="0"/>
          <w:i w:val="0"/>
        </w:rPr>
        <w:t>Seb không thể ngừng nhìn đồng hồ trên tường, ý thức rằng họ chỉ được phép có một giờ để chốt thỏa thuận và ký tất cả giấy tờ pháp lý cần thiết. Ngay khi kim phút chạm số mười hai, một người đàn ông đeo nơ xanh lá, áo sơ mi sọc và áo khoác vải tuýt bước vào phòng. Arnold lập tức đứng dậy và nói, Chào buổi sáng, ngài quản giáo.</w:t>
      </w:r>
    </w:p>
    <w:p>
      <w:pPr>
        <w:spacing w:after="80"/>
      </w:pPr>
      <w:r>
        <w:rPr>
          <w:b w:val="0"/>
          <w:i w:val="0"/>
        </w:rPr>
        <w:t>Chào buổi sáng, ông Hardcastle. Tôi rất tiếc phải thông báo với ông rằng cuộc họp này không thể diễn ra được nữa.</w:t>
      </w:r>
    </w:p>
    <w:p>
      <w:pPr>
        <w:spacing w:after="80"/>
      </w:pPr>
      <w:r>
        <w:rPr>
          <w:b w:val="0"/>
          <w:i w:val="0"/>
        </w:rPr>
        <w:t>Tại sao chứ? – Seb đòi hỏi, nhảy dựng lên.</w:t>
      </w:r>
    </w:p>
    <w:p>
      <w:pPr>
        <w:spacing w:after="80"/>
      </w:pPr>
      <w:r>
        <w:rPr>
          <w:b w:val="0"/>
          <w:i w:val="0"/>
        </w:rPr>
        <w:t>Khi viên sĩ quan quản lý cánh giam mở khóa phòng giam của Mellors lúc sáu giờ sáng nay, anh ta thấy giường của ông đã bị lật ngược, và ông đã treo cổ tự tử bằng cách dùng một tấm ga trải giường làm thòng lọng.</w:t>
      </w:r>
    </w:p>
    <w:p>
      <w:pPr>
        <w:spacing w:after="80"/>
      </w:pPr>
      <w:r>
        <w:rPr>
          <w:b w:val="0"/>
          <w:i w:val="0"/>
        </w:rPr>
        <w:t>Seb ngã người trở lại ghế.</w:t>
      </w:r>
    </w:p>
    <w:p>
      <w:pPr>
        <w:spacing w:after="80"/>
      </w:pPr>
      <w:r>
        <w:rPr>
          <w:b w:val="0"/>
          <w:i w:val="0"/>
        </w:rPr>
        <w:t>Viên quản ngục dừng lại để mọi người kịp tiêu hóa tin này, rồi thản nhiên nói thêm, Đáng buồn thay, tự tử ở Belmarsh lại phổ biến quá mức.</w:t>
      </w:r>
    </w:p>
    <w:p>
      <w:pPr>
        <w:jc w:val="center"/>
      </w:pPr>
      <w:r>
        <w:drawing>
          <wp:inline xmlns:a="http://schemas.openxmlformats.org/drawingml/2006/main" xmlns:pic="http://schemas.openxmlformats.org/drawingml/2006/picture">
            <wp:extent cx="304800" cy="85725"/>
            <wp:docPr id="65" name="Picture 6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Khi Virginia đọc đoạn báo nói về việc Mellors tự tử ở trang 11 tờ </w:t>
      </w:r>
      <w:r>
        <w:rPr>
          <w:b w:val="0"/>
          <w:i/>
        </w:rPr>
        <w:t>Evening Standard</w:t>
      </w:r>
      <w:r>
        <w:rPr>
          <w:b w:val="0"/>
          <w:i w:val="0"/>
        </w:rPr>
        <w:t>, ý nghĩ đầu tiên của bà là một nguồn thu nhập nữa đã cạn. Nhưng rồi bà có ý nghĩ thứ hai.</w:t>
      </w:r>
    </w:p>
    <w:p>
      <w:pPr>
        <w:pStyle w:val="Heading1"/>
        <w:jc w:val="center"/>
      </w:pPr>
      <w:r>
        <w:rPr>
          <w:rFonts w:ascii="Calibri" w:hAnsi="Calibri"/>
          <w:b/>
          <w:i w:val="0"/>
          <w:sz w:val="40"/>
        </w:rPr>
        <w:t>17</w:t>
      </w:r>
    </w:p>
    <w:p>
      <w:pPr>
        <w:spacing w:after="80"/>
      </w:pPr>
      <w:r>
        <w:rPr>
          <w:b w:val="0"/>
          <w:i w:val="0"/>
        </w:rPr>
        <w:t>Hiếm khi nào cả nhà lại quây quần đông đủ vào cuối tuần như thế này, Emma nói khi cả nhà thong thả bước vào phòng khách sau bữa tối.</w:t>
      </w:r>
    </w:p>
    <w:p>
      <w:pPr>
        <w:spacing w:after="80"/>
      </w:pPr>
      <w:r>
        <w:rPr>
          <w:b w:val="0"/>
          <w:i w:val="0"/>
        </w:rPr>
        <w:t>Và ai cũng biết là lỗi tại ai rồi, Sebastian nói. Tôi chỉ mong cậu vẫn còn thấy thích công việc này.</w:t>
      </w:r>
    </w:p>
    <w:p>
      <w:pPr>
        <w:spacing w:after="80"/>
      </w:pPr>
      <w:r>
        <w:rPr>
          <w:b w:val="0"/>
          <w:i w:val="0"/>
        </w:rPr>
        <w:t>“Tận hưởng” thì không đúng lắm. Nhưng ngày nào tôi cũng nghĩ về việc mình may mắn đến nhường nào, và việc một cuộc gặp gỡ tình cờ với Margaret Thatcher đã thay đổi cả cuộc đời tôi ra sao.</w:t>
      </w:r>
    </w:p>
    <w:p>
      <w:pPr>
        <w:spacing w:after="80"/>
      </w:pPr>
      <w:r>
        <w:rPr>
          <w:b w:val="0"/>
          <w:i w:val="0"/>
        </w:rPr>
        <w:t>Làm việc cho PM thì thế nào? Samantha vừa rót cà phê cho mình vừa hỏi.</w:t>
      </w:r>
    </w:p>
    <w:p>
      <w:pPr>
        <w:spacing w:after="80"/>
      </w:pPr>
      <w:r>
        <w:rPr>
          <w:b w:val="0"/>
          <w:i w:val="0"/>
        </w:rPr>
        <w:t>Thành thật mà nói, tôi không gặp cô ấy thường xuyên lắm, nhưng mỗi lần gặp, cô ấy dường như biết chính xác tôi đang làm gì.</w:t>
      </w:r>
    </w:p>
    <w:p>
      <w:pPr>
        <w:spacing w:after="80"/>
      </w:pPr>
      <w:r>
        <w:rPr>
          <w:b w:val="0"/>
          <w:i w:val="0"/>
        </w:rPr>
        <w:t>Và em đã làm gì thế? Seb hỏi khi anh ngồi xuống sofa cạnh vợ.</w:t>
      </w:r>
    </w:p>
    <w:p>
      <w:pPr>
        <w:spacing w:after="80"/>
      </w:pPr>
      <w:r>
        <w:rPr>
          <w:b w:val="0"/>
          <w:i w:val="0"/>
        </w:rPr>
        <w:t>Dự luật Y tế Quốc gia mới sắp rời khỏi Hạ viện và đến Thượng viện. Công việc của tôi sẽ là dẫn dắt nó đi qua Viện từng điều khoản một, trước khi gửi nó trở lại Hạ viện, với hy vọng không có quá nhiều tu chính án đối lập được gắn kèm.</w:t>
      </w:r>
    </w:p>
    <w:p>
      <w:pPr>
        <w:spacing w:after="80"/>
      </w:pPr>
      <w:r>
        <w:rPr>
          <w:b w:val="0"/>
          <w:i w:val="0"/>
        </w:rPr>
        <w:t>Chuyện đó sẽ không dễ đâu khi Giles cứ chực chờ bắt lỗi cậu ở mọi bước, Grace nói, dù tớ nghĩ cậu sẽ tóm được ông ta ở mấy chi tiết nhỏ.</w:t>
      </w:r>
    </w:p>
    <w:p>
      <w:pPr>
        <w:spacing w:after="80"/>
      </w:pPr>
      <w:r>
        <w:rPr>
          <w:b w:val="0"/>
          <w:i w:val="0"/>
        </w:rPr>
        <w:t>Có thể lắm, nhưng ông ấy vẫn là một trong những người tranh luận giỏi nhất ở cả hai viện, dù ông ấy đã bị đẩy xuống hàng ghế sau.</w:t>
      </w:r>
    </w:p>
    <w:p>
      <w:pPr>
        <w:spacing w:after="80"/>
      </w:pPr>
      <w:r>
        <w:rPr>
          <w:b w:val="0"/>
          <w:i w:val="0"/>
        </w:rPr>
        <w:t>Samantha hỏi: “Ông ấy đã từ bỏ hy vọng quay lại nội các bóng tối chưa?”</w:t>
      </w:r>
    </w:p>
    <w:p>
      <w:pPr>
        <w:spacing w:after="80"/>
      </w:pPr>
      <w:r>
        <w:rPr>
          <w:b w:val="0"/>
          <w:i w:val="0"/>
        </w:rPr>
        <w:t>Tôi nghĩ câu trả lời chắc chắn là có, vì Michael Foot hẳn không thể hài lòng với những phát ngôn thẳng thừng của ông ấy sau vụ áo khoác lông lừa.</w:t>
      </w:r>
    </w:p>
    <w:p>
      <w:pPr>
        <w:spacing w:after="80"/>
      </w:pPr>
      <w:r>
        <w:rPr>
          <w:b w:val="0"/>
          <w:i w:val="0"/>
        </w:rPr>
        <w:t>Seb gợi ý: “Việc xuất hiện tại đài tưởng niệm Cenotaph vào Chủ nhật Tưởng niệm trong chiếc áo khoác lông lừa đã cho thấy sự thiếu nhạy bén chính trị nhất định.”</w:t>
      </w:r>
    </w:p>
    <w:p>
      <w:pPr>
        <w:spacing w:after="80"/>
      </w:pPr>
      <w:r>
        <w:rPr>
          <w:b w:val="0"/>
          <w:i w:val="0"/>
        </w:rPr>
        <w:t>Grace nói, khi Emma đưa cô ấy ly cà phê: “Chỉ tiếc là Giles không chịu im lặng về chuyện đó.”</w:t>
      </w:r>
    </w:p>
    <w:p>
      <w:pPr>
        <w:spacing w:after="80"/>
      </w:pPr>
      <w:r>
        <w:rPr>
          <w:b w:val="0"/>
          <w:i w:val="0"/>
        </w:rPr>
        <w:t>Seb nói: “Mất mát của ghế trước là lợi ích của chúng ta. Từ khi Giles quay lại hội đồng quản trị của Farthings, ông ấy đã mở ra những cánh cửa mà chúng ta không có chìa khóa.”</w:t>
      </w:r>
    </w:p>
    <w:p>
      <w:pPr>
        <w:spacing w:after="80"/>
      </w:pPr>
      <w:r>
        <w:rPr>
          <w:b w:val="0"/>
          <w:i w:val="0"/>
        </w:rPr>
        <w:t>Emma nói: “Việc tham gia hội đồng quản trị của một ngân hàng City là một điều khác khiến ông ấy không được lòng Michael Foot. Nên tôi không nghĩ chúng ta sẽ thấy ông ấy trên ghế trước lần nữa cho đến khi Đảng Lao động có lãnh đạo mới.”</w:t>
      </w:r>
    </w:p>
    <w:p>
      <w:pPr>
        <w:spacing w:after="80"/>
      </w:pPr>
      <w:r>
        <w:rPr>
          <w:b w:val="0"/>
          <w:i w:val="0"/>
        </w:rPr>
        <w:t>Seb gợi ý: “Và có lẽ ngay cả khi đó cũng không. Tôi e rằng thế hệ tiếp theo có thể sẽ coi Giles là một kẻ lỗi thời, và, trích lời Trotsky, tống ông ấy vào sọt rác của lịch sử.”</w:t>
      </w:r>
    </w:p>
    <w:p>
      <w:pPr>
        <w:spacing w:after="80"/>
      </w:pPr>
      <w:r>
        <w:rPr>
          <w:b w:val="0"/>
          <w:i w:val="0"/>
        </w:rPr>
        <w:t>Harry nói từ chiếc ghế góc mà không ai khác dám mơ ngồi vào: “Không thể nhét một con khủng long vào sọt rác được.” Cả nhà phá lên cười.</w:t>
      </w:r>
    </w:p>
    <w:p>
      <w:pPr>
        <w:spacing w:after="80"/>
      </w:pPr>
      <w:r>
        <w:rPr>
          <w:b w:val="0"/>
          <w:i w:val="0"/>
        </w:rPr>
        <w:t>Emma nói, quay sang Samantha: “Đủ chuyện chính trị rồi. Tôi muốn biết Jessica đang làm gì, và tại sao cô ấy không tham gia cùng chúng ta vào cuối tuần này.”</w:t>
      </w:r>
    </w:p>
    <w:p>
      <w:pPr>
        <w:spacing w:after="80"/>
      </w:pPr>
      <w:r>
        <w:rPr>
          <w:b w:val="0"/>
          <w:i w:val="0"/>
        </w:rPr>
        <w:t>Sam nói: “Tôi nghĩ cô ấy có bạn trai rồi.”</w:t>
      </w:r>
    </w:p>
    <w:p>
      <w:pPr>
        <w:spacing w:after="80"/>
      </w:pPr>
      <w:r>
        <w:rPr>
          <w:b w:val="0"/>
          <w:i w:val="0"/>
        </w:rPr>
        <w:t>Harry nói: “Cô ấy có hơi trẻ quá không?”</w:t>
      </w:r>
    </w:p>
    <w:p>
      <w:pPr>
        <w:spacing w:after="80"/>
      </w:pPr>
      <w:r>
        <w:rPr>
          <w:b w:val="0"/>
          <w:i w:val="0"/>
        </w:rPr>
        <w:t>Seb nhắc bố mình: “Cô ấy mười sáu tuổi mà như hai mươi.”</w:t>
      </w:r>
    </w:p>
    <w:p>
      <w:pPr>
        <w:spacing w:after="80"/>
      </w:pPr>
      <w:r>
        <w:rPr>
          <w:b w:val="0"/>
          <w:i w:val="0"/>
        </w:rPr>
        <w:t>Emma hỏi: “Con đã gặp cậu ấy chưa?”</w:t>
      </w:r>
    </w:p>
    <w:p>
      <w:pPr>
        <w:spacing w:after="80"/>
      </w:pPr>
      <w:r>
        <w:rPr>
          <w:b w:val="0"/>
          <w:i w:val="0"/>
        </w:rPr>
        <w:t>Sam nói: “Chưa. Thực ra, chúng ta thậm chí không được phép biết về cậu ấy. Nhưng hôm trước khi dọn phòng cô ấy, con không thể không thấy một bức vẽ một chàng trai trẻ đẹp trai trên tường cạnh giường cô ấy, chỗ từng treo poster Duran Duran.”</w:t>
      </w:r>
    </w:p>
    <w:p>
      <w:pPr>
        <w:spacing w:after="80"/>
      </w:pPr>
      <w:r>
        <w:rPr>
          <w:b w:val="0"/>
          <w:i w:val="0"/>
        </w:rPr>
        <w:t>Harry nói với vẻ tiếc nuối: “Bố vẫn nhớ con gái mình.”</w:t>
      </w:r>
    </w:p>
    <w:p>
      <w:pPr>
        <w:spacing w:after="80"/>
      </w:pPr>
      <w:r>
        <w:rPr>
          <w:b w:val="0"/>
          <w:i w:val="0"/>
        </w:rPr>
        <w:t>Seb nói: “Có những lúc con chỉ quá vui lòng nhường con gái con cho bố. Tuần trước con bắt gặp nó định lẻn ra khỏi nhà trong chiếc váy mini, son môi hồng và giày cao gót. Con bảo nó lên lầu lau son và thay đồ. Nó khóa trái cửa phòng và từ đó không nói chuyện với con nữa.”</w:t>
      </w:r>
    </w:p>
    <w:p>
      <w:pPr>
        <w:spacing w:after="80"/>
      </w:pPr>
      <w:r>
        <w:rPr>
          <w:b w:val="0"/>
          <w:i w:val="0"/>
        </w:rPr>
        <w:t>Bạn biết gì về cậu bé đó? Harry hỏi.</w:t>
      </w:r>
    </w:p>
    <w:p>
      <w:pPr>
        <w:spacing w:after="80"/>
      </w:pPr>
      <w:r>
        <w:rPr>
          <w:b w:val="0"/>
          <w:i w:val="0"/>
        </w:rPr>
        <w:t>Tụi con nghĩ tên cậu ấy là Steve, và tụi con biết cậu ấy là đội trưởng đội bóng đá của trường, Sam nói. Nên con nghi là Jessica đang xếp hàng dài chờ đợi.</w:t>
      </w:r>
    </w:p>
    <w:p>
      <w:pPr>
        <w:spacing w:after="80"/>
      </w:pPr>
      <w:r>
        <w:rPr>
          <w:b w:val="0"/>
          <w:i w:val="0"/>
        </w:rPr>
        <w:t>Con không nghĩ Jessie chịu xếp hàng đâu, Grace nói.</w:t>
      </w:r>
    </w:p>
    <w:p>
      <w:pPr>
        <w:spacing w:after="80"/>
      </w:pPr>
      <w:r>
        <w:rPr>
          <w:b w:val="0"/>
          <w:i w:val="0"/>
        </w:rPr>
        <w:t>Còn đứa cháu còn lại của bà thì sao? Emma hỏi.</w:t>
      </w:r>
    </w:p>
    <w:p>
      <w:pPr>
        <w:spacing w:after="80"/>
      </w:pPr>
      <w:r>
        <w:rPr>
          <w:b w:val="0"/>
          <w:i w:val="0"/>
        </w:rPr>
        <w:t>Giờ Jake đi lại mà không thực sự ngã nữa, Sam nói, và dành phần lớn thời gian để hướng tới lối thoát gần nhất, nên thẳng thắn mà nói thì nó là một đứa khó nhằn. Con đã tạm gác mọi ý định quay lại làm việc trong thời gian này, vì con không chịu nổi ý nghĩ phải giao thằng bé cho một cô bảo mẫu.</w:t>
      </w:r>
    </w:p>
    <w:p>
      <w:pPr>
        <w:spacing w:after="80"/>
      </w:pPr>
      <w:r>
        <w:rPr>
          <w:b w:val="0"/>
          <w:i w:val="0"/>
        </w:rPr>
        <w:t>Mẹ khâm phục con vì điều đó, Emma nói. Đôi khi mẹ tự hỏi liệu mẹ có nên đưa ra quyết định giống vậy không.</w:t>
      </w:r>
    </w:p>
    <w:p>
      <w:pPr>
        <w:spacing w:after="80"/>
      </w:pPr>
      <w:r>
        <w:rPr>
          <w:b w:val="0"/>
          <w:i w:val="0"/>
        </w:rPr>
        <w:t>Con đồng ý, Seb nói, tựa vào lò sưởi bằng đá cẩm thạch. Con là một ví dụ điển hình của người có tuổi thơ thiếu thốn, rồi cuối cùng lại hư hỏng.</w:t>
      </w:r>
    </w:p>
    <w:p>
      <w:pPr>
        <w:spacing w:after="80"/>
      </w:pPr>
      <w:r>
        <w:rPr>
          <w:b w:val="0"/>
          <w:i w:val="0"/>
        </w:rPr>
        <w:t>Trời ạ, Sĩ quan Krupke, Harry nói.</w:t>
      </w:r>
    </w:p>
    <w:p>
      <w:pPr>
        <w:spacing w:after="80"/>
      </w:pPr>
      <w:r>
        <w:rPr>
          <w:b w:val="0"/>
          <w:i w:val="0"/>
        </w:rPr>
        <w:t>Con đâu biết bố lại sành điệu đến thế, bố ạ, Seb nói.</w:t>
      </w:r>
    </w:p>
    <w:p>
      <w:pPr>
        <w:spacing w:after="80"/>
      </w:pPr>
      <w:r>
        <w:rPr>
          <w:b w:val="0"/>
          <w:i w:val="0"/>
        </w:rPr>
        <w:t xml:space="preserve">Bố đưa mẹ con đi xem </w:t>
      </w:r>
      <w:r>
        <w:rPr>
          <w:b w:val="0"/>
          <w:i/>
        </w:rPr>
        <w:t>West Side Story</w:t>
      </w:r>
      <w:r>
        <w:rPr>
          <w:b w:val="0"/>
          <w:i w:val="0"/>
        </w:rPr>
        <w:t xml:space="preserve"> ở Bristol Old Vic vào ngày kỷ niệm cưới của bố mẹ. Và nếu con chưa xem thì con nên xem đi.</w:t>
      </w:r>
    </w:p>
    <w:p>
      <w:pPr>
        <w:spacing w:after="80"/>
      </w:pPr>
      <w:r>
        <w:rPr>
          <w:b w:val="0"/>
          <w:i w:val="0"/>
        </w:rPr>
        <w:t>Xem rồi, Seb nói. Farthings Kaufman là nhà tài trợ lớn nhất của vở diễn.</w:t>
      </w:r>
    </w:p>
    <w:p>
      <w:pPr>
        <w:spacing w:after="80"/>
      </w:pPr>
      <w:r>
        <w:rPr>
          <w:b w:val="0"/>
          <w:i w:val="0"/>
        </w:rPr>
        <w:t>Bố chưa bao giờ nghĩ con là thiên thần, Harry nói. Và bố chắc chắn không thấy có nhắc gì đến chuyện đó trong báo cáo danh mục đầu tư mới nhất của con.</w:t>
      </w:r>
    </w:p>
    <w:p>
      <w:pPr>
        <w:spacing w:after="80"/>
      </w:pPr>
      <w:r>
        <w:rPr>
          <w:b w:val="0"/>
          <w:i w:val="0"/>
        </w:rPr>
        <w:t>Con đã đổ nửa triệu tiền của khách hàng vào vở diễn, nhưng thấy nó rủi ro quá cao đối với gia đình, dù chính con có thử vận may một chút.</w:t>
      </w:r>
    </w:p>
    <w:p>
      <w:pPr>
        <w:spacing w:after="80"/>
      </w:pPr>
      <w:r>
        <w:rPr>
          <w:b w:val="0"/>
          <w:i w:val="0"/>
        </w:rPr>
        <w:t>Vậy là tụi mình bỏ lỡ mất, Grace nói.</w:t>
      </w:r>
    </w:p>
    <w:p>
      <w:pPr>
        <w:spacing w:after="80"/>
      </w:pPr>
      <w:r>
        <w:rPr>
          <w:b w:val="0"/>
          <w:i w:val="0"/>
        </w:rPr>
        <w:t xml:space="preserve">Lỗi tại con, Seb thừa nhận. Mọi người cuối cùng có lợi nhuận hằng năm 7.9 phần trăm trên vốn, trong khi các khách hàng khác của con đạt 8.4 phần trăm. </w:t>
      </w:r>
      <w:r>
        <w:rPr>
          <w:b w:val="0"/>
          <w:i/>
        </w:rPr>
        <w:t>West Side Story</w:t>
      </w:r>
      <w:r>
        <w:rPr>
          <w:b w:val="0"/>
          <w:i w:val="0"/>
        </w:rPr>
        <w:t xml:space="preserve"> hóa ra lại là một cú nổ lớn, theo lời nhà sản xuất người Mỹ, người cứ mỗi quý lại gửi cho con một tấm séc.</w:t>
      </w:r>
    </w:p>
    <w:p>
      <w:pPr>
        <w:spacing w:after="80"/>
      </w:pPr>
      <w:r>
        <w:rPr>
          <w:b w:val="0"/>
          <w:i w:val="0"/>
        </w:rPr>
        <w:t>Có lẽ con sẽ đưa tụi mình vào vở diễn tiếp theo của con, Emma nói.</w:t>
      </w:r>
    </w:p>
    <w:p>
      <w:pPr>
        <w:spacing w:after="80"/>
      </w:pPr>
      <w:r>
        <w:rPr>
          <w:b w:val="0"/>
          <w:i w:val="0"/>
        </w:rPr>
        <w:t>Sẽ không có vở diễn tiếp theo đâu, Mẹ ạ. Chẳng cần tra cứu nhiều cũng đủ biết con chỉ gặp may mắn của người mới vào nghề. Bảy trong mười vở ở West End khiến nhà đầu tư mất sạch từng xu. Một trong mười vở chỉ vừa đủ hòa vốn, một vở mang lại lợi nhuận đáng kể, và chỉ một trong trăm vở là nhân đôi được số tiền, mà đó thường là những vở bạn không thể nào chen chân vào. Nên con đã quyết định rời khỏi ngành giải trí khi còn đang thắng.</w:t>
      </w:r>
    </w:p>
    <w:p>
      <w:pPr>
        <w:spacing w:after="80"/>
      </w:pPr>
      <w:r>
        <w:rPr>
          <w:b w:val="0"/>
          <w:i w:val="0"/>
        </w:rPr>
        <w:t xml:space="preserve">Aaron Guinzburg bảo tôi rằng cú hit lớn tiếp theo sẽ là một vở tên là </w:t>
      </w:r>
      <w:r>
        <w:rPr>
          <w:b w:val="0"/>
          <w:i/>
        </w:rPr>
        <w:t>Little Shop of Horrors</w:t>
      </w:r>
      <w:r>
        <w:rPr>
          <w:b w:val="0"/>
          <w:i w:val="0"/>
        </w:rPr>
        <w:t>, Harry nói.</w:t>
      </w:r>
    </w:p>
    <w:p>
      <w:pPr>
        <w:spacing w:after="80"/>
      </w:pPr>
      <w:r>
        <w:rPr>
          <w:b w:val="0"/>
          <w:i w:val="0"/>
        </w:rPr>
        <w:t>Farthings sẽ không đầu tư vào một vở kinh dị đâu, Seb nói.</w:t>
      </w:r>
    </w:p>
    <w:p>
      <w:pPr>
        <w:spacing w:after="80"/>
      </w:pPr>
      <w:r>
        <w:rPr>
          <w:b w:val="0"/>
          <w:i w:val="0"/>
        </w:rPr>
        <w:t>Sao lại không? Emma nói. Dù sao thì anh cũng từng định đầu tư vào Mellor Travel mà.</w:t>
      </w:r>
    </w:p>
    <w:p>
      <w:pPr>
        <w:spacing w:after="80"/>
      </w:pPr>
      <w:r>
        <w:rPr>
          <w:b w:val="0"/>
          <w:i w:val="0"/>
        </w:rPr>
        <w:t>Vẫn đang định đấy, Sebastian thừa nhận.</w:t>
      </w:r>
    </w:p>
    <w:p>
      <w:pPr>
        <w:spacing w:after="80"/>
      </w:pPr>
      <w:r>
        <w:rPr>
          <w:b w:val="0"/>
          <w:i w:val="0"/>
        </w:rPr>
        <w:t>Vậy anh đã đầu tư vào những gì? Emma hỏi.</w:t>
      </w:r>
    </w:p>
    <w:p>
      <w:pPr>
        <w:spacing w:after="80"/>
      </w:pPr>
      <w:r>
        <w:rPr>
          <w:b w:val="0"/>
          <w:i w:val="0"/>
        </w:rPr>
        <w:t>ICI, Royal Dutch Shell, British Airways và Cunard. Rủi ro duy nhất tôi gánh thay cho em là mua vài cổ phiếu của một công ty xe buýt non trẻ tên là Stagecoach, và em sẽ vui khi biết một trong những người sáng lập là phụ nữ.</w:t>
      </w:r>
    </w:p>
    <w:p>
      <w:pPr>
        <w:spacing w:after="80"/>
      </w:pPr>
      <w:r>
        <w:rPr>
          <w:b w:val="0"/>
          <w:i w:val="0"/>
        </w:rPr>
        <w:t>Và họ đã cho thấy lợi nhuận tốt rồi, Harry nói.</w:t>
      </w:r>
    </w:p>
    <w:p>
      <w:pPr>
        <w:spacing w:after="80"/>
      </w:pPr>
      <w:r>
        <w:rPr>
          <w:b w:val="0"/>
          <w:i w:val="0"/>
        </w:rPr>
        <w:t>Tôi cũng đang cân nhắc nắm giữ một lượng cổ phần đáng kể ở Thomas Cook, nhưng chỉ khi chúng ta thâu tóm được Mellor Travel.</w:t>
      </w:r>
    </w:p>
    <w:p>
      <w:pPr>
        <w:spacing w:after="80"/>
      </w:pPr>
      <w:r>
        <w:rPr>
          <w:b w:val="0"/>
          <w:i w:val="0"/>
        </w:rPr>
        <w:t>Tôi chưa bao giờ ưa gì Desmond Mellor, Emma thừa nhận. Nhưng ngay cả tôi cũng thấy thương cho ông ta khi nghe tin ông ta tự tử.</w:t>
      </w:r>
    </w:p>
    <w:p>
      <w:pPr>
        <w:spacing w:after="80"/>
      </w:pPr>
      <w:r>
        <w:rPr>
          <w:b w:val="0"/>
          <w:i w:val="0"/>
        </w:rPr>
        <w:t>Barry Hammond không tin đó là tự tử.</w:t>
      </w:r>
    </w:p>
    <w:p>
      <w:pPr>
        <w:spacing w:after="80"/>
      </w:pPr>
      <w:r>
        <w:rPr>
          <w:b w:val="0"/>
          <w:i w:val="0"/>
        </w:rPr>
        <w:t>Tôi cũng không, Harry nói. Nếu William Warwick phụ trách vụ này, cậu ấy sẽ chỉ ra rằng có quá nhiều sự trùng hợp ngẫu nhiên.</w:t>
      </w:r>
    </w:p>
    <w:p>
      <w:pPr>
        <w:spacing w:after="80"/>
      </w:pPr>
      <w:r>
        <w:rPr>
          <w:b w:val="0"/>
          <w:i w:val="0"/>
        </w:rPr>
        <w:t>Như những gì? Seb hỏi, luôn bị cuốn hút bởi cách đầu óc cha mình vận hành.</w:t>
      </w:r>
    </w:p>
    <w:p>
      <w:pPr>
        <w:spacing w:after="80"/>
      </w:pPr>
      <w:r>
        <w:rPr>
          <w:b w:val="0"/>
          <w:i w:val="0"/>
        </w:rPr>
        <w:t>Đầu tiên, Mellor bị phát hiện treo cổ trong phòng giam đúng lúc đang diễn ra cuộc chiến thâu tóm công ty của ông ta. Và cùng lúc đó, Adrian Sloane, chủ tịch công ty, biến mất không dấu vết.</w:t>
      </w:r>
    </w:p>
    <w:p>
      <w:pPr>
        <w:spacing w:after="80"/>
      </w:pPr>
      <w:r>
        <w:rPr>
          <w:b w:val="0"/>
          <w:i w:val="0"/>
        </w:rPr>
        <w:t>Con không biết điều đó, Emma nói.</w:t>
      </w:r>
    </w:p>
    <w:p>
      <w:pPr>
        <w:spacing w:after="80"/>
      </w:pPr>
      <w:r>
        <w:rPr>
          <w:b w:val="0"/>
          <w:i w:val="0"/>
        </w:rPr>
        <w:t xml:space="preserve">Con còn những việc quan trọng hơn phải nghĩ, Harry nói, hơn là đọc </w:t>
      </w:r>
      <w:r>
        <w:rPr>
          <w:b w:val="0"/>
          <w:i/>
        </w:rPr>
        <w:t>Bristol Evening Post</w:t>
      </w:r>
      <w:r>
        <w:rPr>
          <w:b w:val="0"/>
          <w:i w:val="0"/>
        </w:rPr>
        <w:t>, và công bằng mà nói, cha cũng chẳng biết về Mellor nếu mấy tờ báo lá cải địa phương không ám ảnh chuyện này. "Doanh nhân Bristol tự tử trong nhà tù an ninh cao" là một tiêu đề điển hình. Và mỗi khi chủ tịch Mellor Travel được yêu cầu đưa ra tuyên bố thay mặt công ty, tất cả những gì chúng ta nhận được là ông ấy không thể bình luận. Còn kỳ lạ hơn nữa, Jim Knowles, người được mô tả là chủ tịch tạm quyền, cứ cố trấn an các cổ đông đang lo lắng rằng mọi việc vẫn bình thường, và rằng ông ấy sẽ công bố một tin tức thú vị trong tương lai gần. Ba sự trùng hợp khó xảy ra, và chắc chắn William Warwick sẽ muốn truy tìm Adrian Sloane phòng khi ông ta có thể làm sáng tỏ bí ẩn về cái chết của Mellor.</w:t>
      </w:r>
    </w:p>
    <w:p>
      <w:pPr>
        <w:spacing w:after="80"/>
      </w:pPr>
      <w:r>
        <w:rPr>
          <w:b w:val="0"/>
          <w:i w:val="0"/>
        </w:rPr>
        <w:t>Nhưng quản giáo nhà tù Belmarsh lại tin chắc đó là vụ tự sát, Seb nói.</w:t>
      </w:r>
    </w:p>
    <w:p>
      <w:pPr>
        <w:spacing w:after="80"/>
      </w:pPr>
      <w:r>
        <w:rPr>
          <w:b w:val="0"/>
          <w:i w:val="0"/>
        </w:rPr>
        <w:t>Quản giáo nhà tù lúc nào chẳng nói thế mỗi khi có người chết trong khu vực họ quản lý, Harry đáp. Như vậy tiện hơn nhiều so với tội giết người, vì giết người sẽ kéo theo một cuộc điều tra của Bộ Nội vụ (Home Office) mà có thể mất tới cả năm mới công bố kết luận. Không, vụ này còn thiếu một cái gì đó, dù tôi chưa lần ra được đó là gì.</w:t>
      </w:r>
    </w:p>
    <w:p>
      <w:pPr>
        <w:spacing w:after="80"/>
      </w:pPr>
      <w:r>
        <w:rPr>
          <w:b w:val="0"/>
          <w:i w:val="0"/>
        </w:rPr>
        <w:t>Không phải thiếu cái gì đó, Seb nói, mà là thiếu một người. Cụ thể là ông Conrad Sorkin.</w:t>
      </w:r>
    </w:p>
    <w:p>
      <w:pPr>
        <w:spacing w:after="80"/>
      </w:pPr>
      <w:r>
        <w:rPr>
          <w:b w:val="0"/>
          <w:i w:val="0"/>
        </w:rPr>
        <w:t>Ông ta là ai? Grace hỏi.</w:t>
      </w:r>
    </w:p>
    <w:p>
      <w:pPr>
        <w:spacing w:after="80"/>
      </w:pPr>
      <w:r>
        <w:rPr>
          <w:b w:val="0"/>
          <w:i w:val="0"/>
        </w:rPr>
        <w:t>Một doanh nhân quốc tế mờ ám, mà cho đến giờ tôi vẫn tưởng là đang làm việc với Sloane.</w:t>
      </w:r>
    </w:p>
    <w:p>
      <w:pPr>
        <w:spacing w:after="80"/>
      </w:pPr>
      <w:r>
        <w:rPr>
          <w:b w:val="0"/>
          <w:i w:val="0"/>
        </w:rPr>
        <w:t>Sorkin có điều hành một công ty du lịch không? Emma hỏi. Nếu có thì tôi chưa từng nghe đến ông ta.</w:t>
      </w:r>
    </w:p>
    <w:p>
      <w:pPr>
        <w:spacing w:after="80"/>
      </w:pPr>
      <w:r>
        <w:rPr>
          <w:b w:val="0"/>
          <w:i w:val="0"/>
        </w:rPr>
        <w:t>Không, Sorkin không quan tâm đến Mellor Travel. Ông ta chỉ muốn nắm được các cửa hàng và văn phòng mà công ty sở hữu để kiếm lời nhanh.</w:t>
      </w:r>
    </w:p>
    <w:p>
      <w:pPr>
        <w:spacing w:after="80"/>
      </w:pPr>
      <w:r>
        <w:rPr>
          <w:b w:val="0"/>
          <w:i w:val="0"/>
        </w:rPr>
        <w:t xml:space="preserve">Đó là một mảnh ghép mà tôi chưa hề biết, Harry nói. Nhưng nó có thể giải thích một sự trùng hợp khác cứ day dứt trong tôi, đó là vai trò của một ông Alan Carter trong vụ này. Mọi người trong phòng đều nhìn Harry chăm chú trong im lặng, không muốn ngắt lời người kể chuyện. Alan Carter là một nhân viên môi giới bất động sản ở địa phương, mà cho đến giờ chỉ đóng vai phụ trong toàn bộ câu chuyện này. Nhưng theo tôi, lời khai của ông ta rất có thể sẽ là mấu chốt. Harry rót thêm một tách cà phê và nhấp một ngụm trước khi tiếp tục. Đến giờ Carter chỉ được nhắc đến vài đoạn lẻ tẻ trên tờ </w:t>
      </w:r>
      <w:r>
        <w:rPr>
          <w:b w:val="0"/>
          <w:i/>
        </w:rPr>
        <w:t>Bristol Evening News</w:t>
      </w:r>
      <w:r>
        <w:rPr>
          <w:b w:val="0"/>
          <w:i w:val="0"/>
        </w:rPr>
        <w:t>, chẳng hạn khi ông ta nói với phóng viên phụ trách mảng tội phạm của báo rằng căn hộ của Mellor ở Bristol đang được rao bán. Tôi cho rằng ông ta làm vậy chỉ để quảng cáo miễn phí cho công ty mình và bán được giá cao hơn cho bất động sản của khách hàng. Chẳng có gì sai. Nhưng chính phát biểu thứ hai của ông ta, đưa ra vài ngày sau cái chết của Mellor, mới khiến tôi thấy tò mò hơn nhiều.</w:t>
      </w:r>
    </w:p>
    <w:p>
      <w:pPr>
        <w:spacing w:after="80"/>
      </w:pPr>
      <w:r>
        <w:rPr>
          <w:b w:val="0"/>
          <w:i w:val="0"/>
        </w:rPr>
        <w:t>Lật trang đi, lật trang đi, Seb giục.</w:t>
      </w:r>
    </w:p>
    <w:p>
      <w:pPr>
        <w:spacing w:after="80"/>
      </w:pPr>
      <w:r>
        <w:rPr>
          <w:b w:val="0"/>
          <w:i w:val="0"/>
        </w:rPr>
        <w:t>Carter nói với báo chí, không kèm lời giải thích, rằng căn hộ của Mellor đã được bán, nhưng ông ta được khách hàng chỉ thị giữ lại một phần tiền bán trong tài khoản tạm giữ (escrow). Điều tôi muốn biết là ông ta được yêu cầu giữ lại bao nhiêu, và tại sao ông ta không gửi toàn bộ số tiền cho những người thừa kế của Mellor để họ tự quyết định ai được hưởng số tiền đó.</w:t>
      </w:r>
    </w:p>
    <w:p>
      <w:pPr>
        <w:spacing w:after="80"/>
      </w:pPr>
      <w:r>
        <w:rPr>
          <w:b w:val="0"/>
          <w:i w:val="0"/>
        </w:rPr>
        <w:t>Anh nghĩ Carter có làm việc vào sáng thứ Bảy không? Seb hỏi.</w:t>
      </w:r>
    </w:p>
    <w:p>
      <w:pPr>
        <w:spacing w:after="80"/>
      </w:pPr>
      <w:r>
        <w:rPr>
          <w:b w:val="0"/>
          <w:i w:val="0"/>
        </w:rPr>
        <w:t>Đó lúc nào chẳng là buổi sáng bận rộn nhất trong tuần của một nhân viên môi giới bất động sản, Harry nói. Nhưng đó không phải câu anh nên hỏi tôi, Seb ạ.</w:t>
      </w:r>
    </w:p>
    <w:p>
      <w:pPr>
        <w:spacing w:after="80"/>
      </w:pPr>
      <w:r>
        <w:rPr>
          <w:b w:val="0"/>
          <w:i w:val="0"/>
        </w:rPr>
        <w:t>Có những lúc anh thật là phát điên, Emma nói.</w:t>
      </w:r>
    </w:p>
    <w:p>
      <w:pPr>
        <w:spacing w:after="80"/>
      </w:pPr>
      <w:r>
        <w:rPr>
          <w:b w:val="0"/>
          <w:i w:val="0"/>
        </w:rPr>
        <w:t>Đồng ý, Seb nói.</w:t>
      </w:r>
    </w:p>
    <w:p>
      <w:pPr>
        <w:spacing w:after="80"/>
      </w:pPr>
      <w:r>
        <w:rPr>
          <w:b w:val="0"/>
          <w:i w:val="0"/>
        </w:rPr>
        <w:t>Vậy câu mà Seb nên hỏi là gì? Grace hỏi.</w:t>
      </w:r>
    </w:p>
    <w:p>
      <w:pPr>
        <w:spacing w:after="80"/>
      </w:pPr>
      <w:r>
        <w:rPr>
          <w:b w:val="0"/>
          <w:i w:val="0"/>
        </w:rPr>
        <w:t>Người thân nhất của Desmond Mellor là ai?</w:t>
      </w:r>
    </w:p>
    <w:p>
      <w:pPr>
        <w:jc w:val="center"/>
      </w:pPr>
      <w:r>
        <w:drawing>
          <wp:inline xmlns:a="http://schemas.openxmlformats.org/drawingml/2006/main" xmlns:pic="http://schemas.openxmlformats.org/drawingml/2006/picture">
            <wp:extent cx="304800" cy="85725"/>
            <wp:docPr id="66" name="Picture 6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Sebastian đang đứng bên ngoài Hudson và Jones trên đường Commercial Road lúc năm giờ kém mười lăm sáng hôm sau. Ba nhân viên môi giới đã ngồi sau bàn làm việc chờ những vị khách đầu tiên.</w:t>
      </w:r>
    </w:p>
    <w:p>
      <w:pPr>
        <w:spacing w:after="80"/>
      </w:pPr>
      <w:r>
        <w:rPr>
          <w:b w:val="0"/>
          <w:i w:val="0"/>
        </w:rPr>
        <w:t>Khi cửa mở, một tấm biển in gọn gàng trên một trong những chiếc bàn cho biết ai là ông Alan Carter. Seb ngồi xuống đối diện một chàng trai trẻ mặc bộ vest kẻ sọc, áo sơ mi trắng và cà vạt lụa xanh lá. Anh ta nở một nụ cười chào đón với Seb.</w:t>
      </w:r>
    </w:p>
    <w:p>
      <w:pPr>
        <w:spacing w:after="80"/>
      </w:pPr>
      <w:r>
        <w:rPr>
          <w:b w:val="0"/>
          <w:i w:val="0"/>
        </w:rPr>
        <w:t>Anh là người mua, người bán hay có thể cả hai, anh</w:t>
      </w:r>
    </w:p>
    <w:p>
      <w:pPr>
        <w:spacing w:after="80"/>
      </w:pPr>
      <w:r>
        <w:rPr>
          <w:b w:val="0"/>
          <w:i w:val="0"/>
        </w:rPr>
        <w:t>Clifton.</w:t>
      </w:r>
    </w:p>
    <w:p>
      <w:pPr>
        <w:spacing w:after="80"/>
      </w:pPr>
      <w:r>
        <w:rPr>
          <w:b w:val="0"/>
          <w:i w:val="0"/>
        </w:rPr>
        <w:t>Anh không phải tình cờ là người thân của Quý bà Clifton đấy chứ?</w:t>
      </w:r>
    </w:p>
    <w:p>
      <w:pPr>
        <w:spacing w:after="80"/>
      </w:pPr>
      <w:r>
        <w:rPr>
          <w:b w:val="0"/>
          <w:i w:val="0"/>
        </w:rPr>
        <w:t>Bà ấy là mẹ tôi.</w:t>
      </w:r>
    </w:p>
    <w:p>
      <w:pPr>
        <w:spacing w:after="80"/>
      </w:pPr>
      <w:r>
        <w:rPr>
          <w:b w:val="0"/>
          <w:i w:val="0"/>
        </w:rPr>
        <w:t>Vậy thì tôi hy vọng anh sẽ chuyển lời chúc tốt đẹp nhất của tôi đến bà ấy.</w:t>
      </w:r>
    </w:p>
    <w:p>
      <w:pPr>
        <w:spacing w:after="80"/>
      </w:pPr>
      <w:r>
        <w:rPr>
          <w:b w:val="0"/>
          <w:i w:val="0"/>
        </w:rPr>
        <w:t>Anh biết bà ấy à?</w:t>
      </w:r>
    </w:p>
    <w:p>
      <w:pPr>
        <w:spacing w:after="80"/>
      </w:pPr>
      <w:r>
        <w:rPr>
          <w:b w:val="0"/>
          <w:i w:val="0"/>
        </w:rPr>
        <w:t>Chỉ biết với tư cách chủ tịch Bệnh viện Hoàng gia Bristol. Vợ tôi bị ung thư vú, và họ gặp nhau khi bà ấy đang đi thăm các khoa trong một buổi tuần tra hàng tuần của mình.</w:t>
      </w:r>
    </w:p>
    <w:p>
      <w:pPr>
        <w:spacing w:after="80"/>
      </w:pPr>
      <w:r>
        <w:rPr>
          <w:b w:val="0"/>
          <w:i w:val="0"/>
        </w:rPr>
        <w:t>Mỗi sáng thứ Tư, từ mười giờ đến mười hai giờ, Seb nói. Bà ấy bảo đó là dịp để bà biết được bệnh nhân và nhân viên thực sự đang nghĩ gì.</w:t>
      </w:r>
    </w:p>
    <w:p>
      <w:pPr>
        <w:spacing w:after="80"/>
      </w:pPr>
      <w:r>
        <w:rPr>
          <w:b w:val="0"/>
          <w:i w:val="0"/>
        </w:rPr>
        <w:t>Và tôi có thể kể cho anh một chuyện nữa, Carter nói. Khi con trai tôi bị hất văng khỏi xe đạp và bị bong gân mắt cá chân, bà ấy lại có mặt ở đó, lần này là ở khoa Cấp cứu, quan sát mọi thứ đang diễn ra.</w:t>
      </w:r>
    </w:p>
    <w:p>
      <w:pPr>
        <w:spacing w:after="80"/>
      </w:pPr>
      <w:r>
        <w:rPr>
          <w:b w:val="0"/>
          <w:i w:val="0"/>
        </w:rPr>
        <w:t>Đó hẳn là một buổi chiều thứ Sáu, từ bốn đến sáu giờ.</w:t>
      </w:r>
    </w:p>
    <w:p>
      <w:pPr>
        <w:spacing w:after="80"/>
      </w:pPr>
      <w:r>
        <w:rPr>
          <w:b w:val="0"/>
          <w:i w:val="0"/>
        </w:rPr>
        <w:t>Điều đó không làm tôi ngạc nhiên, nhưng điều khiến tôi ngạc nhiên là bà ấy bước đến nói chuyện với vợ tôi, và thậm chí còn nhớ tên cô ấy. Vậy cứ cho tôi biết anh cần gì, anh Clifton, vì tôi là người của anh.</w:t>
      </w:r>
    </w:p>
    <w:p>
      <w:pPr>
        <w:spacing w:after="80"/>
      </w:pPr>
      <w:r>
        <w:rPr>
          <w:b w:val="0"/>
          <w:i w:val="0"/>
        </w:rPr>
        <w:t>E rằng tôi không phải người mua cũng không phải người bán, anh Carter ạ, mà là người tìm kiếm thông tin.</w:t>
      </w:r>
    </w:p>
    <w:p>
      <w:pPr>
        <w:spacing w:after="80"/>
      </w:pPr>
      <w:r>
        <w:rPr>
          <w:b w:val="0"/>
          <w:i w:val="0"/>
        </w:rPr>
        <w:t>Nếu tôi giúp được, tôi sẽ giúp.</w:t>
      </w:r>
    </w:p>
    <w:p>
      <w:pPr>
        <w:spacing w:after="80"/>
      </w:pPr>
      <w:r>
        <w:rPr>
          <w:b w:val="0"/>
          <w:i w:val="0"/>
        </w:rPr>
        <w:t>Ngân hàng tôi đại diện hiện đang tham gia vào một vụ thâu tóm Mellor Travel, và tôi rất quan tâm đến một phát biểu của anh với báo chí địa phương liên quan đến việc bán căn hộ của ông Desmond Mellor ở Broad Street.</w:t>
      </w:r>
    </w:p>
    <w:p>
      <w:pPr>
        <w:spacing w:after="80"/>
      </w:pPr>
      <w:r>
        <w:rPr>
          <w:b w:val="0"/>
          <w:i w:val="0"/>
        </w:rPr>
        <w:t>Câu nào trong số rất nhiều điều tôi đã nói vậy? Carter hỏi, rõ ràng là đang tận hưởng sự chú ý.</w:t>
      </w:r>
    </w:p>
    <w:p>
      <w:pPr>
        <w:spacing w:after="80"/>
      </w:pPr>
      <w:r>
        <w:rPr>
          <w:b w:val="0"/>
          <w:i w:val="0"/>
        </w:rPr>
        <w:t xml:space="preserve">Anh đã nói với một phóng viên của </w:t>
      </w:r>
      <w:r>
        <w:rPr>
          <w:b w:val="0"/>
          <w:i/>
        </w:rPr>
        <w:t>Evening News</w:t>
      </w:r>
      <w:r>
        <w:rPr>
          <w:b w:val="0"/>
          <w:i w:val="0"/>
        </w:rPr>
        <w:t xml:space="preserve"> rằng anh đã giữ lại một phần tiền thu được từ việc bán căn hộ thay vì chuyển toàn bộ số tiền cho những người thừa hành di chúc của ông Mellor, điều đó khiến bố tôi bối rối.</w:t>
      </w:r>
    </w:p>
    <w:p>
      <w:pPr>
        <w:spacing w:after="80"/>
      </w:pPr>
      <w:r>
        <w:rPr>
          <w:b w:val="0"/>
          <w:i w:val="0"/>
        </w:rPr>
        <w:t>Đúng là người thông minh, bố anh. Điều này còn hơn cả những gì có thể nói về anh phóng viên, người đã không theo đuổi câu chuyện đó.</w:t>
      </w:r>
    </w:p>
    <w:p>
      <w:pPr>
        <w:spacing w:after="80"/>
      </w:pPr>
      <w:r>
        <w:rPr>
          <w:b w:val="0"/>
          <w:i w:val="0"/>
        </w:rPr>
        <w:t>Vâng, tôi muốn theo đuổi nó.</w:t>
      </w:r>
    </w:p>
    <w:p>
      <w:pPr>
        <w:spacing w:after="80"/>
      </w:pPr>
      <w:r>
        <w:rPr>
          <w:b w:val="0"/>
          <w:i w:val="0"/>
        </w:rPr>
        <w:t>Và nếu tôi hỗ trợ anh, ông Clifton, liệu điều đó có ích gì cho mẹ anh không?</w:t>
      </w:r>
    </w:p>
    <w:p>
      <w:pPr>
        <w:spacing w:after="80"/>
      </w:pPr>
      <w:r>
        <w:rPr>
          <w:b w:val="0"/>
          <w:i w:val="0"/>
        </w:rPr>
        <w:t>Gián tiếp thì có. Nếu ngân hàng của tôi tiếp quản thành công Mellor Travel, bố mẹ tôi sẽ được hưởng lợi từ thương vụ này, vì tôi quản lý danh mục cổ phần của họ.</w:t>
      </w:r>
    </w:p>
    <w:p>
      <w:pPr>
        <w:spacing w:after="80"/>
      </w:pPr>
      <w:r>
        <w:rPr>
          <w:b w:val="0"/>
          <w:i w:val="0"/>
        </w:rPr>
        <w:t>Vậy là một người trong số họ có thể tiếp tục viết lách, trong khi người kia điều hành NHS?</w:t>
      </w:r>
    </w:p>
    <w:p>
      <w:pPr>
        <w:spacing w:after="80"/>
      </w:pPr>
      <w:r>
        <w:rPr>
          <w:b w:val="0"/>
          <w:i w:val="0"/>
        </w:rPr>
        <w:t>Đại loại thế.</w:t>
      </w:r>
    </w:p>
    <w:p>
      <w:pPr>
        <w:spacing w:after="80"/>
      </w:pPr>
      <w:r>
        <w:rPr>
          <w:b w:val="0"/>
          <w:i w:val="0"/>
        </w:rPr>
        <w:t>Riêng giữa anh và tôi, Carter thì thầm, nghiêng người đầy vẻ bí mật qua bàn làm việc, tôi đã nghĩ đây là một vụ việc kỳ lạ ngay từ đầu. Một khách hàng chỉ có thể gọi cho bạn mỗi tuần một lần và bị giới hạn trong ba phút vì anh ta gọi từ tù đã tự nó là một thử thách rồi.</w:t>
      </w:r>
    </w:p>
    <w:p>
      <w:pPr>
        <w:spacing w:after="80"/>
      </w:pPr>
      <w:r>
        <w:rPr>
          <w:b w:val="0"/>
          <w:i w:val="0"/>
        </w:rPr>
        <w:t>Vâng, tôi tin điều đó.</w:t>
      </w:r>
    </w:p>
    <w:p>
      <w:pPr>
        <w:spacing w:after="80"/>
      </w:pPr>
      <w:r>
        <w:rPr>
          <w:b w:val="0"/>
          <w:i w:val="0"/>
        </w:rPr>
        <w:t>Dù sao thì, chỉ thị đầu tiên của anh ta khá đơn giản. Anh ta muốn đưa căn hộ của mình ra thị trường, với điều kiện là toàn bộ giao dịch phải hoàn tất trong vòng ba mươi ngày.</w:t>
      </w:r>
    </w:p>
    <w:p>
      <w:pPr>
        <w:spacing w:after="80"/>
      </w:pPr>
      <w:r>
        <w:rPr>
          <w:b w:val="0"/>
          <w:i w:val="0"/>
        </w:rPr>
        <w:t>Seb lấy một cuốn sổ séc từ túi trong, và viết lên mặt sau: 30 ngày.</w:t>
      </w:r>
    </w:p>
    <w:p>
      <w:pPr>
        <w:spacing w:after="80"/>
      </w:pPr>
      <w:r>
        <w:rPr>
          <w:b w:val="0"/>
          <w:i w:val="0"/>
        </w:rPr>
        <w:t>Một tuần sau anh ta gọi lại và đưa ra một yêu cầu khác khiến tôi bối rối, vì tôi đã cho rằng anh ta là một người giàu có. Seb giữ nguyên ngòi bút. Anh ta hỏi liệu tôi có thể ứng cho anh ta một khoản vay ngắn hạn mười nghìn bảng dựa trên bất động sản không, vì anh ta cần tiền mặt gấp. Tôi bắt đầu giải thích với anh ta rằng điều đó trái với chính sách công ty, thì đường dây bị ngắt.</w:t>
      </w:r>
    </w:p>
    <w:p>
      <w:pPr>
        <w:spacing w:after="80"/>
      </w:pPr>
      <w:r>
        <w:rPr>
          <w:b w:val="0"/>
          <w:i w:val="0"/>
        </w:rPr>
        <w:t>Seb viết xuống 10,000, và gạch dưới nó.</w:t>
      </w:r>
    </w:p>
    <w:p>
      <w:pPr>
        <w:spacing w:after="80"/>
      </w:pPr>
      <w:r>
        <w:rPr>
          <w:b w:val="0"/>
          <w:i w:val="0"/>
        </w:rPr>
        <w:t>Hai tuần sau, tôi có thể báo cho anh ta biết rằng tôi đã tìm được người mua căn hộ, người này đã đặt cọc mười phần trăm giá chào bán với luật sư của mình, nhưng sẽ không hoàn tất cho đến khi xem báo cáo của giám định viên. Ông Mellor sau đó đưa ra một yêu cầu còn kỳ lạ hơn.</w:t>
      </w:r>
    </w:p>
    <w:p>
      <w:pPr>
        <w:spacing w:after="80"/>
      </w:pPr>
      <w:r>
        <w:rPr>
          <w:b w:val="0"/>
          <w:i w:val="0"/>
        </w:rPr>
        <w:t>Seb tiếp tục tỏ ra say mê với từng lời Carter nói.</w:t>
      </w:r>
    </w:p>
    <w:p>
      <w:pPr>
        <w:spacing w:after="80"/>
      </w:pPr>
      <w:r>
        <w:rPr>
          <w:b w:val="0"/>
          <w:i w:val="0"/>
        </w:rPr>
        <w:t>Khi thương vụ đã hoàn tất, tôi phải trao mười nghìn đầu tiên cho một người bạn của ông ấy từ London, nhưng chỉ khi họ xuất trình được một văn bản pháp lý có chữ ký của ông ấy, được chứng kiến bởi một ông Graves, và đề ngày mười hai tháng Năm 1981.</w:t>
      </w:r>
    </w:p>
    <w:p>
      <w:pPr>
        <w:spacing w:after="80"/>
      </w:pPr>
      <w:r>
        <w:rPr>
          <w:b w:val="0"/>
          <w:i w:val="0"/>
        </w:rPr>
        <w:t>Seb ghi lại: bạn, 10.000, giấy tờ pháp lý có chữ ký của Mellor/Graves và ngày tháng.</w:t>
      </w:r>
    </w:p>
    <w:p>
      <w:pPr>
        <w:spacing w:after="80"/>
      </w:pPr>
      <w:r>
        <w:rPr>
          <w:b w:val="0"/>
          <w:i w:val="0"/>
        </w:rPr>
        <w:t>Bất kỳ khoản tiền nào còn lại, Carter tiếp tục, sau khi chúng tôi đã trừ phí của mình, sẽ được gửi vào tài khoản cá nhân của ông ấy tại Nat West trên phố Queen.</w:t>
      </w:r>
    </w:p>
    <w:p>
      <w:pPr>
        <w:spacing w:after="80"/>
      </w:pPr>
      <w:r>
        <w:rPr>
          <w:b w:val="0"/>
          <w:i w:val="0"/>
        </w:rPr>
        <w:t>Seb thêm "Nat West phố Queen" vào danh sách ngày càng dài của mình.</w:t>
      </w:r>
    </w:p>
    <w:p>
      <w:pPr>
        <w:spacing w:after="80"/>
      </w:pPr>
      <w:r>
        <w:rPr>
          <w:b w:val="0"/>
          <w:i w:val="0"/>
        </w:rPr>
        <w:t>Cuối cùng tôi cũng bán được căn hộ, nhưng phải giảm giá đáng kể trước đó. Sau khi bán xong, tôi thực hiện đúng từng chữ chỉ dẫn của ông Mellor.</w:t>
      </w:r>
    </w:p>
    <w:p>
      <w:pPr>
        <w:spacing w:after="80"/>
      </w:pPr>
      <w:r>
        <w:rPr>
          <w:b w:val="0"/>
          <w:i w:val="0"/>
        </w:rPr>
        <w:t>Ông vẫn còn giữ văn bản đó chứ? Seb hỏi, cảm thấy tim mình đập thình thịch.</w:t>
      </w:r>
    </w:p>
    <w:p>
      <w:pPr>
        <w:spacing w:after="80"/>
      </w:pPr>
      <w:r>
        <w:rPr>
          <w:b w:val="0"/>
          <w:i w:val="0"/>
        </w:rPr>
        <w:t>Không. Nhưng có một người phụ nữ gọi đến văn phòng này, và khi tôi xác nhận mình đang giữ mười nghìn trong tài khoản ký quỹ, bà ấy tỏ ra rất quan tâm, cho đến khi tôi nói thêm rằng tôi không thể giải ngân số tiền trừ khi bà ấy xuất trình được văn bản có chữ ký của ông Mellor. Bà ấy hỏi liệu bản sao có được không, nhưng tôi nói rằng tôi cần xem bản gốc trước khi sẵn sàng giải ngân mười nghìn.</w:t>
      </w:r>
    </w:p>
    <w:p>
      <w:pPr>
        <w:spacing w:after="80"/>
      </w:pPr>
      <w:r>
        <w:rPr>
          <w:b w:val="0"/>
          <w:i w:val="0"/>
        </w:rPr>
        <w:t>Bà ấy nói gì với điều đó?</w:t>
      </w:r>
    </w:p>
    <w:p>
      <w:pPr>
        <w:spacing w:after="80"/>
      </w:pPr>
      <w:r>
        <w:rPr>
          <w:b w:val="0"/>
          <w:i w:val="0"/>
        </w:rPr>
        <w:t>Thẳng thắn mà nói, bà ấy mất bình tĩnh và bắt đầu đe dọa tôi. Nói rằng tôi sẽ nhận được liên lạc từ luật sư của bà ấy nếu tôi không giao tiền. Nhưng tôi vẫn kiên định, ông Clifton ạ, và từ đó đến giờ tôi không nghe tin gì từ bà ấy nữa.</w:t>
      </w:r>
    </w:p>
    <w:p>
      <w:pPr>
        <w:spacing w:after="80"/>
      </w:pPr>
      <w:r>
        <w:rPr>
          <w:b w:val="0"/>
          <w:i w:val="0"/>
        </w:rPr>
        <w:t>Hoàn toàn đúng.</w:t>
      </w:r>
    </w:p>
    <w:p>
      <w:pPr>
        <w:spacing w:after="80"/>
      </w:pPr>
      <w:r>
        <w:rPr>
          <w:b w:val="0"/>
          <w:i w:val="0"/>
        </w:rPr>
        <w:t>Tôi mừng vì ông đồng ý, ông Clifton ạ, vì vài ngày sau đó một chuyện kỳ lạ nhất đã xảy ra. Seb nhướng một bên mày. Một doanh nhân địa phương xuất hiện vào cuối một buổi chiều, đúng lúc chúng tôi sắp đóng cửa, và xuất trình bản gốc văn bản, nên tôi không còn lựa chọn nào khác ngoài việc giao mười nghìn cho ông ta.</w:t>
      </w:r>
    </w:p>
    <w:p>
      <w:pPr>
        <w:spacing w:after="80"/>
      </w:pPr>
      <w:r>
        <w:rPr>
          <w:b w:val="0"/>
          <w:i w:val="0"/>
        </w:rPr>
        <w:t>Seb ghi lại: doanh nhân địa phương. Giờ anh phải đồng ý với cha mình — Carter đang nắm giữ vài mảnh ghép của bức tranh lớn. Tuy nhiên, anh vẫn cần được giải đáp thêm một câu hỏi nữa.</w:t>
      </w:r>
    </w:p>
    <w:p>
      <w:pPr>
        <w:spacing w:after="80"/>
      </w:pPr>
      <w:r>
        <w:rPr>
          <w:b w:val="0"/>
          <w:i w:val="0"/>
        </w:rPr>
        <w:t>Và tên của người phụ nữ đó?</w:t>
      </w:r>
    </w:p>
    <w:p>
      <w:pPr>
        <w:spacing w:after="80"/>
      </w:pPr>
      <w:r>
        <w:rPr>
          <w:b w:val="0"/>
          <w:i w:val="0"/>
        </w:rPr>
        <w:t>Không, ông Clifton ạ, Carter nói sau một thoáng ngập ngừng. Tôi nghĩ mình đã đi đủ xa rồi. Nhưng tôi có thể nói với ông rằng bà ấy là một quý bà giống mẹ ông, nhưng không giống mẹ ông, vì tôi e rằng bà ấy sẽ chẳng nhớ nổi tên tôi.</w:t>
      </w:r>
    </w:p>
    <w:p>
      <w:pPr>
        <w:spacing w:after="80"/>
      </w:pPr>
      <w:r>
        <w:rPr>
          <w:b w:val="0"/>
          <w:i w:val="0"/>
        </w:rPr>
        <w:t>Seb ghi từ "quý bà" lên mặt sau cuốn sổ séc trước khi đứng dậy khỏi chỗ ngồi. Cảm ơn ông, anh nói khi bắt tay ông Carter. Ông đã giúp đỡ rất nhiều, và tôi sẽ chuyển lời nhận xét tốt đẹp của ông đến mẹ tôi.</w:t>
      </w:r>
    </w:p>
    <w:p>
      <w:pPr>
        <w:spacing w:after="80"/>
      </w:pPr>
      <w:r>
        <w:rPr>
          <w:b w:val="0"/>
          <w:i w:val="0"/>
        </w:rPr>
        <w:t>Rất hân hạnh. Tôi chỉ tiếc là không thể cho ông biết tên của quý bà đó.</w:t>
      </w:r>
    </w:p>
    <w:p>
      <w:pPr>
        <w:spacing w:after="80"/>
      </w:pPr>
      <w:r>
        <w:rPr>
          <w:b w:val="0"/>
          <w:i w:val="0"/>
        </w:rPr>
        <w:t>Đừng lo, Seb nói. Nhưng nếu Lady Virginia có gọi cho anh lần nữa, nhớ chuyển lời chúc tốt đẹp nhất của tôi đến bà ấy nhé.</w:t>
      </w:r>
    </w:p>
    <w:p>
      <w:pPr>
        <w:pStyle w:val="Heading1"/>
        <w:jc w:val="center"/>
      </w:pPr>
      <w:r>
        <w:rPr>
          <w:rFonts w:ascii="Calibri" w:hAnsi="Calibri"/>
          <w:b/>
          <w:i w:val="0"/>
          <w:sz w:val="40"/>
        </w:rPr>
        <w:t>18</w:t>
      </w:r>
    </w:p>
    <w:p>
      <w:pPr>
        <w:spacing w:after="80"/>
      </w:pPr>
      <w:r>
        <w:rPr>
          <w:b w:val="0"/>
          <w:i w:val="0"/>
        </w:rPr>
        <w:t>SEBASTIAN ĐẶT CUỐN SỔ CHI PHIẾU của mình lên bàn trước mặt. Hakim Bishara, Arnold Hardcastle và Giles Barrington rõ ràng rất tò mò, nhưng không nói gì.</w:t>
      </w:r>
    </w:p>
    <w:p>
      <w:pPr>
        <w:spacing w:after="80"/>
      </w:pPr>
      <w:r>
        <w:rPr>
          <w:b w:val="0"/>
          <w:i w:val="0"/>
        </w:rPr>
        <w:t>Tôi vừa trải qua cuối tuần ở Somerset với bố mẹ, Seb nói, và tôi phát hiện ra rằng bố tôi đã dành sự quan tâm quá mức đến cái chết của Desmond Mellor. Giống như Barry Hammond, ông không tin đó là tự sát, và một khi bạn chấp nhận đó là một khả năng, thì sẽ nảy ra vài giả thuyết.</w:t>
      </w:r>
    </w:p>
    <w:p>
      <w:pPr>
        <w:spacing w:after="80"/>
      </w:pPr>
      <w:r>
        <w:rPr>
          <w:b w:val="0"/>
          <w:i w:val="0"/>
        </w:rPr>
        <w:t>Ba người đàn ông ngồi quanh bàn đang chăm chú lắng nghe.</w:t>
      </w:r>
    </w:p>
    <w:p>
      <w:pPr>
        <w:spacing w:after="80"/>
      </w:pPr>
      <w:r>
        <w:rPr>
          <w:b w:val="0"/>
          <w:i w:val="0"/>
        </w:rPr>
        <w:t>Bố tôi khuyên tôi nên ghé thăm một văn phòng môi giới bất động sản địa phương vào sáng thứ Bảy và trò chuyện với người phụ trách bán căn hộ của Mellor ở Bristol. Seb nhìn vào danh sách dài các gạch đầu dòng mà anh đã viết lên mặt sau cuốn sổ chi phiếu trong cuộc gặp với Carter. Hai mươi phút sau, anh đã giải thích cho khán giả chăm chú của mình lý do tại sao anh nghĩ người phụ nữ đó chính là Lady Virginia Fenwick, và doanh nhân địa phương kia không ai khác ngoài Jim Knowles.</w:t>
      </w:r>
    </w:p>
    <w:p>
      <w:pPr>
        <w:spacing w:after="80"/>
      </w:pPr>
      <w:r>
        <w:rPr>
          <w:b w:val="0"/>
          <w:i w:val="0"/>
        </w:rPr>
        <w:t>Nhưng làm sao hai người đó có thể gặp nhau được? Giles hỏi. Họ hầu như chẳng cùng giới với nhau.</w:t>
      </w:r>
    </w:p>
    <w:p>
      <w:pPr>
        <w:spacing w:after="80"/>
      </w:pPr>
      <w:r>
        <w:rPr>
          <w:b w:val="0"/>
          <w:i w:val="0"/>
        </w:rPr>
        <w:t>Mellor hẳn là nhân tố chung, Arnold gợi ý.</w:t>
      </w:r>
    </w:p>
    <w:p>
      <w:pPr>
        <w:spacing w:after="80"/>
      </w:pPr>
      <w:r>
        <w:rPr>
          <w:b w:val="0"/>
          <w:i w:val="0"/>
        </w:rPr>
        <w:t>Và tiền là chất keo dính, Hakim thêm vào, bởi vì người phụ nữ đó sẽ chẳng phí thời gian với bất kỳ ai trong hai người họ trừ khi bà ta thấy có lợi cho mình.</w:t>
      </w:r>
    </w:p>
    <w:p>
      <w:pPr>
        <w:spacing w:after="80"/>
      </w:pPr>
      <w:r>
        <w:rPr>
          <w:b w:val="0"/>
          <w:i w:val="0"/>
        </w:rPr>
        <w:t>Nhưng điều đó vẫn không giải thích được tại sao Mellor lại cần mười ngàn bảng tiền mặt gấp đến vậy, Giles nói. Dù sao ông ta cũng là một người rất giàu.</w:t>
      </w:r>
    </w:p>
    <w:p>
      <w:pPr>
        <w:spacing w:after="80"/>
      </w:pPr>
      <w:r>
        <w:rPr>
          <w:b w:val="0"/>
          <w:i w:val="0"/>
        </w:rPr>
        <w:t>Giàu tài sản, Hakim nói, nhưng không nhất thiết là tiền mặt.</w:t>
      </w:r>
    </w:p>
    <w:p>
      <w:pPr>
        <w:spacing w:after="80"/>
      </w:pPr>
      <w:r>
        <w:rPr>
          <w:b w:val="0"/>
          <w:i w:val="0"/>
        </w:rPr>
        <w:t>Tôi đã dành mấy ngày qua để cố gắng làm sáng tỏ chuyện đó, Seb nói, nhưng tất nhiên chính bố tôi là người đưa ra kịch bản khả dĩ nhất. Ông nghĩ rằng nếu Mellor cần số tiền mặt đó gấp, thì nên tìm hiểu ở nhà tù. Ông cũng tự hỏi liệu sự biến mất bí ẩn của Adrian Sloane có liên quan gì đến chuyện này không.</w:t>
      </w:r>
    </w:p>
    <w:p>
      <w:pPr>
        <w:spacing w:after="80"/>
      </w:pPr>
      <w:r>
        <w:rPr>
          <w:b w:val="0"/>
          <w:i w:val="0"/>
        </w:rPr>
        <w:t>Có lẽ Mellor đang bị đe dọa, Arnold nói. Điều đó không hiếm khi người ta nghĩ một tù nhân có tiền.</w:t>
      </w:r>
    </w:p>
    <w:p>
      <w:pPr>
        <w:spacing w:after="80"/>
      </w:pPr>
      <w:r>
        <w:rPr>
          <w:b w:val="0"/>
          <w:i w:val="0"/>
        </w:rPr>
        <w:t>Có thể, Hakim nói, nhưng nếu ông ta cần gấp một khoản vay mười ngàn bảng, thì ông ta phải đưa ra thứ gì đó làm tài sản thế chấp.</w:t>
      </w:r>
    </w:p>
    <w:p>
      <w:pPr>
        <w:spacing w:after="80"/>
      </w:pPr>
      <w:r>
        <w:rPr>
          <w:b w:val="0"/>
          <w:i w:val="0"/>
        </w:rPr>
        <w:t>Như căn hộ của ông ta ở Bristol, Arnold gợi ý.</w:t>
      </w:r>
    </w:p>
    <w:p>
      <w:pPr>
        <w:spacing w:after="80"/>
      </w:pPr>
      <w:r>
        <w:rPr>
          <w:b w:val="0"/>
          <w:i w:val="0"/>
        </w:rPr>
        <w:t>Nhưng nó không được bán kịp để giải quyết vấn đề dòng tiền của ông ta, nên ông ta hẳn đã tìm được thứ khác.</w:t>
      </w:r>
    </w:p>
    <w:p>
      <w:pPr>
        <w:spacing w:after="80"/>
      </w:pPr>
      <w:r>
        <w:rPr>
          <w:b w:val="0"/>
          <w:i w:val="0"/>
        </w:rPr>
        <w:t>Có lẽ là cổ phần của anh ta trong Mellor Travel? Giles gợi ý.</w:t>
      </w:r>
    </w:p>
    <w:p>
      <w:pPr>
        <w:spacing w:after="80"/>
      </w:pPr>
      <w:r>
        <w:rPr>
          <w:b w:val="0"/>
          <w:i w:val="0"/>
        </w:rPr>
        <w:t>Có vẻ không hợp lý, Hakim nói. Chúng đáng giá ít nhất một triệu rưỡi, mà anh ta chỉ cần mười nghìn.</w:t>
      </w:r>
    </w:p>
    <w:p>
      <w:pPr>
        <w:spacing w:after="80"/>
      </w:pPr>
      <w:r>
        <w:rPr>
          <w:b w:val="0"/>
          <w:i w:val="0"/>
        </w:rPr>
        <w:t>Còn tùy xem ông ta tuyệt vọng đến mức nào, Giles nói.</w:t>
      </w:r>
    </w:p>
    <w:p>
      <w:pPr>
        <w:spacing w:after="80"/>
      </w:pPr>
      <w:r>
        <w:rPr>
          <w:b w:val="0"/>
          <w:i w:val="0"/>
        </w:rPr>
        <w:t>Đó là lý do tôi tin chắc rằng anh ta đang bị một phạm nhân khác đe dọa, Arnold nói.</w:t>
      </w:r>
    </w:p>
    <w:p>
      <w:pPr>
        <w:spacing w:after="80"/>
      </w:pPr>
      <w:r>
        <w:rPr>
          <w:b w:val="0"/>
          <w:i w:val="0"/>
        </w:rPr>
        <w:t>Nhưng tại sao anh ta lại tìm đến Virginia để cầu cứu, Giles nói, khi chính cô là người dựa vào anh ta để có thu nhập, chứ không phải ngược lại?</w:t>
      </w:r>
    </w:p>
    <w:p>
      <w:pPr>
        <w:spacing w:after="80"/>
      </w:pPr>
      <w:r>
        <w:rPr>
          <w:b w:val="0"/>
          <w:i w:val="0"/>
        </w:rPr>
        <w:t>Chắc hẳn cô ấy là người trung gian, Seb nói, và bố tôi cho rằng đó là cách Knowles bị cuốn vào.</w:t>
      </w:r>
    </w:p>
    <w:p>
      <w:pPr>
        <w:spacing w:after="80"/>
      </w:pPr>
      <w:r>
        <w:rPr>
          <w:b w:val="0"/>
          <w:i w:val="0"/>
        </w:rPr>
        <w:t>Và một khi anh ta nhận ra mình có thể nắm được năm mươi mốt phần trăm cổ phần của Mellor Travel nếu Mellor không có mặt để trả lại mười nghìn bảng trong vòng ba mươi ngày . . .</w:t>
      </w:r>
    </w:p>
    <w:p>
      <w:pPr>
        <w:spacing w:after="80"/>
      </w:pPr>
      <w:r>
        <w:rPr>
          <w:b w:val="0"/>
          <w:i w:val="0"/>
        </w:rPr>
        <w:t>Đó là lý do tại sao bố tôi tin chắc rằng đó không phải là tự sát, mà là giết người, Seb nói.</w:t>
      </w:r>
    </w:p>
    <w:p>
      <w:pPr>
        <w:spacing w:after="80"/>
      </w:pPr>
      <w:r>
        <w:rPr>
          <w:b w:val="0"/>
          <w:i w:val="0"/>
        </w:rPr>
        <w:t>Jim Knowles có thể là một kẻ khó chịu, Arnold nói, nhưng tôi không thể tin nổi ông ta lại dính líu đến một vụ giết người.</w:t>
      </w:r>
    </w:p>
    <w:p>
      <w:pPr>
        <w:spacing w:after="80"/>
      </w:pPr>
      <w:r>
        <w:rPr>
          <w:b w:val="0"/>
          <w:i w:val="0"/>
        </w:rPr>
        <w:t>Tôi nghi là đó chính là chỗ Sorkin xen vào, Seb nói.</w:t>
      </w:r>
    </w:p>
    <w:p>
      <w:pPr>
        <w:spacing w:after="80"/>
      </w:pPr>
      <w:r>
        <w:rPr>
          <w:b w:val="0"/>
          <w:i w:val="0"/>
        </w:rPr>
        <w:t>Và còn một điều nữa tôi có thể nói với anh từ kinh nghiệm trước đây, Arnold nói. Những kẻ giết người theo hợp đồng thường tính giá khoảng mười nghìn, và chắc chắn sẽ có một hai kẻ như vậy trong Belmarsh.</w:t>
      </w:r>
    </w:p>
    <w:p>
      <w:pPr>
        <w:spacing w:after="80"/>
      </w:pPr>
      <w:r>
        <w:rPr>
          <w:b w:val="0"/>
          <w:i w:val="0"/>
        </w:rPr>
        <w:t>Một khoảng lặng kéo dài, cho đến khi Hakim lên tiếng: Vậy là một khi Sorkin nắm được số cổ phần, nếu Mellor không còn ở đó nữa, công ty sẽ rơi thẳng vào tay ông ta. Và chắc chắn không có cơ hội nào để chúng ta moi được gì từ Knowles hay Sloane.</w:t>
      </w:r>
    </w:p>
    <w:p>
      <w:pPr>
        <w:spacing w:after="80"/>
      </w:pPr>
      <w:r>
        <w:rPr>
          <w:b w:val="0"/>
          <w:i w:val="0"/>
        </w:rPr>
        <w:t>Đó lại là một bí ẩn khác, Seb nói. Đã hơn một tháng không có dấu hiệu gì của Sloane. Tôi không thể tin nổi anh ta lại bỏ trốn chỉ vài ngày trước khi có cơ hội trúng món hời lớn.</w:t>
      </w:r>
    </w:p>
    <w:p>
      <w:pPr>
        <w:spacing w:after="80"/>
      </w:pPr>
      <w:r>
        <w:rPr>
          <w:b w:val="0"/>
          <w:i w:val="0"/>
        </w:rPr>
        <w:t>Tôi đồng ý, Hakim nói. Tuy nhiên, tôi nghi ngờ có một người khác có lẽ có thể trả lời tất cả câu hỏi của chúng ta.</w:t>
      </w:r>
    </w:p>
    <w:p>
      <w:pPr>
        <w:spacing w:after="80"/>
      </w:pPr>
      <w:r>
        <w:rPr>
          <w:b w:val="0"/>
          <w:i w:val="0"/>
        </w:rPr>
        <w:t>Lady Virginia Fenwick, Sebastian nói. Tất cả những gì chúng ta cần quyết định là ai sẽ tiếp cận bà ấy?</w:t>
      </w:r>
    </w:p>
    <w:p>
      <w:pPr>
        <w:spacing w:after="80"/>
      </w:pPr>
      <w:r>
        <w:rPr>
          <w:b w:val="0"/>
          <w:i w:val="0"/>
        </w:rPr>
        <w:t>Chúng ta luôn có thể rút thăm để xem ai sẽ đeo chuông cho mèo nhỉ?</w:t>
      </w:r>
    </w:p>
    <w:p>
      <w:pPr>
        <w:spacing w:after="80"/>
      </w:pPr>
      <w:r>
        <w:rPr>
          <w:b w:val="0"/>
          <w:i w:val="0"/>
        </w:rPr>
        <w:t>Không cần đâu, Hakim nói. Chỉ có một người có thể làm được việc này. Anh quay lại và mỉm cười với Giles.</w:t>
      </w:r>
    </w:p>
    <w:p>
      <w:pPr>
        <w:spacing w:after="80"/>
      </w:pPr>
      <w:r>
        <w:rPr>
          <w:b w:val="0"/>
          <w:i w:val="0"/>
        </w:rPr>
        <w:t>Nhưng tôi đã không nói chuyện với Virginia gần ba mươi năm rồi, Giles phản đối, và chẳng có lý do gì để tin rằng cô ấy thậm chí sẽ sẵn lòng gặp tôi.</w:t>
      </w:r>
    </w:p>
    <w:p>
      <w:pPr>
        <w:spacing w:after="80"/>
      </w:pPr>
      <w:r>
        <w:rPr>
          <w:b w:val="0"/>
          <w:i w:val="0"/>
        </w:rPr>
        <w:t>Trừ khi anh có thể đề nghị với cô ấy một thứ mà cô ấy không thể từ chối, Seb nói. Suy cho cùng, chúng ta biết Mellor đã sẵn sàng trả mười nghìn bảng để lấy lại tài liệu đó, nên tất cả những gì anh phải làm là tìm hiểu xem Virginia muốn bao nhiêu để cung cấp cho anh một bản sao.</w:t>
      </w:r>
    </w:p>
    <w:p>
      <w:pPr>
        <w:spacing w:after="80"/>
      </w:pPr>
      <w:r>
        <w:rPr>
          <w:b w:val="0"/>
          <w:i w:val="0"/>
        </w:rPr>
        <w:t>Làm sao chúng ta biết được cô ấy có một bản sao chứ? Arnold hỏi.</w:t>
      </w:r>
    </w:p>
    <w:p>
      <w:pPr>
        <w:spacing w:after="80"/>
      </w:pPr>
      <w:r>
        <w:rPr>
          <w:b w:val="0"/>
          <w:i w:val="0"/>
        </w:rPr>
        <w:t>Một mẩu thông tin khác được ông Carter vui lòng cung cấp, Seb nói.</w:t>
      </w:r>
    </w:p>
    <w:p>
      <w:pPr>
        <w:spacing w:after="80"/>
      </w:pPr>
      <w:r>
        <w:rPr>
          <w:b w:val="0"/>
          <w:i w:val="0"/>
        </w:rPr>
        <w:t>Điều đó đặt ra câu hỏi, Hakim nói, ai đang giữ bản gốc?</w:t>
      </w:r>
    </w:p>
    <w:p>
      <w:pPr>
        <w:spacing w:after="80"/>
      </w:pPr>
      <w:r>
        <w:rPr>
          <w:b w:val="0"/>
          <w:i w:val="0"/>
        </w:rPr>
        <w:t>Knowles, Seb nói không chút do dự. Đừng quên, chính ông ta là người đã thu mười nghìn bảng từ Carter.</w:t>
      </w:r>
    </w:p>
    <w:p>
      <w:pPr>
        <w:spacing w:after="80"/>
      </w:pPr>
      <w:r>
        <w:rPr>
          <w:b w:val="0"/>
          <w:i w:val="0"/>
        </w:rPr>
        <w:t>Nhưng thay mặt cho ai? Arnold hỏi.</w:t>
      </w:r>
    </w:p>
    <w:p>
      <w:pPr>
        <w:spacing w:after="80"/>
      </w:pPr>
      <w:r>
        <w:rPr>
          <w:b w:val="0"/>
          <w:i w:val="0"/>
        </w:rPr>
        <w:t>Chúng ta cứ loanh quanh mãi, Hakim nói, và tôi chắc rằng Quý bà Virginia có thể làm rõ chuyện đó. Một lần nữa anh quay lại và mỉm cười với Giles.</w:t>
      </w:r>
    </w:p>
    <w:p>
      <w:pPr>
        <w:jc w:val="center"/>
      </w:pPr>
      <w:r>
        <w:drawing>
          <wp:inline xmlns:a="http://schemas.openxmlformats.org/drawingml/2006/main" xmlns:pic="http://schemas.openxmlformats.org/drawingml/2006/picture">
            <wp:extent cx="304800" cy="85725"/>
            <wp:docPr id="67" name="Picture 6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Giles dành khá nhiều thời gian để nghĩ xem mình nên tiếp cận Virginia như thế nào. Một lá thư đề nghị gặp mặt sẽ chỉ tốn công vô ích, vì anh biết từ kinh nghiệm trước đây rằng thường phải mất mấy ngày cô ấy mới mở thư, và ngay cả khi mở, cũng rất khó có chuyện cô ấy buồn trả lời bất cứ thứ gì đến từ anh. Lần cuối anh gọi điện cho cô ấy, cô ấy đã dập máy trước khi anh kịp nói xong câu thứ hai. Và nếu anh bất ngờ xuất hiện trước cửa nhà cô ấy, anh có thể sẽ bị tát vào mặt hoặc bị đóng sầm cửa, và có lẽ cả hai. Chính Karin là người đưa ra giải pháp. Người phụ nữ đó chỉ quan tâm đến một thứ duy nhất, cô ấy nói, nên anh sẽ phải mua chuộc cô ấy.</w:t>
      </w:r>
    </w:p>
    <w:p>
      <w:pPr>
        <w:jc w:val="center"/>
      </w:pPr>
      <w:r>
        <w:drawing>
          <wp:inline xmlns:a="http://schemas.openxmlformats.org/drawingml/2006/main" xmlns:pic="http://schemas.openxmlformats.org/drawingml/2006/picture">
            <wp:extent cx="304800" cy="85725"/>
            <wp:docPr id="68" name="Picture 6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Sáng hôm sau, một người đưa thư của DHL giao một phong bì có ghi Khẩn cấp &amp; Cá nhân đến nhà Virginia ở Chelsea, và không rời đi cho đến khi cô ấy ký nhận. Cô ấy gọi cho Giles trong vòng một giờ.</w:t>
      </w:r>
    </w:p>
    <w:p>
      <w:pPr>
        <w:spacing w:after="80"/>
      </w:pPr>
      <w:r>
        <w:rPr>
          <w:b w:val="0"/>
          <w:i w:val="0"/>
        </w:rPr>
        <w:t>Đây có phải là một trò đùa nào đó không? cô ấy hỏi gay gắt.</w:t>
      </w:r>
    </w:p>
    <w:p>
      <w:pPr>
        <w:spacing w:after="80"/>
      </w:pPr>
      <w:r>
        <w:rPr>
          <w:b w:val="0"/>
          <w:i w:val="0"/>
        </w:rPr>
        <w:t>Hoàn toàn không. Tôi chỉ muốn chắc chắn rằng tôi đã thu hút được sự chú ý của cô.</w:t>
      </w:r>
    </w:p>
    <w:p>
      <w:pPr>
        <w:spacing w:after="80"/>
      </w:pPr>
      <w:r>
        <w:rPr>
          <w:b w:val="0"/>
          <w:i w:val="0"/>
        </w:rPr>
        <w:t>Vậy thì anh đã thành công. Thế tôi phải làm gì để anh ký tấm séc?</w:t>
      </w:r>
    </w:p>
    <w:p>
      <w:pPr>
        <w:spacing w:after="80"/>
      </w:pPr>
      <w:r>
        <w:rPr>
          <w:b w:val="0"/>
          <w:i w:val="0"/>
        </w:rPr>
        <w:t>Cung cấp cho tôi một bản sao tài liệu mà ông Carter muốn xem trước khi ông ta sẵn lòng trao mười nghìn bảng.</w:t>
      </w:r>
    </w:p>
    <w:p>
      <w:pPr>
        <w:spacing w:after="80"/>
      </w:pPr>
      <w:r>
        <w:rPr>
          <w:b w:val="0"/>
          <w:i w:val="0"/>
        </w:rPr>
        <w:t>Có một khoảng lặng dài trước khi Virginia nói tiếp. Mười nghìn sẽ không đủ cho việc đó, vì tôi biết chính xác tại sao anh lại khao khát có được nó đến vậy.</w:t>
      </w:r>
    </w:p>
    <w:p>
      <w:pPr>
        <w:spacing w:after="80"/>
      </w:pPr>
      <w:r>
        <w:rPr>
          <w:b w:val="0"/>
          <w:i w:val="0"/>
        </w:rPr>
        <w:t>Bao nhiêu?</w:t>
      </w:r>
    </w:p>
    <w:p>
      <w:pPr>
        <w:spacing w:after="80"/>
      </w:pPr>
      <w:r>
        <w:rPr>
          <w:b w:val="0"/>
          <w:i w:val="0"/>
        </w:rPr>
        <w:t>Hai mươi nghìn.</w:t>
      </w:r>
    </w:p>
    <w:p>
      <w:pPr>
        <w:spacing w:after="80"/>
      </w:pPr>
      <w:r>
        <w:rPr>
          <w:b w:val="0"/>
          <w:i w:val="0"/>
        </w:rPr>
        <w:t>Tôi được phép lên tới mười lăm nghìn, Giles nói, hy vọng giọng mình nghe có vẻ thuyết phục.</w:t>
      </w:r>
    </w:p>
    <w:p>
      <w:pPr>
        <w:spacing w:after="80"/>
      </w:pPr>
      <w:r>
        <w:rPr>
          <w:b w:val="0"/>
          <w:i w:val="0"/>
        </w:rPr>
        <w:t>Một khoảng lặng dài nữa. Khi nào tôi nhận được tấm séc mười lăm nghìn bảng, tôi sẽ gửi cho anh một bản sao của tài liệu.</w:t>
      </w:r>
    </w:p>
    <w:p>
      <w:pPr>
        <w:spacing w:after="80"/>
      </w:pPr>
      <w:r>
        <w:rPr>
          <w:b w:val="0"/>
          <w:i w:val="0"/>
        </w:rPr>
        <w:t>Tôi không nghĩ vậy đâu, Virginia. Tôi sẽ trao tấm séc khi cô đưa tôi một bản sao của tài liệu.</w:t>
      </w:r>
    </w:p>
    <w:p>
      <w:pPr>
        <w:spacing w:after="80"/>
      </w:pPr>
      <w:r>
        <w:rPr>
          <w:b w:val="0"/>
          <w:i w:val="0"/>
        </w:rPr>
        <w:t>Virginia lại im lặng, trước khi nói, Khi nào và ở đâu?</w:t>
      </w:r>
    </w:p>
    <w:p>
      <w:pPr>
        <w:jc w:val="center"/>
      </w:pPr>
      <w:r>
        <w:drawing>
          <wp:inline xmlns:a="http://schemas.openxmlformats.org/drawingml/2006/main" xmlns:pic="http://schemas.openxmlformats.org/drawingml/2006/picture">
            <wp:extent cx="304800" cy="85725"/>
            <wp:docPr id="69" name="Picture 6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Giles đẩy cửa xoay bước vào khách sạn Ritz ngay sau 2 giờ 45 phút chiều hôm sau. Anh đi thẳng tới Palm Court và chọn một chiếc bàn mà từ đó anh có thể nhìn thấy Virginia ngay khi cô xuất hiện.</w:t>
      </w:r>
    </w:p>
    <w:p>
      <w:pPr>
        <w:spacing w:after="80"/>
      </w:pPr>
      <w:r>
        <w:rPr>
          <w:b w:val="0"/>
          <w:i w:val="0"/>
        </w:rPr>
        <w:t xml:space="preserve">Anh lật qua các trang của tờ </w:t>
      </w:r>
      <w:r>
        <w:rPr>
          <w:b w:val="0"/>
          <w:i/>
        </w:rPr>
        <w:t>Evening Standard</w:t>
      </w:r>
      <w:r>
        <w:rPr>
          <w:b w:val="0"/>
          <w:i w:val="0"/>
        </w:rPr>
        <w:t xml:space="preserve"> để giết thời gian, nhưng vẫn thấy mình ngước lên mỗi vài giây và liên tục kiểm tra đồng hồ. Anh biết Virginia sẽ không đến đúng giờ, nhất là sau khi anh đã chọc tức cô, nhưng anh cũng tin chắc rằng cô sẽ không đến quá muộn, vì Coutts đóng cửa lúc năm giờ, và cô sẽ muốn nộp tấm séc vào ngân hàng trước khi về nhà.</w:t>
      </w:r>
    </w:p>
    <w:p>
      <w:pPr>
        <w:spacing w:after="80"/>
      </w:pPr>
      <w:r>
        <w:rPr>
          <w:b w:val="0"/>
          <w:i w:val="0"/>
        </w:rPr>
        <w:t>Khi Virginia bước vào phòng trà lúc 3 giờ 11 phút, Giles sững sờ. Không ai có thể nghĩ rằng người phụ nữ thanh lịch này đã ngoài sáu mươi. Thực tế, vài người đàn ông đã phải ngoái nhìn lần thứ hai khi "cô nàng đẳng cấp nhất trong chỗ này", theo lời Bogart, chậm rãi bước tới chỗ người chồng cũ.</w:t>
      </w:r>
    </w:p>
    <w:p>
      <w:pPr>
        <w:spacing w:after="80"/>
      </w:pPr>
      <w:r>
        <w:rPr>
          <w:b w:val="0"/>
          <w:i w:val="0"/>
        </w:rPr>
        <w:t>Giles đứng dậy chào cô. Khi anh cúi xuống hôn lên cả hai má cô, mùi hương hoa dành dành thoang thoảng gợi lại bao ký ức.</w:t>
      </w:r>
    </w:p>
    <w:p>
      <w:pPr>
        <w:spacing w:after="80"/>
      </w:pPr>
      <w:r>
        <w:rPr>
          <w:b w:val="0"/>
          <w:i w:val="0"/>
        </w:rPr>
        <w:t>Đã quá lâu rồi, anh yêu ạ, Virginia rủ rỉ khi ngồi xuống đối diện anh. Sau một khoảng dừng rất ngắn, cô nói thêm, Và anh đã tăng cân rất nhiều đấy.</w:t>
      </w:r>
    </w:p>
    <w:p>
      <w:pPr>
        <w:spacing w:after="80"/>
      </w:pPr>
      <w:r>
        <w:rPr>
          <w:b w:val="0"/>
          <w:i w:val="0"/>
        </w:rPr>
        <w:t>Bùa mê tan vỡ, và Giles nhanh chóng được nhắc nhở vì sao anh không nhớ nhung cô.</w:t>
      </w:r>
    </w:p>
    <w:p>
      <w:pPr>
        <w:spacing w:after="80"/>
      </w:pPr>
      <w:r>
        <w:rPr>
          <w:b w:val="0"/>
          <w:i w:val="0"/>
        </w:rPr>
        <w:t>Chúng ta giải quyết công việc luôn nhé, cô tiếp tục, mở túi xách và lấy ra một phong bì. Tôi sẽ đưa anh thứ anh đến để lấy, nhưng không phải trước khi anh trao tấm séc của tôi.</w:t>
      </w:r>
    </w:p>
    <w:p>
      <w:pPr>
        <w:spacing w:after="80"/>
      </w:pPr>
      <w:r>
        <w:rPr>
          <w:b w:val="0"/>
          <w:i w:val="0"/>
        </w:rPr>
        <w:t>Tôi cần xem tài liệu trước khi sẵn lòng rời xa bất kỳ đồng tiền nào.</w:t>
      </w:r>
    </w:p>
    <w:p>
      <w:pPr>
        <w:spacing w:after="80"/>
      </w:pPr>
      <w:r>
        <w:rPr>
          <w:b w:val="0"/>
          <w:i w:val="0"/>
        </w:rPr>
        <w:t>Anh sẽ phải tin tôi thôi, anh yêu ạ. Giles nén một nụ cười. Bởi vì nếu tôi để anh đọc nó, anh có thể cảm thấy mình không còn cần phải trả tiền cho tôi nữa.</w:t>
      </w:r>
    </w:p>
    <w:p>
      <w:pPr>
        <w:spacing w:after="80"/>
      </w:pPr>
      <w:r>
        <w:rPr>
          <w:b w:val="0"/>
          <w:i w:val="0"/>
        </w:rPr>
        <w:t>Giles không thể bắt bẻ được logic của cô. Có lẽ chúng ta có thể thống nhất một thỏa hiệp, anh đề nghị. Cô lật đến trang cuối của tài liệu và cho tôi xem chữ ký của Mellors cùng ngày tháng, còn tôi sẽ cho cô xem tấm séc.</w:t>
      </w:r>
    </w:p>
    <w:p>
      <w:pPr>
        <w:spacing w:after="80"/>
      </w:pPr>
      <w:r>
        <w:rPr>
          <w:b w:val="0"/>
          <w:i w:val="0"/>
        </w:rPr>
        <w:t>Virginia ngẫm nghĩ một lát rồi nói, Trước tiên tôi muốn xem tiền đã.</w:t>
      </w:r>
    </w:p>
    <w:p>
      <w:pPr>
        <w:spacing w:after="80"/>
      </w:pPr>
      <w:r>
        <w:rPr>
          <w:b w:val="0"/>
          <w:i w:val="0"/>
        </w:rPr>
        <w:t>Giles rút từ túi trong ra một tấm séc 15,000 và giơ lên cho cô xem.</w:t>
      </w:r>
    </w:p>
    <w:p>
      <w:pPr>
        <w:spacing w:after="80"/>
      </w:pPr>
      <w:r>
        <w:rPr>
          <w:b w:val="0"/>
          <w:i w:val="0"/>
        </w:rPr>
        <w:t>Anh chưa ký nó.</w:t>
      </w:r>
    </w:p>
    <w:p>
      <w:pPr>
        <w:spacing w:after="80"/>
      </w:pPr>
      <w:r>
        <w:rPr>
          <w:b w:val="0"/>
          <w:i w:val="0"/>
        </w:rPr>
        <w:t>Tôi sẽ ký, ngay khi tôi thấy chữ ký của Mellors.</w:t>
      </w:r>
    </w:p>
    <w:p>
      <w:pPr>
        <w:spacing w:after="80"/>
      </w:pPr>
      <w:r>
        <w:rPr>
          <w:b w:val="0"/>
          <w:i w:val="0"/>
        </w:rPr>
        <w:t>Virginia chậm rãi bóc niêm phong phong bì, lấy ra một văn bản pháp lý mỏng và lật đến trang thứ ba. Giles nghiêng người tới trước và soi kỹ chữ ký của Mellors, được chứng kiến bởi một ông Colin Graves, cán bộ quản giáo cấp cao, và đề ngày 12 tháng 5 năm 1981.</w:t>
      </w:r>
    </w:p>
    <w:p>
      <w:pPr>
        <w:spacing w:after="80"/>
      </w:pPr>
      <w:r>
        <w:rPr>
          <w:b w:val="0"/>
          <w:i w:val="0"/>
        </w:rPr>
        <w:t>Anh đặt tấm séc lên bàn, ký tên rồi đẩy sang cho Virginia. Cô ngập ngừng một lát, rồi mỉm cười tinh nghịch trước khi nhét văn bản trở lại phong bì và đưa cho Giles. Anh cất nó vào cặp tài liệu, rồi nói một cách thản nhiên, Nếu cô chỉ có bản sao, vậy ai giữ bản gốc?</w:t>
      </w:r>
    </w:p>
    <w:p>
      <w:pPr>
        <w:spacing w:after="80"/>
      </w:pPr>
      <w:r>
        <w:rPr>
          <w:b w:val="0"/>
          <w:i w:val="0"/>
        </w:rPr>
        <w:t>Cái đó sẽ tốn thêm của anh năm ngàn nữa.</w:t>
      </w:r>
    </w:p>
    <w:p>
      <w:pPr>
        <w:spacing w:after="80"/>
      </w:pPr>
      <w:r>
        <w:rPr>
          <w:b w:val="0"/>
          <w:i w:val="0"/>
        </w:rPr>
        <w:t>Giles viết tấm séc thứ hai và đưa sang.</w:t>
      </w:r>
    </w:p>
    <w:p>
      <w:pPr>
        <w:spacing w:after="80"/>
      </w:pPr>
      <w:r>
        <w:rPr>
          <w:b w:val="0"/>
          <w:i w:val="0"/>
        </w:rPr>
        <w:t>Nhưng nó chỉ có một ngàn thôi mà, Virginia phản đối.</w:t>
      </w:r>
    </w:p>
    <w:p>
      <w:pPr>
        <w:spacing w:after="80"/>
      </w:pPr>
      <w:r>
        <w:rPr>
          <w:b w:val="0"/>
          <w:i w:val="0"/>
        </w:rPr>
        <w:t>Đó là vì tôi nghĩ mình đã biết đó là ai rồi. Điều bí ẩn duy nhất là làm sao anh ta có được nó trong tay.</w:t>
      </w:r>
    </w:p>
    <w:p>
      <w:pPr>
        <w:spacing w:after="80"/>
      </w:pPr>
      <w:r>
        <w:rPr>
          <w:b w:val="0"/>
          <w:i w:val="0"/>
        </w:rPr>
        <w:t>Nói cho tôi cái tên, và nếu cô sai, tôi sẽ xé tấm séc này và cô có thể viết tấm khác trị giá năm ngàn.</w:t>
      </w:r>
    </w:p>
    <w:p>
      <w:pPr>
        <w:spacing w:after="80"/>
      </w:pPr>
      <w:r>
        <w:rPr>
          <w:b w:val="0"/>
          <w:i w:val="0"/>
        </w:rPr>
        <w:t>Jim Knowles đã lấy nó từ Carter thay mặt cho Conrad Sorkin.</w:t>
      </w:r>
    </w:p>
    <w:p>
      <w:pPr>
        <w:spacing w:after="80"/>
      </w:pPr>
      <w:r>
        <w:rPr>
          <w:b w:val="0"/>
          <w:i w:val="0"/>
        </w:rPr>
        <w:t>Tấm séc thứ hai nằm chung với tấm thứ nhất trong túi xách của Virginia, và dù Giles gặng hỏi, rõ ràng cô sẽ không để anh biết Sorkin đã có được bản gốc bằng cách nào, nhất là vì, giống như anh, cô nghi ngờ rằng Desmond không hề tự sát, và cô không muốn bị dính vào.</w:t>
      </w:r>
    </w:p>
    <w:p>
      <w:pPr>
        <w:spacing w:after="80"/>
      </w:pPr>
      <w:r>
        <w:rPr>
          <w:b w:val="0"/>
          <w:i w:val="0"/>
        </w:rPr>
        <w:t>Uống trà nhé? Giles gợi ý, hy vọng cô sẽ từ chối để anh có thể quay về ngân hàng nơi ba người kia đang chờ anh.</w:t>
      </w:r>
    </w:p>
    <w:p>
      <w:pPr>
        <w:spacing w:after="80"/>
      </w:pPr>
      <w:r>
        <w:rPr>
          <w:b w:val="0"/>
          <w:i w:val="0"/>
        </w:rPr>
        <w:t>Ý hay đấy chứ, Virginia nói. Cứ như ngày xưa ấy.</w:t>
      </w:r>
    </w:p>
    <w:p>
      <w:pPr>
        <w:spacing w:after="80"/>
      </w:pPr>
      <w:r>
        <w:rPr>
          <w:b w:val="0"/>
          <w:i w:val="0"/>
        </w:rPr>
        <w:t>Giles gọi một người phục vụ và gọi trà cho hai người, nhưng không gọi bánh. Anh đang tự hỏi không biết họ có thể nói chuyện gì, cho đến khi Virginia giải quyết vấn đề đó. Tôi nghĩ mình có thứ khác mà anh có thể muốn, cô nói, nở nụ cười tinh nghịch y như trước.</w:t>
      </w:r>
    </w:p>
    <w:p>
      <w:pPr>
        <w:spacing w:after="80"/>
      </w:pPr>
      <w:r>
        <w:rPr>
          <w:b w:val="0"/>
          <w:i w:val="0"/>
        </w:rPr>
        <w:t>Giles chưa hề chuẩn bị tinh thần cho chuyện này. Ông ngồi ngả người ra sau, cố tỏ ra thoải mái, trong lúc chờ xem Virginia chỉ đang thích thú tiêu khiển ông cho vui, hay cô thật sự có thứ gì đó đáng giá để đưa ra.</w:t>
      </w:r>
    </w:p>
    <w:p>
      <w:pPr>
        <w:spacing w:after="80"/>
      </w:pPr>
      <w:r>
        <w:rPr>
          <w:b w:val="0"/>
          <w:i w:val="0"/>
        </w:rPr>
        <w:t>Người phục vụ xuất hiện trở lại, đặt một ấm trà và một khay bánh mì kẹp mỏng như tờ giấy ở giữa bàn.</w:t>
      </w:r>
    </w:p>
    <w:p>
      <w:pPr>
        <w:spacing w:after="80"/>
      </w:pPr>
      <w:r>
        <w:rPr>
          <w:b w:val="0"/>
          <w:i w:val="0"/>
        </w:rPr>
        <w:t>Virginia cầm ấm trà lên. Để tôi rót nhé? Sữa và không đường, nếu tôi nhớ không nhầm.</w:t>
      </w:r>
    </w:p>
    <w:p>
      <w:pPr>
        <w:spacing w:after="80"/>
      </w:pPr>
      <w:r>
        <w:rPr>
          <w:b w:val="0"/>
          <w:i w:val="0"/>
        </w:rPr>
        <w:t>Cảm ơn, Giles nói.</w:t>
      </w:r>
    </w:p>
    <w:p>
      <w:pPr>
        <w:spacing w:after="80"/>
      </w:pPr>
      <w:r>
        <w:rPr>
          <w:b w:val="0"/>
          <w:i w:val="0"/>
        </w:rPr>
        <w:t>Cô rót cho cả hai người mỗi người một tách trà. Giles sốt ruột chờ đợi trong lúc cô thêm một chút sữa và hai viên đường trước khi cô lại lên tiếng.</w:t>
      </w:r>
    </w:p>
    <w:p>
      <w:pPr>
        <w:spacing w:after="80"/>
      </w:pPr>
      <w:r>
        <w:rPr>
          <w:b w:val="0"/>
          <w:i w:val="0"/>
        </w:rPr>
        <w:t>Thật đáng tiếc khi quan tòa điều tra kết luận rằng tội nghiệp Desmond chết không để lại di chúc. Cô nhấp một ngụm trà. Trà Earl Grey, cô nhận xét, rồi nói thêm, Sẽ khó cho bất kỳ ai chứng minh được điều ngược lại trước ngày 12 tháng Sáu, khi công ty sẽ rơi một cách thuận lợi vào tay ông Sorkin tốt bụng kia, và chỉ với mười nghìn bảng ông ta sẽ được quyền sở hữu 51 phần trăm Mellor Travel, mà tôi ước tính trị giá ít nhất một triệu rưỡi, có thể còn hơn.</w:t>
      </w:r>
    </w:p>
    <w:p>
      <w:pPr>
        <w:spacing w:after="80"/>
      </w:pPr>
      <w:r>
        <w:rPr>
          <w:b w:val="0"/>
          <w:i w:val="0"/>
        </w:rPr>
        <w:t>Hội đồng quản trị Farthings đã xem xét vấn đề đó rồi, Giles nói, và cả câu hỏi ai có thể được tòa án xem là người thân thừa kế gần nhất của Mellor. Arnold Hardcastle kết luận rằng với hai người vợ cũ, một cô con gái mà ông ta đã mất liên lạc và hai đứa con riêng, chỉ riêng cuộc chiến pháp lý thôi cũng có thể mất nhiều năm mới giải quyết xong.</w:t>
      </w:r>
    </w:p>
    <w:p>
      <w:pPr>
        <w:spacing w:after="80"/>
      </w:pPr>
      <w:r>
        <w:rPr>
          <w:b w:val="0"/>
          <w:i w:val="0"/>
        </w:rPr>
        <w:t>Tôi đồng ý, Virginia nói, nhấp thêm một ngụm trà. Tất nhiên, trừ khi có ai đó tình cờ tìm ra một bản di chúc.</w:t>
      </w:r>
    </w:p>
    <w:p>
      <w:pPr>
        <w:spacing w:after="80"/>
      </w:pPr>
      <w:r>
        <w:rPr>
          <w:b w:val="0"/>
          <w:i w:val="0"/>
        </w:rPr>
        <w:t xml:space="preserve">Giles sững sờ nhìn cô khi cô quay lại với chiếc túi xách và lấy ra một phong bì giấy manila mỏng, giơ lên cho Giles xem. Ông chăm chú nhìn nét chữ viết tay ngay ngắn kiểu chữ đồng ăn khớp đề dòng chữ, </w:t>
      </w:r>
      <w:r>
        <w:rPr>
          <w:b w:val="0"/>
          <w:i/>
        </w:rPr>
        <w:t>Di chúc và chúc thư cuối cùng của Desmond Mellor</w:t>
      </w:r>
      <w:r>
        <w:rPr>
          <w:b w:val="0"/>
          <w:i w:val="0"/>
        </w:rPr>
        <w:t>, đề ngày 12 tháng Năm, 1981.</w:t>
      </w:r>
    </w:p>
    <w:p>
      <w:pPr>
        <w:spacing w:after="80"/>
      </w:pPr>
      <w:r>
        <w:rPr>
          <w:b w:val="0"/>
          <w:i w:val="0"/>
        </w:rPr>
        <w:t>Bao nhiêu? Giles hỏi.</w:t>
      </w:r>
    </w:p>
    <w:p>
      <w:pPr>
        <w:pStyle w:val="Heading1"/>
        <w:jc w:val="center"/>
      </w:pPr>
      <w:r>
        <w:rPr>
          <w:rFonts w:ascii="Calibri" w:hAnsi="Calibri"/>
          <w:b/>
          <w:i w:val="0"/>
          <w:sz w:val="40"/>
        </w:rPr>
        <w:t>19</w:t>
      </w:r>
    </w:p>
    <w:p>
      <w:pPr>
        <w:spacing w:after="80"/>
      </w:pPr>
      <w:r>
        <w:rPr>
          <w:b w:val="0"/>
          <w:i w:val="0"/>
        </w:rPr>
        <w:t>SEBASTIAN BƯỚC XUỐNG máy bay và hòa vào dòng hành khách khác đang tiến vào nhà ga nhộn nhịp nhất hành tinh. Vì anh chỉ mang theo một chiếc túi qua đêm, anh đi thẳng đến hải quan. Một viên chức đóng dấu hộ chiếu, mỉm cười và nói, Chào mừng đến nước Mỹ, ông Clifton.</w:t>
      </w:r>
    </w:p>
    <w:p>
      <w:pPr>
        <w:spacing w:after="80"/>
      </w:pPr>
      <w:r>
        <w:rPr>
          <w:b w:val="0"/>
          <w:i w:val="0"/>
        </w:rPr>
        <w:t>Anh ra khỏi sân bay và xếp vào hàng taxi dài dằng dặc. Anh đã quyết định đi thẳng đến địa chỉ cuối cùng được biết của Kelly Mellor ở khu South Side của Chicago, do Virginia cung cấp, nhưng không phải trước khi cô moi thêm được 5,000 bảng từ Giles. Nếu Kelly ở đó, vị chủ tịch cho rằng đáng từng xu, vì ông muốn người thừa kế của Desmond Mellor trở về Anh càng nhanh càng tốt. Họ cần mọi thứ sẵn sàng cho cuộc họp hội đồng quản trị quan trọng trong mười ngày tới, khi sẽ quyết định Thomas Cook hay Sorkin International sẽ tiếp quản Mellor Travel, và Kelly Mellor có thể là nhân tố quyết định.</w:t>
      </w:r>
    </w:p>
    <w:p>
      <w:pPr>
        <w:spacing w:after="80"/>
      </w:pPr>
      <w:r>
        <w:rPr>
          <w:b w:val="0"/>
          <w:i w:val="0"/>
        </w:rPr>
        <w:t>Anh leo vào ghế sau một chiếc taxi màu vàng và đưa địa chỉ cho tài xế. Bác tài liếc Seb thêm một lần. Ông ta chỉ ghé khu đó khoảng một tháng một lần, mà thế là quá nhiều rồi.</w:t>
      </w:r>
    </w:p>
    <w:p>
      <w:pPr>
        <w:spacing w:after="80"/>
      </w:pPr>
      <w:r>
        <w:rPr>
          <w:b w:val="0"/>
          <w:i w:val="0"/>
        </w:rPr>
        <w:t>Seb ngồi ngả ra sau và nghĩ về những gì đã diễn ra trong hai mươi tư giờ qua. Giles về đến ngân hàng ngay sau năm giờ, không chỉ mang theo bản sao thỏa thuận pháp lý cho thấy Mellor đã liều mất 51 phần trăm công ty của mình cho Sorkin chỉ với 10,000 bảng, mà còn có phần thưởng là lá thư duy nhất Mellor từng viết cho con gái, do Virginia cung cấp. Không nghi ngờ gì là có được sau lời đe dọa rằng nếu Giles không trả tiền, cô sẽ đốt lá thư ngay trước mặt ông. Mép dưới bên phải bị cháy sém cho thấy Giles đã không ngừng mặc cả cho đến khi thỏa thuận được chốt.</w:t>
      </w:r>
    </w:p>
    <w:p>
      <w:pPr>
        <w:spacing w:after="80"/>
      </w:pPr>
      <w:r>
        <w:rPr>
          <w:b w:val="0"/>
          <w:i w:val="0"/>
        </w:rPr>
        <w:t>Chúng ta sẽ phải hành động nhanh, Hakim đã nói. Chúng ta chỉ còn mười một ngày trước cuộc họp hội đồng quản trị tiếp theo của Mellor Travel, khi sẽ quyết định ai tiếp quản công ty.</w:t>
      </w:r>
    </w:p>
    <w:p>
      <w:pPr>
        <w:spacing w:after="80"/>
      </w:pPr>
      <w:r>
        <w:rPr>
          <w:b w:val="0"/>
          <w:i w:val="0"/>
        </w:rPr>
        <w:t>Lần này, người được chủ tịch chọn cho nhiệm vụ kém may mắn là bay đến Chicago và đưa về London người duy nhất có thể ngăn Sorkin tiếp quản Mellor Travel, dù vẫn còn Phương án B.</w:t>
      </w:r>
    </w:p>
    <w:p>
      <w:pPr>
        <w:spacing w:after="80"/>
      </w:pPr>
      <w:r>
        <w:rPr>
          <w:b w:val="0"/>
          <w:i w:val="0"/>
        </w:rPr>
        <w:t>Seb đã lên chuyến bay sớm nhất từ Heathrow đến Chicago, và khi máy bay hạ cánh xuống O'Hare, anh cảm thấy mình đã tính đến mọi tình huống có thể xảy ra, trừ một điều. Anh không thể chắc chắn con gái của Mellor đang sống tại 1532 Taft Road, vì anh không có cách nào liên lạc để báo trước rằng mình sẽ đến, dù anh tin rằng nếu cô ấy ở đó, những gì anh sắp đề nghị sẽ khiến cô cảm thấy như vừa trúng số.</w:t>
      </w:r>
    </w:p>
    <w:p>
      <w:pPr>
        <w:spacing w:after="80"/>
      </w:pPr>
      <w:r>
        <w:rPr>
          <w:b w:val="0"/>
          <w:i w:val="0"/>
        </w:rPr>
        <w:t>Anh liếc ra ngoài cửa sổ taxi khi xe chạy vào Taft, và ngay lập tức hiểu vì sao đây không phải khu vực mà taxi sẽ chọn để quanh quẩn ban đêm tìm khách. Hết dãy này đến dãy khác những ngôi nhà gỗ xiêu vẹo, không ngôi nào được sơn lại từ nhiều năm nay, và chẳng ai buồn lắp khóa hai lớp vì có gì đáng để trộm đâu.</w:t>
      </w:r>
    </w:p>
    <w:p>
      <w:pPr>
        <w:spacing w:after="80"/>
      </w:pPr>
      <w:r>
        <w:rPr>
          <w:b w:val="0"/>
          <w:i w:val="0"/>
        </w:rPr>
        <w:t>Khi chiếc taxi thả anh xuống trước số 1532, sự tự tin của anh tăng lên. Một triệu rưỡi bảng Anh chắc chắn sẽ thay đổi cuộc đời Kelly Mellor mãi mãi. Anh xem đồng hồ; mới hơn sáu giờ tối một chút. Giờ anh chỉ có thể hy vọng cô ấy ở nhà. Chiếc taxi phóng đi ngay cả trước khi anh kịp đưa tài xế tiền boa.</w:t>
      </w:r>
    </w:p>
    <w:p>
      <w:pPr>
        <w:spacing w:after="80"/>
      </w:pPr>
      <w:r>
        <w:rPr>
          <w:b w:val="0"/>
          <w:i w:val="0"/>
        </w:rPr>
        <w:t>Seb bước dọc theo lối đi ngắn giữa hai mảnh cỏ xơ xác mà ngay cả một nhân viên bất động sản sáng tạo nhất cũng không thể gọi là khu vườn. Anh gõ cửa, lùi lại một bước và chờ. Một lát sau, cửa mở ra bởi một người không thể là Kelly Mellor, vì cô bé trông chỉ khoảng năm sáu tuổi.</w:t>
      </w:r>
    </w:p>
    <w:p>
      <w:pPr>
        <w:spacing w:after="80"/>
      </w:pPr>
      <w:r>
        <w:rPr>
          <w:b w:val="0"/>
          <w:i w:val="0"/>
        </w:rPr>
        <w:t>Chào cháu, ta là Sebastian. Cháu là ai?</w:t>
      </w:r>
    </w:p>
    <w:p>
      <w:pPr>
        <w:spacing w:after="80"/>
      </w:pPr>
      <w:r>
        <w:rPr>
          <w:b w:val="0"/>
          <w:i w:val="0"/>
        </w:rPr>
        <w:t>Ai muốn biết? một giọng trầm, khàn khàn vang lên.</w:t>
      </w:r>
    </w:p>
    <w:p>
      <w:pPr>
        <w:spacing w:after="80"/>
      </w:pPr>
      <w:r>
        <w:rPr>
          <w:b w:val="0"/>
          <w:i w:val="0"/>
        </w:rPr>
        <w:t>Seb chuyển sự chú ý sang một người đàn ông lùn, lực lưỡng bước ra từ bóng tối. Anh ta mặc một chiếc áo phông bẩn thỉu có in chữ Marcianos, và một chiếc quần Levi's trông như thể đã không cởi ra cả tháng. Một hình xăm con rắn uốn lượn dọc theo mỗi cánh tay rắn chắc được tập luyện kỹ càng.</w:t>
      </w:r>
    </w:p>
    <w:p>
      <w:pPr>
        <w:spacing w:after="80"/>
      </w:pPr>
      <w:r>
        <w:rPr>
          <w:b w:val="0"/>
          <w:i w:val="0"/>
        </w:rPr>
        <w:t>Tên tôi là Sebastian Clifton. Tôi tự hỏi liệu Kelly Mellor có sống ở đây không.</w:t>
      </w:r>
    </w:p>
    <w:p>
      <w:pPr>
        <w:spacing w:after="80"/>
      </w:pPr>
      <w:r>
        <w:rPr>
          <w:b w:val="0"/>
          <w:i w:val="0"/>
        </w:rPr>
        <w:t>Anh từ IRS đến à?</w:t>
      </w:r>
    </w:p>
    <w:p>
      <w:pPr>
        <w:spacing w:after="80"/>
      </w:pPr>
      <w:r>
        <w:rPr>
          <w:b w:val="0"/>
          <w:i w:val="0"/>
        </w:rPr>
        <w:t>Không, Seb nói, cố nén ý muốn bật cười.</w:t>
      </w:r>
    </w:p>
    <w:p>
      <w:pPr>
        <w:spacing w:after="80"/>
      </w:pPr>
      <w:r>
        <w:rPr>
          <w:b w:val="0"/>
          <w:i w:val="0"/>
        </w:rPr>
        <w:t>Hay từ cái bọn Dịch vụ Bảo vệ Trẻ em chết tiệt đó?</w:t>
      </w:r>
    </w:p>
    <w:p>
      <w:pPr>
        <w:spacing w:after="80"/>
      </w:pPr>
      <w:r>
        <w:rPr>
          <w:b w:val="0"/>
          <w:i w:val="0"/>
        </w:rPr>
        <w:t>Không. Seb không còn muốn cười nữa, vì anh đã nhận ra một vết bầm đang mờ dần trên cánh tay cô bé. Tôi bay từ Anh sang để báo cho Kelly biết cha cô ấy đã qua đời và để lại cho cô ấy một số tiền trong di chúc.</w:t>
      </w:r>
    </w:p>
    <w:p>
      <w:pPr>
        <w:spacing w:after="80"/>
      </w:pPr>
      <w:r>
        <w:rPr>
          <w:b w:val="0"/>
          <w:i w:val="0"/>
        </w:rPr>
        <w:t>Bao nhiêu?</w:t>
      </w:r>
    </w:p>
    <w:p>
      <w:pPr>
        <w:spacing w:after="80"/>
      </w:pPr>
      <w:r>
        <w:rPr>
          <w:b w:val="0"/>
          <w:i w:val="0"/>
        </w:rPr>
        <w:t>Tôi chỉ được phép tiết lộ chi tiết cho người thân trực hệ của ông Mellor.</w:t>
      </w:r>
    </w:p>
    <w:p>
      <w:pPr>
        <w:spacing w:after="80"/>
      </w:pPr>
      <w:r>
        <w:rPr>
          <w:b w:val="0"/>
          <w:i w:val="0"/>
        </w:rPr>
        <w:t>Nếu đây là trò lừa đảo gì đó, người đàn ông nói, nắm chặt tay lại, thì nó sẽ kết thúc ngay giữa khuôn mặt xinh trai của anh đấy. Seb không nhúc nhích. Không nói thêm lời nào, người đàn ông quay đi và nói: Đi theo tôi.</w:t>
      </w:r>
    </w:p>
    <w:p>
      <w:pPr>
        <w:spacing w:after="80"/>
      </w:pPr>
      <w:r>
        <w:rPr>
          <w:b w:val="0"/>
          <w:i w:val="0"/>
        </w:rPr>
        <w:t>Chính mùi hương là thứ đầu tiên đập vào Seb khi anh bước vào ngôi nhà: những khay thức ăn nhanh ăn dở, đầu thuốc lá và lon bia rỗng vương vãi khắp một căn phòng nhỏ được bày biện bằng hai chiếc ghế chẳng ăn nhập gì với nhau, một chiếc sofa và chiếc đầu máy VCR đời mới nhất. Anh không ngồi xuống, mà mỉm cười với cô bé đang đứng ở một góc, ngước nhìn anh chằm chằm.</w:t>
      </w:r>
    </w:p>
    <w:p>
      <w:pPr>
        <w:spacing w:after="80"/>
      </w:pPr>
      <w:r>
        <w:rPr>
          <w:b w:val="0"/>
          <w:i w:val="0"/>
        </w:rPr>
        <w:t>Kelly! người đàn ông gầm lên hết cỡ mà không hề quay đầu lại. Ông ta chưa hề rời mắt khỏi Seb.</w:t>
      </w:r>
    </w:p>
    <w:p>
      <w:pPr>
        <w:spacing w:after="80"/>
      </w:pPr>
      <w:r>
        <w:rPr>
          <w:b w:val="0"/>
          <w:i w:val="0"/>
        </w:rPr>
        <w:t xml:space="preserve">Vài giây sau, một người phụ nữ xuất hiện trong bộ áo choàng ngủ có thêu dòng chữ </w:t>
      </w:r>
      <w:r>
        <w:rPr>
          <w:b w:val="0"/>
          <w:i/>
        </w:rPr>
        <w:t>The Majestic Hotel</w:t>
      </w:r>
      <w:r>
        <w:rPr>
          <w:b w:val="0"/>
          <w:i w:val="0"/>
        </w:rPr>
        <w:t>. Trông cô ta tiều tụy, dù Seb biết cô chỉ mới ngoài hai mươi. Nhưng chắc chắn cô ta là mẹ của cô bé, và cô ta còn có một điểm chung khác với đứa trẻ vài vết bầm tím và, trong trường hợp của cô, là một con mắt thâm tím mà lớp trang điểm đậm cũng không che giấu nổi.</w:t>
      </w:r>
    </w:p>
    <w:p>
      <w:pPr>
        <w:spacing w:after="80"/>
      </w:pPr>
      <w:r>
        <w:rPr>
          <w:b w:val="0"/>
          <w:i w:val="0"/>
        </w:rPr>
        <w:t>Gã này bảo ông già mày chết rồi để lại cho mày ít tiền, nhưng hắn không chịu nói với tao là bao nhiêu.</w:t>
      </w:r>
    </w:p>
    <w:p>
      <w:pPr>
        <w:spacing w:after="80"/>
      </w:pPr>
      <w:r>
        <w:rPr>
          <w:b w:val="0"/>
          <w:i w:val="0"/>
        </w:rPr>
        <w:t>Seb để ý thấy nắm tay phải của người đàn ông vẫn còn nắm chặt. Anh có thể thấy Kelly sợ đến mức không dám nói. Cô bé cứ liếc về phía cửa, như thể muốn cho anh biết rằng anh nên rời đi càng nhanh càng tốt.</w:t>
      </w:r>
    </w:p>
    <w:p>
      <w:pPr>
        <w:spacing w:after="80"/>
      </w:pPr>
      <w:r>
        <w:rPr>
          <w:b w:val="0"/>
          <w:i w:val="0"/>
        </w:rPr>
        <w:t>Bao nhiêu? người đàn ông lặp lại.</w:t>
      </w:r>
    </w:p>
    <w:p>
      <w:pPr>
        <w:spacing w:after="80"/>
      </w:pPr>
      <w:r>
        <w:rPr>
          <w:b w:val="0"/>
          <w:i w:val="0"/>
        </w:rPr>
        <w:t>Năm mươi nghìn đô-la, Seb nói, sau khi đã quyết định rằng con số gợi ý 1.5 triệu sẽ bị đón nhận bằng vẻ hoài nghi và sẽ khiến anh không bao giờ thoát khỏi gã đàn ông này.</w:t>
      </w:r>
    </w:p>
    <w:p>
      <w:pPr>
        <w:spacing w:after="80"/>
      </w:pPr>
      <w:r>
        <w:rPr>
          <w:b w:val="0"/>
          <w:i w:val="0"/>
        </w:rPr>
        <w:t>Năm mươi nghìn? Đưa đây.</w:t>
      </w:r>
    </w:p>
    <w:p>
      <w:pPr>
        <w:spacing w:after="80"/>
      </w:pPr>
      <w:r>
        <w:rPr>
          <w:b w:val="0"/>
          <w:i w:val="0"/>
        </w:rPr>
        <w:t>Không dễ vậy đâu.</w:t>
      </w:r>
    </w:p>
    <w:p>
      <w:pPr>
        <w:spacing w:after="80"/>
      </w:pPr>
      <w:r>
        <w:rPr>
          <w:b w:val="0"/>
          <w:i w:val="0"/>
        </w:rPr>
        <w:t>Nếu đây là một vụ lừa đảo, người đàn ông nói, thì mày sẽ ước gì mình chưa bao giờ bước xuống máy bay.</w:t>
      </w:r>
    </w:p>
    <w:p>
      <w:pPr>
        <w:spacing w:after="80"/>
      </w:pPr>
      <w:r>
        <w:rPr>
          <w:b w:val="0"/>
          <w:i w:val="0"/>
        </w:rPr>
        <w:t>Seb ngạc nhiên vì anh không hề cảm thấy sợ. Chừng nào gã côn đồ này còn nghĩ rằng có cơ hội vớ được món tiền dễ dàng, Seb tin chắc mình đang nắm thế thượng phong.</w:t>
      </w:r>
    </w:p>
    <w:p>
      <w:pPr>
        <w:spacing w:after="80"/>
      </w:pPr>
      <w:r>
        <w:rPr>
          <w:b w:val="0"/>
          <w:i w:val="0"/>
        </w:rPr>
        <w:t>Đây không phải là lừa đảo, Seb nói khẽ. Nhưng vì đây là một khoản tiền lớn như vậy, Kelly sẽ phải đi cùng tôi đến Anh và ký một số giấy tờ pháp lý trước khi chúng tôi có thể trao tận tay tài sản thừa kế của cô bé.</w:t>
      </w:r>
    </w:p>
    <w:p>
      <w:pPr>
        <w:spacing w:after="80"/>
      </w:pPr>
      <w:r>
        <w:rPr>
          <w:b w:val="0"/>
          <w:i w:val="0"/>
        </w:rPr>
        <w:t>Thật ra, Seb đã có sẵn mọi giấy tờ cần thiết trong túi qua đêm của mình phòng khi Kelly không muốn quay về Anh, Phương án B. Anh chỉ cần một chữ ký và một người làm chứng, rồi sau đó có thể trao tận tay một hối phiếu ngân hàng cho toàn bộ số tiền để đổi lấy 51 phần trăm cổ phần của Mellor Travel. Nhưng giờ anh đã gặp người bạn đời của cô bé, chuyện đó sẽ không bao giờ xảy ra. Anh đã vượt xa Phương án A, B hay C, và đầu óc anh giờ đang hoạt động hết công suất.</w:t>
      </w:r>
    </w:p>
    <w:p>
      <w:pPr>
        <w:spacing w:after="80"/>
      </w:pPr>
      <w:r>
        <w:rPr>
          <w:b w:val="0"/>
          <w:i w:val="0"/>
        </w:rPr>
        <w:t>Nó sẽ không đi đâu mà không có tao, người đàn ông nói.</w:t>
      </w:r>
    </w:p>
    <w:p>
      <w:pPr>
        <w:spacing w:after="80"/>
      </w:pPr>
      <w:r>
        <w:rPr>
          <w:b w:val="0"/>
          <w:i w:val="0"/>
        </w:rPr>
        <w:t>Tôi không thành vấn đề, Seb nói. Nhưng ông sẽ phải tự trả tiền vé máy bay đến London.</w:t>
      </w:r>
    </w:p>
    <w:p>
      <w:pPr>
        <w:spacing w:after="80"/>
      </w:pPr>
      <w:r>
        <w:rPr>
          <w:b w:val="0"/>
          <w:i w:val="0"/>
        </w:rPr>
        <w:t>Tao đếch tin một chữ nào mày nói đâu, người đàn ông nói, nhặt một con dao rọc thịt lên và tiến về phía Seb. Lần đầu tiên Seb cảm thấy sợ, nhưng anh vẫn đứng vững, và thậm chí còn quyết định liều một phen.</w:t>
      </w:r>
    </w:p>
    <w:p>
      <w:pPr>
        <w:spacing w:after="80"/>
      </w:pPr>
      <w:r>
        <w:rPr>
          <w:b w:val="0"/>
          <w:i w:val="0"/>
        </w:rPr>
        <w:t>Đối với tôi thì chẳng khác gì cả, anh ta nói, nhìn thẳng vào Kelly. Nếu cô ấy không muốn sống tiền đó, nó sẽ tự động về tay cô em gái của cô ấy. Anh ta ngập ngừng một lát. Maureen. Mắt Seb không rời khỏi mắt cô.</w:t>
      </w:r>
    </w:p>
    <w:p>
      <w:pPr>
        <w:spacing w:after="80"/>
      </w:pPr>
      <w:r>
        <w:rPr>
          <w:b w:val="0"/>
          <w:i w:val="0"/>
        </w:rPr>
        <w:t>Tôi không biết cô có một đứa em gái, người đàn ông nói, quay phắt lại trừng mắt nhìn Kelly.</w:t>
      </w:r>
    </w:p>
    <w:p>
      <w:pPr>
        <w:spacing w:after="80"/>
      </w:pPr>
      <w:r>
        <w:rPr>
          <w:b w:val="0"/>
          <w:i w:val="0"/>
        </w:rPr>
        <w:t>Seb gật đầu nhẹ với cô, gần như không thể nhận ra.</w:t>
      </w:r>
    </w:p>
    <w:p>
      <w:pPr>
        <w:spacing w:after="80"/>
      </w:pPr>
      <w:r>
        <w:rPr>
          <w:b w:val="0"/>
          <w:i w:val="0"/>
        </w:rPr>
        <w:t>Tôi, tôi đã không gặp nó nhiều năm rồi, Richie. Tôi thậm chí còn không biết nó còn sống hay không.</w:t>
      </w:r>
    </w:p>
    <w:p>
      <w:pPr>
        <w:spacing w:after="80"/>
      </w:pPr>
      <w:r>
        <w:rPr>
          <w:b w:val="0"/>
          <w:i w:val="0"/>
        </w:rPr>
        <w:t>Cô đã nói với anh ta mọi điều anh ta cần biết.</w:t>
      </w:r>
    </w:p>
    <w:p>
      <w:pPr>
        <w:spacing w:after="80"/>
      </w:pPr>
      <w:r>
        <w:rPr>
          <w:b w:val="0"/>
          <w:i w:val="0"/>
        </w:rPr>
        <w:t>Maureen còn sống khỏe mạnh, Seb nói. Và cô ấy khá hy vọng Kelly sẽ không quay về Anh.</w:t>
      </w:r>
    </w:p>
    <w:p>
      <w:pPr>
        <w:spacing w:after="80"/>
      </w:pPr>
      <w:r>
        <w:rPr>
          <w:b w:val="0"/>
          <w:i w:val="0"/>
        </w:rPr>
        <w:t>Vậy thì nó cứ nghĩ lại đi, Richie nói. Chỉ cần đảm bảo con khốn đó quay về với tiền của tôi, anh ta nói, siết chặt cánh tay cô bé cho đến khi cô bé òa khóc, nếu không nó sẽ không được gặp Cindy nữa. Vậy giờ tính sao?</w:t>
      </w:r>
    </w:p>
    <w:p>
      <w:pPr>
        <w:spacing w:after="80"/>
      </w:pPr>
      <w:r>
        <w:rPr>
          <w:b w:val="0"/>
          <w:i w:val="0"/>
        </w:rPr>
        <w:t>Chuyến bay của tôi đi London lúc mười giờ sáng mai, nên tôi có thể đón Kelly khoảng tám giờ.</w:t>
      </w:r>
    </w:p>
    <w:p>
      <w:pPr>
        <w:spacing w:after="80"/>
      </w:pPr>
      <w:r>
        <w:rPr>
          <w:b w:val="0"/>
          <w:i w:val="0"/>
        </w:rPr>
        <w:t>Năm trăm đô sẽ giúp thuyết phục tôi rằng anh sẽ quay lại, Richie nói, vung con dao trước mặt anh ta.</w:t>
      </w:r>
    </w:p>
    <w:p>
      <w:pPr>
        <w:spacing w:after="80"/>
      </w:pPr>
      <w:r>
        <w:rPr>
          <w:b w:val="0"/>
          <w:i w:val="0"/>
        </w:rPr>
        <w:t>Tôi không mang theo nhiều thế, Seb nói, lấy ví ra. Nhưng tôi có thể đưa anh tất cả những gì tôi có. Anh ta đưa $345, số tiền nhanh chóng biến mất vào túi sau quần jeans của Richie.</w:t>
      </w:r>
    </w:p>
    <w:p>
      <w:pPr>
        <w:spacing w:after="80"/>
      </w:pPr>
      <w:r>
        <w:rPr>
          <w:b w:val="0"/>
          <w:i w:val="0"/>
        </w:rPr>
        <w:t>Tôi sẽ đón cô lúc tám giờ sáng mai, Seb nói. Kelly gật đầu, nhưng không nói gì. Seb mỉm cười với cô bé, rồi rời đi mà không chào tạm biệt.</w:t>
      </w:r>
    </w:p>
    <w:p>
      <w:pPr>
        <w:spacing w:after="80"/>
      </w:pPr>
      <w:r>
        <w:rPr>
          <w:b w:val="0"/>
          <w:i w:val="0"/>
        </w:rPr>
        <w:t>Khi đã trở lại đường phố, anh bắt đầu cuốc bộ đường dài về khách sạn ở trung tâm thành phố, biết rằng sẽ phải mất một lúc mới bắt gặp được taxi. Anh chửi thề. Giá như anh biết Kelly có một đứa con gái.</w:t>
      </w:r>
    </w:p>
    <w:p>
      <w:pPr>
        <w:jc w:val="center"/>
      </w:pPr>
      <w:r>
        <w:drawing>
          <wp:inline xmlns:a="http://schemas.openxmlformats.org/drawingml/2006/main" xmlns:pic="http://schemas.openxmlformats.org/drawingml/2006/picture">
            <wp:extent cx="304800" cy="85725"/>
            <wp:docPr id="70" name="Picture 7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Sebastian thức dậy lúc hai giờ sáng hôm sau, tức tám giờ ở London. Dù đã nhắm mắt, anh biết mình sẽ không ngủ lại được, vì đồng hồ sinh học của anh đang chạy và anh hoàn toàn tỉnh táo trên một lục địa khác. Dù sao đi nữa, đầu óc anh đang rối bời với những suy nghĩ về việc làm sao Kelly Mellor có thể lại sống trong hoàn cảnh như vậy và với một gã đàn ông như thế. Chắc chắn là vì đứa trẻ.</w:t>
      </w:r>
    </w:p>
    <w:p>
      <w:pPr>
        <w:spacing w:after="80"/>
      </w:pPr>
      <w:r>
        <w:rPr>
          <w:b w:val="0"/>
          <w:i w:val="0"/>
        </w:rPr>
        <w:t>Khi ba giờ điểm trên tháp chuông nhà thờ gần đó, Seb gọi cho Hakim ở ngân hàng, và kể cho anh ta nghe rất chi tiết về cuộc gặp gỡ của anh với Richie, Kelly và Cindy.</w:t>
      </w:r>
    </w:p>
    <w:p>
      <w:pPr>
        <w:spacing w:after="80"/>
      </w:pPr>
      <w:r>
        <w:rPr>
          <w:b w:val="0"/>
          <w:i w:val="0"/>
        </w:rPr>
        <w:t>Thật buồn khi cô ấy sẽ phải quay về Chicago nếu muốn ở bên con gái, là những lời đầu tiên của Hakim.</w:t>
      </w:r>
    </w:p>
    <w:p>
      <w:pPr>
        <w:spacing w:after="80"/>
      </w:pPr>
      <w:r>
        <w:rPr>
          <w:b w:val="0"/>
          <w:i w:val="0"/>
        </w:rPr>
        <w:t>Không người mẹ nào lại sẵn lòng bỏ con mình cho một gã quái vật như thế, Seb nói. Thực ra, tôi thậm chí không chắc cô ấy sẽ không đổi ý về việc bỏ con lại trước khi tôi quay về.</w:t>
      </w:r>
    </w:p>
    <w:p>
      <w:pPr>
        <w:spacing w:after="80"/>
      </w:pPr>
      <w:r>
        <w:rPr>
          <w:b w:val="0"/>
          <w:i w:val="0"/>
        </w:rPr>
        <w:t>Không biết nếu đưa ông ta một nghìn đô tiền mặt thì ông ta có chịu thả con bé luôn không nhỉ?</w:t>
      </w:r>
    </w:p>
    <w:p>
      <w:pPr>
        <w:spacing w:after="80"/>
      </w:pPr>
      <w:r>
        <w:rPr>
          <w:b w:val="0"/>
          <w:i w:val="0"/>
        </w:rPr>
        <w:t>Tôi không nghĩ vậy. Nhưng hai mươi lăm nghìn thì có thể đấy.</w:t>
      </w:r>
    </w:p>
    <w:p>
      <w:pPr>
        <w:spacing w:after="80"/>
      </w:pPr>
      <w:r>
        <w:rPr>
          <w:b w:val="0"/>
          <w:i w:val="0"/>
        </w:rPr>
        <w:t>Tôi để anh tự quyết định Phương án C là gì nhé, Hakim nói. Nhưng nhớ mang theo một nghìn đô trong người, phòng khi cần, anh ta nói thêm trước khi gác máy.</w:t>
      </w:r>
    </w:p>
    <w:p>
      <w:pPr>
        <w:spacing w:after="80"/>
      </w:pPr>
      <w:r>
        <w:rPr>
          <w:b w:val="0"/>
          <w:i w:val="0"/>
        </w:rPr>
        <w:t>Seb tắm nước nóng thật lâu, cạo râu, mặc quần áo, rồi xuống nhà hòa cùng những người dậy sớm khác dùng bữa sáng. Nhìn thực đơn, anh chợt nhận ra mình đã quên mất người Mỹ có thể ăn sáng nhiều đến mức nào. Anh lịch sự từ chối lời mời bánh waffle với siro phong, trứng chiên, xúc xích, thịt xông khói và khoai tây băm, để chọn một bát muesli và một quả trứng luộc.</w:t>
      </w:r>
    </w:p>
    <w:p>
      <w:pPr>
        <w:spacing w:after="80"/>
      </w:pPr>
      <w:r>
        <w:rPr>
          <w:b w:val="0"/>
          <w:i w:val="0"/>
        </w:rPr>
        <w:t>Anh trả phòng khách sạn ngay sau bảy giờ ba mươi. Người gác cửa vẫy một chiếc taxi, và một lần nữa người tài xế lại tỏ vẻ ngạc nhiên khi Seb đọc địa chỉ.</w:t>
      </w:r>
    </w:p>
    <w:p>
      <w:pPr>
        <w:spacing w:after="80"/>
      </w:pPr>
      <w:r>
        <w:rPr>
          <w:b w:val="0"/>
          <w:i w:val="0"/>
        </w:rPr>
        <w:t>Tôi đi đón một người, anh giải thích, rồi sau đó chúng ta cần đi tiếp đến O'Hare.</w:t>
      </w:r>
    </w:p>
    <w:p>
      <w:pPr>
        <w:spacing w:after="80"/>
      </w:pPr>
      <w:r>
        <w:rPr>
          <w:b w:val="0"/>
          <w:i w:val="0"/>
        </w:rPr>
        <w:t>Chiếc taxi dừng trước số 1532 Taft sớm vài phút và, sau khi liếc nhìn ngôi nhà một cái, người tài xế vẫn để máy nổ. Seb quyết định ngồi yên đến sát tám giờ, không muốn chọc tức Richie nhiều hơn mức cần thiết. Nhưng anh không nhận ra có hai đôi mắt đang háo hức nhìn ra từ cửa sổ, và một lát sau cửa trước hé mở và một cô bé chạy lon ton dọc lối đi về phía anh. Mẹ cô bé lặng lẽ đóng cửa lại sau lưng rồi cũng bắt đầu chạy.</w:t>
      </w:r>
    </w:p>
    <w:p>
      <w:pPr>
        <w:spacing w:after="80"/>
      </w:pPr>
      <w:r>
        <w:rPr>
          <w:b w:val="0"/>
          <w:i w:val="0"/>
        </w:rPr>
        <w:t>Seb nghiêng người mở nhanh cửa sau chiếc taxi để hai mẹ con nhảy vào ngồi cạnh anh. Kelly đóng sầm cửa lại và hét lên, Đi, đi, vì Chúa, đi đi, mắt cô không rời khỏi cửa trước ngôi nhà dù chỉ một khoảnh khắc. Người tài xế vui vẻ tuân theo mệnh lệnh của cô.</w:t>
      </w:r>
    </w:p>
    <w:p>
      <w:pPr>
        <w:spacing w:after="80"/>
      </w:pPr>
      <w:r>
        <w:rPr>
          <w:b w:val="0"/>
          <w:i w:val="0"/>
        </w:rPr>
        <w:t>Khi họ đã rẽ qua góc phố và đang hướng về sân bay, Kelly thở phào nhẹ nhõm, nhưng vẫn không ngừng ôm chặt con gái. Một lúc lâu sau cô mới hoàn hồn đủ để nói, Richie mãi sau hai giờ sáng nay mới về, và anh ta say đến mức gần như không đứng nổi. Anh ta ngã vật xuống giường và ngủ thiếp đi ngay. Chắc phải đến giữa trưa anh ta mới cựa quậy.</w:t>
      </w:r>
    </w:p>
    <w:p>
      <w:pPr>
        <w:spacing w:after="80"/>
      </w:pPr>
      <w:r>
        <w:rPr>
          <w:b w:val="0"/>
          <w:i w:val="0"/>
        </w:rPr>
        <w:t>Đến lúc đó thì cô và Cindy đã đi được nửa đường qua Đại Tây Dương rồi.</w:t>
      </w:r>
    </w:p>
    <w:p>
      <w:pPr>
        <w:spacing w:after="80"/>
      </w:pPr>
      <w:r>
        <w:rPr>
          <w:b w:val="0"/>
          <w:i w:val="0"/>
        </w:rPr>
        <w:t>Và có một điều chắc chắn, ông Clifton ạ, chúng tôi sẽ không quay lại đâu, cô nói, vẫn ôm chặt con gái. Tôi nóng lòng muốn gặp lại Bristol. Năm mươi nghìn đô sẽ quá đủ để mua một căn nhà nhỏ của riêng tôi, tìm một công việc và lo cho Cindy vào được một trường tử tế.</w:t>
      </w:r>
    </w:p>
    <w:p>
      <w:pPr>
        <w:spacing w:after="80"/>
      </w:pPr>
      <w:r>
        <w:rPr>
          <w:b w:val="0"/>
          <w:i w:val="0"/>
        </w:rPr>
        <w:t>Không phải năm mươi nghìn đâu, Seb nói khẽ.</w:t>
      </w:r>
    </w:p>
    <w:p>
      <w:pPr>
        <w:spacing w:after="80"/>
      </w:pPr>
      <w:r>
        <w:rPr>
          <w:b w:val="0"/>
          <w:i w:val="0"/>
        </w:rPr>
        <w:t>Kelly trông hoảng hốt, vẻ mặt cô lộ rõ nỗi sợ rằng mình có thể phải quay về số 1532 với hai bàn tay trắng. Seb lấy từ trong cặp ra một phong bì đề tên Cô Kelly Mellor và đưa cho cô.</w:t>
      </w:r>
    </w:p>
    <w:p>
      <w:pPr>
        <w:spacing w:after="80"/>
      </w:pPr>
      <w:r>
        <w:rPr>
          <w:b w:val="0"/>
          <w:i w:val="0"/>
        </w:rPr>
        <w:t>Cô xé toạc phong bì và rút lá thư ra. Khi đọc, mắt cô mở to không tin nổi.</w:t>
      </w:r>
    </w:p>
    <w:p>
      <w:pPr>
        <w:spacing w:after="80"/>
      </w:pPr>
      <w:r>
        <w:rPr>
          <w:b w:val="0"/>
          <w:i/>
        </w:rPr>
        <w:t>Nhà tù HMP Belmarsh</w:t>
      </w:r>
    </w:p>
    <w:p>
      <w:pPr>
        <w:spacing w:after="80"/>
      </w:pPr>
      <w:r>
        <w:rPr>
          <w:b w:val="0"/>
          <w:i/>
        </w:rPr>
        <w:t>London</w:t>
      </w:r>
    </w:p>
    <w:p>
      <w:pPr>
        <w:spacing w:after="80"/>
      </w:pPr>
      <w:r>
        <w:rPr>
          <w:b w:val="0"/>
          <w:i/>
        </w:rPr>
        <w:t>Ngày 12 tháng 5 năm 1981</w:t>
      </w:r>
    </w:p>
    <w:p>
      <w:pPr>
        <w:spacing w:after="80"/>
      </w:pPr>
      <w:r>
        <w:rPr>
          <w:b w:val="0"/>
          <w:i/>
        </w:rPr>
        <w:t>Kelly thân mến,</w:t>
      </w:r>
    </w:p>
    <w:p>
      <w:pPr>
        <w:spacing w:after="80"/>
      </w:pPr>
      <w:r>
        <w:rPr>
          <w:b w:val="0"/>
          <w:i/>
        </w:rPr>
        <w:t>Đây là lá thư đầu tiên bố viết cho con, và bố e rằng nó có thể là lá thư cuối cùng. Ý nghĩ về cái chết cuối cùng đã khiến bố tỉnh ngộ. Đã quá muộn để bố bù đắp cho việc mình là một người cha thất bại thảm hại, nhưng ít nhất hãy cho bố cơ hội để con có thể tận hưởng một cuộc sống tốt đẹp hơn cuộc đời bố đã sống.</w:t>
      </w:r>
    </w:p>
    <w:p>
      <w:pPr>
        <w:spacing w:after="80"/>
      </w:pPr>
      <w:r>
        <w:rPr>
          <w:b w:val="0"/>
          <w:i/>
        </w:rPr>
        <w:t>Với suy nghĩ đó, bố đã quyết định để lại cho con toàn bộ tài sản của mình, với hy vọng rằng đến một lúc nào đó, con có thể thấy mình đủ bao dung để tha thứ cho bố. Bố sẽ là người đầu tiên thừa nhận rằng bố đã không sống một cuộc đời trong sạch, còn lâu mới được như vậy, nhưng ít nhất cử chỉ nhỏ bé này sẽ cho phép bố rời khỏi thế giới này với cảm giác rằng cuối cùng mình đã làm được một điều gì đó đáng giá. Nếu con có con cái, Kelly à, hãy chắc chắn rằng con trao cho chúng những cơ hội mà bố đã không trao được cho con.</w:t>
      </w:r>
    </w:p>
    <w:p>
      <w:pPr>
        <w:spacing w:after="80"/>
      </w:pPr>
      <w:r>
        <w:rPr>
          <w:b w:val="0"/>
          <w:i/>
        </w:rPr>
        <w:t>Của con,</w:t>
      </w:r>
    </w:p>
    <w:p>
      <w:pPr>
        <w:spacing w:after="80"/>
      </w:pPr>
      <w:r>
        <w:rPr>
          <w:b w:val="0"/>
          <w:i/>
        </w:rPr>
        <w:t>Desmond Mellor (AZ2178)</w:t>
      </w:r>
    </w:p>
    <w:p>
      <w:pPr>
        <w:spacing w:after="80"/>
      </w:pPr>
      <w:r>
        <w:rPr>
          <w:b w:val="0"/>
          <w:i/>
        </w:rPr>
        <w:t>Có chứng kiến của Colin Graves, SPO</w:t>
      </w:r>
    </w:p>
    <w:p>
      <w:pPr>
        <w:spacing w:after="80"/>
      </w:pPr>
      <w:r>
        <w:rPr>
          <w:b w:val="0"/>
          <w:i/>
        </w:rPr>
        <w:t>Tái bút: Con có thể thấy lạ khi bố viết thư cho con gái mình mà lại ký bằng họ tên đầy đủ, và còn nhờ một cai ngục làm chứng. Đơn giản là để cho thấy lá thư này được coi là di chúc và chúc thư cuối cùng của bố.</w:t>
      </w:r>
    </w:p>
    <w:p>
      <w:pPr>
        <w:spacing w:after="80"/>
      </w:pPr>
      <w:r>
        <w:rPr>
          <w:b w:val="0"/>
          <w:i w:val="0"/>
        </w:rPr>
        <w:t>Lá thư rơi xuống sàn xe taxi, nhưng chỉ vì Kelly đã ngất đi.</w:t>
      </w:r>
    </w:p>
    <w:p>
      <w:pPr>
        <w:pStyle w:val="Heading1"/>
        <w:jc w:val="center"/>
      </w:pPr>
      <w:r>
        <w:rPr>
          <w:rFonts w:ascii="Calibri" w:hAnsi="Calibri"/>
          <w:b/>
          <w:i w:val="0"/>
          <w:sz w:val="40"/>
        </w:rPr>
        <w:t>20</w:t>
      </w:r>
    </w:p>
    <w:p>
      <w:pPr>
        <w:spacing w:after="80"/>
      </w:pPr>
      <w:r>
        <w:rPr>
          <w:b w:val="0"/>
          <w:i w:val="0"/>
        </w:rPr>
        <w:t>HÔM NAY HỘI ĐỒNG QUẢN TRỊ phải quyết định, vị chủ tịch nói, ai sẽ dẫn dắt Mellor Travel bước vào thế kỷ hai mươi mốt. Hai công ty rất được kính trọng, Sorkin International và Thomas Cook, đều đã đưa ra mức giá hai triệu bảng cho công ty, nhưng chính chúng ta phải quyết định xem chúng ta thấy bên nào phù hợp nhất với nhu cầu hiện tại của mình. Tôi nên nói rõ ở thời điểm này, Knowles tiếp tục, rằng tôi đã viết thư cho cả ông Sorkin và ông Brook của Thomas Cook để mời họ đến trình bày trước hội đồng quản trị nhằm chúng ta có thể đánh giá những ưu điểm trong các đề nghị của họ. Ông Brook đã không trả lời lời mời của tôi. Các vị muốn hiểu thế nào thì hiểu. Knowles không nói thêm rằng mặc dù ông đã ký lá thư gửi Brook từ một tuần trước, ông chỉ mới gửi nó vào ngày hôm trước. Tuy nhiên, ông Sorkin không chỉ trả lời ngay lập tức, mà còn gián đoạn lịch trình bận rộn của mình để có mặt với chúng ta hôm nay, và sáng nay đã gửi hai triệu bảng vào ngân hàng của chúng ta để chứng minh ý định của ông.</w:t>
      </w:r>
    </w:p>
    <w:p>
      <w:pPr>
        <w:spacing w:after="80"/>
      </w:pPr>
      <w:r>
        <w:rPr>
          <w:b w:val="0"/>
          <w:i w:val="0"/>
        </w:rPr>
        <w:t>Knowles mỉm cười, nhưng ông đã được hứa rằng thêm một triệu bảng nữa sẽ được chuyển vào tài khoản mang số của ông tại Pieter &amp; Cie ở Geneva, được thanh toán ngay khi Conrad Sorkin nắm quyền kiểm soát công ty. Điều Knowles không biết là Sorkin chưa bao giờ có ý định trả hai triệu bảng cho công ty. Chỉ vài giờ nữa thôi, ông ta sẽ sở hữu 51 phần trăm Mellor Travel, và tất cả những người ngồi quanh bàn hội đồng quản trị đó sẽ mất việc, kể cả Knowles, và ông ta có thể huýt sáo với một triệu bảng của mình, bởi vì ông ta sẽ không còn là chủ tịch nữa.</w:t>
      </w:r>
    </w:p>
    <w:p>
      <w:pPr>
        <w:spacing w:after="80"/>
      </w:pPr>
      <w:r>
        <w:rPr>
          <w:b w:val="0"/>
          <w:i w:val="0"/>
        </w:rPr>
        <w:t>Và vì vậy, Knowles tiếp tục, bây giờ tôi muốn mời ông Sorkin trình bày trước hội đồng quản trị, để ông ấy có thể cho các vị biết ông ấy nhìn nhận tương lai của Mellor Travel ra sao nếu chúng ta chấp nhận đề nghị tiếp quản của ông ấy.</w:t>
      </w:r>
    </w:p>
    <w:p>
      <w:pPr>
        <w:spacing w:after="80"/>
      </w:pPr>
      <w:r>
        <w:rPr>
          <w:b w:val="0"/>
          <w:i w:val="0"/>
        </w:rPr>
        <w:t>Sorkin, trong bộ vest xám đậm được cắt may thanh lịch, áo sơ mi trắng và chiếc cà vạt MCC sọc đỏ-vàng mà ông ta không có quyền đeo, đứng dậy khỏi chỗ ngồi ở đầu bên kia bàn.</w:t>
      </w:r>
    </w:p>
    <w:p>
      <w:pPr>
        <w:spacing w:after="80"/>
      </w:pPr>
      <w:r>
        <w:rPr>
          <w:b w:val="0"/>
          <w:i w:val="0"/>
        </w:rPr>
        <w:t xml:space="preserve">Thưa chủ tịch, cho phép tôi bắt đầu bằng việc kể cho các vị nghe một chút về triết lý của công ty tôi. Trước hết và trên hết, Sorkin International tin vào con người, và do đó ưu tiên hàng đầu của công ty là dành cho nhân viên, từ cô phục vụ trà đến tổng giám đốc. Tôi tin vào lòng trung thành và sự liên tục trên hết mọi thứ, và có thể đảm bảo với hội đồng quản trị rằng không ai hiện đang làm việc cho Mellor Travel cần phải lo bị sa thải. Tôi tự coi mình chẳng qua chỉ là một người trông coi công ty, người sẽ làm việc không mệt mỏi vì lợi ích của các cổ đông. Vậy nên hãy để tôi đảm bảo với các vị ngay từ đầu rằng nếu Sorkin International may mắn tiếp quản được Mellor Travel, các vị có thể mong đợi lực lượng lao động mở rộng nhanh chóng, bởi vì tôi dự định tuyển thêm nhân viên, chứ không phải ít đi, và khi thời cơ chín muồi, tôi hy vọng sẽ chính Mellor Travel đưa ra đề nghị mua lại Thomas Cook, chứ không phải ngược lại. Điều này tất nhiên sẽ đòi hỏi một khoản đầu tư vốn lớn, mà tôi có thể hứa với hội đồng quản trị rằng tôi sẵn lòng cam kết. Nhưng công ty tôi cũng sẽ cần một bàn tay vững vàng và đáng tin cậy nơi cầm lái, sau những hoàn cảnh đáng buồn của vài tháng qua. Xin mượn lời Oscar Wilde mà nói, </w:t>
      </w:r>
      <w:r>
        <w:rPr>
          <w:b w:val="0"/>
          <w:i/>
        </w:rPr>
        <w:t>Mất một chủ tịch là điều bất hạnh, nhưng mất hai người</w:t>
      </w:r>
      <w:r>
        <w:rPr>
          <w:b w:val="0"/>
          <w:i w:val="0"/>
        </w:rPr>
        <w:t xml:space="preserve"> . . .</w:t>
      </w:r>
    </w:p>
    <w:p>
      <w:pPr>
        <w:spacing w:after="80"/>
      </w:pPr>
      <w:r>
        <w:rPr>
          <w:b w:val="0"/>
          <w:i w:val="0"/>
        </w:rPr>
        <w:t>Knowles hài lòng khi thấy một hai thành viên hội đồng quản trị mỉm cười.</w:t>
      </w:r>
    </w:p>
    <w:p>
      <w:pPr>
        <w:spacing w:after="80"/>
      </w:pPr>
      <w:r>
        <w:rPr>
          <w:b w:val="0"/>
          <w:i w:val="0"/>
        </w:rPr>
        <w:t>Với suy nghĩ đó, Sorkin tiếp tục, tôi nghĩ điều quan trọng là phải thể hiện sự tin tưởng của mình không chỉ với chủ tịch của các vị, mà với toàn bộ hội đồng quản trị. Vậy nên để tôi nói rõ ràng, nếu hôm nay công ty tôi được chọn để tiếp quản Mellor Travel, tôi sẽ mời Jim Knowles tiếp tục giữ chức chủ tịch, và sẽ đề nghị từng người trong số các vị ở lại trong hội đồng quản trị.</w:t>
      </w:r>
    </w:p>
    <w:p>
      <w:pPr>
        <w:spacing w:after="80"/>
      </w:pPr>
      <w:r>
        <w:rPr>
          <w:b w:val="0"/>
          <w:i w:val="0"/>
        </w:rPr>
        <w:t>Lần này chỉ có một vị giám đốc không mỉm cười.</w:t>
      </w:r>
    </w:p>
    <w:p>
      <w:pPr>
        <w:spacing w:after="80"/>
      </w:pPr>
      <w:r>
        <w:rPr>
          <w:b w:val="0"/>
          <w:i w:val="0"/>
        </w:rPr>
        <w:t>Hãy cùng nhau làm việc và nhanh chóng xây dựng lại công ty này về lại vị thế trước đây, rồi sau đó hướng tới việc mở rộng, để Mellor International sẽ trở thành niềm ghen tị của cả ngành du lịch trên toàn thế giới. Để tôi kết thúc bằng việc nói rằng tôi hy vọng các vị sẽ xem tôi là người phù hợp để đưa công ty bước vào thế kỷ tiếp theo.</w:t>
      </w:r>
    </w:p>
    <w:p>
      <w:pPr>
        <w:spacing w:after="80"/>
      </w:pPr>
      <w:r>
        <w:rPr>
          <w:b w:val="0"/>
          <w:i w:val="0"/>
        </w:rPr>
        <w:t>Sorkin ngồi xuống trong tiếng reo hò "Nghe hay đấy! Nghe hay đấy!" và một vị giám đốc còn vỗ vai ông.</w:t>
      </w:r>
    </w:p>
    <w:p>
      <w:pPr>
        <w:spacing w:after="80"/>
      </w:pPr>
      <w:r>
        <w:rPr>
          <w:b w:val="0"/>
          <w:i w:val="0"/>
        </w:rPr>
        <w:t>Các quý ông, Knowles nói, vì chủ tịch của Thomas Cook đã không xuất hiện, có lẽ chúng ta nên tiếp tục và quyết định xem công ty nào nên tiếp quản Mellor Travel, Sorkin International hay Thomas Cook? Giờ tôi sẽ đề nghị thư ký công ty tiến hành bỏ phiếu.</w:t>
      </w:r>
    </w:p>
    <w:p>
      <w:pPr>
        <w:spacing w:after="80"/>
      </w:pPr>
      <w:r>
        <w:rPr>
          <w:b w:val="0"/>
          <w:i w:val="0"/>
        </w:rPr>
        <w:t>Ông Arkwright từ từ đứng dậy khỏi chỗ ngồi và nói, Những thành viên hội đồng quản trị nào muốn bỏ phiếu ủng hộ Sorkin International xin giơ tay</w:t>
      </w:r>
    </w:p>
    <w:p>
      <w:pPr>
        <w:spacing w:after="80"/>
      </w:pPr>
      <w:r>
        <w:rPr>
          <w:b w:val="0"/>
          <w:i w:val="0"/>
        </w:rPr>
        <w:t>Cửa phòng họp hội đồng quản trị bật mở, và ba người đàn ông cùng một người phụ nữ bước vào phòng.</w:t>
      </w:r>
    </w:p>
    <w:p>
      <w:pPr>
        <w:spacing w:after="80"/>
      </w:pPr>
      <w:r>
        <w:rPr>
          <w:b w:val="0"/>
          <w:i w:val="0"/>
        </w:rPr>
        <w:t>Sự xâm nhập này là có ý gì? Knowles đòi hỏi, nhảy dựng lên. Đây là một cuộc họp hội đồng quản trị riêng tư và các người không có quyền ở đây.</w:t>
      </w:r>
    </w:p>
    <w:p>
      <w:pPr>
        <w:spacing w:after="80"/>
      </w:pPr>
      <w:r>
        <w:rPr>
          <w:b w:val="0"/>
          <w:i w:val="0"/>
        </w:rPr>
        <w:t>Tôi nghĩ ông sẽ thấy là chúng tôi có quyền, Arnold Hardcastle nói, lên tiếng trước. Như ông biết đấy, ông Knowles, tôi là đại diện pháp lý của Farthings Kaufman, và hôm nay tôi có mặt cùng với ông Sebastian Clifton, giám đốc điều hành của ngân hàng, và ông Ray Brook, chủ tịch của Thomas Cook, người chỉ mới nhận được lời mời tham dự cuộc họp này vào sáng sớm nay.</w:t>
      </w:r>
    </w:p>
    <w:p>
      <w:pPr>
        <w:spacing w:after="80"/>
      </w:pPr>
      <w:r>
        <w:rPr>
          <w:b w:val="0"/>
          <w:i w:val="0"/>
        </w:rPr>
        <w:t>Còn cô gái trẻ kia? Knowles nói, không buồn che giấu vẻ mỉa mai. Ai đã mời cô ta?</w:t>
      </w:r>
    </w:p>
    <w:p>
      <w:pPr>
        <w:spacing w:after="80"/>
      </w:pPr>
      <w:r>
        <w:rPr>
          <w:b w:val="0"/>
          <w:i w:val="0"/>
        </w:rPr>
        <w:t>Cô ấy không nhận được lời mời, Hardcastle nói. Nhưng tôi sẽ để cô Mellor giải thích với hội đồng quản trị lý do cô ấy có mặt ở đây.</w:t>
      </w:r>
    </w:p>
    <w:p>
      <w:pPr>
        <w:spacing w:after="80"/>
      </w:pPr>
      <w:r>
        <w:rPr>
          <w:b w:val="0"/>
          <w:i w:val="0"/>
        </w:rPr>
        <w:t>Knowles ngã phịch trở lại ghế, như thể bị một võ sĩ hạng nặng đánh gục.</w:t>
      </w:r>
    </w:p>
    <w:p>
      <w:pPr>
        <w:spacing w:after="80"/>
      </w:pPr>
      <w:r>
        <w:rPr>
          <w:b w:val="0"/>
          <w:i w:val="0"/>
        </w:rPr>
        <w:t>Sebastian trao cho Kelly một nụ cười trấn an. Trong vô số giờ đồng hồ suốt tuần qua, anh đã chuẩn bị cho cô học trò cưng của mình cho khoảnh khắc này. Cô hóa ra là một người tiếp thu nhanh. Không còn ăn mặc rách rưới và với vết bầm tím đang mờ dần ở mắt, người phụ nữ trẻ đứng trước họ toát lên sự tự tin của một người ý thức rõ về quyền lực mà cô giờ đây nắm giữ với tư cách là cổ đông lớn nhất của Mellor Travel. Ít ai có thể nhận ra cô chính là người phụ nữ mà Sebastian đã gặp lần đầu ở Chicago chỉ vài ngày trước đó.</w:t>
      </w:r>
    </w:p>
    <w:p>
      <w:pPr>
        <w:spacing w:after="80"/>
      </w:pPr>
      <w:r>
        <w:rPr>
          <w:b w:val="0"/>
          <w:i w:val="0"/>
        </w:rPr>
        <w:t>Seb nhanh chóng khám phá ra Kelly thông minh đến nhường nào, và một khi cô được giải thoát khỏi xiềng xích của 1532 Taft Road, cô lập tức nắm bắt được ý nghĩa của việc sở hữu 51 phần trăm công ty của cha mình. Đến ngày họp hội đồng quản trị, cô đã hoàn toàn sẵn sàng đóng vai trò của mình trong việc đòi lại quyền thừa kế bẩm sinh của mình.</w:t>
      </w:r>
    </w:p>
    <w:p>
      <w:pPr>
        <w:spacing w:after="80"/>
      </w:pPr>
      <w:r>
        <w:rPr>
          <w:b w:val="0"/>
          <w:i w:val="0"/>
        </w:rPr>
        <w:t>Conrad Sorkin từ từ đứng dậy khỏi chỗ ngồi, và rõ ràng không hề tỏ ra bị đe dọa. Nhưng Seb nghi ngờ rằng trước đây ông ta từng ở trong những tình huống ngặt nghèo hơn thế này nhiều. Ông ta nhìn thẳng vào Kelly, như thể thách thức cô mở miệng.</w:t>
      </w:r>
    </w:p>
    <w:p>
      <w:pPr>
        <w:spacing w:after="80"/>
      </w:pPr>
      <w:r>
        <w:rPr>
          <w:b w:val="0"/>
          <w:i w:val="0"/>
        </w:rPr>
        <w:t>Ông Sorkin, cô nói, trao cho ông một nụ cười ấm áp, tên tôi là Kelly Mellor, và tôi là con gái của cố Desmond Kevin Mellor, người trong di chúc và chúc thư cuối cùng của mình đã để lại cho tôi toàn bộ tài sản của ông.</w:t>
      </w:r>
    </w:p>
    <w:p>
      <w:pPr>
        <w:spacing w:after="80"/>
      </w:pPr>
      <w:r>
        <w:rPr>
          <w:b w:val="0"/>
          <w:i w:val="0"/>
        </w:rPr>
        <w:t>Cô Mellor, Sorkin nói, tôi phải chỉ ra rằng tôi vẫn đang nắm giữ năm mươi mốt phần trăm cổ phần của công ty, số cổ phần mà tôi đã mua hoàn toàn hợp pháp từ cha cô.</w:t>
      </w:r>
    </w:p>
    <w:p>
      <w:pPr>
        <w:spacing w:after="80"/>
      </w:pPr>
      <w:r>
        <w:rPr>
          <w:b w:val="0"/>
          <w:i w:val="0"/>
        </w:rPr>
        <w:t>Kể cả nếu điều đó là thật, ông Sorkin, Kelly nói, không cần Seb nhắc, thì nếu tôi hoàn trả ông mười ngàn bảng trước giờ đóng cửa hôm nay, số cổ phần đó sẽ tự động trở về với tôi.</w:t>
      </w:r>
    </w:p>
    <w:p>
      <w:pPr>
        <w:spacing w:after="80"/>
      </w:pPr>
      <w:r>
        <w:rPr>
          <w:b w:val="0"/>
          <w:i w:val="0"/>
        </w:rPr>
        <w:t>Hardcastle bước tới, mở cặp táp và lấy ra hộ chiếu của thân chủ mình, di chúc của Mellor và một lệnh chuyển tiền ngân hàng trị giá 10,000. Ông đặt chúng lên bàn trước mặt Sorkin, kẻ phớt lờ chúng.</w:t>
      </w:r>
    </w:p>
    <w:p>
      <w:pPr>
        <w:spacing w:after="80"/>
      </w:pPr>
      <w:r>
        <w:rPr>
          <w:b w:val="0"/>
          <w:i w:val="0"/>
        </w:rPr>
        <w:t>Trước giờ đóng cửa hôm nay, nếu tôi được phép nhắc lại lời cô, cô Mellor, Sorkin nói. Và vì các ngân hàng đóng cửa trong mười hai phút nữa, ông ta nói, liếc nhìn đồng hồ, tôi nghĩ cô sẽ thấy rằng tấm séc của cô không thể được thanh toán cho đến sáng thứ Hai, và đến lúc đó hợp đồng sẽ vô hiệu, và chính tôi mới là người sở hữu Mellor Travel, không phải cô.</w:t>
      </w:r>
    </w:p>
    <w:p>
      <w:pPr>
        <w:spacing w:after="80"/>
      </w:pPr>
      <w:r>
        <w:rPr>
          <w:b w:val="0"/>
          <w:i w:val="0"/>
        </w:rPr>
        <w:t>Nếu ông chịu khó nhìn kỹ hơn, Arnold nói, đúng lúc như đã hẹn, ông sẽ thấy rằng thứ chúng tôi trao cho ông không phải là séc, ông Sorkin, mà là một lệnh chuyển tiền ngân hàng, và do đó là tiền hợp pháp, cho phép cô Mellor, với tư cách người thừa kế của cha cô, đòi lại quyền thừa kế chính đáng của mình.</w:t>
      </w:r>
    </w:p>
    <w:p>
      <w:pPr>
        <w:spacing w:after="80"/>
      </w:pPr>
      <w:r>
        <w:rPr>
          <w:b w:val="0"/>
          <w:i w:val="0"/>
        </w:rPr>
        <w:t>Một hai thành viên hội đồng quản trị trông rõ ràng là bất an.</w:t>
      </w:r>
    </w:p>
    <w:p>
      <w:pPr>
        <w:spacing w:after="80"/>
      </w:pPr>
      <w:r>
        <w:rPr>
          <w:b w:val="0"/>
          <w:i w:val="0"/>
        </w:rPr>
        <w:t>Sorkin phản đòn ngay lập tức. Rõ ràng ông không biết, ông Hardcastle, rằng tôi đã nhận được sự chấp thuận của hội đồng quản trị để tiếp quản công ty, như ông Knowles sẽ xác nhận.</w:t>
      </w:r>
    </w:p>
    <w:p>
      <w:pPr>
        <w:spacing w:after="80"/>
      </w:pPr>
      <w:r>
        <w:rPr>
          <w:b w:val="0"/>
          <w:i w:val="0"/>
        </w:rPr>
        <w:t>Điều đó có đúng không? Seb hỏi, quay sang đối mặt với vị chủ tịch.</w:t>
      </w:r>
    </w:p>
    <w:p>
      <w:pPr>
        <w:spacing w:after="80"/>
      </w:pPr>
      <w:r>
        <w:rPr>
          <w:b w:val="0"/>
          <w:i w:val="0"/>
        </w:rPr>
        <w:t>Knowles liếc nhìn Sorkin đầy lo lắng. Đúng vậy, cuộc bỏ phiếu đã được tiến hành, và Sorkin International giờ đây kiểm soát Mellor Travel.</w:t>
      </w:r>
    </w:p>
    <w:p>
      <w:pPr>
        <w:spacing w:after="80"/>
      </w:pPr>
      <w:r>
        <w:rPr>
          <w:b w:val="0"/>
          <w:i w:val="0"/>
        </w:rPr>
        <w:t>Có lẽ đã đến lúc ông nên rời đi, ông Clifton, Sorkin nói, trước khi ông tự biến mình thành trò cười còn lớn hơn nữa.</w:t>
      </w:r>
    </w:p>
    <w:p>
      <w:pPr>
        <w:spacing w:after="80"/>
      </w:pPr>
      <w:r>
        <w:rPr>
          <w:b w:val="0"/>
          <w:i w:val="0"/>
        </w:rPr>
        <w:t>Seb định phản đối, nhưng anh biết rằng nếu hội đồng quản trị đã bỏ phiếu ủng hộ việc Sorkin International tiếp quản công ty, anh sẽ phải tuân theo quyết định của họ, và dù Kelly vẫn nắm giữ 51 phần trăm cổ phần, một khi Sorkin đã bán tháo tài sản của công ty, số cổ phần đó sẽ chẳng còn giá trị gì.</w:t>
      </w:r>
    </w:p>
    <w:p>
      <w:pPr>
        <w:spacing w:after="80"/>
      </w:pPr>
      <w:r>
        <w:rPr>
          <w:b w:val="0"/>
          <w:i w:val="0"/>
        </w:rPr>
        <w:t>Arnold đang cất các tập hồ sơ trở lại cặp táp thì một giọng nói đơn độc cất lên, Không có cuộc bỏ phiếu nào được tiến hành.</w:t>
      </w:r>
    </w:p>
    <w:p>
      <w:pPr>
        <w:spacing w:after="80"/>
      </w:pPr>
      <w:r>
        <w:rPr>
          <w:b w:val="0"/>
          <w:i w:val="0"/>
        </w:rPr>
        <w:t>Mọi người quay sang nhìn một trong những giám đốc chưa từng lên tiếng cho đến lúc đó. Sebastian nhớ lại Mellor đã nói với anh khi anh đến thăm ông trong tù rằng ông vẫn còn một người bạn ở bên trong. Chúng tôi vừa chuẩn bị bỏ phiếu thì ông đến, Andy Dobbs nói. Và tôi có thể đảm bảo với ông, ông Clifton, có thể tôi là người duy nhất, nhưng tôi sẽ dồn sự ủng hộ của mình về phía Thomas Cook.</w:t>
      </w:r>
    </w:p>
    <w:p>
      <w:pPr>
        <w:spacing w:after="80"/>
      </w:pPr>
      <w:r>
        <w:rPr>
          <w:b w:val="0"/>
          <w:i w:val="0"/>
        </w:rPr>
        <w:t>Tôi cũng vậy, một giám đốc khác nói.</w:t>
      </w:r>
    </w:p>
    <w:p>
      <w:pPr>
        <w:spacing w:after="80"/>
      </w:pPr>
      <w:r>
        <w:rPr>
          <w:b w:val="0"/>
          <w:i w:val="0"/>
        </w:rPr>
        <w:t>Knowles tuyệt vọng nhìn quanh bàn tìm sự ủng hộ, nhưng rõ ràng là ngay cả những tay chân được ông ta cẩn thận cài đặt cũng đang quay lưng lại với ông.</w:t>
      </w:r>
    </w:p>
    <w:p>
      <w:pPr>
        <w:spacing w:after="80"/>
      </w:pPr>
      <w:r>
        <w:rPr>
          <w:b w:val="0"/>
          <w:i w:val="0"/>
        </w:rPr>
        <w:t>Cảm ơn các quý ông, Sebastian nói. Có lẽ đã đến lúc ông nên cáo lui, ông Sorkin. Hay ông muốn tôi đưa điều đó ra bỏ phiếu?</w:t>
      </w:r>
    </w:p>
    <w:p>
      <w:pPr>
        <w:spacing w:after="80"/>
      </w:pPr>
      <w:r>
        <w:rPr>
          <w:b w:val="0"/>
          <w:i w:val="0"/>
        </w:rPr>
        <w:t>Cút đi, đồ khốn trịch thượng, Sorkin nói. Tôi không dễ bị đe dọa vậy đâu.</w:t>
      </w:r>
    </w:p>
    <w:p>
      <w:pPr>
        <w:spacing w:after="80"/>
      </w:pPr>
      <w:r>
        <w:rPr>
          <w:b w:val="0"/>
          <w:i w:val="0"/>
        </w:rPr>
        <w:t>Tôi có đe dọa ai đâu, Seb nói. Ngược lại ấy chứ. Tôi đang cố tỏ ra hữu ích thôi. Chắc hẳn anh cũng biết, hôm nay là ngày mười hai tháng Sáu, nghĩa là anh đã cư trú ở đất nước này suốt hai mươi chín ngày qua. Nên nếu anh không rời khỏi bờ biển này trước nửa đêm nay, anh sẽ phải chịu thuế của Anh, mà tôi khá chắc đó là điều anh muốn tránh.</w:t>
      </w:r>
    </w:p>
    <w:p>
      <w:pPr>
        <w:spacing w:after="80"/>
      </w:pPr>
      <w:r>
        <w:rPr>
          <w:b w:val="0"/>
          <w:i w:val="0"/>
        </w:rPr>
        <w:t>Anh không làm tôi sợ đâu, Clifton. Các luật sư của tôi thừa sức đối phó với một kẻ nhãi nhép như anh.</w:t>
      </w:r>
    </w:p>
    <w:p>
      <w:pPr>
        <w:spacing w:after="80"/>
      </w:pPr>
      <w:r>
        <w:rPr>
          <w:b w:val="0"/>
          <w:i w:val="0"/>
        </w:rPr>
        <w:t>Có lẽ vậy. Nhưng sẽ khôn ngoan hơn nếu báo trước cho họ rằng tôi thấy mình có bổn phận thông báo cho cơ quan thuế về sự hiện diện của anh ở Bristol, nên đừng ngạc nhiên nếu cảnh sát lên du thuyền của anh lúc mười hai giờ một phút đêm nay và tịch thu nó.</w:t>
      </w:r>
    </w:p>
    <w:p>
      <w:pPr>
        <w:spacing w:after="80"/>
      </w:pPr>
      <w:r>
        <w:rPr>
          <w:b w:val="0"/>
          <w:i w:val="0"/>
        </w:rPr>
        <w:t>Họ không dám đâu.</w:t>
      </w:r>
    </w:p>
    <w:p>
      <w:pPr>
        <w:spacing w:after="80"/>
      </w:pPr>
      <w:r>
        <w:rPr>
          <w:b w:val="0"/>
          <w:i w:val="0"/>
        </w:rPr>
        <w:t>Tôi không nghĩ anh sẽ muốn mạo hiểm thế đâu, vì tôi cũng được biết Scotland Yard đã mở cuộc điều tra về cái chết đáng ngờ của Desmond Mellor, trong khi nhà chức trách Pháp, những người vừa vớt được một thi thể trôi dạt ngoài khơi Nice mà họ có lý do tin là của Adrian Sloane, đã phát lệnh bắt giữ anh.</w:t>
      </w:r>
    </w:p>
    <w:p>
      <w:pPr>
        <w:spacing w:after="80"/>
      </w:pPr>
      <w:r>
        <w:rPr>
          <w:b w:val="0"/>
          <w:i w:val="0"/>
        </w:rPr>
        <w:t>Họ sẽ không gán được tội gì cho tôi đâu.</w:t>
      </w:r>
    </w:p>
    <w:p>
      <w:pPr>
        <w:spacing w:after="80"/>
      </w:pPr>
      <w:r>
        <w:rPr>
          <w:b w:val="0"/>
          <w:i w:val="0"/>
        </w:rPr>
        <w:t>Có thể không. Nhưng tôi có cảm giác ông Knowles có thể sẽ muốn hỗ trợ Interpol trong cuộc điều tra của họ. Tức là, nếu ông ta không muốn dành phần đời còn lại trong cùng phòng giam với anh.</w:t>
      </w:r>
    </w:p>
    <w:p>
      <w:pPr>
        <w:spacing w:after="80"/>
      </w:pPr>
      <w:r>
        <w:rPr>
          <w:b w:val="0"/>
          <w:i w:val="0"/>
        </w:rPr>
        <w:t>Knowles, mặt tái mét thấy rõ, sụp người xuống ghế.</w:t>
      </w:r>
    </w:p>
    <w:p>
      <w:pPr>
        <w:spacing w:after="80"/>
      </w:pPr>
      <w:r>
        <w:rPr>
          <w:b w:val="0"/>
          <w:i w:val="0"/>
        </w:rPr>
        <w:t>Nếu tôi là anh, tôi sẽ lo cho mạng mình đấy, Clifton, Sorkin nói.</w:t>
      </w:r>
    </w:p>
    <w:p>
      <w:pPr>
        <w:spacing w:after="80"/>
      </w:pPr>
      <w:r>
        <w:rPr>
          <w:b w:val="0"/>
          <w:i w:val="0"/>
        </w:rPr>
        <w:t>Đó là một lời đe dọa dại dột khi nói trước bao nhiêu nhân chứng như vậy, Seb nói, nhất là khi một trong số họ là một QC (luật sư cao cấp), mà anh sẽ thấy đang ghi lại từng lời của anh.</w:t>
      </w:r>
    </w:p>
    <w:p>
      <w:pPr>
        <w:spacing w:after="80"/>
      </w:pPr>
      <w:r>
        <w:rPr>
          <w:b w:val="0"/>
          <w:i w:val="0"/>
        </w:rPr>
        <w:t>Sorkin trừng mắt nhìn Arnold Hardcastle, rồi im bặt.</w:t>
      </w:r>
    </w:p>
    <w:p>
      <w:pPr>
        <w:spacing w:after="80"/>
      </w:pPr>
      <w:r>
        <w:rPr>
          <w:b w:val="0"/>
          <w:i w:val="0"/>
        </w:rPr>
        <w:t>Thẳng thắn mà nói, tôi nghĩ đã đến lúc anh, giống như thần tượng Napoleon của anh, nên rút lui nhanh gọn.</w:t>
      </w:r>
    </w:p>
    <w:p>
      <w:pPr>
        <w:spacing w:after="80"/>
      </w:pPr>
      <w:r>
        <w:rPr>
          <w:b w:val="0"/>
          <w:i w:val="0"/>
        </w:rPr>
        <w:t>Hai người đàn ông tiếp tục nhìn chằm chằm vào nhau, cho đến khi Sorkin ném bản hợp đồng lên bàn, nhặt lệnh chuyển tiền ngân hàng lên và toan rời khỏi phòng thì Kelly bước tới một lần nữa và nói, Trước khi ông đi, ông Sorkin, tôi có thể hỏi ông sẵn lòng trả bao nhiêu cho năm mươi mốt phần trăm cổ phần Mellor Travel của tôi không?</w:t>
      </w:r>
    </w:p>
    <w:p>
      <w:pPr>
        <w:spacing w:after="80"/>
      </w:pPr>
      <w:r>
        <w:rPr>
          <w:b w:val="0"/>
          <w:i w:val="0"/>
        </w:rPr>
        <w:t>Mọi người đều quay sang nhìn vị tân giám đốc công ty, và Sebastian không giấu nổi vẻ ngạc nhiên. Đây không phải là phần trong kịch bản mà họ đã tập dượt kỹ càng. Cô đang nhìn thẳng vào Sorkin, chờ câu trả lời của ông ta.</w:t>
      </w:r>
    </w:p>
    <w:p>
      <w:pPr>
        <w:spacing w:after="80"/>
      </w:pPr>
      <w:r>
        <w:rPr>
          <w:b w:val="0"/>
          <w:i w:val="0"/>
        </w:rPr>
        <w:t>Tôi sẵn lòng trả ba triệu bảng cho cổ phần của cô, Sorkin bình thản nói, ý thức rằng ông ta vẫn có thể kiếm được món lời béo bở giờ đây khi Knowles sẽ không nhận được một triệu của mình.</w:t>
      </w:r>
    </w:p>
    <w:p>
      <w:pPr>
        <w:spacing w:after="80"/>
      </w:pPr>
      <w:r>
        <w:rPr>
          <w:b w:val="0"/>
          <w:i w:val="0"/>
        </w:rPr>
        <w:t>Kelly có vẻ cân nhắc đề nghị của ông ta trước khi cuối cùng nói, Tôi biết ơn lời đề nghị này, ông Sorkin, nhưng nhìn chung, tôi nghĩ tôi thà làm việc với Farthings Kaufman hơn.</w:t>
      </w:r>
    </w:p>
    <w:p>
      <w:pPr>
        <w:spacing w:after="80"/>
      </w:pPr>
      <w:r>
        <w:rPr>
          <w:b w:val="0"/>
          <w:i w:val="0"/>
        </w:rPr>
        <w:t>Sebastian mỉm cười với Kelly và thở phào nhẹ nhõm.</w:t>
      </w:r>
    </w:p>
    <w:p>
      <w:pPr>
        <w:spacing w:after="80"/>
      </w:pPr>
      <w:r>
        <w:rPr>
          <w:b w:val="0"/>
          <w:i w:val="0"/>
        </w:rPr>
        <w:t>Và vì ông sẽ phải ra khỏi vùng lãnh hải trước nửa đêm, ông Sorkin, tôi sẽ không giữ ông lâu hơn nữa.</w:t>
      </w:r>
    </w:p>
    <w:p>
      <w:pPr>
        <w:spacing w:after="80"/>
      </w:pPr>
      <w:r>
        <w:rPr>
          <w:b w:val="0"/>
          <w:i w:val="0"/>
        </w:rPr>
        <w:t>Đồ khốn, Sorkin nói khi đi ngang qua cô trên đường ra khỏi phòng họp hội đồng quản trị.</w:t>
      </w:r>
    </w:p>
    <w:p>
      <w:pPr>
        <w:spacing w:after="80"/>
      </w:pPr>
      <w:r>
        <w:rPr>
          <w:b w:val="0"/>
          <w:i w:val="0"/>
        </w:rPr>
        <w:t>Nụ cười của Kelly cho thấy cô thấy hãnh diện vì lời lăng mạ đó.</w:t>
      </w:r>
    </w:p>
    <w:p>
      <w:pPr>
        <w:spacing w:after="80"/>
      </w:pPr>
      <w:r>
        <w:rPr>
          <w:b w:val="0"/>
          <w:i w:val="0"/>
        </w:rPr>
        <w:t>Knowles đợi đến khi Sorkin đóng sầm cửa lại phía sau rồi mới nói, Chúng tôi vừa định tiến hành bỏ phiếu, cô Mellor. Vậy tôi có thể đề nghị thư ký công ty</w:t>
      </w:r>
    </w:p>
    <w:p>
      <w:pPr>
        <w:spacing w:after="80"/>
      </w:pPr>
      <w:r>
        <w:rPr>
          <w:b w:val="0"/>
          <w:i w:val="0"/>
        </w:rPr>
        <w:t>Điều đó sẽ không còn cần thiết nữa, Kelly nói, nhặt bản thỏa thuận mà Sorkin để lại trên bàn. Vì giờ tôi là cổ đông lớn nhất, chính tôi là người sẽ quyết định tương lai của công ty.</w:t>
      </w:r>
    </w:p>
    <w:p>
      <w:pPr>
        <w:spacing w:after="80"/>
      </w:pPr>
      <w:r>
        <w:rPr>
          <w:b w:val="0"/>
          <w:i w:val="0"/>
        </w:rPr>
        <w:t>Chuẩn không sai một chữ, Sebastian nghĩ. Chính mình cũng không thể nói hay hơn.</w:t>
      </w:r>
    </w:p>
    <w:p>
      <w:pPr>
        <w:spacing w:after="80"/>
      </w:pPr>
      <w:r>
        <w:rPr>
          <w:b w:val="0"/>
          <w:i w:val="0"/>
        </w:rPr>
        <w:t>Quyết định đầu tiên của tôi với tư cách chủ sở hữu mới là sa thải ông, ông Knowles, cùng với toàn bộ hội đồng quản trị còn lại. Tôi đề nghị tất cả các ông rời đi ngay lập tức.</w:t>
      </w:r>
    </w:p>
    <w:p>
      <w:pPr>
        <w:spacing w:after="80"/>
      </w:pPr>
      <w:r>
        <w:rPr>
          <w:b w:val="0"/>
          <w:i w:val="0"/>
        </w:rPr>
        <w:t>Seb không nhịn được nụ cười khi Knowles và những thành viên còn lại của hội đồng quản trị thu dọn giấy tờ và lặng lẽ rời khỏi phòng.</w:t>
      </w:r>
    </w:p>
    <w:p>
      <w:pPr>
        <w:spacing w:after="80"/>
      </w:pPr>
      <w:r>
        <w:rPr>
          <w:b w:val="0"/>
          <w:i w:val="0"/>
        </w:rPr>
        <w:t>Làm tốt lắm, anh nói, khi thành viên hội đồng quản trị cuối cùng đã rời đi.</w:t>
      </w:r>
    </w:p>
    <w:p>
      <w:pPr>
        <w:spacing w:after="80"/>
      </w:pPr>
      <w:r>
        <w:rPr>
          <w:b w:val="0"/>
          <w:i w:val="0"/>
        </w:rPr>
        <w:t>Cảm ơn ông Clifton, Kelly nói. Và cho phép tôi nói rằng tôi trân trọng biết bao những gì ông và nhóm của ông tại Farthings Kaufman đã làm để biến điều này thành hiện thực.</w:t>
      </w:r>
    </w:p>
    <w:p>
      <w:pPr>
        <w:spacing w:after="80"/>
      </w:pPr>
      <w:r>
        <w:rPr>
          <w:b w:val="0"/>
          <w:i w:val="0"/>
        </w:rPr>
        <w:t>Đó là vinh hạnh của tôi.</w:t>
      </w:r>
    </w:p>
    <w:p>
      <w:pPr>
        <w:spacing w:after="80"/>
      </w:pPr>
      <w:r>
        <w:rPr>
          <w:b w:val="0"/>
          <w:i w:val="0"/>
        </w:rPr>
        <w:t>Tôi nhất định phải hỏi, cô tiếp tục, vì ông Sorkin sẵn lòng đề nghị tôi ba triệu cho số cổ phần của tôi, tôi có thể giả định rằng Thomas Cook sẽ đáp ứng mức giá đó chứ?</w:t>
      </w:r>
    </w:p>
    <w:p>
      <w:pPr>
        <w:spacing w:after="80"/>
      </w:pPr>
      <w:r>
        <w:rPr>
          <w:b w:val="0"/>
          <w:i w:val="0"/>
        </w:rPr>
        <w:t>Cô đã lật sang một trang khác của kịch bản mà Seb chưa đọc. Trước khi anh kịp phản ứng, Ray Brook cười khúc khích và nói, Cô đã có được thỏa thuận rồi đấy, cô gái trẻ ạ.</w:t>
      </w:r>
    </w:p>
    <w:p>
      <w:pPr>
        <w:spacing w:after="80"/>
      </w:pPr>
      <w:r>
        <w:rPr>
          <w:b w:val="0"/>
          <w:i w:val="0"/>
        </w:rPr>
        <w:t>Cảm ơn ông, Kelly nói, rồi quay sang luật sư của ngân hàng và nói thêm, Tôi để ông soạn thảo giấy tờ, ông Hardcastle, và nhớ báo cho tôi ngay khi ông nhận được ba triệu.</w:t>
      </w:r>
    </w:p>
    <w:p>
      <w:pPr>
        <w:spacing w:after="80"/>
      </w:pPr>
      <w:r>
        <w:rPr>
          <w:b w:val="0"/>
          <w:i w:val="0"/>
        </w:rPr>
        <w:t>Tôi nghĩ đó là dấu hiệu để chúng ta rời đi, vị chủ tịch của Cooks nói, không thể nhịn được nụ cười. Ba người đàn ông rời khỏi phòng họp, đóng cửa lại phía sau.</w:t>
      </w:r>
    </w:p>
    <w:p>
      <w:pPr>
        <w:spacing w:after="80"/>
      </w:pPr>
      <w:r>
        <w:rPr>
          <w:b w:val="0"/>
          <w:i w:val="0"/>
        </w:rPr>
        <w:t>Kelly ngồi xuống đầu bàn một lúc trước khi cô nhấc điện thoại trước mặt lên và bấm số mà cô đã gọi mỗi tối suốt hai tuần qua.</w:t>
      </w:r>
    </w:p>
    <w:p>
      <w:pPr>
        <w:spacing w:after="80"/>
      </w:pPr>
      <w:r>
        <w:rPr>
          <w:b w:val="0"/>
          <w:i w:val="0"/>
        </w:rPr>
        <w:t>Ngay khi nghe thấy giọng nói quen thuộc ở đầu dây bên kia, cô nói: Mọi chuyện đều diễn ra đúng kế hoạch, Virginia ạ.</w:t>
      </w:r>
    </w:p>
    <w:p>
      <w:pPr>
        <w:pStyle w:val="Heading1"/>
        <w:jc w:val="center"/>
      </w:pPr>
      <w:r>
        <w:rPr>
          <w:rFonts w:ascii="Calibri" w:hAnsi="Calibri"/>
          <w:b/>
          <w:i w:val="0"/>
          <w:sz w:val="40"/>
        </w:rPr>
        <w:t>QUÝ BÀ VIRGINIA FENWICK</w:t>
      </w:r>
    </w:p>
    <w:p>
      <w:pPr>
        <w:pStyle w:val="Heading2"/>
        <w:jc w:val="center"/>
      </w:pPr>
      <w:r>
        <w:rPr>
          <w:rFonts w:ascii="Calibri" w:hAnsi="Calibri"/>
          <w:b/>
          <w:i w:val="0"/>
          <w:sz w:val="32"/>
        </w:rPr>
        <w:t>1981–1982</w:t>
      </w:r>
    </w:p>
    <w:p>
      <w:pPr>
        <w:pStyle w:val="Heading1"/>
        <w:jc w:val="center"/>
      </w:pPr>
      <w:r>
        <w:rPr>
          <w:rFonts w:ascii="Calibri" w:hAnsi="Calibri"/>
          <w:b/>
          <w:i w:val="0"/>
          <w:sz w:val="40"/>
        </w:rPr>
        <w:t>21</w:t>
      </w:r>
    </w:p>
    <w:p>
      <w:pPr>
        <w:spacing w:after="80"/>
      </w:pPr>
      <w:r>
        <w:rPr>
          <w:b w:val="0"/>
          <w:i w:val="0"/>
        </w:rPr>
        <w:t>Tôi không biết phải bắt đầu cảm ơn bà thế nào, Kelly nói. Nếu bà không viết thư cảnh báo tôi rằng ông Clifton đang trên đường tới, tôi sẽ không bao giờ biết ông ta chẳng phải bạn bè gì của cha tôi.</w:t>
      </w:r>
    </w:p>
    <w:p>
      <w:pPr>
        <w:spacing w:after="80"/>
      </w:pPr>
      <w:r>
        <w:rPr>
          <w:b w:val="0"/>
          <w:i w:val="0"/>
        </w:rPr>
        <w:t>Đó là điều tối thiểu tôi có thể làm, Virginia nói.</w:t>
      </w:r>
    </w:p>
    <w:p>
      <w:pPr>
        <w:spacing w:after="80"/>
      </w:pPr>
      <w:r>
        <w:rPr>
          <w:b w:val="0"/>
          <w:i w:val="0"/>
        </w:rPr>
        <w:t>Và rồi những cuộc gọi ngược phí bất tận đó. Chắc chúng đã tốn của bà cả một gia tài . . .</w:t>
      </w:r>
    </w:p>
    <w:p>
      <w:pPr>
        <w:spacing w:after="80"/>
      </w:pPr>
      <w:r>
        <w:rPr>
          <w:b w:val="0"/>
          <w:i w:val="0"/>
        </w:rPr>
        <w:t>Tôi cảm thấy điều quan trọng là cô phải biết sự thật về Farthings, và đặc biệt là cách Sebastian Clifton đã đối xử với cha cô trong quá khứ.</w:t>
      </w:r>
    </w:p>
    <w:p>
      <w:pPr>
        <w:spacing w:after="80"/>
      </w:pPr>
      <w:r>
        <w:rPr>
          <w:b w:val="0"/>
          <w:i w:val="0"/>
        </w:rPr>
        <w:t>Nhưng ông ta lúc nào cũng có vẻ tốt bụng quá.</w:t>
      </w:r>
    </w:p>
    <w:p>
      <w:pPr>
        <w:spacing w:after="80"/>
      </w:pPr>
      <w:r>
        <w:rPr>
          <w:b w:val="0"/>
          <w:i w:val="0"/>
        </w:rPr>
        <w:t>Cô có ngạc nhiên không, khi có hàng triệu bảng liên quan? Và cô phải nhớ rằng mối quan tâm đầu tiên của ông ta luôn là Thomas Cook, chứ không phải cô.</w:t>
      </w:r>
    </w:p>
    <w:p>
      <w:pPr>
        <w:spacing w:after="80"/>
      </w:pPr>
      <w:r>
        <w:rPr>
          <w:b w:val="0"/>
          <w:i w:val="0"/>
        </w:rPr>
        <w:t>Và ý tưởng tuyệt vời làm sao của bà khi tìm ra ông Sorkin sẽ trả bao nhiêu cho cổ phần của tôi rồi sau đó để Thomas Cook trả ngang bằng.</w:t>
      </w:r>
    </w:p>
    <w:p>
      <w:pPr>
        <w:spacing w:after="80"/>
      </w:pPr>
      <w:r>
        <w:rPr>
          <w:b w:val="0"/>
          <w:i w:val="0"/>
        </w:rPr>
        <w:t>Cha cô không chỉ là một người bạn thân thiết, mà còn đã dạy tôi rất nhiều về kinh doanh trong suốt nhiều năm.</w:t>
      </w:r>
    </w:p>
    <w:p>
      <w:pPr>
        <w:spacing w:after="80"/>
      </w:pPr>
      <w:r>
        <w:rPr>
          <w:b w:val="0"/>
          <w:i w:val="0"/>
        </w:rPr>
        <w:t>Nhưng bà đâu cần phải cho tôi vay hai mươi nghìn bảng cho đến khi thương vụ hoàn tất.</w:t>
      </w:r>
    </w:p>
    <w:p>
      <w:pPr>
        <w:spacing w:after="80"/>
      </w:pPr>
      <w:r>
        <w:rPr>
          <w:b w:val="0"/>
          <w:i w:val="0"/>
        </w:rPr>
        <w:t>Tôi nghĩ điều đó sẽ giúp cô vượt qua giai đoạn khó khăn.</w:t>
      </w:r>
    </w:p>
    <w:p>
      <w:pPr>
        <w:spacing w:after="80"/>
      </w:pPr>
      <w:r>
        <w:rPr>
          <w:b w:val="0"/>
          <w:i w:val="0"/>
        </w:rPr>
        <w:t>Điều đó sẽ làm được nhiều hơn thế, nhiều hơn rất nhiều, Kelly nói. Tôi nhất định phải trả lại từng xu tôi nợ cô.</w:t>
      </w:r>
    </w:p>
    <w:p>
      <w:pPr>
        <w:spacing w:after="80"/>
      </w:pPr>
      <w:r>
        <w:rPr>
          <w:b w:val="0"/>
          <w:i w:val="0"/>
        </w:rPr>
        <w:t>Không cần vội, Virginia nói, người vẫn còn hơn hai trăm nghìn bảng trong tài khoản vãng lai, và đang háo hức chờ đợi một món hời khác. Quan trọng hơn, Kelly thân mến, bé Cindy đang ổn định cuộc sống thế nào?</w:t>
      </w:r>
    </w:p>
    <w:p>
      <w:pPr>
        <w:spacing w:after="80"/>
      </w:pPr>
      <w:r>
        <w:rPr>
          <w:b w:val="0"/>
          <w:i w:val="0"/>
        </w:rPr>
        <w:t>Tôi chưa bao giờ thấy con bé vui đến thế. Nó yêu ngôi trường mới, và đã có vài đứa bạn thân nhất rồi.</w:t>
      </w:r>
    </w:p>
    <w:p>
      <w:pPr>
        <w:spacing w:after="80"/>
      </w:pPr>
      <w:r>
        <w:rPr>
          <w:b w:val="0"/>
          <w:i w:val="0"/>
        </w:rPr>
        <w:t>Tôi thật ghen tị với cô. Tôi luôn muốn có một đứa con của riêng mình, và giờ thì quá muộn rồi. Có lẽ cô sẽ cho phép tôi làm một người bà danh dự chứ.</w:t>
      </w:r>
    </w:p>
    <w:p>
      <w:pPr>
        <w:spacing w:after="80"/>
      </w:pPr>
      <w:r>
        <w:rPr>
          <w:b w:val="0"/>
          <w:i w:val="0"/>
        </w:rPr>
        <w:t>Tôi không nghĩ ra ai thích hợp hơn để dẫn dắt Cindy qua những năm tháng định hình nhân cách của con bé, Kelly nói, cô ngập ngừng một lát rồi nói thêm, nhưng còn một điều khác tôi cần bàn với bà, Virginia, mà tôi đã cảm thấy hơi có lỗi về nó.</w:t>
      </w:r>
    </w:p>
    <w:p>
      <w:pPr>
        <w:spacing w:after="80"/>
      </w:pPr>
      <w:r>
        <w:rPr>
          <w:b w:val="0"/>
          <w:i w:val="0"/>
        </w:rPr>
        <w:t>Cô chẳng có gì phải cảm thấy có lỗi cả, cháu yêu. Ngược lại mới đúng. Tôi sẽ không bao giờ có thể đền đáp cha cháu vì lòng tốt của ông ấy với tôi suốt bao năm qua.</w:t>
      </w:r>
    </w:p>
    <w:p>
      <w:pPr>
        <w:spacing w:after="80"/>
      </w:pPr>
      <w:r>
        <w:rPr>
          <w:b w:val="0"/>
          <w:i w:val="0"/>
        </w:rPr>
        <w:t>Và giờ tôi phải đền đáp lòng tốt của bà, bởi tôi biết bà và cha tôi không chỉ là bạn thân thiết, mà còn là đối tác làm ăn, và vì thế tôi buộc phải hỏi bà một câu hỏi khó xử. Kelly lại ngập ngừng, và lần này Virginia không đến cứu cô. Ông ấy trả cho bà bao nhiêu phần trăm sau khi bà chốt xong một thương vụ?</w:t>
      </w:r>
    </w:p>
    <w:p>
      <w:pPr>
        <w:spacing w:after="80"/>
      </w:pPr>
      <w:r>
        <w:rPr>
          <w:b w:val="0"/>
          <w:i w:val="0"/>
        </w:rPr>
        <w:t>Một câu hỏi mà Virginia đã chuẩn bị kỹ. Desmond là một người hào phóng, bà nói, và luôn trả cho tôi một khoản phí hai mươi lăm nghìn bảng, cộng thêm mười phần trăm của khoản thanh toán cuối cùng cùng mọi chi phí tôi đã bỏ ra thay mặt ông ấy. Nhưng cháu không cần phải</w:t>
      </w:r>
    </w:p>
    <w:p>
      <w:pPr>
        <w:spacing w:after="80"/>
      </w:pPr>
      <w:r>
        <w:rPr>
          <w:b w:val="0"/>
          <w:i w:val="0"/>
        </w:rPr>
        <w:t>Nhất định là cần. Tôi sẽ đối xử với bà giống hệt như cha tôi đã làm, và bà sẽ được trả đầy đủ ngay khi thương vụ với Thomas Cook hoàn tất.</w:t>
      </w:r>
    </w:p>
    <w:p>
      <w:pPr>
        <w:spacing w:after="80"/>
      </w:pPr>
      <w:r>
        <w:rPr>
          <w:b w:val="0"/>
          <w:i w:val="0"/>
        </w:rPr>
        <w:t>Không cần vội, cháu yêu của ta, Virginia nói. Tình bạn của cháu quan trọng với ta hơn nhiều.</w:t>
      </w:r>
    </w:p>
    <w:p>
      <w:pPr>
        <w:jc w:val="center"/>
      </w:pPr>
      <w:r>
        <w:drawing>
          <wp:inline xmlns:a="http://schemas.openxmlformats.org/drawingml/2006/main" xmlns:pic="http://schemas.openxmlformats.org/drawingml/2006/picture">
            <wp:extent cx="304800" cy="85725"/>
            <wp:docPr id="71" name="Picture 7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Năm tuần sau, Kelly nhận được một tấm séc từ Thomas Cook trị giá ba triệu bảng, và ngay lập tức gửi cho Virginia một tấm séc 345,000 để trang trải khoản vay, phí của bà và 10 phần trăm của ba triệu.</w:t>
      </w:r>
    </w:p>
    <w:p>
      <w:pPr>
        <w:spacing w:after="80"/>
      </w:pPr>
      <w:r>
        <w:rPr>
          <w:b w:val="0"/>
          <w:i w:val="0"/>
        </w:rPr>
        <w:t>Virginia không đòi Kelly bất kỳ khoản chi phí nào. Suy cho cùng, bà đâu có đầu tư nhiều để tìm ra con mồi của mình. Vài cuộc điện thoại và, sau khi Kelly trở về Anh, vài bữa ăn ở những nhà hàng nơi không ai có khả năng nhận ra họ. Chi phí thực sự duy nhất là việc thuê một thám tử tư ở Chicago để truy tìm Kelly Mellor mất tích. À, chính xác mà nói, ông ta lần đầu chạm mặt Cindy Mellor tại trường của cô bé, nơi ông trao hai lá thư cho mẹ Cindy khi bà đến đón con gái. Sau khi đọc xong hai lá thư, Kelly đã gọi một cuộc điện thoại thu tiền người nhận từ một bốt điện thoại vào chiều hôm đó. Vậy nên khi Giles liên lạc với Virginia, bà biết chính xác ông ta thực sự muốn gì.</w:t>
      </w:r>
    </w:p>
    <w:p>
      <w:pPr>
        <w:spacing w:after="80"/>
      </w:pPr>
      <w:r>
        <w:rPr>
          <w:b w:val="0"/>
          <w:i w:val="0"/>
        </w:rPr>
        <w:t>Hóa đơn 2,000 đô-la của thám tử đã được Farthings chi trả dư thừa để đổi lấy một bản sao di chúc của Desmond Mellor và một địa chỉ dẫn họ đến người thân kế tiếp của ông. Sebastian Clifton cũng giúp bà tiết kiệm chi phí đi lại Chicago, đưa Kelly Mellor về Anh và chuẩn bị cho cô ấy cuộc gặp với Sorkin, chỉ để rốt cuộc phải trả gấp đôi cho 51 phần trăm cổ phần công ty của Kelly. Virginia quyết định lần này bà có thể rộng lượng về chuyện chi phí, tin chắc rằng Kelly sắp thay thế cha mình làm một nguồn thu nhập thay thế.</w:t>
      </w:r>
    </w:p>
    <w:p>
      <w:pPr>
        <w:jc w:val="center"/>
      </w:pPr>
      <w:r>
        <w:drawing>
          <wp:inline xmlns:a="http://schemas.openxmlformats.org/drawingml/2006/main" xmlns:pic="http://schemas.openxmlformats.org/drawingml/2006/picture">
            <wp:extent cx="304800" cy="85725"/>
            <wp:docPr id="72" name="Picture 7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Để tôi cố hiểu điều bà đang đề xuất, Quý bà Virginia, Ngài Edward Makepeace nói. Bà muốn tôi liên hệ với các luật sư của Cyrus T. Grant, và đề nghị rằng thay vì trả 100,000 một năm trong chín năm tới, bà sẵn lòng dàn xếp vụ kiện bằng một khoản thanh toán một lần là 500,000?</w:t>
      </w:r>
    </w:p>
    <w:p>
      <w:pPr>
        <w:spacing w:after="80"/>
      </w:pPr>
      <w:r>
        <w:rPr>
          <w:b w:val="0"/>
          <w:i w:val="0"/>
        </w:rPr>
        <w:t>Thanh toán đầy đủ và cuối cùng.</w:t>
      </w:r>
    </w:p>
    <w:p>
      <w:pPr>
        <w:spacing w:after="80"/>
      </w:pPr>
      <w:r>
        <w:rPr>
          <w:b w:val="0"/>
          <w:i w:val="0"/>
        </w:rPr>
        <w:t>Tôi sẽ liên lạc với Ngài Goodman và cho bà biết ông ấy nghĩ gì về đề xuất của bà.</w:t>
      </w:r>
    </w:p>
    <w:p>
      <w:pPr>
        <w:jc w:val="center"/>
      </w:pPr>
      <w:r>
        <w:drawing>
          <wp:inline xmlns:a="http://schemas.openxmlformats.org/drawingml/2006/main" xmlns:pic="http://schemas.openxmlformats.org/drawingml/2006/picture">
            <wp:extent cx="304800" cy="85725"/>
            <wp:docPr id="73" name="Picture 7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Cyrus T. Grant III phải mất cả tháng trời mới đồng ý dàn xếp vụ kiện với Virginia với khoản tiền 500,000 để giải quyết trọn vẹn và chấm dứt, và chỉ sau khi bị Ellie May thúc giục liên tục.</w:t>
      </w:r>
    </w:p>
    <w:p>
      <w:pPr>
        <w:spacing w:after="80"/>
      </w:pPr>
      <w:r>
        <w:rPr>
          <w:b w:val="0"/>
          <w:i w:val="0"/>
        </w:rPr>
        <w:t>Như ông tôi thường nói, cô ấy nhắc anh ta, thà một đô-la trong ngân hàng còn hơn lời hứa của một của hồi môn.</w:t>
      </w:r>
    </w:p>
    <w:p>
      <w:pPr>
        <w:jc w:val="center"/>
      </w:pPr>
      <w:r>
        <w:drawing>
          <wp:inline xmlns:a="http://schemas.openxmlformats.org/drawingml/2006/main" xmlns:pic="http://schemas.openxmlformats.org/drawingml/2006/picture">
            <wp:extent cx="304800" cy="85725"/>
            <wp:docPr id="74" name="Picture 7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Thêm một tháng nữa trôi qua trước khi Virginia nhận được hóa đơn từ Ngài Edward Makepeace, trị giá 2,300, mà cô thanh toán ngay lập tức, vì cô chẳng bao giờ chắc được khi nào mình lại cần đến dịch vụ của ông.</w:t>
      </w:r>
    </w:p>
    <w:p>
      <w:pPr>
        <w:spacing w:after="80"/>
      </w:pPr>
      <w:r>
        <w:rPr>
          <w:b w:val="0"/>
          <w:i w:val="0"/>
        </w:rPr>
        <w:t>Một trong số ít lá thư cô mở trong những tuần sau đó là từ Coutts, thông báo rằng tài khoản vãng lai của cô vẫn còn dư 41,000. Desmond Mellor hóa ra lại sinh lợi hơn nhiều khi chết so với khi còn sống.</w:t>
      </w:r>
    </w:p>
    <w:p>
      <w:pPr>
        <w:spacing w:after="80"/>
      </w:pPr>
      <w:r>
        <w:rPr>
          <w:b w:val="0"/>
          <w:i w:val="0"/>
        </w:rPr>
        <w:t>Khi đồng hồ quay lại một giờ và nhiệt độ bắt đầu giảm, những suy nghĩ của Virginia hướng về một kỳ nghỉ đông. Cô thấy khó chọn giữa một biệt thự ở miền Nam nước Pháp hay dãy phòng hoàng gia tại khách sạn Sandy Lane ở Barbados. Có lẽ cô sẽ để chàng trai trẻ cô mới gặp ở Annabels quyết định xem anh thích cái nào hơn. Cô đang nghĩ về Alberto thì mở một lá thư khác, lá thư này nhanh chóng xóa sạch mọi ý nghĩ về kỳ nghỉ trong đầu cô. Sau khi Virginia hoàn hồn khỏi cú sốc, cô tra số của người quản lý ngân hàng và đặt lịch gặp ông Leigh vào ngày hôm sau.</w:t>
      </w:r>
    </w:p>
    <w:p>
      <w:pPr>
        <w:jc w:val="center"/>
      </w:pPr>
      <w:r>
        <w:drawing>
          <wp:inline xmlns:a="http://schemas.openxmlformats.org/drawingml/2006/main" xmlns:pic="http://schemas.openxmlformats.org/drawingml/2006/picture">
            <wp:extent cx="304800" cy="85725"/>
            <wp:docPr id="75" name="Picture 7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Một trăm tám mươi lăm ngàn bảng? Virginia phản đối.</w:t>
      </w:r>
    </w:p>
    <w:p>
      <w:pPr>
        <w:spacing w:after="80"/>
      </w:pPr>
      <w:r>
        <w:rPr>
          <w:b w:val="0"/>
          <w:i w:val="0"/>
        </w:rPr>
        <w:t>Đúng vậy, thưa phu nhân, ông Leigh nói, sau khi đọc lá thư từ Thanh tra Thuế của HM.</w:t>
      </w:r>
    </w:p>
    <w:p>
      <w:pPr>
        <w:spacing w:after="80"/>
      </w:pPr>
      <w:r>
        <w:rPr>
          <w:b w:val="0"/>
          <w:i w:val="0"/>
        </w:rPr>
        <w:t>Nhưng sao có thể như vậy được?</w:t>
      </w:r>
    </w:p>
    <w:p>
      <w:pPr>
        <w:spacing w:after="80"/>
      </w:pPr>
      <w:r>
        <w:rPr>
          <w:b w:val="0"/>
          <w:i w:val="0"/>
        </w:rPr>
        <w:t>Tôi cho rằng phu nhân đã quen với thuế lợi tức vốn (capital gains tax) rồi chứ?</w:t>
      </w:r>
    </w:p>
    <w:p>
      <w:pPr>
        <w:spacing w:after="80"/>
      </w:pPr>
      <w:r>
        <w:rPr>
          <w:b w:val="0"/>
          <w:i w:val="0"/>
        </w:rPr>
        <w:t>Quen thì có, nhưng chúng tôi chưa từng được giới thiệu với nhau.</w:t>
      </w:r>
    </w:p>
    <w:p>
      <w:pPr>
        <w:spacing w:after="80"/>
      </w:pPr>
      <w:r>
        <w:rPr>
          <w:b w:val="0"/>
          <w:i w:val="0"/>
        </w:rPr>
        <w:t>Vậy thì tôi e là phu nhân sắp được giới thiệu đấy, Leigh nói, vì sở thuế đang đòi ba mươi phần trăm trong khoản lợi nhuận 230,000 mà phu nhân kiếm được từ việc bán các bức Lowry, khoản hoa hồng 300,000, và khoản phí 25,000 mà phu nhân được trả sau thương vụ mua lại Mellor Travel thành công.</w:t>
      </w:r>
    </w:p>
    <w:p>
      <w:pPr>
        <w:spacing w:after="80"/>
      </w:pPr>
      <w:r>
        <w:rPr>
          <w:b w:val="0"/>
          <w:i w:val="0"/>
        </w:rPr>
        <w:t>Nhưng sở thuế không nhận ra là tôi không có 185,000 sao? Tôi đã chia tay gần như từng xu để trả hết nợ với Cyrus.</w:t>
      </w:r>
    </w:p>
    <w:p>
      <w:pPr>
        <w:spacing w:after="80"/>
      </w:pPr>
      <w:r>
        <w:rPr>
          <w:b w:val="0"/>
          <w:i w:val="0"/>
        </w:rPr>
        <w:t>Thanh tra Thuế của HM không màng đến bất kỳ vấn đề cá nhân nào phu nhân có thể gặp, ông Leigh chỉ ra một cách chẳng giúp ích gì. Họ chỉ biết thu nhập của phu nhân, chứ không biết phu nhân tiêu bao nhiêu.</w:t>
      </w:r>
    </w:p>
    <w:p>
      <w:pPr>
        <w:spacing w:after="80"/>
      </w:pPr>
      <w:r>
        <w:rPr>
          <w:b w:val="0"/>
          <w:i w:val="0"/>
        </w:rPr>
        <w:t>Điều gì sẽ xảy ra nếu tôi không trả lời lá thư của họ?</w:t>
      </w:r>
    </w:p>
    <w:p>
      <w:pPr>
        <w:spacing w:after="80"/>
      </w:pPr>
      <w:r>
        <w:rPr>
          <w:b w:val="0"/>
          <w:i w:val="0"/>
        </w:rPr>
        <w:t>Nếu phu nhân không phản hồi trong vòng ba mươi ngày, họ sẽ bắt đầu tính cho phu nhân một mức lãi suất phạt cho đến khi phu nhân phản hồi.</w:t>
      </w:r>
    </w:p>
    <w:p>
      <w:pPr>
        <w:spacing w:after="80"/>
      </w:pPr>
      <w:r>
        <w:rPr>
          <w:b w:val="0"/>
          <w:i w:val="0"/>
        </w:rPr>
        <w:t>Và nếu tôi không thể?</w:t>
      </w:r>
    </w:p>
    <w:p>
      <w:pPr>
        <w:spacing w:after="80"/>
      </w:pPr>
      <w:r>
        <w:rPr>
          <w:b w:val="0"/>
          <w:i w:val="0"/>
        </w:rPr>
        <w:t>Họ sẽ đưa bà ra tòa, tuyên bố bà phá sản và tịch thu toàn bộ tài sản của bà.</w:t>
      </w:r>
    </w:p>
    <w:p>
      <w:pPr>
        <w:spacing w:after="80"/>
      </w:pPr>
      <w:r>
        <w:rPr>
          <w:b w:val="0"/>
          <w:i w:val="0"/>
        </w:rPr>
        <w:t>Ai mà ngờ được, Virginia nói, rằng ông sở thuế hóa ra lại còn là một mụ đàn bà khốn nạn hơn cả Ellie May Grant.</w:t>
      </w:r>
    </w:p>
    <w:p>
      <w:pPr>
        <w:jc w:val="center"/>
      </w:pPr>
      <w:r>
        <w:drawing>
          <wp:inline xmlns:a="http://schemas.openxmlformats.org/drawingml/2006/main" xmlns:pic="http://schemas.openxmlformats.org/drawingml/2006/picture">
            <wp:extent cx="304800" cy="85725"/>
            <wp:docPr id="76" name="Picture 7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Virginia biết người duy nhất có thể tin cậy để giải quyết vấn đề của mình với ông sở thuế, và dù đã mấy tháng không liên lạc với cô ấy — do áp lực công việc — cô nghĩ mình sẽ giải thích rằng chắc chắn không khó để thuyết phục Kelly đầu tư vài trăm nghìn vào một thương vụ không thể thất bại.</w:t>
      </w:r>
    </w:p>
    <w:p>
      <w:pPr>
        <w:spacing w:after="80"/>
      </w:pPr>
      <w:r>
        <w:rPr>
          <w:b w:val="0"/>
          <w:i w:val="0"/>
        </w:rPr>
        <w:t>Sau khi về đến nhà sau cuộc gặp với ông Leigh, Virginia dành một lúc lục tìm lá thư Kelly gửi mấy tuần trước, lá thư mà giờ cô hối hận vì đã không hồi âm. Dù vậy, cô nghĩ, nhìn địa chỉ trên đầu tờ giấy viết thư, càng thêm lý do để đến thăm bất ngờ The Little Gables, Lodge Lane, Nailsea, gần Bristol.</w:t>
      </w:r>
    </w:p>
    <w:p>
      <w:pPr>
        <w:spacing w:after="80"/>
      </w:pPr>
      <w:r>
        <w:rPr>
          <w:b w:val="0"/>
          <w:i w:val="0"/>
        </w:rPr>
        <w:t>Sáng hôm sau Virginia dậy trước khi mặt trời mọc, một chuyện hiếm khi xảy ra, nhưng thật ra cô đã không tài nào ngủ được. Cô lên đường đến vùng West Country ngay sau chín giờ sáng, và tận dụng chặng đường dài để tập dượt những lời lẽ về một cơ hội đầu tư ngàn năm có một mà Kelly sẽ thật dại dột nếu không nắm lấy.</w:t>
      </w:r>
    </w:p>
    <w:p>
      <w:pPr>
        <w:spacing w:after="80"/>
      </w:pPr>
      <w:r>
        <w:rPr>
          <w:b w:val="0"/>
          <w:i w:val="0"/>
        </w:rPr>
        <w:t>Cô đi ngang một tấm biển chỉ dẫn đến Nailsea ngay trước giữa trưa, và dừng lại hỏi đường đến Lodge Lane một ông cụ. Khi cô đỗ xe trước The Little Gables, tim cô chùng xuống khi thấy tấm biển "For Sale" (Nhà bán) trên bãi cỏ trước nhà. Virginia cho rằng chắc Kelly đang chuyển đến một ngôi nhà lớn hơn. Cô bước lên lối đi và gõ cửa trước. Một lát sau, một chàng trai trẻ ra mở cửa, nở với cô nụ cười chờ đợi.</w:t>
      </w:r>
    </w:p>
    <w:p>
      <w:pPr>
        <w:spacing w:after="80"/>
      </w:pPr>
      <w:r>
        <w:rPr>
          <w:b w:val="0"/>
          <w:i w:val="0"/>
        </w:rPr>
        <w:t>Bà Campion phải không ạ?</w:t>
      </w:r>
    </w:p>
    <w:p>
      <w:pPr>
        <w:spacing w:after="80"/>
      </w:pPr>
      <w:r>
        <w:rPr>
          <w:b w:val="0"/>
          <w:i w:val="0"/>
        </w:rPr>
        <w:t>Không, tôi không phải bà Campion. Tôi là Quý bà Virginia Fenwick.</w:t>
      </w:r>
    </w:p>
    <w:p>
      <w:pPr>
        <w:spacing w:after="80"/>
      </w:pPr>
      <w:r>
        <w:rPr>
          <w:b w:val="0"/>
          <w:i w:val="0"/>
        </w:rPr>
        <w:t>Tôi xin lỗi, thưa Quý bà Fenwick.</w:t>
      </w:r>
    </w:p>
    <w:p>
      <w:pPr>
        <w:spacing w:after="80"/>
      </w:pPr>
      <w:r>
        <w:rPr>
          <w:b w:val="0"/>
          <w:i w:val="0"/>
        </w:rPr>
        <w:t>Tôi cũng không phải Quý bà Fenwick. Tôi là con gái một bá tước, không phải vợ của một life peer (quý tộc trọn đời). Anh có thể gọi tôi là Quý bà Virginia.</w:t>
      </w:r>
    </w:p>
    <w:p>
      <w:pPr>
        <w:spacing w:after="80"/>
      </w:pPr>
      <w:r>
        <w:rPr>
          <w:b w:val="0"/>
          <w:i w:val="0"/>
        </w:rPr>
        <w:t>Dĩ nhiên rồi, anh nói, và xin lỗi lần thứ hai. Tôi có thể giúp gì cho bà, thưa Quý bà Virginia?</w:t>
      </w:r>
    </w:p>
    <w:p>
      <w:pPr>
        <w:spacing w:after="80"/>
      </w:pPr>
      <w:r>
        <w:rPr>
          <w:b w:val="0"/>
          <w:i w:val="0"/>
        </w:rPr>
        <w:t>Anh có thể bắt đầu bằng việc cho tôi biết anh là ai.</w:t>
      </w:r>
    </w:p>
    <w:p>
      <w:pPr>
        <w:spacing w:after="80"/>
      </w:pPr>
      <w:r>
        <w:rPr>
          <w:b w:val="0"/>
          <w:i w:val="0"/>
        </w:rPr>
        <w:t>Tên tôi là Neil Osborne và tôi là nhân viên môi giới bất động sản phụ trách việc bán căn nhà này. Bà có quan tâm đến việc mua không ạ?</w:t>
      </w:r>
    </w:p>
    <w:p>
      <w:pPr>
        <w:spacing w:after="80"/>
      </w:pPr>
      <w:r>
        <w:rPr>
          <w:b w:val="0"/>
          <w:i w:val="0"/>
        </w:rPr>
        <w:t>Dĩ nhiên là không. Tôi chỉ đến thăm người bạn cũ Kelly Mellor của tôi. Cô ấy vẫn sống ở đây chứ?</w:t>
      </w:r>
    </w:p>
    <w:p>
      <w:pPr>
        <w:spacing w:after="80"/>
      </w:pPr>
      <w:r>
        <w:rPr>
          <w:b w:val="0"/>
          <w:i w:val="0"/>
        </w:rPr>
        <w:t>Không, cô ấy chuyển đi ngay sau khi yêu cầu chúng tôi đưa căn nhà trở lại thị trường.</w:t>
      </w:r>
    </w:p>
    <w:p>
      <w:pPr>
        <w:spacing w:after="80"/>
      </w:pPr>
      <w:r>
        <w:rPr>
          <w:b w:val="0"/>
          <w:i w:val="0"/>
        </w:rPr>
        <w:t>Cô ấy có chuyển đến chỗ nào gần đây không?</w:t>
      </w:r>
    </w:p>
    <w:p>
      <w:pPr>
        <w:spacing w:after="80"/>
      </w:pPr>
      <w:r>
        <w:rPr>
          <w:b w:val="0"/>
          <w:i w:val="0"/>
        </w:rPr>
        <w:t>Perth.</w:t>
      </w:r>
    </w:p>
    <w:p>
      <w:pPr>
        <w:spacing w:after="80"/>
      </w:pPr>
      <w:r>
        <w:rPr>
          <w:b w:val="0"/>
          <w:i w:val="0"/>
        </w:rPr>
        <w:t>Ở Scotland à?</w:t>
      </w:r>
    </w:p>
    <w:p>
      <w:pPr>
        <w:spacing w:after="80"/>
      </w:pPr>
      <w:r>
        <w:rPr>
          <w:b w:val="0"/>
          <w:i w:val="0"/>
        </w:rPr>
        <w:t>Không, ở Australia. Câu đó khiến Virginia im lặng một lát, và cho phép chàng trai trẻ nói nốt câu thứ hai. Điều duy nhất tôi có thể nói với bà, thưa Lady Virginia, là Kelly đã chỉ thị chúng tôi gửi số tiền thu được từ vụ bán vào một tài khoản ngân hàng chung ở Perth.</w:t>
      </w:r>
    </w:p>
    <w:p>
      <w:pPr>
        <w:spacing w:after="80"/>
      </w:pPr>
      <w:r>
        <w:rPr>
          <w:b w:val="0"/>
          <w:i w:val="0"/>
        </w:rPr>
        <w:t>Một tài khoản ngân hàng chung ư?</w:t>
      </w:r>
    </w:p>
    <w:p>
      <w:pPr>
        <w:spacing w:after="80"/>
      </w:pPr>
      <w:r>
        <w:rPr>
          <w:b w:val="0"/>
          <w:i w:val="0"/>
        </w:rPr>
        <w:t>Đúng vậy, tôi chỉ gặp Barry một lần, khá sớm sau khi họ đính hôn. Anh ta có vẻ là một người tử tế, Osborne nói thêm khi nhìn qua vai Virginia. Ông bà có phải là ông bà Campion không? anh hỏi một cặp vợ chồng trẻ đang đi lên con đường dẫn vào nhà.</w:t>
      </w:r>
    </w:p>
    <w:p>
      <w:pPr>
        <w:jc w:val="center"/>
      </w:pPr>
      <w:r>
        <w:drawing>
          <wp:inline xmlns:a="http://schemas.openxmlformats.org/drawingml/2006/main" xmlns:pic="http://schemas.openxmlformats.org/drawingml/2006/picture">
            <wp:extent cx="304800" cy="85725"/>
            <wp:docPr id="77" name="Picture 7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Virginia nhận được lá thư thứ hai từ Thanh tra Thuế HM (HM Inspector of Taxes), bà nhận ra chỉ còn một người để bà có thể nhờ cậy, dù đó không phải là người sẽ tin vào một câu chuyện về khoản đầu tư không thể thất bại.</w:t>
      </w:r>
    </w:p>
    <w:p>
      <w:pPr>
        <w:spacing w:after="80"/>
      </w:pPr>
      <w:r>
        <w:rPr>
          <w:b w:val="0"/>
          <w:i w:val="0"/>
        </w:rPr>
        <w:t>Bà chọn một ngày cuối tuần khi Hon. Freddie Fenwick sẽ ở trường nội trú, và chị dâu của bà, một người phụ nữ mà Virginia chưa bao giờ ưa lắm, và bà nghi ngờ rằng tình cảm đó là song phương, sẽ đi thăm một người dì lớn tuổi ở Dumfries.</w:t>
      </w:r>
    </w:p>
    <w:p>
      <w:pPr>
        <w:spacing w:after="80"/>
      </w:pPr>
      <w:r>
        <w:rPr>
          <w:b w:val="0"/>
          <w:i w:val="0"/>
        </w:rPr>
        <w:t>Virginia không đi tàu đêm, theo bà đó là một cách gọi sai lệch, vì bà chẳng bao giờ ngủ được quá một tiếng khi toa tàu rung lắc qua các ghi đường ray. Thay vào đó, bà chọn đi lên Scotland vào ban ngày, điều này sẽ cho bà thừa thời gian để xem lại kế hoạch của mình, và chuẩn bị cho bất kỳ câu hỏi khó xử nào mà anh trai bà có thể đưa ra. Suy cho cùng, khi bà gọi điện cho anh để nói rằng bà muốn nghe lời khuyên của anh và cần gặp anh gấp, bà biết anh sẽ cho rằng "lời khuyên" lại là một cách gọi sai lệch nữa, dù bà chấp nhận rằng anh có thể thấy 185,000 là hơi cao, trừ khi anh sẵn lòng ủng hộ lời khẳng định của bà rằng . . .</w:t>
      </w:r>
    </w:p>
    <w:p>
      <w:pPr>
        <w:spacing w:after="80"/>
      </w:pPr>
      <w:r>
        <w:rPr>
          <w:b w:val="0"/>
          <w:i w:val="0"/>
        </w:rPr>
        <w:t>Archie đã cho xe đến, nếu có thể gọi một chiếc Vauxhall estate đời 1975 cũ nát là xe, để đón bà khi bà đến Edinburgh Waverley. Phu nhân được đưa đến Fenwick Hall chỉ cùng với mùi chó Labrador và vỏ đạn đã dùng, mà không nói với tài xế một lời nào.</w:t>
      </w:r>
    </w:p>
    <w:p>
      <w:pPr>
        <w:spacing w:after="80"/>
      </w:pPr>
      <w:r>
        <w:rPr>
          <w:b w:val="0"/>
          <w:i w:val="0"/>
        </w:rPr>
        <w:t>Khi người quản gia đưa Lady Virginia đến phòng ngủ dành cho khách, ông thông báo với bà rằng ngài bá tước đang đi săn nhưng dự kiến sẽ về kịp bữa tối. Virginia thong thả dỡ hành lý, việc mà vào thời cha bà sẽ do một cô hầu phòng làm, rồi ngâm mình trong bồn nước ấm mà bà phải tự xả. Sau khi thay đồ để dùng bữa tối, bà mài móng tay để chuẩn bị cho cuộc đối đầu.</w:t>
      </w:r>
    </w:p>
    <w:p>
      <w:pPr>
        <w:spacing w:after="80"/>
      </w:pPr>
      <w:r>
        <w:rPr>
          <w:b w:val="0"/>
          <w:i w:val="0"/>
        </w:rPr>
        <w:t>Bữa tối diễn ra khá suôn sẻ, nhưng họ không bàn đến bất cứ điều gì quan trọng cho đến khi cà phê được dọn ra và những người hầu đã lui xuống.</w:t>
      </w:r>
    </w:p>
    <w:p>
      <w:pPr>
        <w:spacing w:after="80"/>
      </w:pPr>
      <w:r>
        <w:rPr>
          <w:b w:val="0"/>
          <w:i w:val="0"/>
        </w:rPr>
        <w:t>Anh khá chắc là em không đi cả quãng đường này chỉ để hỏi thăm gia đình thế nào đâu, Virginia, Archie nói sau khi rót cho mình một ly brandy. Vậy nói anh nghe, lý do thật sự cho chuyến thăm của em là gì?</w:t>
      </w:r>
    </w:p>
    <w:p>
      <w:pPr>
        <w:spacing w:after="80"/>
      </w:pPr>
      <w:r>
        <w:rPr>
          <w:b w:val="0"/>
          <w:i w:val="0"/>
        </w:rPr>
        <w:t>Virginia đặt tách cà phê xuống, hít một hơi thật sâu, và nói, Em đang cân nhắc nghiêm túc việc phản đối di chúc của cha. Sau khi bà tung ra đòn mở đầu đã được chuẩn bị kỹ càng, rõ ràng qua vẻ mặt của anh trai bà rằng anh không hề ngạc nhiên.</w:t>
      </w:r>
    </w:p>
    <w:p>
      <w:pPr>
        <w:spacing w:after="80"/>
      </w:pPr>
      <w:r>
        <w:rPr>
          <w:b w:val="0"/>
          <w:i w:val="0"/>
        </w:rPr>
        <w:t>Với lý do gì? anh bình thản hỏi.</w:t>
      </w:r>
    </w:p>
    <w:p>
      <w:pPr>
        <w:spacing w:after="80"/>
      </w:pPr>
      <w:r>
        <w:rPr>
          <w:b w:val="0"/>
          <w:i w:val="0"/>
        </w:rPr>
        <w:t>Với lý do là cha đã hứa để lại cho em Nhà máy chưng cất Glen Fenwick, cùng với lợi nhuận hằng năm khoảng 100,000 một năm, điều đó sẽ cho phép em sống thoải mái suốt quãng đời còn lại.</w:t>
      </w:r>
    </w:p>
    <w:p>
      <w:pPr>
        <w:spacing w:after="80"/>
      </w:pPr>
      <w:r>
        <w:rPr>
          <w:b w:val="0"/>
          <w:i w:val="0"/>
        </w:rPr>
        <w:t>Nhưng em biết rõ mà, Virginia, trong di chúc cha để lại nhà máy chưng cất cho Freddie, đứa con mà em đã bỏ rơi vài năm trước, để lại cho anh trách nhiệm nuôi dạy con trai em.</w:t>
      </w:r>
    </w:p>
    <w:p>
      <w:pPr>
        <w:spacing w:after="80"/>
      </w:pPr>
      <w:r>
        <w:rPr>
          <w:b w:val="0"/>
          <w:i w:val="0"/>
        </w:rPr>
        <w:t>Anh ta không phải con trai tôi, như chị biết rõ. Nó chẳng qua chỉ là đứa con của ông quản gia cũ và vợ ông ta. Vậy nên nó hoàn toàn không có quyền gì đối với tài sản của cha.</w:t>
      </w:r>
    </w:p>
    <w:p>
      <w:pPr>
        <w:spacing w:after="80"/>
      </w:pPr>
      <w:r>
        <w:rPr>
          <w:b w:val="0"/>
          <w:i w:val="0"/>
        </w:rPr>
        <w:t>Virginia liếc nhìn anh trai, chờ xem anh sẽ phản ứng thế nào trước cú sốc này, nhưng một lần nữa, không một chút ngạc nhiên nào hằn lên vầng trán anh.</w:t>
      </w:r>
    </w:p>
    <w:p>
      <w:pPr>
        <w:spacing w:after="80"/>
      </w:pPr>
      <w:r>
        <w:rPr>
          <w:b w:val="0"/>
          <w:i w:val="0"/>
        </w:rPr>
        <w:t>Archie cúi xuống vuốt ve Wellington, con chó đang ngủ bên cạnh anh. Không chỉ tôi biết rõ Freddie không phải con trai chị, mà điều đó còn được xác nhận không chút nghi ngờ sau chuyến thăm của bà Ellie May Grant, người đã kể cho tôi nghe rất chi tiết về màn kịch chị dàn dựng khi vị hôn phu của bà ấy lưu trú tại khách sạn Ritz vài năm trước, và sau đó là lời tuyên bố của chị rằng chị đang mang thai và Cyrus là cha của Freddie.</w:t>
      </w:r>
    </w:p>
    <w:p>
      <w:pPr>
        <w:spacing w:after="80"/>
      </w:pPr>
      <w:r>
        <w:rPr>
          <w:b w:val="0"/>
          <w:i w:val="0"/>
        </w:rPr>
        <w:t>Tại sao người phụ nữ đó lại muốn gặp anh? Virginia gặng hỏi, có phần bị chệch hướng.</w:t>
      </w:r>
    </w:p>
    <w:p>
      <w:pPr>
        <w:spacing w:after="80"/>
      </w:pPr>
      <w:r>
        <w:rPr>
          <w:b w:val="0"/>
          <w:i w:val="0"/>
        </w:rPr>
        <w:t>Để xem tôi có sẵn lòng trả lại phần nào số tiền mà chị đã gian lận lấy từ chồng bà ấy trong suốt thập kỷ qua không.</w:t>
      </w:r>
    </w:p>
    <w:p>
      <w:pPr>
        <w:spacing w:after="80"/>
      </w:pPr>
      <w:r>
        <w:rPr>
          <w:b w:val="0"/>
          <w:i w:val="0"/>
        </w:rPr>
        <w:t>Anh đáng lẽ có thể đề nghị bà ấy nguồn thu từ nhà máy chưng cất cho đến khi trả hết nợ, thế là giải quyết được mọi vấn đề của tôi.</w:t>
      </w:r>
    </w:p>
    <w:p>
      <w:pPr>
        <w:spacing w:after="80"/>
      </w:pPr>
      <w:r>
        <w:rPr>
          <w:b w:val="0"/>
          <w:i w:val="0"/>
        </w:rPr>
        <w:t>Như chị biết rõ đấy, Virginia, nó không phải của tôi để mà đề nghị. Cha để lại nhà máy chưng cất cho Freddie và quy định rằng nó phải do tôi quản lý cho đến khi thằng bé tròn hai mươi lăm tuổi, khi đó nó sẽ tự động thuộc về nó.</w:t>
      </w:r>
    </w:p>
    <w:p>
      <w:pPr>
        <w:spacing w:after="80"/>
      </w:pPr>
      <w:r>
        <w:rPr>
          <w:b w:val="0"/>
          <w:i w:val="0"/>
        </w:rPr>
        <w:t>Nhưng giờ anh đã biết Freddie không phải con trai tôi, chắc chắn anh sẽ ủng hộ yêu cầu của tôi rằng trong một bản di chúc trước đó, mà cả hai chúng ta đều đã thấy, Cha để lại nhà máy chưng cất cho tôi.</w:t>
      </w:r>
    </w:p>
    <w:p>
      <w:pPr>
        <w:spacing w:after="80"/>
      </w:pPr>
      <w:r>
        <w:rPr>
          <w:b w:val="0"/>
          <w:i w:val="0"/>
        </w:rPr>
        <w:t>Nhưng sau đó ông đã đổi ý. Và mãi đến khi bà Grant kể cho tôi nghe loại whisky yêu thích của chồng bà ấy, tôi mới nhận ra ý nghĩa của việc cha chỉ để lại cho chị một chai Makers Mark trong di chúc, điều này phần nào cho thấy ông cũng biết Freddie không phải con trai chị.</w:t>
      </w:r>
    </w:p>
    <w:p>
      <w:pPr>
        <w:spacing w:after="80"/>
      </w:pPr>
      <w:r>
        <w:rPr>
          <w:b w:val="0"/>
          <w:i w:val="0"/>
        </w:rPr>
        <w:t>Tôi nhận được một hóa đơn thuế 185,000, Virginia buột miệng, mà tôi không đủ khả năng trả.</w:t>
      </w:r>
    </w:p>
    <w:p>
      <w:pPr>
        <w:spacing w:after="80"/>
      </w:pPr>
      <w:r>
        <w:rPr>
          <w:b w:val="0"/>
          <w:i w:val="0"/>
        </w:rPr>
        <w:t>Tôi rất tiếc khi nghe điều đó, Archie nói. Nhưng theo kinh nghiệm của tôi, cơ quan thuế không gửi yêu cầu đòi 185,000 trừ khi người liên quan đã kiếm được khoản lãi vốn khoảng... anh ngập ngừng một lát... khoảng nửa triệu.</w:t>
      </w:r>
    </w:p>
    <w:p>
      <w:pPr>
        <w:spacing w:after="80"/>
      </w:pPr>
      <w:r>
        <w:rPr>
          <w:b w:val="0"/>
          <w:i w:val="0"/>
        </w:rPr>
        <w:t>Tôi đã tiêu sạch từng xu tôi kiếm được để dàn xếp yêu cầu của Cyrus, và giờ chẳng còn lại gì.</w:t>
      </w:r>
    </w:p>
    <w:p>
      <w:pPr>
        <w:spacing w:after="80"/>
      </w:pPr>
      <w:r>
        <w:rPr>
          <w:b w:val="0"/>
          <w:i w:val="0"/>
        </w:rPr>
        <w:t>Chà, tôi chắc chắn không có loại tiền đó trong tay, Virginia, kể cả khi tôi có sẵn lòng giúp chị. Từng xu tôi kiếm được đều được tái đầu tư vào điền trang, mà tiện thể nói luôn là năm ngoái nó chỉ vừa đủ hòa vốn, và như chị thấy đấy, chúng tôi đâu có sống sung sướng gì cho cam. Thực tế, nếu tôi buộc phải cắt giảm thêm, khoản tiếp theo sẽ phải là tiền trợ cấp hàng tháng của chị. Trớ trêu thay, Freddie lại được hưởng lợi từ di chúc của Cha nhiều hơn bất kỳ ai trong chúng ta.</w:t>
      </w:r>
    </w:p>
    <w:p>
      <w:pPr>
        <w:spacing w:after="80"/>
      </w:pPr>
      <w:r>
        <w:rPr>
          <w:b w:val="0"/>
          <w:i w:val="0"/>
        </w:rPr>
        <w:t>Nhưng tất cả sẽ thay đổi nếu tôi có thể nắm được nhà máy chưng cất. Virginia nghiêng người về phía trước và nhìn anh trai đầy hy vọng. Nếu anh ủng hộ tôi, Archie, tôi sẵn lòng chia đôi năm mươi-năm mươi.</w:t>
      </w:r>
    </w:p>
    <w:p>
      <w:pPr>
        <w:spacing w:after="80"/>
      </w:pPr>
      <w:r>
        <w:rPr>
          <w:b w:val="0"/>
          <w:i w:val="0"/>
        </w:rPr>
        <w:t>Không đời nào, Virginia. Đó rõ ràng là ý nguyện của Cha, và trong chính bản di chúc đó, ông đã chỉ thị tôi phải đảm bảo chúng được thực thi. Và đó chính xác là điều tôi định làm.</w:t>
      </w:r>
    </w:p>
    <w:p>
      <w:pPr>
        <w:spacing w:after="80"/>
      </w:pPr>
      <w:r>
        <w:rPr>
          <w:b w:val="0"/>
          <w:i w:val="0"/>
        </w:rPr>
        <w:t>Nhưng chắc chắn máu mủ phải đứng trước</w:t>
      </w:r>
    </w:p>
    <w:p>
      <w:pPr>
        <w:spacing w:after="80"/>
      </w:pPr>
      <w:r>
        <w:rPr>
          <w:b w:val="0"/>
          <w:i w:val="0"/>
        </w:rPr>
        <w:t>Giữ lời hứa ư? Không, không đâu, Virginia ạ, và tôi phải cảnh báo cô rằng nếu cô liều lĩnh đến mức thách thức di chúc của Cha và sự việc phải đưa ra tòa, tôi sẽ không ngần ngại ủng hộ yêu cầu của Freddie, bởi đó chính là điều Cha mong đợi ở tôi.</w:t>
      </w:r>
    </w:p>
    <w:p>
      <w:pPr>
        <w:spacing w:after="80"/>
      </w:pPr>
      <w:r>
        <w:rPr>
          <w:b w:val="0"/>
          <w:i w:val="0"/>
        </w:rPr>
        <w:t>Trên hành trình trở về London, Virginia kết luận rằng một lần nữa, cô sẽ phải liên lạc với người anh họ xa xôi ở Argentina, và khá gấp gáp là đằng khác.</w:t>
      </w:r>
    </w:p>
    <w:p>
      <w:pPr>
        <w:jc w:val="center"/>
      </w:pPr>
      <w:r>
        <w:drawing>
          <wp:inline xmlns:a="http://schemas.openxmlformats.org/drawingml/2006/main" xmlns:pic="http://schemas.openxmlformats.org/drawingml/2006/picture">
            <wp:extent cx="304800" cy="85725"/>
            <wp:docPr id="78" name="Picture 7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Sáng hôm sau, Virginia nhận được lời nhắc nhở cuối cùng từ Thanh tra Thuế của Bệ hạ (HM Inspector of Taxes), cô vò nát nó và ném vào thùng rác gần nhất. Đến chiều, cô miễn cưỡng cân nhắc việc đặt vé hạng phổ thông đến Buenos Aires, và thậm chí đã bắt đầu thu dọn hành lý, trong khi nghĩ về những thứ cô sẽ bỏ lỡ nếu bị đày ải, gồm Annabels, người bạn Priscilla, Bofie và cả tờ </w:t>
      </w:r>
      <w:r>
        <w:rPr>
          <w:b w:val="0"/>
          <w:i/>
        </w:rPr>
        <w:t>Daily Mail</w:t>
      </w:r>
      <w:r>
        <w:rPr>
          <w:b w:val="0"/>
          <w:i w:val="0"/>
        </w:rPr>
        <w:t xml:space="preserve">. Cô thấy khó tin rằng tờ </w:t>
      </w:r>
      <w:r>
        <w:rPr>
          <w:b w:val="0"/>
          <w:i/>
        </w:rPr>
        <w:t>Buenos Aires Herald</w:t>
      </w:r>
      <w:r>
        <w:rPr>
          <w:b w:val="0"/>
          <w:i w:val="0"/>
        </w:rPr>
        <w:t xml:space="preserve"> lại có sức hấp dẫn tương tự.</w:t>
      </w:r>
    </w:p>
    <w:p>
      <w:pPr>
        <w:spacing w:after="80"/>
      </w:pPr>
      <w:r>
        <w:rPr>
          <w:b w:val="0"/>
          <w:i w:val="0"/>
        </w:rPr>
        <w:t>Cô lật sang chuyên mục của Nigel Dempster để xem bạn bè mình đang làm gì. Một bức ảnh của người phụ nữ cô không ưa chiếm trọn chuyên mục của ông ta, dù tin về cái chết của bà ta không khiến tim Virginia hẫng một nhịp.</w:t>
      </w:r>
    </w:p>
    <w:p>
      <w:pPr>
        <w:spacing w:after="80"/>
      </w:pPr>
      <w:r>
        <w:rPr>
          <w:b w:val="0"/>
          <w:i/>
        </w:rPr>
        <w:t>Thật vô cùng đau buồn</w:t>
      </w:r>
      <w:r>
        <w:rPr>
          <w:b w:val="0"/>
          <w:i w:val="0"/>
        </w:rPr>
        <w:t xml:space="preserve">, Dempster đưa tin, </w:t>
      </w:r>
      <w:r>
        <w:rPr>
          <w:b w:val="0"/>
          <w:i/>
        </w:rPr>
        <w:t>khi tôi biết tin về cái chết của Lavinia, Nữ công tước xứ Hertford, người được ngưỡng mộ vì sắc đẹp, sự duyên dáng và trí thông minh.</w:t>
      </w:r>
      <w:r>
        <w:rPr>
          <w:b w:val="0"/>
          <w:i w:val="0"/>
        </w:rPr>
        <w:t xml:space="preserve"> Đó đâu phải cách ông mô tả bà ta khi bà ta còn sống, Virginia nghĩ thầm. </w:t>
      </w:r>
      <w:r>
        <w:rPr>
          <w:b w:val="0"/>
          <w:i/>
        </w:rPr>
        <w:t>Bà sẽ được rất nhiều bạn bè thương tiếc</w:t>
      </w:r>
      <w:r>
        <w:rPr>
          <w:b w:val="0"/>
          <w:i w:val="0"/>
        </w:rPr>
        <w:t xml:space="preserve"> — những người mà lẽ ra có thể cùng bà uống trà trong một buồng điện thoại công cộng. Nhưng vì bà ta quá giàu và quyền lực, mọi người luôn cúi đầu khom lưng trước bà. </w:t>
      </w:r>
      <w:r>
        <w:rPr>
          <w:b w:val="0"/>
          <w:i/>
        </w:rPr>
        <w:t>Lễ tang sẽ được tổ chức tại Tu viện St Albans, với sự tham dự của Công chúa Margaret, một trong những người bạn lâu năm nhất của Nữ công tước. Nữ công tước để lại một con trai, Lord Clarence, hai con gái, Lady Alice và Lady Camilla, cùng người chồng tận tụy, Công tước xứ Hertford thứ mười ba. Lễ tang sẽ diễn ra vào . . .</w:t>
      </w:r>
    </w:p>
    <w:p>
      <w:pPr>
        <w:spacing w:after="80"/>
      </w:pPr>
      <w:r>
        <w:rPr>
          <w:b w:val="0"/>
          <w:i w:val="0"/>
        </w:rPr>
        <w:t>Virginia mở cuốn nhật ký, ghi chú ngày tháng bằng bút chì và lại dỡ hành lý ra.</w:t>
      </w:r>
    </w:p>
    <w:p>
      <w:pPr>
        <w:pStyle w:val="Heading1"/>
        <w:jc w:val="center"/>
      </w:pPr>
      <w:r>
        <w:rPr>
          <w:rFonts w:ascii="Calibri" w:hAnsi="Calibri"/>
          <w:b/>
          <w:i w:val="0"/>
          <w:sz w:val="40"/>
        </w:rPr>
        <w:t>22</w:t>
      </w:r>
    </w:p>
    <w:p>
      <w:pPr>
        <w:spacing w:after="80"/>
      </w:pPr>
      <w:r>
        <w:rPr>
          <w:b w:val="0"/>
          <w:i w:val="0"/>
        </w:rPr>
        <w:t>VIRGINIA CÓ THỂ chẳng có một xu dính túi, nhưng không ai thấy cô bước vào Tu viện St Albans sáng hôm đó lại nghĩ vậy. Cô mặc một chiếc váy lụa đen với cây trâm ngọc trai bà nội để lại, và mang theo một chiếc túi xách Hermès đen mà cô vẫn chưa trả tiền.</w:t>
      </w:r>
    </w:p>
    <w:p>
      <w:pPr>
        <w:spacing w:after="80"/>
      </w:pPr>
      <w:r>
        <w:rPr>
          <w:b w:val="0"/>
          <w:i w:val="0"/>
        </w:rPr>
        <w:t>Cô bước vào cửa phía tây vài phút trước khi buổi lễ bắt đầu, chỉ để thấy tu viện đã chật kín. Cô đưa mắt nhìn quanh giáo đoàn đông đúc, lo lắng không muốn bị xếp vào chỗ gần cuối hàng, không ai để ý, thì cô phát hiện một người đàn ông cao ráo, thanh lịch mặc áo đuôi tôm đang cầm gậy dẫn chỗ. Cô nở với ông ta một nụ cười ấm áp, nhưng rõ ràng ông ta không nhận ra cô.</w:t>
      </w:r>
    </w:p>
    <w:p>
      <w:pPr>
        <w:spacing w:after="80"/>
      </w:pPr>
      <w:r>
        <w:rPr>
          <w:b w:val="0"/>
          <w:i w:val="0"/>
        </w:rPr>
        <w:t>Tôi là Lady Virginia Fenwick, cô thì thầm. Một người bạn thân thiết của gia đình.</w:t>
      </w:r>
    </w:p>
    <w:p>
      <w:pPr>
        <w:spacing w:after="80"/>
      </w:pPr>
      <w:r>
        <w:rPr>
          <w:b w:val="0"/>
          <w:i w:val="0"/>
        </w:rPr>
        <w:t>Tất nhiên rồi, thưa quý bà, xin mời đi theo tôi.</w:t>
      </w:r>
    </w:p>
    <w:p>
      <w:pPr>
        <w:spacing w:after="80"/>
      </w:pPr>
      <w:r>
        <w:rPr>
          <w:b w:val="0"/>
          <w:i w:val="0"/>
        </w:rPr>
        <w:t>Virginia theo ông ta xuống lối đi giữa, ngang qua những hàng người đưa tang biết rõ vị trí của mình. Cô thấy vui sướng khi người dẫn chỗ tìm cho cô một chỗ ngồi ở hàng thứ năm, ngay phía sau gia đình, điều này khớp gọn với phần đầu kế hoạch của cô. Trong khi giả vờ nghiên cứu tờ chương trình lễ, cô liếc nhìn quanh xem ai ngồi gần đó. Cô nhận ra các công tước xứ Norfolk, Westminster và Marlborough, cùng vài quý tộc cha truyền con nối, những người đều từng là bạn của cha cô quá cố. Cô nhìn lại phía sau và thấy Bofie Bridgwater ngồi cách mấy hàng, nhưng cô không đáp lại cái cúi chào phóng đại của anh ta.</w:t>
      </w:r>
    </w:p>
    <w:p>
      <w:pPr>
        <w:spacing w:after="80"/>
      </w:pPr>
      <w:r>
        <w:rPr>
          <w:b w:val="0"/>
          <w:i w:val="0"/>
        </w:rPr>
        <w:t>Đàn organ cất lên báo hiệu một đoàn người quyền quý tiến bước, được vị tổng dẫn chỗ dẫn đầu một cách trang nghiêm xuống lối đi giữa. Thị trưởng Hertford theo sau là cảnh sát trưởng và quan đại diện hoàng gia của hạt, tất cả đều được đưa đến chỗ ngồi ở hàng thứ ba. Một lát sau, họ được nối bước bởi Lord Barrington xứ Bristol Docklands, cựu lãnh đạo Thượng viện.</w:t>
      </w:r>
    </w:p>
    <w:p>
      <w:pPr>
        <w:spacing w:after="80"/>
      </w:pPr>
      <w:r>
        <w:rPr>
          <w:b w:val="0"/>
          <w:i w:val="0"/>
        </w:rPr>
        <w:t>Khi Giles đi ngang qua Virginia, cô quay mặt đi. Cô không muốn người chồng cũ biết mình có mặt ở đây. Không nằm trong kế hoạch được dàn dựng kỹ lưỡng của cô. Giles ngồi vào chỗ đã đặt trước ở hàng thứ hai.</w:t>
      </w:r>
    </w:p>
    <w:p>
      <w:pPr>
        <w:spacing w:after="80"/>
      </w:pPr>
      <w:r>
        <w:rPr>
          <w:b w:val="0"/>
          <w:i w:val="0"/>
        </w:rPr>
        <w:t>Một lát sau, cả giáo đoàn đồng loạt đứng dậy khi cỗ quan tài, được phủ đầy hoa loa kèn trắng, bắt đầu chậm rãi đi xuống lối giữa về phía cung thánh. Quan tài được khiêng trên vai sáu lính cận vệ thuộc Tiểu đoàn Một của Coldstream Guards, trung đoàn mà công tước từng phục vụ với cấp bậc thiếu tá trong Thế chiến thứ hai, và nay ông là đại tá danh dự của trung đoàn.</w:t>
      </w:r>
    </w:p>
    <w:p>
      <w:pPr>
        <w:spacing w:after="80"/>
      </w:pPr>
      <w:r>
        <w:rPr>
          <w:b w:val="0"/>
          <w:i w:val="0"/>
        </w:rPr>
        <w:t>Công tước xứ Hertford thứ mười ba, theo sau là con trai và hai con gái, bước đi sau quan tài và vào chỗ ngồi ở hàng đầu, trong khi quan tài được đặt trên một giá đỡ ở cung thánh. Lễ tang do Giám mục xứ Hertford chủ trì, bài điếu văn của ông nhắc nhở những người có mặt rằng nữ công tước quá cố đã là một người thánh thiện biết bao, nhấn mạnh công việc không mệt mỏi của bà với tư cách người bảo trợ của Dr Barnardos và chủ tịch Hội Liên hiệp các Bà mẹ (Mothers Union). Giám mục kết thúc bằng lời chia buồn chân thành tới công tước và gia đình, cuối cùng nói thêm rằng ông hy vọng với sự phù hộ của Đấng Toàn năng, họ sẽ vượt qua được nỗi mất mát này.</w:t>
      </w:r>
    </w:p>
    <w:p>
      <w:pPr>
        <w:spacing w:after="80"/>
      </w:pPr>
      <w:r>
        <w:rPr>
          <w:b w:val="0"/>
          <w:i w:val="0"/>
        </w:rPr>
        <w:t>Cùng với một chút trợ giúp từ tôi, Virginia thầm nghĩ.</w:t>
      </w:r>
    </w:p>
    <w:p>
      <w:pPr>
        <w:spacing w:after="80"/>
      </w:pPr>
      <w:r>
        <w:rPr>
          <w:b w:val="0"/>
          <w:i w:val="0"/>
        </w:rPr>
        <w:t>Khi buổi lễ kết thúc, Virginia nhập vào nhóm tang khách chọn lọc tham dự lễ an táng, rồi xin quá giang về lâu đài dự một buổi chiêu đãi mà cô không được mời. Khi đến nơi, cô dừng lại ở chân bậc thềm, dành một chút thời gian chiêm ngưỡng tòa nhà kiến trúc Jacobean như thể cô là một người mua tiềm năng.</w:t>
      </w:r>
    </w:p>
    <w:p>
      <w:pPr>
        <w:spacing w:after="80"/>
      </w:pPr>
      <w:r>
        <w:rPr>
          <w:b w:val="0"/>
          <w:i w:val="0"/>
        </w:rPr>
        <w:t>Suốt buổi lễ tang và lễ an táng, Virginia vẫn đứng yên, nhưng vừa bước vào lâu đài và người quản gia xướng lên "Quý bà Virginia Fenwick", cô không ngừng di chuyển nữa.</w:t>
      </w:r>
    </w:p>
    <w:p>
      <w:pPr>
        <w:spacing w:after="80"/>
      </w:pPr>
      <w:r>
        <w:rPr>
          <w:b w:val="0"/>
          <w:i w:val="0"/>
        </w:rPr>
        <w:t>Thật tử tế khi cô chịu khó lặn lội lên tận Hertfordshire, Virginia ạ, công tước nói, cúi xuống hôn lên cả hai má cô. Tôi biết Lavinia hẳn sẽ rất trân trọng điều đó.</w:t>
      </w:r>
    </w:p>
    <w:p>
      <w:pPr>
        <w:spacing w:after="80"/>
      </w:pPr>
      <w:r>
        <w:rPr>
          <w:b w:val="0"/>
          <w:i w:val="0"/>
        </w:rPr>
        <w:t>Cô muốn nói với ông rằng mình thà chết cũng không bỏ lỡ dịp này, nhưng cô chỉ giữ mình trong câu: "Một quý bà thật đáng mến, thật tốt bụng. Tất cả chúng ta sẽ nhớ bà ấy."</w:t>
      </w:r>
    </w:p>
    <w:p>
      <w:pPr>
        <w:spacing w:after="80"/>
      </w:pPr>
      <w:r>
        <w:rPr>
          <w:b w:val="0"/>
          <w:i w:val="0"/>
        </w:rPr>
        <w:t>Cô nói thật ngọt ngào, Virginia ạ, công tước nói, không buông tay cô ra. Tôi rất mong cô sẽ giữ liên lạc.</w:t>
      </w:r>
    </w:p>
    <w:p>
      <w:pPr>
        <w:spacing w:after="80"/>
      </w:pPr>
      <w:r>
        <w:rPr>
          <w:b w:val="0"/>
          <w:i w:val="0"/>
        </w:rPr>
        <w:t>Cô chẳng cần phải lo điều đó đâu, Virginia thầm nghĩ. Không gì mang lại cho tôi niềm vui lớn hơn, thưa ngài công tước, cô nói, khẽ nhún gối chào.</w:t>
      </w:r>
    </w:p>
    <w:p>
      <w:pPr>
        <w:spacing w:after="80"/>
      </w:pPr>
      <w:r>
        <w:rPr>
          <w:b w:val="0"/>
          <w:i w:val="0"/>
        </w:rPr>
        <w:t>"Ngài công tước Westminster," người quản gia xướng lên.</w:t>
      </w:r>
    </w:p>
    <w:p>
      <w:pPr>
        <w:spacing w:after="80"/>
      </w:pPr>
      <w:r>
        <w:rPr>
          <w:b w:val="0"/>
          <w:i w:val="0"/>
        </w:rPr>
        <w:t>Virginia bước tiếp vào đại sảnh, và trong khi những con nai sừng tấm và lợn rừng từ trên tường nhìn xuống, đôi mắt cô quét khắp căn phòng để tìm ba người cô cần gặp, và một người cô hy vọng tránh được. Cô từ chối vài lời mời dùng canapé và rượu, ý thức rõ rằng thời gian của cô có hạn và cô còn một việc phải làm.</w:t>
      </w:r>
    </w:p>
    <w:p>
      <w:pPr>
        <w:spacing w:after="80"/>
      </w:pPr>
      <w:r>
        <w:rPr>
          <w:b w:val="0"/>
          <w:i w:val="0"/>
        </w:rPr>
        <w:t>Cô dừng lại trò chuyện với Miles Norfolk, dù anh ta chỉ là một trạm dừng chân trên đường cô tiến tới lá cờ ca-rô đích. Và rồi cô thấy anh, đang tựa vào lò sưởi Adam, trò chuyện với một người đàn ông lớn tuổi mà cô không nhận ra. Cô rời Miles và bắt đầu lững thững về phía anh, và ngay khoảnh khắc vị quý ông lớn tuổi quay sang nói chuyện với một vị khách khác, cô lao tới như một tia laser nhắm vào mục tiêu.</w:t>
      </w:r>
    </w:p>
    <w:p>
      <w:pPr>
        <w:spacing w:after="80"/>
      </w:pPr>
      <w:r>
        <w:rPr>
          <w:b w:val="0"/>
          <w:i w:val="0"/>
        </w:rPr>
        <w:t>Clarence. Có lẽ anh không nhớ tôi.</w:t>
      </w:r>
    </w:p>
    <w:p>
      <w:pPr>
        <w:spacing w:after="80"/>
      </w:pPr>
      <w:r>
        <w:rPr>
          <w:b w:val="0"/>
          <w:i w:val="0"/>
        </w:rPr>
        <w:t>Cô không dễ bị quên lãng đâu, thưa Quý bà Virginia, anh lên tiếng. Cha tôi lúc nào cũng nhắc về cô thật trìu mến.</w:t>
      </w:r>
    </w:p>
    <w:p>
      <w:pPr>
        <w:spacing w:after="80"/>
      </w:pPr>
      <w:r>
        <w:rPr>
          <w:b w:val="0"/>
          <w:i w:val="0"/>
        </w:rPr>
        <w:t>Ông ấy thật tử tế, Virginia tuôn trào. Anh vẫn đang phục vụ trong đội Blues and Royals chứ?</w:t>
      </w:r>
    </w:p>
    <w:p>
      <w:pPr>
        <w:spacing w:after="80"/>
      </w:pPr>
      <w:r>
        <w:rPr>
          <w:b w:val="0"/>
          <w:i w:val="0"/>
        </w:rPr>
        <w:t>Đúng vậy, nhưng tiếc là tôi sắp được cử ra nước ngoài. Tôi lấy làm tiếc phải ra nước ngoài sớm như vậy ngay sau khi mẹ tôi qua đời.</w:t>
      </w:r>
    </w:p>
    <w:p>
      <w:pPr>
        <w:spacing w:after="80"/>
      </w:pPr>
      <w:r>
        <w:rPr>
          <w:b w:val="0"/>
          <w:i w:val="0"/>
        </w:rPr>
        <w:t>Nhưng công tước sẽ có các chị em gái của anh bên cạnh.</w:t>
      </w:r>
    </w:p>
    <w:p>
      <w:pPr>
        <w:spacing w:after="80"/>
      </w:pPr>
      <w:r>
        <w:rPr>
          <w:b w:val="0"/>
          <w:i w:val="0"/>
        </w:rPr>
        <w:t>Tiếc là không. Camilla đã kết hôn với một nông dân chăn cừu ở New Zealand. Một trăm nghìn mẫu Anh, cô tin nổi không? Vài ngày nữa họ sẽ trở về Christchurch.</w:t>
      </w:r>
    </w:p>
    <w:p>
      <w:pPr>
        <w:spacing w:after="80"/>
      </w:pPr>
      <w:r>
        <w:rPr>
          <w:b w:val="0"/>
          <w:i w:val="0"/>
        </w:rPr>
        <w:t>Thật đáng tiếc, và hẳn là điều đó đặt lên vai Alice một trách nhiệm không nhỏ.</w:t>
      </w:r>
    </w:p>
    <w:p>
      <w:pPr>
        <w:spacing w:after="80"/>
      </w:pPr>
      <w:r>
        <w:rPr>
          <w:b w:val="0"/>
          <w:i w:val="0"/>
        </w:rPr>
        <w:t>Và đó chính là mấu chốt. Alice được L'Oréal ở New York mời một vị trí cấp cao. Tôi biết cô ấy đang nghĩ đến việc từ chối, nhưng Papa khăng khăng rằng cô ấy không nên bỏ lỡ một cơ hội vàng như vậy.</w:t>
      </w:r>
    </w:p>
    <w:p>
      <w:pPr>
        <w:spacing w:after="80"/>
      </w:pPr>
      <w:r>
        <w:rPr>
          <w:b w:val="0"/>
          <w:i w:val="0"/>
        </w:rPr>
        <w:t>Đúng là kiểu của cha cô. Nhưng nếu cô nghĩ điều đó có thể giúp ích, Clarence ạ, tôi rất sẵn lòng ghé thăm ông ấy thỉnh thoảng.</w:t>
      </w:r>
    </w:p>
    <w:p>
      <w:pPr>
        <w:spacing w:after="80"/>
      </w:pPr>
      <w:r>
        <w:rPr>
          <w:b w:val="0"/>
          <w:i w:val="0"/>
        </w:rPr>
        <w:t>Thế thì tôi nhẹ cả lòng, thưa Quý bà Virginia. Nhưng tôi phải cảnh báo bà, ông cụ có thể khá là khó xơi. Đôi khi tôi thấy ông ấy giống đứa trẻ lên bảy hơn là ông già bảy mươi.</w:t>
      </w:r>
    </w:p>
    <w:p>
      <w:pPr>
        <w:spacing w:after="80"/>
      </w:pPr>
      <w:r>
        <w:rPr>
          <w:b w:val="0"/>
          <w:i w:val="0"/>
        </w:rPr>
        <w:t>Đó là một thử thách tôi thích thú, Virginia nói. Hiện giờ cuộc sống của tôi chẳng có mấy việc để làm, và tôi luôn thích được ở bên cha cô. Có lẽ thỉnh thoảng tôi có thể viết thư cho cô để cô biết ông ấy thế nào.</w:t>
      </w:r>
    </w:p>
    <w:p>
      <w:pPr>
        <w:spacing w:after="80"/>
      </w:pPr>
      <w:r>
        <w:rPr>
          <w:b w:val="0"/>
          <w:i w:val="0"/>
        </w:rPr>
        <w:t>Thật chu đáo, thưa Quý bà Virginia. Tôi chỉ mong bà sẽ không thấy ông ấy là gánh nặng quá lớn.</w:t>
      </w:r>
    </w:p>
    <w:p>
      <w:pPr>
        <w:spacing w:after="80"/>
      </w:pPr>
      <w:r>
        <w:rPr>
          <w:b w:val="0"/>
          <w:i w:val="0"/>
        </w:rPr>
        <w:t>Một màn trình diễn tuyệt vời đấy, Clarence, một người đàn ông mập mạp vừa nhập bọn tuyên bố. Cậu đã làm bà cụ nhà ta tự hào lắm.</w:t>
      </w:r>
    </w:p>
    <w:p>
      <w:pPr>
        <w:spacing w:after="80"/>
      </w:pPr>
      <w:r>
        <w:rPr>
          <w:b w:val="0"/>
          <w:i w:val="0"/>
        </w:rPr>
        <w:t>Cảm ơn chú Percy, Clarence nói, trong khi Virginia lặng lẽ rời đi để tiếp tục cuộc tấn công ba mũi của mình. Quả tên lửa đổi hướng và lao về mục tiêu thứ hai.</w:t>
      </w:r>
    </w:p>
    <w:p>
      <w:pPr>
        <w:spacing w:after="80"/>
      </w:pPr>
      <w:r>
        <w:rPr>
          <w:b w:val="0"/>
          <w:i w:val="0"/>
        </w:rPr>
        <w:t>Chúc mừng công việc mới của cháu, Alice, và ta phải nói rằng ta đồng ý với cha cháu. Cháu không nên từ chối một cơ hội tuyệt vời như vậy.</w:t>
      </w:r>
    </w:p>
    <w:p>
      <w:pPr>
        <w:spacing w:after="80"/>
      </w:pPr>
      <w:r>
        <w:rPr>
          <w:b w:val="0"/>
          <w:i w:val="0"/>
        </w:rPr>
        <w:t>Bác thật tốt khi nói vậy, Alice đáp, không hoàn toàn chắc mình đang nói chuyện với ai. Nhưng cháu vẫn chưa quyết định có nhận lời đề nghị hay không.</w:t>
      </w:r>
    </w:p>
    <w:p>
      <w:pPr>
        <w:spacing w:after="80"/>
      </w:pPr>
      <w:r>
        <w:rPr>
          <w:b w:val="0"/>
          <w:i w:val="0"/>
        </w:rPr>
        <w:t>Nhưng tại sao không, cháu yêu? Suy cho cùng, có thể cháu sẽ không bao giờ có cơ hội như thế này lần nữa.</w:t>
      </w:r>
    </w:p>
    <w:p>
      <w:pPr>
        <w:spacing w:after="80"/>
      </w:pPr>
      <w:r>
        <w:rPr>
          <w:b w:val="0"/>
          <w:i w:val="0"/>
        </w:rPr>
        <w:t>Chắc bác nói đúng. Nhưng cháu đã thấy có lỗi khi để Papa tự xoay xở một mình.</w:t>
      </w:r>
    </w:p>
    <w:p>
      <w:pPr>
        <w:spacing w:after="80"/>
      </w:pPr>
      <w:r>
        <w:rPr>
          <w:b w:val="0"/>
          <w:i w:val="0"/>
        </w:rPr>
        <w:t>Không cần đâu, cháu yêu, tin bác đi. Dù sao thì cũng sẽ có đủ người trong chúng ta để đảm bảo ông ấy được bận rộn đầy đủ. Thế nên cứ đi đi, và cho mấy người Mỹ thấy người Anh chúng ta được làm bằng gì.</w:t>
      </w:r>
    </w:p>
    <w:p>
      <w:pPr>
        <w:spacing w:after="80"/>
      </w:pPr>
      <w:r>
        <w:rPr>
          <w:b w:val="0"/>
          <w:i w:val="0"/>
        </w:rPr>
        <w:t>Cháu biết đó là điều ông ấy muốn, Alice nói, nhưng cháu không thể chịu nổi ý nghĩ ông ấy ở một mình ngay sau khi Mama thân yêu qua đời.</w:t>
      </w:r>
    </w:p>
    <w:p>
      <w:pPr>
        <w:spacing w:after="80"/>
      </w:pPr>
      <w:r>
        <w:rPr>
          <w:b w:val="0"/>
          <w:i w:val="0"/>
        </w:rPr>
        <w:t>Cháu không cần phải lo về điều đó, Virginia nói, bà vui mừng khi thấy Giles đang bày tỏ lòng kính trọng với công tước trước khi rời đi.</w:t>
      </w:r>
    </w:p>
    <w:p>
      <w:pPr>
        <w:spacing w:after="80"/>
      </w:pPr>
      <w:r>
        <w:rPr>
          <w:b w:val="0"/>
          <w:i w:val="0"/>
        </w:rPr>
        <w:t>Virginia ôm Alice thật ấm áp trước khi lên đường tìm con mồi cuối cùng. Một người mẹ, một người cha và ba đứa con nhỏ không khó để tìm ra, nhưng lần này bà không được chào đón với sự nhiệt tình như trước.</w:t>
      </w:r>
    </w:p>
    <w:p>
      <w:pPr>
        <w:spacing w:after="80"/>
      </w:pPr>
      <w:r>
        <w:rPr>
          <w:b w:val="0"/>
          <w:i w:val="0"/>
        </w:rPr>
        <w:t>Chào, tôi là Virginia.</w:t>
      </w:r>
    </w:p>
    <w:p>
      <w:pPr>
        <w:spacing w:after="80"/>
      </w:pPr>
      <w:r>
        <w:rPr>
          <w:b w:val="0"/>
          <w:i w:val="0"/>
        </w:rPr>
        <w:t>Tôi biết chính xác cô là ai, Quý bà Camilla nói, và trước khi Virginia kịp thốt ra câu tiếp theo đã được chuẩn bị kỹ càng, bà ta quay lưng lại và bắt đầu trò chuyện với một người bạn học cũ, không hề có ý lôi Virginia vào cuộc nói chuyện. Virginia nhanh chóng cáo lui trước khi ai đó kịp nhận ra sự khinh miệt ấy. Hai trên ba không phải là kết quả tồi, nhất là khi kẻ thất bại duy nhất sống ở bên kia thế giới. Virginia thấy chẳng ích gì khi nán lại thêm nữa, nên cô băng qua chỗ công tước để chào từ biệt ông... ít nhất là lúc này.</w:t>
      </w:r>
    </w:p>
    <w:p>
      <w:pPr>
        <w:spacing w:after="80"/>
      </w:pPr>
      <w:r>
        <w:rPr>
          <w:b w:val="0"/>
          <w:i w:val="0"/>
        </w:rPr>
        <w:t>Tôi đã có khoảng thời gian thú vị nhất khi được làm quen lại với những đứa con đáng yêu của ngài, cô nói. Cô tự hỏi liệu ông có biết cô đã gặp chúng ít ỏi đến nhường nào trong hai mươi năm qua, nhất là vì những nỗ lực của cố công tước phu nhân nhằm chia cắt chúng.</w:t>
      </w:r>
    </w:p>
    <w:p>
      <w:pPr>
        <w:spacing w:after="80"/>
      </w:pPr>
      <w:r>
        <w:rPr>
          <w:b w:val="0"/>
          <w:i w:val="0"/>
        </w:rPr>
        <w:t>Và tôi chắc chắn chúng cũng rất vui khi gặp lại cô, công tước nói. Tôi hy vọng tôi cũng sẽ được như vậy, và trong tương lai không xa, ông nói thêm, nếu cô không có việc gì tốt hơn để làm.</w:t>
      </w:r>
    </w:p>
    <w:p>
      <w:pPr>
        <w:spacing w:after="80"/>
      </w:pPr>
      <w:r>
        <w:rPr>
          <w:b w:val="0"/>
          <w:i w:val="0"/>
        </w:rPr>
        <w:t>Không gì có thể mang lại cho tôi niềm vui lớn hơn. Tôi sẽ chờ ngài liên lạc, cô nói, khi một hàng người nhỏ bắt đầu xếp phía sau cô.</w:t>
      </w:r>
    </w:p>
    <w:p>
      <w:pPr>
        <w:spacing w:after="80"/>
      </w:pPr>
      <w:r>
        <w:rPr>
          <w:b w:val="0"/>
          <w:i w:val="0"/>
        </w:rPr>
        <w:t>Gia đình tôi chỉ có thể ở bên tôi thêm vài ngày nữa, công tước thì thầm. Khi tất cả họ đã đi mỗi người một ngả, tôi có thể gọi cho cô không?</w:t>
      </w:r>
    </w:p>
    <w:p>
      <w:pPr>
        <w:spacing w:after="80"/>
      </w:pPr>
      <w:r>
        <w:rPr>
          <w:b w:val="0"/>
          <w:i w:val="0"/>
        </w:rPr>
        <w:t>Tôi sẽ mong chờ điều đó, Perry, một cái tên mà chỉ cố công tước phu nhân và những người bạn lâu năm nhất của công tước từng dùng khi gọi ngài, Công tước xứ Hertford.</w:t>
      </w:r>
    </w:p>
    <w:p>
      <w:pPr>
        <w:spacing w:after="80"/>
      </w:pPr>
      <w:r>
        <w:rPr>
          <w:b w:val="0"/>
          <w:i w:val="0"/>
        </w:rPr>
        <w:t>Khi Camilla thấy Virginia rời đi, bà không mất chút thời gian nào trước khi đến chỗ anh trai mình.</w:t>
      </w:r>
    </w:p>
    <w:p>
      <w:pPr>
        <w:spacing w:after="80"/>
      </w:pPr>
      <w:r>
        <w:rPr>
          <w:b w:val="0"/>
          <w:i w:val="0"/>
        </w:rPr>
        <w:t>Em có thấy anh đang nói chuyện với cái người phụ nữ đáng sợ đó không, Virginia Fenwick?</w:t>
      </w:r>
    </w:p>
    <w:p>
      <w:pPr>
        <w:spacing w:after="80"/>
      </w:pPr>
      <w:r>
        <w:rPr>
          <w:b w:val="0"/>
          <w:i w:val="0"/>
        </w:rPr>
        <w:t>Đúng vậy, Clarence nói. Cô ấy có vẻ là một quý bà tử tế, và cô ấy hứa sẽ để mắt tới bố trong khi tất cả chúng ta đi vắng.</w:t>
      </w:r>
    </w:p>
    <w:p>
      <w:pPr>
        <w:spacing w:after="80"/>
      </w:pPr>
      <w:r>
        <w:rPr>
          <w:b w:val="0"/>
          <w:i w:val="0"/>
        </w:rPr>
        <w:t>Em cá là cô ta có nói thế. Nếu có gì khiến em không muốn quay lại New Zealand, thì đó chính là ý nghĩ người phụ nữ đó thò tay vào bố.</w:t>
      </w:r>
    </w:p>
    <w:p>
      <w:pPr>
        <w:spacing w:after="80"/>
      </w:pPr>
      <w:r>
        <w:rPr>
          <w:b w:val="0"/>
          <w:i w:val="0"/>
        </w:rPr>
        <w:t>Nhưng cô ấy không thể chu đáo hơn được nữa.</w:t>
      </w:r>
    </w:p>
    <w:p>
      <w:pPr>
        <w:spacing w:after="80"/>
      </w:pPr>
      <w:r>
        <w:rPr>
          <w:b w:val="0"/>
          <w:i w:val="0"/>
        </w:rPr>
        <w:t>Đừng để con diễn viên bậc thầy đó lừa dối anh dù chỉ một khoảnh khắc.</w:t>
      </w:r>
    </w:p>
    <w:p>
      <w:pPr>
        <w:spacing w:after="80"/>
      </w:pPr>
      <w:r>
        <w:rPr>
          <w:b w:val="0"/>
          <w:i w:val="0"/>
        </w:rPr>
        <w:t>Sao em lại chống đối cô ấy đến vậy, Camilla, khi tất cả những gì cô ấy muốn là giúp đỡ?</w:t>
      </w:r>
    </w:p>
    <w:p>
      <w:pPr>
        <w:spacing w:after="80"/>
      </w:pPr>
      <w:r>
        <w:rPr>
          <w:b w:val="0"/>
          <w:i w:val="0"/>
        </w:rPr>
        <w:t>Bởi vì Mẹ thân yêu luôn có một lời tốt đẹp cho mọi người, và mẹ có tới hai lời cho Quý bà Virginia Fenwick. Con mụ ranh ma.</w:t>
      </w:r>
    </w:p>
    <w:p>
      <w:pPr>
        <w:jc w:val="center"/>
      </w:pPr>
      <w:r>
        <w:drawing>
          <wp:inline xmlns:a="http://schemas.openxmlformats.org/drawingml/2006/main" xmlns:pic="http://schemas.openxmlformats.org/drawingml/2006/picture">
            <wp:extent cx="304800" cy="85725"/>
            <wp:docPr id="79" name="Picture 7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Tôi còn bao nhiêu thời gian? Virginia hỏi.</w:t>
      </w:r>
    </w:p>
    <w:p>
      <w:pPr>
        <w:spacing w:after="80"/>
      </w:pPr>
      <w:r>
        <w:rPr>
          <w:b w:val="0"/>
          <w:i w:val="0"/>
        </w:rPr>
        <w:t>Ngân hàng sẽ không cho ngài quá chín mươi ngày trước khi họ bắt đầu thủ tục tố tụng, thưa bà, viên giám đốc ngân hàng đáp.</w:t>
      </w:r>
    </w:p>
    <w:p>
      <w:pPr>
        <w:spacing w:after="80"/>
      </w:pPr>
      <w:r>
        <w:rPr>
          <w:b w:val="0"/>
          <w:i w:val="0"/>
        </w:rPr>
        <w:t>Vậy tôi còn bao nhiêu thời gian? Virginia nhắc lại.</w:t>
      </w:r>
    </w:p>
    <w:p>
      <w:pPr>
        <w:spacing w:after="80"/>
      </w:pPr>
      <w:r>
        <w:rPr>
          <w:b w:val="0"/>
          <w:i w:val="0"/>
        </w:rPr>
        <w:t>Ông Leigh lật vài trang trong cuốn nhật ký trước khi trả lời. Ngày cuối cùng để thanh toán, trừ khi bà muốn gánh chịu mức lãi cắt cổ, là ngày hai mươi mốt tháng Mười Hai.</w:t>
      </w:r>
    </w:p>
    <w:p>
      <w:pPr>
        <w:spacing w:after="80"/>
      </w:pPr>
      <w:r>
        <w:rPr>
          <w:b w:val="0"/>
          <w:i w:val="0"/>
        </w:rPr>
        <w:t>Cảm ơn ông, Virginia nói, rồi rời khỏi phòng làm việc của giám đốc ngân hàng mà không nói thêm lời nào.</w:t>
      </w:r>
    </w:p>
    <w:p>
      <w:pPr>
        <w:spacing w:after="80"/>
      </w:pPr>
      <w:r>
        <w:rPr>
          <w:b w:val="0"/>
          <w:i w:val="0"/>
        </w:rPr>
        <w:t>Cô chỉ có thể tự hỏi còn bao lâu nữa thì công tước sẽ liên lạc, bởi nếu ông không gọi sớm, cô sẽ phải đón Giáng sinh ở Buenos Aires.</w:t>
      </w:r>
    </w:p>
    <w:p>
      <w:pPr>
        <w:pStyle w:val="Heading1"/>
        <w:jc w:val="center"/>
      </w:pPr>
      <w:r>
        <w:rPr>
          <w:rFonts w:ascii="Calibri" w:hAnsi="Calibri"/>
          <w:b/>
          <w:i w:val="0"/>
          <w:sz w:val="40"/>
        </w:rPr>
        <w:t>23</w:t>
      </w:r>
    </w:p>
    <w:p>
      <w:pPr>
        <w:spacing w:after="80"/>
      </w:pPr>
      <w:r>
        <w:rPr>
          <w:b w:val="0"/>
          <w:i w:val="0"/>
        </w:rPr>
        <w:t>VIRGINIA KHÔNG PHẢI CHỜ lâu trước khi công tước gọi điện và mời cô đi hẹn hò lần đầu. Và đó đúng là cách cô nhìn nhận buổi tối của họ tại Mosimann's. Cô tỏ ra e ấp, tâng bốc và thả thính, khiến ông cảm thấy trẻ lại hai mươi tuổi, hoặc ít nhất đó là điều ông nói với cô khi đưa cô về căn hộ ở Chelsea, kèm một nụ hôn lên cả hai má. Phù hợp cho buổi hẹn đầu tiên, Virginia nghĩ. Cô không mời người tình của mình vào uống cà phê vì vài lý do, không kể đến việc ông không thể không nhận ra rằng chỉ còn lại những chiếc móc nơi từng treo tranh.</w:t>
      </w:r>
    </w:p>
    <w:p>
      <w:pPr>
        <w:spacing w:after="80"/>
      </w:pPr>
      <w:r>
        <w:rPr>
          <w:b w:val="0"/>
          <w:i w:val="0"/>
        </w:rPr>
        <w:t>Sáng hôm sau công tước gọi điện và mời Virginia đi hẹn hò lần thứ hai.</w:t>
      </w:r>
    </w:p>
    <w:p>
      <w:pPr>
        <w:spacing w:after="80"/>
      </w:pPr>
      <w:r>
        <w:rPr>
          <w:b w:val="0"/>
          <w:i w:val="0"/>
        </w:rPr>
        <w:t xml:space="preserve">Tôi có vé xem </w:t>
      </w:r>
      <w:r>
        <w:rPr>
          <w:b w:val="0"/>
          <w:i/>
        </w:rPr>
        <w:t>Noises Off</w:t>
      </w:r>
      <w:r>
        <w:rPr>
          <w:b w:val="0"/>
          <w:i w:val="0"/>
        </w:rPr>
        <w:t xml:space="preserve"> với sự tham gia của Paul Eddington, và tôi nghĩ chúng ta có thể ăn tối sau đó.</w:t>
      </w:r>
    </w:p>
    <w:p>
      <w:pPr>
        <w:spacing w:after="80"/>
      </w:pPr>
      <w:r>
        <w:rPr>
          <w:b w:val="0"/>
          <w:i w:val="0"/>
        </w:rPr>
        <w:t>Anh thật ngọt ngào, Perry. Nhưng tiếc là tối nay tôi phải dự một buổi dạ tiệc từ thiện, cô nói, mắt nhìn xuống một trang trống trong cuốn nhật ký. Nhưng tối thứ Năm tôi rảnh.</w:t>
      </w:r>
    </w:p>
    <w:p>
      <w:pPr>
        <w:spacing w:after="80"/>
      </w:pPr>
      <w:r>
        <w:rPr>
          <w:b w:val="0"/>
          <w:i w:val="0"/>
        </w:rPr>
        <w:t>Sau đó, tấm thiệp khiêu vũ của cô chỉ còn một cái tên.</w:t>
      </w:r>
    </w:p>
    <w:p>
      <w:pPr>
        <w:spacing w:after="80"/>
      </w:pPr>
      <w:r>
        <w:rPr>
          <w:b w:val="0"/>
          <w:i w:val="0"/>
        </w:rPr>
        <w:t>Virginia ngạc nhiên vì cô thích vai trò người đồng hành, tri kỷ và bạn của công tước đến nhường nào, và nhanh chóng quen với một lối sống mà cô luôn cho là đương nhiên thuộc về mình. Tuy nhiên, cô phải chấp nhận rằng sở thuế vẫn đòi phần thịt của họ, chính xác là 185,000 bảng thịt, và nếu cô không trả đủ, cuộc sống êm đềm này sẽ dừng lại đột ngột như một đoàn tàu đâm vào gờ chắn.</w:t>
      </w:r>
    </w:p>
    <w:p>
      <w:pPr>
        <w:spacing w:after="80"/>
      </w:pPr>
      <w:r>
        <w:rPr>
          <w:b w:val="0"/>
          <w:i w:val="0"/>
        </w:rPr>
        <w:t>Cô cân nhắc việc hỏi Perry một khoản vay để trang trải hóa đơn thuế, nhưng cảm thấy còn hơi sớm, và nếu ông nghĩ đó là lý do duy nhất khiến cô quan tâm đến ông, mối quan hệ chắc chắn sẽ kết thúc nhanh như khi nó bắt đầu.</w:t>
      </w:r>
    </w:p>
    <w:p>
      <w:pPr>
        <w:jc w:val="center"/>
      </w:pPr>
      <w:r>
        <w:drawing>
          <wp:inline xmlns:a="http://schemas.openxmlformats.org/drawingml/2006/main" xmlns:pic="http://schemas.openxmlformats.org/drawingml/2006/picture">
            <wp:extent cx="304800" cy="85725"/>
            <wp:docPr id="80" name="Picture 8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Trong vài tuần tiếp theo, công tước tặng cô rất nhiều quà: hoa, quần áo, thậm chí cả trang sức, và dù cô cân nhắc việc trả lại chúng cho vài cửa hàng thời thượng hơn trên phố Bond để đổi lấy tiền mặt, số đó cũng chẳng thấm vào đâu so với đòi hỏi của sở thuế. Dù sao đi nữa, chỉ còn là vấn đề thời gian trước khi công tước phát hiện ra cô đã làm gì.</w:t>
      </w:r>
    </w:p>
    <w:p>
      <w:pPr>
        <w:spacing w:after="80"/>
      </w:pPr>
      <w:r>
        <w:rPr>
          <w:b w:val="0"/>
          <w:i w:val="0"/>
        </w:rPr>
        <w:t>Tuy nhiên, khi thời tiết chuyển từ tháng Mười Một se lạnh sang tháng Mười Hai giá buốt, Virginia bắt đầu tuyệt vọng, và quyết định rằng cô không còn lựa chọn nào khác ngoài việc nói với Perry sự thật, bất kể hậu quả ra sao.</w:t>
      </w:r>
    </w:p>
    <w:p>
      <w:pPr>
        <w:spacing w:after="80"/>
      </w:pPr>
      <w:r>
        <w:rPr>
          <w:b w:val="0"/>
          <w:i w:val="0"/>
        </w:rPr>
        <w:t>Cô chọn sinh nhật lần thứ bảy mươi của ông làm ngày tiết lộ, trong một bữa tối kỷ niệm tại Le Gavroche. Cô đã chuẩn bị kỹ càng, đã dành phần lớn khoản trợ cấp hàng tháng để mua một món quà cho Perry mà cô khó lòng kham nổi. Cartier đã chế tác một đôi khuy măng sét vàng, khắc huy hiệu Hertford. Cô sẽ cần chọn đúng thời điểm để trao chúng, rồi sau đó giải thích lý do vì sao cô sẽ rời đi Buenos Aires vào đầu năm mới.</w:t>
      </w:r>
    </w:p>
    <w:p>
      <w:pPr>
        <w:spacing w:after="80"/>
      </w:pPr>
      <w:r>
        <w:rPr>
          <w:b w:val="0"/>
          <w:i w:val="0"/>
        </w:rPr>
        <w:t>Trong bữa ăn, phần lớn là sâm panh lâu năm, công tước trở nên hơi ủy mị và bắt đầu nói về việc vượt qua vạch đích, cách nói giảm nói tránh của ông về cái chết.</w:t>
      </w:r>
    </w:p>
    <w:p>
      <w:pPr>
        <w:spacing w:after="80"/>
      </w:pPr>
      <w:r>
        <w:rPr>
          <w:b w:val="0"/>
          <w:i w:val="0"/>
        </w:rPr>
        <w:t>Đừng có ngớ ngẩn thế, Perry, Virginia khiển trách ông. Ông còn nhiều năm tháng phía trước trước khi cần nghĩ đến bất cứ điều gì ảm đạm đến vậy, nhất là khi có em can thiệp vào. Và đừng quên, em đã hứa với bọn trẻ là sẽ giữ ông sống khỏe.</w:t>
      </w:r>
    </w:p>
    <w:p>
      <w:pPr>
        <w:spacing w:after="80"/>
      </w:pPr>
      <w:r>
        <w:rPr>
          <w:b w:val="0"/>
          <w:i w:val="0"/>
        </w:rPr>
        <w:t>Và em đã làm tròn phần mình hơn cả mong đợi rồi, cô bạn già ạ. Thật ra, anh không biết mình sẽ sống sót thế nào nếu không có em, ông nói thêm khi nắm lấy tay bà.</w:t>
      </w:r>
    </w:p>
    <w:p>
      <w:pPr>
        <w:spacing w:after="80"/>
      </w:pPr>
      <w:r>
        <w:rPr>
          <w:b w:val="0"/>
          <w:i w:val="0"/>
        </w:rPr>
        <w:t>Virginia đã quen với những cử chỉ âu yếm nhỏ nhặt của công tước, kể cả bàn tay thò xuống dưới bàn và dừng lại trên đùi bà. Nhưng tối nay, nó vẫn ở đó trong khi người quản lý nhà hàng mở thêm một chai sâm panh. Virginia đã uống rất ít tối hôm đó, vì bà cần phải tỉnh táo như quan tòa khi trình bày lời biện hộ giảm nhẹ của mình. Bà chọn đúng khoảnh khắc đó để trao cho ông món quà sinh nhật.</w:t>
      </w:r>
    </w:p>
    <w:p>
      <w:pPr>
        <w:spacing w:after="80"/>
      </w:pPr>
      <w:r>
        <w:rPr>
          <w:b w:val="0"/>
          <w:i w:val="0"/>
        </w:rPr>
        <w:t>Ông từ từ mở gói, rồi mở chiếc hộp da.</w:t>
      </w:r>
    </w:p>
    <w:p>
      <w:pPr>
        <w:spacing w:after="80"/>
      </w:pPr>
      <w:r>
        <w:rPr>
          <w:b w:val="0"/>
          <w:i w:val="0"/>
        </w:rPr>
        <w:t>Virginia yêu dấu của anh, em thật tốt bụng. Cả đời anh chưa từng có món quà nào chu đáo đến thế. Ông nghiêng người qua và hôn nhẹ lên môi bà.</w:t>
      </w:r>
    </w:p>
    <w:p>
      <w:pPr>
        <w:spacing w:after="80"/>
      </w:pPr>
      <w:r>
        <w:rPr>
          <w:b w:val="0"/>
          <w:i w:val="0"/>
        </w:rPr>
        <w:t>Em rất mừng vì ông thích nó, Perry. Bởi vì gần như không thể tìm được thứ gì cho một người đàn ông có mọi thứ.</w:t>
      </w:r>
    </w:p>
    <w:p>
      <w:pPr>
        <w:spacing w:after="80"/>
      </w:pPr>
      <w:r>
        <w:rPr>
          <w:b w:val="0"/>
          <w:i w:val="0"/>
        </w:rPr>
        <w:t>Không hẳn là mọi thứ đâu, em yêu, ông đáp, vẫn nắm chặt tay bà.</w:t>
      </w:r>
    </w:p>
    <w:p>
      <w:pPr>
        <w:spacing w:after="80"/>
      </w:pPr>
      <w:r>
        <w:rPr>
          <w:b w:val="0"/>
          <w:i w:val="0"/>
        </w:rPr>
        <w:t>Virginia quyết định sẽ không bao giờ có khoảnh khắc nào tốt hơn để kể cho ông nghe về rắc rối của bà với sở thuế.</w:t>
      </w:r>
    </w:p>
    <w:p>
      <w:pPr>
        <w:spacing w:after="80"/>
      </w:pPr>
      <w:r>
        <w:rPr>
          <w:b w:val="0"/>
          <w:i w:val="0"/>
        </w:rPr>
        <w:t>Perry, có một chuyện em cần hỏi ông.</w:t>
      </w:r>
    </w:p>
    <w:p>
      <w:pPr>
        <w:spacing w:after="80"/>
      </w:pPr>
      <w:r>
        <w:rPr>
          <w:b w:val="0"/>
          <w:i w:val="0"/>
        </w:rPr>
        <w:t>Anh biết, ông nói. Virginia trông ngạc nhiên. Em định hỏi, nhà em hay nhà anh?</w:t>
      </w:r>
    </w:p>
    <w:p>
      <w:pPr>
        <w:spacing w:after="80"/>
      </w:pPr>
      <w:r>
        <w:rPr>
          <w:b w:val="0"/>
          <w:i w:val="0"/>
        </w:rPr>
        <w:t>Virginia cười khúc khích như một nữ sinh, nhưng không mất tập trung, dù bà chợt nhận ra có lẽ nên hoãn việc kể cho ông về sự ra đi sắp tới của mình, vì có thể sẽ có cơ hội còn tốt hơn để trình bày lý lẽ của bà sau đó một chút.</w:t>
      </w:r>
    </w:p>
    <w:p>
      <w:pPr>
        <w:spacing w:after="80"/>
      </w:pPr>
      <w:r>
        <w:rPr>
          <w:b w:val="0"/>
          <w:i w:val="0"/>
        </w:rPr>
        <w:t>Công tước giơ tay kia lên, và một lát sau người quản lý nhà hàng xuất hiện bên cạnh ông, bưng một chiếc khay bạc trên đó có một tờ giấy duy nhất. Virginia đã quen với việc kiểm tra chi tiết từng hóa đơn trước khi để công tước viết séc. Không phải chưa từng có chuyện một nhà hàng thêm một món, thậm chí thêm một chai rượu, sau khi khách đã uống hơi quá nhiều.</w:t>
      </w:r>
    </w:p>
    <w:p>
      <w:pPr>
        <w:spacing w:after="80"/>
      </w:pPr>
      <w:r>
        <w:rPr>
          <w:b w:val="0"/>
          <w:i w:val="0"/>
        </w:rPr>
        <w:t>Chính khi bà mở hóa đơn và thấy con số 18.50, ý tưởng đó lần đầu lóe lên trong đầu bà. Nhưng liệu bà có dám liều không? Bà phải thừa nhận một cơ hội được gói ghém sẵn như món quà thế này khó có thể đến lần nữa. Bà chờ người phục vụ rượu rót cho ông ly Taylors thứ hai rồi mới tuyên bố, Hóa đơn không sao đâu, Perry. Để em viết séc trong khi ông thưởng thức ly port nhé?</w:t>
      </w:r>
    </w:p>
    <w:p>
      <w:pPr>
        <w:spacing w:after="80"/>
      </w:pPr>
      <w:r>
        <w:rPr>
          <w:b w:val="0"/>
          <w:i w:val="0"/>
        </w:rPr>
        <w:t>Ý hay đấy, cô bạn già, công tước nói, lấy sổ séc ra và đưa cho bà. Nhớ thêm tiền boa hậu hĩnh nhé, ông nói khi uống cạn ly. Đúng là một buổi tối đáng nhớ.</w:t>
      </w:r>
    </w:p>
    <w:p>
      <w:pPr>
        <w:spacing w:after="80"/>
      </w:pPr>
      <w:r>
        <w:rPr>
          <w:b w:val="0"/>
          <w:i w:val="0"/>
        </w:rPr>
        <w:t>Virginia viết con số 185,000, sau khi đã dời dấu phẩy và thêm hai số không. Bà ghi ngày trên tấm séc là December 3rd 1982, rồi đặt nó trước mặt ông. Ông ký một cách run rẩy, ngay bên dưới chỗ ngón tay Virginia che các số không. Khi ông biến mất để đi "tiêu một xu", một cách nói giảm nói tránh khác ông hay dùng, Virginia nhét tấm séc vào túi xách, lấy sổ séc của mình ra và viết con số đúng. Bà đưa nó cho người quản lý nhà hàng ngay trước khi Perry quay lại.</w:t>
      </w:r>
    </w:p>
    <w:p>
      <w:pPr>
        <w:spacing w:after="80"/>
      </w:pPr>
      <w:r>
        <w:rPr>
          <w:b w:val="0"/>
          <w:i w:val="0"/>
        </w:rPr>
        <w:t>Đó là sinh nhật của công tước, cô giải thích, nên để tôi chiêu đãi.</w:t>
      </w:r>
    </w:p>
    <w:p>
      <w:pPr>
        <w:spacing w:after="80"/>
      </w:pPr>
      <w:r>
        <w:rPr>
          <w:b w:val="0"/>
          <w:i w:val="0"/>
        </w:rPr>
        <w:t>Marco không bình luận gì về việc cô đã quên thêm khoản tiền boa hào phóng mà công tước đã gợi ý.</w:t>
      </w:r>
    </w:p>
    <w:p>
      <w:pPr>
        <w:spacing w:after="80"/>
      </w:pPr>
      <w:r>
        <w:rPr>
          <w:b w:val="0"/>
          <w:i w:val="0"/>
        </w:rPr>
        <w:t>Khi họ đã ngồi vào ghế sau chiếc Rolls-Royce của công tước, ông lập tức nghiêng người sang, ôm Virginia vào lòng và hôn cô; nụ hôn của một người đàn ông đang mong chờ nhiều hơn thế.</w:t>
      </w:r>
    </w:p>
    <w:p>
      <w:pPr>
        <w:spacing w:after="80"/>
      </w:pPr>
      <w:r>
        <w:rPr>
          <w:b w:val="0"/>
          <w:i w:val="0"/>
        </w:rPr>
        <w:t>Khi xe dừng lại trước ngôi nhà của công tước ở Eaton Square, người tài xế vội vã vòng ra mở cửa sau, cho Virginia đủ thời gian để chỉnh lại váy trong khi công tước cài khuy áo khoác. Công tước dẫn Virginia vào nhà, nơi họ thấy quản gia đang đợi, cứ như thể đang là giữa trưa chứ không phải nửa đêm.</w:t>
      </w:r>
    </w:p>
    <w:p>
      <w:pPr>
        <w:spacing w:after="80"/>
      </w:pPr>
      <w:r>
        <w:rPr>
          <w:b w:val="0"/>
          <w:i w:val="0"/>
        </w:rPr>
        <w:t>Chào buổi tối, thưa ngài, ông nói, trước khi nhận áo khoác của họ. Ngài có cần rượu brandy và xì gà như thường lệ không ạ?</w:t>
      </w:r>
    </w:p>
    <w:p>
      <w:pPr>
        <w:spacing w:after="80"/>
      </w:pPr>
      <w:r>
        <w:rPr>
          <w:b w:val="0"/>
          <w:i w:val="0"/>
        </w:rPr>
        <w:t xml:space="preserve">Không cần tối nay đâu, Lomax, công tước đáp, rồi nắm tay Virginia dẫn cô lên cầu thang uốn lượn và vào một căn phòng mà cô chưa từng bước vào. Phòng ngủ có kích thước gần bằng căn hộ của cô, nổi bật với chiếc giường bốn cọc bằng gỗ sồi cổ, được trang trí bằng huy hiệu gia tộc </w:t>
      </w:r>
      <w:r>
        <w:rPr>
          <w:b w:val="0"/>
          <w:i/>
        </w:rPr>
        <w:t>Ever Vigilant</w:t>
      </w:r>
      <w:r>
        <w:rPr>
          <w:b w:val="0"/>
          <w:i w:val="0"/>
        </w:rPr>
        <w:t>.</w:t>
      </w:r>
    </w:p>
    <w:p>
      <w:pPr>
        <w:spacing w:after="80"/>
      </w:pPr>
      <w:r>
        <w:rPr>
          <w:b w:val="0"/>
          <w:i w:val="0"/>
        </w:rPr>
        <w:t>Virginia định bình luận về bức tranh Constable treo phía trên lò sưởi Adam, thì cô cảm thấy khóa kéo sau lưng váy bị kéo xuống một cách vụng về. Cô không cố ngăn nó rơi xuống sàn, và bắt đầu tháo khóa lưng của công tước khi cả hai loạng choạng tiến về phía giường. Cô không nhớ nổi lần cuối mình ân ái là khi nào, và chỉ có thể hy vọng công tước cũng vậy.</w:t>
      </w:r>
    </w:p>
    <w:p>
      <w:pPr>
        <w:spacing w:after="80"/>
      </w:pPr>
      <w:r>
        <w:rPr>
          <w:b w:val="0"/>
          <w:i w:val="0"/>
        </w:rPr>
        <w:t>Ông giống như một cậu học trò trong buổi hẹn hò đầu tiên, vuốt ve và lóng ngóng, rõ ràng cần cô dẫn dắt, và cô sẵn lòng làm điều đó.</w:t>
      </w:r>
    </w:p>
    <w:p>
      <w:pPr>
        <w:spacing w:after="80"/>
      </w:pPr>
      <w:r>
        <w:rPr>
          <w:b w:val="0"/>
          <w:i w:val="0"/>
        </w:rPr>
        <w:t>Đó là món quà sinh nhật tuyệt nhất mà tôi có thể mong đợi, ông nói khi nhịp tim đã trở lại bình thường.</w:t>
      </w:r>
    </w:p>
    <w:p>
      <w:pPr>
        <w:spacing w:after="80"/>
      </w:pPr>
      <w:r>
        <w:rPr>
          <w:b w:val="0"/>
          <w:i w:val="0"/>
        </w:rPr>
        <w:t>Tôi cũng vậy, Virginia nói, nhưng ông không nghe thấy, vì ông đã ngủ thiếp đi.</w:t>
      </w:r>
    </w:p>
    <w:p>
      <w:pPr>
        <w:spacing w:after="80"/>
      </w:pPr>
      <w:r>
        <w:rPr>
          <w:b w:val="0"/>
          <w:i w:val="0"/>
        </w:rPr>
        <w:t>Khi Virginia tỉnh dậy vào sáng hôm sau, cô mất vài giây để nhớ ra mình đang ở đâu. Cô bắt đầu nghĩ về hậu quả của mọi chuyện đã xảy ra tối hôm trước. Cô đã quyết định sẽ không xuất trình tấm séc 185,000 cho đến ngày 23 tháng 12, tin chắc rằng nó sẽ không được thanh toán trước Giáng sinh, thậm chí có thể là trước Năm mới.</w:t>
      </w:r>
    </w:p>
    <w:p>
      <w:pPr>
        <w:spacing w:after="80"/>
      </w:pPr>
      <w:r>
        <w:rPr>
          <w:b w:val="0"/>
          <w:i w:val="0"/>
        </w:rPr>
        <w:t>Tuy nhiên, vẫn có một khả năng mong manh rằng ai đó trong chuỗi xử lý sẽ coi việc cảnh báo công tước về một khoản rút tiền lớn như vậy là bổn phận của mình. Cũng có khả năng - dù có vẻ khó xảy ra với Virginia - rằng tấm séc có thể bị trả về. Nếu một trong hai thảm họa này xảy ra, cô sẽ đang trên đường đến Heathrow chứ không phải Castle Hertford, vì người truy đuổi cô sẽ không phải là Thanh tra Thuế HM mà là một công tước luôn cảnh giác, và cô nghi con gái ông, Camilla, sẽ không ở xa phía sau.</w:t>
      </w:r>
    </w:p>
    <w:p>
      <w:pPr>
        <w:spacing w:after="80"/>
      </w:pPr>
      <w:r>
        <w:rPr>
          <w:b w:val="0"/>
          <w:i w:val="0"/>
        </w:rPr>
        <w:t>Công tước đã mời Virginia đến ăn Giáng sinh tại điền trang của ông ở Hertford. Nhưng cô chỉ đồng ý khi biết rằng Camilla và gia đình cô ấy sẽ không bay từ New Zealand sang, vì họ cảm thấy hai chuyến đi đến Anh trong vòng vài tháng là một sự xa hoa không cần thiết.</w:t>
      </w:r>
    </w:p>
    <w:p>
      <w:pPr>
        <w:spacing w:after="80"/>
      </w:pPr>
      <w:r>
        <w:rPr>
          <w:b w:val="0"/>
          <w:i w:val="0"/>
        </w:rPr>
        <w:t>Virginia đã viết thư cho Clarence và Alice đều đặn trong vài tuần qua, để cập nhật cho họ mọi việc cha họ đang làm, hoặc ít nhất là phiên bản của cô về điều đó. Trong những lá thư hồi âm, cả hai đều nói rõ họ vui mừng biết bao khi cô sẽ cùng họ đón Giáng sinh tại Castle Hertford. Ý nghĩ rằng vào phút cuối cô có thể phải rút lui vội vã và đón Năm mới ở Buenos Aires với một người anh họ xa không mấy hấp dẫn.</w:t>
      </w:r>
    </w:p>
    <w:p>
      <w:pPr>
        <w:spacing w:after="80"/>
      </w:pPr>
      <w:r>
        <w:rPr>
          <w:b w:val="0"/>
          <w:i w:val="0"/>
        </w:rPr>
        <w:t>Khi công tước cuối cùng tỉnh dậy, ông biết chính xác mình đang ở đâu. Ông trở mình, vui mừng khi thấy Virginia vẫn chưa rời đi. Ông ôm cô vào lòng, và dành nhiều thời gian hơn hẳn để ân ái lần thứ hai. Cô bắt đầu cảm thấy tự tin rằng đây sẽ không phải là một cuộc tình qua đêm.</w:t>
      </w:r>
    </w:p>
    <w:p>
      <w:pPr>
        <w:jc w:val="center"/>
      </w:pPr>
      <w:r>
        <w:drawing>
          <wp:inline xmlns:a="http://schemas.openxmlformats.org/drawingml/2006/main" xmlns:pic="http://schemas.openxmlformats.org/drawingml/2006/picture">
            <wp:extent cx="304800" cy="85725"/>
            <wp:docPr id="81" name="Picture 8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Sao em không chuyển đến sống với anh nhỉ? công tước gợi ý khi Virginia đang chỉnh lại cà vạt cho ông.</w:t>
      </w:r>
    </w:p>
    <w:p>
      <w:pPr>
        <w:spacing w:after="80"/>
      </w:pPr>
      <w:r>
        <w:rPr>
          <w:b w:val="0"/>
          <w:i w:val="0"/>
        </w:rPr>
        <w:t>Tôi không chắc điều đó sẽ khôn ngoan, Perry, nhất là khi bọn trẻ ở lại lâu đài qua Giáng sinh. Có lẽ đầu năm mới, sau khi chúng đi rồi thì hơn?</w:t>
      </w:r>
    </w:p>
    <w:p>
      <w:pPr>
        <w:spacing w:after="80"/>
      </w:pPr>
      <w:r>
        <w:rPr>
          <w:b w:val="0"/>
          <w:i w:val="0"/>
        </w:rPr>
        <w:t>Vậy ít nhất em ở lại với anh cho đến khi chúng đến nhé?</w:t>
      </w:r>
    </w:p>
    <w:p>
      <w:pPr>
        <w:spacing w:after="80"/>
      </w:pPr>
      <w:r>
        <w:rPr>
          <w:b w:val="0"/>
          <w:i w:val="0"/>
        </w:rPr>
        <w:t>Virginia vui vẻ đồng ý với lời đề nghị của anh, nhưng chỉ bao giờ để lại một bộ quần áo thay ở Eaton Square, vì biết rằng mình có thể bị đuổi về bất cứ lúc nào. Sáng hôm Clarence hạ cánh xuống Heathrow, cô miễn cưỡng trở về căn hộ nhỏ ở Chelsea, nơi cô nhanh chóng nhận ra mình nhớ biết bao không chỉ lối sống mới mà còn cả Perry.</w:t>
      </w:r>
    </w:p>
    <w:p>
      <w:pPr>
        <w:pStyle w:val="Heading1"/>
        <w:jc w:val="center"/>
      </w:pPr>
      <w:r>
        <w:rPr>
          <w:rFonts w:ascii="Calibri" w:hAnsi="Calibri"/>
          <w:b/>
          <w:i w:val="0"/>
          <w:sz w:val="40"/>
        </w:rPr>
        <w:t>JESSICA CLIFTON</w:t>
      </w:r>
    </w:p>
    <w:p>
      <w:pPr>
        <w:pStyle w:val="Heading2"/>
        <w:jc w:val="center"/>
      </w:pPr>
      <w:r>
        <w:rPr>
          <w:rFonts w:ascii="Calibri" w:hAnsi="Calibri"/>
          <w:b/>
          <w:i w:val="0"/>
          <w:sz w:val="32"/>
        </w:rPr>
        <w:t>1982–1984</w:t>
      </w:r>
    </w:p>
    <w:p>
      <w:pPr>
        <w:pStyle w:val="Heading1"/>
        <w:jc w:val="center"/>
      </w:pPr>
      <w:r>
        <w:rPr>
          <w:rFonts w:ascii="Calibri" w:hAnsi="Calibri"/>
          <w:b/>
          <w:i w:val="0"/>
          <w:sz w:val="40"/>
        </w:rPr>
        <w:t>24</w:t>
      </w:r>
    </w:p>
    <w:p>
      <w:pPr>
        <w:spacing w:after="80"/>
      </w:pPr>
      <w:r>
        <w:rPr>
          <w:b w:val="0"/>
          <w:i w:val="0"/>
        </w:rPr>
        <w:t>Con ngạc nhiên là bố không lường trước được chuyện đó đấy, bố ạ, Jessica nói khi ngồi ăn sáng cùng bố.</w:t>
      </w:r>
    </w:p>
    <w:p>
      <w:pPr>
        <w:spacing w:after="80"/>
      </w:pPr>
      <w:r>
        <w:rPr>
          <w:b w:val="0"/>
          <w:i w:val="0"/>
        </w:rPr>
        <w:t>Và tất nhiên là con lường trước được rồi, Sebastian nói. Jake bắt đầu gõ thìa lên ghế ăn cao của mình để gây chú ý. Và bố không cần ý kiến của con đâu, cậu nhóc ạ.</w:t>
      </w:r>
    </w:p>
    <w:p>
      <w:pPr>
        <w:spacing w:after="80"/>
      </w:pPr>
      <w:r>
        <w:rPr>
          <w:b w:val="0"/>
          <w:i w:val="0"/>
        </w:rPr>
        <w:t>Nó chỉ đang chuẩn bị tiếp quản vị trí chủ tịch của Farthings Kaufman thôi.</w:t>
      </w:r>
    </w:p>
    <w:p>
      <w:pPr>
        <w:spacing w:after="80"/>
      </w:pPr>
      <w:r>
        <w:rPr>
          <w:b w:val="0"/>
          <w:i w:val="0"/>
        </w:rPr>
        <w:t>Con thực ra hy vọng mình có thể là chủ tịch tiếp theo.</w:t>
      </w:r>
    </w:p>
    <w:p>
      <w:pPr>
        <w:spacing w:after="80"/>
      </w:pPr>
      <w:r>
        <w:rPr>
          <w:b w:val="0"/>
          <w:i w:val="0"/>
        </w:rPr>
        <w:t>Không đâu, nếu Lady Virginia cứ tiếp tục xoay con như chong chóng.</w:t>
      </w:r>
    </w:p>
    <w:p>
      <w:pPr>
        <w:spacing w:after="80"/>
      </w:pPr>
      <w:r>
        <w:rPr>
          <w:b w:val="0"/>
          <w:i w:val="0"/>
        </w:rPr>
        <w:t>Con có vẻ quên mất, cô gái trẻ ạ, rằng Virginia đã có lợi thế nội bộ. Cô ta thường xuyên đến thăm Mellor trong tù, và giờ chúng ta biết rằng cô ta không chỉ đọc lá thư ông ấy viết cho con gái mình, mà còn liên lạc với cô ấy từ rất lâu trước khi máy bay của bố hạ cánh xuống Chicago.</w:t>
      </w:r>
    </w:p>
    <w:p>
      <w:pPr>
        <w:spacing w:after="80"/>
      </w:pPr>
      <w:r>
        <w:rPr>
          <w:b w:val="0"/>
          <w:i w:val="0"/>
        </w:rPr>
        <w:t>Nhưng bố đã có cơ hội nắm quyền kiểm soát công ty với giá một bảng trước đó, và bố đã từ chối.</w:t>
      </w:r>
    </w:p>
    <w:p>
      <w:pPr>
        <w:spacing w:after="80"/>
      </w:pPr>
      <w:r>
        <w:rPr>
          <w:b w:val="0"/>
          <w:i w:val="0"/>
        </w:rPr>
        <w:t>Lúc đó, nếu bố nhớ không nhầm, con còn phản đối cả việc bố đến thăm Mellor trong tù, và đã nói rõ quan điểm của mình.</w:t>
      </w:r>
    </w:p>
    <w:p>
      <w:pPr>
        <w:spacing w:after="80"/>
      </w:pPr>
      <w:r>
        <w:rPr>
          <w:b w:val="0"/>
          <w:i w:val="0"/>
        </w:rPr>
        <w:t>Chạm này, Samantha nói, nhặt chiếc thìa Jake vừa ném xuống sàn bếp.</w:t>
      </w:r>
    </w:p>
    <w:p>
      <w:pPr>
        <w:spacing w:after="80"/>
      </w:pPr>
      <w:r>
        <w:rPr>
          <w:b w:val="0"/>
          <w:i w:val="0"/>
        </w:rPr>
        <w:t>Bố lẽ ra phải nhận ra rằng nếu có bất kỳ khả năng nào Virginia kiếm được chút tiền riêng, Jessica tiếp tục, phớt lờ mẹ, thì cô ta không đáng tin.</w:t>
      </w:r>
    </w:p>
    <w:p>
      <w:pPr>
        <w:spacing w:after="80"/>
      </w:pPr>
      <w:r>
        <w:rPr>
          <w:b w:val="0"/>
          <w:i w:val="0"/>
        </w:rPr>
        <w:t>Và cho tôi hỏi, cậu đã tính ra tất cả những điều này từ khi nào vậy? Chắc là trong một tiết học kinh tế trình độ O level của cậu, không nghi ngờ gì nữa?</w:t>
      </w:r>
    </w:p>
    <w:p>
      <w:pPr>
        <w:spacing w:after="80"/>
      </w:pPr>
      <w:r>
        <w:rPr>
          <w:b w:val="0"/>
          <w:i w:val="0"/>
        </w:rPr>
        <w:t>Cô ấy đâu cần phải làm thế, Samantha nói, đặt một giá bánh mì nướng lên bàn. Sáu tháng qua nó toàn nghe lén những cuộc trò chuyện bữa sáng của chúng ta thôi. Chẳng qua chỉ là chuyện hậu kiến thôi, nên đừng có nổi khùng lên, Seb.</w:t>
      </w:r>
    </w:p>
    <w:p>
      <w:pPr>
        <w:spacing w:after="80"/>
      </w:pPr>
      <w:r>
        <w:rPr>
          <w:b w:val="0"/>
          <w:i w:val="0"/>
        </w:rPr>
        <w:t>Cộng thêm một chút trực giác phụ nữ nữa, Jessica khăng khăng.</w:t>
      </w:r>
    </w:p>
    <w:p>
      <w:pPr>
        <w:spacing w:after="80"/>
      </w:pPr>
      <w:r>
        <w:rPr>
          <w:b w:val="0"/>
          <w:i w:val="0"/>
        </w:rPr>
        <w:t>Chà, phòng khi cô không để ý, cô gái trẻ ạ, Thomas Cook đã thâu tóm Mellor Travel thật rồi, và cổ phiếu của họ vẫn tiếp tục tăng, bất chấp những lo ngại của cô.</w:t>
      </w:r>
    </w:p>
    <w:p>
      <w:pPr>
        <w:spacing w:after="80"/>
      </w:pPr>
      <w:r>
        <w:rPr>
          <w:b w:val="0"/>
          <w:i w:val="0"/>
        </w:rPr>
        <w:t>Nhưng họ đã phải trả nhiều hơn hẳn so với dự tính ban đầu của bố. Và điều con muốn biết, Jessica tiếp tục, là bao nhiêu trong số tiền dư đó cuối cùng lại chui vào túi Virginia.</w:t>
      </w:r>
    </w:p>
    <w:p>
      <w:pPr>
        <w:spacing w:after="80"/>
      </w:pPr>
      <w:r>
        <w:rPr>
          <w:b w:val="0"/>
          <w:i w:val="0"/>
        </w:rPr>
        <w:t>Sebastian không biết, dù ông nghi ngờ rằng nó nhiều hơn số tiền trả cho ngân hàng, nhưng ông nghe theo lời khuyên của Samantha và không cắn câu mồi.</w:t>
      </w:r>
    </w:p>
    <w:p>
      <w:pPr>
        <w:spacing w:after="80"/>
      </w:pPr>
      <w:r>
        <w:rPr>
          <w:b w:val="0"/>
          <w:i w:val="0"/>
        </w:rPr>
        <w:t>Không phải một khoản lợi tệ cho nửa tá lần thăm tù đâu, đó là lời cuối cùng của Jessica, sau khi ôm Jake một cái thật chặt.</w:t>
      </w:r>
    </w:p>
    <w:p>
      <w:pPr>
        <w:spacing w:after="80"/>
      </w:pPr>
      <w:r>
        <w:rPr>
          <w:b w:val="0"/>
          <w:i w:val="0"/>
        </w:rPr>
        <w:t>Samantha mỉm cười khi con gái rời khỏi phòng. Bà đã nói với Seb ngay sau khi Jake chào đời rằng bà lo lắng không biết Jessica sẽ phản ứng thế nào với đứa em mới, vì cô bé đã là tâm điểm chú ý suốt bao lâu nay. Nhưng hóa ra lại đúng ngược lại, bởi Jake lập tức trở thành tâm điểm cuộc đời Jessica. Cô bé vui vẻ trông em mỗi khi bố mẹ muốn ra ngoài vào buổi tối, và vào cuối tuần cô bé sẽ đẩy xe nôi đưa thằng bé đi dạo quanh công viên St James, rồi đặt nó lên giường ngủ. Những bà cụ lớn tuổi xuýt xoa khen ngợi thằng bé, không chắc Jessica là một chị gái chu đáo hay một bà mẹ trẻ chưa chồng.</w:t>
      </w:r>
    </w:p>
    <w:p>
      <w:pPr>
        <w:spacing w:after="80"/>
      </w:pPr>
      <w:r>
        <w:rPr>
          <w:b w:val="0"/>
          <w:i w:val="0"/>
        </w:rPr>
        <w:t>Jessica đã nhanh chóng ổn định cuộc sống ở đất nước mới của mình, sau khi cuối cùng đã làm cho bố mẹ tỉnh ngộ, và giờ cô bé không chỉ vui mừng vì hạnh phúc của họ, mà còn vì niềm vui có được một đứa em trai. Cô bé yêu quý gia đình mới mở rộng của mình. Pops, người bao dung, tốt bụng và vui tính, Grandpops, người khôn ngoan, chu đáo và truyền cảm hứng, và Grandma, người mà báo chí thường gọi là Boadicea của Bristol, khiến Jessica cảm thấy Boadicea hẳn phải là một người phụ nữ ghê gớm lắm.</w:t>
      </w:r>
    </w:p>
    <w:p>
      <w:pPr>
        <w:spacing w:after="80"/>
      </w:pPr>
      <w:r>
        <w:rPr>
          <w:b w:val="0"/>
          <w:i w:val="0"/>
        </w:rPr>
        <w:t>Tuy nhiên, việc hòa nhập vào ngôi trường mới của cô bé hóa ra lại không dễ dàng đến thế. Trong khi một số bạn gái gọi cô bé là "Yank" (người Mỹ), những người khác kém hào phóng hơn lại miêu tả cô bé là "con sâu que". Jessica kết luận rằng Mafia và Ku Klux Klan cộng lại có thể học được rất nhiều về nghệ thuật đe dọa từ các học sinh trường St Paul's Girls School, và đến cuối năm học đầu tiên, cô bé chỉ có một người bạn thân, Claire Taylor, người chia sẻ hầu hết sở thích của cô, kể cả con trai.</w:t>
      </w:r>
    </w:p>
    <w:p>
      <w:pPr>
        <w:jc w:val="center"/>
      </w:pPr>
      <w:r>
        <w:drawing>
          <wp:inline xmlns:a="http://schemas.openxmlformats.org/drawingml/2006/main" xmlns:pic="http://schemas.openxmlformats.org/drawingml/2006/picture">
            <wp:extent cx="304800" cy="85725"/>
            <wp:docPr id="82" name="Picture 8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Trong năm cuối ở St Paul's, Jessica lẹt đẹt ở khoảng giữa lớp, thường xuyên bị Claire đánh bại ở mọi môn trừ môn mỹ thuật, nơi cô bé vẫn bất khả chiến bại. Trong khi hầu hết bạn cùng lớp lo lắng về việc có được nhận vào đại học hay không, không ai nghi ngờ gì về con đường Jessica đang hướng tới.</w:t>
      </w:r>
    </w:p>
    <w:p>
      <w:pPr>
        <w:spacing w:after="80"/>
      </w:pPr>
      <w:r>
        <w:rPr>
          <w:b w:val="0"/>
          <w:i w:val="0"/>
        </w:rPr>
        <w:t>Tuy nhiên, Jessica có tâm sự với Claire một nỗi sợ rằng nếu cô được nhận vào Slade, cô có thể phát hiện ra rằng Avril Perkins, người đứng thứ hai môn mỹ thuật, đã đúng khi cô ta nói trong lúc Jessica nghe thấy rằng cô chỉ là một con cá lớn trong một cái ao nhỏ, sắp bị ném ra đại dương nơi cô chắc chắn sẽ chìm nghỉm không dấu vết.</w:t>
      </w:r>
    </w:p>
    <w:p>
      <w:pPr>
        <w:spacing w:after="80"/>
      </w:pPr>
      <w:r>
        <w:rPr>
          <w:b w:val="0"/>
          <w:i w:val="0"/>
        </w:rPr>
        <w:t>Claire bảo cô gạt phắt Avril đi, vì cô ta chỉ là một kẻ đáng khinh, nhưng Jessica vẫn dành trọn học kỳ cuối ở St Paul's để tự hỏi liệu cô ta có thể đúng không.</w:t>
      </w:r>
    </w:p>
    <w:p>
      <w:pPr>
        <w:spacing w:after="80"/>
      </w:pPr>
      <w:r>
        <w:rPr>
          <w:b w:val="0"/>
          <w:i w:val="0"/>
        </w:rPr>
        <w:t>Khi hiệu trưởng nữ công bố tại lễ trao giải rằng Jessica Clifton đã được trao Học bổng Gainsborough vào Trường Mỹ thuật Slade, Jessica dường như là người duy nhất trong hội trường ngạc nhiên. Thực tế, cô bé vui mừng vì Claire được nhận vào University College để học ngành tiếng Anh cũng nhiều như vui mừng vì chiến thắng của chính mình. Tuy nhiên, cô không vui khi biết rằng Avril Perkins sẽ cùng vào Slade với cô.</w:t>
      </w:r>
    </w:p>
    <w:p>
      <w:pPr>
        <w:jc w:val="center"/>
      </w:pPr>
      <w:r>
        <w:drawing>
          <wp:inline xmlns:a="http://schemas.openxmlformats.org/drawingml/2006/main" xmlns:pic="http://schemas.openxmlformats.org/drawingml/2006/picture">
            <wp:extent cx="304800" cy="85725"/>
            <wp:docPr id="83" name="Picture 8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Chủ tịch muốn nói chuyện với ông một chút, ông Clifton ạ.</w:t>
      </w:r>
    </w:p>
    <w:p>
      <w:pPr>
        <w:spacing w:after="80"/>
      </w:pPr>
      <w:r>
        <w:rPr>
          <w:b w:val="0"/>
          <w:i w:val="0"/>
        </w:rPr>
        <w:t>Sebastian dừng ký các lá thư và ngước lên thấy thư ký của sếp đang đứng ở ngưỡng cửa. Tôi tưởng ông ấy đang ở Copenhagen chứ?</w:t>
      </w:r>
    </w:p>
    <w:p>
      <w:pPr>
        <w:spacing w:after="80"/>
      </w:pPr>
      <w:r>
        <w:rPr>
          <w:b w:val="0"/>
          <w:i w:val="0"/>
        </w:rPr>
        <w:t>Anh ấy đã trở về trên chuyến bay đầu tiên sáng nay, Angela nói, và yêu cầu gặp anh ngay khi bước vào văn phòng.</w:t>
      </w:r>
    </w:p>
    <w:p>
      <w:pPr>
        <w:spacing w:after="80"/>
      </w:pPr>
      <w:r>
        <w:rPr>
          <w:b w:val="0"/>
          <w:i w:val="0"/>
        </w:rPr>
        <w:t>Nghe có vẻ nghiêm trọng đấy, Seb nói, nhướng mày, nhưng không nhận được phản hồi nào.</w:t>
      </w:r>
    </w:p>
    <w:p>
      <w:pPr>
        <w:spacing w:after="80"/>
      </w:pPr>
      <w:r>
        <w:rPr>
          <w:b w:val="0"/>
          <w:i w:val="0"/>
        </w:rPr>
        <w:t>Điều duy nhất tôi có thể nói với anh, anh Clifton ạ, là ông ấy đã dọn trống lịch cho cả buổi sáng còn lại.</w:t>
      </w:r>
    </w:p>
    <w:p>
      <w:pPr>
        <w:spacing w:after="80"/>
      </w:pPr>
      <w:r>
        <w:rPr>
          <w:b w:val="0"/>
          <w:i w:val="0"/>
        </w:rPr>
        <w:t>Có lẽ ông ấy định sa thải tôi, Seb nói, hy vọng dụ được Angela buột miệng điều gì đó.</w:t>
      </w:r>
    </w:p>
    <w:p>
      <w:pPr>
        <w:spacing w:after="80"/>
      </w:pPr>
      <w:r>
        <w:rPr>
          <w:b w:val="0"/>
          <w:i w:val="0"/>
        </w:rPr>
        <w:t>Tôi không nghĩ vậy, vì chuyện đó thường chỉ mất vài phút thôi.</w:t>
      </w:r>
    </w:p>
    <w:p>
      <w:pPr>
        <w:spacing w:after="80"/>
      </w:pPr>
      <w:r>
        <w:rPr>
          <w:b w:val="0"/>
          <w:i w:val="0"/>
        </w:rPr>
        <w:t>Không có gợi ý nào à? Sebastian thì thầm khi cả hai rời văn phòng của anh và cùng bước dọc hành lang.</w:t>
      </w:r>
    </w:p>
    <w:p>
      <w:pPr>
        <w:spacing w:after="80"/>
      </w:pPr>
      <w:r>
        <w:rPr>
          <w:b w:val="0"/>
          <w:i w:val="0"/>
        </w:rPr>
        <w:t>Điều duy nhất tôi sẵn lòng nói, Angela đáp, là anh không thể không nhận ra rằng ông Bishara đã bay đến Copenhagen sáu lần trong tháng qua. Có lẽ anh sắp biết lý do tại sao, cô nói thêm trước khi gõ cửa phòng chủ tịch.</w:t>
      </w:r>
    </w:p>
    <w:p>
      <w:pPr>
        <w:spacing w:after="80"/>
      </w:pPr>
      <w:r>
        <w:rPr>
          <w:b w:val="0"/>
          <w:i w:val="0"/>
        </w:rPr>
        <w:t>Ông ấy đã thâu tóm Lego hay Carlsberg rồi à? Seb hỏi khi Angela mở cửa và đứng sang một bên để anh bước vào.</w:t>
      </w:r>
    </w:p>
    <w:p>
      <w:pPr>
        <w:spacing w:after="80"/>
      </w:pPr>
      <w:r>
        <w:rPr>
          <w:b w:val="0"/>
          <w:i w:val="0"/>
        </w:rPr>
        <w:t>Chào buổi sáng, chủ tịch, Seb nói. Nhưng anh không thể đoán được từ vẻ mặt bí ẩn như tượng nhân sư của Hakim Bishara rằng đó là tin tốt hay tin xấu.</w:t>
      </w:r>
    </w:p>
    <w:p>
      <w:pPr>
        <w:spacing w:after="80"/>
      </w:pPr>
      <w:r>
        <w:rPr>
          <w:b w:val="0"/>
          <w:i w:val="0"/>
        </w:rPr>
        <w:t>Chào buổi sáng, Sebastian. Gợi ý thứ nhất, Seb nghĩ. Chủ tịch chỉ gọi anh là Sebastian khi sắp bàn về chuyện gì đó nghiêm túc. Mời ngồi. Gợi ý thứ hai, đây sẽ không phải là cuộc gặp ngắn.</w:t>
      </w:r>
    </w:p>
    <w:p>
      <w:pPr>
        <w:spacing w:after="80"/>
      </w:pPr>
      <w:r>
        <w:rPr>
          <w:b w:val="0"/>
          <w:i w:val="0"/>
        </w:rPr>
        <w:t>Sebastian này, tôi muốn anh là người đầu tiên biết rằng tôi đã kết hôn vào thứ Bảy.</w:t>
      </w:r>
    </w:p>
    <w:p>
      <w:pPr>
        <w:spacing w:after="80"/>
      </w:pPr>
      <w:r>
        <w:rPr>
          <w:b w:val="0"/>
          <w:i w:val="0"/>
        </w:rPr>
        <w:t>Seb đã nghĩ đến nửa tá lý do khả dĩ khiến chủ tịch muốn gặp mình, nhưng kết hôn không nằm trong số đó, và nói anh bị bất ngờ thì quả là nói giảm nói tránh. Trong giây lát anh không nghĩ ra được gì để nói. Hakim ngả lưng vào ghế và tận hưởng trải nghiệm hiếm có: một vị CEO im lặng.</w:t>
      </w:r>
    </w:p>
    <w:p>
      <w:pPr>
        <w:spacing w:after="80"/>
      </w:pPr>
      <w:r>
        <w:rPr>
          <w:b w:val="0"/>
          <w:i w:val="0"/>
        </w:rPr>
        <w:t>Tôi có biết người phụ nữ ấy không? Cuối cùng Seb cũng cất lời.</w:t>
      </w:r>
    </w:p>
    <w:p>
      <w:pPr>
        <w:spacing w:after="80"/>
      </w:pPr>
      <w:r>
        <w:rPr>
          <w:b w:val="0"/>
          <w:i w:val="0"/>
        </w:rPr>
        <w:t>Không, nhưng anh đã từng thấy cô ấy từ xa.</w:t>
      </w:r>
    </w:p>
    <w:p>
      <w:pPr>
        <w:spacing w:after="80"/>
      </w:pPr>
      <w:r>
        <w:rPr>
          <w:b w:val="0"/>
          <w:i w:val="0"/>
        </w:rPr>
        <w:t>Sebastian quyết định tham gia vào trò chơi. Ở London ạ?</w:t>
      </w:r>
    </w:p>
    <w:p>
      <w:pPr>
        <w:spacing w:after="80"/>
      </w:pPr>
      <w:r>
        <w:rPr>
          <w:b w:val="0"/>
          <w:i w:val="0"/>
        </w:rPr>
        <w:t>Đúng vậy.</w:t>
      </w:r>
    </w:p>
    <w:p>
      <w:pPr>
        <w:spacing w:after="80"/>
      </w:pPr>
      <w:r>
        <w:rPr>
          <w:b w:val="0"/>
          <w:i w:val="0"/>
        </w:rPr>
        <w:t>Trong Thành phố à?</w:t>
      </w:r>
    </w:p>
    <w:p>
      <w:pPr>
        <w:spacing w:after="80"/>
      </w:pPr>
      <w:r>
        <w:rPr>
          <w:b w:val="0"/>
          <w:i w:val="0"/>
        </w:rPr>
        <w:t>Đúng vậy, Hakim nhắc lại, nhưng anh đang đi sai đường rồi.</w:t>
      </w:r>
    </w:p>
    <w:p>
      <w:pPr>
        <w:spacing w:after="80"/>
      </w:pPr>
      <w:r>
        <w:rPr>
          <w:b w:val="0"/>
          <w:i w:val="0"/>
        </w:rPr>
        <w:t>Cô ấy là nhân viên ngân hàng à?</w:t>
      </w:r>
    </w:p>
    <w:p>
      <w:pPr>
        <w:spacing w:after="80"/>
      </w:pPr>
      <w:r>
        <w:rPr>
          <w:b w:val="0"/>
          <w:i w:val="0"/>
        </w:rPr>
        <w:t>Không, kiến trúc sư cảnh quan.</w:t>
      </w:r>
    </w:p>
    <w:p>
      <w:pPr>
        <w:spacing w:after="80"/>
      </w:pPr>
      <w:r>
        <w:rPr>
          <w:b w:val="0"/>
          <w:i w:val="0"/>
        </w:rPr>
        <w:t>Vậy chắc cô ấy đã từng làm trong một dự án nào đó của chúng ta, Seb gợi ý.</w:t>
      </w:r>
    </w:p>
    <w:p>
      <w:pPr>
        <w:spacing w:after="80"/>
      </w:pPr>
      <w:r>
        <w:rPr>
          <w:b w:val="0"/>
          <w:i w:val="0"/>
        </w:rPr>
        <w:t>Vừa đúng vừa không.</w:t>
      </w:r>
    </w:p>
    <w:p>
      <w:pPr>
        <w:spacing w:after="80"/>
      </w:pPr>
      <w:r>
        <w:rPr>
          <w:b w:val="0"/>
          <w:i w:val="0"/>
        </w:rPr>
        <w:t>Cô ấy ủng hộ hay phản đối chúng ta?</w:t>
      </w:r>
    </w:p>
    <w:p>
      <w:pPr>
        <w:spacing w:after="80"/>
      </w:pPr>
      <w:r>
        <w:rPr>
          <w:b w:val="0"/>
          <w:i w:val="0"/>
        </w:rPr>
        <w:t>Không bên nào cả, Hakim nói. Tôi sẽ mô tả cô ấy là trung lập, nhưng không hữu ích.</w:t>
      </w:r>
    </w:p>
    <w:p>
      <w:pPr>
        <w:spacing w:after="80"/>
      </w:pPr>
      <w:r>
        <w:rPr>
          <w:b w:val="0"/>
          <w:i w:val="0"/>
        </w:rPr>
        <w:t>Một khoảng lặng dài nữa tiếp theo trước khi Sebastian nói, Ôi trời ơi, đó là người phụ nữ đã làm chứng trong phiên tòa của anh. Bà, ừm, bà . . .</w:t>
      </w:r>
    </w:p>
    <w:p>
      <w:pPr>
        <w:spacing w:after="80"/>
      </w:pPr>
      <w:r>
        <w:rPr>
          <w:b w:val="0"/>
          <w:i w:val="0"/>
        </w:rPr>
        <w:t>Bergstrm.</w:t>
      </w:r>
    </w:p>
    <w:p>
      <w:pPr>
        <w:spacing w:after="80"/>
      </w:pPr>
      <w:r>
        <w:rPr>
          <w:b w:val="0"/>
          <w:i w:val="0"/>
        </w:rPr>
        <w:t>Nhưng cô ấy là nhân chứng chủ chốt của bên nguyên, và cô ấy chắc chắn không giúp gì cho lý lẽ của chúng ta. Tôi nhớ mọi người đều tiếc rằng ông Carman đã lần ra được cô ấy.</w:t>
      </w:r>
    </w:p>
    <w:p>
      <w:pPr>
        <w:spacing w:after="80"/>
      </w:pPr>
      <w:r>
        <w:rPr>
          <w:b w:val="0"/>
          <w:i w:val="0"/>
        </w:rPr>
        <w:t>Mọi người trừ tôi, Hakim nói. Tôi đã trải qua vô số đêm trong tù hối hận vì đã không nói chuyện với cô ấy khi chúng tôi ngồi cạnh nhau trên chuyến bay từ Lagos về. Vậy nên vài ngày sau khi được thả, tôi bay đến Copenhagen.</w:t>
      </w:r>
    </w:p>
    <w:p>
      <w:pPr>
        <w:spacing w:after="80"/>
      </w:pPr>
      <w:r>
        <w:rPr>
          <w:b w:val="0"/>
          <w:i w:val="0"/>
        </w:rPr>
        <w:t>Tôi chưa bao giờ nghĩ anh là tuýp người lãng mạn, Hakim, và tôi nghi ngờ hầu hết đồng nghiệp của chúng ta trong Thành phố sẽ đồng ý với tôi. Cho tôi hỏi ông Bergstrm đã nói gì về đề nghị thâu tóm mà anh dự định chứ?</w:t>
      </w:r>
    </w:p>
    <w:p>
      <w:pPr>
        <w:spacing w:after="80"/>
      </w:pPr>
      <w:r>
        <w:rPr>
          <w:b w:val="0"/>
          <w:i w:val="0"/>
        </w:rPr>
        <w:t>Tôi đã chẳng lên máy bay nếu có một ông Bergstrm nào đó. Barry Hammond chỉ mất vài ngày để phát hiện ra rằng chồng của Kristina qua đời vì một cơn đau tim ở tuổi năm mươi hai.</w:t>
      </w:r>
    </w:p>
    <w:p>
      <w:pPr>
        <w:spacing w:after="80"/>
      </w:pPr>
      <w:r>
        <w:rPr>
          <w:b w:val="0"/>
          <w:i w:val="0"/>
        </w:rPr>
        <w:t>Đừng nói với tôi, ông ấy là nhân viên ngân hàng.</w:t>
      </w:r>
    </w:p>
    <w:p>
      <w:pPr>
        <w:spacing w:after="80"/>
      </w:pPr>
      <w:r>
        <w:rPr>
          <w:b w:val="0"/>
          <w:i w:val="0"/>
        </w:rPr>
        <w:t>Trưởng bộ phận cho vay tại Ngân hàng Hoàng gia Copenhagen.</w:t>
      </w:r>
    </w:p>
    <w:p>
      <w:pPr>
        <w:spacing w:after="80"/>
      </w:pPr>
      <w:r>
        <w:rPr>
          <w:b w:val="0"/>
          <w:i w:val="0"/>
        </w:rPr>
        <w:t>Cách đây vài năm họ suýt nữa thì phá sản.</w:t>
      </w:r>
    </w:p>
    <w:p>
      <w:pPr>
        <w:spacing w:after="80"/>
      </w:pPr>
      <w:r>
        <w:rPr>
          <w:b w:val="0"/>
          <w:i w:val="0"/>
        </w:rPr>
        <w:t>Trong nhiệm kỳ của anh ấy, tôi e là vậy, Hakim nói khẽ.</w:t>
      </w:r>
    </w:p>
    <w:p>
      <w:pPr>
        <w:spacing w:after="80"/>
      </w:pPr>
      <w:r>
        <w:rPr>
          <w:b w:val="0"/>
          <w:i w:val="0"/>
        </w:rPr>
        <w:t>Vậy bà Bergstrm cũng sẽ</w:t>
      </w:r>
    </w:p>
    <w:p>
      <w:pPr>
        <w:spacing w:after="80"/>
      </w:pPr>
      <w:r>
        <w:rPr>
          <w:b w:val="0"/>
          <w:i w:val="0"/>
        </w:rPr>
        <w:t>Bà Bishara.</w:t>
      </w:r>
    </w:p>
    <w:p>
      <w:pPr>
        <w:spacing w:after="80"/>
      </w:pPr>
      <w:r>
        <w:rPr>
          <w:b w:val="0"/>
          <w:i w:val="0"/>
        </w:rPr>
        <w:t>Chuyển đến London chứ?</w:t>
      </w:r>
    </w:p>
    <w:p>
      <w:pPr>
        <w:spacing w:after="80"/>
      </w:pPr>
      <w:r>
        <w:rPr>
          <w:b w:val="0"/>
          <w:i w:val="0"/>
        </w:rPr>
        <w:t>Không phải ngay lập tức. Bà ấy có hai đứa con vẫn đang đi học, và bà ấy không muốn cuộc sống của chúng bị xáo trộn, nên tôi đã phải thỏa thuận một điều.</w:t>
      </w:r>
    </w:p>
    <w:p>
      <w:pPr>
        <w:spacing w:after="80"/>
      </w:pPr>
      <w:r>
        <w:rPr>
          <w:b w:val="0"/>
          <w:i w:val="0"/>
        </w:rPr>
        <w:t>Mà anh thường rất giỏi khoản đó.</w:t>
      </w:r>
    </w:p>
    <w:p>
      <w:pPr>
        <w:spacing w:after="80"/>
      </w:pPr>
      <w:r>
        <w:rPr>
          <w:b w:val="0"/>
          <w:i w:val="0"/>
        </w:rPr>
        <w:t>Không giỏi khi chuyện liên quan đến cá nhân. Điều mà tôi luôn cảnh báo anh. Chúng tôi dự định sống ở Copenhagen trong vài năm tới, cho đến khi Inge và Aksel ổn định ở trường đại học. Sau đó, Kristina đã đồng ý đến Anh.</w:t>
      </w:r>
    </w:p>
    <w:p>
      <w:pPr>
        <w:spacing w:after="80"/>
      </w:pPr>
      <w:r>
        <w:rPr>
          <w:b w:val="0"/>
          <w:i w:val="0"/>
        </w:rPr>
        <w:t>Trong lúc đó, anh sẽ sống trên máy bay.</w:t>
      </w:r>
    </w:p>
    <w:p>
      <w:pPr>
        <w:spacing w:after="80"/>
      </w:pPr>
      <w:r>
        <w:rPr>
          <w:b w:val="0"/>
          <w:i w:val="0"/>
        </w:rPr>
        <w:t>Không đời nào. Kristina đã nói rõ ràng rằng cô ấy không cần thêm một người chồng thứ hai chết vì đau tim. Đó là lý do tôi cần gặp anh, Sebastian. Tôi muốn anh tiếp quản vị trí chủ tịch ngân hàng.</w:t>
      </w:r>
    </w:p>
    <w:p>
      <w:pPr>
        <w:spacing w:after="80"/>
      </w:pPr>
      <w:r>
        <w:rPr>
          <w:b w:val="0"/>
          <w:i w:val="0"/>
        </w:rPr>
        <w:t>Lần này Seb sững sờ đến mức im lặng lâu hơn nhiều, và Hakim lại tận dụng cơ hội đó.</w:t>
      </w:r>
    </w:p>
    <w:p>
      <w:pPr>
        <w:spacing w:after="80"/>
      </w:pPr>
      <w:r>
        <w:rPr>
          <w:b w:val="0"/>
          <w:i w:val="0"/>
        </w:rPr>
        <w:t>Tôi định triệu tập một cuộc họp hội đồng quản trị vào đầu tuần sau để báo cho các giám đốc về quyết định của mình. Tôi sẽ đề xuất anh thay tôi làm chủ tịch, còn tôi sẽ trở thành tổng giám đốc ngân hàng. Anh chỉ cần quyết định ai sẽ là CEO của anh.</w:t>
      </w:r>
    </w:p>
    <w:p>
      <w:pPr>
        <w:spacing w:after="80"/>
      </w:pPr>
      <w:r>
        <w:rPr>
          <w:b w:val="0"/>
          <w:i w:val="0"/>
        </w:rPr>
        <w:t>Seb không cần mất nhiều thời gian để nghĩ về điều đó, nhưng anh chờ nghe ý kiến của Hakim.</w:t>
      </w:r>
    </w:p>
    <w:p>
      <w:pPr>
        <w:spacing w:after="80"/>
      </w:pPr>
      <w:r>
        <w:rPr>
          <w:b w:val="0"/>
          <w:i w:val="0"/>
        </w:rPr>
        <w:t>Tôi cho rằng anh sẽ muốn Victor Kaufman thay vị trí của anh, Hakim nói. Dù sao thì, ông ấy là một trong những người bạn lâu năm nhất của anh, và sở hữu hai mươi lăm phần trăm cổ phần của ngân hàng.</w:t>
      </w:r>
    </w:p>
    <w:p>
      <w:pPr>
        <w:spacing w:after="80"/>
      </w:pPr>
      <w:r>
        <w:rPr>
          <w:b w:val="0"/>
          <w:i w:val="0"/>
        </w:rPr>
        <w:t>Điều đó không đủ để ông ấy đủ tư cách phụ trách hoạt động hằng ngày của một tổ chức tài chính lớn. Chúng ta đang điều hành một ngân hàng, Hakim, không phải một câu lạc bộ thể thao địa phương.</w:t>
      </w:r>
    </w:p>
    <w:p>
      <w:pPr>
        <w:spacing w:after="80"/>
      </w:pPr>
      <w:r>
        <w:rPr>
          <w:b w:val="0"/>
          <w:i w:val="0"/>
        </w:rPr>
        <w:t>Vậy có nghĩa là anh đã có ứng viên khác trong đầu?</w:t>
      </w:r>
    </w:p>
    <w:p>
      <w:pPr>
        <w:spacing w:after="80"/>
      </w:pPr>
      <w:r>
        <w:rPr>
          <w:b w:val="0"/>
          <w:i w:val="0"/>
        </w:rPr>
        <w:t>John Ashley sẽ là lựa chọn đầu tiên của tôi, Seb nói không chút do dự.</w:t>
      </w:r>
    </w:p>
    <w:p>
      <w:pPr>
        <w:spacing w:after="80"/>
      </w:pPr>
      <w:r>
        <w:rPr>
          <w:b w:val="0"/>
          <w:i w:val="0"/>
        </w:rPr>
        <w:t>Nhưng anh ấy mới làm ở ngân hàng được vài năm. Anh ấy còn chưa kịp ổn định chỗ đứng nữa.</w:t>
      </w:r>
    </w:p>
    <w:p>
      <w:pPr>
        <w:spacing w:after="80"/>
      </w:pPr>
      <w:r>
        <w:rPr>
          <w:b w:val="0"/>
          <w:i w:val="0"/>
        </w:rPr>
        <w:t>Nhưng lý lịch mới đẹp làm sao, Seb nhắc lại. Trường Ngữ pháp Manchester, Trường Kinh tế London, và một học bổng vào Trường Kinh doanh Harvard. Và đừng quên chúng ta đã phải trả bao nhiêu để dụ anh ấy rời khỏi Chase Manhattan. Và sẽ bao lâu trước khi một trong những đối thủ của chúng ta đưa ra cho anh ấy một lời chào vàng? Tôi đoán là sớm chứ không muộn, nhất là nếu Victor trở thành CEO của Farthings. Không. Nếu anh muốn tôi làm chủ tịch, Hakim, thì việc bổ nhiệm John Ashley vào vị trí đó chính là điều kiện tiên quyết.</w:t>
      </w:r>
    </w:p>
    <w:p>
      <w:pPr>
        <w:jc w:val="center"/>
      </w:pPr>
      <w:r>
        <w:drawing>
          <wp:inline xmlns:a="http://schemas.openxmlformats.org/drawingml/2006/main" xmlns:pic="http://schemas.openxmlformats.org/drawingml/2006/picture">
            <wp:extent cx="304800" cy="85725"/>
            <wp:docPr id="84" name="Picture 8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Chúc mừng nhé, Jessica nói.</w:t>
      </w:r>
    </w:p>
    <w:p>
      <w:pPr>
        <w:spacing w:after="80"/>
      </w:pPr>
      <w:r>
        <w:rPr>
          <w:b w:val="0"/>
          <w:i w:val="0"/>
        </w:rPr>
        <w:t>Chủ tịch là gì hả? Jake hỏi dồn.</w:t>
      </w:r>
    </w:p>
    <w:p>
      <w:pPr>
        <w:spacing w:after="80"/>
      </w:pPr>
      <w:r>
        <w:rPr>
          <w:b w:val="0"/>
          <w:i w:val="0"/>
        </w:rPr>
        <w:t>Là người chỉ huy mọi thứ và mọi người, khá giống một hiệu trưởng nữ vậy.</w:t>
      </w:r>
    </w:p>
    <w:p>
      <w:pPr>
        <w:spacing w:after="80"/>
      </w:pPr>
      <w:r>
        <w:rPr>
          <w:b w:val="0"/>
          <w:i w:val="0"/>
        </w:rPr>
        <w:t>Tôi chưa bao giờ nghĩ về nó theo cách đó, Sebastian thừa nhận, trong khi Samantha phá lên cười.</w:t>
      </w:r>
    </w:p>
    <w:p>
      <w:pPr>
        <w:spacing w:after="80"/>
      </w:pPr>
      <w:r>
        <w:rPr>
          <w:b w:val="0"/>
          <w:i w:val="0"/>
        </w:rPr>
        <w:t>Jessica đi vòng quanh bàn và ôm bố mình. Chúc mừng nhé, cô lặp lại.</w:t>
      </w:r>
    </w:p>
    <w:p>
      <w:pPr>
        <w:spacing w:after="80"/>
      </w:pPr>
      <w:r>
        <w:rPr>
          <w:b w:val="0"/>
          <w:i w:val="0"/>
        </w:rPr>
        <w:t>Hakim có vẻ còn quá trẻ để nghỉ hưu, Samantha nói, khi cô cắt phần đầu quả trứng của Jake.</w:t>
      </w:r>
    </w:p>
    <w:p>
      <w:pPr>
        <w:spacing w:after="80"/>
      </w:pPr>
      <w:r>
        <w:rPr>
          <w:b w:val="0"/>
          <w:i w:val="0"/>
        </w:rPr>
        <w:t>Tôi đồng ý, Seb nói, nhưng anh ấy đã yêu rồi.</w:t>
      </w:r>
    </w:p>
    <w:p>
      <w:pPr>
        <w:spacing w:after="80"/>
      </w:pPr>
      <w:r>
        <w:rPr>
          <w:b w:val="0"/>
          <w:i w:val="0"/>
        </w:rPr>
        <w:t>Tôi đâu có biết rằng nếu bạn là chủ tịch một ngân hàng mà lại yêu, thì bạn được cho là phải từ chức.</w:t>
      </w:r>
    </w:p>
    <w:p>
      <w:pPr>
        <w:spacing w:after="80"/>
      </w:pPr>
      <w:r>
        <w:rPr>
          <w:b w:val="0"/>
          <w:i w:val="0"/>
        </w:rPr>
        <w:t>Đâu có bắt buộc, Seb nói, cười, nhưng các ngân hàng thường thích chủ tịch của họ sống cùng một quốc gia, và người phụ nữ kia sống ở Copenhagen.</w:t>
      </w:r>
    </w:p>
    <w:p>
      <w:pPr>
        <w:spacing w:after="80"/>
      </w:pPr>
      <w:r>
        <w:rPr>
          <w:b w:val="0"/>
          <w:i w:val="0"/>
        </w:rPr>
        <w:t>Sao cô ấy không đến sống ở Anh? Jessica hỏi.</w:t>
      </w:r>
    </w:p>
    <w:p>
      <w:pPr>
        <w:spacing w:after="80"/>
      </w:pPr>
      <w:r>
        <w:rPr>
          <w:b w:val="0"/>
          <w:i w:val="0"/>
        </w:rPr>
        <w:t>Kristina Bergström là một kiến trúc sư cảnh quan rất thành đạt với danh tiếng quốc tế, nhưng cô ấy có hai đứa con từ cuộc hôn nhân đầu và cô ấy không muốn chuyển chúng đi khi chúng còn đang đi học.</w:t>
      </w:r>
    </w:p>
    <w:p>
      <w:pPr>
        <w:spacing w:after="80"/>
      </w:pPr>
      <w:r>
        <w:rPr>
          <w:b w:val="0"/>
          <w:i w:val="0"/>
        </w:rPr>
        <w:t>Nhưng Hakim sẽ dùng thời gian của mình thế nào, khi anh ấy có năng lượng của mười người?</w:t>
      </w:r>
    </w:p>
    <w:p>
      <w:pPr>
        <w:spacing w:after="80"/>
      </w:pPr>
      <w:r>
        <w:rPr>
          <w:b w:val="0"/>
          <w:i w:val="0"/>
        </w:rPr>
        <w:t>Anh ấy dự định mở một chi nhánh mới của Farthings ở Copenhagen, và công ty của Kristina sẽ là khách hàng đầu tiên của anh ấy. Cô ấy đã đồng ý rằng khi bọn trẻ rời trường, cô ấy sẽ mở một văn phòng hành nghề ở London.</w:t>
      </w:r>
    </w:p>
    <w:p>
      <w:pPr>
        <w:spacing w:after="80"/>
      </w:pPr>
      <w:r>
        <w:rPr>
          <w:b w:val="0"/>
          <w:i w:val="0"/>
        </w:rPr>
        <w:t>Và khi Hakim trở lại, liệu anh ấy có tiếp tục đảm nhận vai trò chủ tịch không?</w:t>
      </w:r>
    </w:p>
    <w:p>
      <w:pPr>
        <w:spacing w:after="80"/>
      </w:pPr>
      <w:r>
        <w:rPr>
          <w:b w:val="0"/>
          <w:i w:val="0"/>
        </w:rPr>
        <w:t>Không. Anh ấy đã nói rõ lập trường của mình đến mức không thể rõ hơn. Vào ngày mùng một tháng Chín, Hakim sẽ trở thành chủ tịch của Farthings Kaufman, trước khi tôi tiếp quản vị trí chủ tịch vào năm mới, với John Ashley làm CEO của tôi.</w:t>
      </w:r>
    </w:p>
    <w:p>
      <w:pPr>
        <w:spacing w:after="80"/>
      </w:pPr>
      <w:r>
        <w:rPr>
          <w:b w:val="0"/>
          <w:i w:val="0"/>
        </w:rPr>
        <w:t>Bố đã nói với Victor chưa? Samantha hỏi.</w:t>
      </w:r>
    </w:p>
    <w:p>
      <w:pPr>
        <w:spacing w:after="80"/>
      </w:pPr>
      <w:r>
        <w:rPr>
          <w:b w:val="0"/>
          <w:i w:val="0"/>
        </w:rPr>
        <w:t>Chưa, bố nghĩ bố sẽ đợi đến khi mọi thứ chính thức.</w:t>
      </w:r>
    </w:p>
    <w:p>
      <w:pPr>
        <w:spacing w:after="80"/>
      </w:pPr>
      <w:r>
        <w:rPr>
          <w:b w:val="0"/>
          <w:i w:val="0"/>
        </w:rPr>
        <w:t>Con muốn làm con ruồi đậu trên tường để xem cuộc gặp đó, Samantha nói. Bố đã bao giờ gặp cô Bergstrm chưa?</w:t>
      </w:r>
    </w:p>
    <w:p>
      <w:pPr>
        <w:spacing w:after="80"/>
      </w:pPr>
      <w:r>
        <w:rPr>
          <w:b w:val="0"/>
          <w:i w:val="0"/>
        </w:rPr>
        <w:t>Chưa, bố chỉ thấy cô ấy trong ghế nhân chứng khi cô ấy đưa ra bằng chứng tại phiên tòa của Hakim. Vì lúc đó anh ấy đang bị giam giữ, hẳn đó là tiếng sét ái tình ngay từ cái nhìn đầu tiên.</w:t>
      </w:r>
    </w:p>
    <w:p>
      <w:pPr>
        <w:spacing w:after="80"/>
      </w:pPr>
      <w:r>
        <w:rPr>
          <w:b w:val="0"/>
          <w:i w:val="0"/>
        </w:rPr>
        <w:t>Đàn ông thường yêu ngay từ cái nhìn đầu tiên, Jessica tuyên bố, người vẫn im lặng cho đến lúc đó. Phụ nữ hiếm khi như vậy.</w:t>
      </w:r>
    </w:p>
    <w:p>
      <w:pPr>
        <w:spacing w:after="80"/>
      </w:pPr>
      <w:r>
        <w:rPr>
          <w:b w:val="0"/>
          <w:i w:val="0"/>
        </w:rPr>
        <w:t>Bố chắc cả hai chúng ta đều biết ơn, Jessica, vì sự thấu hiểu sâu sắc của con về chủ đề tình yêu, Seb nói, cũng như chúng ta biết ơn vì con đã nắm bắt được kinh tế vĩ mô.</w:t>
      </w:r>
    </w:p>
    <w:p>
      <w:pPr>
        <w:spacing w:after="80"/>
      </w:pPr>
      <w:r>
        <w:rPr>
          <w:b w:val="0"/>
          <w:i w:val="0"/>
        </w:rPr>
        <w:t xml:space="preserve">Đó không phải ý kiến của con, Jessica nói, mà là của D. H. Lawrence. Đó là một câu trích từ </w:t>
      </w:r>
      <w:r>
        <w:rPr>
          <w:b w:val="0"/>
          <w:i/>
        </w:rPr>
        <w:t>Người tình của Lady Chatterley</w:t>
      </w:r>
      <w:r>
        <w:rPr>
          <w:b w:val="0"/>
          <w:i w:val="0"/>
        </w:rPr>
        <w:t>, và dù nó không nằm trong các văn bản bắt buộc môn tiếng Anh ở St Pauls, Claire vẫn nghĩ con nên đọc nó.</w:t>
      </w:r>
    </w:p>
    <w:p>
      <w:pPr>
        <w:spacing w:after="80"/>
      </w:pPr>
      <w:r>
        <w:rPr>
          <w:b w:val="0"/>
          <w:i w:val="0"/>
        </w:rPr>
        <w:t>Sebastian và Samantha liếc nhìn nhau.</w:t>
      </w:r>
    </w:p>
    <w:p>
      <w:pPr>
        <w:spacing w:after="80"/>
      </w:pPr>
      <w:r>
        <w:rPr>
          <w:b w:val="0"/>
          <w:i w:val="0"/>
        </w:rPr>
        <w:t>Có lẽ đây là thời điểm thích hợp, Jessica nói, để nói với bố rằng con đang dự định chuyển ra ngoài.</w:t>
      </w:r>
    </w:p>
    <w:p>
      <w:pPr>
        <w:spacing w:after="80"/>
      </w:pPr>
      <w:r>
        <w:rPr>
          <w:b w:val="0"/>
          <w:i w:val="0"/>
        </w:rPr>
        <w:t>Không, không, không, Jake nói.</w:t>
      </w:r>
    </w:p>
    <w:p>
      <w:pPr>
        <w:spacing w:after="80"/>
      </w:pPr>
      <w:r>
        <w:rPr>
          <w:b w:val="0"/>
          <w:i w:val="0"/>
        </w:rPr>
        <w:t>Dù Seb có thể đồng ý với con trai mình, ông không ngắt lời con gái.</w:t>
      </w:r>
    </w:p>
    <w:p>
      <w:pPr>
        <w:spacing w:after="80"/>
      </w:pPr>
      <w:r>
        <w:rPr>
          <w:b w:val="0"/>
          <w:i w:val="0"/>
        </w:rPr>
        <w:t>Claire và con đã tìm được một căn hộ nhỏ ngay gần Gower Street, chỉ cách Slade nửa dặm.</w:t>
      </w:r>
    </w:p>
    <w:p>
      <w:pPr>
        <w:spacing w:after="80"/>
      </w:pPr>
      <w:r>
        <w:rPr>
          <w:b w:val="0"/>
          <w:i w:val="0"/>
        </w:rPr>
        <w:t>Nghe có vẻ lý tưởng, Samantha nói. Khi nào con sẽ rời khỏi nhà chúng ta?</w:t>
      </w:r>
    </w:p>
    <w:p>
      <w:pPr>
        <w:spacing w:after="80"/>
      </w:pPr>
      <w:r>
        <w:rPr>
          <w:b w:val="0"/>
          <w:i w:val="0"/>
        </w:rPr>
        <w:t>Khoảng hai tuần nữa. Nếu bố thấy ổn, Pops.</w:t>
      </w:r>
    </w:p>
    <w:p>
      <w:pPr>
        <w:spacing w:after="80"/>
      </w:pPr>
      <w:r>
        <w:rPr>
          <w:b w:val="0"/>
          <w:i w:val="0"/>
        </w:rPr>
        <w:t>Tất nhiên là được rồi, Samantha nói.</w:t>
      </w:r>
    </w:p>
    <w:p>
      <w:pPr>
        <w:spacing w:after="80"/>
      </w:pPr>
      <w:r>
        <w:rPr>
          <w:b w:val="0"/>
          <w:i w:val="0"/>
        </w:rPr>
        <w:t>Không, không, không, Jake lặp lại, chỉ chiếc thìa về phía Jessica.</w:t>
      </w:r>
    </w:p>
    <w:p>
      <w:pPr>
        <w:spacing w:after="80"/>
      </w:pPr>
      <w:r>
        <w:rPr>
          <w:b w:val="0"/>
          <w:i w:val="0"/>
        </w:rPr>
        <w:t>Đừng có chỉ, Jake, mẹ cậu bé nói.</w:t>
      </w:r>
    </w:p>
    <w:p>
      <w:pPr>
        <w:pStyle w:val="Heading1"/>
        <w:jc w:val="center"/>
      </w:pPr>
      <w:r>
        <w:rPr>
          <w:rFonts w:ascii="Calibri" w:hAnsi="Calibri"/>
          <w:b/>
          <w:i w:val="0"/>
          <w:sz w:val="40"/>
        </w:rPr>
        <w:t>25</w:t>
      </w:r>
    </w:p>
    <w:p>
      <w:pPr>
        <w:spacing w:after="80"/>
      </w:pPr>
      <w:r>
        <w:rPr>
          <w:b w:val="0"/>
          <w:i w:val="0"/>
        </w:rPr>
        <w:t>Lớp vẽ người thật hôm nay bị hủy rồi, Giáo sư Howard nói. Cả phòng rộ lên tiếng rên rỉ khi giáo sư nói thêm, Người mẫu của chúng ta lại một lần nữa không đến.</w:t>
      </w:r>
    </w:p>
    <w:p>
      <w:pPr>
        <w:spacing w:after="80"/>
      </w:pPr>
      <w:r>
        <w:rPr>
          <w:b w:val="0"/>
          <w:i w:val="0"/>
        </w:rPr>
        <w:t>Mười hai sinh viên bắt đầu thu dọn dụng cụ, thì một chàng trai trẻ mà Jessica chưa từng thấy bao giờ đứng dậy khỏi chỗ ngồi, thong thả bước ra giữa phòng, cởi bỏ quần áo và ngồi xuống bục. Một tràng pháo tay vang lên, khi các sinh viên năm nhất quay về bên giá vẽ và bắt tay vào việc.</w:t>
      </w:r>
    </w:p>
    <w:p>
      <w:pPr>
        <w:spacing w:after="80"/>
      </w:pPr>
      <w:r>
        <w:rPr>
          <w:b w:val="0"/>
          <w:i w:val="0"/>
        </w:rPr>
        <w:t>Paulo Reinaldo là người đàn ông đầu tiên mà Jessica thấy khỏa thân, và cô không thể rời mắt khỏi anh. Anh giống như một vị thần Hy Lạp, cô nghĩ. À, một vị thần Brazil. Cô phác họa đường nét cơ thể anh bằng than chỉ với vài nét vung tay, một bài tập mà các bạn cùng lớp sẽ mất nhiều thời gian hơn hẳn, và không đạt được kết quả như vậy. Tiếp theo, cô tập trung vào khuôn mặt anh, bắt đầu khắc họa chi tiết hơn. Mái tóc dài xoăn màu sẫm mà cô chỉ muốn luồn tay vào vuốt ve. Mắt cô lướt xuống cơ thể anh và cô bắt đầu ước mình là một nhà điêu khắc. Thân hình anh gợn lên từng múi, và đôi chân trông như được tạo ra để chạy marathon. Cô cố gắng tập trung khi người hướng dẫn nhìn qua vai cô.</w:t>
      </w:r>
    </w:p>
    <w:p>
      <w:pPr>
        <w:spacing w:after="80"/>
      </w:pPr>
      <w:r>
        <w:rPr>
          <w:b w:val="0"/>
          <w:i w:val="0"/>
        </w:rPr>
        <w:t>Em đã bắt được thần thái của anh ta, Giáo sư Howard nói. Rất ấn tượng. Nhưng thầy cần em nghĩ về bóng đổ và phối cảnh, và đừng bao giờ quên, ít chính là nhiều. Em đã bao giờ thấy những bức vẽ Bonnard vẽ vợ ông bước ra khỏi bồn tắm chưa?</w:t>
      </w:r>
    </w:p>
    <w:p>
      <w:pPr>
        <w:spacing w:after="80"/>
      </w:pPr>
      <w:r>
        <w:rPr>
          <w:b w:val="0"/>
          <w:i w:val="0"/>
        </w:rPr>
        <w:t>Chưa ạ.</w:t>
      </w:r>
    </w:p>
    <w:p>
      <w:pPr>
        <w:spacing w:after="80"/>
      </w:pPr>
      <w:r>
        <w:rPr>
          <w:b w:val="0"/>
          <w:i w:val="0"/>
        </w:rPr>
        <w:t>Em sẽ tìm thấy vài ví dụ tuyệt vời trong thư viện của học viện. Chúng là bằng chứng, nếu cần bằng chứng, rằng nếu muốn biết một nghệ sĩ vĩ đại đến mức nào, em nên nghiên cứu những bức phác thảo ban đầu của họ trước khi cả nghĩ đến những kiệt tác của họ. Nhân tiện, cố đừng để lộ ra quá rõ là em mê anh ta đến nhường nào.</w:t>
      </w:r>
    </w:p>
    <w:p>
      <w:pPr>
        <w:jc w:val="center"/>
      </w:pPr>
      <w:r>
        <w:drawing>
          <wp:inline xmlns:a="http://schemas.openxmlformats.org/drawingml/2006/main" xmlns:pic="http://schemas.openxmlformats.org/drawingml/2006/picture">
            <wp:extent cx="304800" cy="85725"/>
            <wp:docPr id="85" name="Picture 8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Trong tuần tiếp theo, Jessica không gặp lại Paulo. Anh không bao giờ có mặt ở thư viện và dường như không dự giảng. Sau lời nhận xét của Giáo sư Howard, cô không cố tìm hiểu thêm về anh từ các bạn cùng lớp nữa. Nhưng mỗi khi tên anh được nhắc đến, cô lại ngừng nói và bắt đầu lắng nghe.</w:t>
      </w:r>
    </w:p>
    <w:p>
      <w:pPr>
        <w:spacing w:after="80"/>
      </w:pPr>
      <w:r>
        <w:rPr>
          <w:b w:val="0"/>
          <w:i w:val="0"/>
        </w:rPr>
        <w:t>Anh ta là con trai một nhà công nghiệp Brazil, một sinh viên khóa trên cô nói. Bố anh ta muốn anh sang London trau dồi tiếng Anh, cùng vài thứ khác nữa.</w:t>
      </w:r>
    </w:p>
    <w:p>
      <w:pPr>
        <w:spacing w:after="80"/>
      </w:pPr>
      <w:r>
        <w:rPr>
          <w:b w:val="0"/>
          <w:i w:val="0"/>
        </w:rPr>
        <w:t>Tôi nghĩ anh ta chỉ định quanh quẩn ở đây vài năm, rồi về Rio mở một hộp đêm, một người khác góp lời, trong khi người thứ ba nói, có phần hơi cáu kỉnh, Anh ta chỉ đến lớp vẽ hình họa để tìm nạn nhân tiếp theo thôi.</w:t>
      </w:r>
    </w:p>
    <w:p>
      <w:pPr>
        <w:spacing w:after="80"/>
      </w:pPr>
      <w:r>
        <w:rPr>
          <w:b w:val="0"/>
          <w:i w:val="0"/>
        </w:rPr>
        <w:t>Cậu có vẻ hiểu rõ đấy, Avril Perkins nói.</w:t>
      </w:r>
    </w:p>
    <w:p>
      <w:pPr>
        <w:spacing w:after="80"/>
      </w:pPr>
      <w:r>
        <w:rPr>
          <w:b w:val="0"/>
          <w:i w:val="0"/>
        </w:rPr>
        <w:t>Tôi phải hiểu chứ, tôi đã ngủ với anh ta nửa tá lần trước khi anh ta đá tôi, cô gái nói một cách tự nhiên. Đó là cách anh ta dành phần lớn thời gian, trừ buổi tối.</w:t>
      </w:r>
    </w:p>
    <w:p>
      <w:pPr>
        <w:spacing w:after="80"/>
      </w:pPr>
      <w:r>
        <w:rPr>
          <w:b w:val="0"/>
          <w:i w:val="0"/>
        </w:rPr>
        <w:t>Anh ta làm gì vào buổi tối? Jessica hỏi, không thể im lặng thêm được nữa.</w:t>
      </w:r>
    </w:p>
    <w:p>
      <w:pPr>
        <w:spacing w:after="80"/>
      </w:pPr>
      <w:r>
        <w:rPr>
          <w:b w:val="0"/>
          <w:i w:val="0"/>
        </w:rPr>
        <w:t>Cô nghiên cứu kỹ lưỡng các hộp đêm ở Anh, chứ không phải tranh màu nước Anh. Cậu ấy khẳng định đó mới là lý do thật sự khiến cậu sang đây. Nhưng cậu cũng bảo với cô rằng cậu dự định sẽ ngủ với mọi nữ sinh viên ở Slade trước khi hết năm nhất.</w:t>
      </w:r>
    </w:p>
    <w:p>
      <w:pPr>
        <w:spacing w:after="80"/>
      </w:pPr>
      <w:r>
        <w:rPr>
          <w:b w:val="0"/>
          <w:i w:val="0"/>
        </w:rPr>
        <w:t>Tất cả đều bật cười, trừ Jessica, người đang khá hy vọng mình sẽ là nạn nhân tiếp theo của cậu.</w:t>
      </w:r>
    </w:p>
    <w:p>
      <w:pPr>
        <w:jc w:val="center"/>
      </w:pPr>
      <w:r>
        <w:drawing>
          <wp:inline xmlns:a="http://schemas.openxmlformats.org/drawingml/2006/main" xmlns:pic="http://schemas.openxmlformats.org/drawingml/2006/picture">
            <wp:extent cx="304800" cy="85725"/>
            <wp:docPr id="86" name="Picture 8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Jessica đến lớp vẽ người thật vào thứ Năm tuần sau, hai cô gái khác đã ngồi sẵn hai bên Paulo. Một trong số đó là Avril Perkins. Jessica ngồi đối diện cậu ở phía bên kia vòng bán nguyệt của các sinh viên, cố tập trung vào người mẫu, một phụ nữ trung niên trông có vẻ chán chường và lạnh lẽo, khác hẳn Avril.</w:t>
      </w:r>
    </w:p>
    <w:p>
      <w:pPr>
        <w:spacing w:after="80"/>
      </w:pPr>
      <w:r>
        <w:rPr>
          <w:b w:val="0"/>
          <w:i w:val="0"/>
        </w:rPr>
        <w:t>Ánh mắt cô cuối cùng lại quay về phía Paulo, và nhận ra cậu chỉ cần một tay để vẽ, trong khi tay kia đặt trên đùi Avril.</w:t>
      </w:r>
    </w:p>
    <w:p>
      <w:pPr>
        <w:spacing w:after="80"/>
      </w:pPr>
      <w:r>
        <w:rPr>
          <w:b w:val="0"/>
          <w:i w:val="0"/>
        </w:rPr>
        <w:t>Khi Giáo sư Howard đề nghị nghỉ giải lao giữa buổi sáng, Jessica đợi Avril rời đi rồi mới thong thả đi quanh vòng tròn các bức vẽ, giả vờ xem xét tác phẩm của các bạn cùng lớp. Bài của Paulo không tệ, mà là kinh khủng. Cô tự hỏi sao cậu ta lại có thể được nhận vào Slade.</w:t>
      </w:r>
    </w:p>
    <w:p>
      <w:pPr>
        <w:spacing w:after="80"/>
      </w:pPr>
      <w:r>
        <w:rPr>
          <w:b w:val="0"/>
          <w:i w:val="0"/>
        </w:rPr>
        <w:t>Không tệ, Jessica nói trong khi vẫn tiếp tục nhìn bức vẽ của cậu.</w:t>
      </w:r>
    </w:p>
    <w:p>
      <w:pPr>
        <w:spacing w:after="80"/>
      </w:pPr>
      <w:r>
        <w:rPr>
          <w:b w:val="0"/>
          <w:i w:val="0"/>
        </w:rPr>
        <w:t>Tớ đồng ý, Paulo nói. Nó kinh khủng, và cậu biết điều đó, vì cậu giỏi hơn bất kỳ ai trong chúng ta nhiều.</w:t>
      </w:r>
    </w:p>
    <w:p>
      <w:pPr>
        <w:spacing w:after="80"/>
      </w:pPr>
      <w:r>
        <w:rPr>
          <w:b w:val="0"/>
          <w:i w:val="0"/>
        </w:rPr>
        <w:t>Cậu ấy đang tán tỉnh, hay thật sự tin vào điều mình vừa nói? Jessica không bận tâm.</w:t>
      </w:r>
    </w:p>
    <w:p>
      <w:pPr>
        <w:spacing w:after="80"/>
      </w:pPr>
      <w:r>
        <w:rPr>
          <w:b w:val="0"/>
          <w:i w:val="0"/>
        </w:rPr>
        <w:t>Tối nay cậu có muốn đi uống gì đó không? cậu hỏi.</w:t>
      </w:r>
    </w:p>
    <w:p>
      <w:pPr>
        <w:spacing w:after="80"/>
      </w:pPr>
      <w:r>
        <w:rPr>
          <w:b w:val="0"/>
          <w:i w:val="0"/>
        </w:rPr>
        <w:t>Vâng, làm ơn, cô đáp, và ngay lập tức hối hận vì chữ "làm ơn".</w:t>
      </w:r>
    </w:p>
    <w:p>
      <w:pPr>
        <w:spacing w:after="80"/>
      </w:pPr>
      <w:r>
        <w:rPr>
          <w:b w:val="0"/>
          <w:i w:val="0"/>
        </w:rPr>
        <w:t>Tớ sẽ đón cậu khoảng mười giờ và chúng ta có thể đi club.</w:t>
      </w:r>
    </w:p>
    <w:p>
      <w:pPr>
        <w:spacing w:after="80"/>
      </w:pPr>
      <w:r>
        <w:rPr>
          <w:b w:val="0"/>
          <w:i w:val="0"/>
        </w:rPr>
        <w:t>Jessica không nói rằng vào giờ đó cô thường đã nằm trên giường với một cuốn sách, chứ không phải ra club.</w:t>
      </w:r>
    </w:p>
    <w:p>
      <w:pPr>
        <w:spacing w:after="80"/>
      </w:pPr>
      <w:r>
        <w:rPr>
          <w:b w:val="0"/>
          <w:i w:val="0"/>
        </w:rPr>
        <w:t>Cô vội vã về nhà ngay sau tiết học cuối, và dành hơn một tiếng để quyết định sẽ mặc gì cho buổi hẹn mất-trinh của mình, liên tục hỏi ý kiến Claire. Cuối cùng cô chọn một chiếc váy da màu hồng ngắn, của Claire, một chiếc áo in họa tiết da báo, của cô, tất đen có hoa văn và giày cao gót vàng.</w:t>
      </w:r>
    </w:p>
    <w:p>
      <w:pPr>
        <w:spacing w:after="80"/>
      </w:pPr>
      <w:r>
        <w:rPr>
          <w:b w:val="0"/>
          <w:i w:val="0"/>
        </w:rPr>
        <w:t>Trông tớ như gái đứng đường ấy! Jessica thốt lên khi nhìn vào gương.</w:t>
      </w:r>
    </w:p>
    <w:p>
      <w:pPr>
        <w:spacing w:after="80"/>
      </w:pPr>
      <w:r>
        <w:rPr>
          <w:b w:val="0"/>
          <w:i w:val="0"/>
        </w:rPr>
        <w:t>Tin tớ đi, Claire nói, nếu cậu hy vọng cuối cùng cũng được lên giường, thì đó là bộ đồ hoàn hảo.</w:t>
      </w:r>
    </w:p>
    <w:p>
      <w:pPr>
        <w:spacing w:after="80"/>
      </w:pPr>
      <w:r>
        <w:rPr>
          <w:b w:val="0"/>
          <w:i w:val="0"/>
        </w:rPr>
        <w:t>Jessica đành chịu thua trước kiến thức siêu đẳng của Claire về chủ đề này.</w:t>
      </w:r>
    </w:p>
    <w:p>
      <w:pPr>
        <w:jc w:val="center"/>
      </w:pPr>
      <w:r>
        <w:drawing>
          <wp:inline xmlns:a="http://schemas.openxmlformats.org/drawingml/2006/main" xmlns:pic="http://schemas.openxmlformats.org/drawingml/2006/picture">
            <wp:extent cx="304800" cy="85725"/>
            <wp:docPr id="87" name="Picture 8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Paulo xuất hiện ở căn hộ muộn ba mươi phút (rõ ràng đó cũng là mốt thời thượng), có hai điều xảy ra mà Jessica không hề chuẩn bị trước. Có ai lại có thể đẹp trai đến thế và sở hữu một chiếc Ferrari chứ?</w:t>
      </w:r>
    </w:p>
    <w:p>
      <w:pPr>
        <w:spacing w:after="80"/>
      </w:pPr>
      <w:r>
        <w:rPr>
          <w:b w:val="0"/>
          <w:i w:val="0"/>
        </w:rPr>
        <w:t>"Nói với anh ta là tôi rảnh tối mai," Claire thì thầm khi họ rời khỏi căn hộ.</w:t>
      </w:r>
    </w:p>
    <w:p>
      <w:pPr>
        <w:spacing w:after="80"/>
      </w:pPr>
      <w:r>
        <w:rPr>
          <w:b w:val="0"/>
          <w:i w:val="0"/>
        </w:rPr>
        <w:t>Điều bất ngờ thứ ba là Paulo quyến rũ và lịch thiệp đến không ngờ. Anh không lao vào cô ngay lập tức như các bạn học của cô đã khẳng định. Thực tế, anh không thể nào chu đáo hơn được nữa. Anh còn mở cửa xe cho cô, và trên đường vào khu West End, anh trò chuyện về những ảnh hưởng mà cô đang tạo ra ở trường Slade. Cô đã bắt đầu hối hận về lựa chọn trang phục của mình, và cứ cố kéo chiếc váy xuống.</w:t>
      </w:r>
    </w:p>
    <w:p>
      <w:pPr>
        <w:spacing w:after="80"/>
      </w:pPr>
      <w:r>
        <w:rPr>
          <w:b w:val="0"/>
          <w:i w:val="0"/>
        </w:rPr>
        <w:t>Khi anh đỗ chiếc Ferrari bên ngoài Annabels, một người gác cửa nhận chìa khóa và lái xe đi. Họ bước xuống cầu thang vào một câu lạc bộ đêm mờ tối, nơi nhanh chóng trở nên rõ ràng rằng Paulo là khách quen, khi người quản lý bước tới chào anh bằng tên, trước khi dẫn họ đến một chiếc bàn khuất trong góc.</w:t>
      </w:r>
    </w:p>
    <w:p>
      <w:pPr>
        <w:spacing w:after="80"/>
      </w:pPr>
      <w:r>
        <w:rPr>
          <w:b w:val="0"/>
          <w:i w:val="0"/>
        </w:rPr>
        <w:t>Sau khi họ chọn hai món từ thực đơn lớn nhất mà Jessica từng thấy - gần như là cả một cuốn sách - Paulo có vẻ háo hức muốn tìm hiểu mọi thứ về cô. Dù cô không tự nêu chủ đề đó ra, anh có vẻ biết rõ ông bà cô là ai, và nói rằng anh luôn để dành cuốn William Warwick mới nhất cho chuyến bay dài về Rio.</w:t>
      </w:r>
    </w:p>
    <w:p>
      <w:pPr>
        <w:spacing w:after="80"/>
      </w:pPr>
      <w:r>
        <w:rPr>
          <w:b w:val="0"/>
          <w:i w:val="0"/>
        </w:rPr>
        <w:t>Ngay khi ăn xong, Paulo châm một điếu thuốc và mời cô một điếu. Cô từ chối nhưng thỉnh thoảng hút một hơi từ điếu của anh. Nó không có vị giống bất kỳ điếu thuốc nào cô từng hút trước đây. Sau khi uống cà phê, anh dẫn cô ra sàn nhảy đông đúc, nơi ánh sáng mờ tối trở thành tối đen. Cô nhanh chóng nhận ra rằng, khác với vẽ, khiêu vũ là một kỹ năng mà Paulo đã thành thạo, và cô cũng để ý thấy vài người phụ nữ khác không còn chú ý nhiều đến bạn nhảy của họ nữa. Tuy nhiên, phải đến khi Chaka Khan được thay bằng bài Hello của Lionel Richie, bàn tay của Paulo mới lạc xuống dưới eo cô. Cô không hề cố gắng kháng cự.</w:t>
      </w:r>
    </w:p>
    <w:p>
      <w:pPr>
        <w:spacing w:after="80"/>
      </w:pPr>
      <w:r>
        <w:rPr>
          <w:b w:val="0"/>
          <w:i w:val="0"/>
        </w:rPr>
        <w:t>Nụ hôn đầu của họ hơi vụng về, nhưng sau nụ hôn thứ hai, tất cả những gì cô muốn là về nhà với anh, dù cô đã chấp nhận rằng có lẽ tối hôm sau cô sẽ không còn nằm trong "thực đơn" của anh nữa. Họ không rời Annabels cho đến sau một giờ sáng, và khi đã trở lại xe, Jessica ấn tượng với khả năng của Paulo khi vừa lái chiếc Ferrari bằng một tay, vừa để tay kia di chuyển lên đùi cô đang mang tất. Chiếc xe không bao giờ rời khỏi số một.</w:t>
      </w:r>
    </w:p>
    <w:p>
      <w:pPr>
        <w:spacing w:after="80"/>
      </w:pPr>
      <w:r>
        <w:rPr>
          <w:b w:val="0"/>
          <w:i w:val="0"/>
        </w:rPr>
        <w:t>Đó tiếp tục là một đêm của những bất ngờ. Căn hộ của anh ở Knightsbridge thật phong cách và thanh lịch, đầy những bức tranh và đồ cổ mà cô ước mình có thể dành nhiều thời gian hơn để chiêm ngưỡng, nếu anh không nắm tay cô và dẫn thẳng vào phòng ngủ, nơi cô được chào đón bởi chiếc giường lớn nhất mà cô từng thấy. Tấm phủ lụa đen đã được gấp lại sẵn.</w:t>
      </w:r>
    </w:p>
    <w:p>
      <w:pPr>
        <w:spacing w:after="80"/>
      </w:pPr>
      <w:r>
        <w:rPr>
          <w:b w:val="0"/>
          <w:i w:val="0"/>
        </w:rPr>
        <w:t>Paulo ôm cô vào lòng, và Jessica khám phá ra một kỹ năng khác của anh: cởi đồ cho phụ nữ trong khi hôn cô ấy.</w:t>
      </w:r>
    </w:p>
    <w:p>
      <w:pPr>
        <w:spacing w:after="80"/>
      </w:pPr>
      <w:r>
        <w:rPr>
          <w:b w:val="0"/>
          <w:i w:val="0"/>
        </w:rPr>
        <w:t>"Em đẹp quá," anh nói, sau khi áo và váy của cô đã được cởi ra một cách khéo léo. Cô định trả lời, nhưng anh đã quỳ xuống và hôn cô lần nữa, lần này là lên đùi cô, không phải môi. Họ ngã ngửa ra giường, và khi cô mở mắt, anh đã trần truồng. Làm sao anh làm được điều đó, cô tự hỏi. Cô nằm ngửa ra, và chờ đợi điều mà Claire đã nói với cô sẽ xảy ra tiếp theo. Khi Paulo tiến vào cô, Jessica muốn hét lên, không phải vì khoái cảm, mà vì đau. Vài giây sau anh rút ra, ngã ngửa về phía bên kia giường và lẩm bẩm: "Em tuyệt vời lắm," khiến cô tự hỏi liệu những gì khác anh thì thầm với cô tối hôm đó có thể tin được không.</w:t>
      </w:r>
    </w:p>
    <w:p>
      <w:pPr>
        <w:spacing w:after="80"/>
      </w:pPr>
      <w:r>
        <w:rPr>
          <w:b w:val="0"/>
          <w:i w:val="0"/>
        </w:rPr>
        <w:t>Cô chờ anh vòng tay ôm lấy mình và nói thêm vài lời dối trá nữa, nhưng thay vào đó anh quay lưng lại với cô, và trong chốc lát anh đã ngủ say. Jessica chờ đến khi nghe thấy tiếng thở đều đặn, rồi mới lẻn ra khỏi tấm ga, nhón chân bước vào phòng tắm và không bật đèn cho đến khi đã đóng cửa lại. Cô mất một lúc để chỉnh đốn lại bản thân, nhận ra mình vẫn còn mang đôi tất đen. Claire chắc chắn sẽ giải thích ý nghĩa của điều đó khi cô về nhà. Cô quay lại phòng ngủ, tự hỏi liệu anh có thực sự đang thức giấc và chỉ mong cô về nhà không. Cô nhặt đống quần áo đã cởi ra và mặc vào nhanh chóng, lẻn ra khỏi phòng ngủ và khẽ đóng cửa lại sau lưng.</w:t>
      </w:r>
    </w:p>
    <w:p>
      <w:pPr>
        <w:spacing w:after="80"/>
      </w:pPr>
      <w:r>
        <w:rPr>
          <w:b w:val="0"/>
          <w:i w:val="0"/>
        </w:rPr>
        <w:t>Jessica thậm chí không dừng lại để chiêm ngưỡng những bức tranh, vì cô không thể chờ đợi để thoát khỏi căn hộ, sợ rằng Paulo có thể tỉnh dậy và mong cô lặp lại toàn bộ trải nghiệm khủng khiếp đó. Cô nhón chân đi dọc hành lang và đi thang máy xuống tầng trệt.</w:t>
      </w:r>
    </w:p>
    <w:p>
      <w:pPr>
        <w:spacing w:after="80"/>
      </w:pPr>
      <w:r>
        <w:rPr>
          <w:b w:val="0"/>
          <w:i w:val="0"/>
        </w:rPr>
        <w:t>"Cô có muốn gọi taxi không ạ?" người gác cửa lịch sự hỏi. Rõ ràng anh ta không ngạc nhiên khi thấy một cô gái trẻ ăn mặc hở hang xuất hiện ở sảnh lúc ba giờ sáng.</w:t>
      </w:r>
    </w:p>
    <w:p>
      <w:pPr>
        <w:spacing w:after="80"/>
      </w:pPr>
      <w:r>
        <w:rPr>
          <w:b w:val="0"/>
          <w:i w:val="0"/>
        </w:rPr>
        <w:t>"Không, cảm ơn," Jessica nói, liếc nhìn chiếc Ferrari lần cuối trước khi cởi đôi giày cao gót và bắt đầu chuyến đi bộ dài về căn hộ nhỏ của mình.</w:t>
      </w:r>
    </w:p>
    <w:p>
      <w:pPr>
        <w:pStyle w:val="Heading1"/>
        <w:jc w:val="center"/>
      </w:pPr>
      <w:r>
        <w:rPr>
          <w:rFonts w:ascii="Calibri" w:hAnsi="Calibri"/>
          <w:b/>
          <w:i w:val="0"/>
          <w:sz w:val="40"/>
        </w:rPr>
        <w:t>26</w:t>
      </w:r>
    </w:p>
    <w:p>
      <w:pPr>
        <w:spacing w:after="80"/>
      </w:pPr>
      <w:r>
        <w:rPr>
          <w:b w:val="0"/>
          <w:i w:val="0"/>
        </w:rPr>
        <w:t>KHÔNG AI NGẠC NHIÊN hơn Jessica khi Paulo mời cô đi hẹn lần thứ hai. Cô đã cho rằng anh sẽ đã chuyển sang người khác rồi, nhưng rồi cô nhớ lại cô gái từng khẳng định đã ngủ với anh nửa tá lần trước khi anh bỏ rơi cô ta.</w:t>
      </w:r>
    </w:p>
    <w:p>
      <w:pPr>
        <w:spacing w:after="80"/>
      </w:pPr>
      <w:r>
        <w:rPr>
          <w:b w:val="0"/>
          <w:i w:val="0"/>
        </w:rPr>
        <w:t>Cô kể với Claire rằng cô thích được chở đi chơi bằng xe Ferrari, ăn tối ở Annabels và thưởng thức những loại sâm panh premier cru (hạng nhất) thượng hạng, thậm chí còn thú nhận với bạn mình rằng cô khá thích sự đồng hành của Paulo, và biết ơn anh vì đã giải quyết vấn đề "virgo intacta" (trinh tiết) của cô, dù cô chưa hề bị choáng ngợp bởi trải nghiệm đó.</w:t>
      </w:r>
    </w:p>
    <w:p>
      <w:pPr>
        <w:spacing w:after="80"/>
      </w:pPr>
      <w:r>
        <w:rPr>
          <w:b w:val="0"/>
          <w:i w:val="0"/>
        </w:rPr>
        <w:t>"Mọi chuyện sẽ tốt hơn thôi," Claire trấn an cô, "và phải thừa nhận rằng, không phải ai trong chúng ta cũng được một vị thần Brazil mời rượu và chiêu đãi trước khi mất đi sự trong trắng. Tớ chắc cậu vẫn nhớ trải nghiệm của tớ sau nhà pavilion trường học với Brian, thủ môn đội hai chứ?" cô nói thêm. "Có lẽ sẽ thú vị hơn nếu anh ta không để nguyên miếng bảo vệ ống chân."</w:t>
      </w:r>
    </w:p>
    <w:p>
      <w:pPr>
        <w:spacing w:after="80"/>
      </w:pPr>
      <w:r>
        <w:rPr>
          <w:b w:val="0"/>
          <w:i w:val="0"/>
        </w:rPr>
        <w:t>Điều duy nhất thay đổi trong buổi hẹn thứ hai là câu lạc bộ đêm. Annabels được thay bằng Tramp, và Jessica cảm thấy thoải mái hơn nhiều khi hòa mình vào đám đông trẻ trung hơn. Cô và Paulo về căn hộ của anh khoảng hai giờ sáng, và lần này cô không rời đi ngay khi anh ngủ thiếp.</w:t>
      </w:r>
    </w:p>
    <w:p>
      <w:pPr>
        <w:spacing w:after="80"/>
      </w:pPr>
      <w:r>
        <w:rPr>
          <w:b w:val="0"/>
          <w:i w:val="0"/>
        </w:rPr>
        <w:t>Cô thức giấc vào buổi sáng và thấy Paulo đang nhẹ nhàng hôn lên ngực mình, và anh vẫn ôm cô trong vòng tay rất lâu sau khi họ làm tình. Khi nhìn thấy đồng hồ trên bàn cạnh giường, cô hét lên: "Cứu tôi với!", nhảy ra khỏi giường và đi tắm nước nóng. Paulo rõ ràng không tin vào chuyện ăn sáng, nên cô hôn anh một cái rồi để anh nằm lại trên giường. Trong giờ học vẽ tĩnh vật, Jessica nhận ra mình không thể tập trung, tâm trí cứ liên tục quay về Paulo. Phải chăng cô đang yêu?</w:t>
      </w:r>
    </w:p>
    <w:p>
      <w:pPr>
        <w:spacing w:after="80"/>
      </w:pPr>
      <w:r>
        <w:rPr>
          <w:b w:val="0"/>
          <w:i w:val="0"/>
        </w:rPr>
        <w:t>Giáo sư Howard cau mày khi nhìn kỹ hơn bức vẽ bát cam của cô, và thậm chí còn kiểm tra để chắc chắn rằng Jessica đang ngồi đó. Dù bức vẽ của cô vẫn vượt trội so với các bạn cùng lớp, người thầy hướng dẫn vẫn tiếp tục cau mày.</w:t>
      </w:r>
    </w:p>
    <w:p>
      <w:pPr>
        <w:spacing w:after="80"/>
      </w:pPr>
      <w:r>
        <w:rPr>
          <w:b w:val="0"/>
          <w:i w:val="0"/>
        </w:rPr>
        <w:t>Trong tuần, Jessica ghé thăm ba câu lạc bộ đêm khác, nơi lần nào Paulo cũng được chào đón như một khách quen. Qua vài tuần tiếp theo, cô bắt đầu thèm thuồng loại thuốc lá yêu thích của anh, thứ dường như không đến từ một bao thuốc, và thích thú với những ly brandy Alexander luôn xuất hiện ngay sau khi họ uống cạn chai rượu vang thứ hai.</w:t>
      </w:r>
    </w:p>
    <w:p>
      <w:pPr>
        <w:spacing w:after="80"/>
      </w:pPr>
      <w:r>
        <w:rPr>
          <w:b w:val="0"/>
          <w:i w:val="0"/>
        </w:rPr>
        <w:t>Tháng tháng trôi qua, Jessica bắt đầu đến Slade ngày càng muộn hơn, thỉnh thoảng bỏ lỡ các lớp học và bài giảng, rồi bỏ cả ngày. Cô không nhận ra mình đang trôi dạt khỏi thế giới cũ và trở thành một phần trong thế giới của Paulo.</w:t>
      </w:r>
    </w:p>
    <w:p>
      <w:pPr>
        <w:jc w:val="center"/>
      </w:pPr>
      <w:r>
        <w:drawing>
          <wp:inline xmlns:a="http://schemas.openxmlformats.org/drawingml/2006/main" xmlns:pic="http://schemas.openxmlformats.org/drawingml/2006/picture">
            <wp:extent cx="304800" cy="85725"/>
            <wp:docPr id="88" name="Picture 8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lá thư đầu tiên đến vào cuối học kỳ, lẽ ra đó phải là một hồi chuông cảnh tỉnh, nhưng Paulo thuyết phục cô phớt lờ nó.</w:t>
      </w:r>
    </w:p>
    <w:p>
      <w:pPr>
        <w:spacing w:after="80"/>
      </w:pPr>
      <w:r>
        <w:rPr>
          <w:b w:val="0"/>
          <w:i w:val="0"/>
        </w:rPr>
        <w:t>"Tôi đã nhận ba lá như thế trong học kỳ đầu tiên của mình," anh nói. "Sau một thời gian họ sẽ ngừng gửi thôi."</w:t>
      </w:r>
    </w:p>
    <w:p>
      <w:pPr>
        <w:spacing w:after="80"/>
      </w:pPr>
      <w:r>
        <w:rPr>
          <w:b w:val="0"/>
          <w:i w:val="0"/>
        </w:rPr>
        <w:t>Jessica quyết định rằng một khi anh chán cô, điều mà cô sợ rằng sẽ không còn lâu nữa, vì cô đã vượt qua mốc nửa tá buổi hẹn theo quy định, cô sẽ quay về thế giới thực, dù cô bắt đầu tự hỏi liệu điều đó còn có thể không. Suýt nữa thì mọi chuyện kết thúc sau khi cô tham dự một bài giảng về nghệ thuật màu nước Anh, và nhận ra mình đang ngủ gật. Khi tỉnh dậy, các sinh viên khác đã rời khỏi giảng đường. Cô quyết định thay vì quay về căn hộ, cô sẽ đi thẳng đến căn hộ của Paulo.</w:t>
      </w:r>
    </w:p>
    <w:p>
      <w:pPr>
        <w:spacing w:after="80"/>
      </w:pPr>
      <w:r>
        <w:rPr>
          <w:b w:val="0"/>
          <w:i w:val="0"/>
        </w:rPr>
        <w:t>Cô bắt xe buýt đến Knightsbridge, rồi chạy suốt quãng đường đến Lancelot Place. Người gác cửa mở cửa bằng một tay và chào bằng tay kia khi cô bước vào thang máy. Khi lên đến tầng bốn, cô gõ nhẹ cửa nhà Paulo, người mở cửa là cô hầu gái người Brazil của anh. Cô ấy có vẻ như định nói gì đó, nhưng Jessica lướt qua cô và đi thẳng vào phòng ngủ. Cô bắt đầu cởi bỏ quần áo, để chúng thành một vệt trên sàn phía sau, nhưng khi bước vào phòng cô khựng lại. Paulo đang trên giường, hút hash với Avril Perkins.</w:t>
      </w:r>
    </w:p>
    <w:p>
      <w:pPr>
        <w:spacing w:after="80"/>
      </w:pPr>
      <w:r>
        <w:rPr>
          <w:b w:val="0"/>
          <w:i w:val="0"/>
        </w:rPr>
        <w:t>Jessica biết đó là khoảnh khắc lẽ ra cô phải quay lưng, bước ra ngoài và không bao giờ ngoảnh lại, nhưng thay vào đó cô thấy mình chậm rãi bước về phía họ. Paulo cười toe toét khi cô bò lên giường. Anh đẩy Avril sang một bên, ôm Jessica vào lòng và cởi bỏ bộ đồ duy nhất cô còn mặc.</w:t>
      </w:r>
    </w:p>
    <w:p>
      <w:pPr>
        <w:jc w:val="center"/>
      </w:pPr>
      <w:r>
        <w:drawing>
          <wp:inline xmlns:a="http://schemas.openxmlformats.org/drawingml/2006/main" xmlns:pic="http://schemas.openxmlformats.org/drawingml/2006/picture">
            <wp:extent cx="304800" cy="85725"/>
            <wp:docPr id="89" name="Picture 8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Lá thư tiếp theo Jessica nhận được từ Slade có chữ ký của hiệu trưởng, và có dòng chữ "cảnh cáo lần hai" được gạch chân đậm.</w:t>
      </w:r>
    </w:p>
    <w:p>
      <w:pPr>
        <w:spacing w:after="80"/>
      </w:pPr>
      <w:r>
        <w:rPr>
          <w:b w:val="0"/>
          <w:i w:val="0"/>
        </w:rPr>
        <w:t>Ông Knight chỉ ra rằng cô đã bỏ lỡ sáu buổi học vẽ gần nhất, và cũng không tham dự bất kỳ bài giảng nào trong hơn một tháng. Nếu tình trạng này tiếp diễn, ông viết, hội đồng sẽ phải xem xét việc thu hồi học bổng của cô. Khi Paulo đốt lá thư, Jessica phá lên cười.</w:t>
      </w:r>
    </w:p>
    <w:p>
      <w:pPr>
        <w:spacing w:after="80"/>
      </w:pPr>
      <w:r>
        <w:rPr>
          <w:b w:val="0"/>
          <w:i w:val="0"/>
        </w:rPr>
        <w:t>Trong học kỳ tiếp theo, Jessica bắt đầu ngủ tại căn hộ của Paulo vào ban ngày và dành phần lớn thời gian thức để cùng anh đến các câu lạc bộ đêm. Vào những dịp hiếm hoi cô và Paulo ghé qua Slade, ít người nhận ra họ. Cô đã quen với việc một loạt các cô gái khác nhau đến và đi trong ngày, nhưng cô là người duy nhất qua đêm với anh.</w:t>
      </w:r>
    </w:p>
    <w:p>
      <w:pPr>
        <w:spacing w:after="80"/>
      </w:pPr>
      <w:r>
        <w:rPr>
          <w:b w:val="0"/>
          <w:i w:val="0"/>
        </w:rPr>
        <w:t>Lá thư thứ ba, mà Giáo sư Howard trao tận tay Jessica vào một trong những dịp hiếm hoi cô dậy kịp để tham dự lớp vẽ buổi sáng, không thể bị phớt lờ. Hiệu trưởng thông báo với cô rằng vì cô đã bị bắt quả tang hút cần sa trong khuôn viên trường, học bổng của cô đã bị thu hồi và sẽ được trao cho một sinh viên khác. Ông nói thêm rằng cô sẽ được phép tiếp tục là học viên trong thời điểm hiện tại, nhưng chỉ với điều kiện cô phải tham dự các lớp học và kết quả học tập của cô phải được cải thiện đáng kể.</w:t>
      </w:r>
    </w:p>
    <w:p>
      <w:pPr>
        <w:spacing w:after="80"/>
      </w:pPr>
      <w:r>
        <w:rPr>
          <w:b w:val="0"/>
          <w:i w:val="0"/>
        </w:rPr>
        <w:t>Giáo sư Howard đã cảnh báo cô rằng nếu cô vẫn còn hy vọng tốt nghiệp và được nhận vào Học viện Hoàng gia để học lên thạc sĩ (MA), cô sẽ phải xây dựng một bộ hồ sơ tác phẩm để các giám khảo xem xét, và thời gian đang trôi qua.</w:t>
      </w:r>
    </w:p>
    <w:p>
      <w:pPr>
        <w:spacing w:after="80"/>
      </w:pPr>
      <w:r>
        <w:rPr>
          <w:b w:val="0"/>
          <w:i w:val="0"/>
        </w:rPr>
        <w:t>Chiều hôm đó khi Jessica về nhà, cô không cho Claire xem lá thư, người hiếm khi bỏ lỡ buổi giảng nào, và có một anh bạn trai ổn định tên là Darren, người coi một lần ghé Pizza Express là một bữa đãi.</w:t>
      </w:r>
    </w:p>
    <w:p>
      <w:pPr>
        <w:jc w:val="center"/>
      </w:pPr>
      <w:r>
        <w:drawing>
          <wp:inline xmlns:a="http://schemas.openxmlformats.org/drawingml/2006/main" xmlns:pic="http://schemas.openxmlformats.org/drawingml/2006/picture">
            <wp:extent cx="304800" cy="85725"/>
            <wp:docPr id="90" name="Picture 9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Jessica đảm bảo rằng mỗi khi cô về thăm bố mẹ hoặc ông bà, việc ngày càng ít đi, cô luôn ăn mặc nghiêm túc và không bao giờ hút thuốc hay uống rượu trước mặt họ.</w:t>
      </w:r>
    </w:p>
    <w:p>
      <w:pPr>
        <w:spacing w:after="80"/>
      </w:pPr>
      <w:r>
        <w:rPr>
          <w:b w:val="0"/>
          <w:i w:val="0"/>
        </w:rPr>
        <w:t>Cô không hề nhắc đến người tình của mình, hay cuộc sống hai mặt mà cô đang sống, và nhẹ nhõm vì Paulo chưa một lần gợi ý rằng anh muốn gặp gia đình cô. Mỗi khi một trong hai người bố mẹ cô nhắc đến chuyện Học viện Hoàng gia, cô đều khẳng định với họ rằng Giáo sư Howard rất hài lòng với tiến bộ của cô, và vẫn tin chắc rằng học viện sẽ nhận cô vào năm sau.</w:t>
      </w:r>
    </w:p>
    <w:p>
      <w:pPr>
        <w:jc w:val="center"/>
      </w:pPr>
      <w:r>
        <w:drawing>
          <wp:inline xmlns:a="http://schemas.openxmlformats.org/drawingml/2006/main" xmlns:pic="http://schemas.openxmlformats.org/drawingml/2006/picture">
            <wp:extent cx="304800" cy="85725"/>
            <wp:docPr id="91" name="Picture 9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Đến đầu năm thứ hai tại trường nghệ thuật, Jessica đang sống hai cuộc đời. Cả hai đều không thuộc về thế giới thực. Điều này có lẽ đã tiếp diễn nếu cô không tình cờ gặp Lady Virginia Fenwick.</w:t>
      </w:r>
    </w:p>
    <w:p>
      <w:pPr>
        <w:spacing w:after="80"/>
      </w:pPr>
      <w:r>
        <w:rPr>
          <w:b w:val="0"/>
          <w:i w:val="0"/>
        </w:rPr>
        <w:t>Jessica đang đứng ở quầy bar của Annabels thì cô quay người đúng lúc một bà cụ quay lưng về phía cô, và làm đổ chút sâm panh lên tay áo bà.</w:t>
      </w:r>
    </w:p>
    <w:p>
      <w:pPr>
        <w:spacing w:after="80"/>
      </w:pPr>
      <w:r>
        <w:rPr>
          <w:b w:val="0"/>
          <w:i w:val="0"/>
        </w:rPr>
        <w:t>"Bọn trẻ ngày nay rồi sẽ đi đến đâu?" Virginia nói, khi Jessica thậm chí không buồn xin lỗi.</w:t>
      </w:r>
    </w:p>
    <w:p>
      <w:pPr>
        <w:spacing w:after="80"/>
      </w:pPr>
      <w:r>
        <w:rPr>
          <w:b w:val="0"/>
          <w:i w:val="0"/>
        </w:rPr>
        <w:t>"Và đâu chỉ có bọn trẻ," công tước nói. "Một trong những người mới được Thatcher phong làm quý tộc trọn đời ấy vừa mới dám gọi ta bằng tên thánh."</w:t>
      </w:r>
    </w:p>
    <w:p>
      <w:pPr>
        <w:spacing w:after="80"/>
      </w:pPr>
      <w:r>
        <w:rPr>
          <w:b w:val="0"/>
          <w:i w:val="0"/>
        </w:rPr>
        <w:t>"Còn gì nữa đây, Perry?" Virginia nói khi người quản lý nhà hàng (maître d') dẫn họ đến bàn quen thuộc. "Mario, anh có tình cờ biết cô gái trẻ đang đứng ở quầy bar kia là ai không?"</w:t>
      </w:r>
    </w:p>
    <w:p>
      <w:pPr>
        <w:spacing w:after="80"/>
      </w:pPr>
      <w:r>
        <w:rPr>
          <w:b w:val="0"/>
          <w:i w:val="0"/>
        </w:rPr>
        <w:t>"Cô ấy tên là Jessica Clifton, thưa phu nhân."</w:t>
      </w:r>
    </w:p>
    <w:p>
      <w:pPr>
        <w:spacing w:after="80"/>
      </w:pPr>
      <w:r>
        <w:rPr>
          <w:b w:val="0"/>
          <w:i w:val="0"/>
        </w:rPr>
        <w:t>"Thật sao? Còn chàng trai trẻ đi cùng cô ấy?"</w:t>
      </w:r>
    </w:p>
    <w:p>
      <w:pPr>
        <w:spacing w:after="80"/>
      </w:pPr>
      <w:r>
        <w:rPr>
          <w:b w:val="0"/>
          <w:i w:val="0"/>
        </w:rPr>
        <w:t>"Anh Paulo Reinaldo, một trong những khách quen của chúng ta."</w:t>
      </w:r>
    </w:p>
    <w:p>
      <w:pPr>
        <w:spacing w:after="80"/>
      </w:pPr>
      <w:r>
        <w:rPr>
          <w:b w:val="0"/>
          <w:i w:val="0"/>
        </w:rPr>
        <w:t>Trong vài phút tiếp theo, Virginia chỉ đáp lại mọi điều công tước nói bằng những từ đơn âm tiết. Ánh mắt bà hiếm khi rời khỏi một chiếc bàn ở phía bên kia căn phòng.</w:t>
      </w:r>
    </w:p>
    <w:p>
      <w:pPr>
        <w:spacing w:after="80"/>
      </w:pPr>
      <w:r>
        <w:rPr>
          <w:b w:val="0"/>
          <w:i w:val="0"/>
        </w:rPr>
        <w:t>Cuối cùng bà đứng dậy, bảo công tước rằng bà cần đi vệ sinh, rồi kéo Mario ra một bên và nhét vào tay anh một tờ mười bảng. Vì Lady Virginia không nổi tiếng là người hào phóng, Mario đoán rằng số tiền này không phải để trả cho những việc đã làm, mà cho những việc sắp được làm. Đến khi phu nhân quay lại chỗ công tước và gợi ý rằng đã đến lúc về nhà, bà đã biết mọi thứ cần biết về Paulo Reinaldo, và điều duy nhất cần biết về Jessica Clifton.</w:t>
      </w:r>
    </w:p>
    <w:p>
      <w:pPr>
        <w:jc w:val="center"/>
      </w:pPr>
      <w:r>
        <w:drawing>
          <wp:inline xmlns:a="http://schemas.openxmlformats.org/drawingml/2006/main" xmlns:pic="http://schemas.openxmlformats.org/drawingml/2006/picture">
            <wp:extent cx="304800" cy="85725"/>
            <wp:docPr id="92" name="Picture 9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Paulo đưa Jessica đến Annabels để mừng sinh nhật lần thứ mười chín của cô, cả hai đều không để ý đến cặp vợ chồng già ngồi trong một góc khuất.</w:t>
      </w:r>
    </w:p>
    <w:p>
      <w:pPr>
        <w:spacing w:after="80"/>
      </w:pPr>
      <w:r>
        <w:rPr>
          <w:b w:val="0"/>
          <w:i w:val="0"/>
        </w:rPr>
        <w:t>Virginia và công tước thường rời câu lạc bộ vào khoảng mười một giờ, nhưng không phải đêm nay. Thực tế, công tước đã ngủ gật sau ly Courvoisier thứ ba, dù ông đã hơn một lần gợi ý rằng có lẽ họ nên về nhà.</w:t>
      </w:r>
    </w:p>
    <w:p>
      <w:pPr>
        <w:spacing w:after="80"/>
      </w:pPr>
      <w:r>
        <w:rPr>
          <w:b w:val="0"/>
          <w:i w:val="0"/>
        </w:rPr>
        <w:t>Chưa đâu, cưng à, Virginia cứ nói mãi, không giải thích gì.</w:t>
      </w:r>
    </w:p>
    <w:p>
      <w:pPr>
        <w:spacing w:after="80"/>
      </w:pPr>
      <w:r>
        <w:rPr>
          <w:b w:val="0"/>
          <w:i w:val="0"/>
        </w:rPr>
        <w:t>Ngay khi Paulo gọi tính tiền, Virginia phóng ra khỏi buồng vệ sinh và nhanh chóng bước tới buồng điện thoại riêng đặt kín đáo trong hành lang. Cô đã có sẵn một số điện thoại và tên của một sĩ quan mà cô được đảm bảo là sẽ trực. Cô bấm số chậm rãi và đầu dây bên kia nhấc máy gần như ngay lập tức.</w:t>
      </w:r>
    </w:p>
    <w:p>
      <w:pPr>
        <w:spacing w:after="80"/>
      </w:pPr>
      <w:r>
        <w:rPr>
          <w:b w:val="0"/>
          <w:i w:val="0"/>
        </w:rPr>
        <w:t>Thanh tra trưởng Mullins.</w:t>
      </w:r>
    </w:p>
    <w:p>
      <w:pPr>
        <w:spacing w:after="80"/>
      </w:pPr>
      <w:r>
        <w:rPr>
          <w:b w:val="0"/>
          <w:i w:val="0"/>
        </w:rPr>
        <w:t>Thưa thanh tra trưởng, tôi là Quý bà Virginia Fenwick, và tôi muốn trình báo một vụ lái xe nguy hiểm. Tôi nghĩ tài xế chắc chắn say rượu, vì anh ta suýt đâm vào chiếc Rolls-Royce của chúng tôi khi vượt lên từ bên trong.</w:t>
      </w:r>
    </w:p>
    <w:p>
      <w:pPr>
        <w:spacing w:after="80"/>
      </w:pPr>
      <w:r>
        <w:rPr>
          <w:b w:val="0"/>
          <w:i w:val="0"/>
        </w:rPr>
        <w:t>Cô có thể mô tả chiếc xe không, thưa bà?</w:t>
      </w:r>
    </w:p>
    <w:p>
      <w:pPr>
        <w:spacing w:after="80"/>
      </w:pPr>
      <w:r>
        <w:rPr>
          <w:b w:val="0"/>
          <w:i w:val="0"/>
        </w:rPr>
        <w:t>Đó là một chiếc Ferrari màu vàng, và tôi khá chắc tài xế không phải người Anh.</w:t>
      </w:r>
    </w:p>
    <w:p>
      <w:pPr>
        <w:spacing w:after="80"/>
      </w:pPr>
      <w:r>
        <w:rPr>
          <w:b w:val="0"/>
          <w:i w:val="0"/>
        </w:rPr>
        <w:t>Cô có tình cờ lấy được biển số xe không?</w:t>
      </w:r>
    </w:p>
    <w:p>
      <w:pPr>
        <w:spacing w:after="80"/>
      </w:pPr>
      <w:r>
        <w:rPr>
          <w:b w:val="0"/>
          <w:i w:val="0"/>
        </w:rPr>
        <w:t>Virginia liếc mảnh giấy trong tay. A786 CLC.</w:t>
      </w:r>
    </w:p>
    <w:p>
      <w:pPr>
        <w:spacing w:after="80"/>
      </w:pPr>
      <w:r>
        <w:rPr>
          <w:b w:val="0"/>
          <w:i w:val="0"/>
        </w:rPr>
        <w:t>Và vụ việc xảy ra ở đâu?</w:t>
      </w:r>
    </w:p>
    <w:p>
      <w:pPr>
        <w:spacing w:after="80"/>
      </w:pPr>
      <w:r>
        <w:rPr>
          <w:b w:val="0"/>
          <w:i w:val="0"/>
        </w:rPr>
        <w:t>Tài xế riêng của tôi đang lái quanh quảng trường Berkeley thì chiếc Ferrari rẽ phải xuống phố Piccadilly và phóng đi về hướng Chelsea.</w:t>
      </w:r>
    </w:p>
    <w:p>
      <w:pPr>
        <w:spacing w:after="80"/>
      </w:pPr>
      <w:r>
        <w:rPr>
          <w:b w:val="0"/>
          <w:i w:val="0"/>
        </w:rPr>
        <w:t>Cảm ơn bà. Tôi sẽ điều tra ngay lập tức.</w:t>
      </w:r>
    </w:p>
    <w:p>
      <w:pPr>
        <w:spacing w:after="80"/>
      </w:pPr>
      <w:r>
        <w:rPr>
          <w:b w:val="0"/>
          <w:i w:val="0"/>
        </w:rPr>
        <w:t>Virginia đặt điện thoại xuống đúng lúc Paulo và Jessica đi ngang qua cô trong hành lang. Cô nán lại trong bóng tối khi đôi trẻ bước lên cầu thang và ra ngoài quảng trường Berkeley. Một người gác cửa mặc đồng phục đưa chìa khóa xe cho Paulo để đổi lấy tờ năm bảng. Paulo nhảy vào ghế lái, nhẹ nhàng gạt cần số vào số một và tăng tốc lao đi như thể anh đang ở vị trí xuất phát đầu tiên trên đường đua Monte Carlo. Anh mới đi được vài trăm thước thì phát hiện một chiếc xe cảnh sát trong gương chiếu hậu.</w:t>
      </w:r>
    </w:p>
    <w:p>
      <w:pPr>
        <w:spacing w:after="80"/>
      </w:pPr>
      <w:r>
        <w:rPr>
          <w:b w:val="0"/>
          <w:i w:val="0"/>
        </w:rPr>
        <w:t>Cắt đuôi chúng đi, Jessica nói. Chỉ là một con Sierra cũ nát thôi mà.</w:t>
      </w:r>
    </w:p>
    <w:p>
      <w:pPr>
        <w:spacing w:after="80"/>
      </w:pPr>
      <w:r>
        <w:rPr>
          <w:b w:val="0"/>
          <w:i w:val="0"/>
        </w:rPr>
        <w:t>Paulo chuyển sang số ba và bắt đầu luồn lách qua dòng xe chạy chậm. Jessica hét lên những lời tục tĩu và cổ vũ anh, cho đến khi cô nghe thấy tiếng còi hú. Cô quay lại nhìn và thấy dòng xe đang tấp vào lề để nhường đường cho xe cảnh sát.</w:t>
      </w:r>
    </w:p>
    <w:p>
      <w:pPr>
        <w:spacing w:after="80"/>
      </w:pPr>
      <w:r>
        <w:rPr>
          <w:b w:val="0"/>
          <w:i w:val="0"/>
        </w:rPr>
        <w:t>Paulo liếc vào gương chiếu hậu khi đèn giao thông phía trước chuyển đỏ. Anh phóng vụt qua, rẽ phải và suýt đâm vào một chiếc xe buýt khi lao xuống phố Piccadilly. Đến khi anh tới được góc công viên Hyde Park, đã có hai xe cảnh sát truy đuổi và Jessica bám chặt lấy bảng táp-lô, ước gì mình đừng bao giờ khích anh.</w:t>
      </w:r>
    </w:p>
    <w:p>
      <w:pPr>
        <w:spacing w:after="80"/>
      </w:pPr>
      <w:r>
        <w:rPr>
          <w:b w:val="0"/>
          <w:i w:val="0"/>
        </w:rPr>
        <w:t>Khi anh ngoặt gấp quanh góc công viên Hyde Park và lao lên đường Brompton, anh vượt thêm một đèn đỏ nữa, chỉ để thấy chiếc xe cảnh sát thứ ba đang lao về phía mình. Anh đạp phanh gấp và trượt bánh dừng lại, nhưng đã quá muộn để tránh đâm thẳng vào chiếc xe tuần tra.</w:t>
      </w:r>
    </w:p>
    <w:p>
      <w:pPr>
        <w:spacing w:after="80"/>
      </w:pPr>
      <w:r>
        <w:rPr>
          <w:b w:val="0"/>
          <w:i w:val="0"/>
        </w:rPr>
        <w:t>Jessica đã không đón sinh nhật lần thứ mười chín trong vòng tay người yêu ở căn hộ xa hoa tại Knightsbridge, mà một mình trên tấm đệm xốp mỏng dính, vấy đầy nước tiểu, trong phòng giam số ba của đồn cảnh sát Savile Row.</w:t>
      </w:r>
    </w:p>
    <w:p>
      <w:pPr>
        <w:pStyle w:val="Heading1"/>
        <w:jc w:val="center"/>
      </w:pPr>
      <w:r>
        <w:rPr>
          <w:rFonts w:ascii="Calibri" w:hAnsi="Calibri"/>
          <w:b/>
          <w:i w:val="0"/>
          <w:sz w:val="40"/>
        </w:rPr>
        <w:t>27</w:t>
      </w:r>
    </w:p>
    <w:p>
      <w:pPr>
        <w:spacing w:after="80"/>
      </w:pPr>
      <w:r>
        <w:rPr>
          <w:b w:val="0"/>
          <w:i w:val="0"/>
        </w:rPr>
        <w:t>SAMANTHA BỊ ĐÁNH THỨC ngay trước bảy giờ sáng hôm sau bởi một cuộc điện thoại từ Chánh thanh tra Mullins. Cô không cần phải đánh thức Seb, vì anh đang ở trong phòng tắm cạo râu. Khi nghe thấy giọng vợ mình đầy lo lắng, anh đặt dao cạo xuống và nhanh chóng bước trở lại phòng ngủ. Anh không thể nhớ nổi lần cuối cùng mình thấy Sam khóc là khi nào.</w:t>
      </w:r>
    </w:p>
    <w:p>
      <w:pPr>
        <w:spacing w:after="80"/>
      </w:pPr>
      <w:r>
        <w:rPr>
          <w:b w:val="0"/>
          <w:i w:val="0"/>
        </w:rPr>
        <w:t>Một chiếc taxi dừng lại trước đồn cảnh sát Savile Row ngay sau 7 giờ 30 sáng. Sebastian và Sam bước ra, đối mặt với những ánh đèn flash nháy liên hồi và những câu hỏi hét lên, khiến Seb nhớ lại lúc Hakim bị xét xử tại Old Bailey. Điều anh không thể hiểu nổi là ai có thể đã báo cho báo chí vào giờ đó trong buổi sáng.</w:t>
      </w:r>
    </w:p>
    <w:p>
      <w:pPr>
        <w:spacing w:after="80"/>
      </w:pPr>
      <w:r>
        <w:rPr>
          <w:b w:val="0"/>
          <w:i w:val="0"/>
        </w:rPr>
        <w:t>Con gái ông có nghiện ma túy không? một người hét lên.</w:t>
      </w:r>
    </w:p>
    <w:p>
      <w:pPr>
        <w:spacing w:after="80"/>
      </w:pPr>
      <w:r>
        <w:rPr>
          <w:b w:val="0"/>
          <w:i w:val="0"/>
        </w:rPr>
        <w:t>Cô ấy có lái xe không? Một người khác.</w:t>
      </w:r>
    </w:p>
    <w:p>
      <w:pPr>
        <w:spacing w:after="80"/>
      </w:pPr>
      <w:r>
        <w:rPr>
          <w:b w:val="0"/>
          <w:i w:val="0"/>
        </w:rPr>
        <w:t>Cô ấy có tham gia vào một bữa tiệc thác loạn không? Lại một người nữa.</w:t>
      </w:r>
    </w:p>
    <w:p>
      <w:pPr>
        <w:spacing w:after="80"/>
      </w:pPr>
      <w:r>
        <w:rPr>
          <w:b w:val="0"/>
          <w:i w:val="0"/>
        </w:rPr>
        <w:t>Seb nhớ lại nguyên tắc vàng của Giles khi đối mặt với một bầy ký giả: nếu bạn không có gì để nói, hãy im lặng.</w:t>
      </w:r>
    </w:p>
    <w:p>
      <w:pPr>
        <w:spacing w:after="80"/>
      </w:pPr>
      <w:r>
        <w:rPr>
          <w:b w:val="0"/>
          <w:i w:val="0"/>
        </w:rPr>
        <w:t>Bên trong đồn cảnh sát, Seb nói tên mình với viên trung sĩ trực ở quầy lễ tân.</w:t>
      </w:r>
    </w:p>
    <w:p>
      <w:pPr>
        <w:spacing w:after="80"/>
      </w:pPr>
      <w:r>
        <w:rPr>
          <w:b w:val="0"/>
          <w:i w:val="0"/>
        </w:rPr>
        <w:t>Đưa ông bà Clifton xuống phòng giam số ba, viên trung sĩ chỉ thị cho một viên cảnh sát trẻ, và tôi sẽ báo cho chánh thanh tra biết họ đã đến.</w:t>
      </w:r>
    </w:p>
    <w:p>
      <w:pPr>
        <w:spacing w:after="80"/>
      </w:pPr>
      <w:r>
        <w:rPr>
          <w:b w:val="0"/>
          <w:i w:val="0"/>
        </w:rPr>
        <w:t>Viên cảnh sát dẫn họ đi dọc một hành lang và xuống những bậc thang dốc vào tầng hầm. Anh ta tra một chiếc chìa khóa lớn vào cánh cửa nặng nề và kéo mở, rồi bước sang một bên để họ bước vào phòng giam.</w:t>
      </w:r>
    </w:p>
    <w:p>
      <w:pPr>
        <w:spacing w:after="80"/>
      </w:pPr>
      <w:r>
        <w:rPr>
          <w:b w:val="0"/>
          <w:i w:val="0"/>
        </w:rPr>
        <w:t>Sebastian sững người nhìn cô gái xộc xệch đang co ro ở góc giường, mặt lem nhem mascara vì khóc. Phải mất một lúc anh mới nhận ra đó là con gái mình. Samantha nhanh chóng băng qua phòng, ngồi xuống bên cạnh Jessica và vòng tay ôm lấy cô.</w:t>
      </w:r>
    </w:p>
    <w:p>
      <w:pPr>
        <w:spacing w:after="80"/>
      </w:pPr>
      <w:r>
        <w:rPr>
          <w:b w:val="0"/>
          <w:i w:val="0"/>
        </w:rPr>
        <w:t>Không sao đâu, con yêu, cả bố và mẹ đều ở đây.</w:t>
      </w:r>
    </w:p>
    <w:p>
      <w:pPr>
        <w:spacing w:after="80"/>
      </w:pPr>
      <w:r>
        <w:rPr>
          <w:b w:val="0"/>
          <w:i w:val="0"/>
        </w:rPr>
        <w:t>Dù Jessica đã tỉnh rượu, mùi rượu cũ và cần sa vẫn còn vương trên hơi thở cô. Một lúc sau, viên sĩ quan phụ trách vụ án đến gặp họ, tự giới thiệu là Chánh thanh tra Mullins và giải thích lý do tại sao con gái họ phải qua đêm trong phòng giam cảnh sát. Sau đó ông hỏi liệu có ai trong hai người biết một ông Paulo Reinaldo không.</w:t>
      </w:r>
    </w:p>
    <w:p>
      <w:pPr>
        <w:spacing w:after="80"/>
      </w:pPr>
      <w:r>
        <w:rPr>
          <w:b w:val="0"/>
          <w:i w:val="0"/>
        </w:rPr>
        <w:t>Không, cả hai đều nói không chút do dự.</w:t>
      </w:r>
    </w:p>
    <w:p>
      <w:pPr>
        <w:spacing w:after="80"/>
      </w:pPr>
      <w:r>
        <w:rPr>
          <w:b w:val="0"/>
          <w:i w:val="0"/>
        </w:rPr>
        <w:t>Con gái ông bà đã ở cùng ông Reinaldo khi chúng tôi bắt giữ ông ta sáng nay. Chúng tôi đã buộc tội ông ta lái xe trong tình trạng say rượu, và tàng trữ ba ounce cần sa.</w:t>
      </w:r>
    </w:p>
    <w:p>
      <w:pPr>
        <w:spacing w:after="80"/>
      </w:pPr>
      <w:r>
        <w:rPr>
          <w:b w:val="0"/>
          <w:i w:val="0"/>
        </w:rPr>
        <w:t>Seb cố gắng giữ bình tĩnh. Và con gái tôi, thưa thanh tra trưởng, con bé cũng bị buộc tội sao?</w:t>
      </w:r>
    </w:p>
    <w:p>
      <w:pPr>
        <w:spacing w:after="80"/>
      </w:pPr>
      <w:r>
        <w:rPr>
          <w:b w:val="0"/>
          <w:i w:val="0"/>
        </w:rPr>
        <w:t>Không, thưa ông, dù lúc đó cô ấy say rượu và chúng tôi nghi ngờ cô ấy đã hút cần sa và sau đó tấn công một sĩ quan cảnh sát, chúng tôi sẽ không truy tố. Ông ngừng lại một chút. Trong lần này thôi.</w:t>
      </w:r>
    </w:p>
    <w:p>
      <w:pPr>
        <w:spacing w:after="80"/>
      </w:pPr>
      <w:r>
        <w:rPr>
          <w:b w:val="0"/>
          <w:i w:val="0"/>
        </w:rPr>
        <w:t>Tôi vô cùng biết ơn, Samantha nói.</w:t>
      </w:r>
    </w:p>
    <w:p>
      <w:pPr>
        <w:spacing w:after="80"/>
      </w:pPr>
      <w:r>
        <w:rPr>
          <w:b w:val="0"/>
          <w:i w:val="0"/>
        </w:rPr>
        <w:t>Chàng trai trẻ đâu rồi? Sebastian hỏi.</w:t>
      </w:r>
    </w:p>
    <w:p>
      <w:pPr>
        <w:spacing w:after="80"/>
      </w:pPr>
      <w:r>
        <w:rPr>
          <w:b w:val="0"/>
          <w:i w:val="0"/>
        </w:rPr>
        <w:t>Cậu ta sẽ ra hầu tòa trước các thẩm phán ở Bow Street vào cuối buổi sáng nay.</w:t>
      </w:r>
    </w:p>
    <w:p>
      <w:pPr>
        <w:spacing w:after="80"/>
      </w:pPr>
      <w:r>
        <w:rPr>
          <w:b w:val="0"/>
          <w:i w:val="0"/>
        </w:rPr>
        <w:t>Con gái tôi có được phép rời đi không, thưa thanh tra trưởng? Samantha hỏi khẽ.</w:t>
      </w:r>
    </w:p>
    <w:p>
      <w:pPr>
        <w:spacing w:after="80"/>
      </w:pPr>
      <w:r>
        <w:rPr>
          <w:b w:val="0"/>
          <w:i w:val="0"/>
        </w:rPr>
        <w:t>Có, cô ấy được đi, bà Clifton ạ. Tôi xin lỗi về chuyện báo chí. Hẳn ai đó đã mách họ, nhưng tôi có thể đảm bảo với bà không phải chúng tôi.</w:t>
      </w:r>
    </w:p>
    <w:p>
      <w:pPr>
        <w:spacing w:after="80"/>
      </w:pPr>
      <w:r>
        <w:rPr>
          <w:b w:val="0"/>
          <w:i w:val="0"/>
        </w:rPr>
        <w:t>Seb nhẹ nhàng nắm tay Jessica và dẫn cô ra khỏi phòng giam, lên một cầu thang đã mòn vẹt lối đi và ra khỏi đồn cảnh sát đến phố Savile Row, nơi họ lại một lần nữa bị chào đón bằng những ánh đèn flash nhấp nháy và những câu hỏi hét lên. Ông đưa vợ và con gái vào ghế sau một chiếc taxi, kéo cửa lại và bảo tài xế chạy đi.</w:t>
      </w:r>
    </w:p>
    <w:p>
      <w:pPr>
        <w:spacing w:after="80"/>
      </w:pPr>
      <w:r>
        <w:rPr>
          <w:b w:val="0"/>
          <w:i w:val="0"/>
        </w:rPr>
        <w:t>Jessica ngồi co ro giữa bố mẹ, và không ngẩng đầu lên ngay cả sau khi xe taxi đã rẽ góc phố và không còn thấy bóng dáng báo chí nữa.</w:t>
      </w:r>
    </w:p>
    <w:p>
      <w:pPr>
        <w:jc w:val="center"/>
      </w:pPr>
      <w:r>
        <w:drawing>
          <wp:inline xmlns:a="http://schemas.openxmlformats.org/drawingml/2006/main" xmlns:pic="http://schemas.openxmlformats.org/drawingml/2006/picture">
            <wp:extent cx="304800" cy="85725"/>
            <wp:docPr id="93" name="Picture 9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họ về đến nhà ở Lennox Gardens, họ lại gặp một nhóm phóng viên và nhà báo khác. Vẫn những câu hỏi đó, nhưng vẫn chưa có câu trả lời. Khi đã vào trong an toàn, Seb đưa Jessica vào phòng khách, và trước khi cô kịp ngồi xuống, ông yêu cầu cô nói ra sự thật, không giấu giếm điều gì.</w:t>
      </w:r>
    </w:p>
    <w:p>
      <w:pPr>
        <w:spacing w:after="80"/>
      </w:pPr>
      <w:r>
        <w:rPr>
          <w:b w:val="0"/>
          <w:i w:val="0"/>
        </w:rPr>
        <w:t xml:space="preserve">Và đừng bỏ sót gì, vì bố chắc chắn hôm nay tụi bố sẽ đọc đủ mọi chi tiết giật gân trên tờ </w:t>
      </w:r>
      <w:r>
        <w:rPr>
          <w:b w:val="0"/>
          <w:i/>
        </w:rPr>
        <w:t>Evening Standard</w:t>
      </w:r>
      <w:r>
        <w:rPr>
          <w:b w:val="0"/>
          <w:i w:val="0"/>
        </w:rPr>
        <w:t>.</w:t>
      </w:r>
    </w:p>
    <w:p>
      <w:pPr>
        <w:spacing w:after="80"/>
      </w:pPr>
      <w:r>
        <w:rPr>
          <w:b w:val="0"/>
          <w:i w:val="0"/>
        </w:rPr>
        <w:t>Cô gái trẻ tự tin rời khỏi Annabels sau khi mừng sinh nhật giờ đã được thay bằng một cô gái mười chín tuổi lắp bắp, đẫm nước mắt, trả lời những câu hỏi của họ bằng giọng run rẩy, ngập ngừng mà cả bố lẫn mẹ cô chưa từng nghe thấy bao giờ. Xen giữa những khoảng lặng ngượng ngùng, Jessica kể lại việc cô gặp Paulo lần đầu thế nào và bị cuốn hút bởi sự quyến rũ, sự sành điệu của anh ta và, hơn hết, cô thú nhận, là dòng tiền không bao giờ cạn. Dù kể hết mọi chuyện với bố mẹ, cô không hề đổ lỗi cho người yêu mình, và thậm chí còn hỏi xem có được phép gặp anh ta thêm một lần nữa không.</w:t>
      </w:r>
    </w:p>
    <w:p>
      <w:pPr>
        <w:spacing w:after="80"/>
      </w:pPr>
      <w:r>
        <w:rPr>
          <w:b w:val="0"/>
          <w:i w:val="0"/>
        </w:rPr>
        <w:t>Để làm gì? Sebastian hỏi.</w:t>
      </w:r>
    </w:p>
    <w:p>
      <w:pPr>
        <w:spacing w:after="80"/>
      </w:pPr>
      <w:r>
        <w:rPr>
          <w:b w:val="0"/>
          <w:i w:val="0"/>
        </w:rPr>
        <w:t>Để nói lời tạm biệt. Cô ngập ngừng. Và để cảm ơn anh ấy.</w:t>
      </w:r>
    </w:p>
    <w:p>
      <w:pPr>
        <w:spacing w:after="80"/>
      </w:pPr>
      <w:r>
        <w:rPr>
          <w:b w:val="0"/>
          <w:i w:val="0"/>
        </w:rPr>
        <w:t>Bố không nghĩ làm vậy là khôn ngoan, trong khi báo chí sẽ bám theo từng bước chân của cậu ta và mong đúng là con sẽ làm thế. Nhưng nếu con viết cho cậu ta một lá thư, bố sẽ đảm bảo cậu ta nhận được.</w:t>
      </w:r>
    </w:p>
    <w:p>
      <w:pPr>
        <w:spacing w:after="80"/>
      </w:pPr>
      <w:r>
        <w:rPr>
          <w:b w:val="0"/>
          <w:i w:val="0"/>
        </w:rPr>
        <w:t>Cảm ơn bố.</w:t>
      </w:r>
    </w:p>
    <w:p>
      <w:pPr>
        <w:spacing w:after="80"/>
      </w:pPr>
      <w:r>
        <w:rPr>
          <w:b w:val="0"/>
          <w:i w:val="0"/>
        </w:rPr>
        <w:t>Jessie, con phải đối mặt với sự thật rằng con đã khiến cả bố và mẹ thất vọng trầm trọng. Tuy nhiên, có một điều chắc chắn, chẳng ích gì khi cứ đào bới lại chuyện đó. Nó đã là quá khứ rồi, và chỉ con mới có thể quyết định mình muốn làm gì với tương lai của mình.</w:t>
      </w:r>
    </w:p>
    <w:p>
      <w:pPr>
        <w:spacing w:after="80"/>
      </w:pPr>
      <w:r>
        <w:rPr>
          <w:b w:val="0"/>
          <w:i w:val="0"/>
        </w:rPr>
        <w:t>Jessica ngước nhìn bố mẹ, nhưng không nói gì.</w:t>
      </w:r>
    </w:p>
    <w:p>
      <w:pPr>
        <w:spacing w:after="80"/>
      </w:pPr>
      <w:r>
        <w:rPr>
          <w:b w:val="0"/>
          <w:i w:val="0"/>
        </w:rPr>
        <w:t>Theo ý bố, con có hai lựa chọn, Seb nói. Con có thể trở về nhà và xem liệu có thể hàn gắn lại mọi thứ không, hoặc con có thể rời đi, và quay về với cuộc sống khác của con.</w:t>
      </w:r>
    </w:p>
    <w:p>
      <w:pPr>
        <w:spacing w:after="80"/>
      </w:pPr>
      <w:r>
        <w:rPr>
          <w:b w:val="0"/>
          <w:i w:val="0"/>
        </w:rPr>
        <w:t>Con xin lỗi, Jessica nói, nước mắt lăn dài trên má. Con biết những gì con làm là không thể tha thứ. Con không muốn quay lại, và con hứa con sẽ làm mọi thứ có thể để bù đắp cho cả bố và mẹ, nếu bố mẹ chỉ cần cho con thêm một cơ hội.</w:t>
      </w:r>
    </w:p>
    <w:p>
      <w:pPr>
        <w:spacing w:after="80"/>
      </w:pPr>
      <w:r>
        <w:rPr>
          <w:b w:val="0"/>
          <w:i w:val="0"/>
        </w:rPr>
        <w:t>Tất nhiên là bố mẹ sẽ cho, Samantha nói, nhưng mẹ không thể nói thay cho trường Slade.</w:t>
      </w:r>
    </w:p>
    <w:p>
      <w:pPr>
        <w:jc w:val="center"/>
      </w:pPr>
      <w:r>
        <w:drawing>
          <wp:inline xmlns:a="http://schemas.openxmlformats.org/drawingml/2006/main" xmlns:pic="http://schemas.openxmlformats.org/drawingml/2006/picture">
            <wp:extent cx="304800" cy="85725"/>
            <wp:docPr id="94" name="Picture 9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Sebastian rời căn hộ vài giờ sau đó để mua một ấn bản sớm của tờ </w:t>
      </w:r>
      <w:r>
        <w:rPr>
          <w:b w:val="0"/>
          <w:i/>
        </w:rPr>
        <w:t>Evening Standard</w:t>
      </w:r>
      <w:r>
        <w:rPr>
          <w:b w:val="0"/>
          <w:i w:val="0"/>
        </w:rPr>
        <w:t>. Dòng tít đập vào mắt ông từ một tấm áp phích từ rất lâu trước khi ông đến quầy báo:</w:t>
      </w:r>
    </w:p>
    <w:p>
      <w:pPr>
        <w:spacing w:after="80"/>
        <w:jc w:val="center"/>
      </w:pPr>
      <w:r>
        <w:rPr>
          <w:b/>
          <w:i w:val="0"/>
        </w:rPr>
        <w:t>CHÁU GÁI BỘ TRƯỞNG Y TẾ</w:t>
      </w:r>
    </w:p>
    <w:p>
      <w:pPr>
        <w:spacing w:after="80"/>
        <w:jc w:val="center"/>
      </w:pPr>
      <w:r>
        <w:rPr>
          <w:b/>
          <w:i w:val="0"/>
        </w:rPr>
        <w:t>DÍNH VÀO BÊ BỐI MA TÚY</w:t>
      </w:r>
    </w:p>
    <w:p>
      <w:pPr>
        <w:spacing w:after="80"/>
      </w:pPr>
      <w:r>
        <w:rPr>
          <w:b w:val="0"/>
          <w:i w:val="0"/>
        </w:rPr>
        <w:t>Ông vừa đọc bài báo vừa chậm rãi đi bộ về nhà. Bài báo gần như bao gồm toàn bộ chi tiết mà Jessie đã tự khai trước đó. Một đêm trong phòng giam cảnh sát, sâm panh, cần sa, hai chai rượu đắt tiền rồi đến brandy Alexander uống tại Annabels ở Mayfair. Một cuộc rượt đuổi của cảnh sát kết thúc bằng việc một chiếc Ferrari trị giá 100,000 đâm trực diện vào xe tuần tra, và thậm chí còn có cả gợi ý về chuyện bốn người trên một giường.</w:t>
      </w:r>
    </w:p>
    <w:p>
      <w:pPr>
        <w:spacing w:after="80"/>
      </w:pPr>
      <w:r>
        <w:rPr>
          <w:b w:val="0"/>
          <w:i w:val="0"/>
        </w:rPr>
        <w:t>Ông Paulo Reinaldo chỉ được nhắc đến qua loa, nhưng thực ra phóng viên quan tâm hơn nhiều đến việc đảm bảo rằng Nam tước Emma Clifton, Thứ trưởng Bộ Y tế, Ngài Harry Clifton, tác giả nổi tiếng và nhà đấu tranh cho quyền công dân, Lãnh chúa Barrington, cựu lãnh đạo Thượng viện, và Sebastian Clifton, chủ tịch một ngân hàng hàng đầu thành phố, đều được nhắc tên, bất chấp thực tế rằng tất cả họ đều đang ngủ say vào thời điểm Jessica Clifton bị bắt.</w:t>
      </w:r>
    </w:p>
    <w:p>
      <w:pPr>
        <w:spacing w:after="80"/>
      </w:pPr>
      <w:r>
        <w:rPr>
          <w:b w:val="0"/>
          <w:i w:val="0"/>
        </w:rPr>
        <w:t>Sebastian thở dài một hơi. Ông chỉ có thể hy vọng rằng đứa con gái yêu quý của mình cuối cùng sẽ có thể coi đây là một bài học kinh nghiệm và, theo thời gian, không chỉ hồi phục hoàn toàn mà còn mạnh mẽ hơn nhờ nó. Mãi đến khi đọc đến đoạn cuối, ông mới nhận ra điều đó sẽ không thể xảy ra.</w:t>
      </w:r>
    </w:p>
    <w:p>
      <w:pPr>
        <w:jc w:val="center"/>
      </w:pPr>
      <w:r>
        <w:drawing>
          <wp:inline xmlns:a="http://schemas.openxmlformats.org/drawingml/2006/main" xmlns:pic="http://schemas.openxmlformats.org/drawingml/2006/picture">
            <wp:extent cx="304800" cy="85725"/>
            <wp:docPr id="95" name="Picture 9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Virginia cũng mua một ấn bản sớm của tờ </w:t>
      </w:r>
      <w:r>
        <w:rPr>
          <w:b w:val="0"/>
          <w:i/>
        </w:rPr>
        <w:t>Evening Standard</w:t>
      </w:r>
      <w:r>
        <w:rPr>
          <w:b w:val="0"/>
          <w:i w:val="0"/>
        </w:rPr>
        <w:t>, và không thể ngừng mỉm cười khi đọc bài độc quyền từng chữ một. Mười bảng thật đáng đồng tiền, cô tự nhủ. Điều duy nhất khiến cô thất vọng là Paulo Reinaldo đã nhận tội, và bị phạt 500 sau khi cam đoan với thẩm phán rằng anh ta sẽ trở về Brazil trong vài ngày tới.</w:t>
      </w:r>
    </w:p>
    <w:p>
      <w:pPr>
        <w:spacing w:after="80"/>
      </w:pPr>
      <w:r>
        <w:rPr>
          <w:b w:val="0"/>
          <w:i w:val="0"/>
        </w:rPr>
        <w:t>Tuy nhiên, nụ cười lại xuất hiện trên mặt Virginia khi cô đọc đến đoạn cuối của bài báo. Ông Gerald Knight, hiệu trưởng Trường Mỹ thuật Slade, nói với phóng viên rằng ông không còn lựa chọn nào khác ngoài việc đuổi học cả ông Reinaldo và cô Jessica Clifton khỏi trường. Ông nói thêm rằng ông đã làm vậy một cách miễn cưỡng trong trường hợp của cô Clifton, vì cô là một sinh viên cực kỳ tài năng.</w:t>
      </w:r>
    </w:p>
    <w:p>
      <w:pPr>
        <w:jc w:val="center"/>
      </w:pPr>
      <w:r>
        <w:drawing>
          <wp:inline xmlns:a="http://schemas.openxmlformats.org/drawingml/2006/main" xmlns:pic="http://schemas.openxmlformats.org/drawingml/2006/picture">
            <wp:extent cx="304800" cy="85725"/>
            <wp:docPr id="96" name="Picture 9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Thật là một vinh dự lớn khi cuối cùng được gặp ngài, Tiến sĩ Barrington. Tôi đã hâm mộ ngài từ lâu.</w:t>
      </w:r>
    </w:p>
    <w:p>
      <w:pPr>
        <w:spacing w:after="80"/>
      </w:pPr>
      <w:r>
        <w:rPr>
          <w:b w:val="0"/>
          <w:i w:val="0"/>
        </w:rPr>
        <w:t>Ngài thật tử tế, Ngài James, nhưng tôi không hề biết ngài thậm chí đã từng nghe đến tôi.</w:t>
      </w:r>
    </w:p>
    <w:p>
      <w:pPr>
        <w:spacing w:after="80"/>
      </w:pPr>
      <w:r>
        <w:rPr>
          <w:b w:val="0"/>
          <w:i w:val="0"/>
        </w:rPr>
        <w:t>Ngài đã dạy vợ tôi là Helen khi cô ấy còn học ở Cambridge, Ngài James nói khi họ ngồi xuống bên lò sưởi.</w:t>
      </w:r>
    </w:p>
    <w:p>
      <w:pPr>
        <w:spacing w:after="80"/>
      </w:pPr>
      <w:r>
        <w:rPr>
          <w:b w:val="0"/>
          <w:i w:val="0"/>
        </w:rPr>
        <w:t>Nhắc lại cho tôi tên thời con gái của bà ấy đi, Ngài James?</w:t>
      </w:r>
    </w:p>
    <w:p>
      <w:pPr>
        <w:spacing w:after="80"/>
      </w:pPr>
      <w:r>
        <w:rPr>
          <w:b w:val="0"/>
          <w:i w:val="0"/>
        </w:rPr>
        <w:t>Helen Prentice. Chúng tôi gặp nhau khi tôi đang học Luật ở Trinity.</w:t>
      </w:r>
    </w:p>
    <w:p>
      <w:pPr>
        <w:spacing w:after="80"/>
      </w:pPr>
      <w:r>
        <w:rPr>
          <w:b w:val="0"/>
          <w:i w:val="0"/>
        </w:rPr>
        <w:t>À, đúng rồi, tôi nhớ Helen. Bà ấy chơi cello trong dàn nhạc của trường. Bà ấy còn chơi không?</w:t>
      </w:r>
    </w:p>
    <w:p>
      <w:pPr>
        <w:spacing w:after="80"/>
      </w:pPr>
      <w:r>
        <w:rPr>
          <w:b w:val="0"/>
          <w:i w:val="0"/>
        </w:rPr>
        <w:t>Chỉ vào cuối tuần khi không có ai nghe thôi. Cả hai cùng cười.</w:t>
      </w:r>
    </w:p>
    <w:p>
      <w:pPr>
        <w:spacing w:after="80"/>
      </w:pPr>
      <w:r>
        <w:rPr>
          <w:b w:val="0"/>
          <w:i w:val="0"/>
        </w:rPr>
        <w:t>Vậy thì, hãy chuyển lời chúc tốt đẹp nhất của tôi đến bà ấy nhé.</w:t>
      </w:r>
    </w:p>
    <w:p>
      <w:pPr>
        <w:spacing w:after="80"/>
      </w:pPr>
      <w:r>
        <w:rPr>
          <w:b w:val="0"/>
          <w:i w:val="0"/>
        </w:rPr>
        <w:t>Chắc chắn rồi, Tiến sĩ Barrington. Nhưng tôi thú nhận, cả hai chúng tôi đều không hiểu nổi tại sao bà lại muốn gặp tôi, trừ khi bà đang trong một đợt gây quỹ nổi tiếng nào đó của mình, mà nếu vậy thì tôi nên nhắc bà rằng British Petroleum gần đây đã tăng khoản tài trợ hàng năm cho quỹ học bổng của Newnham College.</w:t>
      </w:r>
    </w:p>
    <w:p>
      <w:pPr>
        <w:spacing w:after="80"/>
      </w:pPr>
      <w:r>
        <w:rPr>
          <w:b w:val="0"/>
          <w:i w:val="0"/>
        </w:rPr>
        <w:t>Grace mỉm cười. Ngài đang đội sai chiếc mũ rồi, Ngài James. Tôi không đến gặp chủ tịch BP mà là hiệu trưởng Trường Mỹ thuật Slade.</w:t>
      </w:r>
    </w:p>
    <w:p>
      <w:pPr>
        <w:spacing w:after="80"/>
      </w:pPr>
      <w:r>
        <w:rPr>
          <w:b w:val="0"/>
          <w:i w:val="0"/>
        </w:rPr>
        <w:t>Tôi vẫn chưa hiểu gì hơn.</w:t>
      </w:r>
    </w:p>
    <w:p>
      <w:pPr>
        <w:spacing w:after="80"/>
      </w:pPr>
      <w:r>
        <w:rPr>
          <w:b w:val="0"/>
          <w:i w:val="0"/>
        </w:rPr>
        <w:t>Xin đừng nghĩ về tôi với tư cách một Barrington, mà là người có họ hàng với vài người nhà Clifton, và đặc biệt là một người, cháu gái gọi tôi bằng bà, Jessica, người mà tôi đến để biện hộ thay cô bé.</w:t>
      </w:r>
    </w:p>
    <w:p>
      <w:pPr>
        <w:spacing w:after="80"/>
      </w:pPr>
      <w:r>
        <w:rPr>
          <w:b w:val="0"/>
          <w:i w:val="0"/>
        </w:rPr>
        <w:t>Vẻ mặt ấm áp và thoải mái của Ngài James Neville nhanh chóng bị thay thế bằng một cái cau mày ủ rũ.</w:t>
      </w:r>
    </w:p>
    <w:p>
      <w:pPr>
        <w:spacing w:after="80"/>
      </w:pPr>
      <w:r>
        <w:rPr>
          <w:b w:val="0"/>
          <w:i w:val="0"/>
        </w:rPr>
        <w:t>Dù bà có là Portia đi nữa, tôi e rằng những lời biện hộ của bà sẽ rơi vào tai điếc, Tiến sĩ Barrington. Hội đồng quản trị đã bỏ phiếu nhất trí khai trừ cô Clifton khỏi Slade. Cô ta không chỉ say rượu, và có thể chịu ảnh hưởng của ma túy, khi bị bắt, mà còn tấn công một sĩ quan cảnh sát khi đang bị tạm giữ. Cá nhân tôi thấy cô ta rất may mắn vì không bị buộc tội, và thậm chí không bị kết án tù.</w:t>
      </w:r>
    </w:p>
    <w:p>
      <w:pPr>
        <w:spacing w:after="80"/>
      </w:pPr>
      <w:r>
        <w:rPr>
          <w:b w:val="0"/>
          <w:i w:val="0"/>
        </w:rPr>
        <w:t>Nhưng đó chính là vấn đề, Ngài James. Cô bé không bị buộc tội, cũng không bị kết án.</w:t>
      </w:r>
    </w:p>
    <w:p>
      <w:pPr>
        <w:spacing w:after="80"/>
      </w:pPr>
      <w:r>
        <w:rPr>
          <w:b w:val="0"/>
          <w:i w:val="0"/>
        </w:rPr>
        <w:t>Người thanh niên lái chiếc xe lúc đó, nếu tôi nhớ không nhầm, đã bị buộc tội, bị phạt nặng và bị trục xuất.</w:t>
      </w:r>
    </w:p>
    <w:p>
      <w:pPr>
        <w:spacing w:after="80"/>
      </w:pPr>
      <w:r>
        <w:rPr>
          <w:b w:val="0"/>
          <w:i w:val="0"/>
        </w:rPr>
        <w:t>Một người lớn tuổi hơn và sành sỏi hơn nhiều, người mà Jessica đáng tiếc đã say mê.</w:t>
      </w:r>
    </w:p>
    <w:p>
      <w:pPr>
        <w:spacing w:after="80"/>
      </w:pPr>
      <w:r>
        <w:rPr>
          <w:b w:val="0"/>
          <w:i w:val="0"/>
        </w:rPr>
        <w:t>Rất có thể, Tiến sĩ Barrington. Nhưng bà có biết rằng học bổng của cô Clifton đã bị thu hồi hồi đầu năm nay sau khi cô ta bị bắt quả tang hút cần sa trong khuôn viên trường không?</w:t>
      </w:r>
    </w:p>
    <w:p>
      <w:pPr>
        <w:spacing w:after="80"/>
      </w:pPr>
      <w:r>
        <w:rPr>
          <w:b w:val="0"/>
          <w:i w:val="0"/>
        </w:rPr>
        <w:t>Vâng, tôi biết, Ngài James. Jessica đã kể cho tôi mọi chuyện xảy ra trong năm qua, và tôi có thể đảm bảo với ngài rằng cô bé vô cùng hối hận về hành động của mình, nhưng nếu ngài phục hồi tư cách cho cô bé, cô bé sẽ không làm ngài thất vọng lần thứ hai đâu.</w:t>
      </w:r>
    </w:p>
    <w:p>
      <w:pPr>
        <w:spacing w:after="80"/>
      </w:pPr>
      <w:r>
        <w:rPr>
          <w:b w:val="0"/>
          <w:i w:val="0"/>
        </w:rPr>
        <w:t>Ai đã nói với ông điều đó?</w:t>
      </w:r>
    </w:p>
    <w:p>
      <w:pPr>
        <w:spacing w:after="80"/>
      </w:pPr>
      <w:r>
        <w:rPr>
          <w:b w:val="0"/>
          <w:i w:val="0"/>
        </w:rPr>
        <w:t>Tôi.</w:t>
      </w:r>
    </w:p>
    <w:p>
      <w:pPr>
        <w:spacing w:after="80"/>
      </w:pPr>
      <w:r>
        <w:rPr>
          <w:b w:val="0"/>
          <w:i w:val="0"/>
        </w:rPr>
        <w:t>Ngài James ngập ngừng, rồi nói: "E rằng điều đó là không thể bàn cãi, Tiến sĩ Barrington. Cô Clifton có nhắc với bà rằng cô ấy chỉ tham dự ba buổi giảng và bảy tiết học trong học kỳ trước, và trong thời gian đó kết quả học tập của cô ấy đã từ xuất sắc xuống mức không thể chấp nhận được không?"</w:t>
      </w:r>
    </w:p>
    <w:p>
      <w:pPr>
        <w:spacing w:after="80"/>
      </w:pPr>
      <w:r>
        <w:rPr>
          <w:b w:val="0"/>
          <w:i w:val="0"/>
        </w:rPr>
        <w:t>Vâng, cô ấy có nói.</w:t>
      </w:r>
    </w:p>
    <w:p>
      <w:pPr>
        <w:spacing w:after="80"/>
      </w:pPr>
      <w:r>
        <w:rPr>
          <w:b w:val="0"/>
          <w:i w:val="0"/>
        </w:rPr>
        <w:t>Và khi người hướng dẫn của cô ấy, Giáo sư Howard, nêu vấn đề này với cô ấy, cô ấy đã bảo ông ấy — và tôi xin lỗi vì lời lẽ của mình — "cút đi"?</w:t>
      </w:r>
    </w:p>
    <w:p>
      <w:pPr>
        <w:spacing w:after="80"/>
      </w:pPr>
      <w:r>
        <w:rPr>
          <w:b w:val="0"/>
          <w:i w:val="0"/>
        </w:rPr>
        <w:t>Và ngài chưa bao giờ dùng lời lẽ như vậy sao, Ngài James?</w:t>
      </w:r>
    </w:p>
    <w:p>
      <w:pPr>
        <w:spacing w:after="80"/>
      </w:pPr>
      <w:r>
        <w:rPr>
          <w:b w:val="0"/>
          <w:i w:val="0"/>
        </w:rPr>
        <w:t>Không phải khi nói với gia sư của tôi, và tôi e rằng cháu gái lớn của bà cũng chưa từng dùng lời lẽ như vậy trước mặt bà, Tiến sĩ Barrington, hay bất kỳ thành viên nào khác trong gia đình bà.</w:t>
      </w:r>
    </w:p>
    <w:p>
      <w:pPr>
        <w:spacing w:after="80"/>
      </w:pPr>
      <w:r>
        <w:rPr>
          <w:b w:val="0"/>
          <w:i w:val="0"/>
        </w:rPr>
        <w:t>Vậy là ngài chưa từng biết một sinh viên nào nổi loạn chống lại những gì ngài và tôi cho là hành vi có thể chấp nhận được? Dù sao thì ngài cũng có một con trai và hai con gái. Ngài James im lặng một lát, điều đó cho phép Grace tiếp tục. "Tôi đã có vinh dự giảng dạy nhiều phụ nữ trẻ tài năng trong những năm qua, nhưng hiếm khi tôi gặp một người tài năng như cháu gái lớn của mình."</w:t>
      </w:r>
    </w:p>
    <w:p>
      <w:pPr>
        <w:spacing w:after="80"/>
      </w:pPr>
      <w:r>
        <w:rPr>
          <w:b w:val="0"/>
          <w:i w:val="0"/>
        </w:rPr>
        <w:t>Tài năng không phải là lý do để coi thường nội quy của trường, trong khi lại mong mọi người khác cư xử đúng mực, như hiệu trưởng đã trình bày rõ ràng trong báo cáo của ông về tình trạng đáng buồn này.</w:t>
      </w:r>
    </w:p>
    <w:p>
      <w:pPr>
        <w:spacing w:after="80"/>
      </w:pPr>
      <w:r>
        <w:rPr>
          <w:b w:val="0"/>
          <w:i w:val="0"/>
        </w:rPr>
        <w:t>Cũng trong báo cáo đó, Ngài James, Giáo sư Howard đã nói trước hội đồng thay cho Jessica, và nếu tôi nhớ đúng lời ông ấy, ông ấy nói rằng cô ấy sở hữu một tài năng hiếm có cần được nuôi dưỡng, chứ không phải bị dập tắt.</w:t>
      </w:r>
    </w:p>
    <w:p>
      <w:pPr>
        <w:spacing w:after="80"/>
      </w:pPr>
      <w:r>
        <w:rPr>
          <w:b w:val="0"/>
          <w:i w:val="0"/>
        </w:rPr>
        <w:t>Hội đồng đã xem xét lời của Giáo sư Howard rất cẩn thận trước khi đi đến quyết định, và e rằng sự chú ý của công chúng kèm theo đã khiến chúng tôi không còn lựa chọn nào khác ngoài việc...</w:t>
      </w:r>
    </w:p>
    <w:p>
      <w:pPr>
        <w:spacing w:after="80"/>
      </w:pPr>
      <w:r>
        <w:rPr>
          <w:b w:val="0"/>
          <w:i w:val="0"/>
        </w:rPr>
        <w:t>Sự chú ý của công chúng kèm theo đó, Ngài James, không phải do Jessica gây ra, mà là do chị gái tôi Emma, anh rể tôi Harry, và cả anh trai tôi, Giles Barrington.</w:t>
      </w:r>
    </w:p>
    <w:p>
      <w:pPr>
        <w:spacing w:after="80"/>
      </w:pPr>
      <w:r>
        <w:rPr>
          <w:b w:val="0"/>
          <w:i w:val="0"/>
        </w:rPr>
        <w:t>Có thể đúng là như vậy, Tiến sĩ Barrington, nhưng đặc ân được lớn lên trong một gia đình đáng chú ý như thế mang lại cho người ta thêm trách nhiệm.</w:t>
      </w:r>
    </w:p>
    <w:p>
      <w:pPr>
        <w:spacing w:after="80"/>
      </w:pPr>
      <w:r>
        <w:rPr>
          <w:b w:val="0"/>
          <w:i w:val="0"/>
        </w:rPr>
        <w:t>Vậy nếu Jessica là con của một bà mẹ đơn thân, người mà cha đã bỏ rơi, thì toàn bộ thái độ của ngài có thể đã khác đi?</w:t>
      </w:r>
    </w:p>
    <w:p>
      <w:pPr>
        <w:spacing w:after="80"/>
      </w:pPr>
      <w:r>
        <w:rPr>
          <w:b w:val="0"/>
          <w:i w:val="0"/>
        </w:rPr>
        <w:t>Ngài James đứng dậy giận dữ khỏi chỗ ngồi. "Tôi xin lỗi, Tiến sĩ Barrington, nhưng tôi không thấy mục đích gì khi kéo dài cuộc thảo luận này. Hội đồng đã đưa ra quyết định, và tôi không có thẩm quyền để đảo ngược nó."</w:t>
      </w:r>
    </w:p>
    <w:p>
      <w:pPr>
        <w:spacing w:after="80"/>
      </w:pPr>
      <w:r>
        <w:rPr>
          <w:b w:val="0"/>
          <w:i w:val="0"/>
        </w:rPr>
        <w:t>Tôi rất ngại phải chỉnh lại ngài, Ngài James, Grace nói, không đứng dậy khỏi ghế, nhưng tôi nghĩ ngài sẽ thấy, nếu kiểm tra kỹ điều lệ của Slade, rằng điều 73b cho phép ngài làm đúng điều đó.</w:t>
      </w:r>
    </w:p>
    <w:p>
      <w:pPr>
        <w:spacing w:after="80"/>
      </w:pPr>
      <w:r>
        <w:rPr>
          <w:b w:val="0"/>
          <w:i w:val="0"/>
        </w:rPr>
        <w:t>Tôi không nhớ điều khoản 73b, Ngài James nói, ngồi sụp xuống ghế, nhưng tôi có cảm giác cô sắp khai sáng cho tôi đấy.</w:t>
      </w:r>
    </w:p>
    <w:p>
      <w:pPr>
        <w:spacing w:after="80"/>
      </w:pPr>
      <w:r>
        <w:rPr>
          <w:b w:val="0"/>
          <w:i w:val="0"/>
        </w:rPr>
        <w:t>Đó là đặc quyền của chủ tịch, Grace bình thản nói, được phép bác bỏ quyết định của hội đồng nếu ông ấy tin rằng có những tình tiết giảm nhẹ chưa được xem xét vào thời điểm đó.</w:t>
      </w:r>
    </w:p>
    <w:p>
      <w:pPr>
        <w:spacing w:after="80"/>
      </w:pPr>
      <w:r>
        <w:rPr>
          <w:b w:val="0"/>
          <w:i w:val="0"/>
        </w:rPr>
        <w:t>Chẳng hạn như? Ngài James nói, gần như không giấu nổi vẻ bực bội.</w:t>
      </w:r>
    </w:p>
    <w:p>
      <w:pPr>
        <w:spacing w:after="80"/>
      </w:pPr>
      <w:r>
        <w:rPr>
          <w:b w:val="0"/>
          <w:i w:val="0"/>
        </w:rPr>
        <w:t>Có lẽ đã đến lúc nhắc ngài nhớ về một sinh viên khác, người không có những đặc quyền như Jessica Clifton. Một chàng trai trẻ, khi còn là sinh viên đại học tại Cambridge, đã lấy trộm xe máy của thầy hướng dẫn mà không xin phép và giữa đêm khuya phóng xe đi chơi cho sướng. Khi bị cảnh sát chặn lại vì chạy quá tốc độ, anh ta khai rằng mình được chủ xe cho phép.</w:t>
      </w:r>
    </w:p>
    <w:p>
      <w:pPr>
        <w:spacing w:after="80"/>
      </w:pPr>
      <w:r>
        <w:rPr>
          <w:b w:val="0"/>
          <w:i w:val="0"/>
        </w:rPr>
        <w:t>Đó chỉ là một trò đùa vô hại thôi.</w:t>
      </w:r>
    </w:p>
    <w:p>
      <w:pPr>
        <w:spacing w:after="80"/>
      </w:pPr>
      <w:r>
        <w:rPr>
          <w:b w:val="0"/>
          <w:i w:val="0"/>
        </w:rPr>
        <w:t xml:space="preserve">Và khi anh ta ra hầu tòa án sơ thẩm vào sáng hôm sau, anh ta không bị buộc tội, mà chỉ được bảo phải trả xe lại cho chủ và xin lỗi. Và may mắn thay, vì chàng trai trẻ đó không phải là con trai của một bộ trưởng, nên vụ việc thậm chí không được một đoạn nào trên tờ </w:t>
      </w:r>
      <w:r>
        <w:rPr>
          <w:b w:val="0"/>
          <w:i/>
        </w:rPr>
        <w:t>Cambridge Evening News</w:t>
      </w:r>
      <w:r>
        <w:rPr>
          <w:b w:val="0"/>
          <w:i w:val="0"/>
        </w:rPr>
        <w:t>.</w:t>
      </w:r>
    </w:p>
    <w:p>
      <w:pPr>
        <w:spacing w:after="80"/>
      </w:pPr>
      <w:r>
        <w:rPr>
          <w:b w:val="0"/>
          <w:i w:val="0"/>
        </w:rPr>
        <w:t>Như thế thì không hoàn toàn công bằng, Tiến sĩ Barrington ạ.</w:t>
      </w:r>
    </w:p>
    <w:p>
      <w:pPr>
        <w:spacing w:after="80"/>
      </w:pPr>
      <w:r>
        <w:rPr>
          <w:b w:val="0"/>
          <w:i w:val="0"/>
        </w:rPr>
        <w:t>Và khi anh ta trả xe lại cho thầy hướng dẫn và xin lỗi, chàng sinh viên đó không bị đuổi học hay thậm chí bị đình chỉ, vì thầy hướng dẫn của anh ta là một người lịch thiệp, và biết rõ rằng chàng trai trẻ chỉ còn vài tuần nữa là đến kỳ thi tốt nghiệp.</w:t>
      </w:r>
    </w:p>
    <w:p>
      <w:pPr>
        <w:spacing w:after="80"/>
      </w:pPr>
      <w:r>
        <w:rPr>
          <w:b w:val="0"/>
          <w:i w:val="0"/>
        </w:rPr>
        <w:t>Thế thì hơi quá đáng rồi đấy, Tiến sĩ Barrington.</w:t>
      </w:r>
    </w:p>
    <w:p>
      <w:pPr>
        <w:spacing w:after="80"/>
      </w:pPr>
      <w:r>
        <w:rPr>
          <w:b w:val="0"/>
          <w:i w:val="0"/>
        </w:rPr>
        <w:t>Tôi không thể phản đối, Grace nói. Nhưng tôi nghĩ đáng để nhắc đến rằng chàng trai trẻ đó đã tốt nghiệp với tấm bằng danh dự hạng nhất, và sau này trở thành chủ tịch của BP, hiệu trưởng Trường Nghệ thuật Slade, và một hiệp sĩ của vương quốc.</w:t>
      </w:r>
    </w:p>
    <w:p>
      <w:pPr>
        <w:spacing w:after="80"/>
      </w:pPr>
      <w:r>
        <w:rPr>
          <w:b w:val="0"/>
          <w:i w:val="0"/>
        </w:rPr>
        <w:t>Ngài James cúi đầu.</w:t>
      </w:r>
    </w:p>
    <w:p>
      <w:pPr>
        <w:spacing w:after="80"/>
      </w:pPr>
      <w:r>
        <w:rPr>
          <w:b w:val="0"/>
          <w:i w:val="0"/>
        </w:rPr>
        <w:t>Tôi xin lỗi vì đã phải dùng đến những thủ thuật như vậy, Ngài James, và chỉ có thể hy vọng ngài sẽ tha thứ cho tôi khi Quý bà Jessica Clifton RA được bổ nhiệm làm chủ tịch Học viện Nghệ thuật Hoàng gia.</w:t>
      </w:r>
    </w:p>
    <w:p>
      <w:pPr>
        <w:jc w:val="center"/>
      </w:pPr>
      <w:r>
        <w:drawing>
          <wp:inline xmlns:a="http://schemas.openxmlformats.org/drawingml/2006/main" xmlns:pic="http://schemas.openxmlformats.org/drawingml/2006/picture">
            <wp:extent cx="304800" cy="85725"/>
            <wp:docPr id="97" name="Picture 9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Nói cho cháu biết đi, Ông nội, Jessica nói, ông đã bao giờ tự biến mình thành một kẻ ngốc hoàn toàn chưa?</w:t>
      </w:r>
    </w:p>
    <w:p>
      <w:pPr>
        <w:spacing w:after="80"/>
      </w:pPr>
      <w:r>
        <w:rPr>
          <w:b w:val="0"/>
          <w:i w:val="0"/>
        </w:rPr>
        <w:t>Ý cháu là tuần này, hay tuần trước? Harry hỏi.</w:t>
      </w:r>
    </w:p>
    <w:p>
      <w:pPr>
        <w:spacing w:after="80"/>
      </w:pPr>
      <w:r>
        <w:rPr>
          <w:b w:val="0"/>
          <w:i w:val="0"/>
        </w:rPr>
        <w:t>Cháu nói nghiêm túc đấy. Ý cháu là khi ông còn trẻ ấy.</w:t>
      </w:r>
    </w:p>
    <w:p>
      <w:pPr>
        <w:spacing w:after="80"/>
      </w:pPr>
      <w:r>
        <w:rPr>
          <w:b w:val="0"/>
          <w:i w:val="0"/>
        </w:rPr>
        <w:t>Chuyện đó lâu lắm rồi, ông còn không nhớ nổi nữa, Harry nói. Jessica vẫn im lặng chờ ông trả lời câu hỏi của mình. Thế còn bị bắt vì tội giết người thì sao? cuối cùng ông nói được. Cái đó có tính không?</w:t>
      </w:r>
    </w:p>
    <w:p>
      <w:pPr>
        <w:spacing w:after="80"/>
      </w:pPr>
      <w:r>
        <w:rPr>
          <w:b w:val="0"/>
          <w:i w:val="0"/>
        </w:rPr>
        <w:t>Nhưng con đã vô tội và tất cả chỉ là một sai lầm khủng khiếp.</w:t>
      </w:r>
    </w:p>
    <w:p>
      <w:pPr>
        <w:spacing w:after="80"/>
      </w:pPr>
      <w:r>
        <w:rPr>
          <w:b w:val="0"/>
          <w:i w:val="0"/>
        </w:rPr>
        <w:t>Vị thẩm phán có vẻ không nghĩ vậy, vì ông ấy đã tuyên án ta bốn năm tù, và nếu ta nhớ không nhầm, con chỉ trụ được có một đêm. Jessica cau mày, và không đáp lại. Rồi còn có lần ta không tuân lệnh và khuyên một viên tướng Đức hạ vũ khí đầu hàng, trong khi tất cả những gì ta có trong tay chỉ là một khẩu súng lục và một hạ sĩ người Ireland.</w:t>
      </w:r>
    </w:p>
    <w:p>
      <w:pPr>
        <w:spacing w:after="80"/>
      </w:pPr>
      <w:r>
        <w:rPr>
          <w:b w:val="0"/>
          <w:i w:val="0"/>
        </w:rPr>
        <w:t>Và người Mỹ đã trao huân chương cho cha vì hành động đó.</w:t>
      </w:r>
    </w:p>
    <w:p>
      <w:pPr>
        <w:spacing w:after="80"/>
      </w:pPr>
      <w:r>
        <w:rPr>
          <w:b w:val="0"/>
          <w:i w:val="0"/>
        </w:rPr>
        <w:t>Nhưng vấn đề chính là ở đó, Jessie. Thường thì trong chiến tranh, người ta tung hô con là anh hùng vì một việc mà nếu con làm trong thời bình, con sẽ bị bắt và có thể bị xử bắn.</w:t>
      </w:r>
    </w:p>
    <w:p>
      <w:pPr>
        <w:spacing w:after="80"/>
      </w:pPr>
      <w:r>
        <w:rPr>
          <w:b w:val="0"/>
          <w:i w:val="0"/>
        </w:rPr>
        <w:t>Cha nghĩ liệu bố con có bao giờ tha thứ cho con không?</w:t>
      </w:r>
    </w:p>
    <w:p>
      <w:pPr>
        <w:spacing w:after="80"/>
      </w:pPr>
      <w:r>
        <w:rPr>
          <w:b w:val="0"/>
          <w:i w:val="0"/>
        </w:rPr>
        <w:t>Không có lý do gì ông ấy lại không tha thứ. Ông ấy đã làm một việc còn tồi tệ hơn nhiều ở tuổi của con, và đó chính là lý do mẹ con rời bỏ ông ấy và trở về Mỹ.</w:t>
      </w:r>
    </w:p>
    <w:p>
      <w:pPr>
        <w:spacing w:after="80"/>
      </w:pPr>
      <w:r>
        <w:rPr>
          <w:b w:val="0"/>
          <w:i w:val="0"/>
        </w:rPr>
        <w:t>Mẹ bảo con là họ dần xa cách.</w:t>
      </w:r>
    </w:p>
    <w:p>
      <w:pPr>
        <w:spacing w:after="80"/>
      </w:pPr>
      <w:r>
        <w:rPr>
          <w:b w:val="0"/>
          <w:i w:val="0"/>
        </w:rPr>
        <w:t>Đúng vậy, nhưng điều bà ấy không nói với con là tại sao. Và họ phải cảm ơn con vì đã giúp họ quay lại với nhau.</w:t>
      </w:r>
    </w:p>
    <w:p>
      <w:pPr>
        <w:spacing w:after="80"/>
      </w:pPr>
      <w:r>
        <w:rPr>
          <w:b w:val="0"/>
          <w:i w:val="0"/>
        </w:rPr>
        <w:t>Và con phải cảm ơn ai đây?</w:t>
      </w:r>
    </w:p>
    <w:p>
      <w:pPr>
        <w:spacing w:after="80"/>
      </w:pPr>
      <w:r>
        <w:rPr>
          <w:b w:val="0"/>
          <w:i w:val="0"/>
        </w:rPr>
        <w:t>Bà cố của con, Grace, nếu con đang hỏi ai đã tạo điều kiện để con quay lại Slade vào tháng Chín.</w:t>
      </w:r>
    </w:p>
    <w:p>
      <w:pPr>
        <w:spacing w:after="80"/>
      </w:pPr>
      <w:r>
        <w:rPr>
          <w:b w:val="0"/>
          <w:i w:val="0"/>
        </w:rPr>
        <w:t>Con cứ tưởng là cha hoặc Bà ngoại đã can thiệp.</w:t>
      </w:r>
    </w:p>
    <w:p>
      <w:pPr>
        <w:spacing w:after="80"/>
      </w:pPr>
      <w:r>
        <w:rPr>
          <w:b w:val="0"/>
          <w:i w:val="0"/>
        </w:rPr>
        <w:t>Không phải. Dù bà ấy sẽ không cảm ơn ta vì đã kể cho con nghe, Grace đã bắt tay với Giáo sư Howard, chứng minh rằng khi hai người cùng hợp sức, họ có thể trở thành cả một đội quân.</w:t>
      </w:r>
    </w:p>
    <w:p>
      <w:pPr>
        <w:spacing w:after="80"/>
      </w:pPr>
      <w:r>
        <w:rPr>
          <w:b w:val="0"/>
          <w:i w:val="0"/>
        </w:rPr>
        <w:t>Làm sao con có thể bắt đầu cảm ơn họ đây?</w:t>
      </w:r>
    </w:p>
    <w:p>
      <w:pPr>
        <w:spacing w:after="80"/>
      </w:pPr>
      <w:r>
        <w:rPr>
          <w:b w:val="0"/>
          <w:i w:val="0"/>
        </w:rPr>
        <w:t>Bằng cách chứng minh họ đã đúng. Điều đó dẫn ta đến việc hỏi xem tác phẩm của con đang tiến triển thế nào.</w:t>
      </w:r>
    </w:p>
    <w:p>
      <w:pPr>
        <w:spacing w:after="80"/>
      </w:pPr>
      <w:r>
        <w:rPr>
          <w:b w:val="0"/>
          <w:i w:val="0"/>
        </w:rPr>
        <w:t>Con không biết, đó là câu trả lời thật lòng. Cha có bao giờ chắc chắn được một cuốn sách của mình đang thành hình ra sao không?</w:t>
      </w:r>
    </w:p>
    <w:p>
      <w:pPr>
        <w:spacing w:after="80"/>
      </w:pPr>
      <w:r>
        <w:rPr>
          <w:b w:val="0"/>
          <w:i w:val="0"/>
        </w:rPr>
        <w:t>Không. Cuối cùng thì ta để các nhà phê bình và công chúng đưa ra quyết định đó.</w:t>
      </w:r>
    </w:p>
    <w:p>
      <w:pPr>
        <w:spacing w:after="80"/>
      </w:pPr>
      <w:r>
        <w:rPr>
          <w:b w:val="0"/>
          <w:i w:val="0"/>
        </w:rPr>
        <w:t>Vậy thì tôi đoán với tôi cũng sẽ như thế. Vậy ông có sẵn lòng cho tôi một ý kiến trung thực về tác phẩm mới nhất của tôi không?</w:t>
      </w:r>
    </w:p>
    <w:p>
      <w:pPr>
        <w:spacing w:after="80"/>
      </w:pPr>
      <w:r>
        <w:rPr>
          <w:b w:val="0"/>
          <w:i w:val="0"/>
        </w:rPr>
        <w:t>Con có thể thử, Harry nói, hy vọng mình sẽ không phải giả vờ.</w:t>
      </w:r>
    </w:p>
    <w:p>
      <w:pPr>
        <w:spacing w:after="80"/>
      </w:pPr>
      <w:r>
        <w:rPr>
          <w:b w:val="0"/>
          <w:i w:val="0"/>
        </w:rPr>
        <w:t>Vậy thì không có lúc nào tốt hơn bây giờ, Jessica nói, nắm tay ông và dẫn ông ra khỏi thư viện. Thật tử tế khi ông để con xuống đây vào mùa hè và xem con có thể thu xếp lại mọi thứ không, cô nói thêm khi họ leo lên cầu thang.</w:t>
      </w:r>
    </w:p>
    <w:p>
      <w:pPr>
        <w:spacing w:after="80"/>
      </w:pPr>
      <w:r>
        <w:rPr>
          <w:b w:val="0"/>
          <w:i w:val="0"/>
        </w:rPr>
        <w:t>Và con có làm được không?</w:t>
      </w:r>
    </w:p>
    <w:p>
      <w:pPr>
        <w:spacing w:after="80"/>
      </w:pPr>
      <w:r>
        <w:rPr>
          <w:b w:val="0"/>
          <w:i w:val="0"/>
        </w:rPr>
        <w:t>Đó chính xác là điều con hy vọng ông sẽ nói với con, Jessica nói, khi cô mở cửa phòng chơi cũ và đứng sang một bên.</w:t>
      </w:r>
    </w:p>
    <w:p>
      <w:pPr>
        <w:spacing w:after="80"/>
      </w:pPr>
      <w:r>
        <w:rPr>
          <w:b w:val="0"/>
          <w:i w:val="0"/>
        </w:rPr>
        <w:t>Harry rụt rè bước vào và nhìn từng hàng bản phác thảo sơ bộ rải rác khắp sàn. Chúng chẳng chuẩn bị được gì cho ông trước bức toan khổng lồ đặt trên giá vẽ ở giữa phòng. Ông chăm chăm nhìn bức tranh vẽ Ngôi Nhà Trang Viên, thứ mà ông tưởng mình đã biết quá rõ. Bãi cỏ, vườn hồng, hồ nước, ngôi nhà giả cổ, những cây sồi to lớn dẫn mắt bạn tới tận chân trời. Mọi màu sắc đều sai, nhưng khi đặt cạnh nhau thì . . .</w:t>
      </w:r>
    </w:p>
    <w:p>
      <w:pPr>
        <w:spacing w:after="80"/>
      </w:pPr>
      <w:r>
        <w:rPr>
          <w:b w:val="0"/>
          <w:i w:val="0"/>
        </w:rPr>
        <w:t>Khi Jessica không chịu đựng nổi nữa, cô nói, Thế nào? Nói gì đi chứ, ông nội.</w:t>
      </w:r>
    </w:p>
    <w:p>
      <w:pPr>
        <w:spacing w:after="80"/>
      </w:pPr>
      <w:r>
        <w:rPr>
          <w:b w:val="0"/>
          <w:i w:val="0"/>
        </w:rPr>
        <w:t>Ông chỉ hy vọng cuốn sách mới nhất của ông hay được bằng một nửa.</w:t>
      </w:r>
    </w:p>
    <w:p>
      <w:pPr>
        <w:pStyle w:val="Heading1"/>
        <w:jc w:val="center"/>
      </w:pPr>
      <w:r>
        <w:rPr>
          <w:rFonts w:ascii="Calibri" w:hAnsi="Calibri"/>
          <w:b/>
          <w:i w:val="0"/>
          <w:sz w:val="40"/>
        </w:rPr>
        <w:t>28</w:t>
      </w:r>
    </w:p>
    <w:p>
      <w:pPr>
        <w:spacing w:after="80"/>
      </w:pPr>
      <w:r>
        <w:rPr>
          <w:b w:val="0"/>
          <w:i w:val="0"/>
        </w:rPr>
        <w:t>NHƯNG ĐÓ LÀ TRUYỀN THỐNG GIA ĐÌNH MÀ, Emma khăng khăng.</w:t>
      </w:r>
    </w:p>
    <w:p>
      <w:pPr>
        <w:spacing w:after="80"/>
      </w:pPr>
      <w:r>
        <w:rPr>
          <w:b w:val="0"/>
          <w:i w:val="0"/>
        </w:rPr>
        <w:t>Chẳng lẽ chúng ta không thể nghỉ một năm sao? Sebastian chế giễu.</w:t>
      </w:r>
    </w:p>
    <w:p>
      <w:pPr>
        <w:spacing w:after="80"/>
      </w:pPr>
      <w:r>
        <w:rPr>
          <w:b w:val="0"/>
          <w:i w:val="0"/>
        </w:rPr>
        <w:t>Nhất định là không. Ta đã hứa với ông cố của các con rằng gia đình sẽ luôn đón Giáng sinh cùng nhau, và vào đêm Giao thừa chúng ta sẽ kể cho nhau nghe những quyết tâm năm mới của mình. Vậy ai muốn bắt đầu năm nay nào?</w:t>
      </w:r>
    </w:p>
    <w:p>
      <w:pPr>
        <w:spacing w:after="80"/>
      </w:pPr>
      <w:r>
        <w:rPr>
          <w:b w:val="0"/>
          <w:i w:val="0"/>
        </w:rPr>
        <w:t>Bố tôi còn tệ hơn, Samantha nói. Ông bắt chúng tôi viết ra những quyết tâm của mình, và một năm sau chúng tôi phải đọc to lên để nhắc mọi người nhớ những gì chúng tôi đã dại dột hứa.</w:t>
      </w:r>
    </w:p>
    <w:p>
      <w:pPr>
        <w:spacing w:after="80"/>
      </w:pPr>
      <w:r>
        <w:rPr>
          <w:b w:val="0"/>
          <w:i w:val="0"/>
        </w:rPr>
        <w:t>Tôi luôn thích bố của con, Emma nói. Vậy sao con không bắt đầu đi?</w:t>
      </w:r>
    </w:p>
    <w:p>
      <w:pPr>
        <w:spacing w:after="80"/>
      </w:pPr>
      <w:r>
        <w:rPr>
          <w:b w:val="0"/>
          <w:i w:val="0"/>
        </w:rPr>
        <w:t>Đến thời điểm này năm sau, Samantha nói, con sẽ có một công việc.</w:t>
      </w:r>
    </w:p>
    <w:p>
      <w:pPr>
        <w:spacing w:after="80"/>
      </w:pPr>
      <w:r>
        <w:rPr>
          <w:b w:val="0"/>
          <w:i w:val="0"/>
        </w:rPr>
        <w:t>Nhưng con đã có công việc rồi mà, Emma nói. Con đang nuôi dạy vị chủ tịch kế tiếp nhưng một của Farthings Kaufman đấy thôi.</w:t>
      </w:r>
    </w:p>
    <w:p>
      <w:pPr>
        <w:spacing w:after="80"/>
      </w:pPr>
      <w:r>
        <w:rPr>
          <w:b w:val="0"/>
          <w:i w:val="0"/>
        </w:rPr>
        <w:t>Tôi không nghĩ vậy, Seb nói, nhìn xuống cậu con trai đang cho một mô hình Concorde hạ cánh xuống sàn. Tôi nghĩ nó định làm phi công thử nghiệm.</w:t>
      </w:r>
    </w:p>
    <w:p>
      <w:pPr>
        <w:spacing w:after="80"/>
      </w:pPr>
      <w:r>
        <w:rPr>
          <w:b w:val="0"/>
          <w:i w:val="0"/>
        </w:rPr>
        <w:t>Vậy thì nó sẽ phải trở thành chủ tịch của British Airways, Emma nói.</w:t>
      </w:r>
    </w:p>
    <w:p>
      <w:pPr>
        <w:spacing w:after="80"/>
      </w:pPr>
      <w:r>
        <w:rPr>
          <w:b w:val="0"/>
          <w:i w:val="0"/>
        </w:rPr>
        <w:t>Có lẽ nó sẽ chẳng muốn làm chủ tịch của cái gì cả, Grace gợi ý.</w:t>
      </w:r>
    </w:p>
    <w:p>
      <w:pPr>
        <w:spacing w:after="80"/>
      </w:pPr>
      <w:r>
        <w:rPr>
          <w:b w:val="0"/>
          <w:i w:val="0"/>
        </w:rPr>
        <w:t>Nếu được chọn, Sam, Harry nói, con muốn làm công việc gì?</w:t>
      </w:r>
    </w:p>
    <w:p>
      <w:pPr>
        <w:spacing w:after="80"/>
      </w:pPr>
      <w:r>
        <w:rPr>
          <w:b w:val="0"/>
          <w:i w:val="0"/>
        </w:rPr>
        <w:t>Con đã nộp đơn xin một vị trí ở Viện Courtauld, trong phòng nghiên cứu của họ. Giờ giấc linh hoạt, và giờ Jake đã đi nhà trẻ, thì thật là lý tưởng.</w:t>
      </w:r>
    </w:p>
    <w:p>
      <w:pPr>
        <w:spacing w:after="80"/>
      </w:pPr>
      <w:r>
        <w:rPr>
          <w:b w:val="0"/>
          <w:i w:val="0"/>
        </w:rPr>
        <w:t>Với những thành viên thực tế hơn trong gia đình chúng ta, Sebastian nói, có thể họ sẽ thấy thú vị khi biết rằng thuê một bảo mẫu sẽ tốn kém hơn số tiền Sam có thể hy vọng kiếm được với tư cách nhà nghiên cứu ở Courtauld.</w:t>
      </w:r>
    </w:p>
    <w:p>
      <w:pPr>
        <w:spacing w:after="80"/>
      </w:pPr>
      <w:r>
        <w:rPr>
          <w:b w:val="0"/>
          <w:i w:val="0"/>
        </w:rPr>
        <w:t>Một cách phân phối của cải hợp lý, Grace nói. Hai người, mỗi người làm một công việc mình muốn làm, và cả hai đều được thưởng xứng đáng.</w:t>
      </w:r>
    </w:p>
    <w:p>
      <w:pPr>
        <w:spacing w:after="80"/>
      </w:pPr>
      <w:r>
        <w:rPr>
          <w:b w:val="0"/>
          <w:i w:val="0"/>
        </w:rPr>
        <w:t>Dự định năm mới của dì là gì, dì Grace? Sebastian hỏi.</w:t>
      </w:r>
    </w:p>
    <w:p>
      <w:pPr>
        <w:spacing w:after="80"/>
      </w:pPr>
      <w:r>
        <w:rPr>
          <w:b w:val="0"/>
          <w:i w:val="0"/>
        </w:rPr>
        <w:t>Dì đã quyết định nghỉ hưu sớm, và sẽ rời trường đại học vào cuối năm học này.</w:t>
      </w:r>
    </w:p>
    <w:p>
      <w:pPr>
        <w:spacing w:after="80"/>
      </w:pPr>
      <w:r>
        <w:rPr>
          <w:b w:val="0"/>
          <w:i w:val="0"/>
        </w:rPr>
        <w:t>Hãy đến tham gia với chúng tôi ở Viện Quý tộc, Giles nói. Chúng tôi rất cần sự khôn ngoan và lẽ thường của dì.</w:t>
      </w:r>
    </w:p>
    <w:p>
      <w:pPr>
        <w:spacing w:after="80"/>
      </w:pPr>
      <w:r>
        <w:rPr>
          <w:b w:val="0"/>
          <w:i w:val="0"/>
        </w:rPr>
        <w:t>Cảm ơn, Grace nói, nhưng hai người nhà Barrington ở Thượng viện là quá đủ rồi. Dù sao đi nữa, giống như Samantha, dì cũng đang tìm một công việc khác.</w:t>
      </w:r>
    </w:p>
    <w:p>
      <w:pPr>
        <w:spacing w:after="80"/>
      </w:pPr>
      <w:r>
        <w:rPr>
          <w:b w:val="0"/>
          <w:i w:val="0"/>
        </w:rPr>
        <w:t>Dám hỏi là công việc gì không? Harry hỏi.</w:t>
      </w:r>
    </w:p>
    <w:p>
      <w:pPr>
        <w:spacing w:after="80"/>
      </w:pPr>
      <w:r>
        <w:rPr>
          <w:b w:val="0"/>
          <w:i w:val="0"/>
        </w:rPr>
        <w:t>Dì đã nộp đơn xin một vị trí giảng dạy tại một trường phổ thông tổng hợp địa phương, với hy vọng có thể giúp vài cô gái trẻ thông minh vào được Cambridge, những người mà nếu không có dì thì có lẽ đã không bao giờ nghĩ điều đó là khả thi.</w:t>
      </w:r>
    </w:p>
    <w:p>
      <w:pPr>
        <w:spacing w:after="80"/>
      </w:pPr>
      <w:r>
        <w:rPr>
          <w:b w:val="0"/>
          <w:i w:val="0"/>
        </w:rPr>
        <w:t>Sao không phải các cậu bé? Giles hỏi dồn.</w:t>
      </w:r>
    </w:p>
    <w:p>
      <w:pPr>
        <w:spacing w:after="80"/>
      </w:pPr>
      <w:r>
        <w:rPr>
          <w:b w:val="0"/>
          <w:i w:val="0"/>
        </w:rPr>
        <w:t>Ở Cambridge đã có đủ các cậu bé rồi.</w:t>
      </w:r>
    </w:p>
    <w:p>
      <w:pPr>
        <w:spacing w:after="80"/>
      </w:pPr>
      <w:r>
        <w:rPr>
          <w:b w:val="0"/>
          <w:i w:val="0"/>
        </w:rPr>
        <w:t>Dì làm chúng cháu xấu hổ hết cả, dì Grace ạ, Sebastian nói.</w:t>
      </w:r>
    </w:p>
    <w:p>
      <w:pPr>
        <w:spacing w:after="80"/>
      </w:pPr>
      <w:r>
        <w:rPr>
          <w:b w:val="0"/>
          <w:i w:val="0"/>
        </w:rPr>
        <w:t>Vậy năm nay cậu dự định làm gì hả Seb? Grace vặn lại. Ngoài việc kiếm ngày càng nhiều tiền ra ấy?</w:t>
      </w:r>
    </w:p>
    <w:p>
      <w:pPr>
        <w:spacing w:after="80"/>
      </w:pPr>
      <w:r>
        <w:rPr>
          <w:b w:val="0"/>
          <w:i w:val="0"/>
        </w:rPr>
        <w:t>Hy vọng cậu nói đúng, vì thẳng thắn mà nói thì đó chính là điều mà khách hàng của tôi - trong đó có cậu - sẽ mong đợi tôi làm.</w:t>
      </w:r>
    </w:p>
    <w:p>
      <w:pPr>
        <w:spacing w:after="80"/>
      </w:pPr>
      <w:r>
        <w:rPr>
          <w:b w:val="0"/>
          <w:i w:val="0"/>
        </w:rPr>
        <w:t>Chạm nhé, Emma nói.</w:t>
      </w:r>
    </w:p>
    <w:p>
      <w:pPr>
        <w:spacing w:after="80"/>
      </w:pPr>
      <w:r>
        <w:rPr>
          <w:b w:val="0"/>
          <w:i w:val="0"/>
        </w:rPr>
        <w:t>Đến lượt cậu đấy, Jessica, Grace nói. Tôi hy vọng cậu định làm điều gì đó đáng giá hơn là ngồi ghế chủ tịch một ngân hàng.</w:t>
      </w:r>
    </w:p>
    <w:p>
      <w:pPr>
        <w:spacing w:after="80"/>
      </w:pPr>
      <w:r>
        <w:rPr>
          <w:b w:val="0"/>
          <w:i w:val="0"/>
        </w:rPr>
        <w:t xml:space="preserve">Chẳng ai cần nhắc lại lời thề của Jessica một năm trước: </w:t>
      </w:r>
      <w:r>
        <w:rPr>
          <w:b w:val="0"/>
          <w:i/>
        </w:rPr>
        <w:t>xứng đáng với niềm tin của bà cố dành cho tôi, và tận dụng tối đa cơ hội thứ hai mà tôi được trao.</w:t>
      </w:r>
    </w:p>
    <w:p>
      <w:pPr>
        <w:spacing w:after="80"/>
      </w:pPr>
      <w:r>
        <w:rPr>
          <w:b w:val="0"/>
          <w:i w:val="0"/>
        </w:rPr>
        <w:t>Tôi quyết tâm giành học bổng vào Royal Academy Schools.</w:t>
      </w:r>
    </w:p>
    <w:p>
      <w:pPr>
        <w:spacing w:after="80"/>
      </w:pPr>
      <w:r>
        <w:rPr>
          <w:b w:val="0"/>
          <w:i w:val="0"/>
        </w:rPr>
        <w:t>Tuyệt vời, Emma nói.</w:t>
      </w:r>
    </w:p>
    <w:p>
      <w:pPr>
        <w:spacing w:after="80"/>
      </w:pPr>
      <w:r>
        <w:rPr>
          <w:b w:val="0"/>
          <w:i w:val="0"/>
        </w:rPr>
        <w:t>Chưa đủ giỏi, Grace nói. Ai cũng biết cậu sẽ đạt được điều đó. Nâng cao chuẩn lên đi, cô gái trẻ.</w:t>
      </w:r>
    </w:p>
    <w:p>
      <w:pPr>
        <w:spacing w:after="80"/>
      </w:pPr>
      <w:r>
        <w:rPr>
          <w:b w:val="0"/>
          <w:i w:val="0"/>
        </w:rPr>
        <w:t>Jessica ngập ngừng một lát, rồi nói: Tôi sẽ giành giải Founders Prize.</w:t>
      </w:r>
    </w:p>
    <w:p>
      <w:pPr>
        <w:spacing w:after="80"/>
      </w:pPr>
      <w:r>
        <w:rPr>
          <w:b w:val="0"/>
          <w:i w:val="0"/>
        </w:rPr>
        <w:t>Đó mới đúng chứ, Grace nói. Và tất cả chúng ta sẽ có mặt khi cậu nhận giải.</w:t>
      </w:r>
    </w:p>
    <w:p>
      <w:pPr>
        <w:spacing w:after="80"/>
      </w:pPr>
      <w:r>
        <w:rPr>
          <w:b w:val="0"/>
          <w:i w:val="0"/>
        </w:rPr>
        <w:t>Đến lượt mẹ đấy, Mama, Sebastian nói, ra tay cứu con gái mình.</w:t>
      </w:r>
    </w:p>
    <w:p>
      <w:pPr>
        <w:spacing w:after="80"/>
      </w:pPr>
      <w:r>
        <w:rPr>
          <w:b w:val="0"/>
          <w:i w:val="0"/>
        </w:rPr>
        <w:t>Tôi sẽ tham gia một phòng tập gym và giảm nửa stone.</w:t>
      </w:r>
    </w:p>
    <w:p>
      <w:pPr>
        <w:spacing w:after="80"/>
      </w:pPr>
      <w:r>
        <w:rPr>
          <w:b w:val="0"/>
          <w:i w:val="0"/>
        </w:rPr>
        <w:t>Nhưng đó là lời thề của mẹ năm ngoái mà!</w:t>
      </w:r>
    </w:p>
    <w:p>
      <w:pPr>
        <w:spacing w:after="80"/>
      </w:pPr>
      <w:r>
        <w:rPr>
          <w:b w:val="0"/>
          <w:i w:val="0"/>
        </w:rPr>
        <w:t>Mẹ biết, Emma nói, và giờ mẹ cần giảm một stone.</w:t>
      </w:r>
    </w:p>
    <w:p>
      <w:pPr>
        <w:spacing w:after="80"/>
      </w:pPr>
      <w:r>
        <w:rPr>
          <w:b w:val="0"/>
          <w:i w:val="0"/>
        </w:rPr>
        <w:t>Tôi cũng thế, Giles nói, nhưng không như Emma, ít nhất tôi đã hoàn thành lời thề năm ngoái.</w:t>
      </w:r>
    </w:p>
    <w:p>
      <w:pPr>
        <w:spacing w:after="80"/>
      </w:pPr>
      <w:r>
        <w:rPr>
          <w:b w:val="0"/>
          <w:i w:val="0"/>
        </w:rPr>
        <w:t>Nhắc lại xem nào? Harry nói.</w:t>
      </w:r>
    </w:p>
    <w:p>
      <w:pPr>
        <w:spacing w:after="80"/>
      </w:pPr>
      <w:r>
        <w:rPr>
          <w:b w:val="0"/>
          <w:i w:val="0"/>
        </w:rPr>
        <w:t>Tôi đã thề rằng mình sẽ quay lại hàng ghế đầu và được giao một vị trí bộ trưởng đầy thử thách, giờ đây khi Michael Foot cuối cùng đã từ chức và nhường chỗ cho một người thực sự muốn sống ở số Mười.</w:t>
      </w:r>
    </w:p>
    <w:p>
      <w:pPr>
        <w:spacing w:after="80"/>
      </w:pPr>
      <w:r>
        <w:rPr>
          <w:b w:val="0"/>
          <w:i w:val="0"/>
        </w:rPr>
        <w:t>Ông Kinnock đã yêu cầu anh đảm nhận vị trí đối lập lĩnh vực nào vậy? Grace hỏi.</w:t>
      </w:r>
    </w:p>
    <w:p>
      <w:pPr>
        <w:spacing w:after="80"/>
      </w:pPr>
      <w:r>
        <w:rPr>
          <w:b w:val="0"/>
          <w:i w:val="0"/>
        </w:rPr>
        <w:t>Giles không nhịn được mà cười toe toét.</w:t>
      </w:r>
    </w:p>
    <w:p>
      <w:pPr>
        <w:spacing w:after="80"/>
      </w:pPr>
      <w:r>
        <w:rPr>
          <w:b w:val="0"/>
          <w:i w:val="0"/>
        </w:rPr>
        <w:t>Không, Emma nói, anh không dám đâu! Tôi cho rằng anh đã từ chối ông ấy rồi chứ?</w:t>
      </w:r>
    </w:p>
    <w:p>
      <w:pPr>
        <w:spacing w:after="80"/>
      </w:pPr>
      <w:r>
        <w:rPr>
          <w:b w:val="0"/>
          <w:i w:val="0"/>
        </w:rPr>
        <w:t>Tôi không thể cưỡng lại được, Giles nói. Vậy nên quyết tâm năm mới của tôi là sẽ cản trở, quấy rối và gây ra càng nhiều rắc rối càng tốt cho chính phủ, và đặc biệt là cho bộ trưởng y tế của họ.</w:t>
      </w:r>
    </w:p>
    <w:p>
      <w:pPr>
        <w:spacing w:after="80"/>
      </w:pPr>
      <w:r>
        <w:rPr>
          <w:b w:val="0"/>
          <w:i w:val="0"/>
        </w:rPr>
        <w:t>Anh đúng là một con chuột! Emma nói.</w:t>
      </w:r>
    </w:p>
    <w:p>
      <w:pPr>
        <w:spacing w:after="80"/>
      </w:pPr>
      <w:r>
        <w:rPr>
          <w:b w:val="0"/>
          <w:i w:val="0"/>
        </w:rPr>
        <w:t>Không, công bằng mà nói thì, em gái ạ, anh là người bắt chuột.</w:t>
      </w:r>
    </w:p>
    <w:p>
      <w:pPr>
        <w:spacing w:after="80"/>
      </w:pPr>
      <w:r>
        <w:rPr>
          <w:b w:val="0"/>
          <w:i w:val="0"/>
        </w:rPr>
        <w:t>Tạm dừng chút nào, Harry nói, cười lớn. Trước khi hai người lao vào đánh nhau, ai tiếp theo đây?</w:t>
      </w:r>
    </w:p>
    <w:p>
      <w:pPr>
        <w:spacing w:after="80"/>
      </w:pPr>
      <w:r>
        <w:rPr>
          <w:b w:val="0"/>
          <w:i w:val="0"/>
        </w:rPr>
        <w:t>Freddie, có lẽ chăng? Karin gợi ý.</w:t>
      </w:r>
    </w:p>
    <w:p>
      <w:pPr>
        <w:spacing w:after="80"/>
      </w:pPr>
      <w:r>
        <w:rPr>
          <w:b w:val="0"/>
          <w:i w:val="0"/>
        </w:rPr>
        <w:t>Đó là Giáng sinh đầu tiên của Freddie ở Manor House, và Jessica đã chăm sóc cậu như thể cậu là con một, trong khi Jake dường như chẳng bao giờ cách người bạn mới của mình quá vài bước chân.</w:t>
      </w:r>
    </w:p>
    <w:p>
      <w:pPr>
        <w:spacing w:after="80"/>
      </w:pPr>
      <w:r>
        <w:rPr>
          <w:b w:val="0"/>
          <w:i w:val="0"/>
        </w:rPr>
        <w:t>Quyết tâm năm mới của tôi, Freddie nói, sẽ vẫn như vậy trong năm nay, và mỗi năm, cho đến khi tôi đạt được nó. Freddie có thể không cố ý, nhưng cậu đã thu hút sự chú ý của mọi người. Tôi sẽ ghi được một thế kỷ (century) tại Lords, và noi gương cha tôi.</w:t>
      </w:r>
    </w:p>
    <w:p>
      <w:pPr>
        <w:spacing w:after="80"/>
      </w:pPr>
      <w:r>
        <w:rPr>
          <w:b w:val="0"/>
          <w:i w:val="0"/>
        </w:rPr>
        <w:t>Giles quay mặt đi, không muốn làm cậu bé bối rối.</w:t>
      </w:r>
    </w:p>
    <w:p>
      <w:pPr>
        <w:spacing w:after="80"/>
      </w:pPr>
      <w:r>
        <w:rPr>
          <w:b w:val="0"/>
          <w:i w:val="0"/>
        </w:rPr>
        <w:t>Và khi cậu làm được điều đó rồi, thì tiếp theo là gì? Harry hỏi, khi thấy người bạn lâu năm nhất của mình gần như rơm rớm nước mắt.</w:t>
      </w:r>
    </w:p>
    <w:p>
      <w:pPr>
        <w:spacing w:after="80"/>
      </w:pPr>
      <w:r>
        <w:rPr>
          <w:b w:val="0"/>
          <w:i w:val="0"/>
        </w:rPr>
        <w:t>Một cú đúp thế kỷ (double century), thưa ngài Harry, Freddie nói không chút do dự.</w:t>
      </w:r>
    </w:p>
    <w:p>
      <w:pPr>
        <w:spacing w:after="80"/>
      </w:pPr>
      <w:r>
        <w:rPr>
          <w:b w:val="0"/>
          <w:i w:val="0"/>
        </w:rPr>
        <w:t>Sẽ không khó để đoán được năm sau cậu sẽ muốn gì, một khi cậu đã đạt được điều đó, Grace nói.</w:t>
      </w:r>
    </w:p>
    <w:p>
      <w:pPr>
        <w:spacing w:after="80"/>
      </w:pPr>
      <w:r>
        <w:rPr>
          <w:b w:val="0"/>
          <w:i w:val="0"/>
        </w:rPr>
        <w:t>Mọi người đều bật cười.</w:t>
      </w:r>
    </w:p>
    <w:p>
      <w:pPr>
        <w:spacing w:after="80"/>
      </w:pPr>
      <w:r>
        <w:rPr>
          <w:b w:val="0"/>
          <w:i w:val="0"/>
        </w:rPr>
        <w:t>Giờ đến lượt cậu đấy, Karin, Emma nói.</w:t>
      </w:r>
    </w:p>
    <w:p>
      <w:pPr>
        <w:spacing w:after="80"/>
      </w:pPr>
      <w:r>
        <w:rPr>
          <w:b w:val="0"/>
          <w:i w:val="0"/>
        </w:rPr>
        <w:t>Tớ đã quyết định chạy Marathon London, và gây quỹ cho những người nhập cư muốn vào đại học.</w:t>
      </w:r>
    </w:p>
    <w:p>
      <w:pPr>
        <w:spacing w:after="80"/>
      </w:pPr>
      <w:r>
        <w:rPr>
          <w:b w:val="0"/>
          <w:i w:val="0"/>
        </w:rPr>
        <w:t>Marathon dài bao xa thế? Samantha hỏi.</w:t>
      </w:r>
    </w:p>
    <w:p>
      <w:pPr>
        <w:spacing w:after="80"/>
      </w:pPr>
      <w:r>
        <w:rPr>
          <w:b w:val="0"/>
          <w:i w:val="0"/>
        </w:rPr>
        <w:t>Hơn hai mươi sáu dặm một chút.</w:t>
      </w:r>
    </w:p>
    <w:p>
      <w:pPr>
        <w:spacing w:after="80"/>
      </w:pPr>
      <w:r>
        <w:rPr>
          <w:b w:val="0"/>
          <w:i w:val="0"/>
        </w:rPr>
        <w:t>Thà cậu chạy còn hơn tớ. Nhưng cứ ghi tên tớ năm bảng một dặm nhé.</w:t>
      </w:r>
    </w:p>
    <w:p>
      <w:pPr>
        <w:spacing w:after="80"/>
      </w:pPr>
      <w:r>
        <w:rPr>
          <w:b w:val="0"/>
          <w:i w:val="0"/>
        </w:rPr>
        <w:t>Hào phóng quá, Sam, Karin nói.</w:t>
      </w:r>
    </w:p>
    <w:p>
      <w:pPr>
        <w:spacing w:after="80"/>
      </w:pPr>
      <w:r>
        <w:rPr>
          <w:b w:val="0"/>
          <w:i w:val="0"/>
        </w:rPr>
        <w:t>Tớ cũng vậy, Sebastian nói.</w:t>
      </w:r>
    </w:p>
    <w:p>
      <w:pPr>
        <w:spacing w:after="80"/>
      </w:pPr>
      <w:r>
        <w:rPr>
          <w:b w:val="0"/>
          <w:i w:val="0"/>
        </w:rPr>
        <w:t>Và cả tớ nữa, Giles thêm vào.</w:t>
      </w:r>
    </w:p>
    <w:p>
      <w:pPr>
        <w:spacing w:after="80"/>
      </w:pPr>
      <w:r>
        <w:rPr>
          <w:b w:val="0"/>
          <w:i w:val="0"/>
        </w:rPr>
        <w:t>Cảm ơn, nhưng không cần cảm ơn đâu, Karin nói, rút một cuốn sổ nhỏ từ trong túi ra. Tớ đã ghi Samantha năm bảng một dặm rồi, và những người còn lại sẽ được mong đợi đóng góp cùng một tỷ lệ thu nhập của mình.</w:t>
      </w:r>
    </w:p>
    <w:p>
      <w:pPr>
        <w:spacing w:after="80"/>
      </w:pPr>
      <w:r>
        <w:rPr>
          <w:b w:val="0"/>
          <w:i w:val="0"/>
        </w:rPr>
        <w:t>Cứu tớ với, Sebastian nói.</w:t>
      </w:r>
    </w:p>
    <w:p>
      <w:pPr>
        <w:spacing w:after="80"/>
      </w:pPr>
      <w:r>
        <w:rPr>
          <w:b w:val="0"/>
          <w:i w:val="0"/>
        </w:rPr>
        <w:t>Tớ sẽ đến gặp cậu sau cùng, Karin nói, mỉm cười với Seb trước khi xem lại danh sách của mình. Grace ghi hai mươi lăm bảng một dặm, Emma và Harry mỗi người năm mươi bảng, và Giles một trăm. Còn Sebastian, vì cậu là chủ tịch ngân hàng, tớ ghi cậu một nghìn bảng một dặm. Tổng cộng là cô lại một lần nữa xem cuốn sổ của mình ba mươi mốt nghìn, chín trăm tám mươi bảng.</w:t>
      </w:r>
    </w:p>
    <w:p>
      <w:pPr>
        <w:spacing w:after="80"/>
      </w:pPr>
      <w:r>
        <w:rPr>
          <w:b w:val="0"/>
          <w:i w:val="0"/>
        </w:rPr>
        <w:t>Tớ có thể xin một lời cầu xin thay cho một sinh viên nghệ thuật nhập cư từ thế giới mới, người hoàn toàn không chắc bố mẹ mình là ai, và đáng tiếc đã mất học bổng không? Mọi người đều bật cười. Hơn nữa, Freddie, Jake và tớ mỗi người muốn góp mười bảng một dặm.</w:t>
      </w:r>
    </w:p>
    <w:p>
      <w:pPr>
        <w:spacing w:after="80"/>
      </w:pPr>
      <w:r>
        <w:rPr>
          <w:b w:val="0"/>
          <w:i w:val="0"/>
        </w:rPr>
        <w:t>Nhưng thế thì sẽ tốn của con bảy trăm tám mươi bảng, bố cô nói. Vậy bố phải hỏi, con định trả bằng cách nào?</w:t>
      </w:r>
    </w:p>
    <w:p>
      <w:pPr>
        <w:spacing w:after="80"/>
      </w:pPr>
      <w:r>
        <w:rPr>
          <w:b w:val="0"/>
          <w:i w:val="0"/>
        </w:rPr>
        <w:t>Ngân hàng sẽ cần một bức chân dung của chủ tịch mình để treo trong phòng họp hội đồng quản trị, Jessica nói. Đoán xem họ sắp đặt ai vẽ, và thù lao của cô ấy sẽ là bao nhiêu?</w:t>
      </w:r>
    </w:p>
    <w:p>
      <w:pPr>
        <w:spacing w:after="80"/>
      </w:pPr>
      <w:r>
        <w:rPr>
          <w:b w:val="0"/>
          <w:i w:val="0"/>
        </w:rPr>
        <w:t>Harry mỉm cười, vui mừng vì cháu gái ông đã lấy lại được tính cách ngỗ ngược, cùng với khiếu hài hước chua cay của cô.</w:t>
      </w:r>
    </w:p>
    <w:p>
      <w:pPr>
        <w:spacing w:after="80"/>
      </w:pPr>
      <w:r>
        <w:rPr>
          <w:b w:val="0"/>
          <w:i w:val="0"/>
        </w:rPr>
        <w:t>Tớ có tiếng nói gì trong chuyện này không? Seb hỏi.</w:t>
      </w:r>
    </w:p>
    <w:p>
      <w:pPr>
        <w:spacing w:after="80"/>
      </w:pPr>
      <w:r>
        <w:rPr>
          <w:b w:val="0"/>
          <w:i w:val="0"/>
        </w:rPr>
        <w:t>Dĩ nhiên là không rồi, Jessica nói. Chứ nếu không thì làm cha để làm gì?</w:t>
      </w:r>
    </w:p>
    <w:p>
      <w:pPr>
        <w:spacing w:after="80"/>
      </w:pPr>
      <w:r>
        <w:rPr>
          <w:b w:val="0"/>
          <w:i w:val="0"/>
        </w:rPr>
        <w:t>Tuyệt vời, Karin, Grace nói, tất cả chúng tôi đều hoan hô cậu.</w:t>
      </w:r>
    </w:p>
    <w:p>
      <w:pPr>
        <w:spacing w:after="80"/>
      </w:pPr>
      <w:r>
        <w:rPr>
          <w:b w:val="0"/>
          <w:i w:val="0"/>
        </w:rPr>
        <w:t>Khoan, khoan, khoan đã, Seb nói. Sẽ có một điều khoản phụ kèm theo hợp đồng. Sẽ không một xu nào được trả nếu Karin không hoàn thành.</w:t>
      </w:r>
    </w:p>
    <w:p>
      <w:pPr>
        <w:spacing w:after="80"/>
      </w:pPr>
      <w:r>
        <w:rPr>
          <w:b w:val="0"/>
          <w:i w:val="0"/>
        </w:rPr>
        <w:t>Hợp lý đấy, Karin nói, và cảm ơn tất cả các bạn.</w:t>
      </w:r>
    </w:p>
    <w:p>
      <w:pPr>
        <w:spacing w:after="80"/>
      </w:pPr>
      <w:r>
        <w:rPr>
          <w:b w:val="0"/>
          <w:i w:val="0"/>
        </w:rPr>
        <w:t>Còn ai nữa? Emma hỏi.</w:t>
      </w:r>
    </w:p>
    <w:p>
      <w:pPr>
        <w:spacing w:after="80"/>
      </w:pPr>
      <w:r>
        <w:rPr>
          <w:b w:val="0"/>
          <w:i w:val="0"/>
        </w:rPr>
        <w:t>Mọi người đều dồn sự chú ý về phía Harry, người không thể cưỡng lại việc bắt tất cả phải chờ thêm vài giây nữa.</w:t>
      </w:r>
    </w:p>
    <w:p>
      <w:pPr>
        <w:spacing w:after="80"/>
      </w:pPr>
      <w:r>
        <w:rPr>
          <w:b w:val="0"/>
          <w:i w:val="0"/>
        </w:rPr>
        <w:t>Ngày xửa ngày xưa, có một bà cụ đáng kính, ngay trước khi qua đời, đã viết một lá thư cho con trai mình, gợi ý rằng có lẽ đã đến lúc anh viết cuốn tiểu thuyết mà anh đã kể cho bà nghe bao nhiêu lần. Ông ngừng lại. Vâng, thưa Mẹ, ông nói, nhìn lên trời, thời điểm đó đã đến. Con không còn lý do gì để không thực hiện được mong ước của Mẹ nữa, vì con vừa hoàn thành cuốn sách cuối cùng trong loạt truyện William Warwick.</w:t>
      </w:r>
    </w:p>
    <w:p>
      <w:pPr>
        <w:spacing w:after="80"/>
      </w:pPr>
      <w:r>
        <w:rPr>
          <w:b w:val="0"/>
          <w:i w:val="0"/>
        </w:rPr>
        <w:t>Trừ phi, tất nhiên, ông nhà xuất bản độc ác của cậu, Emma gợi ý, càng hứng thú với chủ đề này, lại đề nghị với tác giả dễ xiêu lòng của mình một khoản tạm ứng còn lớn hơn mà anh ta không thể nào từ chối.</w:t>
      </w:r>
    </w:p>
    <w:p>
      <w:pPr>
        <w:spacing w:after="80"/>
      </w:pPr>
      <w:r>
        <w:rPr>
          <w:b w:val="0"/>
          <w:i w:val="0"/>
        </w:rPr>
        <w:t>Tôi rất vui được báo với các bạn rằng điều đó sẽ không thể xảy ra, Harry nói.</w:t>
      </w:r>
    </w:p>
    <w:p>
      <w:pPr>
        <w:spacing w:after="80"/>
      </w:pPr>
      <w:r>
        <w:rPr>
          <w:b w:val="0"/>
          <w:i w:val="0"/>
        </w:rPr>
        <w:t>Sao lại thế? Seb hỏi.</w:t>
      </w:r>
    </w:p>
    <w:p>
      <w:pPr>
        <w:spacing w:after="80"/>
      </w:pPr>
      <w:r>
        <w:rPr>
          <w:b w:val="0"/>
          <w:i w:val="0"/>
        </w:rPr>
        <w:t>Tôi vừa gửi bản thảo cuối cùng cho Aaron Guinzburg, và ông ấy sắp phát hiện ra rằng tôi đã giết chết William Warwick.</w:t>
      </w:r>
    </w:p>
    <w:p>
      <w:pPr>
        <w:spacing w:after="80"/>
      </w:pPr>
      <w:r>
        <w:rPr>
          <w:b w:val="0"/>
          <w:i w:val="0"/>
        </w:rPr>
        <w:t>Mọi người sững sờ đến im lặng, trừ Giles, người nói, Điều đó đâu có ngăn được Ngài Arthur Conan Doyle làm Sherlock Holmes sống lại sau khi những độc giả trung thành của ông tưởng rằng Moriarty đã ném anh ta xuống vực.</w:t>
      </w:r>
    </w:p>
    <w:p>
      <w:pPr>
        <w:spacing w:after="80"/>
      </w:pPr>
      <w:r>
        <w:rPr>
          <w:b w:val="0"/>
          <w:i w:val="0"/>
        </w:rPr>
        <w:t>Ý nghĩ đó cũng thoáng qua trong đầu tôi, Harry nói, nên tôi đã kết thúc cuốn sách bằng đám tang của William Warwick, với vợ và các con anh đứng bên mộ nhìn quan tài anh được hạ xuống lòng đất. Theo tôi nhớ thì chỉ có một người từng sống lại từ cõi chết.</w:t>
      </w:r>
    </w:p>
    <w:p>
      <w:pPr>
        <w:spacing w:after="80"/>
      </w:pPr>
      <w:r>
        <w:rPr>
          <w:b w:val="0"/>
          <w:i w:val="0"/>
        </w:rPr>
        <w:t>Điều đó khiến cả Giles cũng phải im lặng.</w:t>
      </w:r>
    </w:p>
    <w:p>
      <w:pPr>
        <w:spacing w:after="80"/>
      </w:pPr>
      <w:r>
        <w:rPr>
          <w:b w:val="0"/>
          <w:i w:val="0"/>
        </w:rPr>
        <w:t>Cậu có thể kể cho chúng tôi điều gì về cuốn tiểu thuyết tiếp theo không? Karin hỏi, người mà, cũng như mọi người khác, lần đầu tiên được nghe về cái chết của William Warwick.</w:t>
      </w:r>
    </w:p>
    <w:p>
      <w:pPr>
        <w:spacing w:after="80"/>
      </w:pPr>
      <w:r>
        <w:rPr>
          <w:b w:val="0"/>
          <w:i w:val="0"/>
        </w:rPr>
        <w:t>Một lần nữa Harry lại chờ cho đến khi có được sự chú ý của mọi người, kể cả Jakes.</w:t>
      </w:r>
    </w:p>
    <w:p>
      <w:pPr>
        <w:spacing w:after="80"/>
      </w:pPr>
      <w:r>
        <w:rPr>
          <w:b w:val="0"/>
          <w:i w:val="0"/>
        </w:rPr>
        <w:t>Câu chuyện sẽ lấy bối cảnh ở một trong những nước vệ tinh của Nga, có lẽ là Ukraine. Chương đầu tiên sẽ mở ra ở một vùng ngoại ô Kiev, nơi một gia đình gồm mẹ, cha và đứa con đang cùng nhau ăn tối.</w:t>
      </w:r>
    </w:p>
    <w:p>
      <w:pPr>
        <w:spacing w:after="80"/>
      </w:pPr>
      <w:r>
        <w:rPr>
          <w:b w:val="0"/>
          <w:i w:val="0"/>
        </w:rPr>
        <w:t>Con trai hay con gái? Jessica hỏi.</w:t>
      </w:r>
    </w:p>
    <w:p>
      <w:pPr>
        <w:spacing w:after="80"/>
      </w:pPr>
      <w:r>
        <w:rPr>
          <w:b w:val="0"/>
          <w:i w:val="0"/>
        </w:rPr>
        <w:t>Con trai.</w:t>
      </w:r>
    </w:p>
    <w:p>
      <w:pPr>
        <w:spacing w:after="80"/>
      </w:pPr>
      <w:r>
        <w:rPr>
          <w:b w:val="0"/>
          <w:i w:val="0"/>
        </w:rPr>
        <w:t>Bao nhiêu tuổi?</w:t>
      </w:r>
    </w:p>
    <w:p>
      <w:pPr>
        <w:spacing w:after="80"/>
      </w:pPr>
      <w:r>
        <w:rPr>
          <w:b w:val="0"/>
          <w:i w:val="0"/>
        </w:rPr>
        <w:t>Chưa quyết định. Mười lăm, có thể mười sáu. Điều duy nhất tôi biết chắc là gia đình đang tổ chức sinh nhật cho cậu bé, và trong bữa ăn, không hẳn là một bữa tiệc, người đọc sẽ biết được những khó khăn họ phải đối mặt khi sống dưới một chế độ áp bức, khi người cha, một lãnh đạo công đoàn, bị coi là kẻ gây rối, một người bất đồng chính kiến, một kẻ dám thách thức chính quyền nhà nước.</w:t>
      </w:r>
    </w:p>
    <w:p>
      <w:pPr>
        <w:spacing w:after="80"/>
      </w:pPr>
      <w:r>
        <w:rPr>
          <w:b w:val="0"/>
          <w:i w:val="0"/>
        </w:rPr>
        <w:t>Nếu ông ấy sinh ra ở đất nước này, Giles nói, ông ấy hẳn đã là lãnh đạo phe đối lập.</w:t>
      </w:r>
    </w:p>
    <w:p>
      <w:pPr>
        <w:spacing w:after="80"/>
      </w:pPr>
      <w:r>
        <w:rPr>
          <w:b w:val="0"/>
          <w:i w:val="0"/>
        </w:rPr>
        <w:t>Nhưng ở chính đất nước mình, Harry tiếp lời, ông ấy bị đối xử như một kẻ ngoài vòng pháp luật, một tội phạm thường.</w:t>
      </w:r>
    </w:p>
    <w:p>
      <w:pPr>
        <w:spacing w:after="80"/>
      </w:pPr>
      <w:r>
        <w:rPr>
          <w:b w:val="0"/>
          <w:i w:val="0"/>
        </w:rPr>
        <w:t>Chuyện gì xảy ra tiếp theo? Jessica hỏi.</w:t>
      </w:r>
    </w:p>
    <w:p>
      <w:pPr>
        <w:spacing w:after="80"/>
      </w:pPr>
      <w:r>
        <w:rPr>
          <w:b w:val="0"/>
          <w:i w:val="0"/>
        </w:rPr>
        <w:t>Cậu bé chuẩn bị mở món quà duy nhất của mình thì một chiếc xe tải quân đội phanh gấp kít lại trước nhà, và một tá lính xông vào phá cửa, lôi người cha ra đường và bắn ông ngay trước mặt vợ và con.</w:t>
      </w:r>
    </w:p>
    <w:p>
      <w:pPr>
        <w:spacing w:after="80"/>
      </w:pPr>
      <w:r>
        <w:rPr>
          <w:b w:val="0"/>
          <w:i w:val="0"/>
        </w:rPr>
        <w:t>Ông giết nhân vật anh hùng ngay chương đầu tiên à? Emma nói, không tin nổi.</w:t>
      </w:r>
    </w:p>
    <w:p>
      <w:pPr>
        <w:spacing w:after="80"/>
      </w:pPr>
      <w:r>
        <w:rPr>
          <w:b w:val="0"/>
          <w:i w:val="0"/>
        </w:rPr>
        <w:t>Đây sẽ là câu chuyện về đứa trẻ, Grace nói, không phải về người cha.</w:t>
      </w:r>
    </w:p>
    <w:p>
      <w:pPr>
        <w:spacing w:after="80"/>
      </w:pPr>
      <w:r>
        <w:rPr>
          <w:b w:val="0"/>
          <w:i w:val="0"/>
        </w:rPr>
        <w:t>Và về người mẹ, Harry nói, bởi bà ấy là một người phụ nữ thông minh, tháo vát, đã sớm nhận ra rằng nếu họ không trốn khỏi đất nước, sẽ chẳng bao lâu nữa đứa con trai nổi loạn của bà sẽ tìm cách trả thù, và chắc chắn rồi sẽ phải chịu chung số phận với cha mình.</w:t>
      </w:r>
    </w:p>
    <w:p>
      <w:pPr>
        <w:spacing w:after="80"/>
      </w:pPr>
      <w:r>
        <w:rPr>
          <w:b w:val="0"/>
          <w:i w:val="0"/>
        </w:rPr>
        <w:t>Vậy họ trốn đi đâu? Jessica hỏi dồn.</w:t>
      </w:r>
    </w:p>
    <w:p>
      <w:pPr>
        <w:spacing w:after="80"/>
      </w:pPr>
      <w:r>
        <w:rPr>
          <w:b w:val="0"/>
          <w:i w:val="0"/>
        </w:rPr>
        <w:t>Người mẹ không quyết định được giữa Mỹ và Anh.</w:t>
      </w:r>
    </w:p>
    <w:p>
      <w:pPr>
        <w:spacing w:after="80"/>
      </w:pPr>
      <w:r>
        <w:rPr>
          <w:b w:val="0"/>
          <w:i w:val="0"/>
        </w:rPr>
        <w:t>Họ quyết định thế nào? Karin hỏi.</w:t>
      </w:r>
    </w:p>
    <w:p>
      <w:pPr>
        <w:spacing w:after="80"/>
      </w:pPr>
      <w:r>
        <w:rPr>
          <w:b w:val="0"/>
          <w:i w:val="0"/>
        </w:rPr>
        <w:t>Bằng cách tung đồng xu.</w:t>
      </w:r>
    </w:p>
    <w:p>
      <w:pPr>
        <w:spacing w:after="80"/>
      </w:pPr>
      <w:r>
        <w:rPr>
          <w:b w:val="0"/>
          <w:i w:val="0"/>
        </w:rPr>
        <w:t>Phần còn lại của gia đình vẫn tiếp tục nhìn chằm chằm vào người kể chuyện.</w:t>
      </w:r>
    </w:p>
    <w:p>
      <w:pPr>
        <w:spacing w:after="80"/>
      </w:pPr>
      <w:r>
        <w:rPr>
          <w:b w:val="0"/>
          <w:i w:val="0"/>
        </w:rPr>
        <w:t>Và cú twist là gì? Seb hỏi.</w:t>
      </w:r>
    </w:p>
    <w:p>
      <w:pPr>
        <w:spacing w:after="80"/>
      </w:pPr>
      <w:r>
        <w:rPr>
          <w:b w:val="0"/>
          <w:i w:val="0"/>
        </w:rPr>
        <w:t>Chúng ta theo dõi những gì xảy ra với người mẹ và đứa con, từng chương một. Ở chương một, họ trốn sang Mỹ. Ở chương hai, sang Anh. Vậy là bạn có hai câu chuyện song song và rất khác nhau diễn ra cùng lúc.</w:t>
      </w:r>
    </w:p>
    <w:p>
      <w:pPr>
        <w:spacing w:after="80"/>
      </w:pPr>
      <w:r>
        <w:rPr>
          <w:b w:val="0"/>
          <w:i w:val="0"/>
        </w:rPr>
        <w:t>Wow, Jessica nói. Rồi sau đó thì sao?</w:t>
      </w:r>
    </w:p>
    <w:p>
      <w:pPr>
        <w:spacing w:after="80"/>
      </w:pPr>
      <w:r>
        <w:rPr>
          <w:b w:val="0"/>
          <w:i w:val="0"/>
        </w:rPr>
        <w:t>Ước gì tôi biết, Harry nói. Nhưng đó là quyết tâm năm mới của tôi là phải tìm ra.</w:t>
      </w:r>
    </w:p>
    <w:p>
      <w:pPr>
        <w:pStyle w:val="Heading1"/>
        <w:jc w:val="center"/>
      </w:pPr>
      <w:r>
        <w:rPr>
          <w:rFonts w:ascii="Calibri" w:hAnsi="Calibri"/>
          <w:b/>
          <w:i w:val="0"/>
          <w:sz w:val="40"/>
        </w:rPr>
        <w:t>29</w:t>
      </w:r>
    </w:p>
    <w:p>
      <w:pPr>
        <w:spacing w:after="80"/>
      </w:pPr>
      <w:r>
        <w:rPr>
          <w:b w:val="0"/>
          <w:i w:val="0"/>
        </w:rPr>
        <w:t>CÒN MƯỜI PHÚT NỮA, một giọng nói vang lên qua loa phóng thanh. Karin tiếp tục chạy tại chỗ, cố gắng bước vào cái mà những tay chạy kỳ cựu gọi là vùng tập trung (zone). Cô đã bỏ ra hàng giờ luyện tập, thậm chí từng chạy một nửa marathon, nhưng đột nhiên cô cảm thấy rất cô đơn trên vạch xuất phát.</w:t>
      </w:r>
    </w:p>
    <w:p>
      <w:pPr>
        <w:spacing w:after="80"/>
      </w:pPr>
      <w:r>
        <w:rPr>
          <w:b w:val="0"/>
          <w:i w:val="0"/>
        </w:rPr>
        <w:t>Năm phút, giọng nói định mệnh vang lên.</w:t>
      </w:r>
    </w:p>
    <w:p>
      <w:pPr>
        <w:spacing w:after="80"/>
      </w:pPr>
      <w:r>
        <w:rPr>
          <w:b w:val="0"/>
          <w:i w:val="0"/>
        </w:rPr>
        <w:t>Karin kiểm tra đồng hồ bấm giây, món quà gần đây từ Giles. 0.00. Hãy cố gắng đến càng gần vạch xuất phát càng tốt, Freddie đã dặn cô. Tại sao lại thêm thời gian hay quãng đường không cần thiết vào cuộc đua chứ? Karin chưa bao giờ coi marathon là một cuộc đua, cô chỉ hy vọng về đích dưới bốn tiếng. Ngay lúc này, cô chỉ hy vọng về đích.</w:t>
      </w:r>
    </w:p>
    <w:p>
      <w:pPr>
        <w:spacing w:after="80"/>
      </w:pPr>
      <w:r>
        <w:rPr>
          <w:b w:val="0"/>
          <w:i w:val="0"/>
        </w:rPr>
        <w:t>Một phút, giọng người xuất phát vang dội.</w:t>
      </w:r>
    </w:p>
    <w:p>
      <w:pPr>
        <w:spacing w:after="80"/>
      </w:pPr>
      <w:r>
        <w:rPr>
          <w:b w:val="0"/>
          <w:i w:val="0"/>
        </w:rPr>
        <w:t>Karin đứng cách khoảng mười một hàng, nhưng vì có hơn 8,000 người chạy, cô cho rằng thế là đủ gần vạch xuất phát.</w:t>
      </w:r>
    </w:p>
    <w:p>
      <w:pPr>
        <w:spacing w:after="80"/>
      </w:pPr>
      <w:r>
        <w:rPr>
          <w:b w:val="0"/>
          <w:i w:val="0"/>
        </w:rPr>
        <w:t>Mười, chín, tám, bảy, sáu, năm, bốn, ba, hai, một! tất cả người chạy đồng thanh hô vang, trước khi một hồi còi báo hiệu rú lên đầy điềm gở. Karen nhấn nút trên đồng hồ bấm giây và xuất phát, bị cuốn theo dòng người chạy đầy nhiệt huyết.</w:t>
      </w:r>
    </w:p>
    <w:p>
      <w:pPr>
        <w:spacing w:after="80"/>
      </w:pPr>
      <w:r>
        <w:rPr>
          <w:b w:val="0"/>
          <w:i w:val="0"/>
        </w:rPr>
        <w:t>Mỗi dặm được đánh dấu bằng một vạch xanh đậm kéo ngang con đường, và Karin hoàn thành dặm đầu tiên dưới tám phút. Khi cô đã vào được nhịp độ ổn định, cô nhận thức rõ hơn về đám đông đứng dọc hai bên đường đua, người thì cổ vũ, người thì vỗ tay, trong khi những người khác chỉ nhìn sững sờ trước khối thịt người đủ mọi hình dạng và kích cỡ đang lướt qua họ với tốc độ khác nhau.</w:t>
      </w:r>
    </w:p>
    <w:p>
      <w:pPr>
        <w:spacing w:after="80"/>
      </w:pPr>
      <w:r>
        <w:rPr>
          <w:b w:val="0"/>
          <w:i w:val="0"/>
        </w:rPr>
        <w:t>Tâm trí cô bắt đầu lang thang. Cô nghĩ về Giles, người đã chở cô đến ngôi làng lều nhỏ bé sáng sớm hôm đó để đăng ký, và giờ đây hẳn đang đứng đâu đó trong cái lạnh, chờ cô xuất hiện giữa đám người về sau. Tiếp theo, dòng suy nghĩ của cô chuyển sang chuyến thăm gần đây tới Viện Quý tộc (House of Lords) để nghe bộ trưởng y tế trả lời các câu hỏi từ bục phát biểu. Emma đã xoay xở tốt, và theo ý Giles thì cô nhanh chóng vào guồng. Khi Karin vượt qua cột mốc nửa đường, cô hy vọng mình cũng đang vào guồng, dù cô chấp nhận rằng người thắng cuộc hẳn đã đang vượt qua vạch đích.</w:t>
      </w:r>
    </w:p>
    <w:p>
      <w:pPr>
        <w:jc w:val="center"/>
      </w:pPr>
      <w:r>
        <w:drawing>
          <wp:inline xmlns:a="http://schemas.openxmlformats.org/drawingml/2006/main" xmlns:pic="http://schemas.openxmlformats.org/drawingml/2006/picture">
            <wp:extent cx="304800" cy="85725"/>
            <wp:docPr id="98" name="Picture 9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Giles đã cảnh báo họ rằng Karin khó có thể hoàn thành đường đua dưới bốn tiếng, nên cả gia đình đều dậy sớm sáng hôm đó để chắc chắn tìm được một chỗ mà cô chắc chắn sẽ nhìn thấy họ. Tối hôm trước, Freddie đã quỳ gối chuẩn bị một tấm biển mà cậu hy vọng sẽ khiến Karin bật cười khi cô loạng choạng chạy ngang qua họ.</w:t>
      </w:r>
    </w:p>
    <w:p>
      <w:pPr>
        <w:spacing w:after="80"/>
      </w:pPr>
      <w:r>
        <w:rPr>
          <w:b w:val="0"/>
          <w:i w:val="0"/>
        </w:rPr>
        <w:t>Sau khi Giles trở về Smith Square sau khi thả vợ mình tại lều đăng ký AD ở Công viên Greenwich, anh dẫn nhóm cổ động viên nhỏ bé của cô ra phía sau tòa nhà Ngân khố (Treasury) và tìm được một chỗ hàng đầu phía sau rào chắn trên Quảng trường Nghị viện (Parliament Square), đối diện tượng Winston Churchill.</w:t>
      </w:r>
    </w:p>
    <w:p>
      <w:pPr>
        <w:jc w:val="center"/>
      </w:pPr>
      <w:r>
        <w:drawing>
          <wp:inline xmlns:a="http://schemas.openxmlformats.org/drawingml/2006/main" xmlns:pic="http://schemas.openxmlformats.org/drawingml/2006/picture">
            <wp:extent cx="304800" cy="85725"/>
            <wp:docPr id="99" name="Picture 9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Lúc này Karin đang tiến gần đến cái mà mọi vận động viên marathon đều biết đến với tên gọi "bức tường". Nó thường ập đến vào khoảng 17 đến 20 dặm, và cô đã nghe quá nhiều lần về cám dỗ tự thuyết phục bản thân rằng nếu bỏ cuộc, sẽ chẳng ai để ý đâu. Ai cũng sẽ để ý. Họ có thể không nói gì, nhưng Sebastian đã nói rõ rằng anh ta sẽ không đưa ra một xu nào trừ khi cô vượt qua vạch đích. Đã giao kèo thì phải giữ, anh ta đã nhắc cô như vậy. Nhưng cô dường như càng lúc càng chạy chậm hơn, và chẳng giúp ích gì khi cô nhìn thấy một biển báo tốc độ 30 dặm một giờ ngay phía trước.</w:t>
      </w:r>
    </w:p>
    <w:p>
      <w:pPr>
        <w:spacing w:after="80"/>
      </w:pPr>
      <w:r>
        <w:rPr>
          <w:b w:val="0"/>
          <w:i w:val="0"/>
        </w:rPr>
        <w:t>Nhưng một điều gì đó, có thể là nỗi sợ thất bại, đã thôi thúc cô tiếp tục bước, và cô giả vờ không để ý khi bị một chiếc hộp thư vượt qua, rồi vài phút sau là một con lạc đà. Đi, đi, đi, cô tự nhủ. Dừng, dừng, dừng, đôi chân cô khăng khăng. Khi cô đi qua cột mốc 20 dặm, đám đông reo hò vang dội, không phải vì cô, mà vì một con sâu bướm thong thả bò ngang qua cô.</w:t>
      </w:r>
    </w:p>
    <w:p>
      <w:pPr>
        <w:spacing w:after="80"/>
      </w:pPr>
      <w:r>
        <w:rPr>
          <w:b w:val="0"/>
          <w:i w:val="0"/>
        </w:rPr>
        <w:t>Khi Karin thoáng thấy Tháp London ở đằng xa, cô bắt đầu tin rằng mình có thể làm được. Cô nhìn đồng hồ: 3 giờ 32 phút. Liệu cô có thể hoàn thành chặng đua trong dưới bốn giờ không?</w:t>
      </w:r>
    </w:p>
    <w:p>
      <w:pPr>
        <w:spacing w:after="80"/>
      </w:pPr>
      <w:r>
        <w:rPr>
          <w:b w:val="0"/>
          <w:i w:val="0"/>
        </w:rPr>
        <w:t>Khi cô rẽ khỏi Embankment và đi ngang qua Big Ben, một tràng reo hò vang dội, kéo dài bùng lên. Cô nhìn sang và thấy Giles, Harry và Emma đang vẫy tay điên cuồng. Jessica thì không ngừng vẽ, trong khi Freddie giơ cao một tấm biển ghi CỐ LÊN, TÔI NGHĨ BẠN ĐANG ĐỨNG THỨ BA ĐẤY!</w:t>
      </w:r>
    </w:p>
    <w:p>
      <w:pPr>
        <w:spacing w:after="80"/>
      </w:pPr>
      <w:r>
        <w:rPr>
          <w:b w:val="0"/>
          <w:i w:val="0"/>
        </w:rPr>
        <w:t>Karin bằng cách nào đó vẫn cố giơ được một cánh tay lên đáp lại, nhưng đến lúc rẽ vào khu Mall thì cô gần như không nhấc nổi chân bước tiếp. Còn cách đích một phần tư dặm, cô mới nhận ra hai bên đường chật kín khán giả, đám đông cổ vũ còn cuồng nhiệt hơn bao giờ hết, và một ê-kíp truyền hình BBC đang quay cô trong khi chạy giật lùi còn nhanh hơn cả tốc độ cô chạy tới.</w:t>
      </w:r>
    </w:p>
    <w:p>
      <w:pPr>
        <w:spacing w:after="80"/>
      </w:pPr>
      <w:r>
        <w:rPr>
          <w:b w:val="0"/>
          <w:i w:val="0"/>
        </w:rPr>
        <w:t>Cô ngước lên nhìn chiếc đồng hồ kỹ thuật số phía trên vạch đích đang tích tắc trôi đi không ngừng. Ba giờ 57 phút, và cô bỗng nhiên bắt đầu để ý đến từng giây, 31, 32, 33 . . . Với một nỗ lực phi thường cuối cùng, cô cố gắng tăng tốc. Khi cuối cùng vượt qua vạch đích, cô giơ cao hai tay lên trời như thể mình là nhà vô địch Olympic. Sau thêm vài bước sải chân, cô đổ sụp xuống đất thành một đống.</w:t>
      </w:r>
    </w:p>
    <w:p>
      <w:pPr>
        <w:spacing w:after="80"/>
      </w:pPr>
      <w:r>
        <w:rPr>
          <w:b w:val="0"/>
          <w:i w:val="0"/>
        </w:rPr>
        <w:t>Chỉ trong khoảnh khắc, một quan chức cuộc đua mặc áo choàng Hội Chữ thập đỏ đã quỳ xuống bên cạnh cô, một tay cầm chai nước, tay kia cầm chiếc áo choàng bạc sáng bóng.</w:t>
      </w:r>
    </w:p>
    <w:p>
      <w:pPr>
        <w:spacing w:after="80"/>
      </w:pPr>
      <w:r>
        <w:rPr>
          <w:b w:val="0"/>
          <w:i w:val="0"/>
        </w:rPr>
        <w:t>Cố gắng bước tiếp nhé, ông nói khi đeo huy chương lên cổ cô.</w:t>
      </w:r>
    </w:p>
    <w:p>
      <w:pPr>
        <w:spacing w:after="80"/>
      </w:pPr>
      <w:r>
        <w:rPr>
          <w:b w:val="0"/>
          <w:i w:val="0"/>
        </w:rPr>
        <w:t>Karin bắt đầu bước đi chậm, rất chậm, nhưng tinh thần cô phấn chấn hẳn lên khi từ xa cô thấy Freddie đang chạy về phía mình, hai tay dang rộng, chỉ cách Giles vài bước chân.</w:t>
      </w:r>
    </w:p>
    <w:p>
      <w:pPr>
        <w:spacing w:after="80"/>
      </w:pPr>
      <w:r>
        <w:rPr>
          <w:b w:val="0"/>
          <w:i w:val="0"/>
        </w:rPr>
        <w:t>Chúc mừng nhé! Freddie hét lên, ngay cả trước khi cậu ấy đến chỗ cô. Ba giờ, năm mươi chín phút và mười một giây. Tớ chắc chắn năm sau cậu sẽ làm tốt hơn.</w:t>
      </w:r>
    </w:p>
    <w:p>
      <w:pPr>
        <w:spacing w:after="80"/>
      </w:pPr>
      <w:r>
        <w:rPr>
          <w:b w:val="0"/>
          <w:i w:val="0"/>
        </w:rPr>
        <w:t>Sẽ chẳng có năm sau đâu, Karin nói với vẻ đầy cảm xúc. Kể cả Sebastian có đưa tôi cả triệu bảng Anh đi chăng nữa.</w:t>
      </w:r>
    </w:p>
    <w:p>
      <w:pPr>
        <w:pStyle w:val="Heading1"/>
        <w:jc w:val="center"/>
      </w:pPr>
      <w:r>
        <w:rPr>
          <w:rFonts w:ascii="Calibri" w:hAnsi="Calibri"/>
          <w:b/>
          <w:i w:val="0"/>
          <w:sz w:val="40"/>
        </w:rPr>
        <w:t>QUÝ BÀ VIRGINIA FENWICK</w:t>
      </w:r>
    </w:p>
    <w:p>
      <w:pPr>
        <w:pStyle w:val="Heading2"/>
        <w:jc w:val="center"/>
      </w:pPr>
      <w:r>
        <w:rPr>
          <w:rFonts w:ascii="Calibri" w:hAnsi="Calibri"/>
          <w:b/>
          <w:i w:val="0"/>
          <w:sz w:val="32"/>
        </w:rPr>
        <w:t>1983–1986</w:t>
      </w:r>
    </w:p>
    <w:p>
      <w:pPr>
        <w:pStyle w:val="Heading1"/>
        <w:jc w:val="center"/>
      </w:pPr>
      <w:r>
        <w:rPr>
          <w:rFonts w:ascii="Calibri" w:hAnsi="Calibri"/>
          <w:b/>
          <w:i w:val="0"/>
          <w:sz w:val="40"/>
        </w:rPr>
        <w:t>30</w:t>
      </w:r>
    </w:p>
    <w:p>
      <w:pPr>
        <w:spacing w:after="80"/>
      </w:pPr>
      <w:r>
        <w:rPr>
          <w:b w:val="0"/>
          <w:i w:val="0"/>
        </w:rPr>
        <w:t>VIRGINIA ĐÃ DỌN RA khỏi căn hộ của cô ở Chelsea và chuyển đến căn nhà phố ở Eaton Square của công tước vào ngày hôm sau, khi tài xế riêng của ông chở Clarence và Alice đến Heathrow để mỗi người đi một ngả; một người bay về phía đông, người kia về phía tây.</w:t>
      </w:r>
    </w:p>
    <w:p>
      <w:pPr>
        <w:spacing w:after="80"/>
      </w:pPr>
      <w:r>
        <w:rPr>
          <w:b w:val="0"/>
          <w:i w:val="0"/>
        </w:rPr>
        <w:t>Dù vẫn còn hơi lo lắng, cô ngày càng tin chắc rằng mình đã thoát được, cho đến khi họ cùng nhau lên vùng quê để trải qua một kỳ nghỉ cuối tuần dài tại Lâu đài Hertford.</w:t>
      </w:r>
    </w:p>
    <w:p>
      <w:pPr>
        <w:spacing w:after="80"/>
      </w:pPr>
      <w:r>
        <w:rPr>
          <w:b w:val="0"/>
          <w:i w:val="0"/>
        </w:rPr>
        <w:t>Chính trong lúc công tước đi săn, ông Moxton, người quản lý điền trang, đã gửi cho cô một mẩu giấy viết tay xin được gặp riêng cô.</w:t>
      </w:r>
    </w:p>
    <w:p>
      <w:pPr>
        <w:spacing w:after="80"/>
      </w:pPr>
      <w:r>
        <w:rPr>
          <w:b w:val="0"/>
          <w:i w:val="0"/>
        </w:rPr>
        <w:t>Tôi xin lỗi vì đã nêu ra chuyện này, ông nói sau khi Virginia triệu ông đến phòng khách cùng mình, nhưng cho tôi hỏi liệu 185,000 mà công tước đưa cho cô là quà tặng hay khoản vay?</w:t>
      </w:r>
    </w:p>
    <w:p>
      <w:pPr>
        <w:spacing w:after="80"/>
      </w:pPr>
      <w:r>
        <w:rPr>
          <w:b w:val="0"/>
          <w:i w:val="0"/>
        </w:rPr>
        <w:t>Điều đó có tạo ra khác biệt gì không? Virginia hỏi gay gắt.</w:t>
      </w:r>
    </w:p>
    <w:p>
      <w:pPr>
        <w:spacing w:after="80"/>
      </w:pPr>
      <w:r>
        <w:rPr>
          <w:b w:val="0"/>
          <w:i w:val="0"/>
        </w:rPr>
        <w:t>Chỉ vì mục đích thuế thôi, thưa phu nhân.</w:t>
      </w:r>
    </w:p>
    <w:p>
      <w:pPr>
        <w:spacing w:after="80"/>
      </w:pPr>
      <w:r>
        <w:rPr>
          <w:b w:val="0"/>
          <w:i w:val="0"/>
        </w:rPr>
        <w:t>Cách nào sẽ thuận tiện hơn? cô hỏi, giọng dịu lại.</w:t>
      </w:r>
    </w:p>
    <w:p>
      <w:pPr>
        <w:spacing w:after="80"/>
      </w:pPr>
      <w:r>
        <w:rPr>
          <w:b w:val="0"/>
          <w:i w:val="0"/>
        </w:rPr>
        <w:t>Một khoản vay, Moxton nói, người mà Virginia không hề đề nghị ngồi xuống, vì như thế thì không có hệ lụy thuế má gì. Nếu là quà tặng, cô sẽ phải chịu một hóa đơn thuế khoảng một trăm nghìn bảng Anh.</w:t>
      </w:r>
    </w:p>
    <w:p>
      <w:pPr>
        <w:spacing w:after="80"/>
      </w:pPr>
      <w:r>
        <w:rPr>
          <w:b w:val="0"/>
          <w:i w:val="0"/>
        </w:rPr>
        <w:t>Và chúng ta đâu muốn thế, Virginia nói. Nhưng khi nào thì tôi được mong đợi phải trả lại khoản vay?</w:t>
      </w:r>
    </w:p>
    <w:p>
      <w:pPr>
        <w:spacing w:after="80"/>
      </w:pPr>
      <w:r>
        <w:rPr>
          <w:b w:val="0"/>
          <w:i w:val="0"/>
        </w:rPr>
        <w:t>Hay là chúng ta nói năm năm nhé? Đến lúc đó tất nhiên có thể gia hạn thêm.</w:t>
      </w:r>
    </w:p>
    <w:p>
      <w:pPr>
        <w:spacing w:after="80"/>
      </w:pPr>
      <w:r>
        <w:rPr>
          <w:b w:val="0"/>
          <w:i w:val="0"/>
        </w:rPr>
        <w:t>Tất nhiên rồi.</w:t>
      </w:r>
    </w:p>
    <w:p>
      <w:pPr>
        <w:spacing w:after="80"/>
      </w:pPr>
      <w:r>
        <w:rPr>
          <w:b w:val="0"/>
          <w:i w:val="0"/>
        </w:rPr>
        <w:t>Tuy nhiên, trong khả năng khó xảy ra là ngài công tước qua đời trước thời điểm đó, cô sẽ phải có trách nhiệm hoàn trả toàn bộ số tiền.</w:t>
      </w:r>
    </w:p>
    <w:p>
      <w:pPr>
        <w:spacing w:after="80"/>
      </w:pPr>
      <w:r>
        <w:rPr>
          <w:b w:val="0"/>
          <w:i w:val="0"/>
        </w:rPr>
        <w:t>Vậy thì tôi sẽ phải làm mọi thứ trong khả năng mình để đảm bảo ngài công tước sống thêm ít nhất năm năm nữa.</w:t>
      </w:r>
    </w:p>
    <w:p>
      <w:pPr>
        <w:spacing w:after="80"/>
      </w:pPr>
      <w:r>
        <w:rPr>
          <w:b w:val="0"/>
          <w:i w:val="0"/>
        </w:rPr>
        <w:t>Tôi nghĩ thế là tốt nhất cho tất cả mọi người, thưa phu nhân, Moxton nói, không chắc liệu mình có nên cười không. Cho tôi cũng hỏi liệu có khả năng sẽ có thêm những khoản vay kiểu này trong tương lai không?</w:t>
      </w:r>
    </w:p>
    <w:p>
      <w:pPr>
        <w:spacing w:after="80"/>
      </w:pPr>
      <w:r>
        <w:rPr>
          <w:b w:val="0"/>
          <w:i w:val="0"/>
        </w:rPr>
        <w:t>Chắc chắn là không, Moxton. Đây là chuyện một lần thôi, và tôi biết công tước sẽ thích hơn nhiều nếu chuyện này không bị nhắc lại lần nữa.</w:t>
      </w:r>
    </w:p>
    <w:p>
      <w:pPr>
        <w:spacing w:after="80"/>
      </w:pPr>
      <w:r>
        <w:rPr>
          <w:b w:val="0"/>
          <w:i w:val="0"/>
        </w:rPr>
        <w:t>Tất nhiên rồi, thưa phu nhân. Tôi sẽ soạn giấy tờ vay cần thiết để cô ký và thế là mọi việc sẽ được giải quyết.</w:t>
      </w:r>
    </w:p>
    <w:p>
      <w:pPr>
        <w:spacing w:after="80"/>
      </w:pPr>
      <w:r>
        <w:rPr>
          <w:b w:val="0"/>
          <w:i w:val="0"/>
        </w:rPr>
        <w:t>Khi những tuần trôi qua, rồi đến những tháng, Virginia ngày càng tin chắc rằng công tước không hề biết chuyện cô và Moxton đã thỏa thuận, nhưng kể cả nếu ông biết, ông chắc chắn cũng chưa bao giờ nhắc đến. Khi đến lúc tổ chức mừng sinh nhật lần thứ bảy mươi mốt của công tước, Virginia đã sẵn sàng bước sang giai đoạn tiếp theo trong kế hoạch của mình.</w:t>
      </w:r>
    </w:p>
    <w:p>
      <w:pPr>
        <w:jc w:val="center"/>
      </w:pPr>
      <w:r>
        <w:drawing>
          <wp:inline xmlns:a="http://schemas.openxmlformats.org/drawingml/2006/main" xmlns:pic="http://schemas.openxmlformats.org/drawingml/2006/picture">
            <wp:extent cx="304800" cy="85725"/>
            <wp:docPr id="100" name="Picture 10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Nếu năm 1983 là năm nhuận, có lẽ vấn đề đã tự giải quyết. Nhưng nó không phải, và Virginia không muốn chờ đợi.</w:t>
      </w:r>
    </w:p>
    <w:p>
      <w:pPr>
        <w:spacing w:after="80"/>
      </w:pPr>
      <w:r>
        <w:rPr>
          <w:b w:val="0"/>
          <w:i w:val="0"/>
        </w:rPr>
        <w:t>Cô đã sống ở Quảng trường Eaton cùng vị công tước gần một năm trời, và một khi thời gian để tang chính thức kết thúc, mục tiêu tiếp theo của cô thật đơn giản: trở thành phu nhân ngài, Nữ Công tước xứ Hertford. Chỉ có một chướng ngại trên con đường của cô, chính là vị công tước, người dường như khá hài lòng với sắp đặt hiện tại, và chưa một lần nhắc đến chuyện hôn nhân. Tình thế đó phải được đẩy đến hồi kết. Nhưng bằng cách nào?</w:t>
      </w:r>
    </w:p>
    <w:p>
      <w:pPr>
        <w:spacing w:after="80"/>
      </w:pPr>
      <w:r>
        <w:rPr>
          <w:b w:val="0"/>
          <w:i w:val="0"/>
        </w:rPr>
        <w:t>Virginia cân nhắc những lựa chọn mà cô có. Cô có thể dọn khỏi Quảng trường Eaton và quay về Chelsea, bỏ đói Perry sự hiện diện của cô và, quan trọng hơn, chuyện chăn gối, vốn không còn đều đặn như xưa, rồi hy vọng điều đó sẽ phát huy tác dụng. Tuy nhiên, với chỉ hai ngàn bảng mỗi tháng tiền trợ cấp từ anh trai để sống, Virginia sợ rằng cô sẽ đầu hàng trước anh ta rất lâu. Cô có thể tự mình cầu hôn, nhưng cô không thích nỗi nhục bị từ chối. Hoặc cô có thể đơn giản là rời bỏ anh ta, điều mà cô không dám nghĩ tới.</w:t>
      </w:r>
    </w:p>
    <w:p>
      <w:pPr>
        <w:spacing w:after="80"/>
      </w:pPr>
      <w:r>
        <w:rPr>
          <w:b w:val="0"/>
          <w:i w:val="0"/>
        </w:rPr>
        <w:t>Khi cô bàn bạc vấn đề này qua bữa trưa với Bofie Bridgwater và Priscilla Bingham, chính Bofie là người nảy ra một giải pháp đơn giản mà chắc chắn sẽ buộc vị công tước phải đưa ra quyết định, dù theo hướng nào.</w:t>
      </w:r>
    </w:p>
    <w:p>
      <w:pPr>
        <w:spacing w:after="80"/>
      </w:pPr>
      <w:r>
        <w:rPr>
          <w:b w:val="0"/>
          <w:i w:val="0"/>
        </w:rPr>
        <w:t>Nhưng nó có thể phản tác dụng, Virginia nói, và khi đó tôi sẽ lại lâm vào cảnh nợ nần chồng chất (Queer Street).</w:t>
      </w:r>
    </w:p>
    <w:p>
      <w:pPr>
        <w:spacing w:after="80"/>
      </w:pPr>
      <w:r>
        <w:rPr>
          <w:b w:val="0"/>
          <w:i w:val="0"/>
        </w:rPr>
        <w:t>Cô có thể đúng, Bofie thừa nhận. Nhưng thẳng thắn mà nói, cô đâu còn nhiều lựa chọn, cô bạn già ạ, trừ khi cô thấy vui khi cứ lững lờ trôi cho đến ngày phải đến dự đám tang của công tước với tư cách một người bạn cũ.</w:t>
      </w:r>
    </w:p>
    <w:p>
      <w:pPr>
        <w:spacing w:after="80"/>
      </w:pPr>
      <w:r>
        <w:rPr>
          <w:b w:val="0"/>
          <w:i w:val="0"/>
        </w:rPr>
        <w:t>Không, tôi đảm bảo với cô đó không nằm trong kế hoạch của tôi. Nếu tôi để chuyện đó xảy ra, Quý cô Camilla Hertford sẽ đuổi theo tôi, súng ống nã đạn tứ phía, đòi trả lại đủ khoản vay 185,000. Không, nếu tôi định đánh cược tất cả vào một lần gieo xúc xắc, thì phải làm trước Giáng sinh.</w:t>
      </w:r>
    </w:p>
    <w:p>
      <w:pPr>
        <w:spacing w:after="80"/>
      </w:pPr>
      <w:r>
        <w:rPr>
          <w:b w:val="0"/>
          <w:i w:val="0"/>
        </w:rPr>
        <w:t>Sao Giáng sinh lại quan trọng đến thế? Priscilla hỏi.</w:t>
      </w:r>
    </w:p>
    <w:p>
      <w:pPr>
        <w:spacing w:after="80"/>
      </w:pPr>
      <w:r>
        <w:rPr>
          <w:b w:val="0"/>
          <w:i w:val="0"/>
        </w:rPr>
        <w:t>Vì Camilla sẽ bay từ New Zealand sang, và cô ấy đã viết thư cho Perry cảnh báo rằng nếu người đàn bà đó có mặt trong số khách của ngôi nhà, thì cả cô ấy lẫn chồng cô ấy lẫn lũ cháu của Perry, những đứa mà ông ấy hết mực yêu quý, sẽ không lên máy bay.</w:t>
      </w:r>
    </w:p>
    <w:p>
      <w:pPr>
        <w:spacing w:after="80"/>
      </w:pPr>
      <w:r>
        <w:rPr>
          <w:b w:val="0"/>
          <w:i w:val="0"/>
        </w:rPr>
        <w:t>Cô ấy ghét cô đến thế sao?</w:t>
      </w:r>
    </w:p>
    <w:p>
      <w:pPr>
        <w:spacing w:after="80"/>
      </w:pPr>
      <w:r>
        <w:rPr>
          <w:b w:val="0"/>
          <w:i w:val="0"/>
        </w:rPr>
        <w:t>Còn hơn cả mẹ quá cố của cô ấy, nếu điều đó có thể. Vậy nên nếu chúng ta định làm gì đó, thời gian không đứng về phía tôi.</w:t>
      </w:r>
    </w:p>
    <w:p>
      <w:pPr>
        <w:spacing w:after="80"/>
      </w:pPr>
      <w:r>
        <w:rPr>
          <w:b w:val="0"/>
          <w:i w:val="0"/>
        </w:rPr>
        <w:t>Vậy thì tốt hơn tôi nên gọi cuộc điện thoại đó, Bofie nói.</w:t>
      </w:r>
    </w:p>
    <w:p>
      <w:pPr>
        <w:jc w:val="center"/>
      </w:pPr>
      <w:r>
        <w:drawing>
          <wp:inline xmlns:a="http://schemas.openxmlformats.org/drawingml/2006/main" xmlns:pic="http://schemas.openxmlformats.org/drawingml/2006/picture">
            <wp:extent cx="304800" cy="85725"/>
            <wp:docPr id="101" name="Picture 10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rPr>
        <w:t>Daily Mail.</w:t>
      </w:r>
    </w:p>
    <w:p>
      <w:pPr>
        <w:spacing w:after="80"/>
      </w:pPr>
      <w:r>
        <w:rPr>
          <w:b w:val="0"/>
          <w:i w:val="0"/>
        </w:rPr>
        <w:t>Cô có thể nối máy cho tôi gặp Nigel Dempster không.</w:t>
      </w:r>
    </w:p>
    <w:p>
      <w:pPr>
        <w:spacing w:after="80"/>
      </w:pPr>
      <w:r>
        <w:rPr>
          <w:b w:val="0"/>
          <w:i w:val="0"/>
        </w:rPr>
        <w:t>Ai đang gọi đấy?</w:t>
      </w:r>
    </w:p>
    <w:p>
      <w:pPr>
        <w:spacing w:after="80"/>
      </w:pPr>
      <w:r>
        <w:rPr>
          <w:b w:val="0"/>
          <w:i w:val="0"/>
        </w:rPr>
        <w:t>Ngài Bridgwater.</w:t>
      </w:r>
    </w:p>
    <w:p>
      <w:pPr>
        <w:spacing w:after="80"/>
      </w:pPr>
      <w:r>
        <w:rPr>
          <w:b w:val="0"/>
          <w:i w:val="0"/>
        </w:rPr>
        <w:t>Bofie, rất vui được nghe giọng cậu, giọng nói tiếp theo vang lên qua điện thoại. Có chuyện gì thế?</w:t>
      </w:r>
    </w:p>
    <w:p>
      <w:pPr>
        <w:spacing w:after="80"/>
      </w:pPr>
      <w:r>
        <w:rPr>
          <w:b w:val="0"/>
          <w:i w:val="0"/>
        </w:rPr>
        <w:t xml:space="preserve">Tôi vừa nhận được cuộc gọi từ William Hickey ở tờ </w:t>
      </w:r>
      <w:r>
        <w:rPr>
          <w:b w:val="0"/>
          <w:i/>
        </w:rPr>
        <w:t>Express</w:t>
      </w:r>
      <w:r>
        <w:rPr>
          <w:b w:val="0"/>
          <w:i w:val="0"/>
        </w:rPr>
        <w:t>, Nigel ạ. Dĩ nhiên là tôi từ chối nói chuyện với họ.</w:t>
      </w:r>
    </w:p>
    <w:p>
      <w:pPr>
        <w:spacing w:after="80"/>
      </w:pPr>
      <w:r>
        <w:rPr>
          <w:b w:val="0"/>
          <w:i w:val="0"/>
        </w:rPr>
        <w:t>Tôi biết ơn vì điều đó, Bofie.</w:t>
      </w:r>
    </w:p>
    <w:p>
      <w:pPr>
        <w:spacing w:after="80"/>
      </w:pPr>
      <w:r>
        <w:rPr>
          <w:b w:val="0"/>
          <w:i w:val="0"/>
        </w:rPr>
        <w:t>Chà, nếu câu chuyện buộc phải được đưa ra ánh sáng, tôi thà rằng nó xuất hiện trong chuyên mục của anh còn hơn.</w:t>
      </w:r>
    </w:p>
    <w:p>
      <w:pPr>
        <w:spacing w:after="80"/>
      </w:pPr>
      <w:r>
        <w:rPr>
          <w:b w:val="0"/>
          <w:i w:val="0"/>
        </w:rPr>
        <w:t>Cứ nói đi.</w:t>
      </w:r>
    </w:p>
    <w:p>
      <w:pPr>
        <w:spacing w:after="80"/>
      </w:pPr>
      <w:r>
        <w:rPr>
          <w:b w:val="0"/>
          <w:i w:val="0"/>
        </w:rPr>
        <w:t>Dempster ghi lại từng lời Bofie nói, và có phần ngạc nhiên vì anh ta vẫn luôn mô tả Lord Bridgwater trong chuyên mục của mình như một người độc thân khẳng định. Nhưng không có gì phải nghi ngờ rằng tin độc quyền này đến thẳng từ chính miệng người trong cuộc.</w:t>
      </w:r>
    </w:p>
    <w:p>
      <w:pPr>
        <w:jc w:val="center"/>
      </w:pPr>
      <w:r>
        <w:drawing>
          <wp:inline xmlns:a="http://schemas.openxmlformats.org/drawingml/2006/main" xmlns:pic="http://schemas.openxmlformats.org/drawingml/2006/picture">
            <wp:extent cx="304800" cy="85725"/>
            <wp:docPr id="102" name="Picture 10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Ngay khi tờ </w:t>
      </w:r>
      <w:r>
        <w:rPr>
          <w:b w:val="0"/>
          <w:i/>
        </w:rPr>
        <w:t>Daily Mail</w:t>
      </w:r>
      <w:r>
        <w:rPr>
          <w:b w:val="0"/>
          <w:i w:val="0"/>
        </w:rPr>
        <w:t xml:space="preserve"> rơi xuống tấm thảm trước cửa nhà sáng hôm sau, Virginia liền chộp lấy. Cô phớt lờ dòng tít trang nhất "Ly hôn?" phía trên bức ảnh Rod và Alana Stewart, và nhanh chóng lật đến chuyên mục của Dempster, để xem dòng tít "Kết hôn?" phía trên một bức ảnh không mấy đẹp đẽ của Lady Virginia Fenwick ở Monte Carlo cùng Bofie.</w:t>
      </w:r>
    </w:p>
    <w:p>
      <w:pPr>
        <w:spacing w:after="80"/>
      </w:pPr>
      <w:r>
        <w:rPr>
          <w:b w:val="0"/>
          <w:i w:val="0"/>
        </w:rPr>
        <w:t xml:space="preserve">Khi Virginia đọc bài báo dẫn đầu của Dempster, cô hối hận vì đã từng để Bofie buông thả. </w:t>
      </w:r>
      <w:r>
        <w:rPr>
          <w:b w:val="0"/>
          <w:i/>
        </w:rPr>
        <w:t>Một người bạn thân thiết của gia đình</w:t>
      </w:r>
      <w:r>
        <w:rPr>
          <w:b w:val="0"/>
          <w:i w:val="0"/>
        </w:rPr>
        <w:t xml:space="preserve"> (ám chỉ nhân vật chính của câu chuyện) </w:t>
      </w:r>
      <w:r>
        <w:rPr>
          <w:b w:val="0"/>
          <w:i/>
        </w:rPr>
        <w:t>nói với tôi rằng Lord Bridgwater hy vọng sẽ sớm công bố lễ đính hôn của mình với Lady Virginia Fenwick, con gái duy nhất của cố Earl Fenwick. Điều này có thể khiến độc giả thường xuyên của tôi ngạc nhiên, bởi mới tuần trước thôi, Lady Virginia còn được thấy tại một cuộc đua point-to-point khoác tay Công tước xứ Hertford. Hãy chờ xem.</w:t>
      </w:r>
    </w:p>
    <w:p>
      <w:pPr>
        <w:spacing w:after="80"/>
      </w:pPr>
      <w:r>
        <w:rPr>
          <w:b w:val="0"/>
          <w:i w:val="0"/>
        </w:rPr>
        <w:t>Virginia đọc lại bài báo lần thứ hai, lo rằng Bofie đã thêm mắm thêm muối quá đà, bởi bạn không cần phải đọc giữa các dòng mới nhận ra rằng Dempster chẳng tin một chữ nào trong đó. Cô sẽ phải gọi cho Perry và nói với anh rằng tất cả chỉ là chuyện nhảm nhí hoàn toàn. Suy cho cùng, ai cũng biết Bofie là người đồng tính.</w:t>
      </w:r>
    </w:p>
    <w:p>
      <w:pPr>
        <w:spacing w:after="80"/>
      </w:pPr>
      <w:r>
        <w:rPr>
          <w:b w:val="0"/>
          <w:i w:val="0"/>
        </w:rPr>
        <w:t>Sau vài tách cà phê và còn nhiều lần bắt đầu hụt hơn thế, Virginia cuối cùng cũng nhấc điện thoại và bấm số của Perry ở quảng trường Eaton. Chuông vừa reo thì có tiếng gõ cửa trước nhà cô.</w:t>
      </w:r>
    </w:p>
    <w:p>
      <w:pPr>
        <w:spacing w:after="80"/>
      </w:pPr>
      <w:r>
        <w:rPr>
          <w:b w:val="0"/>
          <w:i w:val="0"/>
        </w:rPr>
        <w:t>Dinh thự của Công tước xứ Hertford, một giọng nói ở đầu dây bên kia vang lên mà cô nhận ra ngay lập tức.</w:t>
      </w:r>
    </w:p>
    <w:p>
      <w:pPr>
        <w:spacing w:after="80"/>
      </w:pPr>
      <w:r>
        <w:rPr>
          <w:b w:val="0"/>
          <w:i w:val="0"/>
        </w:rPr>
        <w:t>Đây là Lady Virginia, Lomax. Tôi tự hỏi liệu tôi có thể nói chuyện với</w:t>
      </w:r>
    </w:p>
    <w:p>
      <w:pPr>
        <w:spacing w:after="80"/>
      </w:pPr>
      <w:r>
        <w:rPr>
          <w:b w:val="0"/>
          <w:i w:val="0"/>
        </w:rPr>
        <w:t>Tiếng gõ cửa vẫn tiếp diễn.</w:t>
      </w:r>
    </w:p>
    <w:p>
      <w:pPr>
        <w:spacing w:after="80"/>
      </w:pPr>
      <w:r>
        <w:rPr>
          <w:b w:val="0"/>
          <w:i w:val="0"/>
        </w:rPr>
        <w:t>E rằng ngài Công tước không có nhà, thưa quý bà, người quản gia nói.</w:t>
      </w:r>
    </w:p>
    <w:p>
      <w:pPr>
        <w:spacing w:after="80"/>
      </w:pPr>
      <w:r>
        <w:rPr>
          <w:b w:val="0"/>
          <w:i w:val="0"/>
        </w:rPr>
        <w:t>Anh có biết khi nào ông ấy về không?</w:t>
      </w:r>
    </w:p>
    <w:p>
      <w:pPr>
        <w:spacing w:after="80"/>
      </w:pPr>
      <w:r>
        <w:rPr>
          <w:b w:val="0"/>
          <w:i w:val="0"/>
        </w:rPr>
        <w:t>Không, thưa quý bà. Ngài ấy rời đi vội vã sáng nay, và không dặn dò gì cả. Quý bà có muốn tôi nhắn lại rằng quý bà đã gọi không?</w:t>
      </w:r>
    </w:p>
    <w:p>
      <w:pPr>
        <w:spacing w:after="80"/>
      </w:pPr>
      <w:r>
        <w:rPr>
          <w:b w:val="0"/>
          <w:i w:val="0"/>
        </w:rPr>
        <w:t>Không, cảm ơn anh, Virginia nói, đặt điện thoại xuống. Tiếng gõ cửa vẫn dai dẳng như tiếng búa của một người đòi tiền thuê nhà biết rõ bạn đang ở trong.</w:t>
      </w:r>
    </w:p>
    <w:p>
      <w:pPr>
        <w:spacing w:after="80"/>
      </w:pPr>
      <w:r>
        <w:rPr>
          <w:b w:val="0"/>
          <w:i w:val="0"/>
        </w:rPr>
        <w:t>Cô bước tới cửa trong trạng thái mơ màng, nghĩ rằng chắc Perry đã về quê mà không có cô, lần đầu tiên sau hơn một năm. Cô cần thời gian để suy nghĩ, nhưng trước tiên cô phải tống khứ kẻ nào đó đang đứng ở cửa.</w:t>
      </w:r>
    </w:p>
    <w:p>
      <w:pPr>
        <w:spacing w:after="80"/>
      </w:pPr>
      <w:r>
        <w:rPr>
          <w:b w:val="0"/>
          <w:i w:val="0"/>
        </w:rPr>
        <w:t>Cô mở cửa và định xả một tràng vào kẻ quấy rầy, chỉ để thấy Perry đang quỳ một gối. "Đừng nói với em là anh đến quá muộn nhé, cô bạn già," anh nói, ngước lên nhìn cô đầy vẻ sầu não.</w:t>
      </w:r>
    </w:p>
    <w:p>
      <w:pPr>
        <w:spacing w:after="80"/>
      </w:pPr>
      <w:r>
        <w:rPr>
          <w:b w:val="0"/>
          <w:i w:val="0"/>
        </w:rPr>
        <w:t>"Dĩ nhiên là không rồi, Perry, nhưng anh đứng dậy đi."</w:t>
      </w:r>
    </w:p>
    <w:p>
      <w:pPr>
        <w:spacing w:after="80"/>
      </w:pPr>
      <w:r>
        <w:rPr>
          <w:b w:val="0"/>
          <w:i w:val="0"/>
        </w:rPr>
        <w:t>"Không đứng dậy cho đến khi em nói em sẽ lấy anh."</w:t>
      </w:r>
    </w:p>
    <w:p>
      <w:pPr>
        <w:spacing w:after="80"/>
      </w:pPr>
      <w:r>
        <w:rPr>
          <w:b w:val="0"/>
          <w:i w:val="0"/>
        </w:rPr>
        <w:t>"Dĩ nhiên là em sẽ lấy anh, anh yêu quý. Em đã nói với Bofie rồi, anh là người đàn ông duy nhất trong đời em, nhưng anh ấy cứ không chịu chấp nhận lời từ chối," cô nói trong khi đỡ vị công tước đứng dậy.</w:t>
      </w:r>
    </w:p>
    <w:p>
      <w:pPr>
        <w:spacing w:after="80"/>
      </w:pPr>
      <w:r>
        <w:rPr>
          <w:b w:val="0"/>
          <w:i w:val="0"/>
        </w:rPr>
        <w:t>"Anh không muốn lề mề đâu, cô bạn già," anh nói. "Anh đã thấy được vạch đích rồi, nên tốt nhất là mình tiến hành luôn đi."</w:t>
      </w:r>
    </w:p>
    <w:p>
      <w:pPr>
        <w:spacing w:after="80"/>
      </w:pPr>
      <w:r>
        <w:rPr>
          <w:b w:val="0"/>
          <w:i w:val="0"/>
        </w:rPr>
        <w:t>"Em hiểu chính xác cảm giác của anh, Perry," Virginia nói, "nhưng anh không nghĩ là anh nên bàn bạc với các con trước khi đưa ra một quyết định quan trọng như vậy sao?"</w:t>
      </w:r>
    </w:p>
    <w:p>
      <w:pPr>
        <w:spacing w:after="80"/>
      </w:pPr>
      <w:r>
        <w:rPr>
          <w:b w:val="0"/>
          <w:i w:val="0"/>
        </w:rPr>
        <w:t>"Chắc chắn là không. Người cha không cần xin phép con cái để kết hôn. Dù sao đi nữa, anh chắc chắn chúng sẽ rất vui mừng."</w:t>
      </w:r>
    </w:p>
    <w:p>
      <w:pPr>
        <w:spacing w:after="80"/>
      </w:pPr>
      <w:r>
        <w:rPr>
          <w:b w:val="0"/>
          <w:i w:val="0"/>
        </w:rPr>
        <w:t xml:space="preserve">Ba tuần sau, nhờ một gợi ý từ một người bạn của gia đình, Nigel Dempster đăng một bức ảnh độc quyền chụp Công tước và Nữ công tước xứ Hertford rời Văn phòng Đăng ký Chelsea trong cơn mưa tầm tã. </w:t>
      </w:r>
      <w:r>
        <w:rPr>
          <w:b w:val="0"/>
          <w:i/>
        </w:rPr>
        <w:t>Và cặp đôi hạnh phúc</w:t>
      </w:r>
      <w:r>
        <w:rPr>
          <w:b w:val="0"/>
          <w:i w:val="0"/>
        </w:rPr>
        <w:t xml:space="preserve">, Dempster viết, </w:t>
      </w:r>
      <w:r>
        <w:rPr>
          <w:b w:val="0"/>
          <w:i/>
        </w:rPr>
        <w:t>sẽ tận hưởng tuần trăng mật tại điền trang của công tước gần Cortona, và dự định trở về Lâu đài Hertford để đón Giáng sinh cùng gia đình.</w:t>
      </w:r>
    </w:p>
    <w:p>
      <w:pPr>
        <w:pStyle w:val="Heading1"/>
        <w:jc w:val="center"/>
      </w:pPr>
      <w:r>
        <w:rPr>
          <w:rFonts w:ascii="Calibri" w:hAnsi="Calibri"/>
          <w:b/>
          <w:i w:val="0"/>
          <w:sz w:val="40"/>
        </w:rPr>
        <w:t>31</w:t>
      </w:r>
    </w:p>
    <w:p>
      <w:pPr>
        <w:spacing w:after="80"/>
      </w:pPr>
      <w:r>
        <w:rPr>
          <w:b w:val="0"/>
          <w:i w:val="0"/>
        </w:rPr>
        <w:t>GIÁNG SINH CÙNG GIA ĐÌNH Hertford lạnh lẽo cả bên trong lẫn bên ngoài lâu đài. Ngay cả Clarence và Alice cũng rõ ràng là buồn bã vì cha họ đã kết hôn mà không thông báo cho họ, trong khi Camilla không để bất kỳ ai trong gia đình hay nhân viên nào phải nghi ngờ về cảm xúc của cô đối với kẻ chiếm ngôi.</w:t>
      </w:r>
    </w:p>
    <w:p>
      <w:pPr>
        <w:spacing w:after="80"/>
      </w:pPr>
      <w:r>
        <w:rPr>
          <w:b w:val="0"/>
          <w:i w:val="0"/>
        </w:rPr>
        <w:t>Mỗi khi Virginia bước vào phòng, Camilla lại rời đi cùng chồng và hai đứa con theo sau. Tuy nhiên, Virginia vẫn có một lợi thế so với phần còn lại của gia đình: có một căn phòng mà không ai trong số họ có thể bước vào, và nơi cô có toàn quyền trong tám giờ mỗi hai mươi tư giờ.</w:t>
      </w:r>
    </w:p>
    <w:p>
      <w:pPr>
        <w:spacing w:after="80"/>
      </w:pPr>
      <w:r>
        <w:rPr>
          <w:b w:val="0"/>
          <w:i w:val="0"/>
        </w:rPr>
        <w:t>Trong khi Virginia chinh phục chồng mình vào ban đêm, cô tập trung vào Clarence và Alice vào ban ngày, chấp nhận rằng Camilla không dễ thay đổi, mặc dù cô chưa hoàn toàn từ bỏ chồng và các con của Camilla.</w:t>
      </w:r>
    </w:p>
    <w:p>
      <w:pPr>
        <w:spacing w:after="80"/>
      </w:pPr>
      <w:r>
        <w:rPr>
          <w:b w:val="0"/>
          <w:i w:val="0"/>
        </w:rPr>
        <w:t>Virginia đảm bảo rằng mỗi khi bất kỳ thành viên nào trong gia đình thấy cô bên cạnh công tước, cô luôn tỏ ra quan tâm, chu đáo và thực sự tận tụy với ông, chăm sóc mọi nhu cầu của ông. Đến cuối tuần đầu tiên, một phần băng giá đã bắt đầu tan, và trước niềm vui của cô, vào đêm Giáng sinh, Clarence và Alice đã cùng họ đi dạo buổi sáng quanh khuôn viên. Họ ngạc nhiên khi phát hiện ra Virginia quan tâm đến việc bảo trì điền trang đến mức nào.</w:t>
      </w:r>
    </w:p>
    <w:p>
      <w:pPr>
        <w:spacing w:after="80"/>
      </w:pPr>
      <w:r>
        <w:rPr>
          <w:b w:val="0"/>
          <w:i w:val="0"/>
        </w:rPr>
        <w:t>"Suy cho cùng," cô nói với Clarence, "khi cuối cùng cháu rời quân ngũ, chúng ta phải đảm bảo cháu tiếp quản một cơ ngơi đang phát đạt, chứ không phải một điền trang đang suy tàn."</w:t>
      </w:r>
    </w:p>
    <w:p>
      <w:pPr>
        <w:spacing w:after="80"/>
      </w:pPr>
      <w:r>
        <w:rPr>
          <w:b w:val="0"/>
          <w:i w:val="0"/>
        </w:rPr>
        <w:t>"Vậy thì cháu sẽ cần tìm một người vợ tận tâm như cô, Virginia ạ," anh đáp.</w:t>
      </w:r>
    </w:p>
    <w:p>
      <w:pPr>
        <w:spacing w:after="80"/>
      </w:pPr>
      <w:r>
        <w:rPr>
          <w:b w:val="0"/>
          <w:i w:val="0"/>
        </w:rPr>
        <w:t>Một xong, còn hai.</w:t>
      </w:r>
    </w:p>
    <w:p>
      <w:pPr>
        <w:spacing w:after="80"/>
      </w:pPr>
      <w:r>
        <w:rPr>
          <w:b w:val="0"/>
          <w:i w:val="0"/>
        </w:rPr>
        <w:t xml:space="preserve">Alice là người tiếp theo nhập cuộc. Khi mở món quà Giáng sinh và thấy cuốn tiểu thuyết mới nhất của Graham Greene, </w:t>
      </w:r>
      <w:r>
        <w:rPr>
          <w:b w:val="0"/>
          <w:i/>
        </w:rPr>
        <w:t>The Tenth Man</w:t>
      </w:r>
      <w:r>
        <w:rPr>
          <w:b w:val="0"/>
          <w:i w:val="0"/>
        </w:rPr>
        <w:t>, cô hỏi: Sao cậu biết ông ấy là tác giả yêu thích của tớ?</w:t>
      </w:r>
    </w:p>
    <w:p>
      <w:pPr>
        <w:spacing w:after="80"/>
      </w:pPr>
      <w:r>
        <w:rPr>
          <w:b w:val="0"/>
          <w:i w:val="0"/>
        </w:rPr>
        <w:t xml:space="preserve">Tớ cũng thế, Virginia nói, người vừa nhanh chóng đọc xong ba cuốn tiểu thuyết của Greene sau khi phát hiện một cuốn bìa mềm sờn gáy trên bàn đầu giường của Alice. Tớ không ngạc nhiên khi thấy chúng ta có điểm chung đó, và dù </w:t>
      </w:r>
      <w:r>
        <w:rPr>
          <w:b w:val="0"/>
          <w:i/>
        </w:rPr>
        <w:t>The End of the Affair</w:t>
      </w:r>
      <w:r>
        <w:rPr>
          <w:b w:val="0"/>
          <w:i w:val="0"/>
        </w:rPr>
        <w:t xml:space="preserve"> khá xuất sắc, </w:t>
      </w:r>
      <w:r>
        <w:rPr>
          <w:b w:val="0"/>
          <w:i/>
        </w:rPr>
        <w:t>Brighton Rock</w:t>
      </w:r>
      <w:r>
        <w:rPr>
          <w:b w:val="0"/>
          <w:i w:val="0"/>
        </w:rPr>
        <w:t xml:space="preserve"> vẫn là cuốn tớ thích nhất.</w:t>
      </w:r>
    </w:p>
    <w:p>
      <w:pPr>
        <w:spacing w:after="80"/>
      </w:pPr>
      <w:r>
        <w:rPr>
          <w:b w:val="0"/>
          <w:i w:val="0"/>
        </w:rPr>
        <w:t>Điều đó chẳng có gì đáng ngạc nhiên, Camilla nói. Suy cho cùng, cậu và Pinkie Brown có nhiều điểm chung lắm.</w:t>
      </w:r>
    </w:p>
    <w:p>
      <w:pPr>
        <w:spacing w:after="80"/>
      </w:pPr>
      <w:r>
        <w:rPr>
          <w:b w:val="0"/>
          <w:i w:val="0"/>
        </w:rPr>
        <w:t>Alice nhíu mày, dù rõ ràng công tước chẳng hiểu họ đang nói về điều gì. Hai xong, còn một.</w:t>
      </w:r>
    </w:p>
    <w:p>
      <w:pPr>
        <w:spacing w:after="80"/>
      </w:pPr>
      <w:r>
        <w:rPr>
          <w:b w:val="0"/>
          <w:i w:val="0"/>
        </w:rPr>
        <w:t>Khi lũ trẻ mở quà Giáng sinh, chúng reo hò vui sướng. Một chiếc đồng hồ Star Trek cho Tristan, và một búp bê Barbie cho Kitty, thứ mà Virginia đã mua ngay sau khi biết Camilla đã từ chối cân nhắc chúng để chọn một cuốn Shorter Oxford Dictionary và một bộ dụng cụ may vá.</w:t>
      </w:r>
    </w:p>
    <w:p>
      <w:pPr>
        <w:spacing w:after="80"/>
      </w:pPr>
      <w:r>
        <w:rPr>
          <w:b w:val="0"/>
          <w:i w:val="0"/>
        </w:rPr>
        <w:t>Món quà của Camilla là khó quyết định nhất, cho đến khi Virginia tình cờ thấy một bức ảnh cô ấy thổi sáo trong dàn nhạc của trường, và Cook kể với bà rằng bà nghe nói cô chủ đang nghĩ đến việc chơi lại nhạc cụ đó. Suy cho cùng, bạn có khá nhiều thời gian rảnh khi thị trấn gần nhất cách xa hơn một trăm dặm.</w:t>
      </w:r>
    </w:p>
    <w:p>
      <w:pPr>
        <w:spacing w:after="80"/>
      </w:pPr>
      <w:r>
        <w:rPr>
          <w:b w:val="0"/>
          <w:i w:val="0"/>
        </w:rPr>
        <w:t>Khi Camilla mở quà và thấy nhạc cụ sáng bóng, cô ấy không nói nên lời. Virginia cho rằng khoản tiền tiêu hàng tháng của mình đã được dùng đúng chỗ. Điều này được khẳng định khi Tristan bước đến chỗ bà và nói: Cảm ơn bà ngoại, rồi hôn bà một cái.</w:t>
      </w:r>
    </w:p>
    <w:p>
      <w:pPr>
        <w:spacing w:after="80"/>
      </w:pPr>
      <w:r>
        <w:rPr>
          <w:b w:val="0"/>
          <w:i w:val="0"/>
        </w:rPr>
        <w:t>Đến cuối tuần thứ hai, cả Clarence và Alice đều đồng ý rằng Papa là một người đàn ông may mắn khi tìm được một viên ngọc quý như vậy, và dù Camilla không đồng ý với anh chị em mình, cô ấy không còn rời khỏi phòng mỗi khi Virginia bước vào nữa.</w:t>
      </w:r>
    </w:p>
    <w:p>
      <w:pPr>
        <w:spacing w:after="80"/>
      </w:pPr>
      <w:r>
        <w:rPr>
          <w:b w:val="0"/>
          <w:i w:val="0"/>
        </w:rPr>
        <w:t>Vào ngày cả gia đình rời đi, Virginia chuẩn bị bữa trưa đóng gói và nước chanh cho lũ trẻ mang lên máy bay, và trước khi tất cả leo lên chiếc xe đang chờ, mọi người đều hôn tạm biệt bà, trừ Camilla, người bắt tay bà. Khi chiếc Rolls-Royce có tài xế riêng lao xuống con đường dài hướng về Heathrow, Virginia vẫn vẫy tay không ngừng cho đến khi chiếc xe khuất khỏi tầm mắt.</w:t>
      </w:r>
    </w:p>
    <w:p>
      <w:pPr>
        <w:spacing w:after="80"/>
      </w:pPr>
      <w:r>
        <w:rPr>
          <w:b w:val="0"/>
          <w:i w:val="0"/>
        </w:rPr>
        <w:t>Thật là một thắng lợi tuyệt đối cho bà, công tước nói khi họ cùng bước trở lại lâu đài. Bà thật tuyệt vời, bà bạn già ạ. Tôi nghĩ đến cuối cùng thì ngay cả Camilla cũng bắt đầu mềm lòng.</w:t>
      </w:r>
    </w:p>
    <w:p>
      <w:pPr>
        <w:spacing w:after="80"/>
      </w:pPr>
      <w:r>
        <w:rPr>
          <w:b w:val="0"/>
          <w:i w:val="0"/>
        </w:rPr>
        <w:t>Cảm ơn Perry, Virginia nói, khoác tay ông. Nhưng tôi có thể hiểu cảm xúc của Camilla. Suy cho cùng, tôi cũng sẽ cảm thấy như vậy nếu ai đó cố chiếm lấy vị trí của mẹ tôi.</w:t>
      </w:r>
    </w:p>
    <w:p>
      <w:pPr>
        <w:spacing w:after="80"/>
      </w:pPr>
      <w:r>
        <w:rPr>
          <w:b w:val="0"/>
          <w:i w:val="0"/>
        </w:rPr>
        <w:t>Bà có một trái tim thật bao dung, Virginia. Nhưng tôi e rằng có một chuyện Camilla đã nêu ra với tôi mà tôi không thể trì hoãn việc thảo luận với bà thêm được nữa.</w:t>
      </w:r>
    </w:p>
    <w:p>
      <w:pPr>
        <w:spacing w:after="80"/>
      </w:pPr>
      <w:r>
        <w:rPr>
          <w:b w:val="0"/>
          <w:i w:val="0"/>
        </w:rPr>
        <w:t>Virginia sững người. Làm sao Camilla phát hiện ra khoản vay, khi bà đã sắp xếp để Moxton đi nghỉ Giáng sinh từ ngày trước khi gia đình đến, và không trở lại cho đến ngày sau khi họ rời đi?</w:t>
      </w:r>
    </w:p>
    <w:p>
      <w:pPr>
        <w:spacing w:after="80"/>
      </w:pPr>
      <w:r>
        <w:rPr>
          <w:b w:val="0"/>
          <w:i w:val="0"/>
        </w:rPr>
        <w:t>Tôi xin lỗi vì phải nêu ra một chủ đề đau lòng như vậy, công tước nói, nhưng tôi không trẻ thêm được nữa, và tôi phải nghĩ đến tương lai, đặc biệt là tương lai của bà, bà bạn già ạ.</w:t>
      </w:r>
    </w:p>
    <w:p>
      <w:pPr>
        <w:spacing w:after="80"/>
      </w:pPr>
      <w:r>
        <w:rPr>
          <w:b w:val="0"/>
          <w:i w:val="0"/>
        </w:rPr>
        <w:t>Virginia không cố nói gì vì đây là điều bà đã suy nghĩ từ trước. Hơn nữa, Desmond Mellor đã dạy bà rằng mỗi khi bạn hy vọng đạt được một thỏa thuận, hãy chắc chắn rằng phía bên kia đưa ra lời đề nghị mở màn trước.</w:t>
      </w:r>
    </w:p>
    <w:p>
      <w:pPr>
        <w:spacing w:after="80"/>
      </w:pPr>
      <w:r>
        <w:rPr>
          <w:b w:val="0"/>
          <w:i w:val="0"/>
        </w:rPr>
        <w:t>Về cái chuyện dòng kết thúc cũ kỹ đó và đủ thứ chuyện, công tước nói thêm. Nên ta đã quyết định soạn một bản phụ lục để thêm vào di chúc của ta, để sau khi ta đi rồi, em sẽ chẳng phải lo lắng gì nữa.</w:t>
      </w:r>
    </w:p>
    <w:p>
      <w:pPr>
        <w:spacing w:after="80"/>
      </w:pPr>
      <w:r>
        <w:rPr>
          <w:b w:val="0"/>
          <w:i w:val="0"/>
        </w:rPr>
        <w:t>Điều duy nhất khiến em lo, Virginia nói, là sau khi anh đi rồi, em sẽ hoàn toàn cô đơn. Em biết là em ích kỷ, Perry, nhưng nếu được theo ý mình, em muốn chết trước anh. Em chỉ không thể chịu đựng nổi ý nghĩ phải sống mà không có anh. Cô thậm chí còn cố rặn ra được một giọt nước mắt.</w:t>
      </w:r>
    </w:p>
    <w:p>
      <w:pPr>
        <w:spacing w:after="80"/>
      </w:pPr>
      <w:r>
        <w:rPr>
          <w:b w:val="0"/>
          <w:i w:val="0"/>
        </w:rPr>
        <w:t>Sao ta lại may mắn đến thế nhỉ? công tước nói.</w:t>
      </w:r>
    </w:p>
    <w:p>
      <w:pPr>
        <w:spacing w:after="80"/>
      </w:pPr>
      <w:r>
        <w:rPr>
          <w:b w:val="0"/>
          <w:i w:val="0"/>
        </w:rPr>
        <w:t>Chính em mới là người may mắn, Virginia rủ rỉ.</w:t>
      </w:r>
    </w:p>
    <w:p>
      <w:pPr>
        <w:spacing w:after="80"/>
      </w:pPr>
      <w:r>
        <w:rPr>
          <w:b w:val="0"/>
          <w:i w:val="0"/>
        </w:rPr>
        <w:t>Trước khi ta gọi cho luật sư và bắt tay vào việc, cô bạn già ạ, ta muốn em nghĩ ngợi chút về những gì ta có thể để lại cho em. Tất nhiên em sẽ có Dower House trong khu đất, và một khoản trợ cấp năm nghìn mỗi tháng, nhưng nếu có thứ gì khác đặc biệt em muốn, cứ nói ta biết.</w:t>
      </w:r>
    </w:p>
    <w:p>
      <w:pPr>
        <w:spacing w:after="80"/>
      </w:pPr>
      <w:r>
        <w:rPr>
          <w:b w:val="0"/>
          <w:i w:val="0"/>
        </w:rPr>
        <w:t>Anh thật chu đáo quá, Perry. Lúc này em chẳng nghĩ ra được gì cả. Có lẽ chỉ một món kỷ vật nhỏ để em nhớ về anh thôi.</w:t>
      </w:r>
    </w:p>
    <w:p>
      <w:pPr>
        <w:spacing w:after="80"/>
      </w:pPr>
      <w:r>
        <w:rPr>
          <w:b w:val="0"/>
          <w:i w:val="0"/>
        </w:rPr>
        <w:t>Sự thật là Virginia đã suy nghĩ rất nhiều về chuyện này, vì tất cả đều nằm trong kế hoạch nghỉ hưu của cô. Cô không cần ai nhắc rằng mình đã bỏ lỡ hai bản di chúc rồi và cô không định để điều đó xảy ra lần thứ ba.</w:t>
      </w:r>
    </w:p>
    <w:p>
      <w:pPr>
        <w:spacing w:after="80"/>
      </w:pPr>
      <w:r>
        <w:rPr>
          <w:b w:val="0"/>
          <w:i w:val="0"/>
        </w:rPr>
        <w:t>Tuy nhiên, cô cần nghiên cứu thêm một chút trước khi báo cho Perry biết món kỷ vật nhỏ mà cô đang nghĩ tới. Cô biết chính xác người phù hợp để tư vấn cho mình về chuyện này, nhưng cô không thể mời ông ta đến lâu đài khi công tước đang ở đó. Không sao, vấn đề đó sẽ được giải quyết trong vài tuần nữa khi Perry lên London dự buổi họp mặt trung đoàn thường niên, một sự kiện ông chưa bao giờ bỏ lỡ vì với tư cách đại tá danh dự của trung đoàn, ông sẽ được mong đợi chủ trì bữa tiệc tối.</w:t>
      </w:r>
    </w:p>
    <w:p>
      <w:pPr>
        <w:pStyle w:val="Heading1"/>
        <w:jc w:val="center"/>
      </w:pPr>
      <w:r>
        <w:rPr>
          <w:rFonts w:ascii="Calibri" w:hAnsi="Calibri"/>
          <w:b/>
          <w:i w:val="0"/>
          <w:sz w:val="40"/>
        </w:rPr>
        <w:t>32</w:t>
      </w:r>
    </w:p>
    <w:p>
      <w:pPr>
        <w:spacing w:after="80"/>
      </w:pPr>
      <w:r>
        <w:rPr>
          <w:b w:val="0"/>
          <w:i w:val="0"/>
        </w:rPr>
        <w:t>VIRGINIA CÙNG PERRY đi chặng đường ngắn ra ga tàu địa phương.</w:t>
      </w:r>
    </w:p>
    <w:p>
      <w:pPr>
        <w:spacing w:after="80"/>
      </w:pPr>
      <w:r>
        <w:rPr>
          <w:b w:val="0"/>
          <w:i w:val="0"/>
        </w:rPr>
        <w:t>Ước gì em được đi cùng anh, cô nói khi hai người cùng bước ra sân ga.</w:t>
      </w:r>
    </w:p>
    <w:p>
      <w:pPr>
        <w:spacing w:after="80"/>
      </w:pPr>
      <w:r>
        <w:rPr>
          <w:b w:val="0"/>
          <w:i w:val="0"/>
        </w:rPr>
        <w:t>Chẳng ích gì đâu, cô bạn già ạ, ta chỉ ở lại thành phố qua đêm thôi, và sẽ về trước chiều mai.</w:t>
      </w:r>
    </w:p>
    <w:p>
      <w:pPr>
        <w:spacing w:after="80"/>
      </w:pPr>
      <w:r>
        <w:rPr>
          <w:b w:val="0"/>
          <w:i w:val="0"/>
        </w:rPr>
        <w:t>Lúc đó anh sẽ thấy em đứng trên sân ga chờ anh.</w:t>
      </w:r>
    </w:p>
    <w:p>
      <w:pPr>
        <w:spacing w:after="80"/>
      </w:pPr>
      <w:r>
        <w:rPr>
          <w:b w:val="0"/>
          <w:i w:val="0"/>
        </w:rPr>
        <w:t>Em không cần phải thế, ông nói khi đoàn tàu tiến vào ga.</w:t>
      </w:r>
    </w:p>
    <w:p>
      <w:pPr>
        <w:spacing w:after="80"/>
      </w:pPr>
      <w:r>
        <w:rPr>
          <w:b w:val="0"/>
          <w:i w:val="0"/>
        </w:rPr>
        <w:t>Em muốn có mặt ở đây khi anh trở về, cô nói khi công tước bước lên toa hạng nhất.</w:t>
      </w:r>
    </w:p>
    <w:p>
      <w:pPr>
        <w:spacing w:after="80"/>
      </w:pPr>
      <w:r>
        <w:rPr>
          <w:b w:val="0"/>
          <w:i w:val="0"/>
        </w:rPr>
        <w:t>Em thật tốt, cô bạn già ạ.</w:t>
      </w:r>
    </w:p>
    <w:p>
      <w:pPr>
        <w:spacing w:after="80"/>
      </w:pPr>
      <w:r>
        <w:rPr>
          <w:b w:val="0"/>
          <w:i w:val="0"/>
        </w:rPr>
        <w:t>Tạm biệt nhé, Virginia gọi với theo và vẫy tay khi con tàu khởi hành chuyến đi đến London. Sau đó cô nhanh chóng rời ga để đi tìm một người đàn ông khác.</w:t>
      </w:r>
    </w:p>
    <w:p>
      <w:pPr>
        <w:spacing w:after="80"/>
      </w:pPr>
      <w:r>
        <w:rPr>
          <w:b w:val="0"/>
          <w:i w:val="0"/>
        </w:rPr>
        <w:t>Anh có phải là Poltimore không? cô hỏi một chàng trai trẻ đang đứng trên vỉa hè, trông có vẻ hơi lạc lõng. Mái tóc vàng nhạt của anh gần chạm tới vai, anh mặc một chiếc áo khoác duffle và mang theo một chiếc vali nhỏ.</w:t>
      </w:r>
    </w:p>
    <w:p>
      <w:pPr>
        <w:spacing w:after="80"/>
      </w:pPr>
      <w:r>
        <w:rPr>
          <w:b w:val="0"/>
          <w:i w:val="0"/>
        </w:rPr>
        <w:t>Đúng là tôi đây, thưa phu nhân, anh nói, hơi cúi chào cô. Tôi không ngờ phu nhân lại đích thân đến đón tôi.</w:t>
      </w:r>
    </w:p>
    <w:p>
      <w:pPr>
        <w:spacing w:after="80"/>
      </w:pPr>
      <w:r>
        <w:rPr>
          <w:b w:val="0"/>
          <w:i w:val="0"/>
        </w:rPr>
        <w:t>Đó là niềm vinh hạnh của tôi, Virginia đáp, trong khi người tài xế mở cửa sau xe cho họ.</w:t>
      </w:r>
    </w:p>
    <w:p>
      <w:pPr>
        <w:spacing w:after="80"/>
      </w:pPr>
      <w:r>
        <w:rPr>
          <w:b w:val="0"/>
          <w:i w:val="0"/>
        </w:rPr>
        <w:t>Trên đường lái xe về lâu đài, Virginia giải thích lý do cô mời một nhà sử học nghệ thuật từ Sothebys đến xem bộ sưu tập Hertford.</w:t>
      </w:r>
    </w:p>
    <w:p>
      <w:pPr>
        <w:spacing w:after="80"/>
      </w:pPr>
      <w:r>
        <w:rPr>
          <w:b w:val="0"/>
          <w:i w:val="0"/>
        </w:rPr>
        <w:t>Đã một thời gian, công tước lo lắng rằng ông ấy có thể đã bỏ sót thứ gì đó thực sự có giá trị mà lẽ ra cần được bảo hiểm. Tất nhiên, chúng tôi vẫn giữ một bản kiểm kê đầy đủ, nhưng vì chồng tôi không mấy quan tâm đến những bảo vật gia truyền của gia đình, tôi nghĩ sẽ hợp lý nếu cập nhật lại cho chính xác. Suy cho cùng, chẳng ai trong chúng ta trẻ lại được cả.</w:t>
      </w:r>
    </w:p>
    <w:p>
      <w:pPr>
        <w:spacing w:after="80"/>
      </w:pPr>
      <w:r>
        <w:rPr>
          <w:b w:val="0"/>
          <w:i w:val="0"/>
        </w:rPr>
        <w:t>Tôi đã rất mong được xem bộ sưu tập này, Poltimore đáp. Luôn có chút gì đó đặc biệt khi được phép chiêm ngưỡng một bộ sưu tập chưa từng được công chúng nhìn thấy. Tất nhiên, tôi biết đến bức Constable của Lâu đài Hertford, và kiệt tác Turner vẽ Quảng trường St Mark, nhưng tôi nóng lòng muốn khám phá xem phu nhân còn có những báu vật nào khác.</w:t>
      </w:r>
    </w:p>
    <w:p>
      <w:pPr>
        <w:spacing w:after="80"/>
      </w:pPr>
      <w:r>
        <w:rPr>
          <w:b w:val="0"/>
          <w:i w:val="0"/>
        </w:rPr>
        <w:t>Tôi cũng vậy, Virginia thầm nghĩ, nhưng không ngắt lời dòng hào hứng của chàng trai trẻ.</w:t>
      </w:r>
    </w:p>
    <w:p>
      <w:pPr>
        <w:spacing w:after="80"/>
      </w:pPr>
      <w:r>
        <w:rPr>
          <w:b w:val="0"/>
          <w:i w:val="0"/>
        </w:rPr>
        <w:t>Chỉ cần một chút nghiên cứu là có thể phát hiện ra rằng chính vị công tước thứ ba, người đã đi du lịch rộng khắp lục địa vào thế kỷ mười tám, Poltimore tiếp tục, là người có công tập hợp nên một bộ sưu tập tuyệt đẹp như vậy.</w:t>
      </w:r>
    </w:p>
    <w:p>
      <w:pPr>
        <w:spacing w:after="80"/>
      </w:pPr>
      <w:r>
        <w:rPr>
          <w:b w:val="0"/>
          <w:i w:val="0"/>
        </w:rPr>
        <w:t>Nhưng ông ấy không thể là người mua bức Turner hay bức Constable được, Virginia nói.</w:t>
      </w:r>
    </w:p>
    <w:p>
      <w:pPr>
        <w:spacing w:after="80"/>
      </w:pPr>
      <w:r>
        <w:rPr>
          <w:b w:val="0"/>
          <w:i w:val="0"/>
        </w:rPr>
        <w:t>Không, đó hẳn là công tước thứ bảy. Ông ấy cũng đã đặt Gainsborough vẽ chân dung Catherine, Nữ công tước xứ Hertford.</w:t>
      </w:r>
    </w:p>
    <w:p>
      <w:pPr>
        <w:spacing w:after="80"/>
      </w:pPr>
      <w:r>
        <w:rPr>
          <w:b w:val="0"/>
          <w:i w:val="0"/>
        </w:rPr>
        <w:t>Phu nhân sẽ thấy bà ấy được treo trong đại sảnh, Virginia nói, người đã nghiên cứu bản kiểm kê rất kỹ lưỡng trước khi đi đến kết luận rằng công tước sẽ không bao giờ đồng ý từ bỏ bất kỳ bảo vật gia truyền nào của gia đình Hertford. Tuy nhiên, cô khá hy vọng rằng trong suốt ba trăm năm qua, có thể đã có thứ gì đó lọt khỏi tầm mắt của họ.</w:t>
      </w:r>
    </w:p>
    <w:p>
      <w:pPr>
        <w:spacing w:after="80"/>
      </w:pPr>
      <w:r>
        <w:rPr>
          <w:b w:val="0"/>
          <w:i w:val="0"/>
        </w:rPr>
        <w:t xml:space="preserve">Khi về đến lâu đài, Virginia không mất thời gian mà đưa ngay người đàn ông từ Sothebys đến thư viện, nơi cô trao cho anh ba cuốn sách dày bọc da mang tựa đề </w:t>
      </w:r>
      <w:r>
        <w:rPr>
          <w:b w:val="0"/>
          <w:i/>
        </w:rPr>
        <w:t>Bộ sưu tập Hertford</w:t>
      </w:r>
      <w:r>
        <w:rPr>
          <w:b w:val="0"/>
          <w:i w:val="0"/>
        </w:rPr>
        <w:t>.</w:t>
      </w:r>
    </w:p>
    <w:p>
      <w:pPr>
        <w:spacing w:after="80"/>
      </w:pPr>
      <w:r>
        <w:rPr>
          <w:b w:val="0"/>
          <w:i w:val="0"/>
        </w:rPr>
        <w:t>Tôi sẽ để anh tiếp tục công việc của mình, anh Poltimore. Cứ thoải mái đi lại khắp trong nhà, chỉ cần nhớ rằng mục đích chính của anh là cố gắng tìm ra bất cứ thứ gì mà chúng tôi có thể đã bỏ sót.</w:t>
      </w:r>
    </w:p>
    <w:p>
      <w:pPr>
        <w:spacing w:after="80"/>
      </w:pPr>
      <w:r>
        <w:rPr>
          <w:b w:val="0"/>
          <w:i w:val="0"/>
        </w:rPr>
        <w:t>Tôi nóng lòng lắm rồi, Poltimore nói khi mở cuốn đầu tiên.</w:t>
      </w:r>
    </w:p>
    <w:p>
      <w:pPr>
        <w:spacing w:after="80"/>
      </w:pPr>
      <w:r>
        <w:rPr>
          <w:b w:val="0"/>
          <w:i w:val="0"/>
        </w:rPr>
        <w:t>Khi quay người rời đi, Virginia nói, Chúng tôi ăn tối trong trang phục chỉnh tề, anh Poltimore, bữa tối sẽ được dọn đúng tám giờ.</w:t>
      </w:r>
    </w:p>
    <w:p>
      <w:pPr>
        <w:jc w:val="center"/>
      </w:pPr>
      <w:r>
        <w:drawing>
          <wp:inline xmlns:a="http://schemas.openxmlformats.org/drawingml/2006/main" xmlns:pic="http://schemas.openxmlformats.org/drawingml/2006/picture">
            <wp:extent cx="304800" cy="85725"/>
            <wp:docPr id="103" name="Picture 10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Tôi đã có thể kiểm tra gần như mọi thứ được liệt kê trong bản kiểm kê, Poltimore nói trong lúc nhấp một ly rượu sherry trước bữa tối, và tôi có thể xác nhận rằng mọi thứ dường như đều ổn thỏa. Tuy nhiên, tôi thực sự nghĩ rằng các ước tính hiện tại cho mục đích bảo hiểm đang thấp hơn nhiều so với giá trị thực của bộ sưu tập.</w:t>
      </w:r>
    </w:p>
    <w:p>
      <w:pPr>
        <w:spacing w:after="80"/>
      </w:pPr>
      <w:r>
        <w:rPr>
          <w:b w:val="0"/>
          <w:i w:val="0"/>
        </w:rPr>
        <w:t>Điều đó cũng chẳng có gì đáng ngạc nhiên, Virginia nói. Tôi e rằng không nhiều người trong giới quý tộc có thể đủ khả năng bảo hiểm tài sản của họ theo giá trị hiện tại. Tôi nhớ cha tôi từng nói với tôi rằng nếu những bức tranh của gia đình được đem ra thị trường, ông sẽ không còn khả năng mua lại chúng nữa. Ông có bắt gặp thứ gì đáng kể mà không được ghi nhận không?</w:t>
      </w:r>
    </w:p>
    <w:p>
      <w:pPr>
        <w:spacing w:after="80"/>
      </w:pPr>
      <w:r>
        <w:rPr>
          <w:b w:val="0"/>
          <w:i w:val="0"/>
        </w:rPr>
        <w:t>Chưa thấy gì cả. Nhưng tôi chưa có cơ hội kiểm tra hai tầng trên cùng, việc đó tôi sẽ làm ngay sáng mai.</w:t>
      </w:r>
    </w:p>
    <w:p>
      <w:pPr>
        <w:spacing w:after="80"/>
      </w:pPr>
      <w:r>
        <w:rPr>
          <w:b w:val="0"/>
          <w:i w:val="0"/>
        </w:rPr>
        <w:t>Đó chủ yếu là khu của nhân viên, Virginia nói, cố che giấu vẻ thất vọng. Tôi không nghĩ ông sẽ tìm thấy gì đáng giá ở trên đó. Nhưng ông cứ xem qua cũng được, dù sao ông cũng đã ở đây rồi.</w:t>
      </w:r>
    </w:p>
    <w:p>
      <w:pPr>
        <w:spacing w:after="80"/>
      </w:pPr>
      <w:r>
        <w:rPr>
          <w:b w:val="0"/>
          <w:i w:val="0"/>
        </w:rPr>
        <w:t>Một tiếng cồng vang lên và cô dẫn vị khách của mình đi qua phòng ăn.</w:t>
      </w:r>
    </w:p>
    <w:p>
      <w:pPr>
        <w:jc w:val="center"/>
      </w:pPr>
      <w:r>
        <w:drawing>
          <wp:inline xmlns:a="http://schemas.openxmlformats.org/drawingml/2006/main" xmlns:pic="http://schemas.openxmlformats.org/drawingml/2006/picture">
            <wp:extent cx="304800" cy="85725"/>
            <wp:docPr id="104" name="Picture 10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Ông Poltimore đâu rồi, Lomax? Virginia hỏi người quản gia khi cô xuống ăn sáng vào sáng hôm sau.</w:t>
      </w:r>
    </w:p>
    <w:p>
      <w:pPr>
        <w:spacing w:after="80"/>
      </w:pPr>
      <w:r>
        <w:rPr>
          <w:b w:val="0"/>
          <w:i w:val="0"/>
        </w:rPr>
        <w:t>Ông ấy ăn sáng sớm, thưa phu nhân, và lần cuối tôi thấy ông ấy là ở tầng trên cùng, đang ghi chép về những bức tranh treo ở chiếu nghỉ.</w:t>
      </w:r>
    </w:p>
    <w:p>
      <w:pPr>
        <w:spacing w:after="80"/>
      </w:pPr>
      <w:r>
        <w:rPr>
          <w:b w:val="0"/>
          <w:i w:val="0"/>
        </w:rPr>
        <w:t>Virginia lui vào thư viện sau bữa sáng và bắt đầu kiểm tra lại bản kiểm kê, tự hỏi liệu có thể có một kiệt tác nhỏ nào đó mà công tước không đặc biệt gắn bó và sẵn lòng chia tay hay không. Tuy nhiên, khi cô xem qua các định giá sửa đổi của Poltimore, không có gì có thể giúp cô tiếp tục sống theo phong cách mà cô cho là xứng đáng với một nữ công tước. Cô sẽ chỉ cần đảm bảo rằng khoản trợ cấp hàng tháng của mình được tăng từ 5,000 lên 10,000 để cô không bị chết đói. Tâm trạng của cô không khá hơn khi Poltimore nói với cô qua bữa trưa rằng ông không tìm thấy gì thực sự đáng kể ở hai tầng trên cùng.</w:t>
      </w:r>
    </w:p>
    <w:p>
      <w:pPr>
        <w:spacing w:after="80"/>
      </w:pPr>
      <w:r>
        <w:rPr>
          <w:b w:val="0"/>
          <w:i w:val="0"/>
        </w:rPr>
        <w:t>Chẳng có gì đáng ngạc nhiên, xét cho cùng đó là khu của nhân viên, Virginia đáp.</w:t>
      </w:r>
    </w:p>
    <w:p>
      <w:pPr>
        <w:spacing w:after="80"/>
      </w:pPr>
      <w:r>
        <w:rPr>
          <w:b w:val="0"/>
          <w:i w:val="0"/>
        </w:rPr>
        <w:t>Nhưng tôi có bắt gặp một bức vẽ của Tiepolo, và một bức màu nước của Sir William Russell Flint, nên được thêm vào bản kiểm kê.</w:t>
      </w:r>
    </w:p>
    <w:p>
      <w:pPr>
        <w:spacing w:after="80"/>
      </w:pPr>
      <w:r>
        <w:rPr>
          <w:b w:val="0"/>
          <w:i w:val="0"/>
        </w:rPr>
        <w:t>Tôi vô cùng biết ơn, Virginia nói. Tôi chỉ mong ông không cảm thấy chuyến viếng thăm của mình là một sự lãng phí thời gian.</w:t>
      </w:r>
    </w:p>
    <w:p>
      <w:pPr>
        <w:spacing w:after="80"/>
      </w:pPr>
      <w:r>
        <w:rPr>
          <w:b w:val="0"/>
          <w:i w:val="0"/>
        </w:rPr>
        <w:t>Hoàn toàn không, thưa phu nhân. Đây là một trải nghiệm vô cùng thú vị, và nếu công tước có bao giờ cân nhắc bán bất cứ thứ gì trong bộ sưu tập của mình, chúng tôi sẽ rất vinh dự được đại diện cho ông ấy.</w:t>
      </w:r>
    </w:p>
    <w:p>
      <w:pPr>
        <w:spacing w:after="80"/>
      </w:pPr>
      <w:r>
        <w:rPr>
          <w:b w:val="0"/>
          <w:i w:val="0"/>
        </w:rPr>
        <w:t>Tôi không thể tưởng tượng được hoàn cảnh nào điều đó sẽ xảy ra, Virginia nói, nhưng nếu có, tôi sẽ liên lạc ngay lập tức.</w:t>
      </w:r>
    </w:p>
    <w:p>
      <w:pPr>
        <w:spacing w:after="80"/>
      </w:pPr>
      <w:r>
        <w:rPr>
          <w:b w:val="0"/>
          <w:i w:val="0"/>
        </w:rPr>
        <w:t>Cảm ơn bà. Tôi vẫn còn thời gian, ông nói, nhìn đồng hồ, để kiểm tra tầng hầm dưới trước khi rời đi.</w:t>
      </w:r>
    </w:p>
    <w:p>
      <w:pPr>
        <w:spacing w:after="80"/>
      </w:pPr>
      <w:r>
        <w:rPr>
          <w:b w:val="0"/>
          <w:i w:val="0"/>
        </w:rPr>
        <w:t>Tôi không thể tưởng tượng ông sẽ tìm thấy gì ở dưới nhà, Virginia nói, ngoài vài cái nồi niêu xoong chảo cũ kỹ, và một cái bếp Aga cổ mà tôi đã nói với công tước rằng đáng lẽ phải được thay từ nhiều năm trước.</w:t>
      </w:r>
    </w:p>
    <w:p>
      <w:pPr>
        <w:spacing w:after="80"/>
      </w:pPr>
      <w:r>
        <w:rPr>
          <w:b w:val="0"/>
          <w:i w:val="0"/>
        </w:rPr>
        <w:t>Poltimore cười theo đúng phép lịch sự, trước khi ăn nốt miếng bánh pudding bơ bánh mì cuối cùng.</w:t>
      </w:r>
    </w:p>
    <w:p>
      <w:pPr>
        <w:spacing w:after="80"/>
      </w:pPr>
      <w:r>
        <w:rPr>
          <w:b w:val="0"/>
          <w:i w:val="0"/>
        </w:rPr>
        <w:t>Chiếc xe sẽ sẵn sàng đưa ngài đến ga lúc hai giờ bốn mươi, Virginia nói, như vậy sẽ đủ thời gian để ngài bắt chuyến ba giờ năm phút về London.</w:t>
      </w:r>
    </w:p>
    <w:p>
      <w:pPr>
        <w:jc w:val="center"/>
      </w:pPr>
      <w:r>
        <w:drawing>
          <wp:inline xmlns:a="http://schemas.openxmlformats.org/drawingml/2006/main" xmlns:pic="http://schemas.openxmlformats.org/drawingml/2006/picture">
            <wp:extent cx="304800" cy="85725"/>
            <wp:docPr id="105" name="Picture 10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Virginia đang nói chuyện với người làm vườn về việc trồng một luống hoa fuchsia mới thì cô ngước lên và thấy Poltimore đang chạy về phía mình. Cô chờ anh lấy lại hơi thở, rồi anh nói, Tôi nghĩ có lẽ tôi đã tìm ra một thứ khá đáng chú ý, nhưng tôi cần kiểm tra với trưởng bộ phận Trung Quốc của chúng tôi trước khi có thể chắc chắn hoàn toàn.</w:t>
      </w:r>
    </w:p>
    <w:p>
      <w:pPr>
        <w:spacing w:after="80"/>
      </w:pPr>
      <w:r>
        <w:rPr>
          <w:b w:val="0"/>
          <w:i w:val="0"/>
        </w:rPr>
        <w:t>Bộ phận Trung Quốc của anh?</w:t>
      </w:r>
    </w:p>
    <w:p>
      <w:pPr>
        <w:spacing w:after="80"/>
      </w:pPr>
      <w:r>
        <w:rPr>
          <w:b w:val="0"/>
          <w:i w:val="0"/>
        </w:rPr>
        <w:t>Tôi suýt nữa thì bỏ lỡ chúng, chúng được giấu kín trong một góc hành lang tầng dưới, gần phòng chứa đồ ăn.</w:t>
      </w:r>
    </w:p>
    <w:p>
      <w:pPr>
        <w:spacing w:after="80"/>
      </w:pPr>
      <w:r>
        <w:rPr>
          <w:b w:val="0"/>
          <w:i w:val="0"/>
        </w:rPr>
        <w:t>Bỏ lỡ cái gì? Virginia nói, cố không để lộ vẻ sốt ruột.</w:t>
      </w:r>
    </w:p>
    <w:p>
      <w:pPr>
        <w:spacing w:after="80"/>
      </w:pPr>
      <w:r>
        <w:rPr>
          <w:b w:val="0"/>
          <w:i w:val="0"/>
        </w:rPr>
        <w:t>Hai chiếc bình lớn màu xanh lam và trắng. Tôi đã kiểm tra các dấu hiệu trên đế, và tôi nghĩ chúng có thể là đồ thời nhà Minh.</w:t>
      </w:r>
    </w:p>
    <w:p>
      <w:pPr>
        <w:spacing w:after="80"/>
      </w:pPr>
      <w:r>
        <w:rPr>
          <w:b w:val="0"/>
          <w:i w:val="0"/>
        </w:rPr>
        <w:t>Virginia giữ giọng điệu thản nhiên. Chúng có đủ giá trị để được thêm vào bản kiểm kê không?</w:t>
      </w:r>
    </w:p>
    <w:p>
      <w:pPr>
        <w:spacing w:after="80"/>
      </w:pPr>
      <w:r>
        <w:rPr>
          <w:b w:val="0"/>
          <w:i w:val="0"/>
        </w:rPr>
        <w:t>Không còn nghi ngờ gì nữa, nếu chúng hóa ra là đồ gốc. Một cặp tương tự, nhưng nhỏ hơn nhiều so với của ngài, đã được đem ra đấu giá ở New York vài năm trước, và giá gõ búa là hơn một triệu đô la. Tôi đã chụp vài bức ảnh của chúng, Poltimore tiếp tục, đặc biệt là các dấu hiệu đặc trưng trên đế, mà tôi sẽ cho chuyên gia Trung Quốc của chúng tôi xem ngay khi về đến Bond Street. Tôi sẽ viết thư để cho ngài biết ý kiến của ông ấy.</w:t>
      </w:r>
    </w:p>
    <w:p>
      <w:pPr>
        <w:spacing w:after="80"/>
      </w:pPr>
      <w:r>
        <w:rPr>
          <w:b w:val="0"/>
          <w:i w:val="0"/>
        </w:rPr>
        <w:t>Tôi muốn anh gọi điện cho tôi hơn, Virginia nói. Tôi không muốn làm công tước nuôi hy vọng, rồi lại phát hiện đó là báo động giả.</w:t>
      </w:r>
    </w:p>
    <w:p>
      <w:pPr>
        <w:spacing w:after="80"/>
      </w:pPr>
      <w:r>
        <w:rPr>
          <w:b w:val="0"/>
          <w:i w:val="0"/>
        </w:rPr>
        <w:t>Tôi sẽ gọi cho ngài vào khoảng ngày mai, Poltimore hứa.</w:t>
      </w:r>
    </w:p>
    <w:p>
      <w:pPr>
        <w:spacing w:after="80"/>
      </w:pPr>
      <w:r>
        <w:rPr>
          <w:b w:val="0"/>
          <w:i w:val="0"/>
        </w:rPr>
        <w:t>Tốt, vậy là xong, Virginia nói, khi một người hầu bước ra mang theo một chiếc va li mà anh ta đặt vào cốp xe.</w:t>
      </w:r>
    </w:p>
    <w:p>
      <w:pPr>
        <w:spacing w:after="80"/>
      </w:pPr>
      <w:r>
        <w:rPr>
          <w:b w:val="0"/>
          <w:i w:val="0"/>
        </w:rPr>
        <w:t>Tôi xin chào tạm biệt ngài bây giờ, thưa phu nhân.</w:t>
      </w:r>
    </w:p>
    <w:p>
      <w:pPr>
        <w:spacing w:after="80"/>
      </w:pPr>
      <w:r>
        <w:rPr>
          <w:b w:val="0"/>
          <w:i w:val="0"/>
        </w:rPr>
        <w:t>Chưa vội, ông Poltimore, Virginia nói, rồi ngồi cùng anh ở hàng ghế sau. Cô chờ đến khi họ khởi hành xuống con đường dẫn ra khỏi dinh thự mới thì thầm, Nếu công tước quyết định bán những chiếc bình, anh sẽ khuyên ông ấy làm thế nào?</w:t>
      </w:r>
    </w:p>
    <w:p>
      <w:pPr>
        <w:spacing w:after="80"/>
      </w:pPr>
      <w:r>
        <w:rPr>
          <w:b w:val="0"/>
          <w:i w:val="0"/>
        </w:rPr>
        <w:t>Nếu chuyên gia của chúng tôi xác nhận chúng là đồ thời nhà Minh, chúng tôi sẽ tư vấn cho ngài phiên đấu giá nào là phù hợp nhất cho một món đồ có tầm quan trọng lịch sử như vậy.</w:t>
      </w:r>
    </w:p>
    <w:p>
      <w:pPr>
        <w:spacing w:after="80"/>
      </w:pPr>
      <w:r>
        <w:rPr>
          <w:b w:val="0"/>
          <w:i w:val="0"/>
        </w:rPr>
        <w:t>Nếu có thể, tôi muốn bán chúng với ít phiền phức nhất và kín đáo nhất.</w:t>
      </w:r>
    </w:p>
    <w:p>
      <w:pPr>
        <w:spacing w:after="80"/>
      </w:pPr>
      <w:r>
        <w:rPr>
          <w:b w:val="0"/>
          <w:i w:val="0"/>
        </w:rPr>
        <w:t>Tất nhiên rồi, thưa phu nhân, Poltimore nói. Nhưng tôi phải chỉ ra rằng nếu tên Hertford được gắn với những chiếc bình, người ta có thể kỳ vọng chúng sẽ thu được giá cao hơn nhiều. Tôi chắc ngài biết rằng có hai điều thực sự quan trọng khi một phát hiện có tầm quan trọng tiềm năng như vậy được đem ra đấu giá: nguồn gốc xuất xứ, và lần cuối cùng món đồ xuất hiện trên thị trường. Vậy nên nếu ngài có thể kết hợp tên Hertford với ba trăm năm lịch sử, thẳng thắn mà nói thì đó sẽ là giấc mơ của bất kỳ nhà đấu giá nào.</w:t>
      </w:r>
    </w:p>
    <w:p>
      <w:pPr>
        <w:spacing w:after="80"/>
      </w:pPr>
      <w:r>
        <w:rPr>
          <w:b w:val="0"/>
          <w:i w:val="0"/>
        </w:rPr>
        <w:t>Đúng vậy, tôi có thể thấy điều đó sẽ tạo nên sự khác biệt, Virginia nói, nhưng vì những lý do cá nhân, công tước có thể muốn giữ ẩn danh.</w:t>
      </w:r>
    </w:p>
    <w:p>
      <w:pPr>
        <w:spacing w:after="80"/>
      </w:pPr>
      <w:r>
        <w:rPr>
          <w:b w:val="0"/>
          <w:i w:val="0"/>
        </w:rPr>
        <w:t>Dù anh quyết định thế nào thì đương nhiên bọn tôi cũng sẽ tuân theo ý anh, Poltimore nói khi xe dừng lại trước ga.</w:t>
      </w:r>
    </w:p>
    <w:p>
      <w:pPr>
        <w:spacing w:after="80"/>
      </w:pPr>
      <w:r>
        <w:rPr>
          <w:b w:val="0"/>
          <w:i w:val="0"/>
        </w:rPr>
        <w:t>Người tài xế mở cửa để nữ công tước bước xuống</w:t>
      </w:r>
    </w:p>
    <w:p>
      <w:pPr>
        <w:spacing w:after="80"/>
      </w:pPr>
      <w:r>
        <w:rPr>
          <w:b w:val="0"/>
          <w:i w:val="0"/>
        </w:rPr>
        <w:t>ra ngoài.</w:t>
      </w:r>
    </w:p>
    <w:p>
      <w:pPr>
        <w:spacing w:after="80"/>
      </w:pPr>
      <w:r>
        <w:rPr>
          <w:b w:val="0"/>
          <w:i w:val="0"/>
        </w:rPr>
        <w:t>Tôi rất mong nhận được hồi âm của ông, ông Poltimore, cô nói, khi đoàn tàu tiến vào ga.</w:t>
      </w:r>
    </w:p>
    <w:p>
      <w:pPr>
        <w:spacing w:after="80"/>
      </w:pPr>
      <w:r>
        <w:rPr>
          <w:b w:val="0"/>
          <w:i w:val="0"/>
        </w:rPr>
        <w:t>Tôi sẽ gọi cho ngài ngay khi có tin tức, và dù ngài đưa ra quyết định nào, xin hãy yên tâm rằng Sothebys sẽ tự hào được phục vụ ngài với sự kín đáo tối đa. Ông khẽ gật đầu trước khi bước lên xe.</w:t>
      </w:r>
    </w:p>
    <w:p>
      <w:pPr>
        <w:spacing w:after="80"/>
      </w:pPr>
      <w:r>
        <w:rPr>
          <w:b w:val="0"/>
          <w:i w:val="0"/>
        </w:rPr>
        <w:t>Virginia không quay lại xe, mà băng qua cầu đi bộ để đến sân ga số hai, và chỉ phải đợi vài phút trước khi chuyến tàu London vào ga. Khi cô vẫy tay chào công tước, ông đáp lại cô bằng một nụ cười rạng rỡ.</w:t>
      </w:r>
    </w:p>
    <w:p>
      <w:pPr>
        <w:spacing w:after="80"/>
      </w:pPr>
      <w:r>
        <w:rPr>
          <w:b w:val="0"/>
          <w:i w:val="0"/>
        </w:rPr>
        <w:t>Thật tốt khi bà đến gặp tôi, bà bạn già ạ, ông nói, cúi xuống hôn bà.</w:t>
      </w:r>
    </w:p>
    <w:p>
      <w:pPr>
        <w:spacing w:after="80"/>
      </w:pPr>
      <w:r>
        <w:rPr>
          <w:b w:val="0"/>
          <w:i w:val="0"/>
        </w:rPr>
        <w:t>Đừng có ngốc thế, Perry, tớ không thể chờ được để gặp cậu.</w:t>
      </w:r>
    </w:p>
    <w:p>
      <w:pPr>
        <w:spacing w:after="80"/>
      </w:pPr>
      <w:r>
        <w:rPr>
          <w:b w:val="0"/>
          <w:i w:val="0"/>
        </w:rPr>
        <w:t>Có chuyện gì thú vị xảy ra trong lúc ta đi vắng không? công tước hỏi khi đưa tấm vé cho trưởng ga.</w:t>
      </w:r>
    </w:p>
    <w:p>
      <w:pPr>
        <w:spacing w:after="80"/>
      </w:pPr>
      <w:r>
        <w:rPr>
          <w:b w:val="0"/>
          <w:i w:val="0"/>
        </w:rPr>
        <w:t>Tôi đã trồng một luống hoa fuchsia, chắc sẽ nở vào mùa hè, nhưng thật lòng mà nói tôi còn tò mò hơn muốn nghe mọi chuyện đã xảy ra ở bữa tiệc của trung đoàn anh.</w:t>
      </w:r>
    </w:p>
    <w:p>
      <w:pPr>
        <w:jc w:val="center"/>
      </w:pPr>
      <w:r>
        <w:drawing>
          <wp:inline xmlns:a="http://schemas.openxmlformats.org/drawingml/2006/main" xmlns:pic="http://schemas.openxmlformats.org/drawingml/2006/picture">
            <wp:extent cx="304800" cy="85725"/>
            <wp:docPr id="106" name="Picture 10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Poltimore giữ đúng lời hứa, và gọi điện vào chiều hôm sau để báo cho Virginia biết rằng ông Li Wong, chuyên gia về đồ Trung Quốc của Sotheby's, đã nghiên cứu các bức ảnh chụp những chiếc bình, đặc biệt là những dấu hiệu đặc trưng dưới đáy bình, và khá tin chắc rằng chúng thuộc thời nhà Minh. Tuy nhiên, ông nhấn mạnh rằng ông cần tận mắt kiểm tra chúng trước khi có thể đưa ra phán quyết cuối cùng.</w:t>
      </w:r>
    </w:p>
    <w:p>
      <w:pPr>
        <w:spacing w:after="80"/>
      </w:pPr>
      <w:r>
        <w:rPr>
          <w:b w:val="0"/>
          <w:i w:val="0"/>
        </w:rPr>
        <w:t>Li xuất hiện hai tuần sau đó, đúng lúc công tước đang đến thăm bác sĩ của mình ở phố Harley để khám sức khỏe định kỳ hằng năm. Ông không cần phải ở lại qua đêm, vì chỉ vài phút là đủ để thuyết phục ông rằng hai chiếc bình là những tác phẩm thiên tài, sẽ khơi dậy sự quan tâm toàn cầu trong giới sưu tầm hàng đầu Trung Quốc. Ông cũng có thể bổ sung thêm một bằng chứng học thuật để củng cố.</w:t>
      </w:r>
    </w:p>
    <w:p>
      <w:pPr>
        <w:spacing w:after="80"/>
      </w:pPr>
      <w:r>
        <w:rPr>
          <w:b w:val="0"/>
          <w:i w:val="0"/>
        </w:rPr>
        <w:t>Sau một ngày ở Bảo tàng Anh, ông đã tình cờ thấy một tài liệu cho rằng Công tước thứ tư xứ Hertford đã dẫn đầu một phái đoàn ngoại giao đến Bắc Kinh vào khoảng đầu thế kỷ mười chín, thay mặt chính phủ của Hoàng thượng, và hai chiếc bình có lẽ là quà tặng của Hoàng đế Gia Khánh để đánh dấu dịp đó. Li tiếp tục nhắc bà công tước, hơn một lần, rằng bằng chứng lịch sử này sẽ làm tăng đáng kể giá trị của các món đồ. Món quà gồm hai chiếc bình Minh từ một vị hoàng đế dành cho một công tước đại diện cho một vị vua sẽ khiến cả thế giới đấu giá xôn xao.</w:t>
      </w:r>
    </w:p>
    <w:p>
      <w:pPr>
        <w:spacing w:after="80"/>
      </w:pPr>
      <w:r>
        <w:rPr>
          <w:b w:val="0"/>
          <w:i w:val="0"/>
        </w:rPr>
        <w:t>Li rõ ràng thất vọng khi Virginia nói với anh rằng nếu công tước có ý định chia tay với mấy chiếc bình, thì rất khó có chuyện ông ấy muốn cả thế giới biết mình đang bán đi một bảo vật gia truyền.</w:t>
      </w:r>
    </w:p>
    <w:p>
      <w:pPr>
        <w:spacing w:after="80"/>
      </w:pPr>
      <w:r>
        <w:rPr>
          <w:b w:val="0"/>
          <w:i w:val="0"/>
        </w:rPr>
        <w:t>Có lẽ ngài công tước sẽ đồng ý với cách gọi đơn giản, tài sản của một quý tộc chứ? — vị chuyên gia Trung Quốc gợi ý.</w:t>
      </w:r>
    </w:p>
    <w:p>
      <w:pPr>
        <w:spacing w:after="80"/>
      </w:pPr>
      <w:r>
        <w:rPr>
          <w:b w:val="0"/>
          <w:i w:val="0"/>
        </w:rPr>
        <w:t>Một sự thỏa hiệp hết sức hài lòng, nữ công tước đồng ý, người không tiễn Li ra ga, vì anh sẽ về London an toàn từ lâu trước khi công tước lên chuyến tàu đến Hertford.</w:t>
      </w:r>
    </w:p>
    <w:p>
      <w:pPr>
        <w:jc w:val="center"/>
      </w:pPr>
      <w:r>
        <w:drawing>
          <wp:inline xmlns:a="http://schemas.openxmlformats.org/drawingml/2006/main" xmlns:pic="http://schemas.openxmlformats.org/drawingml/2006/picture">
            <wp:extent cx="304800" cy="85725"/>
            <wp:docPr id="107" name="Picture 10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Virginia gõ cửa phòng làm việc của công tước, nó gợi lại ký ức về việc bị cha gọi đến để nghe bài giảng về những khuyết điểm của mình. Nhưng không phải hôm nay. Cô sắp được nghe những chi tiết tinh tế trong di chúc của Perry.</w:t>
      </w:r>
    </w:p>
    <w:p>
      <w:pPr>
        <w:spacing w:after="80"/>
      </w:pPr>
      <w:r>
        <w:rPr>
          <w:b w:val="0"/>
          <w:i w:val="0"/>
        </w:rPr>
        <w:t>Ông đã yêu cầu cô trong bữa sáng đến gặp ông ở phòng làm việc khoảng mười một giờ, vì ông sẽ gặp luật sư của gia đình lúc mười giờ để thảo luận về nội dung di chúc, và đặc biệt là cách diễn đạt của bản tu chính dự kiến. Ông nhắc Virginia rằng cô vẫn chưa nói cho ông biết liệu có thứ gì cô đặc biệt muốn làm kỷ vật không.</w:t>
      </w:r>
    </w:p>
    <w:p>
      <w:pPr>
        <w:spacing w:after="80"/>
      </w:pPr>
      <w:r>
        <w:rPr>
          <w:b w:val="0"/>
          <w:i w:val="0"/>
        </w:rPr>
        <w:t>Khi cô bước vào phòng làm việc của chồng, Perry và luật sư lập tức đứng dậy khỏi chỗ ngồi và đứng yên cho đến khi cô ngồi vào ghế giữa hai người.</w:t>
      </w:r>
    </w:p>
    <w:p>
      <w:pPr>
        <w:spacing w:after="80"/>
      </w:pPr>
      <w:r>
        <w:rPr>
          <w:b w:val="0"/>
          <w:i w:val="0"/>
        </w:rPr>
        <w:t>Thời điểm của em không thể tốt hơn, Perry nói, vì anh vừa đồng ý cách diễn đạt của một bản tu chính mới liên quan đến em, và ông Blatchford sẽ đính kèm nó vào di chúc của anh.</w:t>
      </w:r>
    </w:p>
    <w:p>
      <w:pPr>
        <w:spacing w:after="80"/>
      </w:pPr>
      <w:r>
        <w:rPr>
          <w:b w:val="0"/>
          <w:i w:val="0"/>
        </w:rPr>
        <w:t>Virginia cúi đầu.</w:t>
      </w:r>
    </w:p>
    <w:p>
      <w:pPr>
        <w:spacing w:after="80"/>
      </w:pPr>
      <w:r>
        <w:rPr>
          <w:b w:val="0"/>
          <w:i w:val="0"/>
        </w:rPr>
        <w:t>Tôi e rằng, ông Blatchford, công tước nói, vợ tôi thấy toàn bộ trải nghiệm này hơi đau lòng, nhưng tôi đã thuyết phục được cô ấy rằng người ta phải giải quyết những việc như vậy nếu không muốn sở thuế trở thành người thân kế tiếp của mình. Blatchford gật đầu đầy khôn ngoan. Có lẽ ông vui lòng dẫn nữ công tước qua các chi tiết của bản tu chính, để chúng ta không bao giờ phải đề cập đến chủ đề này nữa.</w:t>
      </w:r>
    </w:p>
    <w:p>
      <w:pPr>
        <w:spacing w:after="80"/>
      </w:pPr>
      <w:r>
        <w:rPr>
          <w:b w:val="0"/>
          <w:i w:val="0"/>
        </w:rPr>
        <w:t>Chắc chắn rồi, thưa ngài, vị luật sư lớn tuổi nói, người trông như thể có thể chết trước Perry. Khi công tước qua đời, ông tiếp tục, bà sẽ được cấp một ngôi nhà trong điền trang cùng với nhân viên phù hợp để hỗ trợ bà. Bà cũng sẽ nhận được một khoản trợ cấp hàng tháng năm nghìn bảng.</w:t>
      </w:r>
    </w:p>
    <w:p>
      <w:pPr>
        <w:spacing w:after="80"/>
      </w:pPr>
      <w:r>
        <w:rPr>
          <w:b w:val="0"/>
          <w:i w:val="0"/>
        </w:rPr>
        <w:t>Thế có đủ không, bà già? công tước ngắt lời.</w:t>
      </w:r>
    </w:p>
    <w:p>
      <w:pPr>
        <w:spacing w:after="80"/>
      </w:pPr>
      <w:r>
        <w:rPr>
          <w:b w:val="0"/>
          <w:i w:val="0"/>
        </w:rPr>
        <w:t>Quá đủ rồi, anh yêu, Virginia nói khẽ. Đừng quên rằng người anh trai thân yêu của em vẫn chu cấp cho em một khoản trợ cấp hàng tháng mà em chẳng bao giờ tiêu hết.</w:t>
      </w:r>
    </w:p>
    <w:p>
      <w:pPr>
        <w:spacing w:after="80"/>
      </w:pPr>
      <w:r>
        <w:rPr>
          <w:b w:val="0"/>
          <w:i w:val="0"/>
        </w:rPr>
        <w:t>Tôi hiểu, Blatchford tiếp tục, rằng công tước đã yêu cầu bà chọn một kỷ vật cá nhân để nhớ về ông ấy. Tôi tự hỏi liệu bà đã quyết định đó là gì chưa?</w:t>
      </w:r>
    </w:p>
    <w:p>
      <w:pPr>
        <w:spacing w:after="80"/>
      </w:pPr>
      <w:r>
        <w:rPr>
          <w:b w:val="0"/>
          <w:i w:val="0"/>
        </w:rPr>
        <w:t>Một lúc sau Virginia mới ngẩng đầu lên và nói, Perry có một cây gậy chống sẽ nhắc em nhớ về anh mỗi khi em đi dạo buổi tối quanh khu vườn.</w:t>
      </w:r>
    </w:p>
    <w:p>
      <w:pPr>
        <w:spacing w:after="80"/>
      </w:pPr>
      <w:r>
        <w:rPr>
          <w:b w:val="0"/>
          <w:i w:val="0"/>
        </w:rPr>
        <w:t>Chắc chắn bà muốn thứ gì đó đáng kể hơn thế chứ, bà già?</w:t>
      </w:r>
    </w:p>
    <w:p>
      <w:pPr>
        <w:spacing w:after="80"/>
      </w:pPr>
      <w:r>
        <w:rPr>
          <w:b w:val="0"/>
          <w:i w:val="0"/>
        </w:rPr>
        <w:t>Không, thế là quá đủ rồi, anh yêu. Virginia im lặng một lúc trước khi nói thêm, Mặc dù em thú nhận có vài chiếc bình cũ phủ bụi dưới tầng hầm mà em luôn ngưỡng mộ, nhưng chỉ khi anh có thể chịu đựng rời xa chúng. Virginia nín thở.</w:t>
      </w:r>
    </w:p>
    <w:p>
      <w:pPr>
        <w:spacing w:after="80"/>
      </w:pPr>
      <w:r>
        <w:rPr>
          <w:b w:val="0"/>
          <w:i w:val="0"/>
        </w:rPr>
        <w:t>Không có đề cập nào về chúng trong bản kiểm kê của gia đình, Blatchford nói, vậy nếu ngài cho phép, thưa ngài, tôi sẽ thêm cây gậy chống cùng với cặp bình vào bản tu chính, rồi ngài có thể sao chép bản cuối cùng.</w:t>
      </w:r>
    </w:p>
    <w:p>
      <w:pPr>
        <w:spacing w:after="80"/>
      </w:pPr>
      <w:r>
        <w:rPr>
          <w:b w:val="0"/>
          <w:i w:val="0"/>
        </w:rPr>
        <w:t>Tất nhiên, tất nhiên, công tước nói, người đã không xuống tầng hầm từ khi còn là một cậu bé.</w:t>
      </w:r>
    </w:p>
    <w:p>
      <w:pPr>
        <w:spacing w:after="80"/>
      </w:pPr>
      <w:r>
        <w:rPr>
          <w:b w:val="0"/>
          <w:i w:val="0"/>
        </w:rPr>
        <w:t>Cảm ơn Perry, Virginia nói, anh thật là hào phóng. Nhân lúc ông ở đây, thưa ông Blatchford, tôi có thể xin ông chỉ dẫn về một việc khác không?</w:t>
      </w:r>
    </w:p>
    <w:p>
      <w:pPr>
        <w:spacing w:after="80"/>
      </w:pPr>
      <w:r>
        <w:rPr>
          <w:b w:val="0"/>
          <w:i w:val="0"/>
        </w:rPr>
        <w:t>Tất nhiên rồi, thưa Điện hạ.</w:t>
      </w:r>
    </w:p>
    <w:p>
      <w:pPr>
        <w:spacing w:after="80"/>
      </w:pPr>
      <w:r>
        <w:rPr>
          <w:b w:val="0"/>
          <w:i w:val="0"/>
        </w:rPr>
        <w:t>Có lẽ tôi cũng nên nghĩ đến việc lập di chúc.</w:t>
      </w:r>
    </w:p>
    <w:p>
      <w:pPr>
        <w:spacing w:after="80"/>
      </w:pPr>
      <w:r>
        <w:rPr>
          <w:b w:val="0"/>
          <w:i w:val="0"/>
        </w:rPr>
        <w:t>Rất sáng suốt, nếu tôi được phép nói vậy, thưa Điện hạ. Tôi rất vui lòng soạn một bản cho người. Có lẽ tôi có thể hẹn gặp người vào một dịp khác?</w:t>
      </w:r>
    </w:p>
    <w:p>
      <w:pPr>
        <w:spacing w:after="80"/>
      </w:pPr>
      <w:r>
        <w:rPr>
          <w:b w:val="0"/>
          <w:i w:val="0"/>
        </w:rPr>
        <w:t>Không cần đâu, ông Blatchford. Tôi định để lại toàn bộ tài sản của mình cho người chồng yêu quý của tôi.</w:t>
      </w:r>
    </w:p>
    <w:p>
      <w:pPr>
        <w:pStyle w:val="Heading1"/>
        <w:jc w:val="center"/>
      </w:pPr>
      <w:r>
        <w:rPr>
          <w:rFonts w:ascii="Calibri" w:hAnsi="Calibri"/>
          <w:b/>
          <w:i w:val="0"/>
          <w:sz w:val="40"/>
        </w:rPr>
        <w:t>33</w:t>
      </w:r>
    </w:p>
    <w:p>
      <w:pPr>
        <w:spacing w:after="80"/>
      </w:pPr>
      <w:r>
        <w:rPr>
          <w:b w:val="0"/>
          <w:i w:val="0"/>
        </w:rPr>
        <w:t>HAI MƯƠI PHÚT SAU, một chiếc xe cứu thương, còi hú vang, dừng lại trước cổng lâu đài.</w:t>
      </w:r>
    </w:p>
    <w:p>
      <w:pPr>
        <w:spacing w:after="80"/>
      </w:pPr>
      <w:r>
        <w:rPr>
          <w:b w:val="0"/>
          <w:i w:val="0"/>
        </w:rPr>
        <w:t>Hai nhân viên hộ lý, dưới sự chỉ dẫn của Virginia, nhanh chóng theo cô lên phòng ngủ của công tước. Họ nhẹ nhàng nâng ông lên cáng rồi từ từ đi xuống cầu thang. Cô nắm tay Perry và anh cố gắng nở một nụ cười yếu ớt khi họ đưa anh lên xe cứu thương.</w:t>
      </w:r>
    </w:p>
    <w:p>
      <w:pPr>
        <w:spacing w:after="80"/>
      </w:pPr>
      <w:r>
        <w:rPr>
          <w:b w:val="0"/>
          <w:i w:val="0"/>
        </w:rPr>
        <w:t>Virginia leo lên và ngồi trên ghế băng cạnh chồng, không bao giờ buông tay anh khi xe cứu thương lao đi qua vùng nông thôn. Sau hai mươi phút nữa, họ đến bệnh viện nhỏ của địa phương.</w:t>
      </w:r>
    </w:p>
    <w:p>
      <w:pPr>
        <w:spacing w:after="80"/>
      </w:pPr>
      <w:r>
        <w:rPr>
          <w:b w:val="0"/>
          <w:i w:val="0"/>
        </w:rPr>
        <w:t>Một bác sĩ, hai y tá và ba nhân viên hộ lý đang chờ họ. Công tước được đưa lên xe đẩy, rồi được đẩy qua cánh cửa mở vào một phòng riêng đã được chuẩn bị vội vàng.</w:t>
      </w:r>
    </w:p>
    <w:p>
      <w:pPr>
        <w:spacing w:after="80"/>
      </w:pPr>
      <w:r>
        <w:rPr>
          <w:b w:val="0"/>
          <w:i w:val="0"/>
        </w:rPr>
        <w:t>Cả ba bác sĩ khám cho ông đều đi đến cùng một kết luận: một cơn đau tim nhẹ. Bất chấp chẩn đoán của họ, bác sĩ chuyên khoa cấp cao nhất khăng khăng rằng ông phải ở lại bệnh viện để làm thêm các xét nghiệm.</w:t>
      </w:r>
    </w:p>
    <w:p>
      <w:pPr>
        <w:jc w:val="center"/>
      </w:pPr>
      <w:r>
        <w:drawing>
          <wp:inline xmlns:a="http://schemas.openxmlformats.org/drawingml/2006/main" xmlns:pic="http://schemas.openxmlformats.org/drawingml/2006/picture">
            <wp:extent cx="304800" cy="85725"/>
            <wp:docPr id="108" name="Picture 10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Virginia đến thăm Perry ở bệnh viện mỗi sáng, và dù anh liên tục nói với cô rằng anh hoàn toàn khỏe mạnh, các bác sĩ không đồng ý cho anh xuất viện cho đến khi họ tin chắc anh đã hồi phục hoàn toàn, và Virginia đã nói rõ, ngay trước mặt Y tá trưởng, rằng ông phải thực hiện đúng từng chữ chỉ dẫn của bác sĩ.</w:t>
      </w:r>
    </w:p>
    <w:p>
      <w:pPr>
        <w:spacing w:after="80"/>
      </w:pPr>
      <w:r>
        <w:rPr>
          <w:b w:val="0"/>
          <w:i w:val="0"/>
        </w:rPr>
        <w:t>Ngày hôm sau, cô gọi điện cho từng người con của công tước, nhắc lại chẩn đoán của bác sĩ về một cơn đau tim nhẹ, và miễn là ông chịu vận động và cẩn thận trong ăn uống, thì không có lý do gì để tin rằng ông sẽ không sống thêm nhiều năm nữa. Virginia nhấn mạnh rằng các bác sĩ không thấy cần thiết để họ phải vội vã về nhà, và cô mong được gặp tất cả họ vào dịp Giáng sinh.</w:t>
      </w:r>
    </w:p>
    <w:p>
      <w:pPr>
        <w:spacing w:after="80"/>
      </w:pPr>
      <w:r>
        <w:rPr>
          <w:b w:val="0"/>
          <w:i w:val="0"/>
        </w:rPr>
        <w:t>Chế độ ăn dưa hấu, cá luộc và salad rau xanh không sốt không cải thiện được tính khí của công tước, và khi ông cuối cùng được xuất viện sau một tuần, Y tá trưởng trao cho Virginia một danh sách những việc nên và không nên làm: không đường, không tinh bột, không đồ chiên, và chỉ một ly rượu vang vào bữa tối, sau đó không được uống brandy hay hút xì gà. Bà giải thích rằng điều quan trọng không kém là ông nên đi bộ trong không khí trong lành một giờ mỗi ngày. Y tá trưởng đưa cho Virginia một bản sao chế độ ăn được bệnh viện khuyến nghị, và Virginia hứa sẽ đưa cho Đầu bếp ngay khi họ về đến nhà.</w:t>
      </w:r>
    </w:p>
    <w:p>
      <w:pPr>
        <w:spacing w:after="80"/>
      </w:pPr>
      <w:r>
        <w:rPr>
          <w:b w:val="0"/>
          <w:i w:val="0"/>
        </w:rPr>
        <w:t xml:space="preserve">Đầu bếp không bao giờ nhìn thấy tờ chế độ ăn của Y tá trưởng, và để công tước bắt đầu ngày mới như ông vẫn thường làm, với một bát cháo yến mạch và đường nâu, tiếp theo là trứng chiên, xúc xích, hai lát thịt xông khói và đậu nướng (món ông yêu thích), phủ đầy nước sốt HP. Món này đi kèm bánh mì nướng trắng với bơ và mứt cam cùng cà phê nóng hổi với hai thìa đường. Sau đó ông sẽ rút vào phòng làm việc đọc </w:t>
      </w:r>
      <w:r>
        <w:rPr>
          <w:b w:val="0"/>
          <w:i/>
        </w:rPr>
        <w:t>The Times</w:t>
      </w:r>
      <w:r>
        <w:rPr>
          <w:b w:val="0"/>
          <w:i w:val="0"/>
        </w:rPr>
        <w:t>, nơi một gói thuốc Silk Cut đã được đặt sẵn trên tay vịn ghế của ông. Khoảng mười một giờ ba mươi, quản gia sẽ mang đến cho ông một cốc sô-cô-la nóng và một lát bánh cà phê, phòng khi ông thấy hơi đói, giúp ông cầm cự đến bữa trưa.</w:t>
      </w:r>
    </w:p>
    <w:p>
      <w:pPr>
        <w:spacing w:after="80"/>
      </w:pPr>
      <w:r>
        <w:rPr>
          <w:b w:val="0"/>
          <w:i w:val="0"/>
        </w:rPr>
        <w:t>Bữa trưa gồm có cá, đúng như Y tá trưởng đã khuyến nghị. Tuy nhiên, cá không phải luộc mà là chiên bột, với một bát khoai tây chiên lớn để bên cạnh. Bánh pudding sô-cô-la mà Y tá trưởng chẳng hề nhắc đến sô-cô-la hiếm khi bị công tước từ chối, tiếp theo là thêm cà phê và điếu xì gà đầu tiên trong ngày.</w:t>
      </w:r>
    </w:p>
    <w:p>
      <w:pPr>
        <w:spacing w:after="80"/>
      </w:pPr>
      <w:r>
        <w:rPr>
          <w:b w:val="0"/>
          <w:i w:val="0"/>
        </w:rPr>
        <w:t>Virginia cho phép ông chợp mắt một giấc buổi chiều, trước khi đánh thức ông dậy để đi dạo một vòng dài quanh khu điền trang, giúp ông có cảm giác thèm ăn cho bữa kế tiếp. Sau khi thay đồ để dùng bữa tối, công tước sẽ thưởng thức một ly sherry, có khi hai ly, trước khi bước vào phòng ăn, nơi Virginia đặc biệt quan tâm đến việc chọn những loại rượu vang đi kèm bữa ăn của họ. Đầu bếp biết rõ rằng công tước không thích gì hơn một miếng thịt bò thăn sirloin tái, ăn kèm khoai tây nướng và đầy đủ các món phụ. Đầu bếp cảm thấy việc giữ cho ngài công tước vui vẻ chính là bổn phận của mình, và chẳng phải ông luôn ăn thêm phần thứ hai của mọi món đó sao?</w:t>
      </w:r>
    </w:p>
    <w:p>
      <w:pPr>
        <w:spacing w:after="80"/>
      </w:pPr>
      <w:r>
        <w:rPr>
          <w:b w:val="0"/>
          <w:i w:val="0"/>
        </w:rPr>
        <w:t>Sau bữa tối, quản gia sẽ cẩn thận rót một ly brandy cỡ lớn và cắt đầu điếu xì gà Havana của công tước trước khi châm lửa. Khi cuối cùng họ lui về phòng ngủ, Virginia làm mọi thứ trong khả năng để kích thích công tước, và dù hiếm khi thành công, ông luôn chìm vào giấc ngủ trong trạng thái kiệt sức.</w:t>
      </w:r>
    </w:p>
    <w:p>
      <w:pPr>
        <w:spacing w:after="80"/>
      </w:pPr>
      <w:r>
        <w:rPr>
          <w:b w:val="0"/>
          <w:i w:val="0"/>
        </w:rPr>
        <w:t>Virginia tuân thủ nếp sinh hoạt của mình một cách nô lệ, chiều chuộng từng ý thích nhỏ nhặt nhất của chồng, trong khi với bất kỳ người ngoài nào trông vào đều thấy cô chu đáo, ân cần và hết mực tận tụy. Cô không bình luận gì khi ông không còn tự cài được cúc quần, hay ngủ gật những giấc dài vào buổi chiều, và nói với bất cứ ai hỏi rằng, Tôi chưa từng thấy ông ấy khỏe hơn thế, và tôi sẽ không ngạc nhiên nếu ông ấy sống đến trăm tuổi, mặc dù đó không hẳn là điều cô nghĩ trong đầu.</w:t>
      </w:r>
    </w:p>
    <w:p>
      <w:pPr>
        <w:jc w:val="center"/>
      </w:pPr>
      <w:r>
        <w:drawing>
          <wp:inline xmlns:a="http://schemas.openxmlformats.org/drawingml/2006/main" xmlns:pic="http://schemas.openxmlformats.org/drawingml/2006/picture">
            <wp:extent cx="304800" cy="85725"/>
            <wp:docPr id="109" name="Picture 10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Virginia dành khá nhiều thời gian để chuẩn bị cho sinh nhật lần thứ bảy mươi hai của Perry. Một dịp đặc biệt, đó là cách cô mô tả với tất cả mọi người, dịp mà công tước nên được phép, chỉ một lần này thôi, nuông chiều bản thân.</w:t>
      </w:r>
    </w:p>
    <w:p>
      <w:pPr>
        <w:spacing w:after="80"/>
      </w:pPr>
      <w:r>
        <w:rPr>
          <w:b w:val="0"/>
          <w:i w:val="0"/>
        </w:rPr>
        <w:t>Sau khi thưởng thức một bữa sáng thịnh soạn, Perry đi bắn gà lôi cùng đám bạn, kẹp khẩu súng săn Purdey yêu thích dưới cánh tay, và một bình nhỏ whisky trong túi quần sau. Sáng hôm đó ông sung sức nhất và hạ được hai mươi mốt con chim trước khi quay về lâu đài, kiệt sức.</w:t>
      </w:r>
    </w:p>
    <w:p>
      <w:pPr>
        <w:spacing w:after="80"/>
      </w:pPr>
      <w:r>
        <w:rPr>
          <w:b w:val="0"/>
          <w:i w:val="0"/>
        </w:rPr>
        <w:t>Tinh thần ông phấn chấn hẳn lên khi nhìn thấy gà sao, xúc xích, hành, khoai tây chiên và một bình nước sốt đặc. Một người đàn ông còn có thể đòi hỏi gì hơn nữa, ông hỏi đám bạn. Họ đồng ý hoàn toàn, và liên tục nâng ly chúc sức khỏe ông. Người cuối cùng trong số họ mãi đến lúc chạng vạng mới ra về, lúc đó ông đã ngủ thiếp đi.</w:t>
      </w:r>
    </w:p>
    <w:p>
      <w:pPr>
        <w:spacing w:after="80"/>
      </w:pPr>
      <w:r>
        <w:rPr>
          <w:b w:val="0"/>
          <w:i w:val="0"/>
        </w:rPr>
        <w:t>Em chăm sóc anh chu đáo quá, bà già ạ, ông nói khi Virginia đánh thức ông dậy vừa kịp lúc để thay đồ dùng bữa tối. Anh là một gã đàn ông may mắn lạ thường.</w:t>
      </w:r>
    </w:p>
    <w:p>
      <w:pPr>
        <w:spacing w:after="80"/>
      </w:pPr>
      <w:r>
        <w:rPr>
          <w:b w:val="0"/>
          <w:i w:val="0"/>
        </w:rPr>
        <w:t>Chà, đây là một dịp đặc biệt mà, anh yêu, Virginia nói, trao cho ông món quà sinh nhật của cô. Mắt ông sáng lên khi ông xé lớp giấy gói và phát hiện một hộp xì gà Romeo y Julieta.</w:t>
      </w:r>
    </w:p>
    <w:p>
      <w:pPr>
        <w:spacing w:after="80"/>
      </w:pPr>
      <w:r>
        <w:rPr>
          <w:b w:val="0"/>
          <w:i w:val="0"/>
        </w:rPr>
        <w:t>Loại yêu thích của Churchill, ông tuyên bố.</w:t>
      </w:r>
    </w:p>
    <w:p>
      <w:pPr>
        <w:spacing w:after="80"/>
      </w:pPr>
      <w:r>
        <w:rPr>
          <w:b w:val="0"/>
          <w:i w:val="0"/>
        </w:rPr>
        <w:t>Và ông ấy sống đến hơn chín mươi tuổi, Virginia nhắc ông.</w:t>
      </w:r>
    </w:p>
    <w:p>
      <w:pPr>
        <w:spacing w:after="80"/>
      </w:pPr>
      <w:r>
        <w:rPr>
          <w:b w:val="0"/>
          <w:i w:val="0"/>
        </w:rPr>
        <w:t>Trong bữa tối, công tước trông có vẻ hơi mệt. Tuy vậy, ông vẫn ăn hết phần bánh blancmange trước khi thưởng thức một ly brandy và điếu xì gà Churchill đầu tiên. Khi cuối cùng họ leo lên cầu thang ngay sau nửa đêm, ông phải bám chặt vào lan can khi khó nhọc bước từng bậc, cánh tay kia vòng chắc qua vai Virginia.</w:t>
      </w:r>
    </w:p>
    <w:p>
      <w:pPr>
        <w:spacing w:after="80"/>
      </w:pPr>
      <w:r>
        <w:rPr>
          <w:b w:val="0"/>
          <w:i w:val="0"/>
        </w:rPr>
        <w:t>Khi cuối cùng họ đến được phòng ngủ, ông chỉ đi thêm được vài bước nữa trước khi đổ sụp xuống giường. Virginia bắt đầu cởi đồ cho ông một cách chậm rãi, nhưng ông đã ngủ thiếp đi trước khi cô kịp cởi giày cho ông.</w:t>
      </w:r>
    </w:p>
    <w:p>
      <w:pPr>
        <w:spacing w:after="80"/>
      </w:pPr>
      <w:r>
        <w:rPr>
          <w:b w:val="0"/>
          <w:i w:val="0"/>
        </w:rPr>
        <w:t>Đến lúc cô cởi đồ và lên giường nằm cạnh ông, ông đang ngáy đều đều một cách thanh thản. Virginia chưa từng thấy ông trông mãn nguyện đến thế. Cô tắt đèn.</w:t>
      </w:r>
    </w:p>
    <w:p>
      <w:pPr>
        <w:jc w:val="center"/>
      </w:pPr>
      <w:r>
        <w:drawing>
          <wp:inline xmlns:a="http://schemas.openxmlformats.org/drawingml/2006/main" xmlns:pic="http://schemas.openxmlformats.org/drawingml/2006/picture">
            <wp:extent cx="304800" cy="85725"/>
            <wp:docPr id="110" name="Picture 11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Virginia thức dậy vào sáng hôm sau, cô quay người lại và thấy công tước vẫn còn nụ cười trên mặt. Cô kéo rèm cửa, quay lại bên giường và nhìn kỹ hơn. Cô thấy ông có vẻ hơi nhợt nhạt. Cô kiểm tra mạch của ông, nhưng không tìm thấy. Cô ngồi xuống cuối giường và suy nghĩ cẩn thận xem mình nên làm gì tiếp theo.</w:t>
      </w:r>
    </w:p>
    <w:p>
      <w:pPr>
        <w:spacing w:after="80"/>
      </w:pPr>
      <w:r>
        <w:rPr>
          <w:b w:val="0"/>
          <w:i w:val="0"/>
        </w:rPr>
        <w:t>Đầu tiên, cô dọn sạch mọi dấu vết của điếu xì gà và ly brandy, thay vào đó là một bát hạt và một bình nước có một lát chanh. Cô mở cửa sổ để đón chút không khí trong lành, và sau khi kiểm tra phòng lần thứ hai, cô ngồi xuống bàn trang điểm, kiểm tra lớp trang điểm và trấn tĩnh lại.</w:t>
      </w:r>
    </w:p>
    <w:p>
      <w:pPr>
        <w:spacing w:after="80"/>
      </w:pPr>
      <w:r>
        <w:rPr>
          <w:b w:val="0"/>
          <w:i w:val="0"/>
        </w:rPr>
        <w:t>Virginia để vài giây trôi qua trước khi cô hít một hơi thật sâu và thét lên một tiếng chói tai. Sau đó cô lao ra cửa và, lần đầu tiên kể từ khi cô kết hôn với Perry, rời khỏi phòng ngủ trong bộ áo choàng ngủ. Cô chạy xuống cầu thang rộng, và ngay khi nhìn thấy Lomax, giọng cô vỡ ra, cô nói, Gọi xe cấp cứu đi. Công tước lại lên cơn đau tim nữa rồi.</w:t>
      </w:r>
    </w:p>
    <w:p>
      <w:pPr>
        <w:spacing w:after="80"/>
      </w:pPr>
      <w:r>
        <w:rPr>
          <w:b w:val="0"/>
          <w:i w:val="0"/>
        </w:rPr>
        <w:t>Người quản gia lập tức nhấc điện thoại ở sảnh.</w:t>
      </w:r>
    </w:p>
    <w:p>
      <w:pPr>
        <w:spacing w:after="80"/>
      </w:pPr>
      <w:r>
        <w:rPr>
          <w:b w:val="0"/>
          <w:i w:val="0"/>
        </w:rPr>
        <w:t>Ba mươi phút sau, bác sĩ Ainsley đến, lúc đó Virginia đã thay đồ xong và đang đợi ông ở sảnh. Cô cùng ông đi vào phòng ngủ. Cuộc khám không mất nhiều thời gian trước khi ông nói với thái hậu công tước điều bà vốn đã biết.</w:t>
      </w:r>
    </w:p>
    <w:p>
      <w:pPr>
        <w:spacing w:after="80"/>
      </w:pPr>
      <w:r>
        <w:rPr>
          <w:b w:val="0"/>
          <w:i w:val="0"/>
        </w:rPr>
        <w:t>Virginia òa khóc và không ai có thể an ủi được cô. Tuy vậy, cô vẫn kịp gửi điện tín cho Clarence, Alice và Camilla, sau khi ra lệnh cho người quản gia dời hai chiếc bình hoa lam bạch khỏi hành lang dành cho người hầu và đặt chúng vào phòng ngủ của công tước. Lomax thấy khó hiểu trước yêu cầu đó, và tối hôm ấy ông nói với quản gia nữ: "Bà ấy không còn là chính mình nữa, tội nghiệp bà."</w:t>
      </w:r>
    </w:p>
    <w:p>
      <w:pPr>
        <w:spacing w:after="80"/>
      </w:pPr>
      <w:r>
        <w:rPr>
          <w:b w:val="0"/>
          <w:i w:val="0"/>
        </w:rPr>
        <w:t>Người tài xế còn bối rối hơn khi được lệnh chở hai chiếc bình xuống London và giao chúng tại Sotheby's trước khi tiếp tục đến Heathrow đón Clarence rồi đưa anh về Lâu đài Hertford.</w:t>
      </w:r>
    </w:p>
    <w:p>
      <w:pPr>
        <w:spacing w:after="80"/>
      </w:pPr>
      <w:r>
        <w:rPr>
          <w:b w:val="0"/>
          <w:i w:val="0"/>
        </w:rPr>
        <w:t xml:space="preserve">Thái hậu công tước mặc đồ đen, màu sắc hợp với bà, và trong bữa sáng nhẹ nhàng bà đọc cáo phó của công tước trên </w:t>
      </w:r>
      <w:r>
        <w:rPr>
          <w:b w:val="0"/>
          <w:i/>
        </w:rPr>
        <w:t>The Times</w:t>
      </w:r>
      <w:r>
        <w:rPr>
          <w:b w:val="0"/>
          <w:i w:val="0"/>
        </w:rPr>
        <w:t xml:space="preserve">, bài viết dài dòng khen ngợi nhưng lại ít nhắc đến thành tựu. Tuy nhiên, có một câu khiến bà mỉm cười: </w:t>
      </w:r>
      <w:r>
        <w:rPr>
          <w:b w:val="0"/>
          <w:i/>
        </w:rPr>
        <w:t>Công tước thứ mười ba xứ Hertford qua đời thanh thản trong giấc ngủ</w:t>
      </w:r>
      <w:r>
        <w:rPr>
          <w:b w:val="0"/>
          <w:i w:val="0"/>
        </w:rPr>
        <w:t>.</w:t>
      </w:r>
    </w:p>
    <w:p>
      <w:pPr>
        <w:pStyle w:val="Heading1"/>
        <w:jc w:val="center"/>
      </w:pPr>
      <w:r>
        <w:rPr>
          <w:rFonts w:ascii="Calibri" w:hAnsi="Calibri"/>
          <w:b/>
          <w:i w:val="0"/>
          <w:sz w:val="40"/>
        </w:rPr>
        <w:t>34</w:t>
      </w:r>
    </w:p>
    <w:p>
      <w:pPr>
        <w:spacing w:after="80"/>
      </w:pPr>
      <w:r>
        <w:rPr>
          <w:b w:val="0"/>
          <w:i w:val="0"/>
        </w:rPr>
        <w:t>Virginia đã suy nghĩ rất nhiều về cách mình nên hành xử trong vài ngày tới. Một khi gia đình đã mỗi người một ngả sau đám tang, cô dự định sẽ tạo ra vài thay đổi khá triệt để tại Lâu đài Hertford.</w:t>
      </w:r>
    </w:p>
    <w:p>
      <w:pPr>
        <w:spacing w:after="80"/>
      </w:pPr>
      <w:r>
        <w:rPr>
          <w:b w:val="0"/>
          <w:i w:val="0"/>
        </w:rPr>
        <w:t>Công tước thứ mười bốn là thành viên đầu tiên trong gia đình đến, và Virginia đứng trên bậc thềm cao nhất chờ đón anh. Khi anh bước lên các bậc thang, cô khẽ nhún gối chào, thừa nhận trật tự mới.</w:t>
      </w:r>
    </w:p>
    <w:p>
      <w:pPr>
        <w:spacing w:after="80"/>
      </w:pPr>
      <w:r>
        <w:rPr>
          <w:b w:val="0"/>
          <w:i w:val="0"/>
        </w:rPr>
        <w:t>"Virginia, thật là một dịp buồn cho tất cả chúng ta," Clarence nói. "Nhưng ít ra điều đó cũng an ủi tôi khi biết rằng em đã ở bên cạnh ông ấy đến phút cuối."</w:t>
      </w:r>
    </w:p>
    <w:p>
      <w:pPr>
        <w:spacing w:after="80"/>
      </w:pPr>
      <w:r>
        <w:rPr>
          <w:b w:val="0"/>
          <w:i w:val="0"/>
        </w:rPr>
        <w:t>"Anh thật tốt khi nói vậy, Clarence. Thật là một niềm an ủi lớn lao khi Perry thân yêu của em không phải chịu đau đớn nào khi ra đi."</w:t>
      </w:r>
    </w:p>
    <w:p>
      <w:pPr>
        <w:spacing w:after="80"/>
      </w:pPr>
      <w:r>
        <w:rPr>
          <w:b w:val="0"/>
          <w:i w:val="0"/>
        </w:rPr>
        <w:t>"Vâng, tôi thấy nhẹ lòng khi nghe rằng Papa ra đi thanh thản trong giấc ngủ. Hãy biết ơn những niềm an ủi nhỏ nhoi."</w:t>
      </w:r>
    </w:p>
    <w:p>
      <w:pPr>
        <w:spacing w:after="80"/>
      </w:pPr>
      <w:r>
        <w:rPr>
          <w:b w:val="0"/>
          <w:i w:val="0"/>
        </w:rPr>
        <w:t>"Em hy vọng sẽ không lâu nữa trước khi em được đoàn tụ với ông ấy," Virginia nói, "bởi vì, giống như Nữ hoàng Victoria, em sẽ để tang người chồng thân yêu cho đến ngày em nhắm mắt." Người quản gia và hai người hầu xuất hiện và bắt đầu dỡ đồ trên xe. "Tạm thời em đã xếp anh ở phòng cũ của anh," Virginia nói. "Nhưng dĩ nhiên em sẽ dọn ra Dower House, ngay khi Perry thân yêu của em được an táng."</w:t>
      </w:r>
    </w:p>
    <w:p>
      <w:pPr>
        <w:spacing w:after="80"/>
      </w:pPr>
      <w:r>
        <w:rPr>
          <w:b w:val="0"/>
          <w:i w:val="0"/>
        </w:rPr>
        <w:t>"Không cần gấp," Clarence nói. "Tôi sẽ trở về trung đoàn của mình sau đám tang, và dù sao thì chúng ta cũng sẽ phải trông cậy vào em để giữ mọi thứ vận hành trơn tru khi tôi vắng mặt."</w:t>
      </w:r>
    </w:p>
    <w:p>
      <w:pPr>
        <w:spacing w:after="80"/>
      </w:pPr>
      <w:r>
        <w:rPr>
          <w:b w:val="0"/>
          <w:i w:val="0"/>
        </w:rPr>
        <w:t>"Em rất vui được làm bất cứ điều gì có thể. Sao chúng ta không bàn về những gì anh đang nghĩ tới sau khi anh dỡ hành lý và ăn chút gì đó nhỉ?"</w:t>
      </w:r>
    </w:p>
    <w:p>
      <w:pPr>
        <w:spacing w:after="80"/>
      </w:pPr>
      <w:r>
        <w:rPr>
          <w:b w:val="0"/>
          <w:i w:val="0"/>
        </w:rPr>
        <w:t>Công tước đến bữa trưa trễ vài phút, và xin lỗi, giải thích rằng có mấy người đã gọi điện thoại, yêu cầu gặp anh gấp.</w:t>
      </w:r>
    </w:p>
    <w:p>
      <w:pPr>
        <w:spacing w:after="80"/>
      </w:pPr>
      <w:r>
        <w:rPr>
          <w:b w:val="0"/>
          <w:i w:val="0"/>
        </w:rPr>
        <w:t>Virginia chỉ có thể tự hỏi ai đã gọi, nhưng bằng lòng với việc nói: "Em nghĩ chúng ta nên tổ chức đám tang vào thứ Năm, nhưng chỉ khi anh đồng ý."</w:t>
      </w:r>
    </w:p>
    <w:p>
      <w:pPr>
        <w:spacing w:after="80"/>
      </w:pPr>
      <w:r>
        <w:rPr>
          <w:b w:val="0"/>
          <w:i w:val="0"/>
        </w:rPr>
        <w:t>"Tôi rất sẵn lòng làm theo ý ngài," công tước nói. "Có lẽ cô cũng có thể nghĩ thêm về thứ tự buổi lễ, và gợi ý xem cô nghĩ nên mời những ai đến buổi chiêu đãi sau đó?"</w:t>
      </w:r>
    </w:p>
    <w:p>
      <w:pPr>
        <w:spacing w:after="80"/>
      </w:pPr>
      <w:r>
        <w:rPr>
          <w:b w:val="0"/>
          <w:i w:val="0"/>
        </w:rPr>
        <w:t>"Tôi đã bắt đầu lập danh sách rồi. Chiều nay tôi sẽ gửi ngài."</w:t>
      </w:r>
    </w:p>
    <w:p>
      <w:pPr>
        <w:spacing w:after="80"/>
      </w:pPr>
      <w:r>
        <w:rPr>
          <w:b w:val="0"/>
          <w:i w:val="0"/>
        </w:rPr>
        <w:t>"Cảm ơn, Virginia. Tôi biết mình có thể trông cậy vào cô. Chiều nay tôi có vài cuộc họp, nên tôi hy vọng cô sẽ có mặt khi Alice đến."</w:t>
      </w:r>
    </w:p>
    <w:p>
      <w:pPr>
        <w:spacing w:after="80"/>
      </w:pPr>
      <w:r>
        <w:rPr>
          <w:b w:val="0"/>
          <w:i w:val="0"/>
        </w:rPr>
        <w:t>"Tất nhiên rồi. Và ngài mong Camilla cùng gia đình cô ấy đến khi nào?"</w:t>
      </w:r>
    </w:p>
    <w:p>
      <w:pPr>
        <w:spacing w:after="80"/>
      </w:pPr>
      <w:r>
        <w:rPr>
          <w:b w:val="0"/>
          <w:i w:val="0"/>
        </w:rPr>
        <w:t>"Tối nay, nhưng vì tôi sẽ ở trong phòng làm việc của Cha—"</w:t>
      </w:r>
    </w:p>
    <w:p>
      <w:pPr>
        <w:spacing w:after="80"/>
      </w:pPr>
      <w:r>
        <w:rPr>
          <w:b w:val="0"/>
          <w:i w:val="0"/>
        </w:rPr>
        <w:t>"Phòng làm việc của ngài," Virginia nhẹ nhàng nói.</w:t>
      </w:r>
    </w:p>
    <w:p>
      <w:pPr>
        <w:spacing w:after="80"/>
      </w:pPr>
      <w:r>
        <w:rPr>
          <w:b w:val="0"/>
          <w:i w:val="0"/>
        </w:rPr>
        <w:t>"Có lẽ tôi sẽ mất một chút thời gian để quen với điều đó. Cô có thể vui lòng báo cho tôi khi Alice đến không?"</w:t>
      </w:r>
    </w:p>
    <w:p>
      <w:pPr>
        <w:jc w:val="center"/>
      </w:pPr>
      <w:r>
        <w:drawing>
          <wp:inline xmlns:a="http://schemas.openxmlformats.org/drawingml/2006/main" xmlns:pic="http://schemas.openxmlformats.org/drawingml/2006/picture">
            <wp:extent cx="304800" cy="85725"/>
            <wp:docPr id="111" name="Picture 11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Virginia đang lập danh sách những vị khách cô muốn mời đến buổi chiêu đãi riêng sau tang lễ, cũng như những người cô không muốn mời, thì một chiếc taxi dừng lại trước lâu đài và Alice bước ra. Một lần nữa, cô lại đứng ở đỉnh bậc thang.</w:t>
      </w:r>
    </w:p>
    <w:p>
      <w:pPr>
        <w:spacing w:after="80"/>
      </w:pPr>
      <w:r>
        <w:rPr>
          <w:b w:val="0"/>
          <w:i w:val="0"/>
        </w:rPr>
        <w:t>"Tội nghiệp Virginia," là những lời đầu tiên của Alice khi chào cô. "Cô đang chịu đựng thế nào?"</w:t>
      </w:r>
    </w:p>
    <w:p>
      <w:pPr>
        <w:spacing w:after="80"/>
      </w:pPr>
      <w:r>
        <w:rPr>
          <w:b w:val="0"/>
          <w:i w:val="0"/>
        </w:rPr>
        <w:t>"Không tốt lắm. Nhưng mọi người đều rất tử tế và thấu hiểu, đó là một niềm an ủi lớn."</w:t>
      </w:r>
    </w:p>
    <w:p>
      <w:pPr>
        <w:spacing w:after="80"/>
      </w:pPr>
      <w:r>
        <w:rPr>
          <w:b w:val="0"/>
          <w:i w:val="0"/>
        </w:rPr>
        <w:t>"Tất nhiên rồi," Alice nói. "Dù sao thì cô cũng là chỗ dựa và là tri kỷ của ông ấy."</w:t>
      </w:r>
    </w:p>
    <w:p>
      <w:pPr>
        <w:spacing w:after="80"/>
      </w:pPr>
      <w:r>
        <w:rPr>
          <w:b w:val="0"/>
          <w:i w:val="0"/>
        </w:rPr>
        <w:t>"Cô thật tốt khi nói vậy," Virginia đáp, dẫn Alice lên cầu thang đến phòng dành cho khách mà cô đã chọn cho bà. "Tôi sẽ báo cho Clarence biết cô đã đến."</w:t>
      </w:r>
    </w:p>
    <w:p>
      <w:pPr>
        <w:spacing w:after="80"/>
      </w:pPr>
      <w:r>
        <w:rPr>
          <w:b w:val="0"/>
          <w:i w:val="0"/>
        </w:rPr>
        <w:t>Cô thong thả xuống lầu và bước vào phòng làm việc của công tước mà không gõ cửa, thấy Clarence đang mải mê trò chuyện với ông Moxton, người quản lý điền trang. Cả hai người đàn ông lập tức đứng dậy khi cô bước vào.</w:t>
      </w:r>
    </w:p>
    <w:p>
      <w:pPr>
        <w:spacing w:after="80"/>
      </w:pPr>
      <w:r>
        <w:rPr>
          <w:b w:val="0"/>
          <w:i w:val="0"/>
        </w:rPr>
        <w:t>"Ngài đã bảo tôi báo khi Alice đến. Tôi đã xếp bà ấy ở phòng Carlyle. Tôi hy vọng ngài có thể cùng chúng tôi dùng trà trong khoảng nửa giờ nữa."</w:t>
      </w:r>
    </w:p>
    <w:p>
      <w:pPr>
        <w:spacing w:after="80"/>
      </w:pPr>
      <w:r>
        <w:rPr>
          <w:b w:val="0"/>
          <w:i w:val="0"/>
        </w:rPr>
        <w:t>"E rằng không thể," công tước nói, gật đầu lạnh nhạt với cô, rõ ràng không hài lòng vì bị ngắt lời, khiến Virginia thấy hơi bối rối. Cô rời đi không nói thêm lời nào và lui về phòng khách, nơi Montgomery, chú chó Labrador già của Perry, ngồi dậy và bắt đầu vẫy đuôi. Cô ngồi xuống gần cánh cửa mở, cho phép cô quan sát mọi người ra vào ở hành lang bên ngoài. Cô định sẽ nói chuyện với Clarence về việc thay thế Moxton trong tương lai không xa.</w:t>
      </w:r>
    </w:p>
    <w:p>
      <w:pPr>
        <w:spacing w:after="80"/>
      </w:pPr>
      <w:r>
        <w:rPr>
          <w:b w:val="0"/>
          <w:i w:val="0"/>
        </w:rPr>
        <w:t>Người tiếp theo bước vào phòng làm việc của công tước là quản gia, người không bước ra trong suốt bốn mươi phút sau đó. Sau đó ông biến mất xuống dưới lầu, chỉ để quay lại vài phút sau cùng với đầu bếp, người mà Virginia không nhớ đã từng thấy ở tầng trệt bao giờ.</w:t>
      </w:r>
    </w:p>
    <w:p>
      <w:pPr>
        <w:spacing w:after="80"/>
      </w:pPr>
      <w:r>
        <w:rPr>
          <w:b w:val="0"/>
          <w:i w:val="0"/>
        </w:rPr>
        <w:t>Đã hai mươi phút nữa trôi qua trước khi Cook xuất hiện trở lại và lúi húi quay xuống cầu thang. Virginia chỉ có thể tự hỏi điều gì đã khiến họ mất nhiều thời gian đến vậy, trừ khi họ đang bàn bạc về thực đơn cho buổi tiệc chiêu đãi, một trách nhiệm mà cô vẫn ngỡ công tước sẽ giao cho mình.</w:t>
      </w:r>
    </w:p>
    <w:p>
      <w:pPr>
        <w:spacing w:after="80"/>
      </w:pPr>
      <w:r>
        <w:rPr>
          <w:b w:val="0"/>
          <w:i w:val="0"/>
        </w:rPr>
        <w:t>Virginia bị phân tâm bởi một tiếng gõ cửa lớn ở cửa trước, nhưng trước khi cô kịp ra mở, Lomax đã xuất hiện và mở cửa.</w:t>
      </w:r>
    </w:p>
    <w:p>
      <w:pPr>
        <w:spacing w:after="80"/>
      </w:pPr>
      <w:r>
        <w:rPr>
          <w:b w:val="0"/>
          <w:i w:val="0"/>
        </w:rPr>
        <w:t>Chào buổi chiều, Tiến sĩ Ainsley, ông ấy nói. Đức ngài đang chờ ngài.</w:t>
      </w:r>
    </w:p>
    <w:p>
      <w:pPr>
        <w:spacing w:after="80"/>
      </w:pPr>
      <w:r>
        <w:rPr>
          <w:b w:val="0"/>
          <w:i w:val="0"/>
        </w:rPr>
        <w:t>Khi họ băng qua sảnh, Moxton bước ra từ phòng làm việc, bắt tay Tiến sĩ Ainsley rồi nhanh chóng rời khỏi nhà. Dù hẳn không thể không thấy Virginia đang đứng ở ngưỡng cửa phòng khách, ông ta không hề có ý định chào hỏi cô. Cô sẽ tống khứ ông ta ngay khi công tước trở về trung đoàn của mình.</w:t>
      </w:r>
    </w:p>
    <w:p>
      <w:pPr>
        <w:spacing w:after="80"/>
      </w:pPr>
      <w:r>
        <w:rPr>
          <w:b w:val="0"/>
          <w:i w:val="0"/>
        </w:rPr>
        <w:t>Virginia vui mừng khi thấy Alice bước xuống cầu thang và vội vã rời phòng khách để đến bên cô ấy. Chúng ta đi gặp anh trai em nhé? cô nói, không chờ câu trả lời. Tôi biết anh ấy đã mong gặp em lắm rồi, cô nói thêm khi mở cửa phòng làm việc và bước vào mà không gõ. Một lần nữa cả hai người đàn ông đều đứng dậy.</w:t>
      </w:r>
    </w:p>
    <w:p>
      <w:pPr>
        <w:spacing w:after="80"/>
      </w:pPr>
      <w:r>
        <w:rPr>
          <w:b w:val="0"/>
          <w:i w:val="0"/>
        </w:rPr>
        <w:t>Alice vừa xuống và tôi nhớ ngài muốn gặp cô ấy ngay lập tức.</w:t>
      </w:r>
    </w:p>
    <w:p>
      <w:pPr>
        <w:spacing w:after="80"/>
      </w:pPr>
      <w:r>
        <w:rPr>
          <w:b w:val="0"/>
          <w:i w:val="0"/>
        </w:rPr>
        <w:t>Tất nhiên rồi, Clarence nói, ôm chị gái mình. Thật tuyệt khi gặp em, em yêu quý.</w:t>
      </w:r>
    </w:p>
    <w:p>
      <w:pPr>
        <w:spacing w:after="80"/>
      </w:pPr>
      <w:r>
        <w:rPr>
          <w:b w:val="0"/>
          <w:i w:val="0"/>
        </w:rPr>
        <w:t>Tôi nghĩ chúng ta có thể cùng uống trà trong phòng khách.</w:t>
      </w:r>
    </w:p>
    <w:p>
      <w:pPr>
        <w:spacing w:after="80"/>
      </w:pPr>
      <w:r>
        <w:rPr>
          <w:b w:val="0"/>
          <w:i w:val="0"/>
        </w:rPr>
        <w:t>Cô thật chu đáo, Virginia, Clarence nói, nhưng tôi muốn có vài phút riêng tư với em gái mình, nếu cô không phiền.</w:t>
      </w:r>
    </w:p>
    <w:p>
      <w:pPr>
        <w:spacing w:after="80"/>
      </w:pPr>
      <w:r>
        <w:rPr>
          <w:b w:val="0"/>
          <w:i w:val="0"/>
        </w:rPr>
        <w:t>Alice có vẻ ngạc nhiên trước giọng điệu gay gắt của anh trai, và Virginia ngập ngừng một lát trước khi nói: Vâng, tất nhiên rồi, rồi lui về phòng khách. Lần này Montgomery thậm chí không buồn ngẩng đầu lên.</w:t>
      </w:r>
    </w:p>
    <w:p>
      <w:pPr>
        <w:spacing w:after="80"/>
      </w:pPr>
      <w:r>
        <w:rPr>
          <w:b w:val="0"/>
          <w:i w:val="0"/>
        </w:rPr>
        <w:t>Tiến sĩ Ainsley bước ra khỏi phòng làm việc hai mươi phút sau đó, và cũng rời đi mà không hề có ý định bày tỏ lòng kính trọng với người góa phụ đang đau buồn. Virginia kiên nhẫn chờ công tước gọi cô vào phòng làm việc, nhưng không có lời gọi nào như vậy, và khi một cô hầu gái, người mà cô không bao giờ nhớ nổi tên, bắt đầu bật đèn khắp nhà, cô quyết định đã đến lúc thay đồ để dùng bữa tối. Cô vừa bước ra khỏi bồn tắm thì nghe thấy tiếng xe ô tô chạy vào con đường dẫn tới nhà. Cô bước tới cửa sổ và nhìn ra, thấy Camilla cùng gia đình đang được Clarence chào đón. Cô mặc đồ thật nhanh, và khi mở cửa phòng ngủ vài phút sau đó, cô thấy quản gia và hai đứa trẻ đang đi về phía dãy phòng ở góc, nơi mà cô chưa hề sắp xếp cho họ.</w:t>
      </w:r>
    </w:p>
    <w:p>
      <w:pPr>
        <w:spacing w:after="80"/>
      </w:pPr>
      <w:r>
        <w:rPr>
          <w:b w:val="0"/>
          <w:i w:val="0"/>
        </w:rPr>
        <w:t>Mẹ của các cháu đâu rồi? Virginia hỏi.</w:t>
      </w:r>
    </w:p>
    <w:p>
      <w:pPr>
        <w:spacing w:after="80"/>
      </w:pPr>
      <w:r>
        <w:rPr>
          <w:b w:val="0"/>
          <w:i w:val="0"/>
        </w:rPr>
        <w:t>Bọn trẻ quay phắt lại, nhưng chính Lomax là người trả lời. Đức ngài đã mời Phu nhân Camilla và phu quân của bà ấy vào phòng làm việc và yêu cầu không ai được làm phiền.</w:t>
      </w:r>
    </w:p>
    <w:p>
      <w:pPr>
        <w:spacing w:after="80"/>
      </w:pPr>
      <w:r>
        <w:rPr>
          <w:b w:val="0"/>
          <w:i w:val="0"/>
        </w:rPr>
        <w:t>Virginia đóng cửa lại sau lưng. Cô chưa từng thấy Lomax nói với mình bằng giọng lạnh nhạt như vậy. Cô cố tập trung trang điểm, nhưng không khỏi tự hỏi họ đang bàn bạc điều gì trong phòng làm việc cũ của công tước. Cô ngỡ mọi chuyện sẽ được hé lộ trong bữa tối.</w:t>
      </w:r>
    </w:p>
    <w:p>
      <w:pPr>
        <w:spacing w:after="80"/>
      </w:pPr>
      <w:r>
        <w:rPr>
          <w:b w:val="0"/>
          <w:i w:val="0"/>
        </w:rPr>
        <w:t>Nửa giờ sau, Virginia chậm rãi bước xuống cầu thang rộng, băng qua sảnh và vào phòng khách, chỉ để thấy không có ai khác ở đó. Cô ngồi chờ, nhưng không ai đến cùng cô. Khi tiếng chiêng vang lên lúc tám giờ, cô đi sang phòng ăn, và thấy bàn đã được dọn cho một người.</w:t>
      </w:r>
    </w:p>
    <w:p>
      <w:pPr>
        <w:spacing w:after="80"/>
      </w:pPr>
      <w:r>
        <w:rPr>
          <w:b w:val="0"/>
          <w:i w:val="0"/>
        </w:rPr>
        <w:t>Những người còn lại trong gia đình đâu rồi? cô hỏi khi Lomax xuất hiện, bưng một bát súp nhỏ.</w:t>
      </w:r>
    </w:p>
    <w:p>
      <w:pPr>
        <w:spacing w:after="80"/>
      </w:pPr>
      <w:r>
        <w:rPr>
          <w:b w:val="0"/>
          <w:i w:val="0"/>
        </w:rPr>
        <w:t>Ân điển của ngài, Phu nhân Camilla và Phu nhân Alice đang dùng bữa tối nhẹ trong thư viện, ông nói mà không giải thích thêm.</w:t>
      </w:r>
    </w:p>
    <w:p>
      <w:pPr>
        <w:spacing w:after="80"/>
      </w:pPr>
      <w:r>
        <w:rPr>
          <w:b w:val="0"/>
          <w:i w:val="0"/>
        </w:rPr>
        <w:t>Virginia rùng mình, dù lửa đang lách tách trong lò sưởi. Còn bọn trẻ thì sao?</w:t>
      </w:r>
    </w:p>
    <w:p>
      <w:pPr>
        <w:spacing w:after="80"/>
      </w:pPr>
      <w:r>
        <w:rPr>
          <w:b w:val="0"/>
          <w:i w:val="0"/>
        </w:rPr>
        <w:t>Chúng đã ăn rồi, và vì mệt sau chuyến đi dài nên chúng đi ngủ ngay.</w:t>
      </w:r>
    </w:p>
    <w:p>
      <w:pPr>
        <w:spacing w:after="80"/>
      </w:pPr>
      <w:r>
        <w:rPr>
          <w:b w:val="0"/>
          <w:i w:val="0"/>
        </w:rPr>
        <w:t>Một cảm giác linh cảm chẳng lành siết chặt lấy cô và cô cố tự thuyết phục rằng chẳng có gì phải lo lắng, nhưng không mấy thuyết phục. Cô đợi đến khi đồng hồ ở sảnh điểm chín giờ mới rời phòng ăn và chậm rãi đi lên lầu về phòng mình. Cô cởi đồ và đi ngủ, nhưng cô không ngủ được. Cô chưa bao giờ cảm thấy cô đơn đến thế.</w:t>
      </w:r>
    </w:p>
    <w:p>
      <w:pPr>
        <w:jc w:val="center"/>
      </w:pPr>
      <w:r>
        <w:drawing>
          <wp:inline xmlns:a="http://schemas.openxmlformats.org/drawingml/2006/main" xmlns:pic="http://schemas.openxmlformats.org/drawingml/2006/picture">
            <wp:extent cx="304800" cy="85725"/>
            <wp:docPr id="112" name="Picture 11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Virginia nhẹ nhõm khi Clarence và Alice cùng ăn sáng với cô vào sáng hôm sau, chỉ để rồi nhận ra cuộc trò chuyện thật gượng gạo và trang trọng như thể cô là người lạ trong chính ngôi nhà của mình.</w:t>
      </w:r>
    </w:p>
    <w:p>
      <w:pPr>
        <w:spacing w:after="80"/>
      </w:pPr>
      <w:r>
        <w:rPr>
          <w:b w:val="0"/>
          <w:i w:val="0"/>
        </w:rPr>
        <w:t>Tôi gần như đã hoàn thành xong chương trình lễ, Virginia lên tiếng, và tôi nghĩ có lẽ</w:t>
      </w:r>
    </w:p>
    <w:p>
      <w:pPr>
        <w:spacing w:after="80"/>
      </w:pPr>
      <w:r>
        <w:rPr>
          <w:b w:val="0"/>
          <w:i w:val="0"/>
        </w:rPr>
        <w:t>Không cần phải mất thêm thời gian vào việc đó nữa, Clarence ngắt lời. Sáng nay mười giờ tôi có cuộc hẹn với giám mục, và ông ấy bảo tôi rằng ông đã thống nhất mọi chi tiết của buổi lễ với cha tôi từ lâu rồi.</w:t>
      </w:r>
    </w:p>
    <w:p>
      <w:pPr>
        <w:spacing w:after="80"/>
      </w:pPr>
      <w:r>
        <w:rPr>
          <w:b w:val="0"/>
          <w:i w:val="0"/>
        </w:rPr>
        <w:t>Và ông ấy có đồng ý với tôi rằng thứ Năm</w:t>
      </w:r>
    </w:p>
    <w:p>
      <w:pPr>
        <w:spacing w:after="80"/>
      </w:pPr>
      <w:r>
        <w:rPr>
          <w:b w:val="0"/>
          <w:i w:val="0"/>
        </w:rPr>
        <w:t>Không, Clarence nói cũng dứt khoát không kém. Ông ấy đề nghị thứ Sáu, sẽ thuận tiện hơn cho bạn bè của cha tôi những người sẽ đi tàu lên từ London.</w:t>
      </w:r>
    </w:p>
    <w:p>
      <w:pPr>
        <w:spacing w:after="80"/>
      </w:pPr>
      <w:r>
        <w:rPr>
          <w:b w:val="0"/>
          <w:i w:val="0"/>
        </w:rPr>
        <w:t>Virginia ngập ngừng trước khi nói, Còn danh sách khách mời, anh có muốn xem những đề xuất của tôi không?</w:t>
      </w:r>
    </w:p>
    <w:p>
      <w:pPr>
        <w:spacing w:after="80"/>
      </w:pPr>
      <w:r>
        <w:rPr>
          <w:b w:val="0"/>
          <w:i w:val="0"/>
        </w:rPr>
        <w:t>Chúng tôi đã chốt danh sách cuối cùng tối qua rồi, Alice nói. Nhưng nếu có một hai cái tên nào cô muốn thêm vào, cứ bảo tôi.</w:t>
      </w:r>
    </w:p>
    <w:p>
      <w:pPr>
        <w:spacing w:after="80"/>
      </w:pPr>
      <w:r>
        <w:rPr>
          <w:b w:val="0"/>
          <w:i w:val="0"/>
        </w:rPr>
        <w:t>Không có gì tôi có thể làm để giúp sao? Virginia hỏi, cố không tỏ ra tuyệt vọng.</w:t>
      </w:r>
    </w:p>
    <w:p>
      <w:pPr>
        <w:spacing w:after="80"/>
      </w:pPr>
      <w:r>
        <w:rPr>
          <w:b w:val="0"/>
          <w:i w:val="0"/>
        </w:rPr>
        <w:t>Không, cảm ơn cô, Clarence nói. Cô đã làm quá đủ rồi. Ông gấp khăn ăn và đứng dậy khỏi chỗ ngồi. Xin thứ lỗi cho tôi. Tôi không muốn đến muộn gặp giám mục. Ông rời đi không nói thêm lời nào.</w:t>
      </w:r>
    </w:p>
    <w:p>
      <w:pPr>
        <w:spacing w:after="80"/>
      </w:pPr>
      <w:r>
        <w:rPr>
          <w:b w:val="0"/>
          <w:i w:val="0"/>
        </w:rPr>
        <w:t>Còn tôi thì nên tiếp tục công việc, Alice nói. Tôi có khá nhiều việc phải làm nếu muốn mọi thứ sẵn sàng vào thứ Sáu.</w:t>
      </w:r>
    </w:p>
    <w:p>
      <w:pPr>
        <w:spacing w:after="80"/>
      </w:pPr>
      <w:r>
        <w:rPr>
          <w:b w:val="0"/>
          <w:i w:val="0"/>
        </w:rPr>
        <w:t>Sau bữa sáng, Virginia đi dạo quanh khuôn viên khi cô cố hiểu điều gì đã gây ra sự thay đổi thái độ đột ngột đến vậy. Cô phần nào thấy an ủi vì mình vẫn còn Dower House, năm nghìn bảng một tháng, và hai chiếc bình Minh mà Li Wong đã xác nhận đáng giá ít nhất một triệu. Nụ cười của cô biến mất khi cô thấy Camilla và chồng cô bước ra khỏi văn phòng quản lý điền trang.</w:t>
      </w:r>
    </w:p>
    <w:p>
      <w:pPr>
        <w:spacing w:after="80"/>
      </w:pPr>
      <w:r>
        <w:rPr>
          <w:b w:val="0"/>
          <w:i w:val="0"/>
        </w:rPr>
        <w:t>Virginia ăn trưa một mình, và quyết định vào thị trấn mua vài bộ quần áo mới, vì cô định sẽ cởi bỏ đồ tang của góa phụ ngay khi tất cả họ rời đi. Khi cô trở về lâu đài tối hôm đó, có ánh sáng lọt ra từ dưới cánh cửa phòng làm việc, và cô nghĩ mình có thể nghe thấy giọng the thé của Camilla.</w:t>
      </w:r>
    </w:p>
    <w:p>
      <w:pPr>
        <w:spacing w:after="80"/>
      </w:pPr>
      <w:r>
        <w:rPr>
          <w:b w:val="0"/>
          <w:i w:val="0"/>
        </w:rPr>
        <w:t>Virginia ăn tối một mình trong phòng, một ý nghĩ cứ liên tục quay về trong tâm trí cô. Cô bắt đầu ước gì Perry vẫn còn sống.</w:t>
      </w:r>
    </w:p>
    <w:p>
      <w:pPr>
        <w:jc w:val="center"/>
      </w:pPr>
      <w:r>
        <w:drawing>
          <wp:inline xmlns:a="http://schemas.openxmlformats.org/drawingml/2006/main" xmlns:pic="http://schemas.openxmlformats.org/drawingml/2006/picture">
            <wp:extent cx="304800" cy="85725"/>
            <wp:docPr id="113" name="Picture 11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Tu viện St Albans đã chật kín người vào lúc Virginia bước vào. Vị lễ tân cấp cao hộ tống bà thái hậu công tước xuống lối đi đến chỗ ngồi ở hàng ghế thứ hai. Bà không thấy có thể phản đối khi hàng nghìn con mắt đang đổ dồn vào mình.</w:t>
      </w:r>
    </w:p>
    <w:p>
      <w:pPr>
        <w:spacing w:after="80"/>
      </w:pPr>
      <w:r>
        <w:rPr>
          <w:b w:val="0"/>
          <w:i w:val="0"/>
        </w:rPr>
        <w:t>Khi tiếng chuông đầu tiên của mười một giờ vang lên từ đồng hồ nhà thờ, đàn organ cất lên và cả hội chúng đồng loạt đứng dậy. Linh cữu, phủ đầy huân chương và vinh dự, từ từ tiến xuống lối đi, được khiêng trên vai sáu người lính Vệ binh Coldstream, theo sau là gia đình ruột thịt. Khi linh cữu đã được đặt lên giá trong gian thờ, công tước, hai chị gái của ông và các cháu nội ngoại vào chỗ ngồi ở hàng ghế đầu. Họ không ngoảnh lại nhìn.</w:t>
      </w:r>
    </w:p>
    <w:p>
      <w:pPr>
        <w:spacing w:after="80"/>
      </w:pPr>
      <w:r>
        <w:rPr>
          <w:b w:val="0"/>
          <w:i w:val="0"/>
        </w:rPr>
        <w:t>Buổi lễ là một mớ mờ ảo đối với Virginia, người vẫn đang cố tìm hiểu tại sao họ lại gạt cô ra ngoài. Trong lễ an táng, được tổ chức trong khuôn viên nhà thờ, cô chỉ được phép bước lên rắc một xẻng đất lên linh cữu rồi quay lại hàng. Khi gia đình và vài người bạn thân đã rời mộ, cô phải xin đi nhờ xe của Percy, chú của công tước, về lại lâu đài. Ông chấp nhận lời giải thích của cô rằng hẳn đã có sự sơ suất, nhưng rồi dạo này ai cũng chịu áp lực rất lớn.</w:t>
      </w:r>
    </w:p>
    <w:p>
      <w:pPr>
        <w:spacing w:after="80"/>
      </w:pPr>
      <w:r>
        <w:rPr>
          <w:b w:val="0"/>
          <w:i w:val="0"/>
        </w:rPr>
        <w:t>Trong buổi tiệc chiêu đãi, Virginia hòa mình vào các vị khách, nhiều người trong số họ tử tế và gửi lời chia buồn, trong khi những người khác quay lưng đi ngay khi cô đến gần. Tuy nhiên, sự sỉ nhục lớn nhất được dành đến sau khi vị khách cuối cùng ra về, khi Clarence nói với cô lần đầu tiên trong ngày hôm đó.</w:t>
      </w:r>
    </w:p>
    <w:p>
      <w:pPr>
        <w:spacing w:after="80"/>
      </w:pPr>
      <w:r>
        <w:rPr>
          <w:b w:val="0"/>
          <w:i w:val="0"/>
        </w:rPr>
        <w:t>Trong lúc cô dự lễ, ông nói, toàn bộ đồ đạc của cô đã được đóng gói và chuyển sang Dower House. Một chiếc xe đang chờ để đưa cô đến đó ngay lập tức. Sẽ có một cuộc họp gia đình trong phòng làm việc của tôi lúc mười một giờ sáng mai, tôi hy vọng cô sẽ tham dự. Có vài chuyện nghiêm trọng tôi muốn bàn với cô, ông nói thêm, khiến Virginia nhớ đến cha mình.</w:t>
      </w:r>
    </w:p>
    <w:p>
      <w:pPr>
        <w:spacing w:after="80"/>
      </w:pPr>
      <w:r>
        <w:rPr>
          <w:b w:val="0"/>
          <w:i w:val="0"/>
        </w:rPr>
        <w:t>Không nói thêm lời nào, công tước bước ra cửa trước, mở cửa và chờ Virginia rời đi, để cô có thể bắt đầu ngày đầu tiên của cuộc đày ải.</w:t>
      </w:r>
    </w:p>
    <w:p>
      <w:pPr>
        <w:pStyle w:val="Heading1"/>
        <w:jc w:val="center"/>
      </w:pPr>
      <w:r>
        <w:rPr>
          <w:rFonts w:ascii="Calibri" w:hAnsi="Calibri"/>
          <w:b/>
          <w:i w:val="0"/>
          <w:sz w:val="40"/>
        </w:rPr>
        <w:t>35</w:t>
      </w:r>
    </w:p>
    <w:p>
      <w:pPr>
        <w:spacing w:after="80"/>
      </w:pPr>
      <w:r>
        <w:rPr>
          <w:b w:val="0"/>
          <w:i w:val="0"/>
        </w:rPr>
        <w:t>VIRGINIA DẬY SỚM vào sáng hôm sau và thong thả xem xét Dower House, hóa ra ngôi nhà khá rộng rãi cho một người sống một mình. Đội ngũ phục vụ của cô gồm một phó quản gia, một người hầu gái và một đầu bếp, không hơn không kém đúng như Perry đã quy định trong di chúc.</w:t>
      </w:r>
    </w:p>
    <w:p>
      <w:pPr>
        <w:spacing w:after="80"/>
      </w:pPr>
      <w:r>
        <w:rPr>
          <w:b w:val="0"/>
          <w:i w:val="0"/>
        </w:rPr>
        <w:t>Mười giờ kém mười một, một chiếc xe đến đưa cô tới lâu đài, nơi chỉ vài ngày trước còn là lãnh địa riêng của cô.</w:t>
      </w:r>
    </w:p>
    <w:p>
      <w:pPr>
        <w:spacing w:after="80"/>
      </w:pPr>
      <w:r>
        <w:rPr>
          <w:b w:val="0"/>
          <w:i w:val="0"/>
        </w:rPr>
        <w:t>Cửa trước lâu đài mở ra khi xe dừng lại, và sau một câu Chào buổi sáng, thưa bà, chiếu lệ, viên quản gia đưa cô đến phòng làm việc cũ của chồng cô. Lomax gõ cửa nhẹ nhàng, mở cửa và đứng sang một bên để bà thái hậu công tước bước vào.</w:t>
      </w:r>
    </w:p>
    <w:p>
      <w:pPr>
        <w:spacing w:after="80"/>
      </w:pPr>
      <w:r>
        <w:rPr>
          <w:b w:val="0"/>
          <w:i w:val="0"/>
        </w:rPr>
        <w:t>Chào buổi sáng, Clarence nói khi đứng dậy khỏi chỗ ngồi sau bàn làm việc. Ông chờ cho đến khi Virginia ngồi vào chiếc ghế duy nhất còn trống. Cô mỉm cười với hai chị gái của ông, nhưng họ không đáp lại.</w:t>
      </w:r>
    </w:p>
    <w:p>
      <w:pPr>
        <w:spacing w:after="80"/>
      </w:pPr>
      <w:r>
        <w:rPr>
          <w:b w:val="0"/>
          <w:i w:val="0"/>
        </w:rPr>
        <w:t>Cảm ơn cô đã đến, Clarence bắt đầu, cứ như thể cô có quyền lựa chọn nào khác. Chúng tôi thấy sẽ hữu ích khi cho cô biết những gì chúng tôi đã dự tính cho tương lai.</w:t>
      </w:r>
    </w:p>
    <w:p>
      <w:pPr>
        <w:spacing w:after="80"/>
      </w:pPr>
      <w:r>
        <w:rPr>
          <w:b w:val="0"/>
          <w:i w:val="0"/>
        </w:rPr>
        <w:t>Virginia có cảm giác ông muốn nói tương lai của cô. Ông thật chu đáo, cô nói.</w:t>
      </w:r>
    </w:p>
    <w:p>
      <w:pPr>
        <w:spacing w:after="80"/>
      </w:pPr>
      <w:r>
        <w:rPr>
          <w:b w:val="0"/>
          <w:i w:val="0"/>
        </w:rPr>
        <w:t>Tôi dự định trở lại trung đoàn của mình trong vài ngày tới, và tôi sẽ không về trước Giáng sinh. Alice sẽ bay về New York vào thứ Hai.</w:t>
      </w:r>
    </w:p>
    <w:p>
      <w:pPr>
        <w:spacing w:after="80"/>
      </w:pPr>
      <w:r>
        <w:rPr>
          <w:b w:val="0"/>
          <w:i w:val="0"/>
        </w:rPr>
        <w:t>Vậy ai sẽ điều hành điền trang? Virginia hỏi, hy vọng cuối cùng họ đã tỉnh ngộ.</w:t>
      </w:r>
    </w:p>
    <w:p>
      <w:pPr>
        <w:spacing w:after="80"/>
      </w:pPr>
      <w:r>
        <w:rPr>
          <w:b w:val="0"/>
          <w:i w:val="0"/>
        </w:rPr>
        <w:t>Tôi đã giao trách nhiệm đó cho Shane và Camilla với sự chúc phúc của cha tôi, tôi có thể nói thêm, vì ông đã chấp nhận rằng tôi luôn muốn trở thành một người lính và chưa bao giờ được sinh ra để làm nông dân. Shane, Camilla và bọn trẻ sẽ sống tại lâu đài, thực hiện thêm một mong muốn khác của cha tôi.</w:t>
      </w:r>
    </w:p>
    <w:p>
      <w:pPr>
        <w:spacing w:after="80"/>
      </w:pPr>
      <w:r>
        <w:rPr>
          <w:b w:val="0"/>
          <w:i w:val="0"/>
        </w:rPr>
        <w:t>Thật là hợp lý, Virginia nói. Tôi hy vọng cô sẽ cho phép tôi giúp một tay, ít nhất là trong thời gian chuyển giao?</w:t>
      </w:r>
    </w:p>
    <w:p>
      <w:pPr>
        <w:spacing w:after="80"/>
      </w:pPr>
      <w:r>
        <w:rPr>
          <w:b w:val="0"/>
          <w:i w:val="0"/>
        </w:rPr>
        <w:t>Điều đó không cần thiết, Camilla nói, lần đầu tiên lên tiếng. Chúng tôi đã nhận được một lời đề nghị tốt cho trang trại của mình ở New Zealand, và chồng tôi sẽ bay về để hoàn tất việc bán và giải quyết bất kỳ vấn đề cá nhân nào khác cần xử lý, sau đó anh ấy sẽ trở lại để tiếp quản việc quản lý điền trang. Với sự giúp đỡ của ông Moxton, tôi sẽ duy trì mọi thứ cho đến khi anh ấy trở lại.</w:t>
      </w:r>
    </w:p>
    <w:p>
      <w:pPr>
        <w:spacing w:after="80"/>
      </w:pPr>
      <w:r>
        <w:rPr>
          <w:b w:val="0"/>
          <w:i w:val="0"/>
        </w:rPr>
        <w:t>Chỉ là tôi nghĩ</w:t>
      </w:r>
    </w:p>
    <w:p>
      <w:pPr>
        <w:spacing w:after="80"/>
      </w:pPr>
      <w:r>
        <w:rPr>
          <w:b w:val="0"/>
          <w:i w:val="0"/>
        </w:rPr>
        <w:t>Không cần đâu, Camilla nói. Chúng tôi đã nghĩ đến mọi thứ rồi.</w:t>
      </w:r>
    </w:p>
    <w:p>
      <w:pPr>
        <w:spacing w:after="80"/>
      </w:pPr>
      <w:r>
        <w:rPr>
          <w:b w:val="0"/>
          <w:i w:val="0"/>
        </w:rPr>
        <w:t>Và tôi e rằng, Virginia, còn một vấn đề khác tôi phải nêu ra với cô, Clarence nói. Virginia bồn chồn xoay người trên ghế. Ông Moxton đã cho tôi biết rằng cha tôi, mà tôi không hay biết, đã cho cô vay 185,000. May mắn thay, Moxton đã đủ khôn ngoan để chính thức hóa thỏa thuận, Clarence nói, khi ông lật sang trang thứ ba của một tài liệu mà Virginia nhớ là mình đã ký. Cô đột nhiên ước gì mình đã dành chút thời gian đọc hai trang đầu.</w:t>
      </w:r>
    </w:p>
    <w:p>
      <w:pPr>
        <w:spacing w:after="80"/>
      </w:pPr>
      <w:r>
        <w:rPr>
          <w:b w:val="0"/>
          <w:i w:val="0"/>
        </w:rPr>
        <w:t>Khoản vay được thực hiện trong thời hạn năm năm, với lãi suất kép năm phần trăm. Nếu cha tôi qua đời trước đó, toàn bộ số tiền phải được hoàn trả trong vòng hai mươi tám ngày. Tôi đã tham khảo ý kiến kế toán của mình, và ông ấy đã viết thư cho tôi biết ông ấy chuyển sự chú ý sang một lá thư nằm trên bàn rằng với lãi suất tích lũy, số tiền chính xác mà cô hiện nợ điền trang là 209,145. Vì vậy tôi phải hỏi cô, Virginia, liệu cô có đủ tiền để trang trải số tiền đó không.</w:t>
      </w:r>
    </w:p>
    <w:p>
      <w:pPr>
        <w:spacing w:after="80"/>
      </w:pPr>
      <w:r>
        <w:rPr>
          <w:b w:val="0"/>
          <w:i w:val="0"/>
        </w:rPr>
        <w:t>Nhưng Perry nói với tôi rằng nếu ông ấy chết trước tôi và tôi nhớ chính xác lời ông ấy nói thì mọi khoản nợ sẽ được xóa sạch.</w:t>
      </w:r>
    </w:p>
    <w:p>
      <w:pPr>
        <w:spacing w:after="80"/>
      </w:pPr>
      <w:r>
        <w:rPr>
          <w:b w:val="0"/>
          <w:i w:val="0"/>
        </w:rPr>
        <w:t>Cô có bằng chứng nào về điều đó không? Camilla hỏi.</w:t>
      </w:r>
    </w:p>
    <w:p>
      <w:pPr>
        <w:spacing w:after="80"/>
      </w:pPr>
      <w:r>
        <w:rPr>
          <w:b w:val="0"/>
          <w:i w:val="0"/>
        </w:rPr>
        <w:t>Không. Nhưng ông ấy đã hứa với tôi, điều đó chắc chắn phải là đủ.</w:t>
      </w:r>
    </w:p>
    <w:p>
      <w:pPr>
        <w:spacing w:after="80"/>
      </w:pPr>
      <w:r>
        <w:rPr>
          <w:b w:val="0"/>
          <w:i w:val="0"/>
        </w:rPr>
        <w:t>Chúng ta không đang bàn về lời của ông ấy, Camilla nói, mà là lời của cô.</w:t>
      </w:r>
    </w:p>
    <w:p>
      <w:pPr>
        <w:spacing w:after="80"/>
      </w:pPr>
      <w:r>
        <w:rPr>
          <w:b w:val="0"/>
          <w:i w:val="0"/>
        </w:rPr>
        <w:t>Và nếu ông ấy có nói, Clarence nói, thì ông ấy chắc chắn đã không cho Moxton biết về bất kỳ thỏa thuận nào như vậy. Không có đề cập nào về điều đó trong thỏa thuận gốc, mà cha tôi cũng đã ký. Clarence xoay nó lại để Virginia có thể thấy một chữ ký mà cô biết rõ.</w:t>
      </w:r>
    </w:p>
    <w:p>
      <w:pPr>
        <w:spacing w:after="80"/>
      </w:pPr>
      <w:r>
        <w:rPr>
          <w:b w:val="0"/>
          <w:i w:val="0"/>
        </w:rPr>
        <w:t>Tôi sẽ phải tham khảo ý kiến luật sư của mình, cô lắp bắp, không thể nghĩ ra điều gì khác để nói.</w:t>
      </w:r>
    </w:p>
    <w:p>
      <w:pPr>
        <w:spacing w:after="80"/>
      </w:pPr>
      <w:r>
        <w:rPr>
          <w:b w:val="0"/>
          <w:i w:val="0"/>
        </w:rPr>
        <w:t>Chúng tôi đã tham khảo ý kiến luật sư của mình rồi, Alice nói, và ông Blatchford đã xác nhận rằng không có đề cập nào trong di chúc của Cha về bất kỳ món quà nào như vậy, chỉ có một khoản trợ cấp năm nghìn bảng một tháng, một cây gậy chống bằng gỗ thạch nam và hai bình sứ.</w:t>
      </w:r>
    </w:p>
    <w:p>
      <w:pPr>
        <w:spacing w:after="80"/>
      </w:pPr>
      <w:r>
        <w:rPr>
          <w:b w:val="0"/>
          <w:i w:val="0"/>
        </w:rPr>
        <w:t>Virginia nén một nụ cười.</w:t>
      </w:r>
    </w:p>
    <w:p>
      <w:pPr>
        <w:spacing w:after="80"/>
      </w:pPr>
      <w:r>
        <w:rPr>
          <w:b w:val="0"/>
          <w:i w:val="0"/>
        </w:rPr>
        <w:t>Nếu cô không thể hoàn trả khoản vay, Clarence tiếp tục, kế toán của chúng tôi đã đưa ra một thỏa hiệp mà tôi hy vọng cô sẽ thấy chấp nhận được. Ông quay lại lá thư. Nếu chúng tôi giữ lại khoản trợ cấp hàng tháng năm nghìn bảng của cô, toàn bộ số tiền sẽ được trả hết trong khoảng bốn năm, lúc đó khoản trợ cấp của cô sẽ được khôi phục.</w:t>
      </w:r>
    </w:p>
    <w:p>
      <w:pPr>
        <w:spacing w:after="80"/>
      </w:pPr>
      <w:r>
        <w:rPr>
          <w:b w:val="0"/>
          <w:i w:val="0"/>
        </w:rPr>
        <w:t>Tuy nhiên, nếu cô có mệnh hệ gì trong bốn năm tới, Camilla xen vào, để tôi đảm bảo với cô, mọi chuyện sẽ được xóa sạch như chưa từng có gì.</w:t>
      </w:r>
    </w:p>
    <w:p>
      <w:pPr>
        <w:spacing w:after="80"/>
      </w:pPr>
      <w:r>
        <w:rPr>
          <w:b w:val="0"/>
          <w:i w:val="0"/>
        </w:rPr>
        <w:t>Virginia im lặng một lúc lâu rồi buột miệng, Nhưng trong khoảng thời gian đó tôi sống sao đây?</w:t>
      </w:r>
    </w:p>
    <w:p>
      <w:pPr>
        <w:spacing w:after="80"/>
      </w:pPr>
      <w:r>
        <w:rPr>
          <w:b w:val="0"/>
          <w:i w:val="0"/>
        </w:rPr>
        <w:t>Cha tôi đã nói với tôi, không chỉ một lần, Clarence nói, rằng anh trai cô chu cấp cho cô một khoản tiền hàng tháng hào phóng mà có lần cô bảo chẳng bao giờ tiêu hết, nên tôi cứ tưởng là . . .</w:t>
      </w:r>
    </w:p>
    <w:p>
      <w:pPr>
        <w:spacing w:after="80"/>
      </w:pPr>
      <w:r>
        <w:rPr>
          <w:b w:val="0"/>
          <w:i w:val="0"/>
        </w:rPr>
        <w:t>Ông ấy đã cắt các khoản thanh toán đó vào ngày tôi cưới cha anh.</w:t>
      </w:r>
    </w:p>
    <w:p>
      <w:pPr>
        <w:spacing w:after="80"/>
      </w:pPr>
      <w:r>
        <w:rPr>
          <w:b w:val="0"/>
          <w:i w:val="0"/>
        </w:rPr>
        <w:t>Vậy thì chúng ta phải hy vọng rằng một khi ông ấy biết được hoàn cảnh hiện tại của cô, ông ấy sẽ sẵn lòng khôi phục khoản chu cấp cho cô, nếu không thì cô sẽ phải dựa vào khối tài sản đáng kể của mình, điều mà cô cũng đã nói với cha tôi. Tất nhiên, nếu cô có thể trả đủ toàn bộ khoản vay trong vòng hai mươi tám ngày thì mọi chuyện sẽ được giải quyết.</w:t>
      </w:r>
    </w:p>
    <w:p>
      <w:pPr>
        <w:spacing w:after="80"/>
      </w:pPr>
      <w:r>
        <w:rPr>
          <w:b w:val="0"/>
          <w:i w:val="0"/>
        </w:rPr>
        <w:t>Virginia cúi đầu và òa khóc, nhưng khi cuối cùng ngẩng lên, rõ ràng là không ai trong số họ động lòng.</w:t>
      </w:r>
    </w:p>
    <w:p>
      <w:pPr>
        <w:spacing w:after="80"/>
      </w:pPr>
      <w:r>
        <w:rPr>
          <w:b w:val="0"/>
          <w:i w:val="0"/>
        </w:rPr>
        <w:t>Có lẽ đây là dịp tốt để chúng ta bàn một số chuyện trong nhà, Camilla nói. Như anh trai tôi đã giải thích, chồng tôi sẽ tiếp quản việc quản lý điền trang, và gia đình chúng tôi sẽ sống ở đây trong lâu đài. Clarence và Alice sẽ thỉnh thoảng trở về, nhưng khi anh trai tôi vắng mặt, tôi sẽ là bà chủ của Lâu đài Hertford. Camilla chờ cho những lời mình thấm vào rồi mới nói tiếp. Tôi muốn nói rõ, để sau này không có hiểu lầm gì, rằng cô sẽ không được chào đón ở đây bất cứ lúc nào, kể cả Giáng sinh hay bất kỳ ngày lễ nào khác. Cô cũng sẽ không được cố gắng liên lạc với con tôi hay bất kỳ nhân viên nào của lâu đài. Tôi đã nói rõ mong muốn của mình với ông Lomax.</w:t>
      </w:r>
    </w:p>
    <w:p>
      <w:pPr>
        <w:spacing w:after="80"/>
      </w:pPr>
      <w:r>
        <w:rPr>
          <w:b w:val="0"/>
          <w:i w:val="0"/>
        </w:rPr>
        <w:t>Virginia nhìn Clarence rồi nhìn Alice, nhưng rõ ràng cả gia đình đang hành động như một.</w:t>
      </w:r>
    </w:p>
    <w:p>
      <w:pPr>
        <w:spacing w:after="80"/>
      </w:pPr>
      <w:r>
        <w:rPr>
          <w:b w:val="0"/>
          <w:i w:val="0"/>
        </w:rPr>
        <w:t>Trừ khi cô có điều gì muốn hỏi về những sắp xếp tương lai của mình, Clarence nói, chúng ta không còn gì để bàn với cô nữa.</w:t>
      </w:r>
    </w:p>
    <w:p>
      <w:pPr>
        <w:spacing w:after="80"/>
      </w:pPr>
      <w:r>
        <w:rPr>
          <w:b w:val="0"/>
          <w:i w:val="0"/>
        </w:rPr>
        <w:t>Virginia đứng dậy khỏi chỗ ngồi và rời khỏi phòng với phẩm giá cao nhất mà cô có thể gom góp. Cô bước chậm rãi qua sảnh đến cửa trước, nơi người quản gia đang giữ mở. Ông ấy không nói gì với cô khi cô bước ra khỏi lâu đài lần cuối cùng. Tất cả những gì cô nghe thấy là tiếng cửa đóng lại sau lưng.</w:t>
      </w:r>
    </w:p>
    <w:p>
      <w:pPr>
        <w:spacing w:after="80"/>
      </w:pPr>
      <w:r>
        <w:rPr>
          <w:b w:val="0"/>
          <w:i w:val="0"/>
        </w:rPr>
        <w:t>Một cánh cửa khác đã mở sẵn để đưa cô trở về Dower House. Khi Virginia được thả xuống, cô đi thẳng vào phòng làm việc, nhấc điện thoại và bấm một số ở London, và được chào đón bằng giọng nói thân thiện đầu tiên mà cô nghe được trong ngày hôm đó.</w:t>
      </w:r>
    </w:p>
    <w:p>
      <w:pPr>
        <w:spacing w:after="80"/>
      </w:pPr>
      <w:r>
        <w:rPr>
          <w:b w:val="0"/>
          <w:i w:val="0"/>
        </w:rPr>
        <w:t>Thật vui khi nhận được tin của bà, thưa bà. Tôi có thể giúp gì?</w:t>
      </w:r>
    </w:p>
    <w:p>
      <w:pPr>
        <w:spacing w:after="80"/>
      </w:pPr>
      <w:r>
        <w:rPr>
          <w:b w:val="0"/>
          <w:i w:val="0"/>
        </w:rPr>
        <w:t>Tôi cần đặt một cuộc hẹn gặp ông càng sớm càng tốt, ông Poltimore, vì tôi đã đổi ý.</w:t>
      </w:r>
    </w:p>
    <w:p>
      <w:pPr>
        <w:pStyle w:val="Heading1"/>
        <w:jc w:val="center"/>
      </w:pPr>
      <w:r>
        <w:rPr>
          <w:rFonts w:ascii="Calibri" w:hAnsi="Calibri"/>
          <w:b/>
          <w:i w:val="0"/>
          <w:sz w:val="40"/>
        </w:rPr>
        <w:t>36</w:t>
      </w:r>
    </w:p>
    <w:p>
      <w:pPr>
        <w:spacing w:after="80"/>
      </w:pPr>
      <w:r>
        <w:rPr>
          <w:b w:val="0"/>
          <w:i w:val="0"/>
        </w:rPr>
        <w:t>TÔI KHÔNG NGHI NGỜ GÌ, Poltimore nói, rằng bà đã đưa ra một quyết định sáng suốt. Nhưng tôi có thể hỏi điều gì khiến bà đổi ý không?</w:t>
      </w:r>
    </w:p>
    <w:p>
      <w:pPr>
        <w:spacing w:after="80"/>
      </w:pPr>
      <w:r>
        <w:rPr>
          <w:b w:val="0"/>
          <w:i w:val="0"/>
        </w:rPr>
        <w:t>Người chồng quá cố của tôi hẳn sẽ không muốn ai nghĩ rằng ông ấy đang bán tống bán tháo các bảo vật gia truyền.</w:t>
      </w:r>
    </w:p>
    <w:p>
      <w:pPr>
        <w:spacing w:after="80"/>
      </w:pPr>
      <w:r>
        <w:rPr>
          <w:b w:val="0"/>
          <w:i w:val="0"/>
        </w:rPr>
        <w:t>Còn vị công tước mới thì sao? Poltimore hỏi. Ông ấy cảm thấy thế nào?</w:t>
      </w:r>
    </w:p>
    <w:p>
      <w:pPr>
        <w:spacing w:after="80"/>
      </w:pPr>
      <w:r>
        <w:rPr>
          <w:b w:val="0"/>
          <w:i w:val="0"/>
        </w:rPr>
        <w:t>Thẳng thắn mà nói, Clarence sẽ chẳng phân biệt nổi Ming với Tupperware đâu.</w:t>
      </w:r>
    </w:p>
    <w:p>
      <w:pPr>
        <w:spacing w:after="80"/>
      </w:pPr>
      <w:r>
        <w:rPr>
          <w:b w:val="0"/>
          <w:i w:val="0"/>
        </w:rPr>
        <w:t>Poltimore không chắc nên cười hay không, bèn chỉ nói: Trước khi ngài đồng ý để những chiếc bình được đem ra đấu giá, thưa ngài công tước, có lẽ ngài sẽ muốn biết rằng tôi đã nhận được lời đề nghị bảy trăm nghìn bảng cho chúng từ một nhà buôn tư nhân ở Chicago, và tôi tin chắc mình có thể đẩy ông ta vượt mốc một triệu. Và có lẽ có thể làm được mà không ai cần biết giao dịch đã diễn ra.</w:t>
      </w:r>
    </w:p>
    <w:p>
      <w:pPr>
        <w:spacing w:after="80"/>
      </w:pPr>
      <w:r>
        <w:rPr>
          <w:b w:val="0"/>
          <w:i w:val="0"/>
        </w:rPr>
        <w:t>Nhưng chắc chắn một nhà buôn sẽ chỉ bán lại những chiếc bình của tôi cho một trong những khách hàng của ông ta thôi chứ?</w:t>
      </w:r>
    </w:p>
    <w:p>
      <w:pPr>
        <w:spacing w:after="80"/>
      </w:pPr>
      <w:r>
        <w:rPr>
          <w:b w:val="0"/>
          <w:i w:val="0"/>
        </w:rPr>
        <w:t>Đồng thời tự kiếm cho mình một khoản lời kha khá, đó là lý do tôi tin chắc chúng sẽ thu được giá cao hơn nhiều khi đấu giá.</w:t>
      </w:r>
    </w:p>
    <w:p>
      <w:pPr>
        <w:spacing w:after="80"/>
      </w:pPr>
      <w:r>
        <w:rPr>
          <w:b w:val="0"/>
          <w:i w:val="0"/>
        </w:rPr>
        <w:t>Nhưng hẳn phải có một khả năng nhỏ là nếu những chiếc bình được đem ra đấu giá, chính nhà buôn đó có thể mua được chúng với giá dưới một triệu.</w:t>
      </w:r>
    </w:p>
    <w:p>
      <w:pPr>
        <w:spacing w:after="80"/>
      </w:pPr>
      <w:r>
        <w:rPr>
          <w:b w:val="0"/>
          <w:i w:val="0"/>
        </w:rPr>
        <w:t>Điều đó cực kỳ khó xảy ra, thưa ngài công tước, với một món đồ quan trọng cỡ này. Và bất chấp khả năng đó, tôi vẫn cho rằng đây là một rủi ro đáng để chấp nhận, bởi tôi đã tiếp cận nửa tá nhà sưu tập hàng đầu trong lĩnh vực này, và tất cả đều tỏ ra quan tâm đáng kể, kể cả giám đốc Bảo tàng Quốc gia Trung Quốc ở Bắc Kinh.</w:t>
      </w:r>
    </w:p>
    <w:p>
      <w:pPr>
        <w:spacing w:after="80"/>
      </w:pPr>
      <w:r>
        <w:rPr>
          <w:b w:val="0"/>
          <w:i w:val="0"/>
        </w:rPr>
        <w:t>Ngài đã thuyết phục được tôi, Virginia nói. Vậy tôi nên làm gì tiếp theo?</w:t>
      </w:r>
    </w:p>
    <w:p>
      <w:pPr>
        <w:spacing w:after="80"/>
      </w:pPr>
      <w:r>
        <w:rPr>
          <w:b w:val="0"/>
          <w:i w:val="0"/>
        </w:rPr>
        <w:t>Sau khi ngài ký vào mẫu giấy ủy quyền, ngài có thể để phần còn lại cho chúng tôi. Ngài vẫn kịp thời gian cho phiên đấu giá mùa thu, vốn luôn là một trong những phiên được ưa chuộng nhất trong năm, và tôi đã đề xuất đưa những chiếc bình Hertford lên bìa danh mục. Hãy yên tâm, khách hàng của chúng tôi sẽ không chút nghi ngờ về việc chúng tôi coi những món đồ này quan trọng đến mức nào.</w:t>
      </w:r>
    </w:p>
    <w:p>
      <w:pPr>
        <w:spacing w:after="80"/>
      </w:pPr>
      <w:r>
        <w:rPr>
          <w:b w:val="0"/>
          <w:i w:val="0"/>
        </w:rPr>
        <w:t>Tôi có thể nói một điều với mức độ bảo mật tuyệt đối được không, ông Poltimore?</w:t>
      </w:r>
    </w:p>
    <w:p>
      <w:pPr>
        <w:spacing w:after="80"/>
      </w:pPr>
      <w:r>
        <w:rPr>
          <w:b w:val="0"/>
          <w:i w:val="0"/>
        </w:rPr>
        <w:t>Tất nhiên rồi, thưa ngài công tước.</w:t>
      </w:r>
    </w:p>
    <w:p>
      <w:pPr>
        <w:spacing w:after="80"/>
      </w:pPr>
      <w:r>
        <w:rPr>
          <w:b w:val="0"/>
          <w:i w:val="0"/>
        </w:rPr>
        <w:t>Tôi rất mong có mức độ công khai tối thiểu trước buổi đấu giá, nhưng tối đa có thể sau đó.</w:t>
      </w:r>
    </w:p>
    <w:p>
      <w:pPr>
        <w:spacing w:after="80"/>
      </w:pPr>
      <w:r>
        <w:rPr>
          <w:b w:val="0"/>
          <w:i w:val="0"/>
        </w:rPr>
        <w:t>Điều đó không thành vấn đề, nhất là khi các phóng viên nghệ thuật từ tất cả các tờ báo quốc gia sẽ tham dự phiên bán. Và nếu những chiếc bình thu được mức giá như chúng tôi dự đoán, nó sẽ tạo ra sự quan tâm đáng kể trên báo chí, nên ngài có thể chắc chắn rằng sáng hôm sau, mọi người sẽ đều biết về chiến thắng của ngài.</w:t>
      </w:r>
    </w:p>
    <w:p>
      <w:pPr>
        <w:spacing w:after="80"/>
      </w:pPr>
      <w:r>
        <w:rPr>
          <w:b w:val="0"/>
          <w:i w:val="0"/>
        </w:rPr>
        <w:t>Tôi không quan tâm đến mọi người, Virginia nói, chỉ một thành viên của một gia đình nọ thôi.</w:t>
      </w:r>
    </w:p>
    <w:p>
      <w:pPr>
        <w:jc w:val="center"/>
      </w:pPr>
      <w:r>
        <w:drawing>
          <wp:inline xmlns:a="http://schemas.openxmlformats.org/drawingml/2006/main" xmlns:pic="http://schemas.openxmlformats.org/drawingml/2006/picture">
            <wp:extent cx="304800" cy="85725"/>
            <wp:docPr id="114" name="Picture 11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Một con mụ khốn nạn mạ vàng, Virginia nói.</w:t>
      </w:r>
    </w:p>
    <w:p>
      <w:pPr>
        <w:spacing w:after="80"/>
      </w:pPr>
      <w:r>
        <w:rPr>
          <w:b w:val="0"/>
          <w:i w:val="0"/>
        </w:rPr>
        <w:t>Tệ đến thế à? Priscilla Bingham hỏi, sau khi đĩa tráng miệng của họ đã được dọn đi.</w:t>
      </w:r>
    </w:p>
    <w:p>
      <w:pPr>
        <w:spacing w:after="80"/>
      </w:pPr>
      <w:r>
        <w:rPr>
          <w:b w:val="0"/>
          <w:i w:val="0"/>
        </w:rPr>
        <w:t>Tệ hơn nữa. Cô ta làm ra vẻ ta đây như một nữ công tước, nhưng thực chất chẳng qua chỉ là vợ của một gã nông dân nuôi cừu mới nổi từ tận bên kia địa cầu.</w:t>
      </w:r>
    </w:p>
    <w:p>
      <w:pPr>
        <w:spacing w:after="80"/>
      </w:pPr>
      <w:r>
        <w:rPr>
          <w:b w:val="0"/>
          <w:i w:val="0"/>
        </w:rPr>
        <w:t>Và bà nói cô ta là con gái thứ hai à?</w:t>
      </w:r>
    </w:p>
    <w:p>
      <w:pPr>
        <w:spacing w:after="80"/>
      </w:pPr>
      <w:r>
        <w:rPr>
          <w:b w:val="0"/>
          <w:i w:val="0"/>
        </w:rPr>
        <w:t>Đúng vậy. Nhưng cô ta cư xử cứ như thể mình là nữ chủ nhân của Lâu đài Hertford.</w:t>
      </w:r>
    </w:p>
    <w:p>
      <w:pPr>
        <w:spacing w:after="80"/>
      </w:pPr>
      <w:r>
        <w:rPr>
          <w:b w:val="0"/>
          <w:i w:val="0"/>
        </w:rPr>
        <w:t>Chẳng phải mọi thứ sẽ thay đổi sao nếu công tước kết hôn và quyết định đòi lại dinh thự của gia tộc?</w:t>
      </w:r>
    </w:p>
    <w:p>
      <w:pPr>
        <w:spacing w:after="80"/>
      </w:pPr>
      <w:r>
        <w:rPr>
          <w:b w:val="0"/>
          <w:i w:val="0"/>
        </w:rPr>
        <w:t>Khó lắm. Clarence đã "kết hôn" với quân đội rồi, và còn mong trở thành đại tá tiếp theo của trung đoàn.</w:t>
      </w:r>
    </w:p>
    <w:p>
      <w:pPr>
        <w:spacing w:after="80"/>
      </w:pPr>
      <w:r>
        <w:rPr>
          <w:b w:val="0"/>
          <w:i w:val="0"/>
        </w:rPr>
        <w:t>Giống như cha anh ta ngày trước.</w:t>
      </w:r>
    </w:p>
    <w:p>
      <w:pPr>
        <w:spacing w:after="80"/>
      </w:pPr>
      <w:r>
        <w:rPr>
          <w:b w:val="0"/>
          <w:i w:val="0"/>
        </w:rPr>
        <w:t>Anh ta chẳng giống cha mình chút nào, Virginia nói. Nếu Perry còn sống, ông ấy sẽ không bao giờ để họ làm nhục tôi theo cách này. Nhưng tôi định sẽ là người cười sau cùng. Bà lôi từ trong túi ra một cuốn danh mục đấu giá mới in và đưa cho bạn mình.</w:t>
      </w:r>
    </w:p>
    <w:p>
      <w:pPr>
        <w:spacing w:after="80"/>
      </w:pPr>
      <w:r>
        <w:rPr>
          <w:b w:val="0"/>
          <w:i w:val="0"/>
        </w:rPr>
        <w:t>Đây có phải là hai chiếc bình bà kể với tôi không? Priscilla hỏi, vừa ngắm nghía bìa sách đầy thán phục.</w:t>
      </w:r>
    </w:p>
    <w:p>
      <w:pPr>
        <w:spacing w:after="80"/>
      </w:pPr>
      <w:r>
        <w:rPr>
          <w:b w:val="0"/>
          <w:i w:val="0"/>
        </w:rPr>
        <w:t>Đúng thế. Và bà sẽ thấy tôi sắp kiếm được bao nhiêu nếu giở đến lô bốn mươi ba.</w:t>
      </w:r>
    </w:p>
    <w:p>
      <w:pPr>
        <w:spacing w:after="80"/>
      </w:pPr>
      <w:r>
        <w:rPr>
          <w:b w:val="0"/>
          <w:i w:val="0"/>
        </w:rPr>
        <w:t>Priscilla lật nhanh các trang, và khi đến Lô 43, Hai chiếc bình Minh, khoảng năm 1462, mắt bà dừng lại ở con số ước tính. Miệng bà há ra nhưng không thốt nên lời.</w:t>
      </w:r>
    </w:p>
    <w:p>
      <w:pPr>
        <w:spacing w:after="80"/>
      </w:pPr>
      <w:r>
        <w:rPr>
          <w:b w:val="0"/>
          <w:i w:val="0"/>
        </w:rPr>
        <w:t>Công tước thật là hào phóng quá, cuối cùng bà mới nói được.</w:t>
      </w:r>
    </w:p>
    <w:p>
      <w:pPr>
        <w:spacing w:after="80"/>
      </w:pPr>
      <w:r>
        <w:rPr>
          <w:b w:val="0"/>
          <w:i w:val="0"/>
        </w:rPr>
        <w:t>Ông ấy không hề biết chúng đáng giá đến nhường nào, Virginia nói, nếu không thì ông ấy đã chẳng bao giờ để chúng ra đi.</w:t>
      </w:r>
    </w:p>
    <w:p>
      <w:pPr>
        <w:spacing w:after="80"/>
      </w:pPr>
      <w:r>
        <w:rPr>
          <w:b w:val="0"/>
          <w:i w:val="0"/>
        </w:rPr>
        <w:t>Nhưng chắc chắn gia đình sẽ phát hiện ra từ lâu trước khi buổi đấu giá diễn ra chứ.</w:t>
      </w:r>
    </w:p>
    <w:p>
      <w:pPr>
        <w:spacing w:after="80"/>
      </w:pPr>
      <w:r>
        <w:rPr>
          <w:b w:val="0"/>
          <w:i w:val="0"/>
        </w:rPr>
        <w:t>Có vẻ khó lắm. Clarence đang ẩn náu đâu đó ở Borneo, Alice thì ở New York bán từng chai nước hoa, còn Camilla thì chẳng bao giờ rời lâu đài trừ khi buộc phải đi.</w:t>
      </w:r>
    </w:p>
    <w:p>
      <w:pPr>
        <w:spacing w:after="80"/>
      </w:pPr>
      <w:r>
        <w:rPr>
          <w:b w:val="0"/>
          <w:i w:val="0"/>
        </w:rPr>
        <w:t>Nhưng tôi tưởng bà muốn họ phát hiện ra chứ?</w:t>
      </w:r>
    </w:p>
    <w:p>
      <w:pPr>
        <w:spacing w:after="80"/>
      </w:pPr>
      <w:r>
        <w:rPr>
          <w:b w:val="0"/>
          <w:i w:val="0"/>
        </w:rPr>
        <w:t>Không phải trước khi buổi đấu giá kết thúc, lúc đó tôi đã gửi tiền vào ngân hàng rồi.</w:t>
      </w:r>
    </w:p>
    <w:p>
      <w:pPr>
        <w:spacing w:after="80"/>
      </w:pPr>
      <w:r>
        <w:rPr>
          <w:b w:val="0"/>
          <w:i w:val="0"/>
        </w:rPr>
        <w:t>Nhưng ngay cả khi đó, họ cũng có thể chẳng nghe nói gì về chuyện này.</w:t>
      </w:r>
    </w:p>
    <w:p>
      <w:pPr>
        <w:spacing w:after="80"/>
      </w:pPr>
      <w:r>
        <w:rPr>
          <w:b w:val="0"/>
          <w:i w:val="0"/>
        </w:rPr>
        <w:t>Ông Poltimore, người đang điều hành buổi đấu giá, bảo tôi rằng ông ấy đã nhận được điện thoại từ vài phóng viên nghệ thuật hàng đầu, nên chúng ta có thể mong đợi sẽ được đưa tin rộng rãi trên báo chí vào sáng hôm sau. Đó là lúc họ sẽ phát hiện ra, và đến lúc đó thì đã quá muộn vì tôi đã gửi tiền vào ngân hàng rồi. Tôi rất mong cô có thể đến buổi đấu giá vào tối thứ Năm tới, Priscilla, và sau đó cô có thể cùng tôi dùng bữa tối tại Annabel's để ăn mừng. Tôi thậm chí đã đặt bàn yêu thích của Perry. Sẽ giống hệt như ngày xưa vậy.</w:t>
      </w:r>
    </w:p>
    <w:p>
      <w:pPr>
        <w:spacing w:after="80"/>
      </w:pPr>
      <w:r>
        <w:rPr>
          <w:b w:val="0"/>
          <w:i w:val="0"/>
        </w:rPr>
        <w:t>"Ngày xưa," Priscilla lặp lại, khi một người phục vụ xuất hiện và phục vụ cà phê. "Nhắc mới nhớ, cô có bao giờ nghe tin gì từ chồng cũ của cô không, sau màn đảo chính nho nhỏ của cô với Mellor Travel ấy?"</w:t>
      </w:r>
    </w:p>
    <w:p>
      <w:pPr>
        <w:spacing w:after="80"/>
      </w:pPr>
      <w:r>
        <w:rPr>
          <w:b w:val="0"/>
          <w:i w:val="0"/>
        </w:rPr>
        <w:t>"Nếu cô muốn nói đến Giles, thì anh ta đã gửi cho tôi một tấm thiệp Giáng sinh lần đầu tiên sau bao nhiêu năm, nhưng tôi không đáp lễ."</w:t>
      </w:r>
    </w:p>
    <w:p>
      <w:pPr>
        <w:spacing w:after="80"/>
      </w:pPr>
      <w:r>
        <w:rPr>
          <w:b w:val="0"/>
          <w:i w:val="0"/>
        </w:rPr>
        <w:t>"Tôi thấy anh ta đã trở lại ghế bộ trưởng rồi."</w:t>
      </w:r>
    </w:p>
    <w:p>
      <w:pPr>
        <w:spacing w:after="80"/>
      </w:pPr>
      <w:r>
        <w:rPr>
          <w:b w:val="0"/>
          <w:i w:val="0"/>
        </w:rPr>
        <w:t>"Đúng vậy, anh ta được xếp đối đầu với chính em gái mình. Nhưng anh ta mềm yếu quá, tôi nghĩ chắc anh ta thường xuyên để cô ấy thoát tội," Virginia nói thêm khi nhấp một ngụm cà phê.</w:t>
      </w:r>
    </w:p>
    <w:p>
      <w:pPr>
        <w:spacing w:after="80"/>
      </w:pPr>
      <w:r>
        <w:rPr>
          <w:b w:val="0"/>
          <w:i w:val="0"/>
        </w:rPr>
        <w:t>"Và giờ cô ấy là nam tước rồi."</w:t>
      </w:r>
    </w:p>
    <w:p>
      <w:pPr>
        <w:spacing w:after="80"/>
      </w:pPr>
      <w:r>
        <w:rPr>
          <w:b w:val="0"/>
          <w:i w:val="0"/>
        </w:rPr>
        <w:t>"Cô ấy là quý tộc trọn đời," Virginia nói. "Dù sao thì, cô ấy chỉ có được chỗ trong Viện Quý tộc vì đã ủng hộ Margaret Thatcher khi bà ấy tranh cử vị trí lãnh đạo đảng Bảo thủ. Chuyện đó gần như đủ để khiến người ta cân nhắc bỏ phiếu cho đảng Lao động."</w:t>
      </w:r>
    </w:p>
    <w:p>
      <w:pPr>
        <w:spacing w:after="80"/>
      </w:pPr>
      <w:r>
        <w:rPr>
          <w:b w:val="0"/>
          <w:i w:val="0"/>
        </w:rPr>
        <w:t>"Công bằng mà nói, Virginia à, báo chí đều có vẻ đồng ý rằng cô ấy đang làm khá tốt công việc bộ trưởng y tế."</w:t>
      </w:r>
    </w:p>
    <w:p>
      <w:pPr>
        <w:spacing w:after="80"/>
      </w:pPr>
      <w:r>
        <w:rPr>
          <w:b w:val="0"/>
          <w:i w:val="0"/>
        </w:rPr>
        <w:t>"Cô ấy sẽ tốt hơn nếu dành thời gian lo lắng cho sức khỏe của chính gia đình mình. Rượu chè, ma túy, ba người trên một giường, hành hung cảnh sát, và cháu gái của cô ấy thì kết thúc trong tù."</w:t>
      </w:r>
    </w:p>
    <w:p>
      <w:pPr>
        <w:spacing w:after="80"/>
      </w:pPr>
      <w:r>
        <w:rPr>
          <w:b w:val="0"/>
          <w:i w:val="0"/>
        </w:rPr>
        <w:t>"Chỉ có một đêm thôi mà," Priscilla nhắc cô ấy. "Và cô bé đã trở lại trường Slade vào học kỳ sau."</w:t>
      </w:r>
    </w:p>
    <w:p>
      <w:pPr>
        <w:spacing w:after="80"/>
      </w:pPr>
      <w:r>
        <w:rPr>
          <w:b w:val="0"/>
          <w:i w:val="0"/>
        </w:rPr>
        <w:t>"Chắc hẳn ai đó đã giật rất nhiều dây để chuyện đó có thể xảy ra," Virginia nói.</w:t>
      </w:r>
    </w:p>
    <w:p>
      <w:pPr>
        <w:spacing w:after="80"/>
      </w:pPr>
      <w:r>
        <w:rPr>
          <w:b w:val="0"/>
          <w:i w:val="0"/>
        </w:rPr>
        <w:t>"Chắc là chồng cũ của cô," Priscilla gợi ý. "Anh ta có thể đang ở phe đối lập, nhưng tôi nghi anh ta vẫn còn nhiều ảnh hưởng lắm."</w:t>
      </w:r>
    </w:p>
    <w:p>
      <w:pPr>
        <w:spacing w:after="80"/>
      </w:pPr>
      <w:r>
        <w:rPr>
          <w:b w:val="0"/>
          <w:i w:val="0"/>
        </w:rPr>
        <w:t>"Còn chồng của cô thì sao?" Virginia hỏi, muốn đổi chủ đề. "Tôi hy vọng mọi chuyện với anh ấy đều ổn," cô thêm vào, mong nghe được điều ngược lại.</w:t>
      </w:r>
    </w:p>
    <w:p>
      <w:pPr>
        <w:spacing w:after="80"/>
      </w:pPr>
      <w:r>
        <w:rPr>
          <w:b w:val="0"/>
          <w:i w:val="0"/>
        </w:rPr>
        <w:t>"Anh ấy vẫn đang sản xuất một trăm nghìn hũ mắm cá mỗi tuần, điều đó cho phép tôi sống như một nữ công tước, dù tôi không phải."</w:t>
      </w:r>
    </w:p>
    <w:p>
      <w:pPr>
        <w:spacing w:after="80"/>
      </w:pPr>
      <w:r>
        <w:rPr>
          <w:b w:val="0"/>
          <w:i w:val="0"/>
        </w:rPr>
        <w:t>"Và con trai cô vẫn đang làm PR cho Farthings Kaufman chứ?" Virginia hỏi, phớt lờ lời châm chọc.</w:t>
      </w:r>
    </w:p>
    <w:p>
      <w:pPr>
        <w:spacing w:after="80"/>
      </w:pPr>
      <w:r>
        <w:rPr>
          <w:b w:val="0"/>
          <w:i w:val="0"/>
        </w:rPr>
        <w:t>Đúng vậy. Thực ra, Clive đang hy vọng sẽ không lâu nữa trước khi họ mời anh ta vào ban điều hành chính.</w:t>
      </w:r>
    </w:p>
    <w:p>
      <w:pPr>
        <w:spacing w:after="80"/>
      </w:pPr>
      <w:r>
        <w:rPr>
          <w:b w:val="0"/>
          <w:i w:val="0"/>
        </w:rPr>
        <w:t>Chắc hẳn điều đó có lợi nhờ Robert là bạn cũ của chủ tịch.</w:t>
      </w:r>
    </w:p>
    <w:p>
      <w:pPr>
        <w:spacing w:after="80"/>
      </w:pPr>
      <w:r>
        <w:rPr>
          <w:b w:val="0"/>
          <w:i w:val="0"/>
        </w:rPr>
        <w:t>Thế còn con trai bà thì sao? Priscilla hỏi, đáp trả từng đòn.</w:t>
      </w:r>
    </w:p>
    <w:p>
      <w:pPr>
        <w:spacing w:after="80"/>
      </w:pPr>
      <w:r>
        <w:rPr>
          <w:b w:val="0"/>
          <w:i w:val="0"/>
        </w:rPr>
        <w:t>Freddie không phải con trai tôi, như bà biết rõ đấy, Priscilla. Và lần cuối tôi nghe tin, nó đã bỏ trốn khỏi trường, điều đó lẽ ra đã giải quyết mọi rắc rối của tôi, nhưng tiếc thay vài ngày sau nó lại quay về.</w:t>
      </w:r>
    </w:p>
    <w:p>
      <w:pPr>
        <w:spacing w:after="80"/>
      </w:pPr>
      <w:r>
        <w:rPr>
          <w:b w:val="0"/>
          <w:i w:val="0"/>
        </w:rPr>
        <w:t>Vậy ai chăm sóc nó trong những kỳ nghỉ?</w:t>
      </w:r>
    </w:p>
    <w:p>
      <w:pPr>
        <w:spacing w:after="80"/>
      </w:pPr>
      <w:r>
        <w:rPr>
          <w:b w:val="0"/>
          <w:i w:val="0"/>
        </w:rPr>
        <w:t>Anh trai tôi, Archie, người sống nhờ thu nhập từ nhà máy chưng cất của gia đình, thứ mà Cha đã hứa trao cho tôi.</w:t>
      </w:r>
    </w:p>
    <w:p>
      <w:pPr>
        <w:spacing w:after="80"/>
      </w:pPr>
      <w:r>
        <w:rPr>
          <w:b w:val="0"/>
          <w:i w:val="0"/>
        </w:rPr>
        <w:t>Bà cũng đâu đến nỗi tệ, thưa nữ công tước, Priscilla nói, mắt lại nhìn xuống cuốn danh mục đấu giá của Sothebys.</w:t>
      </w:r>
    </w:p>
    <w:p>
      <w:pPr>
        <w:spacing w:after="80"/>
      </w:pPr>
      <w:r>
        <w:rPr>
          <w:b w:val="0"/>
          <w:i w:val="0"/>
        </w:rPr>
        <w:t>Có thể bà nói đúng, nhưng tôi vẫn sẽ chắc chắn rằng chính tôi là người cười sau cùng, Virginia nói khi một người phục vụ xuất hiện bên cạnh họ, không chắc nên đưa hóa đơn cho ai. Dù Virginia đã mời Priscilla cùng ăn trưa, cô đau đớn nhận ra rằng nếu cô viết séc thì nó sẽ bị trả về. Tuy nhiên, mọi thứ sắp thay đổi.</w:t>
      </w:r>
    </w:p>
    <w:p>
      <w:pPr>
        <w:spacing w:after="80"/>
      </w:pPr>
      <w:r>
        <w:rPr>
          <w:b w:val="0"/>
          <w:i w:val="0"/>
        </w:rPr>
        <w:t>Lần tới đến lượt tôi, Virginia nói. Annabels tối thứ Năm nhé? cô nói thêm, nhìn sang hướng khác.</w:t>
      </w:r>
    </w:p>
    <w:p>
      <w:pPr>
        <w:jc w:val="center"/>
      </w:pPr>
      <w:r>
        <w:drawing>
          <wp:inline xmlns:a="http://schemas.openxmlformats.org/drawingml/2006/main" xmlns:pic="http://schemas.openxmlformats.org/drawingml/2006/picture">
            <wp:extent cx="304800" cy="85725"/>
            <wp:docPr id="115" name="Picture 11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Priscilla Bingham trở về nhà ở Boltons, cô để cuốn danh mục đấu giá của Sothebys trên bàn ở sảnh.</w:t>
      </w:r>
    </w:p>
    <w:p>
      <w:pPr>
        <w:spacing w:after="80"/>
      </w:pPr>
      <w:r>
        <w:rPr>
          <w:b w:val="0"/>
          <w:i w:val="0"/>
        </w:rPr>
        <w:t>Thật là tráng lệ, Bob nói khi nhìn thấy bìa sách. Em có định đấu giá chúng không?</w:t>
      </w:r>
    </w:p>
    <w:p>
      <w:pPr>
        <w:spacing w:after="80"/>
      </w:pPr>
      <w:r>
        <w:rPr>
          <w:b w:val="0"/>
          <w:i w:val="0"/>
        </w:rPr>
        <w:t>Ý hay đấy, Priscilla nói, nhưng anh sẽ phải bán thêm rất nhiều pa-tê cá trước khi chúng ta có thể nghĩ đến chuyện đó.</w:t>
      </w:r>
    </w:p>
    <w:p>
      <w:pPr>
        <w:spacing w:after="80"/>
      </w:pPr>
      <w:r>
        <w:rPr>
          <w:b w:val="0"/>
          <w:i w:val="0"/>
        </w:rPr>
        <w:t>Vậy tại sao em lại quan tâm?</w:t>
      </w:r>
    </w:p>
    <w:p>
      <w:pPr>
        <w:spacing w:after="80"/>
      </w:pPr>
      <w:r>
        <w:rPr>
          <w:b w:val="0"/>
          <w:i w:val="0"/>
        </w:rPr>
        <w:t>Chúng thuộc về Virginia, và cô ấy buộc phải đem chúng ra bán vì gia đình Hertford đã tìm ra cách lừa cô ấy mất khoản trợ cấp hàng tháng.</w:t>
      </w:r>
    </w:p>
    <w:p>
      <w:pPr>
        <w:spacing w:after="80"/>
      </w:pPr>
      <w:r>
        <w:rPr>
          <w:b w:val="0"/>
          <w:i w:val="0"/>
        </w:rPr>
        <w:t>Anh muốn nghe phía gia đình Hertford kể lại câu chuyện trước khi đưa ra phán xét về điều đó, Bob nói, tay lật giở cuốn danh mục tìm Lô 43. Anh khẽ huýt sáo khi đọc giá ước tính. Anh ngạc nhiên là gia đình lại sẵn lòng chia tay chúng.</w:t>
      </w:r>
    </w:p>
    <w:p>
      <w:pPr>
        <w:spacing w:after="80"/>
      </w:pPr>
      <w:r>
        <w:rPr>
          <w:b w:val="0"/>
          <w:i w:val="0"/>
        </w:rPr>
        <w:t>Họ đâu có sẵn lòng. Công tước để lại chúng cho Virginia trong di chúc mà không hề biết chút gì về giá trị của chúng.</w:t>
      </w:r>
    </w:p>
    <w:p>
      <w:pPr>
        <w:spacing w:after="80"/>
      </w:pPr>
      <w:r>
        <w:rPr>
          <w:b w:val="0"/>
          <w:i w:val="0"/>
        </w:rPr>
        <w:t>Bob mím môi, nhưng không nói gì.</w:t>
      </w:r>
    </w:p>
    <w:p>
      <w:pPr>
        <w:spacing w:after="80"/>
      </w:pPr>
      <w:r>
        <w:rPr>
          <w:b w:val="0"/>
          <w:i w:val="0"/>
        </w:rPr>
        <w:t>Nhân tiện, Priscilla nói, tối nay chúng ta vẫn đi nhà hát chứ?</w:t>
      </w:r>
    </w:p>
    <w:p>
      <w:pPr>
        <w:spacing w:after="80"/>
      </w:pPr>
      <w:r>
        <w:rPr>
          <w:b w:val="0"/>
          <w:i w:val="0"/>
        </w:rPr>
        <w:t xml:space="preserve">Đúng vậy, Bob đáp. Chúng ta có vé xem </w:t>
      </w:r>
      <w:r>
        <w:rPr>
          <w:b w:val="0"/>
          <w:i/>
        </w:rPr>
        <w:t>Bóng Ma Trong Nhà Hát</w:t>
      </w:r>
      <w:r>
        <w:rPr>
          <w:b w:val="0"/>
          <w:i w:val="0"/>
        </w:rPr>
        <w:t>, và màn kéo lên lúc bảy giờ ba mươi.</w:t>
      </w:r>
    </w:p>
    <w:p>
      <w:pPr>
        <w:spacing w:after="80"/>
      </w:pPr>
      <w:r>
        <w:rPr>
          <w:b w:val="0"/>
          <w:i w:val="0"/>
        </w:rPr>
        <w:t>Vậy thì em vẫn còn thời gian để thay đồ, Priscilla nói khi bước lên lầu.</w:t>
      </w:r>
    </w:p>
    <w:p>
      <w:pPr>
        <w:spacing w:after="80"/>
      </w:pPr>
      <w:r>
        <w:rPr>
          <w:b w:val="0"/>
          <w:i w:val="0"/>
        </w:rPr>
        <w:t>Bob đợi cô khuất vào phòng ngủ rồi mới cầm lấy cuốn danh mục và lẻn vào phòng làm việc. Khi đã ngồi vào bàn, ông chuyển sự chú ý sang Lô 43 và dành thời gian nghiên cứu kỹ lưỡng nguồn gốc của hai chiếc bình. Ông bắt đầu hiểu tại sao chúng lại được coi là quan trọng đến vậy. Ông kéo ngăn dưới cùng của bàn, lấy ra một phong bì lớn màu nâu và nhét cuốn danh mục vào trong. Ông viết lên đó bằng những chữ in hoa đậm:</w:t>
      </w:r>
    </w:p>
    <w:p>
      <w:pPr>
        <w:spacing w:after="80"/>
      </w:pPr>
      <w:r>
        <w:rPr>
          <w:b/>
          <w:i/>
        </w:rPr>
        <w:t>CÔNG TƯỚC HERTFORD</w:t>
      </w:r>
    </w:p>
    <w:p>
      <w:pPr>
        <w:spacing w:after="80"/>
      </w:pPr>
      <w:r>
        <w:rPr>
          <w:b/>
          <w:i/>
        </w:rPr>
        <w:t>LÂU ĐÀI HERTFORD</w:t>
      </w:r>
    </w:p>
    <w:p>
      <w:pPr>
        <w:spacing w:after="80"/>
      </w:pPr>
      <w:r>
        <w:rPr>
          <w:b/>
          <w:i/>
        </w:rPr>
        <w:t>HERTFORDSHIRE</w:t>
      </w:r>
    </w:p>
    <w:p>
      <w:pPr>
        <w:spacing w:after="80"/>
      </w:pPr>
      <w:r>
        <w:rPr>
          <w:b w:val="0"/>
          <w:i w:val="0"/>
        </w:rPr>
        <w:t>Bob đã thả nó vào hòm thư ở góc phố và về nhà trước khi Priscilla bước ra khỏi bồn tắm.</w:t>
      </w:r>
    </w:p>
    <w:p>
      <w:pPr>
        <w:pStyle w:val="Heading1"/>
        <w:jc w:val="center"/>
      </w:pPr>
      <w:r>
        <w:rPr>
          <w:rFonts w:ascii="Calibri" w:hAnsi="Calibri"/>
          <w:b/>
          <w:i w:val="0"/>
          <w:sz w:val="40"/>
        </w:rPr>
        <w:t>37</w:t>
      </w:r>
    </w:p>
    <w:p>
      <w:pPr>
        <w:spacing w:after="80"/>
      </w:pPr>
      <w:r>
        <w:rPr>
          <w:b w:val="0"/>
          <w:i w:val="0"/>
        </w:rPr>
        <w:t>BÁN RỒI! VỚI GIÁ MỘT TRĂM HAI MƯƠI nghìn bảng, Poltimore nói khi ông gõ búa xuống một tiếng "bốp". Lô ba mươi chín, ông nói, lật sang trang tiếp theo của cuốn danh mục. Một chiếc bát cưới bằng ngọc bích trắng thời Càn Long. Tôi xin mở đầu với giá mười nghìn bảng?</w:t>
      </w:r>
    </w:p>
    <w:p>
      <w:pPr>
        <w:spacing w:after="80"/>
      </w:pPr>
      <w:r>
        <w:rPr>
          <w:b w:val="0"/>
          <w:i w:val="0"/>
        </w:rPr>
        <w:t>Poltimore ngước lên và thấy Thái hậu Công tước phu nhân xứ Hertford bước vào, cùng với một quý bà khác mà ông không nhận ra. Họ được một trợ lý dẫn xuống lối đi giữa và, mặc dù phòng bán đấu giá chật kín người, họ được đưa đến hai chỗ ngồi trống gần phía trước, nơi những tấm biển "đã đặt trước" được nhanh chóng gỡ đi trước khi hai quý bà ngồi xuống.</w:t>
      </w:r>
    </w:p>
    <w:p>
      <w:pPr>
        <w:spacing w:after="80"/>
      </w:pPr>
      <w:r>
        <w:rPr>
          <w:b w:val="0"/>
          <w:i w:val="0"/>
        </w:rPr>
        <w:t>Virginia thích thú với những tiếng xì xào quanh mình, để cho thấy bà đã đến. Mặc dù buổi bán đấu giá đã bắt đầu từ bảy giờ, ông Poltimore đã khuyên bà không cần phải đến trước 7.45, vì ông không nghĩ Lô 43 sẽ được bán trước 8.15, có thể là 8.30.</w:t>
      </w:r>
    </w:p>
    <w:p>
      <w:pPr>
        <w:spacing w:after="80"/>
      </w:pPr>
      <w:r>
        <w:rPr>
          <w:b w:val="0"/>
          <w:i w:val="0"/>
        </w:rPr>
        <w:t>Bà và Priscilla ngồi ở hàng thứ năm, mà Poltimore đã đảm bảo với bà là những chỗ ngồi tốt nhất trong phòng, không khác gì ghế dành riêng trong một nhà hát ở West End. Vì Virginia không có hứng thú với chiếc bát cưới bằng ngọc bích thời Càn Long, bà cố gắng quan sát những gì đang diễn ra xung quanh, và hy vọng không quá lộ liễu rằng đây là lần đầu tiên bà tham dự một buổi đấu giá lớn.</w:t>
      </w:r>
    </w:p>
    <w:p>
      <w:pPr>
        <w:spacing w:after="80"/>
      </w:pPr>
      <w:r>
        <w:rPr>
          <w:b w:val="0"/>
          <w:i w:val="0"/>
        </w:rPr>
        <w:t>Thật là thú vị, bà nói, nắm chặt tay Priscilla, chiêm ngưỡng những người đàn ông trong khán phòng mặc áo vest dạ hội, rõ ràng là sẽ đi tiếp đến một sự kiện khác sau khi buổi bán kết thúc, trong khi những người còn lại mặc vest lịch lãm và thắt cà vạt sặc sỡ. Nhưng chính những người phụ nữ mới là điều khiến bà say mê nhất, họ mặc những bộ trang phục hàng hiệu với những phụ kiện mới nhất. Đối với họ, đây giống như một buổi trình diễn thời trang hơn là một buổi đấu giá, mỗi người cố gắng vượt qua người kia, như thể đây là đêm khai mạc của một vở kịch mới. Priscilla đã nói với bà rằng đôi khi giá cuối cùng có thể được quyết định bởi những người phụ nữ này, những người thường có kế hoạch để đảm bảo một món đồ cụ thể sẽ về nhà với họ tối hôm đó, trong khi một số người đàn ông sẽ trả giá cao hơn và cao hơn chỉ để gây ấn tượng với người phụ nữ đi cùng họ và đôi khi là người phụ nữ không đi cùng họ.</w:t>
      </w:r>
    </w:p>
    <w:p>
      <w:pPr>
        <w:spacing w:after="80"/>
      </w:pPr>
      <w:r>
        <w:rPr>
          <w:b w:val="0"/>
          <w:i w:val="0"/>
        </w:rPr>
        <w:t>Căn phòng rộng và vuông vắn và Virginia không thể thấy một chỗ ngồi trống nào. Bà ước tính phải có khoảng bốn trăm khách hàng tiềm năng trong một căn phòng chật kín những nhà sưu tập, người buôn bán và những người chỉ đơn thuần tò mò. Trên thực tế, một số khán giả phải đứng ở phía sau.</w:t>
      </w:r>
    </w:p>
    <w:p>
      <w:pPr>
        <w:spacing w:after="80"/>
      </w:pPr>
      <w:r>
        <w:rPr>
          <w:b w:val="0"/>
          <w:i w:val="0"/>
        </w:rPr>
        <w:t>Ngay trước mặt cô là ông Poltimore, đứng trên một bục bán nguyệt nâng cao, nơi cho ông tầm nhìn hoàn hảo xuống các "nạn nhân" của mình. Phía sau bục là một nhóm nhỏ hơn gồm các nhân viên cấp cao, những chuyên gia trong lĩnh vực của họ, có mặt để hỗ trợ và tư vấn cho người điều hành phiên đấu giá, trong khi những người khác ghi chép lại người trúng đấu giá và mức giá chốt. Bên phải Poltimore, sau một sợi dây thừng lỏng lẻo, là một nhóm đàn ông và phụ nữ, sổ tay mở sẵn, bút cầm sẵn, mà Virginia đoán là báo chí.</w:t>
      </w:r>
    </w:p>
    <w:p>
      <w:pPr>
        <w:spacing w:after="80"/>
      </w:pPr>
      <w:r>
        <w:rPr>
          <w:b w:val="0"/>
          <w:i w:val="0"/>
        </w:rPr>
        <w:t>Bán! Với giá hai mươi hai nghìn bảng, Poltimore nói. Lô bốn mươi, một tượng La Hán bằng gỗ chạm khắc có trang trí nhiều màu quan trọng, khoảng năm 1400. Tôi có giá khởi điểm một trăm nghìn.</w:t>
      </w:r>
    </w:p>
    <w:p>
      <w:pPr>
        <w:spacing w:after="80"/>
      </w:pPr>
      <w:r>
        <w:rPr>
          <w:b w:val="0"/>
          <w:i w:val="0"/>
        </w:rPr>
        <w:t>Phiên đấu giá rõ ràng đang nóng dần lên, và Virginia vô cùng vui mừng khi tượng La Hán được bán với giá 240,000 — bốn mươi nghìn trên mức ước tính cao nhất.</w:t>
      </w:r>
    </w:p>
    <w:p>
      <w:pPr>
        <w:spacing w:after="80"/>
      </w:pPr>
      <w:r>
        <w:rPr>
          <w:b w:val="0"/>
          <w:i w:val="0"/>
        </w:rPr>
        <w:t>Lô bốn mươi mốt, một tượng sư tử bằng ngọc bích men ngọc hiếm có.</w:t>
      </w:r>
    </w:p>
    <w:p>
      <w:pPr>
        <w:spacing w:after="80"/>
      </w:pPr>
      <w:r>
        <w:rPr>
          <w:b w:val="0"/>
          <w:i w:val="0"/>
        </w:rPr>
        <w:t>Virginia không hề quan tâm đến con sư tử, thứ đang được một nhân viên khuân vác giơ lên cho mọi người xem. Cô nhìn sang phải và lần đầu tiên nhận ra một chiếc bàn dài, hơi cao hơn, trên đó đặt hàng chục chiếc điện thoại trắng, mỗi chiếc có một nhân viên của Sotheby's phụ trách. Poltimore đã giải thích cho cô rằng họ đại diện cho các khách hàng nước ngoài, hoặc những người đơn giản là không muốn bị nhìn thấy trong phòng đấu giá, mặc dù đôi khi họ vẫn ngồi kín đáo giữa khán giả. Ba nhân viên đang nghe điện thoại, tay che miệng, thì thầm với khách hàng của mình, trong khi chín chiếc điện thoại còn lại nằm im vì, giống như cô, những khách hàng đó không quan tâm đến con sư tử ngọc nhỏ bé. Virginia tự hỏi sẽ có bao nhiêu chiếc điện thoại đổ chuông khi Poltimore mở đấu giá cho Lô 43.</w:t>
      </w:r>
    </w:p>
    <w:p>
      <w:pPr>
        <w:spacing w:after="80"/>
      </w:pPr>
      <w:r>
        <w:rPr>
          <w:b w:val="0"/>
          <w:i w:val="0"/>
        </w:rPr>
        <w:t>Lô bốn mươi hai. Một chiếc bình Yuhuchunping men tráng, nền vàng hoàng gia, hoa văn, cực kỳ hiếm có. Tôi có giá khởi điểm một trăm nghìn.</w:t>
      </w:r>
    </w:p>
    <w:p>
      <w:pPr>
        <w:spacing w:after="80"/>
      </w:pPr>
      <w:r>
        <w:rPr>
          <w:b w:val="0"/>
          <w:i w:val="0"/>
        </w:rPr>
        <w:t>Virginia có thể cảm thấy tim mình đập, biết rằng lô tiếp theo được công bố sẽ là hai chiếc bình Minh của cô. Khi tiếng búa gõ xuống Lô 42 ở mức 260,000, một làn sóng háo hức lan khắp căn phòng. Poltimore nhìn xuống nữ công tước và nở một nụ cười nhân từ khi hai nhân viên khuân vác đặt những chiếc bình tráng lệ lên các giá đỡ riêng ở hai bên ông.</w:t>
      </w:r>
    </w:p>
    <w:p>
      <w:pPr>
        <w:spacing w:after="80"/>
      </w:pPr>
      <w:r>
        <w:rPr>
          <w:b w:val="0"/>
          <w:i w:val="0"/>
        </w:rPr>
        <w:t>Lô số bốn mươi ba. Một cặp bình Minh triều độc nhất vô nhị, khoảng năm 1462, là quà tặng của Hoàng đế Gia Khánh cho Công tước thứ tư xứ Hertford vào đầu thế kỷ mười chín. Những chiếc bình này trong tình trạng hoàn hảo và là tài sản của một quý bà người Anh có tước vị. Virginia rạng rỡ khi các nhà báo ghi chép lia lịa. Tôi có giá khởi điểm — một sự im lặng buông xuống mà chưa từng có trước đây — ba trăm nghìn bảng. Sự im lặng được thay bằng một tiếng thở hổn hển, khi Poltimore ngả người ra sau một cách thoải mái và nhìn quanh phòng. Có ai trả ba trăm năm mươi không?</w:t>
      </w:r>
    </w:p>
    <w:p>
      <w:pPr>
        <w:spacing w:after="80"/>
      </w:pPr>
      <w:r>
        <w:rPr>
          <w:b w:val="0"/>
          <w:i w:val="0"/>
        </w:rPr>
        <w:t>Virginia cảm thấy như một khoảng thời gian vô tận đã trôi qua, mặc dù chỉ vài giây trước khi Poltimore nói, Cảm ơn ngài, khi ông ra hiệu cho một người đấu giá ngồi gần phía sau phòng. Virginia muốn quay lại nhìn, nhưng bằng cách nào đó đã kiềm chế được.</w:t>
      </w:r>
    </w:p>
    <w:p>
      <w:pPr>
        <w:spacing w:after="80"/>
      </w:pPr>
      <w:r>
        <w:rPr>
          <w:b w:val="0"/>
          <w:i w:val="0"/>
        </w:rPr>
        <w:t>Bốn trăm nghìn, Poltimore nói, chuyển sự chú ý sang dãy điện thoại dài bên trái ông, nơi tám nhân viên đang thông báo cho khách hàng của họ về tiến trình phiên đấu giá.</w:t>
      </w:r>
    </w:p>
    <w:p>
      <w:pPr>
        <w:spacing w:after="80"/>
      </w:pPr>
      <w:r>
        <w:rPr>
          <w:b w:val="0"/>
          <w:i w:val="0"/>
        </w:rPr>
        <w:t>Bốn trăm nghìn, ông lặp lại, khi một phụ nữ trẻ ăn mặc lịch sự ở một trong những chiếc điện thoại giơ tay lên, trong khi vẫn tiếp tục nói chuyện với khách hàng của mình. Giá đấu qua điện thoại ở mức bốn trăm nghìn, Poltimore nói, ngay lập tức chuyển sự chú ý sang quý ông ở phía sau phòng. Bốn trăm năm mươi nghìn, ông lẩm bẩm, trước khi quay lại với điện thoại. Tay người phụ nữ trẻ giơ lên ngay lập tức. Poltimore gật đầu. Tôi có năm trăm nghìn, ông tuyên bố, quay lại với người đàn ông ở phía sau phòng, người lắc đầu. Tôi đang tìm năm trăm năm mươi, Poltimore nói, mắt ông lại quét khắp phòng. Năm trăm năm mươi nghìn bảng, ông lặp lại. Virginia bắt đầu ước gì mình đã nhận lời đề nghị từ người buôn ở Chicago cho đến khi Poltimore tuyên bố, Năm trăm năm mươi, giọng ông cao lên. Tôi có một người đấu giá mới. Ông nhìn xuống giám đốc Bảo tàng Quốc gia Trung Quốc.</w:t>
      </w:r>
    </w:p>
    <w:p>
      <w:pPr>
        <w:spacing w:after="80"/>
      </w:pPr>
      <w:r>
        <w:rPr>
          <w:b w:val="0"/>
          <w:i w:val="0"/>
        </w:rPr>
        <w:t>Khi ông quay lại với điện thoại, tay người phụ nữ trẻ đã giơ lên. Sáu trăm nghìn, ông nói, trước khi chuyển sự chú ý trở lại với vị giám đốc, người đang nói chuyện sôi nổi với người đàn ông ngồi bên phải mình trước khi cuối cùng ngước lên và gật đầu nhẹ với Poltimore.</w:t>
      </w:r>
    </w:p>
    <w:p>
      <w:pPr>
        <w:spacing w:after="80"/>
      </w:pPr>
      <w:r>
        <w:rPr>
          <w:b w:val="0"/>
          <w:i w:val="0"/>
        </w:rPr>
        <w:t>Sáu trăm năm mươi nghìn, Poltimore nói, mắt ông lại dán chặt vào người phụ nữ trẻ trên điện thoại. Lần này phản hồi của cô mất lâu hơn một chút, nhưng cuối cùng một bàn tay đã giơ lên. Bảy trăm nghìn bảng, Poltimore yêu cầu, biết rằng đây sẽ là kỷ lục thế giới cho một món đồ Trung Quốc được bán đấu giá.</w:t>
      </w:r>
    </w:p>
    <w:p>
      <w:pPr>
        <w:spacing w:after="80"/>
      </w:pPr>
      <w:r>
        <w:rPr>
          <w:b w:val="0"/>
          <w:i w:val="0"/>
        </w:rPr>
        <w:t>Các nhà báo đang ghi chép điên cuồng hơn bao giờ hết, biết rằng độc giả của họ thích kỷ lục thế giới.</w:t>
      </w:r>
    </w:p>
    <w:p>
      <w:pPr>
        <w:spacing w:after="80"/>
      </w:pPr>
      <w:r>
        <w:rPr>
          <w:b w:val="0"/>
          <w:i w:val="0"/>
        </w:rPr>
        <w:t>Bảy trăm nghìn, Poltimore thì thầm với giọng kính trọng, cố gắng dụ dỗ vị giám đốc, nhưng không hề có ý thúc giục ông, khi ông tiếp tục cuộc trò chuyện với đồng nghiệp. Bảy trăm nghìn? ông đề nghị, như thể đó chỉ là chuyện vặt. Một sự xáo trộn ở phía sau phòng thu hút ánh mắt ông. Ông cố gắng phớt lờ nó, nhưng bị phân tâm bởi hai người đang chen qua đám đông khi vị giám đốc bảo tàng giơ tay lên.</w:t>
      </w:r>
    </w:p>
    <w:p>
      <w:pPr>
        <w:spacing w:after="80"/>
      </w:pPr>
      <w:r>
        <w:rPr>
          <w:b w:val="0"/>
          <w:i w:val="0"/>
        </w:rPr>
        <w:t>Tôi có bảy trăm nghìn, Poltimore nói, liếc về phía điện thoại, nhưng ông không thể phớt lờ người đàn ông và người phụ nữ đang sải bước dọc lối đi về phía mình. Một việc làm vô ích, ông có thể đã nói với họ, vì mọi chỗ ngồi đều đã kín. Bảy trăm năm mươi nghìn, ông gợi ý với vị giám đốc, giả định rằng hai người họ sẽ quay lại, nhưng họ không dừng lại.</w:t>
      </w:r>
    </w:p>
    <w:p>
      <w:pPr>
        <w:spacing w:after="80"/>
      </w:pPr>
      <w:r>
        <w:rPr>
          <w:b w:val="0"/>
          <w:i w:val="0"/>
        </w:rPr>
        <w:t>Tôi có bảy trăm năm mươi nghìn, Poltimore nói, và sau một cái gật đầu nữa từ vị giám đốc, ông quay lại nhìn người phụ nữ trẻ đang nghe điện thoại. Ông cố không để mất tập trung, thầm nghĩ rằng một nhân viên bảo vệ sẽ xuất hiện và lịch sự mời cặp vợ chồng phiền phức kia ra ngoài. Ông đang đầy hy vọng nhìn chằm chằm vào người phụ nữ đang nghe điện thoại thì một giọng nói đầy uy quyền cất lên dứt khoát: Tôi đang trao cho ông một lệnh của tòa án để ngăn chặn việc bán những chiếc bình Minh triều Hertford.</w:t>
      </w:r>
    </w:p>
    <w:p>
      <w:pPr>
        <w:spacing w:after="80"/>
      </w:pPr>
      <w:r>
        <w:rPr>
          <w:b w:val="0"/>
          <w:i w:val="0"/>
        </w:rPr>
        <w:t>Người đàn ông trao một văn bản đã được soạn thảo cho Poltimore, đúng lúc người phụ nữ trẻ đang nghe điện thoại giơ tay lên.</w:t>
      </w:r>
    </w:p>
    <w:p>
      <w:pPr>
        <w:spacing w:after="80"/>
      </w:pPr>
      <w:r>
        <w:rPr>
          <w:b w:val="0"/>
          <w:i w:val="0"/>
        </w:rPr>
        <w:t>Tôi có tám trăm nghìn, Poltimore nói, gần như thì thầm, khi một người đàn ông ăn mặc bảnh bao bước ra từ nhóm nhỏ các chuyên gia phía sau bục, nhận lấy văn bản, gỡ dải băng đỏ và nghiên cứu nội dung.</w:t>
      </w:r>
    </w:p>
    <w:p>
      <w:pPr>
        <w:spacing w:after="80"/>
      </w:pPr>
      <w:r>
        <w:rPr>
          <w:b w:val="0"/>
          <w:i w:val="0"/>
        </w:rPr>
        <w:t>Tám trăm năm mươi nghìn? Poltimore gợi ý, khi một số người ngồi ở hàng ghế đầu bắt đầu xì xào bàn tán với nhau về những gì họ vừa nghe được. Đến khi tin đồn truyền đến tai vị giám đốc, gần như mọi người trong phòng, trừ Virginia, đều đang nói chuyện. Cô chỉ lặng lẽ nhìn chằm chằm vào người đàn ông và người phụ nữ đứng cạnh bục.</w:t>
      </w:r>
    </w:p>
    <w:p>
      <w:pPr>
        <w:spacing w:after="80"/>
      </w:pPr>
      <w:r>
        <w:rPr>
          <w:b w:val="0"/>
          <w:i w:val="0"/>
        </w:rPr>
        <w:t>Mark, một giọng nói vang lên từ phía sau Poltimore. Ông quay lại, cúi xuống và chăm chú lắng nghe lời khuyên của một luật sư nội bộ của Sothebys, rồi gật đầu, đứng thẳng người lên hết cỡ và tuyên bố, với tất cả vẻ trang trọng mà ông có thể gom được: Thưa quý vị, tôi rất tiếc phải thông báo rằng lô số bốn mươi ba đã được rút khỏi phiên đấu giá. Lời ông nói đón nhận những tiếng thở dài kinh ngạc và một tràng xì xào ồn ào.</w:t>
      </w:r>
    </w:p>
    <w:p>
      <w:pPr>
        <w:spacing w:after="80"/>
      </w:pPr>
      <w:r>
        <w:rPr>
          <w:b w:val="0"/>
          <w:i w:val="0"/>
        </w:rPr>
        <w:t>Lô bốn mươi tư, Poltimore nói, không hề bỏ lỡ nhịp nào. Một chiếc bát men đen lốm đốm thời Tống . . . nhưng chẳng ai tỏ ra chút quan tâm nào đến thời Tống cả.</w:t>
      </w:r>
    </w:p>
    <w:p>
      <w:pPr>
        <w:spacing w:after="80"/>
      </w:pPr>
      <w:r>
        <w:rPr>
          <w:b w:val="0"/>
          <w:i w:val="0"/>
        </w:rPr>
        <w:t>Những nhà báo bị nhốt trong khu vực dành riêng đang cố gắng hết sức để thoát ra và tìm hiểu lý do tại sao Lô 43 lại bị rút, ý thức rằng một bài báo mà họ từng hy vọng có thể kéo dài được vài cột trong mục nghệ thuật giờ đây lại được định đoạt cho trang nhất. Thật không may cho họ, các chuyên gia của Sothebys đã trở nên như những quan lại Trung Hoa, môi kín miệng khép và không chịu giao tiếp.</w:t>
      </w:r>
    </w:p>
    <w:p>
      <w:pPr>
        <w:spacing w:after="80"/>
      </w:pPr>
      <w:r>
        <w:rPr>
          <w:b w:val="0"/>
          <w:i w:val="0"/>
        </w:rPr>
        <w:t>Một nhóm phóng viên ảnh thoát ra và nhanh chóng vây quanh nữ công tước. Khi những bóng đèn flash của họ bắt đầu lóe lên, bà quay sang Priscilla để tìm chút an ủi, nhưng người bạn của bà đã không còn ở đó nữa. Quý bà Virginia quay lại đối mặt với Quý bà Camilla; hai nữ hoàng trên một bàn cờ. Một người sắp bị lật đổ, trong khi người kia, một người phụ nữ chẳng bao giờ rời khỏi thành trì trừ khi buộc phải làm vậy, nở một nụ cười làm tan chảy lòng người với đối thủ và thì thầm: Chiếu tướng.</w:t>
      </w:r>
    </w:p>
    <w:p>
      <w:pPr>
        <w:pStyle w:val="Heading1"/>
        <w:jc w:val="center"/>
      </w:pPr>
      <w:r>
        <w:rPr>
          <w:rFonts w:ascii="Calibri" w:hAnsi="Calibri"/>
          <w:b/>
          <w:i w:val="0"/>
          <w:sz w:val="40"/>
        </w:rPr>
        <w:t>38</w:t>
      </w:r>
    </w:p>
    <w:p>
      <w:pPr>
        <w:spacing w:after="80"/>
      </w:pPr>
      <w:r>
        <w:rPr>
          <w:b w:val="0"/>
          <w:i w:val="0"/>
        </w:rPr>
        <w:t>ĐIỀU KHOẢN QUÝ TỘC.</w:t>
      </w:r>
    </w:p>
    <w:p>
      <w:pPr>
        <w:spacing w:after="80"/>
      </w:pPr>
      <w:r>
        <w:rPr>
          <w:b w:val="0"/>
          <w:i w:val="0"/>
        </w:rPr>
        <w:t>Tôi không hiểu bà đang nói gì, Virginia nói khi nhìn qua bàn làm việc về phía vị cố vấn pháp lý cấp cao (QC) của mình.</w:t>
      </w:r>
    </w:p>
    <w:p>
      <w:pPr>
        <w:spacing w:after="80"/>
      </w:pPr>
      <w:r>
        <w:rPr>
          <w:b w:val="0"/>
          <w:i w:val="0"/>
        </w:rPr>
        <w:t>Đó là một điều khoản khá phổ biến, Ngài Edward nói, thường được chèn vào như một biện pháp bảo vệ trong di chúc của các thành viên những gia đình giàu có để bảo vệ tài sản của họ qua từng thế hệ.</w:t>
      </w:r>
    </w:p>
    <w:p>
      <w:pPr>
        <w:spacing w:after="80"/>
      </w:pPr>
      <w:r>
        <w:rPr>
          <w:b w:val="0"/>
          <w:i w:val="0"/>
        </w:rPr>
        <w:t>Nhưng chồng tôi đã để lại những chiếc bình cho tôi, Virginia phản đối.</w:t>
      </w:r>
    </w:p>
    <w:p>
      <w:pPr>
        <w:spacing w:after="80"/>
      </w:pPr>
      <w:r>
        <w:rPr>
          <w:b w:val="0"/>
          <w:i w:val="0"/>
        </w:rPr>
        <w:t>Đúng là ông ấy đã làm vậy. Nhưng chỉ, và tôi xin trích dẫn điều khoản liên quan trong di chúc của ông ấy, như một món quà để hưởng thụ trong suốt cuộc đời bà, sau đó chúng sẽ trở lại thành một phần di sản của vị công tước đương nhiệm.</w:t>
      </w:r>
    </w:p>
    <w:p>
      <w:pPr>
        <w:spacing w:after="80"/>
      </w:pPr>
      <w:r>
        <w:rPr>
          <w:b w:val="0"/>
          <w:i w:val="0"/>
        </w:rPr>
        <w:t>Nhưng người ta vẫn tưởng chúng chẳng có giá trị gì, Virginia nói. Dù sao thì chúng đã nằm mòn mỏi dưới tầng hầm suốt bao thế hệ.</w:t>
      </w:r>
    </w:p>
    <w:p>
      <w:pPr>
        <w:spacing w:after="80"/>
      </w:pPr>
      <w:r>
        <w:rPr>
          <w:b w:val="0"/>
          <w:i w:val="0"/>
        </w:rPr>
        <w:t>Điều đó có thể đúng, thưa quý bà, nhưng điều khoản quý tộc đặc biệt này còn quy định thêm rằng điều này áp dụng cho bất kỳ món quà nào được cho là có giá trị hơn mười nghìn bảng Anh.</w:t>
      </w:r>
    </w:p>
    <w:p>
      <w:pPr>
        <w:spacing w:after="80"/>
      </w:pPr>
      <w:r>
        <w:rPr>
          <w:b w:val="0"/>
          <w:i w:val="0"/>
        </w:rPr>
        <w:t>Tôi vẫn không hiểu bà đang nói về cái gì, Virginia nói, giọng còn bực bội hơn cả lúc trước.</w:t>
      </w:r>
    </w:p>
    <w:p>
      <w:pPr>
        <w:spacing w:after="80"/>
      </w:pPr>
      <w:r>
        <w:rPr>
          <w:b w:val="0"/>
          <w:i w:val="0"/>
        </w:rPr>
        <w:t>Vậy để tôi giải thích. Một điều khoản kiểu này thường được chèn vào để đảm bảo rằng các bất động sản của giới quý tộc không thể bị chia cắt bởi những người phụ nữ không cùng huyết thống. Ví dụ phổ biến nhất là khi một thành viên trong gia đình ly hôn và người vợ cũ cố gắng đòi quyền sở hữu những món trang sức quý giá, các tác phẩm nghệ thuật hoặc thậm chí cả bất động sản. Chẳng hạn, trong trường hợp cụ thể của bà, bà được phép sống trong Dower House thuộc điền trang Hertford cho đến hết đời. Tuy nhiên, giấy tờ sở hữu bất động sản đó vẫn đứng tên công tước, và khi bà qua đời, ngôi nhà sẽ tự động trở về với điền trang của gia tộc.</w:t>
      </w:r>
    </w:p>
    <w:p>
      <w:pPr>
        <w:spacing w:after="80"/>
      </w:pPr>
      <w:r>
        <w:rPr>
          <w:b w:val="0"/>
          <w:i w:val="0"/>
        </w:rPr>
        <w:t>Và điều đó cũng áp dụng cho hai cái bình của tôi sao?</w:t>
      </w:r>
    </w:p>
    <w:p>
      <w:pPr>
        <w:spacing w:after="80"/>
      </w:pPr>
      <w:r>
        <w:rPr>
          <w:b w:val="0"/>
          <w:i w:val="0"/>
        </w:rPr>
        <w:t>E rằng đúng là như vậy, vị luật sư kỳ cựu nói, bởi vì không còn nghi ngờ gì nữa, chúng đáng giá hơn mười nghìn bảng.</w:t>
      </w:r>
    </w:p>
    <w:p>
      <w:pPr>
        <w:spacing w:after="80"/>
      </w:pPr>
      <w:r>
        <w:rPr>
          <w:b w:val="0"/>
          <w:i w:val="0"/>
        </w:rPr>
        <w:t>Giá mà tôi đã bán chúng một cách kín đáo, Virginia nói với vẻ hối tiếc, mà công tước không hề hay biết, thì đã chẳng ai khôn hơn được.</w:t>
      </w:r>
    </w:p>
    <w:p>
      <w:pPr>
        <w:spacing w:after="80"/>
      </w:pPr>
      <w:r>
        <w:rPr>
          <w:b w:val="0"/>
          <w:i w:val="0"/>
        </w:rPr>
        <w:t>Nếu đúng là như vậy, Ngài Edward nói, thì bà đã phạm tội hình sự, vì người ta sẽ cho rằng bà biết rõ giá trị thực của hai cái bình.</w:t>
      </w:r>
    </w:p>
    <w:p>
      <w:pPr>
        <w:spacing w:after="80"/>
      </w:pPr>
      <w:r>
        <w:rPr>
          <w:b w:val="0"/>
          <w:i w:val="0"/>
        </w:rPr>
        <w:t>Nhưng họ sẽ không bao giờ phát hiện ra nếu như... Virginia nói, gần như thể đang tự nói với chính mình. Vậy làm sao họ phát hiện ra được?</w:t>
      </w:r>
    </w:p>
    <w:p>
      <w:pPr>
        <w:spacing w:after="80"/>
      </w:pPr>
      <w:r>
        <w:rPr>
          <w:b w:val="0"/>
          <w:i w:val="0"/>
        </w:rPr>
        <w:t>Một câu hỏi hợp lý, Ngài Edward nói, và thực tế tôi đã hỏi các đại diện pháp lý của nhà Hertford tại sao họ không báo cho bà biết về điều khoản liên quan trong di chúc của công tước quá cố ngay khi họ biết được rằng cuộc bán đấu giá đang diễn ra. Nếu họ đã làm vậy, thì đã tránh được mọi sự bối rối không cần thiết cho cả hai bên, chưa kể đến những tiêu đề giật gân xuất hiện trên báo chí quốc gia vào ngày hôm sau.</w:t>
      </w:r>
    </w:p>
    <w:p>
      <w:pPr>
        <w:spacing w:after="80"/>
      </w:pPr>
      <w:r>
        <w:rPr>
          <w:b w:val="0"/>
          <w:i w:val="0"/>
        </w:rPr>
        <w:t>Và tại sao họ lại không làm vậy?</w:t>
      </w:r>
    </w:p>
    <w:p>
      <w:pPr>
        <w:spacing w:after="80"/>
      </w:pPr>
      <w:r>
        <w:rPr>
          <w:b w:val="0"/>
          <w:i w:val="0"/>
        </w:rPr>
        <w:t>Có vẻ như ai đó đã gửi cho gia đình một bản sao danh mục của Sothebys, điều mà lúc đó không gây được sự chú ý vì không ai trong số họ nhận ra hai cái bình, dù chúng được in trên bìa.</w:t>
      </w:r>
    </w:p>
    <w:p>
      <w:pPr>
        <w:spacing w:after="80"/>
      </w:pPr>
      <w:r>
        <w:rPr>
          <w:b w:val="0"/>
          <w:i w:val="0"/>
        </w:rPr>
        <w:t>Vậy làm sao họ phát hiện ra? Virginia nhắc lại.</w:t>
      </w:r>
    </w:p>
    <w:p>
      <w:pPr>
        <w:spacing w:after="80"/>
      </w:pPr>
      <w:r>
        <w:rPr>
          <w:b w:val="0"/>
          <w:i w:val="0"/>
        </w:rPr>
        <w:t>Rõ ràng là cháu trai của công tước, Tristan, đã báo động. Có vẻ cậu bé có thói quen lẻn xuống bếp trong những kỳ nghỉ học. Cậu bé nghĩ rằng mình nhận ra hai cái bình trên bìa danh mục và nói với mẹ mình nơi cậu bé nhìn thấy chúng lần cuối. Phu nhân Camilla đã liên hệ với luật sư của gia đình, ông Blatchford, người không mất chút thời gian nào để xin được lệnh tòa ngăn chặn cuộc bán đấu giá. Sau khi làm vậy, họ bắt chuyến tàu tiếp theo đến London, và đến nơi, theo lời ông Blatchford, đúng vào phút chót.</w:t>
      </w:r>
    </w:p>
    <w:p>
      <w:pPr>
        <w:spacing w:after="80"/>
      </w:pPr>
      <w:r>
        <w:rPr>
          <w:b w:val="0"/>
          <w:i w:val="0"/>
        </w:rPr>
        <w:t>Điều gì sẽ xảy ra nếu họ đến sau khi búa đã gõ xuống?</w:t>
      </w:r>
    </w:p>
    <w:p>
      <w:pPr>
        <w:spacing w:after="80"/>
      </w:pPr>
      <w:r>
        <w:rPr>
          <w:b w:val="0"/>
          <w:i w:val="0"/>
        </w:rPr>
        <w:t>Điều đó sẽ đặt gia đình vào một tình thế tiến thoái lưỡng nan thú vị. Công tước sẽ chỉ còn hai lựa chọn. Hoặc là ông ấy để cuộc bán đấu giá tiếp tục và thu tiền, hoặc là kiện bà đòi toàn bộ số tiền, trong trường hợp đó tôi buộc phải nói rằng, theo ý kiến của tôi, một thẩm phán sẽ không có lựa chọn nào khác ngoài việc phán quyết có lợi cho điền trang Hertford, và thậm chí có thể chuyển vụ án lên DPP để quyết định xem bà có phạm tội hình sự hay không.</w:t>
      </w:r>
    </w:p>
    <w:p>
      <w:pPr>
        <w:spacing w:after="80"/>
      </w:pPr>
      <w:r>
        <w:rPr>
          <w:b w:val="0"/>
          <w:i w:val="0"/>
        </w:rPr>
        <w:t>Nhưng tôi đâu biết về điều khoản quý tộc đó, Virginia phản đối.</w:t>
      </w:r>
    </w:p>
    <w:p>
      <w:pPr>
        <w:spacing w:after="80"/>
      </w:pPr>
      <w:r>
        <w:rPr>
          <w:b w:val="0"/>
          <w:i w:val="0"/>
        </w:rPr>
        <w:t>Không biết luật không phải là lý do bào chữa, Ngài Edward nói một cách dứt khoát. Và dù sao đi nữa, tôi nghi rằng một thẩm phán sẽ khó tin rằng bà đã không lựa chọn hai cái bình một cách hết sức cẩn thận, và biết quá rõ chúng đáng giá bao nhiêu. Tôi phải cảnh báo bà, đó cũng là ý kiến của ông Blatchford.</w:t>
      </w:r>
    </w:p>
    <w:p>
      <w:pPr>
        <w:spacing w:after="80"/>
      </w:pPr>
      <w:r>
        <w:rPr>
          <w:b w:val="0"/>
          <w:i w:val="0"/>
        </w:rPr>
        <w:t>Vậy là những chiếc bình sẽ phải trả lại cho công tước sao?</w:t>
      </w:r>
    </w:p>
    <w:p>
      <w:pPr>
        <w:spacing w:after="80"/>
      </w:pPr>
      <w:r>
        <w:rPr>
          <w:b w:val="0"/>
          <w:i w:val="0"/>
        </w:rPr>
        <w:t>Trớ trêu thay, không phải vậy. Nhà Hertford cũng phải tuân thủ đúng từng chữ của luật pháp, cũng như tinh thần di chúc của người chồng quá cố của bà, nên những chiếc bình sẽ được gửi trả lại cho bà để bà thưởng thức trong suốt phần đời còn lại. Tuy nhiên, ông Blatchford đã thông báo với tôi rằng nếu bà trả chúng trong vòng hai mươi tám ngày, gia tộc sẽ không tiến hành thêm bất kỳ hành động pháp lý nào nữa, điều mà tôi cho là rộng lượng trong hoàn cảnh này.</w:t>
      </w:r>
    </w:p>
    <w:p>
      <w:pPr>
        <w:spacing w:after="80"/>
      </w:pPr>
      <w:r>
        <w:rPr>
          <w:b w:val="0"/>
          <w:i w:val="0"/>
        </w:rPr>
        <w:t>Nhưng tại sao họ lại muốn có những chiếc bình ngay bây giờ, khi mà rốt cuộc họ cũng sẽ lấy lại được chúng khi thời cơ đến?</w:t>
      </w:r>
    </w:p>
    <w:p>
      <w:pPr>
        <w:spacing w:after="80"/>
      </w:pPr>
      <w:r>
        <w:rPr>
          <w:b w:val="0"/>
          <w:i w:val="0"/>
        </w:rPr>
        <w:t>Tôi cho rằng khả năng họ kiếm được một triệu bảng chính là câu trả lời cho câu hỏi đó, thưa bà. Tôi được biết ông Poltimore đã liên lạc với công tước và thông báo rằng ông ấy đã sắp xếp sẵn một người mua tư nhân ở Chicago.</w:t>
      </w:r>
    </w:p>
    <w:p>
      <w:pPr>
        <w:spacing w:after="80"/>
      </w:pPr>
      <w:r>
        <w:rPr>
          <w:b w:val="0"/>
          <w:i w:val="0"/>
        </w:rPr>
        <w:t>Con người đó không có chút đạo đức nào sao?</w:t>
      </w:r>
    </w:p>
    <w:p>
      <w:pPr>
        <w:spacing w:after="80"/>
      </w:pPr>
      <w:r>
        <w:rPr>
          <w:b w:val="0"/>
          <w:i w:val="0"/>
        </w:rPr>
        <w:t>Tuy nhiên, tôi vẫn khuyên bà nên trả chúng trước ngày mười chín tháng Mười nếu bà không muốn đối mặt với một vụ kiện tụng kéo dài và tốn kém khác.</w:t>
      </w:r>
    </w:p>
    <w:p>
      <w:pPr>
        <w:spacing w:after="80"/>
      </w:pPr>
      <w:r>
        <w:rPr>
          <w:b w:val="0"/>
          <w:i w:val="0"/>
        </w:rPr>
        <w:t>Tất nhiên, tôi sẽ nghe theo lời khuyên của ngài, Ngài Edward, Virginia nói, chấp nhận rằng bà không còn lựa chọn nào khác. Xin hãy bảo đảm với ông Blatchford rằng tôi sẽ trả những chiếc bình lại cho Clarence trước ngày mười chín tháng Mười.</w:t>
      </w:r>
    </w:p>
    <w:p>
      <w:pPr>
        <w:jc w:val="center"/>
      </w:pPr>
      <w:r>
        <w:drawing>
          <wp:inline xmlns:a="http://schemas.openxmlformats.org/drawingml/2006/main" xmlns:pic="http://schemas.openxmlformats.org/drawingml/2006/picture">
            <wp:extent cx="304800" cy="85725"/>
            <wp:docPr id="116" name="Picture 11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Một thỏa thuận đã được lập giữa Ngài Edward và ông Blatchford rằng hai chiếc bình thời nhà Minh sẽ được trả lại cho Công tước thứ mười bốn xứ Hertford tại nhà ông ở quảng trường Eaton, vào hoặc trước ngày 19 tháng Mười. Đổi lại, Clarence đã ký một thỏa thuận ràng buộc về mặt pháp lý rằng sẽ không có thêm hành động nào chống lại Virginia, Thái hậu Công tước xứ Hertford, và ông cũng đồng ý chi trả các chi phí pháp lý của bà cho giao dịch này.</w:t>
      </w:r>
    </w:p>
    <w:p>
      <w:pPr>
        <w:spacing w:after="80"/>
      </w:pPr>
      <w:r>
        <w:rPr>
          <w:b w:val="0"/>
          <w:i w:val="0"/>
        </w:rPr>
        <w:t>Virginia đã có một bữa trưa dài với nhiều đồ uống cùng Bofie Bridgwater tại Câu lạc bộ Marks vào ngày 19 tháng Mười và mãi đến gần bốn giờ mới về đến nhà ở Chelsea, lúc đó đèn trong quảng trường đã được bật lên.</w:t>
      </w:r>
    </w:p>
    <w:p>
      <w:pPr>
        <w:spacing w:after="80"/>
      </w:pPr>
      <w:r>
        <w:rPr>
          <w:b w:val="0"/>
          <w:i w:val="0"/>
        </w:rPr>
        <w:t>Bà ngồi một mình trong phòng khách của căn hộ nhỏ và nhìn chằm chằm vào hai chiếc bình. Dù bà chỉ sở hữu chúng được vài tháng, nhưng mỗi ngày trôi qua, bà càng hiểu vì sao chúng được coi là những tác phẩm thiên tài. Bà phải thừa nhận, dù chỉ với chính mình, rằng bà sẽ nhớ chúng. Tuy nhiên, ý nghĩ về một cuộc chiến pháp lý khác và khoản phí cắt cổ của Ngài Edward đã kéo bà trở lại với thực tại.</w:t>
      </w:r>
    </w:p>
    <w:p>
      <w:pPr>
        <w:spacing w:after="80"/>
      </w:pPr>
      <w:r>
        <w:rPr>
          <w:b w:val="0"/>
          <w:i w:val="0"/>
        </w:rPr>
        <w:t>Chính Bofie là người đã chỉ ra, ngay sau khi họ mở chai Merlot thứ hai, tầm quan trọng của những từ "vào hoặc trước", và Virginia thấy thích thú khi nghĩ rằng ít nhất bà có thể có chút niềm vui với cái giá của Clarence.</w:t>
      </w:r>
    </w:p>
    <w:p>
      <w:pPr>
        <w:spacing w:after="80"/>
      </w:pPr>
      <w:r>
        <w:rPr>
          <w:b w:val="0"/>
          <w:i w:val="0"/>
        </w:rPr>
        <w:t>Sau một bữa tối nhẹ, bà tự pha một bồn tắm, và nằm giữa những bọt xà phòng, suy nghĩ rất nhiều về việc nên mặc gì cho dịp này, vì rõ ràng đây sẽ là một màn trình diễn của đêm cuối. Bà chọn màu đen, màu mà người chồng quá cố của bà luôn ưa thích, đặc biệt là sau khi hộ tống bà về quảng trường Eaton sau một buổi tối ở Annabels.</w:t>
      </w:r>
    </w:p>
    <w:p>
      <w:pPr>
        <w:spacing w:after="80"/>
      </w:pPr>
      <w:r>
        <w:rPr>
          <w:b w:val="0"/>
          <w:i w:val="0"/>
        </w:rPr>
        <w:t>Virginia không vội vã, ý thức rằng thời điểm của bà phải hoàn hảo, trước khi bức màn có thể buông xuống. Lúc 11 giờ 40 phút tối, bà bước ra khỏi căn hộ và vẫy một chiếc taxi. Bà giải thích với tài xế rằng bà sẽ cần giúp đỡ để đặt hai chiếc bình lớn vào phía sau. Ông ấy không thể nào nhiệt tình hơn, và khi Virginia đã ngồi yên trên ghế sau, ông hỏi: "Đi đâu vậy, thưa bà?"</w:t>
      </w:r>
    </w:p>
    <w:p>
      <w:pPr>
        <w:spacing w:after="80"/>
      </w:pPr>
      <w:r>
        <w:rPr>
          <w:b w:val="0"/>
          <w:i w:val="0"/>
        </w:rPr>
        <w:t>Số ba mươi hai quảng trường Eaton. Và ngài có thể lái chậm thôi được không, vì tôi không muốn những chiếc bình bị hư hại.</w:t>
      </w:r>
    </w:p>
    <w:p>
      <w:pPr>
        <w:spacing w:after="80"/>
      </w:pPr>
      <w:r>
        <w:rPr>
          <w:b w:val="0"/>
          <w:i w:val="0"/>
        </w:rPr>
        <w:t>Tất nhiên rồi, thưa bà.</w:t>
      </w:r>
    </w:p>
    <w:p>
      <w:pPr>
        <w:spacing w:after="80"/>
      </w:pPr>
      <w:r>
        <w:rPr>
          <w:b w:val="0"/>
          <w:i w:val="0"/>
        </w:rPr>
        <w:t>Virginia ngồi ở mép ghế, một tay đặt chắc chắn lên vành mỗi chiếc bình trong khi bác tài lái quãng đường ngắn từ Chelsea đến quảng trường Eaton, không bao giờ ra khỏi số một.</w:t>
      </w:r>
    </w:p>
    <w:p>
      <w:pPr>
        <w:spacing w:after="80"/>
      </w:pPr>
      <w:r>
        <w:rPr>
          <w:b w:val="0"/>
          <w:i w:val="0"/>
        </w:rPr>
        <w:t>Khi chiếc taxi cuối cùng cũng dừng lại trước số nhà 32, những ký ức về quãng thời gian bên Perry ùa về, khiến Virginia một lần nữa nhận ra cô nhớ anh đến nhường nào. Người tài xế bước xuống và mở cửa sau cho cô.</w:t>
      </w:r>
    </w:p>
    <w:p>
      <w:pPr>
        <w:spacing w:after="80"/>
      </w:pPr>
      <w:r>
        <w:rPr>
          <w:b w:val="0"/>
          <w:i w:val="0"/>
        </w:rPr>
        <w:t>Anh có thể vui lòng đặt mấy chiếc bình lên bậc thềm trên cùng không, cô nói khi bước ra khỏi xe. Cô đợi đến khi người tài xế làm xong mới nói thêm, Nếu anh có thể đợi một chút, tôi chỉ mất vài phút thôi, rồi anh có thể đưa tôi về nhà.</w:t>
      </w:r>
    </w:p>
    <w:p>
      <w:pPr>
        <w:spacing w:after="80"/>
      </w:pPr>
      <w:r>
        <w:rPr>
          <w:b w:val="0"/>
          <w:i w:val="0"/>
        </w:rPr>
        <w:t>Tất nhiên rồi, thưa bà.</w:t>
      </w:r>
    </w:p>
    <w:p>
      <w:pPr>
        <w:spacing w:after="80"/>
      </w:pPr>
      <w:r>
        <w:rPr>
          <w:b w:val="0"/>
          <w:i w:val="0"/>
        </w:rPr>
        <w:t>Virginia xem đồng hồ: chín phút nữa đến mười hai giờ. Cô đã giữ đúng phần mình trong thỏa thuận. Cô bấm chuông cửa và đợi đến khi thấy ánh đèn ở tầng ba bật lên. Một lát sau, một gương mặt quen thuộc xuất hiện bên cửa sổ. Cô mỉm cười nhìn lên Clarence, người đã mở cửa sổ và nhìn xuống cô.</w:t>
      </w:r>
    </w:p>
    <w:p>
      <w:pPr>
        <w:spacing w:after="80"/>
      </w:pPr>
      <w:r>
        <w:rPr>
          <w:b w:val="0"/>
          <w:i w:val="0"/>
        </w:rPr>
        <w:t>Là cô đó hả, Virginia? anh hỏi, cố không tỏ ra bực bội.</w:t>
      </w:r>
    </w:p>
    <w:p>
      <w:pPr>
        <w:spacing w:after="80"/>
      </w:pPr>
      <w:r>
        <w:rPr>
          <w:b w:val="0"/>
          <w:i w:val="0"/>
        </w:rPr>
        <w:t>Đúng là tôi đây, anh yêu quý. Tôi chỉ đến trả mấy chiếc bình thôi. Cô lại nhìn đồng hồ. Tôi nghĩ anh sẽ thấy bây giờ là bảy phút nữa đến nửa đêm, vậy là tôi đã giữ đúng phần mình trong thỏa thuận. Một ngọn đèn thứ hai bật lên và Camilla thò đầu ra từ một cửa sổ khác và nói, Và vừa đúng lúc.</w:t>
      </w:r>
    </w:p>
    <w:p>
      <w:pPr>
        <w:spacing w:after="80"/>
      </w:pPr>
      <w:r>
        <w:rPr>
          <w:b w:val="0"/>
          <w:i w:val="0"/>
        </w:rPr>
        <w:t>Virginia mỉm cười ngọt ngào nhìn lên cô con gái riêng. Cô định quay lại xe taxi, nhưng dừng lại một lát để nhìn hai chiếc bình lần cuối. Rồi cô cúi xuống, và với tất cả sức lực có thể, nhấc một chiếc bình lên cao quá đầu như một vận động viên cử tạ Olympic. Giữ nó ở đó một lát, cô để nó tuột khỏi tay. Bảo vật quốc gia năm trăm năm tuổi tinh xảo ấy nảy xuống các bậc thềm đá, trước khi cuối cùng vỡ tan thành trăm mảnh.</w:t>
      </w:r>
    </w:p>
    <w:p>
      <w:pPr>
        <w:spacing w:after="80"/>
      </w:pPr>
      <w:r>
        <w:rPr>
          <w:b w:val="0"/>
          <w:i w:val="0"/>
        </w:rPr>
        <w:t>Đèn bắt đầu bật sáng khắp ngôi nhà, và những từ đồ khốn nạn là một trong những lời nhận xét nhẹ nhàng nhất của Camilla.</w:t>
      </w:r>
    </w:p>
    <w:p>
      <w:pPr>
        <w:spacing w:after="80"/>
      </w:pPr>
      <w:r>
        <w:rPr>
          <w:b w:val="0"/>
          <w:i w:val="0"/>
        </w:rPr>
        <w:t>Càng hăng hái với việc của mình, Virginia bước tới như thể ra chào khán giả. Cô nhặt chiếc bình thứ hai và, giống như chiếc đầu tiên, giơ nó cao quá đầu. Cô nghe thấy tiếng cửa mở phía sau.</w:t>
      </w:r>
    </w:p>
    <w:p>
      <w:pPr>
        <w:spacing w:after="80"/>
      </w:pPr>
      <w:r>
        <w:rPr>
          <w:b w:val="0"/>
          <w:i w:val="0"/>
        </w:rPr>
        <w:t>Làm ơn, đừng! Clarence hét lên, lao tới, hai tay dang rộng, nhưng Virginia đã buông chiếc bình ra rồi, và nếu có gì thì kiệt tác Trung Hoa không thể thay thế thứ hai này còn vỡ thành nhiều mảnh hơn cả chiếc đầu tiên.</w:t>
      </w:r>
    </w:p>
    <w:p>
      <w:pPr>
        <w:spacing w:after="80"/>
      </w:pPr>
      <w:r>
        <w:rPr>
          <w:b w:val="0"/>
          <w:i w:val="0"/>
        </w:rPr>
        <w:t>Virginia chậm rãi bước xuống các bậc thềm, cẩn thận đi qua một bức khảm sứ vỡ xanh trắng, trước khi leo vào chiếc taxi đang đợi.</w:t>
      </w:r>
    </w:p>
    <w:p>
      <w:pPr>
        <w:spacing w:after="80"/>
      </w:pPr>
      <w:r>
        <w:rPr>
          <w:b w:val="0"/>
          <w:i w:val="0"/>
        </w:rPr>
        <w:t>Khi người tài xế bắt đầu chuyến về Chelsea, anh nhìn vào gương chiếu hậu và thấy hành khách của mình đang mỉm cười. Virginia không một lần ngoái lại nhìn cảnh tàn phá, bởi lần này cô đã đọc văn bản pháp lý từng điều khoản một, và không có chỗ nào nhắc đến việc hai chiếc bình Minh phải ở trong tình trạng nào khi được trả lại vào hoặc trước ngày 19 tháng Mười.</w:t>
      </w:r>
    </w:p>
    <w:p>
      <w:pPr>
        <w:spacing w:after="80"/>
      </w:pPr>
      <w:r>
        <w:rPr>
          <w:b w:val="0"/>
          <w:i w:val="0"/>
        </w:rPr>
        <w:t>Khi chiếc taxi rẽ phải ra khỏi quảng trường Eaton, đồng hồ ở một nhà thờ gần đó điểm mười hai giờ.</w:t>
      </w:r>
    </w:p>
    <w:p>
      <w:pPr>
        <w:pStyle w:val="Heading1"/>
        <w:jc w:val="center"/>
      </w:pPr>
      <w:r>
        <w:rPr>
          <w:rFonts w:ascii="Calibri" w:hAnsi="Calibri"/>
          <w:b/>
          <w:i w:val="0"/>
          <w:sz w:val="40"/>
        </w:rPr>
        <w:t>SEBASTIAN CLIFTON</w:t>
      </w:r>
    </w:p>
    <w:p>
      <w:pPr>
        <w:pStyle w:val="Heading2"/>
        <w:jc w:val="center"/>
      </w:pPr>
      <w:r>
        <w:rPr>
          <w:rFonts w:ascii="Calibri" w:hAnsi="Calibri"/>
          <w:b/>
          <w:i w:val="0"/>
          <w:sz w:val="32"/>
        </w:rPr>
        <w:t>1984–1986</w:t>
      </w:r>
    </w:p>
    <w:p>
      <w:pPr>
        <w:pStyle w:val="Heading1"/>
        <w:jc w:val="center"/>
      </w:pPr>
      <w:r>
        <w:rPr>
          <w:rFonts w:ascii="Calibri" w:hAnsi="Calibri"/>
          <w:b/>
          <w:i w:val="0"/>
          <w:sz w:val="40"/>
        </w:rPr>
        <w:t>39</w:t>
      </w:r>
    </w:p>
    <w:p>
      <w:pPr>
        <w:spacing w:after="80"/>
      </w:pPr>
      <w:r>
        <w:rPr>
          <w:b w:val="0"/>
          <w:i w:val="0"/>
        </w:rPr>
        <w:t>ÔNG MUỐN GẶP TÔI, thưa chủ tịch.</w:t>
      </w:r>
    </w:p>
    <w:p>
      <w:pPr>
        <w:spacing w:after="80"/>
      </w:pPr>
      <w:r>
        <w:rPr>
          <w:b w:val="0"/>
          <w:i w:val="0"/>
        </w:rPr>
        <w:t>Ông đợi một lát được không, Victor, trong khi tôi ký tấm séc này? Thực ra, ông có thể là người ký thứ hai đấy.</w:t>
      </w:r>
    </w:p>
    <w:p>
      <w:pPr>
        <w:spacing w:after="80"/>
      </w:pPr>
      <w:r>
        <w:rPr>
          <w:b w:val="0"/>
          <w:i w:val="0"/>
        </w:rPr>
        <w:t>Séc cho ai vậy?</w:t>
      </w:r>
    </w:p>
    <w:p>
      <w:pPr>
        <w:spacing w:after="80"/>
      </w:pPr>
      <w:r>
        <w:rPr>
          <w:b w:val="0"/>
          <w:i w:val="0"/>
        </w:rPr>
        <w:t>Karin Barrington, sau chiến thắng của cô ấy ở London Marathon.</w:t>
      </w:r>
    </w:p>
    <w:p>
      <w:pPr>
        <w:spacing w:after="80"/>
      </w:pPr>
      <w:r>
        <w:rPr>
          <w:b w:val="0"/>
          <w:i w:val="0"/>
        </w:rPr>
        <w:t>Chuẩn rồi, Victor vừa nói vừa rút bút ra ký một cách phóng khoáng. Một nỗ lực tuyệt vời. Tôi nghĩ mình chẳng thể làm được trong một tuần, chứ đừng nói là dưới bốn tiếng.</w:t>
      </w:r>
    </w:p>
    <w:p>
      <w:pPr>
        <w:spacing w:after="80"/>
      </w:pPr>
      <w:r>
        <w:rPr>
          <w:b w:val="0"/>
          <w:i w:val="0"/>
        </w:rPr>
        <w:t>Và tôi còn chẳng buồn thử, Seb nói. Nhưng đó không phải lý do tôi cần gặp ông. Giọng ông thay đổi, sau khi mấy câu xã giao mà người Anh vốn rất thích trước khi vào chuyện chính đã được dẹp sang một bên. Tôi cần ông xắn tay áo lên và nhận thêm trách nhiệm.</w:t>
      </w:r>
    </w:p>
    <w:p>
      <w:pPr>
        <w:spacing w:after="80"/>
      </w:pPr>
      <w:r>
        <w:rPr>
          <w:b w:val="0"/>
          <w:i w:val="0"/>
        </w:rPr>
        <w:t>Victor mỉm cười, gần như thể ông đã biết chủ tịch sắp đề nghị điều gì.</w:t>
      </w:r>
    </w:p>
    <w:p>
      <w:pPr>
        <w:spacing w:after="80"/>
      </w:pPr>
      <w:r>
        <w:rPr>
          <w:b w:val="0"/>
          <w:i w:val="0"/>
        </w:rPr>
        <w:t>Tôi muốn ông trở thành phó chủ tịch của ngân hàng, và là cánh tay phải của tôi.</w:t>
      </w:r>
    </w:p>
    <w:p>
      <w:pPr>
        <w:spacing w:after="80"/>
      </w:pPr>
      <w:r>
        <w:rPr>
          <w:b w:val="0"/>
          <w:i w:val="0"/>
        </w:rPr>
        <w:t>Victor không buồn giấu đi vẻ thất vọng. Seb không ngạc nhiên, chỉ hy vọng ông sẽ nghĩ lại, nếu không phải ngay lập tức thì ít nhất về lâu dài.</w:t>
      </w:r>
    </w:p>
    <w:p>
      <w:pPr>
        <w:spacing w:after="80"/>
      </w:pPr>
      <w:r>
        <w:rPr>
          <w:b w:val="0"/>
          <w:i w:val="0"/>
        </w:rPr>
        <w:t>Vậy ai sẽ là giám đốc điều hành của ông?</w:t>
      </w:r>
    </w:p>
    <w:p>
      <w:pPr>
        <w:spacing w:after="80"/>
      </w:pPr>
      <w:r>
        <w:rPr>
          <w:b w:val="0"/>
          <w:i w:val="0"/>
        </w:rPr>
        <w:t>Tôi định trao công việc đó cho John Ashley.</w:t>
      </w:r>
    </w:p>
    <w:p>
      <w:pPr>
        <w:spacing w:after="80"/>
      </w:pPr>
      <w:r>
        <w:rPr>
          <w:b w:val="0"/>
          <w:i w:val="0"/>
        </w:rPr>
        <w:t>Nhưng anh ta mới ở ngân hàng được vài năm, và có tin đồn rằng Barclays sắp mời anh ta đứng đầu văn phòng Trung Đông của họ.</w:t>
      </w:r>
    </w:p>
    <w:p>
      <w:pPr>
        <w:spacing w:after="80"/>
      </w:pPr>
      <w:r>
        <w:rPr>
          <w:b w:val="0"/>
          <w:i w:val="0"/>
        </w:rPr>
        <w:t>Tôi cũng nghe những tin đồn đó, và chính điều đó càng thuyết phục tôi rằng chúng ta không thể để mất anh ta.</w:t>
      </w:r>
    </w:p>
    <w:p>
      <w:pPr>
        <w:spacing w:after="80"/>
      </w:pPr>
      <w:r>
        <w:rPr>
          <w:b w:val="0"/>
          <w:i w:val="0"/>
        </w:rPr>
        <w:t>Vậy thì đề nghị anh ta làm phó chủ tịch đi, Victor nói, giọng cao lên. Sebastian không nghĩ ra được câu trả lời nào thuyết phục. Không phải là sẽ có ích gì, Victor tiếp tục, vì ông biết quá rõ anh ta sẽ coi vai trò đó chẳng qua chỉ là bình phong trang trí, và từ chối nó một cách đúng đắn.</w:t>
      </w:r>
    </w:p>
    <w:p>
      <w:pPr>
        <w:spacing w:after="80"/>
      </w:pPr>
      <w:r>
        <w:rPr>
          <w:b w:val="0"/>
          <w:i w:val="0"/>
        </w:rPr>
        <w:t>Tôi không nhìn nhận như vậy, Seb nói. Tôi coi đó không chỉ là một sự thăng chức, mà còn là một lời tuyên bố rằng ông là người kế nhiệm đương nhiên của tôi.</w:t>
      </w:r>
    </w:p>
    <w:p>
      <w:pPr>
        <w:spacing w:after="80"/>
      </w:pPr>
      <w:r>
        <w:rPr>
          <w:b w:val="0"/>
          <w:i w:val="0"/>
        </w:rPr>
        <w:t>Vớ vẩn. Ông quên là chúng ta bằng tuổi nhau rồi à? Không, nếu ông đưa Ashley lên làm CEO, mọi người sẽ cho rằng ông đã quyết định anh ta mới là người kế nhiệm đương nhiên của ông, chứ không phải tôi.</w:t>
      </w:r>
    </w:p>
    <w:p>
      <w:pPr>
        <w:spacing w:after="80"/>
      </w:pPr>
      <w:r>
        <w:rPr>
          <w:b w:val="0"/>
          <w:i w:val="0"/>
        </w:rPr>
        <w:t>Nhưng anh vẫn sẽ phụ trách mảng ngoại hối, một trong những bộ phận sinh lời nhất của ngân hàng.</w:t>
      </w:r>
    </w:p>
    <w:p>
      <w:pPr>
        <w:spacing w:after="80"/>
      </w:pPr>
      <w:r>
        <w:rPr>
          <w:b w:val="0"/>
          <w:i w:val="0"/>
        </w:rPr>
        <w:t>Và báo cáo trực tiếp cho CEO, phòng khi anh đã quên.</w:t>
      </w:r>
    </w:p>
    <w:p>
      <w:pPr>
        <w:spacing w:after="80"/>
      </w:pPr>
      <w:r>
        <w:rPr>
          <w:b w:val="0"/>
          <w:i w:val="0"/>
        </w:rPr>
        <w:t>Vậy thì tôi sẽ nói rõ rằng từ nay về sau anh báo cáo trực tiếp cho tôi.</w:t>
      </w:r>
    </w:p>
    <w:p>
      <w:pPr>
        <w:spacing w:after="80"/>
      </w:pPr>
      <w:r>
        <w:rPr>
          <w:b w:val="0"/>
          <w:i w:val="0"/>
        </w:rPr>
        <w:t>Đó chẳng qua chỉ là một miếng mồi nhử, và ai cũng sẽ biết điều đó. Không, nếu anh thấy tôi không đủ khả năng làm giám đốc điều hành, thì anh đã để tôi không còn lựa chọn nào khác ngoài việc từ chức.</w:t>
      </w:r>
    </w:p>
    <w:p>
      <w:pPr>
        <w:spacing w:after="80"/>
      </w:pPr>
      <w:r>
        <w:rPr>
          <w:b w:val="0"/>
          <w:i w:val="0"/>
        </w:rPr>
        <w:t>Đó là điều tôi không hề mong muốn nhất, Sebastian nói, khi người bạn lâu năm nhất của anh thu dọn giấy tờ và rời khỏi phòng không thêm một lời nào. Victor lặng lẽ đóng cửa lại sau lưng.</w:t>
      </w:r>
    </w:p>
    <w:p>
      <w:pPr>
        <w:spacing w:after="80"/>
      </w:pPr>
      <w:r>
        <w:rPr>
          <w:b w:val="0"/>
          <w:i w:val="0"/>
        </w:rPr>
        <w:t>Thế là ổn thỏa rồi, Seb nói.</w:t>
      </w:r>
    </w:p>
    <w:p>
      <w:pPr>
        <w:jc w:val="center"/>
      </w:pPr>
      <w:r>
        <w:drawing>
          <wp:inline xmlns:a="http://schemas.openxmlformats.org/drawingml/2006/main" xmlns:pic="http://schemas.openxmlformats.org/drawingml/2006/picture">
            <wp:extent cx="304800" cy="85725"/>
            <wp:docPr id="117" name="Picture 11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Anh đã trì hoãn chuyện này bao nhiêu năm rồi, Karin nói sau khi đọc xong lá thư.</w:t>
      </w:r>
    </w:p>
    <w:p>
      <w:pPr>
        <w:spacing w:after="80"/>
      </w:pPr>
      <w:r>
        <w:rPr>
          <w:b w:val="0"/>
          <w:i w:val="0"/>
        </w:rPr>
        <w:t>Nhưng tôi đã ngoài sáu mươi rồi, Giles phản đối.</w:t>
      </w:r>
    </w:p>
    <w:p>
      <w:pPr>
        <w:spacing w:after="80"/>
      </w:pPr>
      <w:r>
        <w:rPr>
          <w:b w:val="0"/>
          <w:i w:val="0"/>
        </w:rPr>
        <w:t>Đây là Lâu đài đấu với Ngôi làng, cô nhắc anh, chứ không phải Anh đấu với West Indies. Dù sao đi nữa, anh lúc nào cũng kể với em rằng anh ước gì em được chứng kiến cú cover drive của anh.</w:t>
      </w:r>
    </w:p>
    <w:p>
      <w:pPr>
        <w:spacing w:after="80"/>
      </w:pPr>
      <w:r>
        <w:rPr>
          <w:b w:val="0"/>
          <w:i w:val="0"/>
        </w:rPr>
        <w:t>Thời sung sức của anh, chứ không phải lúc tuổi già.</w:t>
      </w:r>
    </w:p>
    <w:p>
      <w:pPr>
        <w:spacing w:after="80"/>
      </w:pPr>
      <w:r>
        <w:rPr>
          <w:b w:val="0"/>
          <w:i w:val="0"/>
        </w:rPr>
        <w:t>Và, Karin tiếp tục, phớt lờ cái phản ứng đó, anh đã hứa với Freddie rồi. Giles không nghĩ ra được câu trả lời nào thích hợp. Và cứ thừa nhận đi, nếu em có thể chạy marathon, thì chắc chắn anh có thể ra sân cho một trận cricket của làng. Những lời cuối cùng khiến chồng cô im lặng.</w:t>
      </w:r>
    </w:p>
    <w:p>
      <w:pPr>
        <w:spacing w:after="80"/>
      </w:pPr>
      <w:r>
        <w:rPr>
          <w:b w:val="0"/>
          <w:i w:val="0"/>
        </w:rPr>
        <w:t>Giles đọc lại lá thư một lần nữa và rên lên khi ngồi xuống bàn làm việc. Anh rút một tờ giấy từ giá, mở nắp bút và bắt đầu viết.</w:t>
      </w:r>
    </w:p>
    <w:p>
      <w:pPr>
        <w:spacing w:after="80"/>
      </w:pPr>
      <w:r>
        <w:rPr>
          <w:b w:val="0"/>
          <w:i/>
        </w:rPr>
        <w:t>Freddie thân mến,</w:t>
      </w:r>
    </w:p>
    <w:p>
      <w:pPr>
        <w:spacing w:after="80"/>
      </w:pPr>
      <w:r>
        <w:rPr>
          <w:b w:val="0"/>
          <w:i/>
        </w:rPr>
        <w:t>Tôi rất vui được tham gia đội của anh cho . . .</w:t>
      </w:r>
    </w:p>
    <w:p>
      <w:pPr>
        <w:jc w:val="center"/>
      </w:pPr>
      <w:r>
        <w:drawing>
          <wp:inline xmlns:a="http://schemas.openxmlformats.org/drawingml/2006/main" xmlns:pic="http://schemas.openxmlformats.org/drawingml/2006/picture">
            <wp:extent cx="304800" cy="85725"/>
            <wp:docPr id="118" name="Picture 11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Chúng thật tuyệt vời phải không? chàng trai trẻ nói khi chiêm ngưỡng bảy bức vẽ đã được trao Giải thưởng Người sáng lập.</w:t>
      </w:r>
    </w:p>
    <w:p>
      <w:pPr>
        <w:spacing w:after="80"/>
      </w:pPr>
      <w:r>
        <w:rPr>
          <w:b w:val="0"/>
          <w:i w:val="0"/>
        </w:rPr>
        <w:t>Anh nghĩ vậy sao? cô gái trẻ đáp lại.</w:t>
      </w:r>
    </w:p>
    <w:p>
      <w:pPr>
        <w:spacing w:after="80"/>
      </w:pPr>
      <w:r>
        <w:rPr>
          <w:b w:val="0"/>
          <w:i w:val="0"/>
        </w:rPr>
        <w:t>Ôi đúng rồi! Và thật là một ý tưởng thông minh khi lấy bảy giai đoạn của người phụ nữ làm chủ đề.</w:t>
      </w:r>
    </w:p>
    <w:p>
      <w:pPr>
        <w:spacing w:after="80"/>
      </w:pPr>
      <w:r>
        <w:rPr>
          <w:b w:val="0"/>
          <w:i w:val="0"/>
        </w:rPr>
        <w:t>Ôi, tôi bỏ lỡ mất điều đó, cô nói, nhìn anh kỹ hơn. Trang phục của chàng trai trẻ khá gợi ý rằng anh ta đã không soi gương trước khi đi làm sáng hôm đó. Chẳng có gì hợp nhau cả. Một chiếc áo khoác Harris Tweed bảnh bao đi kèm áo sơ mi xanh, cà vạt xanh lá, quần tây xám và giày nâu. Nhưng anh thể hiện một sự ấm áp và nhiệt huyết với tác phẩm của nghệ sĩ đến mức khá dễ lây lan.</w:t>
      </w:r>
    </w:p>
    <w:p>
      <w:pPr>
        <w:spacing w:after="80"/>
      </w:pPr>
      <w:r>
        <w:rPr>
          <w:b w:val="0"/>
          <w:i w:val="0"/>
        </w:rPr>
        <w:t>Như cô có thể thấy, anh nói, càng lúc càng hào hứng với nhiệm vụ, nghệ sĩ đã lấy chủ đề là một người phụ nữ đang chạy marathon, và đã khắc họa bảy chặng của cuộc đua. Bức vẽ đầu tiên là ở vạch xuất phát, khi cô ấy đang khởi động, hồi hộp nhưng cảnh giác. Ở bức tiếp theo, anh nói, chỉ vào bức vẽ thứ hai, cô ấy đã đến mốc năm dặm, và vẫn tràn đầy tự tin. Nhưng đến khi cô ấy chạm mốc mười dặm, anh nói, chuyển sang bức vẽ thứ ba, rõ ràng cô ấy bắt đầu cảm thấy đau đớn.</w:t>
      </w:r>
    </w:p>
    <w:p>
      <w:pPr>
        <w:spacing w:after="80"/>
      </w:pPr>
      <w:r>
        <w:rPr>
          <w:b w:val="0"/>
          <w:i w:val="0"/>
        </w:rPr>
        <w:t>Còn bức thứ tư? cô hỏi, nhìn kỹ hơn vào bức vẽ mà nghệ sĩ đã mô tả là bức tường.</w:t>
      </w:r>
    </w:p>
    <w:p>
      <w:pPr>
        <w:spacing w:after="80"/>
      </w:pPr>
      <w:r>
        <w:rPr>
          <w:b w:val="0"/>
          <w:i w:val="0"/>
        </w:rPr>
        <w:t>Cứ nhìn vào biểu cảm trên khuôn mặt người chạy bộ, nó khiến bạn không thể nghi ngờ rằng cô ấy bắt đầu tự hỏi liệu mình có thể hoàn thành chặng đua không. Cô gật đầu. Và bức thứ năm cho thấy cô ấy chỉ còn bám trụ khi đi ngang qua chỗ mà tôi đoán hẳn là gia đình cô ấy đang cổ vũ. Cô ấy giơ một cánh tay để chào họ, nhưng ngay cả trong động tác giơ tay đó, chỉ bằng một nét mảnh mai duy nhất, nghệ sĩ khiến bạn không thể nghi ngờ đó hẳn là một nỗ lực phi thường đến nhường nào. Chỉ vào bức vẽ thứ sáu, anh tiếp tục hào hứng, Đây chúng ta thấy cô ấy vượt qua vạch đích, hai tay giơ lên trong chiến thắng. Và rồi vài giây sau, ở bức vẽ cuối cùng, cô ấy gục xuống đất kiệt sức, sau khi đã dốc hết mọi thứ, và được tưởng thưởng bằng một tấm huy chương đeo quanh cổ. Hãy để ý rằng nghệ sĩ đã thêm màu vàng và xanh lá của dải ruy băng, chút gợi ý màu sắc duy nhất trong cả bảy bức vẽ. Thật tuyệt vời.</w:t>
      </w:r>
    </w:p>
    <w:p>
      <w:pPr>
        <w:spacing w:after="80"/>
      </w:pPr>
      <w:r>
        <w:rPr>
          <w:b w:val="0"/>
          <w:i w:val="0"/>
        </w:rPr>
        <w:t>Chắc hẳn anh cũng là một nghệ sĩ.</w:t>
      </w:r>
    </w:p>
    <w:p>
      <w:pPr>
        <w:spacing w:after="80"/>
      </w:pPr>
      <w:r>
        <w:rPr>
          <w:b w:val="0"/>
          <w:i w:val="0"/>
        </w:rPr>
        <w:t>Ước gì, anh nói, trao cho cô một nụ cười ấm áp. Điều gần nhất tôi từng đạt được là khi tôi giành được một giải thưởng nghệ thuật ở trường và quyết định nộp đơn xin vào Slade, nhưng họ đã từ chối tôi.</w:t>
      </w:r>
    </w:p>
    <w:p>
      <w:pPr>
        <w:spacing w:after="80"/>
      </w:pPr>
      <w:r>
        <w:rPr>
          <w:b w:val="0"/>
          <w:i w:val="0"/>
        </w:rPr>
        <w:t>Còn nhiều trường cao đẳng nghệ thuật khác mà.</w:t>
      </w:r>
    </w:p>
    <w:p>
      <w:pPr>
        <w:spacing w:after="80"/>
      </w:pPr>
      <w:r>
        <w:rPr>
          <w:b w:val="0"/>
          <w:i w:val="0"/>
        </w:rPr>
        <w:t>Đúng vậy, và tôi đã nộp đơn vào hầu hết trong số họ Goldsmiths, Chelsea, Manchester. Tôi thậm chí còn lên tận Glasgow để phỏng vấn, nhưng lần nào cũng với kết quả như nhau.</w:t>
      </w:r>
    </w:p>
    <w:p>
      <w:pPr>
        <w:spacing w:after="80"/>
      </w:pPr>
      <w:r>
        <w:rPr>
          <w:b w:val="0"/>
          <w:i w:val="0"/>
        </w:rPr>
        <w:t>Tôi rất tiếc.</w:t>
      </w:r>
    </w:p>
    <w:p>
      <w:pPr>
        <w:spacing w:after="80"/>
      </w:pPr>
      <w:r>
        <w:rPr>
          <w:b w:val="0"/>
          <w:i w:val="0"/>
        </w:rPr>
        <w:t>Không cần phải thế, vì cuối cùng tôi đã hỏi một thành viên của một trong các hội đồng phỏng vấn lý do tại sao họ cứ từ chối tôi.</w:t>
      </w:r>
    </w:p>
    <w:p>
      <w:pPr>
        <w:spacing w:after="80"/>
      </w:pPr>
      <w:r>
        <w:rPr>
          <w:b w:val="0"/>
          <w:i w:val="0"/>
        </w:rPr>
        <w:t>Và họ nói gì?</w:t>
      </w:r>
    </w:p>
    <w:p>
      <w:pPr>
        <w:spacing w:after="80"/>
      </w:pPr>
      <w:r>
        <w:rPr>
          <w:b w:val="0"/>
          <w:i w:val="0"/>
        </w:rPr>
        <w:t>Kết quả A-level của anh khá ấn tượng, chàng trai trẻ nói, nắm ve áo khoác và giọng như già đi hai mươi tuổi, và rõ ràng anh rất đam mê chủ đề này cùng với vô số năng lượng và nhiệt huyết, nhưng đáng tiếc là thiếu một thứ gì đó. Đó là gì? tôi hỏi. Tài năng, anh ấy trả lời.</w:t>
      </w:r>
    </w:p>
    <w:p>
      <w:pPr>
        <w:spacing w:after="80"/>
      </w:pPr>
      <w:r>
        <w:rPr>
          <w:b w:val="0"/>
          <w:i w:val="0"/>
        </w:rPr>
        <w:t>Ôi, thật tàn nhẫn!</w:t>
      </w:r>
    </w:p>
    <w:p>
      <w:pPr>
        <w:spacing w:after="80"/>
      </w:pPr>
      <w:r>
        <w:rPr>
          <w:b w:val="0"/>
          <w:i w:val="0"/>
        </w:rPr>
        <w:t xml:space="preserve">Không, không hẳn. Chỉ là thực tế thôi. Anh ấy tiếp tục hỏi liệu tôi đã cân nhắc việc dạy học chưa, điều này chỉ càng làm vết thương thêm đau, vì nó nhắc tôi nhớ đến câu nói của George Bernard Shaw, </w:t>
      </w:r>
      <w:r>
        <w:rPr>
          <w:b w:val="0"/>
          <w:i/>
        </w:rPr>
        <w:t>những người làm được thì làm, những người không làm được thì dạy</w:t>
      </w:r>
      <w:r>
        <w:rPr>
          <w:b w:val="0"/>
          <w:i w:val="0"/>
        </w:rPr>
        <w:t>. Nhưng rồi tôi bỏ đi và suy nghĩ về điều đó, và nhận ra anh ấy đúng.</w:t>
      </w:r>
    </w:p>
    <w:p>
      <w:pPr>
        <w:spacing w:after="80"/>
      </w:pPr>
      <w:r>
        <w:rPr>
          <w:b w:val="0"/>
          <w:i w:val="0"/>
        </w:rPr>
        <w:t>Vậy giờ anh là giáo viên?</w:t>
      </w:r>
    </w:p>
    <w:p>
      <w:pPr>
        <w:spacing w:after="80"/>
      </w:pPr>
      <w:r>
        <w:rPr>
          <w:b w:val="0"/>
          <w:i w:val="0"/>
        </w:rPr>
        <w:t>Tôi đây. Tôi học Lịch sử Nghệ thuật ở Kings, giờ đang dạy tại một trường trung học ở Peckham, nơi mà ít nhất tôi nghĩ mình có thể nói rằng tôi là một nghệ sĩ giỏi hơn học trò của mình. À, hầu hết bọn chúng, anh ta thêm vào với một nụ cười toe toét.</w:t>
      </w:r>
    </w:p>
    <w:p>
      <w:pPr>
        <w:spacing w:after="80"/>
      </w:pPr>
      <w:r>
        <w:rPr>
          <w:b w:val="0"/>
          <w:i w:val="0"/>
        </w:rPr>
        <w:t>Cô ấy bật cười. Vậy điều gì đưa anh trở lại Slade?</w:t>
      </w:r>
    </w:p>
    <w:p>
      <w:pPr>
        <w:spacing w:after="80"/>
      </w:pPr>
      <w:r>
        <w:rPr>
          <w:b w:val="0"/>
          <w:i w:val="0"/>
        </w:rPr>
        <w:t>Tôi đến hầu hết các buổi triển lãm của sinh viên với hy vọng phát hiện ra ai đó có tài năng thực sự mà tôi có thể thêm tác phẩm của họ vào bộ sưu tập của mình. Qua nhiều năm tôi đã sưu tầm được một bức của Craigie Aitchison, một bức của Mary Fedden và thậm chí cả một bức ký họa bút chì nhỏ của Hockney, nhưng tôi rất muốn thêm bảy bức vẽ này vào bộ sưu tập của mình.</w:t>
      </w:r>
    </w:p>
    <w:p>
      <w:pPr>
        <w:spacing w:after="80"/>
      </w:pPr>
      <w:r>
        <w:rPr>
          <w:b w:val="0"/>
          <w:i w:val="0"/>
        </w:rPr>
        <w:t>Điều gì ngăn anh lại?</w:t>
      </w:r>
    </w:p>
    <w:p>
      <w:pPr>
        <w:spacing w:after="80"/>
      </w:pPr>
      <w:r>
        <w:rPr>
          <w:b w:val="0"/>
          <w:i w:val="0"/>
        </w:rPr>
        <w:t>Tôi chưa đủ can đảm để hỏi chúng giá bao nhiêu, và vì cô ấy vừa giành được Giải thưởng Nhà sáng lập, tôi chắc mình sẽ không đủ khả năng mua chúng.</w:t>
      </w:r>
    </w:p>
    <w:p>
      <w:pPr>
        <w:spacing w:after="80"/>
      </w:pPr>
      <w:r>
        <w:rPr>
          <w:b w:val="0"/>
          <w:i w:val="0"/>
        </w:rPr>
        <w:t>Anh nghĩ chúng đáng giá bao nhiêu?</w:t>
      </w:r>
    </w:p>
    <w:p>
      <w:pPr>
        <w:spacing w:after="80"/>
      </w:pPr>
      <w:r>
        <w:rPr>
          <w:b w:val="0"/>
          <w:i w:val="0"/>
        </w:rPr>
        <w:t>Tôi không biết, nhưng tôi sẽ trao tất cả những gì mình có để sở hữu chúng.</w:t>
      </w:r>
    </w:p>
    <w:p>
      <w:pPr>
        <w:spacing w:after="80"/>
      </w:pPr>
      <w:r>
        <w:rPr>
          <w:b w:val="0"/>
          <w:i w:val="0"/>
        </w:rPr>
        <w:t>Anh có bao nhiêu?</w:t>
      </w:r>
    </w:p>
    <w:p>
      <w:pPr>
        <w:spacing w:after="80"/>
      </w:pPr>
      <w:r>
        <w:rPr>
          <w:b w:val="0"/>
          <w:i w:val="0"/>
        </w:rPr>
        <w:t>Lần cuối tôi kiểm tra số dư ngân hàng, chỉ hơn ba trăm bảng Anh.</w:t>
      </w:r>
    </w:p>
    <w:p>
      <w:pPr>
        <w:spacing w:after="80"/>
      </w:pPr>
      <w:r>
        <w:rPr>
          <w:b w:val="0"/>
          <w:i w:val="0"/>
        </w:rPr>
        <w:t>Vậy thì anh may mắn rồi, vì tôi nghĩ anh sẽ thấy chúng được định giá hai trăm năm mươi bảng Anh.</w:t>
      </w:r>
    </w:p>
    <w:p>
      <w:pPr>
        <w:spacing w:after="80"/>
      </w:pPr>
      <w:r>
        <w:rPr>
          <w:b w:val="0"/>
          <w:i w:val="0"/>
        </w:rPr>
        <w:t>Chúng ta hãy đi tìm hiểu xem anh có đúng không, trước khi ai đó nẫng mất chúng. Nhân tiện, anh ta thêm vào khi họ quay sang bước về phía quầy bán hàng, tên tôi là Richard Langley, nhưng bạn bè gọi tôi là Rick.</w:t>
      </w:r>
    </w:p>
    <w:p>
      <w:pPr>
        <w:spacing w:after="80"/>
      </w:pPr>
      <w:r>
        <w:rPr>
          <w:b w:val="0"/>
          <w:i w:val="0"/>
        </w:rPr>
        <w:t>Chào anh, cô ấy nói khi họ bắt tay. Tên tôi là Jessica Clifton, nhưng bạn bè gọi tôi là Jessie.</w:t>
      </w:r>
    </w:p>
    <w:p>
      <w:pPr>
        <w:pStyle w:val="Heading1"/>
        <w:jc w:val="center"/>
      </w:pPr>
      <w:r>
        <w:rPr>
          <w:rFonts w:ascii="Calibri" w:hAnsi="Calibri"/>
          <w:b/>
          <w:i w:val="0"/>
          <w:sz w:val="40"/>
        </w:rPr>
        <w:t>40</w:t>
      </w:r>
    </w:p>
    <w:p>
      <w:pPr>
        <w:spacing w:after="80"/>
      </w:pPr>
      <w:r>
        <w:rPr>
          <w:b w:val="0"/>
          <w:i w:val="0"/>
        </w:rPr>
        <w:t>NẾU CẬU KÉO ÁO LEN XUỐNG, Karin nói, sẽ không ai nhận ra là cậu không cài được chiếc cúc trên cùng.</w:t>
      </w:r>
    </w:p>
    <w:p>
      <w:pPr>
        <w:spacing w:after="80"/>
      </w:pPr>
      <w:r>
        <w:rPr>
          <w:b w:val="0"/>
          <w:i w:val="0"/>
        </w:rPr>
        <w:t>Đã hai mươi năm kể từ lần cuối tôi chơi, Giles nhắc cô ấy, khi anh hóp bụng lại và thực hiện nỗ lực cuối cùng để cài chiếc cúc trên cùng của một chiếc quần cricket Archie Fenwick.</w:t>
      </w:r>
    </w:p>
    <w:p>
      <w:pPr>
        <w:spacing w:after="80"/>
      </w:pPr>
      <w:r>
        <w:rPr>
          <w:b w:val="0"/>
          <w:i w:val="0"/>
        </w:rPr>
        <w:t>Karin phá lên cười khi chiếc cúc bật ra và rơi xuống dưới chân cô. Em chắc anh sẽ ổn thôi, anh yêu. Chỉ cần nhớ đừng chạy theo quả bóng, vì nó có thể kết thúc trong thảm họa. Giles định đáp trả thì có tiếng gõ cửa.</w:t>
      </w:r>
    </w:p>
    <w:p>
      <w:pPr>
        <w:spacing w:after="80"/>
      </w:pPr>
      <w:r>
        <w:rPr>
          <w:b w:val="0"/>
          <w:i w:val="0"/>
        </w:rPr>
        <w:t>Anh bước vào, vừa nói vừa nhanh chân đặt lên chiếc nút cứng đầu.</w:t>
      </w:r>
    </w:p>
    <w:p>
      <w:pPr>
        <w:spacing w:after="80"/>
      </w:pPr>
      <w:r>
        <w:rPr>
          <w:b w:val="0"/>
          <w:i w:val="0"/>
        </w:rPr>
        <w:t>Cửa mở ra và Freddie, ăn mặc chỉnh tề trong bộ đồ trắng phẳng phiu, bước vào phòng. "Xin lỗi đã làm phiền ngài, nhưng có thay đổi về kế hoạch ạ."</w:t>
      </w:r>
    </w:p>
    <w:p>
      <w:pPr>
        <w:spacing w:after="80"/>
      </w:pPr>
      <w:r>
        <w:rPr>
          <w:b w:val="0"/>
          <w:i w:val="0"/>
        </w:rPr>
        <w:t>Giles trông nhẹ nhõm hẳn, vì anh tưởng mình sắp bị gạt ra ngoài.</w:t>
      </w:r>
    </w:p>
    <w:p>
      <w:pPr>
        <w:spacing w:after="80"/>
      </w:pPr>
      <w:r>
        <w:rPr>
          <w:b w:val="0"/>
          <w:i w:val="0"/>
        </w:rPr>
        <w:t>"Quản gia của chúng ta, tức đội trưởng, vừa phút chót xin rút, bị căng cơ đùi. Vì ngài từng chơi cho Oxford đấu với Cambridge, tôi nghĩ ngài là lựa chọn hiển nhiên để thay thế anh ấy."</w:t>
      </w:r>
    </w:p>
    <w:p>
      <w:pPr>
        <w:spacing w:after="80"/>
      </w:pPr>
      <w:r>
        <w:rPr>
          <w:b w:val="0"/>
          <w:i w:val="0"/>
        </w:rPr>
        <w:t>"Nhưng tôi còn chẳng biết các thành viên khác của đội nữa," Giles phản đối.</w:t>
      </w:r>
    </w:p>
    <w:p>
      <w:pPr>
        <w:spacing w:after="80"/>
      </w:pPr>
      <w:r>
        <w:rPr>
          <w:b w:val="0"/>
          <w:i w:val="0"/>
        </w:rPr>
        <w:t>"Đừng lo, thưa ngài. Tôi sẽ cập nhật cho ngài liên tục. Tôi cũng muốn tự làm việc này lắm, nhưng tôi không chắc cách bố trí đội hình trên sân. Ngài có thể sẵn sàng tung đồng xu trong khoảng mười phút nữa không? Xin lỗi đã làm phiền bà, thưa Quý bà Barrington," anh nói rồi vội vã bước ra ngoài.</w:t>
      </w:r>
    </w:p>
    <w:p>
      <w:pPr>
        <w:spacing w:after="80"/>
      </w:pPr>
      <w:r>
        <w:rPr>
          <w:b w:val="0"/>
          <w:i w:val="0"/>
        </w:rPr>
        <w:t>"Anh nghĩ có bao giờ anh ấy sẽ gọi em là Karin không?" cô nói sau khi cửa đóng lại.</w:t>
      </w:r>
    </w:p>
    <w:p>
      <w:pPr>
        <w:spacing w:after="80"/>
      </w:pPr>
      <w:r>
        <w:rPr>
          <w:b w:val="0"/>
          <w:i w:val="0"/>
        </w:rPr>
        <w:t>"Từng bước một thôi," Giles đáp.</w:t>
      </w:r>
    </w:p>
    <w:p>
      <w:pPr>
        <w:jc w:val="center"/>
      </w:pPr>
      <w:r>
        <w:drawing>
          <wp:inline xmlns:a="http://schemas.openxmlformats.org/drawingml/2006/main" xmlns:pic="http://schemas.openxmlformats.org/drawingml/2006/picture">
            <wp:extent cx="304800" cy="85725"/>
            <wp:docPr id="119" name="Picture 11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Giles lần đầu nhìn thấy mảnh đất hình bầu dục rộng lớn nằm như một viên ngọc trong khuôn viên lâu đài, anh ngờ rằng liệu có nơi nào lý tưởng hơn cho một trận cricket. Rừng rậm phủ kín những ngọn đồi bao quanh khoảng vài mẫu đất bằng phẳng xanh mướt mà Chúa hẳn đã tạo ra để làm sân cricket, dẫu chỉ vài tuần mỗi năm.</w:t>
      </w:r>
    </w:p>
    <w:p>
      <w:pPr>
        <w:spacing w:after="80"/>
      </w:pPr>
      <w:r>
        <w:rPr>
          <w:b w:val="0"/>
          <w:i w:val="0"/>
        </w:rPr>
        <w:t>Freddie giới thiệu Giles với Hamish Munro, viên cảnh sát địa phương kiêm đội trưởng đội làng. Ở tuổi bốn mươi, anh ta trông vẫn phong độ, và chắc chắn sẽ chẳng gặp khó khăn gì khi cài cúc quần.</w:t>
      </w:r>
    </w:p>
    <w:p>
      <w:pPr>
        <w:spacing w:after="80"/>
      </w:pPr>
      <w:r>
        <w:rPr>
          <w:b w:val="0"/>
          <w:i w:val="0"/>
        </w:rPr>
        <w:t>Hai đội trưởng cùng bước ra sân ngay trước hai giờ. Giles thực hiện một nghi thức mà anh đã không làm suốt bao năm. Anh hít hà không khí, rồi ngước nhìn trời. Một ngày ấm áp theo tiêu chuẩn Scotland, vài đám mây lẻ loi điểm xuyết bầu trời vốn xanh trong, không mưa và, ơn trời, không có dấu hiệu nào báo mưa. Anh kiểm tra mặt sân — một chút sắc xanh trên bề mặt, tốt cho các tay ném nhanh — và cuối cùng liếc nhìn đám đông. Đông hơn anh tưởng nhiều, nhưng dù sao đây cũng là trận derby địa phương. Khoảng vài trăm khán giả rải rác quanh sợi dây biên chờ trận chiến bắt đầu.</w:t>
      </w:r>
    </w:p>
    <w:p>
      <w:pPr>
        <w:spacing w:after="80"/>
      </w:pPr>
      <w:r>
        <w:rPr>
          <w:b w:val="0"/>
          <w:i w:val="0"/>
        </w:rPr>
        <w:t>Giles bắt tay đội trưởng đối phương.</w:t>
      </w:r>
    </w:p>
    <w:p>
      <w:pPr>
        <w:spacing w:after="80"/>
      </w:pPr>
      <w:r>
        <w:rPr>
          <w:b w:val="0"/>
          <w:i w:val="0"/>
        </w:rPr>
        <w:t>"Ngài gọi đi, ông Munro," anh nói rồi tung cao đồng xu một bảng Anh lên không trung.</w:t>
      </w:r>
    </w:p>
    <w:p>
      <w:pPr>
        <w:spacing w:after="80"/>
      </w:pPr>
      <w:r>
        <w:rPr>
          <w:b w:val="0"/>
          <w:i w:val="0"/>
        </w:rPr>
        <w:t>"Mặt ngửa," Munro tuyên bố, và cả hai cùng cúi xuống xem đồng xu khi nó rơi xuống đất.</w:t>
      </w:r>
    </w:p>
    <w:p>
      <w:pPr>
        <w:spacing w:after="80"/>
      </w:pPr>
      <w:r>
        <w:rPr>
          <w:b w:val="0"/>
          <w:i w:val="0"/>
        </w:rPr>
        <w:t>"Ngài chọn đi, thưa ngài," Giles nói, mắt nhìn chằm chằm vào hình Nữ hoàng.</w:t>
      </w:r>
    </w:p>
    <w:p>
      <w:pPr>
        <w:spacing w:after="80"/>
      </w:pPr>
      <w:r>
        <w:rPr>
          <w:b w:val="0"/>
          <w:i w:val="0"/>
        </w:rPr>
        <w:t>"Chúng tôi đánh," Munro nói không chút do dự, rồi nhanh chóng quay về nhà nghỉ để phổ biến cho đội mình. Vài phút sau, một tiếng chuông vang lên và hai trọng tài trong bộ áo khoác trắng dài bước ra khỏi nhà nghỉ, chậm rãi tiến ra sân. Archie Fenwick và Mục sư Sandy McDonald có mặt để bảo đảm cuộc chơi công bằng.</w:t>
      </w:r>
    </w:p>
    <w:p>
      <w:pPr>
        <w:spacing w:after="80"/>
      </w:pPr>
      <w:r>
        <w:rPr>
          <w:b w:val="0"/>
          <w:i w:val="0"/>
        </w:rPr>
        <w:t>Một lúc sau, Giles dẫn đoàn chiến binh xa lạ của mình ra sân. Ông sắp xếp đội hình tấn công, với những lời khuyên thì thầm từ Freddie, rồi ném bóng cho Hector Brice, người hầu cận thứ hai của lâu đài Castles, người đang vạch dấu chạy đà của mình cách cọc gôn khoảng hai mươi thước.</w:t>
      </w:r>
    </w:p>
    <w:p>
      <w:pPr>
        <w:spacing w:after="80"/>
      </w:pPr>
      <w:r>
        <w:rPr>
          <w:b w:val="0"/>
          <w:i w:val="0"/>
        </w:rPr>
        <w:t>Hai tay vợt mở màn của đội Village thong thả bước ra sân, xoay xoay cánh tay và chạy tại chỗ, tỏ vẻ thờ ơ. Người đưa thư địa phương xin vị trí gôn giữa và gôn chân, và khi anh ta đã vạch xong dấu của mình, vị cha xứ tuyên bố: "Chơi!"</w:t>
      </w:r>
    </w:p>
    <w:p>
      <w:pPr>
        <w:spacing w:after="80"/>
      </w:pPr>
      <w:r>
        <w:rPr>
          <w:b w:val="0"/>
          <w:i w:val="0"/>
        </w:rPr>
        <w:t>Các tay vợt mở màn của Village khởi đầu nhanh nhẹn, ghi được 32 điểm trước khi cú đánh bóng đầu tiên bị hạ bởi Ben Atkins, quản lý trang trại, với một pha bắt bóng nhạy bén ở vị trí slip. Hector tiếp đó có thêm hai cú hạ gôn nhanh chóng và tỷ số là 64 ăn 3 sau mười lăm over đã ném. Một mối quan hệ đối tác ghi điểm ở lượt đánh thứ tư bắt đầu hình thành giữa chủ quán rượu Finn Reedie và Hamish Munro, thì Freddie gợi ý rằng Giles nên thử sức ném bóng. Một lời kêu gọi vũ trang mà đội trưởng chưa từng cân nhắc nghiêm túc. Ngay cả khi còn trẻ, Giles hiếm khi được yêu cầu ném bóng.</w:t>
      </w:r>
    </w:p>
    <w:p>
      <w:pPr>
        <w:spacing w:after="80"/>
      </w:pPr>
      <w:r>
        <w:rPr>
          <w:b w:val="0"/>
          <w:i w:val="0"/>
        </w:rPr>
        <w:t>Over đầu tiên của ông mất mười một điểm, bao gồm hai quả bóng rộng, và ông định tự rút lui nhưng Freddie không chịu nghe. Over thứ hai của Giles mất bảy điểm, nhưng ít nhất không có quả bóng rộng nào và, trước sự ngạc nhiên của ông, trong over thứ ba, ông đã hạ được gôn quan trọng của chủ quán rượu. Một lời kháng nghị LBW mà Bá tước thứ mười xứ Fenwick tuyên bố "Out!" Giles nghĩ mình hơi may mắn, và Reedie cũng nghĩ vậy.</w:t>
      </w:r>
    </w:p>
    <w:p>
      <w:pPr>
        <w:spacing w:after="80"/>
      </w:pPr>
      <w:r>
        <w:rPr>
          <w:b w:val="0"/>
          <w:i w:val="0"/>
        </w:rPr>
        <w:t>"Chân trước nhà nghỉ thì đúng hơn," chủ quán rượu lẩm bẩm khi đi ngang qua bá tước.</w:t>
      </w:r>
    </w:p>
    <w:p>
      <w:pPr>
        <w:spacing w:after="80"/>
      </w:pPr>
      <w:r>
        <w:rPr>
          <w:b w:val="0"/>
          <w:i w:val="0"/>
        </w:rPr>
        <w:t>Một trăm mười sáu ăn 4. Người hầu cận thứ nhất tiếp tục với những cú ném xoáy chân chậm của mình từ một đầu, cùng với nỗ lực ném bóng trung bình kiểu quân đội của Giles từ đầu kia. Đội Village vào uống trà lúc 4 giờ 30 chiều, sau khi ghi được 237 ăn 8, điều mà Hamish Munro rõ ràng cảm thấy đủ để thắng trận, vì anh ta tuyên bố kết thúc lượt đánh.</w:t>
      </w:r>
    </w:p>
    <w:p>
      <w:pPr>
        <w:spacing w:after="80"/>
      </w:pPr>
      <w:r>
        <w:rPr>
          <w:b w:val="0"/>
          <w:i w:val="0"/>
        </w:rPr>
        <w:t>Tiệc trà được tổ chức trong một chiếc lều lớn. Bánh sandwich trứng và cải xoong, bánh cuộn xúc xích, bánh tart mứt và bánh scone phủ kem đặc được mọi người ngấu nghiến, kèm theo những tách trà nóng và ly nước chanh vôi lạnh. Freddie không ăn gì, vì anh đang dùng bút chì ghi thứ tự đánh bóng của đội Castles vào sổ ghi điểm. Giles nhìn qua vai anh và kinh hoàng khi thấy tên mình ở đầu danh sách.</w:t>
      </w:r>
    </w:p>
    <w:p>
      <w:pPr>
        <w:spacing w:after="80"/>
      </w:pPr>
      <w:r>
        <w:rPr>
          <w:b w:val="0"/>
          <w:i w:val="0"/>
        </w:rPr>
        <w:t>"Anh có chắc muốn tôi mở màn không?"</w:t>
      </w:r>
    </w:p>
    <w:p>
      <w:pPr>
        <w:spacing w:after="80"/>
      </w:pPr>
      <w:r>
        <w:rPr>
          <w:b w:val="0"/>
          <w:i w:val="0"/>
        </w:rPr>
        <w:t>"Vâng, tất nhiên rồi, thưa ngài. Dù sao thì, ngài đã từng mở màn cho Oxford và MCC mà."</w:t>
      </w:r>
    </w:p>
    <w:p>
      <w:pPr>
        <w:spacing w:after="80"/>
      </w:pPr>
      <w:r>
        <w:rPr>
          <w:b w:val="0"/>
          <w:i w:val="0"/>
        </w:rPr>
        <w:t>Khi Giles đeo đồ bảo hộ, ông ước mình đã không ăn quá nhiều bánh scone đến thế. Một lúc sau, ông và Ben Atkins bước ra sân. Giles nhận vị trí gôn, gôn chân, rồi nhìn quanh sân, thể hiện vẻ tự tin che giấu cảm xúc thật của mình. Ông ổn định tư thế và chờ quả bóng đầu tiên từ Ross Walker, người bán thịt địa phương. Quả bóng xé gió lao qua không trung và đập mạnh vào miếng bảo vệ chân của Giles, ngay trước gôn giữa.</w:t>
      </w:r>
    </w:p>
    <w:p>
      <w:pPr>
        <w:spacing w:after="80"/>
      </w:pPr>
      <w:r>
        <w:rPr>
          <w:b w:val="0"/>
          <w:i w:val="0"/>
        </w:rPr>
        <w:t>"Howzat!" người bán thịt hét lên đầy tự tin, khi anh ta nhảy lên không trung.</w:t>
      </w:r>
    </w:p>
    <w:p>
      <w:pPr>
        <w:spacing w:after="80"/>
      </w:pPr>
      <w:r>
        <w:rPr>
          <w:b w:val="0"/>
          <w:i w:val="0"/>
        </w:rPr>
        <w:t>"Thật là nhục nhã," Giles nghĩ thầm, khi chuẩn bị quay về nhà nghỉ với một cú "golden duck" (bị hạ gôn ngay quả bóng đầu tiên).</w:t>
      </w:r>
    </w:p>
    <w:p>
      <w:pPr>
        <w:spacing w:after="80"/>
      </w:pPr>
      <w:r>
        <w:rPr>
          <w:b w:val="0"/>
          <w:i w:val="0"/>
        </w:rPr>
        <w:t>"Không out," Bá tước thứ mười xứ Fenwick đáp, cứu ông khỏi bẽ mặt.</w:t>
      </w:r>
    </w:p>
    <w:p>
      <w:pPr>
        <w:spacing w:after="80"/>
      </w:pPr>
      <w:r>
        <w:rPr>
          <w:b w:val="0"/>
          <w:i w:val="0"/>
        </w:rPr>
        <w:t>Người ném bóng không giấu nổi sự hoài nghi và bắt đầu chà xát quả bóng điên cuồng lên quần mình trước khi chuẩn bị ném quả tiếp theo. Anh ta lao lên và phóng quả đạn về phía Giles lần thứ hai. Giles đánh về phía trước, và quả bóng chạm vào mép ngoài của gậy đánh của ông, suýt trượt cọc gôn trước khi lăn giữa slip thứ nhất và thứ hai đến đường biên. Giles đã ghi điểm với một cú bốn điểm chật vật, và người bán thịt trông còn tức giận hơn. Quả bóng tiếp theo của anh ta lệch hẳn ra ngoài cọc gôn, và bằng cách nào đó Giles sống sót qua phần còn lại của over.</w:t>
      </w:r>
    </w:p>
    <w:p>
      <w:pPr>
        <w:spacing w:after="80"/>
      </w:pPr>
      <w:r>
        <w:rPr>
          <w:b w:val="0"/>
          <w:i w:val="0"/>
        </w:rPr>
        <w:t>Người quản lý trang trại hóa ra là một tay vợt khá giỏi dù ghi điểm hơi chậm, và hai người họ đã gom được 28 điểm trước khi ông Atkins bị bắt sau cọc gôn bởi quả bóng chậm của người bán thịt. Giles sau đó được đồng hành bởi một người chăn bò, người mà dù có nhiều cú đánh xứng với nghề của mình, vẫn ghi được 30 điểm trong thời gian rất ngắn trước khi bị bắt ở đường biên. Bảy mươi chín ăn 2. Người chăn bò được tiếp nối bởi người làm vườn trưởng, người rõ ràng chỉ chơi mỗi năm một lần. Bảy mươi chín ăn 3.</w:t>
      </w:r>
    </w:p>
    <w:p>
      <w:pPr>
        <w:spacing w:after="80"/>
      </w:pPr>
      <w:r>
        <w:rPr>
          <w:b w:val="0"/>
          <w:i w:val="0"/>
        </w:rPr>
        <w:t>Ba cú hạ gôn nữa rơi xuống trong nửa giờ tiếp theo, nhưng bằng cách nào đó Giles vẫn thịnh vượng, và với tỷ số 136 ăn 6, Ngài Freddie bước ra để cùng ông đứng ở vạch đánh bóng, được chào đón bằng những tràng pháo tay nồng nhiệt.</w:t>
      </w:r>
    </w:p>
    <w:p>
      <w:pPr>
        <w:spacing w:after="80"/>
      </w:pPr>
      <w:r>
        <w:rPr>
          <w:b w:val="0"/>
          <w:i w:val="0"/>
        </w:rPr>
        <w:t>Chúng ta vẫn cần thêm một trăm điểm nữa, Giles nói, liếc nhìn bảng điểm. Nhưng chúng ta có thừa thời gian, nên cứ kiên nhẫn, và chỉ cố ghi điểm từ những quả bóng lỏng. Reedie và Walker đều đang mệt dần, nên cứ từ từ chờ thời, và nhớ đừng để mất wicket của mình.</w:t>
      </w:r>
    </w:p>
    <w:p>
      <w:pPr>
        <w:spacing w:after="80"/>
      </w:pPr>
      <w:r>
        <w:rPr>
          <w:b w:val="0"/>
          <w:i w:val="0"/>
        </w:rPr>
        <w:t>Sau khi Freddie vào vị trí đánh, cậu làm đúng từng chữ lời dặn của đội trưởng. Giles nhanh chóng nhận ra cậu bé đã được huấn luyện bài bản ở trường dự bị và, may mắn thay, có một năng khiếu bẩm sinh, trong giới nghề gọi là "con mắt". Cả hai cùng nhau vượt qua mốc 200 điểm trong tiếng vỗ tay cuồng nhiệt từ một nhóm khán giả, những người bắt đầu tin rằng Castle có thể thắng trận derby địa phương lần đầu tiên sau nhiều năm.</w:t>
      </w:r>
    </w:p>
    <w:p>
      <w:pPr>
        <w:spacing w:after="80"/>
      </w:pPr>
      <w:r>
        <w:rPr>
          <w:b w:val="0"/>
          <w:i w:val="0"/>
        </w:rPr>
        <w:t>Giles cũng cảm thấy tự tin không kém khi anh đưa bóng xuyên qua khu vực covers đến tận biên xa, đưa anh vào những điểm số bảy mươi. Vài over sau, người bán thịt quay lại ném bóng, không còn vẻ tự mãn như trước. Anh ta lao lên đường ném và tung bóng với tất cả sự hung hãn mình có. Giles bước tới đánh, đánh giá sai tốc độ và nghe thấy âm thanh không khoan nhượng của cọc gỗ đổ xuống phía sau. Lần này trọng tài sẽ không thể cứu anh. Giles quay về pavilion trong tiếng vỗ tay cuồng nhiệt, với 74 điểm ghi được. Nhưng như anh giải thích với Karin khi ngồi xuống bãi cỏ bên cạnh cô và tháo miếng bảo vệ chân, họ vẫn cần 28 điểm nữa để thắng, chỉ còn ba wicket trong tay.</w:t>
      </w:r>
    </w:p>
    <w:p>
      <w:pPr>
        <w:spacing w:after="80"/>
      </w:pPr>
      <w:r>
        <w:rPr>
          <w:b w:val="0"/>
          <w:i w:val="0"/>
        </w:rPr>
        <w:t>Freddie được tham gia ở giữa sân bởi tài xế của ngài bá tước, một người hiếm khi ra khỏi số một. Cậu biết rõ thành tích của tài xế và làm mọi cách trong khả năng để giữ quyền đánh và để đồng đội ở đầu không đánh. Freddie cố gắng giữ bảng điểm nhích lên cho đến khi tài xế lùi một bước trước quả bóng bouncer và giẫm lên cọc của mình. Anh ta quay về pavilion mà không cần trọng tài phải đưa ra phán quyết.</w:t>
      </w:r>
    </w:p>
    <w:p>
      <w:pPr>
        <w:spacing w:after="80"/>
      </w:pPr>
      <w:r>
        <w:rPr>
          <w:b w:val="0"/>
          <w:i w:val="0"/>
        </w:rPr>
        <w:t>Vẫn còn cần mười bốn điểm để thắng khi người làm vườn thứ hai (bán thời gian) bước ra tham gia cùng Freddie ở giữa sân. Anh ta sống sót qua quả bóng đầu tiên của người bán thịt, nhưng chỉ vì anh ta không thể chạm gậy vào bóng. Không may mắn như vậy với quả bóng cuối cùng của over, anh ta hất bóng lên thẳng vào tay đội trưởng làng ở vị trí mid-off. Đội phòng thủ nhảy lên vì vui sướng, biết rõ họ chỉ cần thêm một wicket nữa để thắng trận và giữ cúp.</w:t>
      </w:r>
    </w:p>
    <w:p>
      <w:pPr>
        <w:spacing w:after="80"/>
      </w:pPr>
      <w:r>
        <w:rPr>
          <w:b w:val="0"/>
          <w:i w:val="0"/>
        </w:rPr>
        <w:t>Họ không thể trông vui mừng hơn khi Hector Brice bước ra và vào vị trí đánh trước khi đối mặt với quả bóng cuối cùng của over. Tất cả đều nhớ anh ta đã trụ được bao lâu vào năm ngoái.</w:t>
      </w:r>
    </w:p>
    <w:p>
      <w:pPr>
        <w:spacing w:after="80"/>
      </w:pPr>
      <w:r>
        <w:rPr>
          <w:b w:val="0"/>
          <w:i w:val="0"/>
        </w:rPr>
        <w:t>Đừng có chạy một điểm nào, dù thế nào đi nữa, đó là chỉ dẫn duy nhất của Freddie.</w:t>
      </w:r>
    </w:p>
    <w:p>
      <w:pPr>
        <w:spacing w:after="80"/>
      </w:pPr>
      <w:r>
        <w:rPr>
          <w:b w:val="0"/>
          <w:i w:val="0"/>
        </w:rPr>
        <w:t>Nhưng đội trưởng làng, một con cáo già khôn ngoan, đã sắp xếp đội hình để khiến việc chạy một điểm trở nên hấp dẫn. Quân của ông không thể chờ đợi để người hầu nhanh chóng quay lại vạch lửa. Người bán thịt ném quả đạn về phía Hector, nhưng bằng cách nào đó người hầu thứ hai vẫn chạm được gậy vào bóng, và anh ta nhìn nó lăn từ từ về phía backward short leg. Hector muốn chạy một điểm, nhưng Freddie vẫn kiên quyết đứng yên tại chỗ.</w:t>
      </w:r>
    </w:p>
    <w:p>
      <w:pPr>
        <w:spacing w:after="80"/>
      </w:pPr>
      <w:r>
        <w:rPr>
          <w:b w:val="0"/>
          <w:i w:val="0"/>
        </w:rPr>
        <w:t>Freddie khá hài lòng khi đối mặt với vận động viên ném xoáy của làng trong over áp chót của trận đấu, và đánh anh ta 4 điểm từ quả đầu tiên, 2 điểm từ quả thứ ba, và 1 điểm từ quả thứ năm. Hector chỉ cần sống sót thêm một quả bóng nữa, để Freddie đối mặt với người bán thịt trong over cuối cùng. Quả bóng cuối cùng của over chậm và thẳng và đánh bại Hector hoàn toàn, nhưng chỉ bay qua đỉnh cọc trước khi rơi vào găng của thủ môn. Một tiếng thở phào nhẹ nhõm phát ra từ những người ngồi trên ghế xếp, trong khi tiếng rên rỉ bùng nổ từ những người hâm mộ làng.</w:t>
      </w:r>
    </w:p>
    <w:p>
      <w:pPr>
        <w:spacing w:after="80"/>
      </w:pPr>
      <w:r>
        <w:rPr>
          <w:b w:val="0"/>
          <w:i w:val="0"/>
        </w:rPr>
        <w:t>Over cuối cùng, vị mục sư tuyên bố.</w:t>
      </w:r>
    </w:p>
    <w:p>
      <w:pPr>
        <w:spacing w:after="80"/>
      </w:pPr>
      <w:r>
        <w:rPr>
          <w:b w:val="0"/>
          <w:i w:val="0"/>
        </w:rPr>
        <w:t>Giles kiểm tra bảng điểm. Chỉ cần thêm bảy điểm nữa, và chiến thắng là của chúng ta, anh nói, nhưng Karin không trả lời vì cô đang ôm mặt, không thể xem tiếp những gì đang diễn ra ở giữa sân.</w:t>
      </w:r>
    </w:p>
    <w:p>
      <w:pPr>
        <w:spacing w:after="80"/>
      </w:pPr>
      <w:r>
        <w:rPr>
          <w:b w:val="0"/>
          <w:i w:val="0"/>
        </w:rPr>
        <w:t>Người bán thịt lau quả bóng rách trên chiếc quần đỏ vấy bẩn khi anh ta chuẩn bị cho nỗ lực cuối cùng. Anh ta lao lên và ném quả đạn về phía Freddie, người lùi lại đánh và chạm nhẹ bóng đến first slip, người này đánh rơi.</w:t>
      </w:r>
    </w:p>
    <w:p>
      <w:pPr>
        <w:spacing w:after="80"/>
      </w:pPr>
      <w:r>
        <w:rPr>
          <w:b w:val="0"/>
          <w:i w:val="0"/>
        </w:rPr>
        <w:t>Ngón tay bơ, là những từ duy nhất người bán thịt lẩm bẩm mà có thể lặp lại trước mặt vị mục sư.</w:t>
      </w:r>
    </w:p>
    <w:p>
      <w:pPr>
        <w:spacing w:after="80"/>
      </w:pPr>
      <w:r>
        <w:rPr>
          <w:b w:val="0"/>
          <w:i w:val="0"/>
        </w:rPr>
        <w:t>Freddie giờ chỉ còn năm quả bóng để ghi bảy điểm cần thiết cho chiến thắng.</w:t>
      </w:r>
    </w:p>
    <w:p>
      <w:pPr>
        <w:spacing w:after="80"/>
      </w:pPr>
      <w:r>
        <w:rPr>
          <w:b w:val="0"/>
          <w:i w:val="0"/>
        </w:rPr>
        <w:t>Thư giãn đi, Giles nói khẽ. Thế nào cũng sẽ có một quả bóng lỏng mà cậu có thể đánh đi. Cứ bình tĩnh và tập trung.</w:t>
      </w:r>
    </w:p>
    <w:p>
      <w:pPr>
        <w:spacing w:after="80"/>
      </w:pPr>
      <w:r>
        <w:rPr>
          <w:b w:val="0"/>
          <w:i w:val="0"/>
        </w:rPr>
        <w:t>Quả bóng thứ hai chạm mép ngoài dày và bay xuống third man được hai điểm. Vẫn cần năm điểm, nhưng chỉ còn bốn quả bóng. Quả thứ ba có thể đã được gọi là wide, khiến nhiệm vụ dễ dàng hơn, nhưng vị mục sư vẫn giữ tay trong túi.</w:t>
      </w:r>
    </w:p>
    <w:p>
      <w:pPr>
        <w:spacing w:after="80"/>
      </w:pPr>
      <w:r>
        <w:rPr>
          <w:b w:val="0"/>
          <w:i w:val="0"/>
        </w:rPr>
        <w:t>Freddie tự tin đánh quả bóng thứ tư về phía mid-on sâu, thoáng nghĩ đến việc chạy một điểm, nhưng quyết định không thể mạo hiểm để người hầu phải gánh trách nhiệm ghi những điểm thắng. Cậu gõ nhẹ gậy lên vạch crease đầy hồi hộp trong khi chờ quả bóng thứ năm, không rời mắt khỏi người bán thịt đang tiến tới đầy vẻ đe dọa về phía "con mồi" của mình. Cú ném nhanh nhưng hơi ngắn một chút, cho phép Freddie ngả người ra sau và móc bóng vút cao lên không trung qua square leg, nơi nó rơi xuống chỉ cách dây biên vài inch trước khi vượt qua ranh giới để ghi bốn điểm. Các cổ động viên của Castle reo hò còn to hơn nữa, nhưng rồi lặng đi trong sự chờ đợi hồi hộp khi họ đợi cú ném cuối cùng.</w:t>
      </w:r>
    </w:p>
    <w:p>
      <w:pPr>
        <w:spacing w:after="80"/>
      </w:pPr>
      <w:r>
        <w:rPr>
          <w:b w:val="0"/>
          <w:i w:val="0"/>
        </w:rPr>
        <w:t>Cả bốn kết quả đều có thể xảy ra: thắng, thua, hòa ngang điểm, hòa không phân thắng bại.</w:t>
      </w:r>
    </w:p>
    <w:p>
      <w:pPr>
        <w:spacing w:after="80"/>
      </w:pPr>
      <w:r>
        <w:rPr>
          <w:b w:val="0"/>
          <w:i w:val="0"/>
        </w:rPr>
        <w:t>Freddie không cần nhìn lên bảng điểm cũng biết họ cần một điểm để hòa ngang và hai điểm để thắng từ quả bóng cuối cùng. Cậu nhìn quanh sân trước khi ổn định tư thế. Người bán thịt lườm cậu trước khi lấy đà lần cuối, tung quả bóng ra với tất cả năng lượng mà anh ta có. Lại là một cú ném ngắn, và Freddie tự tin bước tới đánh, định đánh bóng mạnh xuyên qua khu covers, nhưng bóng nhanh hơn cậu tưởng tượng và lướt qua gậy, đập vào miếng đệm phía sau chân cậu.</w:t>
      </w:r>
    </w:p>
    <w:p>
      <w:pPr>
        <w:spacing w:after="80"/>
      </w:pPr>
      <w:r>
        <w:rPr>
          <w:b w:val="0"/>
          <w:i w:val="0"/>
        </w:rPr>
        <w:t>Cả đội Village và một nửa khán giả nhảy dựng lên và hét lên: "Howzat!" Freddie ngước nhìn vị cha xứ đầy hy vọng, người chỉ ngập ngừng một lát trước khi giơ ngón tay lên không trung.</w:t>
      </w:r>
    </w:p>
    <w:p>
      <w:pPr>
        <w:spacing w:after="80"/>
      </w:pPr>
      <w:r>
        <w:rPr>
          <w:b w:val="0"/>
          <w:i w:val="0"/>
        </w:rPr>
        <w:t>Freddie, cúi đầu, bắt đầu chặng đường dài trở về nhà pavilion, được đám đông trân trọng vỗ tay suốt cả chặng đường. Tám mươi bảy điểm ghi tên mình, nhưng Castle đã thua trận đấu.</w:t>
      </w:r>
    </w:p>
    <w:p>
      <w:pPr>
        <w:spacing w:after="80"/>
      </w:pPr>
      <w:r>
        <w:rPr>
          <w:b w:val="0"/>
          <w:i w:val="0"/>
        </w:rPr>
        <w:t>Cricket đúng là một môn thể thao tàn nhẫn biết bao, Karin nói.</w:t>
      </w:r>
    </w:p>
    <w:p>
      <w:pPr>
        <w:spacing w:after="80"/>
      </w:pPr>
      <w:r>
        <w:rPr>
          <w:b w:val="0"/>
          <w:i w:val="0"/>
        </w:rPr>
        <w:t>Nhưng nó rèn luyện tính cách, Giles nói, và tôi có cảm giác đây là trận đấu mà cậu Freddie trẻ tuổi sẽ không bao giờ quên.</w:t>
      </w:r>
    </w:p>
    <w:p>
      <w:pPr>
        <w:spacing w:after="80"/>
      </w:pPr>
      <w:r>
        <w:rPr>
          <w:b w:val="0"/>
          <w:i w:val="0"/>
        </w:rPr>
        <w:t>Freddie biến mất vào trong pavilion và ngồi sụp xuống một chiếc ghế dài ở góc xa của phòng thay đồ, đầu vẫn cúi gằm, không mảy may lay động trước những tiếng "Chơi hay lắm, cậu bé", "Thật xui xẻo, cậu ạ", và "Một nỗ lực tuyệt vời, chàng trai của tôi", bởi vì tất cả những gì cậu nghe thấy chỉ là tiếng reo hò vọng sang từ căn phòng bên cạnh, cùng với những cốc bia được rót ra từ thùng bia do ông chủ quán rượu cung cấp.</w:t>
      </w:r>
    </w:p>
    <w:p>
      <w:pPr>
        <w:spacing w:after="80"/>
      </w:pPr>
      <w:r>
        <w:rPr>
          <w:b w:val="0"/>
          <w:i w:val="0"/>
        </w:rPr>
        <w:t>Giles vào phòng thay đồ của đội nhà cùng Freddie và ngồi xuống chiếc ghế dài bên cạnh chàng trai đang tuyệt vọng.</w:t>
      </w:r>
    </w:p>
    <w:p>
      <w:pPr>
        <w:spacing w:after="80"/>
      </w:pPr>
      <w:r>
        <w:rPr>
          <w:b w:val="0"/>
          <w:i w:val="0"/>
        </w:rPr>
        <w:t>Còn một bổn phận nữa phải làm, Giles nói, khi Freddie cuối cùng cũng ngước lên. Chúng ta phải sang phòng bên cạnh và chúc mừng đội trưởng đội Village về chiến thắng của anh ấy.</w:t>
      </w:r>
    </w:p>
    <w:p>
      <w:pPr>
        <w:spacing w:after="80"/>
      </w:pPr>
      <w:r>
        <w:rPr>
          <w:b w:val="0"/>
          <w:i w:val="0"/>
        </w:rPr>
        <w:t>Freddie ngập ngừng một lát, trước khi đứng dậy và đi theo Giles. Khi họ bước vào phòng thay đồ của đối phương, đội Village im bặt. Freddie tiến đến chỗ viên cảnh sát và bắt tay anh ta thật nồng nhiệt.</w:t>
      </w:r>
    </w:p>
    <w:p>
      <w:pPr>
        <w:spacing w:after="80"/>
      </w:pPr>
      <w:r>
        <w:rPr>
          <w:b w:val="0"/>
          <w:i w:val="0"/>
        </w:rPr>
        <w:t>Một chiến thắng tuyệt vời, ông Munro ạ. Năm sau chúng tôi sẽ phải cố gắng hơn nữa.</w:t>
      </w:r>
    </w:p>
    <w:p>
      <w:pPr>
        <w:jc w:val="center"/>
      </w:pPr>
      <w:r>
        <w:drawing>
          <wp:inline xmlns:a="http://schemas.openxmlformats.org/drawingml/2006/main" xmlns:pic="http://schemas.openxmlformats.org/drawingml/2006/picture">
            <wp:extent cx="304800" cy="85725"/>
            <wp:docPr id="120" name="Picture 12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Tối hôm đó, khi Giles và Hamish Munro đang thưởng thức một cốc bia địa phương trong quán Fenwick Arms, đội trưởng đội Village nhận xét: "Cậu bé của ông đã có một lượt đánh đập bóng đáng kinh ngạc. Những đội giỏi hơn chúng tôi nhiều sẽ phải chịu thua dưới tay cậu ấy, và tôi ngờ rằng điều đó sẽ đến trong tương lai không xa lắm."</w:t>
      </w:r>
    </w:p>
    <w:p>
      <w:pPr>
        <w:spacing w:after="80"/>
      </w:pPr>
      <w:r>
        <w:rPr>
          <w:b w:val="0"/>
          <w:i w:val="0"/>
        </w:rPr>
        <w:t>Cậu ấy không phải con tôi, Giles nói. Tôi chỉ ước gì được như vậy.</w:t>
      </w:r>
    </w:p>
    <w:p>
      <w:pPr>
        <w:pStyle w:val="Heading1"/>
        <w:jc w:val="center"/>
      </w:pPr>
      <w:r>
        <w:rPr>
          <w:rFonts w:ascii="Calibri" w:hAnsi="Calibri"/>
          <w:b/>
          <w:i w:val="0"/>
          <w:sz w:val="40"/>
        </w:rPr>
        <w:t>41</w:t>
      </w:r>
    </w:p>
    <w:p>
      <w:pPr>
        <w:spacing w:after="80"/>
      </w:pPr>
      <w:r>
        <w:rPr>
          <w:b w:val="0"/>
          <w:i w:val="0"/>
        </w:rPr>
        <w:t>CẬU CÓ BIẾT rằng Jessica có bạn trai mới không? Samantha nói.</w:t>
      </w:r>
    </w:p>
    <w:p>
      <w:pPr>
        <w:spacing w:after="80"/>
      </w:pPr>
      <w:r>
        <w:rPr>
          <w:b w:val="0"/>
          <w:i w:val="0"/>
        </w:rPr>
        <w:t>Sebastian luôn đặt cùng một bàn góc ở Le Caprice, nơi cuộc trò chuyện của anh sẽ không bị nghe lỏm và anh có tầm nhìn tốt ra các vị khách khác. Anh luôn thấy thú vị vì những tấm gương dài bằng kính gắn trên bốn cây cột ở giữa phòng cho phép anh quan sát những thực khách khác, trong khi họ lại không thể nhìn thấy anh.</w:t>
      </w:r>
    </w:p>
    <w:p>
      <w:pPr>
        <w:spacing w:after="80"/>
      </w:pPr>
      <w:r>
        <w:rPr>
          <w:b w:val="0"/>
          <w:i w:val="0"/>
        </w:rPr>
        <w:t>Anh chẳng mấy hứng thú với những ngôi sao điện ảnh mà anh hầu như không nhận ra, hay những chính trị gia đang mong được người ta nhận ra, hay thậm chí cả Công nương Diana, người mà ai cũng nhận ra. Mối quan tâm duy nhất của anh là để mắt tới các chủ ngân hàng và doanh nhân khác xem họ đang dùng bữa tối với ai. Những thương vụ mà anh thấy có ích khi biết được thường được chốt trong bữa tối.</w:t>
      </w:r>
    </w:p>
    <w:p>
      <w:pPr>
        <w:spacing w:after="80"/>
      </w:pPr>
      <w:r>
        <w:rPr>
          <w:b w:val="0"/>
          <w:i w:val="0"/>
        </w:rPr>
        <w:t>Anh đang nhìn chằm chằm vào ai thế? Samantha hỏi, sau khi anh không đáp lời.</w:t>
      </w:r>
    </w:p>
    <w:p>
      <w:pPr>
        <w:spacing w:after="80"/>
      </w:pPr>
      <w:r>
        <w:rPr>
          <w:b w:val="0"/>
          <w:i w:val="0"/>
        </w:rPr>
        <w:t>Victor, anh thì thầm.</w:t>
      </w:r>
    </w:p>
    <w:p>
      <w:pPr>
        <w:spacing w:after="80"/>
      </w:pPr>
      <w:r>
        <w:rPr>
          <w:b w:val="0"/>
          <w:i w:val="0"/>
        </w:rPr>
        <w:t>Sam nhìn quanh, nhưng không thể phát hiện ra người bạn lâu năm nhất của Seb. Anh đúng là kẻ tò mò rình mò, cô nói sau khi uống xong ly cà phê.</w:t>
      </w:r>
    </w:p>
    <w:p>
      <w:pPr>
        <w:spacing w:after="80"/>
      </w:pPr>
      <w:r>
        <w:rPr>
          <w:b w:val="0"/>
          <w:i w:val="0"/>
        </w:rPr>
        <w:t>Hơn nữa, họ không thể nhìn thấy chúng ta, Seb nói.</w:t>
      </w:r>
    </w:p>
    <w:p>
      <w:pPr>
        <w:spacing w:after="80"/>
      </w:pPr>
      <w:r>
        <w:rPr>
          <w:b w:val="0"/>
          <w:i w:val="0"/>
        </w:rPr>
        <w:t>Họ? Anh ấy đang ăn tối với Ruth à?</w:t>
      </w:r>
    </w:p>
    <w:p>
      <w:pPr>
        <w:spacing w:after="80"/>
      </w:pPr>
      <w:r>
        <w:rPr>
          <w:b w:val="0"/>
          <w:i w:val="0"/>
        </w:rPr>
        <w:t>Không đâu, trừ khi cô ấy bớt được vài phân quanh eo và dồn lên ngực.</w:t>
      </w:r>
    </w:p>
    <w:p>
      <w:pPr>
        <w:spacing w:after="80"/>
      </w:pPr>
      <w:r>
        <w:rPr>
          <w:b w:val="0"/>
          <w:i w:val="0"/>
        </w:rPr>
        <w:t>Cư xử cho đàng hoàng đi, Seb. Cô ấy có lẽ là khách hàng đấy.</w:t>
      </w:r>
    </w:p>
    <w:p>
      <w:pPr>
        <w:spacing w:after="80"/>
      </w:pPr>
      <w:r>
        <w:rPr>
          <w:b w:val="0"/>
          <w:i w:val="0"/>
        </w:rPr>
        <w:t>Không, tôi nghĩ cô sẽ thấy rằng anh ấy mới là khách hàng.</w:t>
      </w:r>
    </w:p>
    <w:p>
      <w:pPr>
        <w:spacing w:after="80"/>
      </w:pPr>
      <w:r>
        <w:rPr>
          <w:b w:val="0"/>
          <w:i w:val="0"/>
        </w:rPr>
        <w:t>Anh thừa hưởng trí tưởng tượng sống động của bố anh đấy. Chuyện này có lẽ khá vô tư thôi.</w:t>
      </w:r>
    </w:p>
    <w:p>
      <w:pPr>
        <w:spacing w:after="80"/>
      </w:pPr>
      <w:r>
        <w:rPr>
          <w:b w:val="0"/>
          <w:i w:val="0"/>
        </w:rPr>
        <w:t>Anh là người duy nhất trong phòng tin vào điều đó.</w:t>
      </w:r>
    </w:p>
    <w:p>
      <w:pPr>
        <w:spacing w:after="80"/>
      </w:pPr>
      <w:r>
        <w:rPr>
          <w:b w:val="0"/>
          <w:i w:val="0"/>
        </w:rPr>
        <w:t>Giờ thì anh đã làm tôi tò mò rồi đấy, Sam nói. Cô lại quay người lại, nhưng vẫn không thể thấy Victor. Tôi nhắc lại, anh đúng là kẻ tò mò rình mò.</w:t>
      </w:r>
    </w:p>
    <w:p>
      <w:pPr>
        <w:spacing w:after="80"/>
      </w:pPr>
      <w:r>
        <w:rPr>
          <w:b w:val="0"/>
          <w:i w:val="0"/>
        </w:rPr>
        <w:t>Và nếu tôi đúng, Seb nói, phớt lờ lời khiển trách của vợ, thì chúng ta có một vấn đề.</w:t>
      </w:r>
    </w:p>
    <w:p>
      <w:pPr>
        <w:spacing w:after="80"/>
      </w:pPr>
      <w:r>
        <w:rPr>
          <w:b w:val="0"/>
          <w:i w:val="0"/>
        </w:rPr>
        <w:t>Chắc chắn Victor mới là người có vấn đề, không phải anh.</w:t>
      </w:r>
    </w:p>
    <w:p>
      <w:pPr>
        <w:spacing w:after="80"/>
      </w:pPr>
      <w:r>
        <w:rPr>
          <w:b w:val="0"/>
          <w:i w:val="0"/>
        </w:rPr>
        <w:t>Có thể. Nhưng tôi vẫn muốn rời khỏi đây mà không bị nhìn thấy, anh nói, rút ví ra.</w:t>
      </w:r>
    </w:p>
    <w:p>
      <w:pPr>
        <w:spacing w:after="80"/>
      </w:pPr>
      <w:r>
        <w:rPr>
          <w:b w:val="0"/>
          <w:i w:val="0"/>
        </w:rPr>
        <w:t>Bạn định làm điều đó thế nào?</w:t>
      </w:r>
    </w:p>
    <w:p>
      <w:pPr>
        <w:spacing w:after="80"/>
      </w:pPr>
      <w:r>
        <w:rPr>
          <w:b w:val="0"/>
          <w:i w:val="0"/>
        </w:rPr>
        <w:t>Canh thời điểm.</w:t>
      </w:r>
    </w:p>
    <w:p>
      <w:pPr>
        <w:spacing w:after="80"/>
      </w:pPr>
      <w:r>
        <w:rPr>
          <w:b w:val="0"/>
          <w:i w:val="0"/>
        </w:rPr>
        <w:t>Anh định tạo ra kiểu đánh lạc hướng gì à? cô trêu.</w:t>
      </w:r>
    </w:p>
    <w:p>
      <w:pPr>
        <w:spacing w:after="80"/>
      </w:pPr>
      <w:r>
        <w:rPr>
          <w:b w:val="0"/>
          <w:i w:val="0"/>
        </w:rPr>
        <w:t>Không kịch tính đến thế đâu. Bọn mình sẽ ngồi yên cho đến khi một trong hai người họ đi vệ sinh. Nếu là Victor, mình có thể lẻn ra ngoài mà không bị để ý. Nếu là người phụ nữ, mình sẽ rời đi kín đáo, không cho anh ta bất kỳ lý do nào để tin rằng mình đã phát hiện ra họ.</w:t>
      </w:r>
    </w:p>
    <w:p>
      <w:pPr>
        <w:spacing w:after="80"/>
      </w:pPr>
      <w:r>
        <w:rPr>
          <w:b w:val="0"/>
          <w:i w:val="0"/>
        </w:rPr>
        <w:t>Nhưng nếu anh ta có nhận ra bọn mình, em sẽ biết đó hoàn toàn là chuyện vô tình, Sam nói.</w:t>
      </w:r>
    </w:p>
    <w:p>
      <w:pPr>
        <w:spacing w:after="80"/>
      </w:pPr>
      <w:r>
        <w:rPr>
          <w:b w:val="0"/>
          <w:i w:val="0"/>
        </w:rPr>
        <w:t>Thế thì nhẹ cả người, ở nhiều phương diện.</w:t>
      </w:r>
    </w:p>
    <w:p>
      <w:pPr>
        <w:spacing w:after="80"/>
      </w:pPr>
      <w:r>
        <w:rPr>
          <w:b w:val="0"/>
          <w:i w:val="0"/>
        </w:rPr>
        <w:t>Anh khá giỏi chuyện này đấy, Sam nói. Có lẽ là nhờ kinh nghiệm chăng?</w:t>
      </w:r>
    </w:p>
    <w:p>
      <w:pPr>
        <w:spacing w:after="80"/>
      </w:pPr>
      <w:r>
        <w:rPr>
          <w:b w:val="0"/>
          <w:i w:val="0"/>
        </w:rPr>
        <w:t>Không hẳn. Nhưng em sẽ thấy một tình tiết tương tự trong một cuốn tiểu thuyết của bố, khi William Warwick nhận ra nhân chứng của một vụ giết người hẳn đã nói dối, và phải rời khỏi nhà hàng mà không bị để ý nếu anh ta muốn chứng minh điều đó.</w:t>
      </w:r>
    </w:p>
    <w:p>
      <w:pPr>
        <w:spacing w:after="80"/>
      </w:pPr>
      <w:r>
        <w:rPr>
          <w:b w:val="0"/>
          <w:i w:val="0"/>
        </w:rPr>
        <w:t>Nếu cả hai người họ đều không đi vệ sinh thì sao?</w:t>
      </w:r>
    </w:p>
    <w:p>
      <w:pPr>
        <w:spacing w:after="80"/>
      </w:pPr>
      <w:r>
        <w:rPr>
          <w:b w:val="0"/>
          <w:i w:val="0"/>
        </w:rPr>
        <w:t>Thì bọn mình có thể mắc kẹt ở đây rất lâu. Anh sẽ gọi tính tiền, Seb nói, giơ tay lên, phòng trường hợp mình phải chuồn gấp. Và anh xin lỗi, Sam, nhưng em có hỏi anh điều gì ngay trước khi anh bị phân tâm không nhỉ?</w:t>
      </w:r>
    </w:p>
    <w:p>
      <w:pPr>
        <w:spacing w:after="80"/>
      </w:pPr>
      <w:r>
        <w:rPr>
          <w:b w:val="0"/>
          <w:i w:val="0"/>
        </w:rPr>
        <w:t>Có, em tự hỏi không biết anh có biết Jessica có bạn trai mới không.</w:t>
      </w:r>
    </w:p>
    <w:p>
      <w:pPr>
        <w:spacing w:after="80"/>
      </w:pPr>
      <w:r>
        <w:rPr>
          <w:b w:val="0"/>
          <w:i w:val="0"/>
        </w:rPr>
        <w:t>Sao em lại nghĩ thế? Seb nói, vừa kiểm tra hóa đơn trước khi đưa thẻ tín dụng ra.</w:t>
      </w:r>
    </w:p>
    <w:p>
      <w:pPr>
        <w:spacing w:after="80"/>
      </w:pPr>
      <w:r>
        <w:rPr>
          <w:b w:val="0"/>
          <w:i w:val="0"/>
        </w:rPr>
        <w:t>Trước đây cô ấy có bao giờ để ý đến ngoại hình của mình đâu.</w:t>
      </w:r>
    </w:p>
    <w:p>
      <w:pPr>
        <w:spacing w:after="80"/>
      </w:pPr>
      <w:r>
        <w:rPr>
          <w:b w:val="0"/>
          <w:i w:val="0"/>
        </w:rPr>
        <w:t>Chẳng phải đó là chuyện bình thường với một sinh viên mỹ thuật sao? Anh lúc nào cũng thấy cô ấy như thể được Oxfam mặc đồ cho, và anh không thể nói là mình nhận thấy thay đổi gì cả.</w:t>
      </w:r>
    </w:p>
    <w:p>
      <w:pPr>
        <w:spacing w:after="80"/>
      </w:pPr>
      <w:r>
        <w:rPr>
          <w:b w:val="0"/>
          <w:i w:val="0"/>
        </w:rPr>
        <w:t>Đó là vì anh không gặp cô ấy vào buổi tối, khi cô ấy không còn là sinh viên mỹ thuật nữa mà trở thành một thiếu nữ, và trông cũng không đến nỗi tệ.</w:t>
      </w:r>
    </w:p>
    <w:p>
      <w:pPr>
        <w:spacing w:after="80"/>
      </w:pPr>
      <w:r>
        <w:rPr>
          <w:b w:val="0"/>
          <w:i w:val="0"/>
        </w:rPr>
        <w:t>Con gái của mẹ nó, Seb nói, nắm tay vợ. Cứ hy vọng anh chàng mới là một bước tiến so với tay playboy người Brazil, vì anh không thể thấy Slade lại dễ dãi đến thế lần thứ hai, anh nói khi ký vào phiếu tín dụng.</w:t>
      </w:r>
    </w:p>
    <w:p>
      <w:pPr>
        <w:spacing w:after="80"/>
      </w:pPr>
      <w:r>
        <w:rPr>
          <w:b w:val="0"/>
          <w:i w:val="0"/>
        </w:rPr>
        <w:t>Tôi không nghĩ lần này sẽ thành vấn đề đâu. Khi anh ấy đến đón cô ấy, anh ấy lái một chiếc Polo, chứ không phải Ferrari.</w:t>
      </w:r>
    </w:p>
    <w:p>
      <w:pPr>
        <w:spacing w:after="80"/>
      </w:pPr>
      <w:r>
        <w:rPr>
          <w:b w:val="0"/>
          <w:i w:val="0"/>
        </w:rPr>
        <w:t>Mà anh còn dám gọi tôi là kẻ rình mò à? Vậy bao giờ tôi mới có cơ hội gặp anh ta đây?</w:t>
      </w:r>
    </w:p>
    <w:p>
      <w:pPr>
        <w:spacing w:after="80"/>
      </w:pPr>
      <w:r>
        <w:rPr>
          <w:b w:val="0"/>
          <w:i w:val="0"/>
        </w:rPr>
        <w:t>Có thể còn lâu đấy, vì đến giờ cô ấy còn chưa thừa nhận là mình có bạn trai. Tuy nhiên, tôi đang tính</w:t>
      </w:r>
    </w:p>
    <w:p>
      <w:pPr>
        <w:spacing w:after="80"/>
      </w:pPr>
      <w:r>
        <w:rPr>
          <w:b w:val="0"/>
          <w:i w:val="0"/>
        </w:rPr>
        <w:t>Vào vị trí đi. Cô ấy đang đi về phía chúng ta kìa.</w:t>
      </w:r>
    </w:p>
    <w:p>
      <w:pPr>
        <w:spacing w:after="80"/>
      </w:pPr>
      <w:r>
        <w:rPr>
          <w:b w:val="0"/>
          <w:i w:val="0"/>
        </w:rPr>
        <w:t>Seb và Sam tiếp tục trò chuyện khi một cô gái trẻ cao ráo, thanh lịch đi ngang qua bàn của họ.</w:t>
      </w:r>
    </w:p>
    <w:p>
      <w:pPr>
        <w:spacing w:after="80"/>
      </w:pPr>
      <w:r>
        <w:rPr>
          <w:b w:val="0"/>
          <w:i w:val="0"/>
        </w:rPr>
        <w:t>Chà, tôi thích phong cách của cô ấy, Sam nói.</w:t>
      </w:r>
    </w:p>
    <w:p>
      <w:pPr>
        <w:spacing w:after="80"/>
      </w:pPr>
      <w:r>
        <w:rPr>
          <w:b w:val="0"/>
          <w:i w:val="0"/>
        </w:rPr>
        <w:t>Ý anh là sao?</w:t>
      </w:r>
    </w:p>
    <w:p>
      <w:pPr>
        <w:spacing w:after="80"/>
      </w:pPr>
      <w:r>
        <w:rPr>
          <w:b w:val="0"/>
          <w:i w:val="0"/>
        </w:rPr>
        <w:t>Đàn ông các anh ai cũng như nhau. Chỉ nhìn vào chân, dáng người và khuôn mặt phụ nữ, cứ như thể họ đang ở chợ bán thịt vậy.</w:t>
      </w:r>
    </w:p>
    <w:p>
      <w:pPr>
        <w:spacing w:after="80"/>
      </w:pPr>
      <w:r>
        <w:rPr>
          <w:b w:val="0"/>
          <w:i w:val="0"/>
        </w:rPr>
        <w:t>Thế phụ nữ nhìn vào cái gì? Seb hỏi, giọng phòng thủ.</w:t>
      </w:r>
    </w:p>
    <w:p>
      <w:pPr>
        <w:spacing w:after="80"/>
      </w:pPr>
      <w:r>
        <w:rPr>
          <w:b w:val="0"/>
          <w:i w:val="0"/>
        </w:rPr>
        <w:t>Điều đầu tiên tôi để ý là chiếc váy của cô ấy, đơn giản mà thanh lịch, và chắc chắn không phải đồ may sẵn. Chiếc túi của cô ấy sành điệu mà không phô trương nhãn hiệu thiết kế, và đôi giày hoàn thiện một bộ trang phục hoàn hảo. Nên tôi rất tiếc phải phá tan ảo tưởng của anh, Seb, nhưng như chúng tôi nói ở Mỹ, đó là một quý cô đẳng cấp.</w:t>
      </w:r>
    </w:p>
    <w:p>
      <w:pPr>
        <w:spacing w:after="80"/>
      </w:pPr>
      <w:r>
        <w:rPr>
          <w:b w:val="0"/>
          <w:i w:val="0"/>
        </w:rPr>
        <w:t>Vậy cô ấy làm gì với Victor?</w:t>
      </w:r>
    </w:p>
    <w:p>
      <w:pPr>
        <w:spacing w:after="80"/>
      </w:pPr>
      <w:r>
        <w:rPr>
          <w:b w:val="0"/>
          <w:i w:val="0"/>
        </w:rPr>
        <w:t>Tôi không biết nữa. Nhưng như hầu hết đàn ông, khi thấy một người bạn đi với một người phụ nữ xinh đẹp, anh lập tức nghĩ đến điều tồi tệ nhất.</w:t>
      </w:r>
    </w:p>
    <w:p>
      <w:pPr>
        <w:spacing w:after="80"/>
      </w:pPr>
      <w:r>
        <w:rPr>
          <w:b w:val="0"/>
          <w:i w:val="0"/>
        </w:rPr>
        <w:t>Tôi vẫn nghĩ tốt nhất là chúng ta lẻn ra ngoài mà không ai để ý.</w:t>
      </w:r>
    </w:p>
    <w:p>
      <w:pPr>
        <w:spacing w:after="80"/>
      </w:pPr>
      <w:r>
        <w:rPr>
          <w:b w:val="0"/>
          <w:i w:val="0"/>
        </w:rPr>
        <w:t>Tôi thì thà đi qua chào Victor còn hơn, nhưng nếu anh</w:t>
      </w:r>
    </w:p>
    <w:p>
      <w:pPr>
        <w:spacing w:after="80"/>
      </w:pPr>
      <w:r>
        <w:rPr>
          <w:b w:val="0"/>
          <w:i w:val="0"/>
        </w:rPr>
        <w:t>Có một chuyện tôi chưa kể với anh. Hiện giờ Victor và tôi không hẳn là nói chuyện với nhau nữa. Tôi sẽ giải thích lý do khi chúng ta về lại xe.</w:t>
      </w:r>
    </w:p>
    <w:p>
      <w:pPr>
        <w:spacing w:after="80"/>
      </w:pPr>
      <w:r>
        <w:rPr>
          <w:b w:val="0"/>
          <w:i w:val="0"/>
        </w:rPr>
        <w:t>Seb đứng dậy và đi một vòng đường vòng quanh nhà hàng, tránh bàn của Victor. Khi người quản lý mở cửa trước cho Samantha, Seb lén đưa cho ông ấy một tờ năm bảng.</w:t>
      </w:r>
    </w:p>
    <w:p>
      <w:pPr>
        <w:spacing w:after="80"/>
      </w:pPr>
      <w:r>
        <w:rPr>
          <w:b w:val="0"/>
          <w:i w:val="0"/>
        </w:rPr>
        <w:t>Vậy tôi nên biết chuyện gì đây? Sam hỏi, sau khi cô leo vào xe và ngồi xuống cạnh anh.</w:t>
      </w:r>
    </w:p>
    <w:p>
      <w:pPr>
        <w:spacing w:after="80"/>
      </w:pPr>
      <w:r>
        <w:rPr>
          <w:b w:val="0"/>
          <w:i w:val="0"/>
        </w:rPr>
        <w:t>Victor đang tức giận vì tôi không bổ nhiệm anh ấy làm giám đốc điều hành.</w:t>
      </w:r>
    </w:p>
    <w:p>
      <w:pPr>
        <w:spacing w:after="80"/>
      </w:pPr>
      <w:r>
        <w:rPr>
          <w:b w:val="0"/>
          <w:i w:val="0"/>
        </w:rPr>
        <w:t>Tôi rất tiếc khi nghe vậy, Sam nói, nhưng tôi có thể hiểu anh ấy cảm thấy thế nào. Anh đã bổ nhiệm ai làm CEO?</w:t>
      </w:r>
    </w:p>
    <w:p>
      <w:pPr>
        <w:spacing w:after="80"/>
      </w:pPr>
      <w:r>
        <w:rPr>
          <w:b w:val="0"/>
          <w:i w:val="0"/>
        </w:rPr>
        <w:t>John Ashley, Seb đáp, khi anh rẽ vào Piccadilly và hòa vào dòng xe cộ đêm khuya.</w:t>
      </w:r>
    </w:p>
    <w:p>
      <w:pPr>
        <w:spacing w:after="80"/>
      </w:pPr>
      <w:r>
        <w:rPr>
          <w:b w:val="0"/>
          <w:i w:val="0"/>
        </w:rPr>
        <w:t>Tại sao?</w:t>
      </w:r>
    </w:p>
    <w:p>
      <w:pPr>
        <w:spacing w:after="80"/>
      </w:pPr>
      <w:r>
        <w:rPr>
          <w:b w:val="0"/>
          <w:i w:val="0"/>
        </w:rPr>
        <w:t>Vì anh ấy là người phù hợp cho công việc đó.</w:t>
      </w:r>
    </w:p>
    <w:p>
      <w:pPr>
        <w:spacing w:after="80"/>
      </w:pPr>
      <w:r>
        <w:rPr>
          <w:b w:val="0"/>
          <w:i w:val="0"/>
        </w:rPr>
        <w:t>Nhưng Victor luôn là một người bạn tốt và trung thành, đặc biệt là khi anh gặp khó khăn.</w:t>
      </w:r>
    </w:p>
    <w:p>
      <w:pPr>
        <w:spacing w:after="80"/>
      </w:pPr>
      <w:r>
        <w:rPr>
          <w:b w:val="0"/>
          <w:i w:val="0"/>
        </w:rPr>
        <w:t>Tôi biết, nhưng đó không phải là lý do đủ tốt để bổ nhiệm ai đó làm CEO của một ngân hàng lớn. Tôi đã mời anh ấy làm phó chủ tịch của mình, nhưng anh ấy thấy bị xúc phạm và đã từ chức.</w:t>
      </w:r>
    </w:p>
    <w:p>
      <w:pPr>
        <w:spacing w:after="80"/>
      </w:pPr>
      <w:r>
        <w:rPr>
          <w:b w:val="0"/>
          <w:i w:val="0"/>
        </w:rPr>
        <w:t>Điều đó tôi cũng hiểu được, Sam nói. Vậy anh đang làm gì để giữ anh ấy trong hội đồng quản trị?</w:t>
      </w:r>
    </w:p>
    <w:p>
      <w:pPr>
        <w:spacing w:after="80"/>
      </w:pPr>
      <w:r>
        <w:rPr>
          <w:b w:val="0"/>
          <w:i w:val="0"/>
        </w:rPr>
        <w:t>Hakim đã bay từ Copenhagen đến để cố gắng thuyết phục anh ấy thay đổi quyết định.</w:t>
      </w:r>
    </w:p>
    <w:p>
      <w:pPr>
        <w:spacing w:after="80"/>
      </w:pPr>
      <w:r>
        <w:rPr>
          <w:b w:val="0"/>
          <w:i w:val="0"/>
        </w:rPr>
        <w:t>Anh ấy có thành công không? Sam hỏi khi Seb dừng lại ở đèn đỏ.</w:t>
      </w:r>
    </w:p>
    <w:p>
      <w:pPr>
        <w:jc w:val="center"/>
      </w:pPr>
      <w:r>
        <w:drawing>
          <wp:inline xmlns:a="http://schemas.openxmlformats.org/drawingml/2006/main" xmlns:pic="http://schemas.openxmlformats.org/drawingml/2006/picture">
            <wp:extent cx="304800" cy="85725"/>
            <wp:docPr id="121" name="Picture 12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Giles đang vội vã bước ra khỏi phòng họp để kịp một cuộc hẹn thì thấy Archie Fenwick đang đứng bên ngoài văn phòng của mình. Anh không hề chậm lại.</w:t>
      </w:r>
    </w:p>
    <w:p>
      <w:pPr>
        <w:spacing w:after="80"/>
      </w:pPr>
      <w:r>
        <w:rPr>
          <w:b w:val="0"/>
          <w:i w:val="0"/>
        </w:rPr>
        <w:t>Nếu là về khoản trợ cấp ngũ cốc mà chính phủ đề xuất, Archie, anh có thể đặt lịch hẹn không? Tôi đã trễ giờ gặp tổng whip rồi.</w:t>
      </w:r>
    </w:p>
    <w:p>
      <w:pPr>
        <w:spacing w:after="80"/>
      </w:pPr>
      <w:r>
        <w:rPr>
          <w:b w:val="0"/>
          <w:i w:val="0"/>
        </w:rPr>
        <w:t>Không, không phải chuyện đó, Archie nói. Sáng nay tôi từ Scotland xuống đây với hy vọng anh có thời gian bàn một chuyện cá nhân. Ám chỉ Freddie.</w:t>
      </w:r>
    </w:p>
    <w:p>
      <w:pPr>
        <w:spacing w:after="80"/>
      </w:pPr>
      <w:r>
        <w:rPr>
          <w:b w:val="0"/>
          <w:i w:val="0"/>
        </w:rPr>
        <w:t>Tất nhiên rồi, Giles nói, rồi tiếp tục bước vào văn phòng và nói với thư ký: Hãy đảm bảo tôi không bị làm phiền khi tôi đang tiếp Lord Fenwick. Anh đóng cửa lại sau lưng. Tôi có thể lấy cho anh một ly whisky không, Archie? Tôi thậm chí còn có nhãn hiệu riêng của anh, anh nói, giơ lên một chai Glen Fenwick. Freddie đã tặng tôi một thùng vào dịp Giáng sinh.</w:t>
      </w:r>
    </w:p>
    <w:p>
      <w:pPr>
        <w:spacing w:after="80"/>
      </w:pPr>
      <w:r>
        <w:rPr>
          <w:b w:val="0"/>
          <w:i w:val="0"/>
        </w:rPr>
        <w:t>Không, cảm ơn. Dù anh sẽ không ngạc nhiên khi biết rằng chính Freddie là người tôi đến để nói chuyện với anh, Archie nói, ngồi xuống phía bên kia bàn làm việc. Nhưng nhớ rằng anh bận rộn thế nào, tôi sẽ cố gắng không chiếm quá nhiều thời gian của anh.</w:t>
      </w:r>
    </w:p>
    <w:p>
      <w:pPr>
        <w:spacing w:after="80"/>
      </w:pPr>
      <w:r>
        <w:rPr>
          <w:b w:val="0"/>
          <w:i w:val="0"/>
        </w:rPr>
        <w:t>Nếu ông muốn bàn về những vấn đề mà ngành nông nghiệp Scotland đang phải đối mặt, tôi có thể dành cho ông năm phút. Còn nếu liên quan đến Freddie, ông cứ thong thả.</w:t>
      </w:r>
    </w:p>
    <w:p>
      <w:pPr>
        <w:spacing w:after="80"/>
      </w:pPr>
      <w:r>
        <w:rPr>
          <w:b w:val="0"/>
          <w:i w:val="0"/>
        </w:rPr>
        <w:t>Cảm ơn ông. Nhưng tôi sẽ đi thẳng vào vấn đề. Tối qua thầy hiệu trưởng của Freddie gọi cho tôi để báo rằng thằng bé đã trượt kỳ thi đầu vào (common entrance exam) của trường Fettes.</w:t>
      </w:r>
    </w:p>
    <w:p>
      <w:pPr>
        <w:spacing w:after="80"/>
      </w:pPr>
      <w:r>
        <w:rPr>
          <w:b w:val="0"/>
          <w:i w:val="0"/>
        </w:rPr>
        <w:t>Nhưng khi tôi đọc báo cáo cuối kỳ gần nhất của cháu, tôi còn tự hỏi liệu nó có thể giành được học bổng ấy chứ.</w:t>
      </w:r>
    </w:p>
    <w:p>
      <w:pPr>
        <w:spacing w:after="80"/>
      </w:pPr>
      <w:r>
        <w:rPr>
          <w:b w:val="0"/>
          <w:i w:val="0"/>
        </w:rPr>
        <w:t>Thầy hiệu trưởng cũng nghĩ vậy, Archie nói, đó là lý do thầy ấy cho gọi xem lại bài thi của cháu. Nhanh chóng thấy rõ rằng cháu đã không hề cố gắng để đỗ.</w:t>
      </w:r>
    </w:p>
    <w:p>
      <w:pPr>
        <w:spacing w:after="80"/>
      </w:pPr>
      <w:r>
        <w:rPr>
          <w:b w:val="0"/>
          <w:i w:val="0"/>
        </w:rPr>
        <w:t>Nhưng tại sao? Fettes là một trong những trường tốt nhất Scotland mà.</w:t>
      </w:r>
    </w:p>
    <w:p>
      <w:pPr>
        <w:spacing w:after="80"/>
      </w:pPr>
      <w:r>
        <w:rPr>
          <w:b w:val="0"/>
          <w:i w:val="0"/>
        </w:rPr>
        <w:t>"Ở Scotland" có thể chính là câu trả lời cho câu hỏi của ông đấy, Archie nói, vì một tuần sau đó cháu thi một kỳ thi tương tự cho trường Westminster, và lọt vào top sáu người đứng đầu.</w:t>
      </w:r>
    </w:p>
    <w:p>
      <w:pPr>
        <w:spacing w:after="80"/>
      </w:pPr>
      <w:r>
        <w:rPr>
          <w:b w:val="0"/>
          <w:i w:val="0"/>
        </w:rPr>
        <w:t>Tôi không nghĩ chúng ta cần nhờ đến sự trợ giúp của Freud để hiểu ra điều đó, Giles nói. Vậy tất cả những gì tôi cần biết là cháu muốn làm học sinh ngoại trú (day boy) hay nội trú (boarder).</w:t>
      </w:r>
    </w:p>
    <w:p>
      <w:pPr>
        <w:spacing w:after="80"/>
      </w:pPr>
      <w:r>
        <w:rPr>
          <w:b w:val="0"/>
          <w:i w:val="0"/>
        </w:rPr>
        <w:t>Cháu đã đánh dấu chéo vào ô "học sinh ngoại trú".</w:t>
      </w:r>
    </w:p>
    <w:p>
      <w:pPr>
        <w:spacing w:after="80"/>
      </w:pPr>
      <w:r>
        <w:rPr>
          <w:b w:val="0"/>
          <w:i w:val="0"/>
        </w:rPr>
        <w:t>Đi đi về về Fenwick Hall mỗi ngày là một quãng đường dài đối với cháu, và vì Westminster chỉ cách cửa nhà chúng ta một quãng ném đá, tôi nghĩ có lẽ cháu đang muốn nói với chúng ta điều gì đó. Archie gật đầu. Dù sao thì cháu cũng đã chọn xong phòng ngủ của mình rồi, Giles nói thêm khi chiếc điện thoại trên bàn ông bắt đầu đổ chuông.</w:t>
      </w:r>
    </w:p>
    <w:p>
      <w:pPr>
        <w:spacing w:after="80"/>
      </w:pPr>
      <w:r>
        <w:rPr>
          <w:b w:val="0"/>
          <w:i w:val="0"/>
        </w:rPr>
        <w:t>Ông chộp lấy và nghe một lát rồi nói: Xin lỗi, sếp, có chút việc gấp, nhưng tôi sẽ đến với sếp ngay. Ông đặt điện thoại xuống và nói: Sao ông không cùng Karin và tôi ăn tối ở Smith Square tối nay, rồi chúng ta bàn kỹ chi tiết.</w:t>
      </w:r>
    </w:p>
    <w:p>
      <w:pPr>
        <w:spacing w:after="80"/>
      </w:pPr>
      <w:r>
        <w:rPr>
          <w:b w:val="0"/>
          <w:i w:val="0"/>
        </w:rPr>
        <w:t>Tôi không biết phải cảm ơn ông thế nào, Archie nói.</w:t>
      </w:r>
    </w:p>
    <w:p>
      <w:pPr>
        <w:spacing w:after="80"/>
      </w:pPr>
      <w:r>
        <w:rPr>
          <w:b w:val="0"/>
          <w:i w:val="0"/>
        </w:rPr>
        <w:t>Chính tôi mới là người phải cảm ơn ông. Giles đứng dậy và đi về phía cửa. Đây là tin tốt duy nhất tôi có được cả ngày hôm nay. Hẹn gặp ông khoảng tám giờ.</w:t>
      </w:r>
    </w:p>
    <w:p>
      <w:pPr>
        <w:spacing w:after="80"/>
      </w:pPr>
      <w:r>
        <w:rPr>
          <w:b w:val="0"/>
          <w:i w:val="0"/>
        </w:rPr>
        <w:t>Có chút hy vọng nào để bàn về khoản trợ cấp ngũ cốc mà chính phủ đề xuất vào lúc nào đó không? Archie hỏi, nhưng Giles không trả lời khi ông nhanh chóng rời khỏi phòng làm việc.</w:t>
      </w:r>
    </w:p>
    <w:p>
      <w:pPr>
        <w:jc w:val="center"/>
      </w:pPr>
      <w:r>
        <w:drawing>
          <wp:inline xmlns:a="http://schemas.openxmlformats.org/drawingml/2006/main" xmlns:pic="http://schemas.openxmlformats.org/drawingml/2006/picture">
            <wp:extent cx="304800" cy="85725"/>
            <wp:docPr id="122" name="Picture 12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Giá giao ngay (spot price) của Cunard sáng nay là bao nhiêu? Seb hỏi.</w:t>
      </w:r>
    </w:p>
    <w:p>
      <w:pPr>
        <w:spacing w:after="80"/>
      </w:pPr>
      <w:r>
        <w:rPr>
          <w:b w:val="0"/>
          <w:i w:val="0"/>
        </w:rPr>
        <w:t>Bốn bảng mười hai xu. Tăng hai xu so với hôm qua, John Ashley đáp.</w:t>
      </w:r>
    </w:p>
    <w:p>
      <w:pPr>
        <w:spacing w:after="80"/>
      </w:pPr>
      <w:r>
        <w:rPr>
          <w:b w:val="0"/>
          <w:i w:val="0"/>
        </w:rPr>
        <w:t>Thế là tin tốt toàn tập rồi.</w:t>
      </w:r>
    </w:p>
    <w:p>
      <w:pPr>
        <w:spacing w:after="80"/>
      </w:pPr>
      <w:r>
        <w:rPr>
          <w:b w:val="0"/>
          <w:i w:val="0"/>
        </w:rPr>
        <w:t>Bạn có nghĩ mẹ bạn từng hối hận vì đã bán Barringtons không?</w:t>
      </w:r>
    </w:p>
    <w:p>
      <w:pPr>
        <w:spacing w:after="80"/>
      </w:pPr>
      <w:r>
        <w:rPr>
          <w:b w:val="0"/>
          <w:i w:val="0"/>
        </w:rPr>
        <w:t>Ngày nào cũng vậy. Nhưng may mắn là bà ấy bận rộn quá mức ở Bộ Y tế đến nỗi chẳng có thời gian mà nghĩ về chuyện đó.</w:t>
      </w:r>
    </w:p>
    <w:p>
      <w:pPr>
        <w:spacing w:after="80"/>
      </w:pPr>
      <w:r>
        <w:rPr>
          <w:b w:val="0"/>
          <w:i w:val="0"/>
        </w:rPr>
        <w:t>Còn Giles thì sao?</w:t>
      </w:r>
    </w:p>
    <w:p>
      <w:pPr>
        <w:spacing w:after="80"/>
      </w:pPr>
      <w:r>
        <w:rPr>
          <w:b w:val="0"/>
          <w:i w:val="0"/>
        </w:rPr>
        <w:t>Tôi biết anh ấy vô cùng biết ơn cách bạn xử lý danh mục đầu tư của gia đình, vì điều đó cho phép anh ấy theo đuổi tình yêu đầu tiên của mình.</w:t>
      </w:r>
    </w:p>
    <w:p>
      <w:pPr>
        <w:spacing w:after="80"/>
      </w:pPr>
      <w:r>
        <w:rPr>
          <w:b w:val="0"/>
          <w:i w:val="0"/>
        </w:rPr>
        <w:t>Đấu tranh chống lại mẹ bạn à?</w:t>
      </w:r>
    </w:p>
    <w:p>
      <w:pPr>
        <w:spacing w:after="80"/>
      </w:pPr>
      <w:r>
        <w:rPr>
          <w:b w:val="0"/>
          <w:i w:val="0"/>
        </w:rPr>
        <w:t>Đại loại thế.</w:t>
      </w:r>
    </w:p>
    <w:p>
      <w:pPr>
        <w:spacing w:after="80"/>
      </w:pPr>
      <w:r>
        <w:rPr>
          <w:b w:val="0"/>
          <w:i w:val="0"/>
        </w:rPr>
        <w:t>Còn dì Grace của bạn thì sao?</w:t>
      </w:r>
    </w:p>
    <w:p>
      <w:pPr>
        <w:spacing w:after="80"/>
      </w:pPr>
      <w:r>
        <w:rPr>
          <w:b w:val="0"/>
          <w:i w:val="0"/>
        </w:rPr>
        <w:t>Bà ấy nghĩ bạn là một tên tư bản thô tục, hoặc ít nhất đó là cách bà ấy mô tả tôi, nên tôi không thể tin nổi bà ấy lại cho rằng bạn khá hơn.</w:t>
      </w:r>
    </w:p>
    <w:p>
      <w:pPr>
        <w:spacing w:after="80"/>
      </w:pPr>
      <w:r>
        <w:rPr>
          <w:b w:val="0"/>
          <w:i w:val="0"/>
        </w:rPr>
        <w:t>Nhưng tôi đã biến bà ấy thành một triệu phú nhiều lần rồi mà, Ashley phản đối.</w:t>
      </w:r>
    </w:p>
    <w:p>
      <w:pPr>
        <w:spacing w:after="80"/>
      </w:pPr>
      <w:r>
        <w:rPr>
          <w:b w:val="0"/>
          <w:i w:val="0"/>
        </w:rPr>
        <w:t>Đúng là vậy, nhưng điều đó sẽ không ngăn bà ấy chấm bài cho học trò tối nay trong khi nhấm nháp một chiếc bánh sandwich phô mai. Nhưng thay mặt bà ấy, John, làm tốt lắm. Còn gì nữa chúng ta cần bàn không?</w:t>
      </w:r>
    </w:p>
    <w:p>
      <w:pPr>
        <w:spacing w:after="80"/>
      </w:pPr>
      <w:r>
        <w:rPr>
          <w:b w:val="0"/>
          <w:i w:val="0"/>
        </w:rPr>
        <w:t>Có, tôi rất tiếc phải nói là có, thưa chủ tịch, và tôi không chắc lắm về cách xử lý chuyện này. Ashley mở một tập hồ sơ ghi riêng tư và lật qua vài tờ giấy. Seb ngạc nhiên khi thấy một người đàn ông từng chơi ở hàng tiền đạo cho đội Harlequins, và chưa bao giờ ngần ngại đối mặt trực diện với bất kỳ thành viên nào của hội đồng quản trị, giờ đây lại rõ ràng đang lúng túng.</w:t>
      </w:r>
    </w:p>
    <w:p>
      <w:pPr>
        <w:spacing w:after="80"/>
      </w:pPr>
      <w:r>
        <w:rPr>
          <w:b w:val="0"/>
          <w:i w:val="0"/>
        </w:rPr>
        <w:t>Nói thẳng ra đi, John.</w:t>
      </w:r>
    </w:p>
    <w:p>
      <w:pPr>
        <w:spacing w:after="80"/>
      </w:pPr>
      <w:r>
        <w:rPr>
          <w:b w:val="0"/>
          <w:i w:val="0"/>
        </w:rPr>
        <w:t>Một cô Candice Lombardo gần đây đã mở tài khoản tại ngân hàng, và người bảo lãnh của cô ấy là phó chủ tịch.</w:t>
      </w:r>
    </w:p>
    <w:p>
      <w:pPr>
        <w:spacing w:after="80"/>
      </w:pPr>
      <w:r>
        <w:rPr>
          <w:b w:val="0"/>
          <w:i w:val="0"/>
        </w:rPr>
        <w:t>Vậy đó là tên của cô ta, Seb nói.</w:t>
      </w:r>
    </w:p>
    <w:p>
      <w:pPr>
        <w:spacing w:after="80"/>
      </w:pPr>
      <w:r>
        <w:rPr>
          <w:b w:val="0"/>
          <w:i w:val="0"/>
        </w:rPr>
        <w:t>Anh biết cô ấy à?</w:t>
      </w:r>
    </w:p>
    <w:p>
      <w:pPr>
        <w:spacing w:after="80"/>
      </w:pPr>
      <w:r>
        <w:rPr>
          <w:b w:val="0"/>
          <w:i w:val="0"/>
        </w:rPr>
        <w:t>Cứ cho là tôi đã từng chạm mặt cô ta đi. Vậy vấn đề là gì?</w:t>
      </w:r>
    </w:p>
    <w:p>
      <w:pPr>
        <w:spacing w:after="80"/>
      </w:pPr>
      <w:r>
        <w:rPr>
          <w:b w:val="0"/>
          <w:i w:val="0"/>
        </w:rPr>
        <w:t>Cô ấy đã rút năm ngàn bảng vào hôm qua, dù trong tài khoản không có một xu, để mua một chiếc áo khoác lông chồn ở Harrods.</w:t>
      </w:r>
    </w:p>
    <w:p>
      <w:pPr>
        <w:spacing w:after="80"/>
      </w:pPr>
      <w:r>
        <w:rPr>
          <w:b w:val="0"/>
          <w:i w:val="0"/>
        </w:rPr>
        <w:t>Sao anh lại chặn tấm séc đó?</w:t>
      </w:r>
    </w:p>
    <w:p>
      <w:pPr>
        <w:spacing w:after="80"/>
      </w:pPr>
      <w:r>
        <w:rPr>
          <w:b w:val="0"/>
          <w:i w:val="0"/>
        </w:rPr>
        <w:t>Vì Victor đã bảo lãnh khoản thấu chi của cô ấy, và tôi không có thẩm quyền đặt lệnh dừng mà không hỏi ý ông ấy.</w:t>
      </w:r>
    </w:p>
    <w:p>
      <w:pPr>
        <w:spacing w:after="80"/>
      </w:pPr>
      <w:r>
        <w:rPr>
          <w:b w:val="0"/>
          <w:i w:val="0"/>
        </w:rPr>
        <w:t>Cedric Hardcastle chắc sẽ lăn lộn trong mồ, Seb nói, ngước nhìn bức chân dung của vị chủ tịch sáng lập ngân hàng. Ông ấy hay nói đừng bao giờ nói đừng bao giờ, trừ khi bị yêu cầu ký bảo lãnh cá nhân.</w:t>
      </w:r>
    </w:p>
    <w:p>
      <w:pPr>
        <w:spacing w:after="80"/>
      </w:pPr>
      <w:r>
        <w:rPr>
          <w:b w:val="0"/>
          <w:i w:val="0"/>
        </w:rPr>
        <w:t>Tôi có nên nói chuyện với Victor không?</w:t>
      </w:r>
    </w:p>
    <w:p>
      <w:pPr>
        <w:spacing w:after="80"/>
      </w:pPr>
      <w:r>
        <w:rPr>
          <w:b w:val="0"/>
          <w:i w:val="0"/>
        </w:rPr>
        <w:t>Seb ngả người ra sau và nghĩ về đề nghị đó một lúc. Hakim đã thuyết phục được Victor ở lại hội đồng quản trị, thậm chí nhận chức phó chủ tịch, nên điều Seb không cần nhất lúc này là cho ông ấy bất kỳ lý do nào để đổi ý.</w:t>
      </w:r>
    </w:p>
    <w:p>
      <w:pPr>
        <w:spacing w:after="80"/>
      </w:pPr>
      <w:r>
        <w:rPr>
          <w:b w:val="0"/>
          <w:i w:val="0"/>
        </w:rPr>
        <w:t>Đừng làm gì cả, cuối cùng anh nói. Nhưng cứ báo cho tôi nếu cô Lombardo lại đưa thêm séc nào.</w:t>
      </w:r>
    </w:p>
    <w:p>
      <w:pPr>
        <w:spacing w:after="80"/>
      </w:pPr>
      <w:r>
        <w:rPr>
          <w:b w:val="0"/>
          <w:i w:val="0"/>
        </w:rPr>
        <w:t>Ashley gật đầu, nhưng không ghi chú gì vào hồ sơ của mình.</w:t>
      </w:r>
    </w:p>
    <w:p>
      <w:pPr>
        <w:spacing w:after="80"/>
      </w:pPr>
      <w:r>
        <w:rPr>
          <w:b w:val="0"/>
          <w:i w:val="0"/>
        </w:rPr>
        <w:t>Tôi nghĩ anh cũng muốn biết, anh tiếp tục, rằng tài khoản của con gái anh đang thấu chi 104.60. Tôi biết không phải số tiền lớn, nhưng anh đã bảo tôi báo cho anh, sau khi</w:t>
      </w:r>
    </w:p>
    <w:p>
      <w:pPr>
        <w:spacing w:after="80"/>
      </w:pPr>
      <w:r>
        <w:rPr>
          <w:b w:val="0"/>
          <w:i w:val="0"/>
        </w:rPr>
        <w:t>Đúng là tôi đã bảo thế, Seb nói. Nhưng công bằng mà nói, John, tôi vừa trả cho con bé một ngàn bảng cho bảy bức vẽ của nó.</w:t>
      </w:r>
    </w:p>
    <w:p>
      <w:pPr>
        <w:spacing w:after="80"/>
      </w:pPr>
      <w:r>
        <w:rPr>
          <w:b w:val="0"/>
          <w:i w:val="0"/>
        </w:rPr>
        <w:t>Ashley mở hồ sơ thứ hai và kiểm tra một bản sao kê ngân hàng khác. Cô ấy chưa đưa tấm séc đó, thưa chủ tịch. Thực ra, khoản tiền gửi gần đây duy nhất của cô ấy là hai trăm năm mươi bảng từ một người tên Richard Langley.</w:t>
      </w:r>
    </w:p>
    <w:p>
      <w:pPr>
        <w:spacing w:after="80"/>
      </w:pPr>
      <w:r>
        <w:rPr>
          <w:b w:val="0"/>
          <w:i w:val="0"/>
        </w:rPr>
        <w:t>Cái tên đó chẳng có nghĩa gì với tôi cả, Seb nói. Nhưng cứ báo cho tôi biết. Ashley cau mày. Vẻ mặt đó nghĩa là gì?</w:t>
      </w:r>
    </w:p>
    <w:p>
      <w:pPr>
        <w:spacing w:after="80"/>
      </w:pPr>
      <w:r>
        <w:rPr>
          <w:b w:val="0"/>
          <w:i w:val="0"/>
        </w:rPr>
        <w:t>Chỉ là, cân nhắc mọi thứ, tôi thà làm việc với chủ tịch của Cunard hơn là với con gái anh.</w:t>
      </w:r>
    </w:p>
    <w:p>
      <w:pPr>
        <w:pStyle w:val="Heading1"/>
        <w:jc w:val="center"/>
      </w:pPr>
      <w:r>
        <w:rPr>
          <w:rFonts w:ascii="Calibri" w:hAnsi="Calibri"/>
          <w:b/>
          <w:i w:val="0"/>
          <w:sz w:val="40"/>
        </w:rPr>
        <w:t>42</w:t>
      </w:r>
    </w:p>
    <w:p>
      <w:pPr>
        <w:spacing w:after="80"/>
      </w:pPr>
      <w:r>
        <w:rPr>
          <w:b w:val="0"/>
          <w:i w:val="0"/>
        </w:rPr>
        <w:t>BỐN NGƯỜI HỌ ngồi trong phòng khách, trông rõ ràng là không thoải mái.</w:t>
      </w:r>
    </w:p>
    <w:p>
      <w:pPr>
        <w:spacing w:after="80"/>
      </w:pPr>
      <w:r>
        <w:rPr>
          <w:b w:val="0"/>
          <w:i w:val="0"/>
        </w:rPr>
        <w:t>Thật vui khi cuối cùng cũng được gặp anh, Samantha nói, rót cho Richard một tách trà.</w:t>
      </w:r>
    </w:p>
    <w:p>
      <w:pPr>
        <w:spacing w:after="80"/>
      </w:pPr>
      <w:r>
        <w:rPr>
          <w:b w:val="0"/>
          <w:i w:val="0"/>
        </w:rPr>
        <w:t>Cô Clifton ạ, cô cũng vậy, chàng trai ngồi đối diện cô một cách lo lắng nói.</w:t>
      </w:r>
    </w:p>
    <w:p>
      <w:pPr>
        <w:spacing w:after="80"/>
      </w:pPr>
      <w:r>
        <w:rPr>
          <w:b w:val="0"/>
          <w:i w:val="0"/>
        </w:rPr>
        <w:t>Hai người gặp nhau thế nào? Seb hỏi.</w:t>
      </w:r>
    </w:p>
    <w:p>
      <w:pPr>
        <w:spacing w:after="80"/>
      </w:pPr>
      <w:r>
        <w:rPr>
          <w:b w:val="0"/>
          <w:i w:val="0"/>
        </w:rPr>
        <w:t>Chúng tôi tình cờ gặp nhau ở triển lãm Giải thưởng Những Người Sáng Lập Slade, Jessica nói.</w:t>
      </w:r>
    </w:p>
    <w:p>
      <w:pPr>
        <w:spacing w:after="80"/>
      </w:pPr>
      <w:r>
        <w:rPr>
          <w:b w:val="0"/>
          <w:i w:val="0"/>
        </w:rPr>
        <w:t>Tôi đi xem tất cả các buổi triển lãm nghệ thuật của trường, Richard nói, với hy vọng phát hiện ra một tài năng mới trước khi họ bị các nhà buôn tranh ở West End săn đón, khi đó tôi sẽ không còn đủ khả năng mua tác phẩm của họ nữa.</w:t>
      </w:r>
    </w:p>
    <w:p>
      <w:pPr>
        <w:spacing w:after="80"/>
      </w:pPr>
      <w:r>
        <w:rPr>
          <w:b w:val="0"/>
          <w:i w:val="0"/>
        </w:rPr>
        <w:t>Thật là khôn ngoan, Samantha nói, vừa mời vị khách của mình một chiếc bánh sandwich dưa chuột.</w:t>
      </w:r>
    </w:p>
    <w:p>
      <w:pPr>
        <w:spacing w:after="80"/>
      </w:pPr>
      <w:r>
        <w:rPr>
          <w:b w:val="0"/>
          <w:i w:val="0"/>
        </w:rPr>
        <w:t>Gần đây có vớ được món nào đáng giá không? Sebastian hỏi.</w:t>
      </w:r>
    </w:p>
    <w:p>
      <w:pPr>
        <w:spacing w:after="80"/>
      </w:pPr>
      <w:r>
        <w:rPr>
          <w:b w:val="0"/>
          <w:i w:val="0"/>
        </w:rPr>
        <w:t xml:space="preserve">Một cú hời, Richard nói, đúng là một cú hời thực sự. Một bộ tranh vẽ nét đáng chú ý của một nghệ sĩ vô danh, mang tên </w:t>
      </w:r>
      <w:r>
        <w:rPr>
          <w:b w:val="0"/>
          <w:i/>
        </w:rPr>
        <w:t>Bảy Thời Kỳ Của Người Phụ Nữ</w:t>
      </w:r>
      <w:r>
        <w:rPr>
          <w:b w:val="0"/>
          <w:i w:val="0"/>
        </w:rPr>
        <w:t>, đã giành được Giải thưởng Những Người Sáng Lập. Tôi không thể tin nổi vận may của mình khi nghe được cái giá.</w:t>
      </w:r>
    </w:p>
    <w:p>
      <w:pPr>
        <w:spacing w:after="80"/>
      </w:pPr>
      <w:r>
        <w:rPr>
          <w:b w:val="0"/>
          <w:i w:val="0"/>
        </w:rPr>
        <w:t>Thứ lỗi cho tôi vì đã nhắc đến chuyện này, Seb nói, nhưng tôi ngạc nhiên là anh có thể xoay xở được một nghìn bảng với mức lương giáo viên đấy.</w:t>
      </w:r>
    </w:p>
    <w:p>
      <w:pPr>
        <w:spacing w:after="80"/>
      </w:pPr>
      <w:r>
        <w:rPr>
          <w:b w:val="0"/>
          <w:i w:val="0"/>
        </w:rPr>
        <w:t>Tôi đâu có trả một nghìn bảng, thưa ngài, chỉ hai trăm năm mươi thôi. Và tôi chỉ vừa đủ tiền còn lại trong tài khoản để mời nghệ sĩ đi ăn tối.</w:t>
      </w:r>
    </w:p>
    <w:p>
      <w:pPr>
        <w:spacing w:after="80"/>
      </w:pPr>
      <w:r>
        <w:rPr>
          <w:b w:val="0"/>
          <w:i w:val="0"/>
        </w:rPr>
        <w:t>Nhưng tôi tưởng Seb không nói hết câu khi nhận ra Samantha đang lườm mình và con gái ông đang tỏ ra bối rối. Ông quyết định đổi hướng. Tôi sẵn lòng trả anh vài nghìn bảng cho những bức vẽ đó. Khi đó anh có thể mời nghệ sĩ đi ăn tối thường xuyên.</w:t>
      </w:r>
    </w:p>
    <w:p>
      <w:pPr>
        <w:spacing w:after="80"/>
      </w:pPr>
      <w:r>
        <w:rPr>
          <w:b w:val="0"/>
          <w:i w:val="0"/>
        </w:rPr>
        <w:t>Chúng không phải để bán, Richard nói, và sẽ không bao giờ là để bán.</w:t>
      </w:r>
    </w:p>
    <w:p>
      <w:pPr>
        <w:spacing w:after="80"/>
      </w:pPr>
      <w:r>
        <w:rPr>
          <w:b w:val="0"/>
          <w:i w:val="0"/>
        </w:rPr>
        <w:t>Ba nghìn?</w:t>
      </w:r>
    </w:p>
    <w:p>
      <w:pPr>
        <w:spacing w:after="80"/>
      </w:pPr>
      <w:r>
        <w:rPr>
          <w:b w:val="0"/>
          <w:i w:val="0"/>
        </w:rPr>
        <w:t>Không, cảm ơn ngài.</w:t>
      </w:r>
    </w:p>
    <w:p>
      <w:pPr>
        <w:spacing w:after="80"/>
      </w:pPr>
      <w:r>
        <w:rPr>
          <w:b w:val="0"/>
          <w:i w:val="0"/>
        </w:rPr>
        <w:t>Có lẽ anh sẽ cân nhắc một thỏa thuận, Richard. Nếu có ngày anh từ bỏ con gái tôi, anh sẽ bán lại những bức vẽ đó cho tôi với giá hai nghìn bảng.</w:t>
      </w:r>
    </w:p>
    <w:p>
      <w:pPr>
        <w:spacing w:after="80"/>
      </w:pPr>
      <w:r>
        <w:rPr>
          <w:b w:val="0"/>
          <w:i w:val="0"/>
        </w:rPr>
        <w:t>Sebastian! Samantha nói gay gắt. Richard là bạn của Jessica, không phải khách hàng, và dù sao thì cũng ngoài giờ giao dịch ngân hàng rồi.</w:t>
      </w:r>
    </w:p>
    <w:p>
      <w:pPr>
        <w:spacing w:after="80"/>
      </w:pPr>
      <w:r>
        <w:rPr>
          <w:b w:val="0"/>
          <w:i w:val="0"/>
        </w:rPr>
        <w:t>Không có hy vọng đâu, thưa ngài, Richard nói. Tôi không có ý định chia tay con gái ngài hay những bức vẽ đó.</w:t>
      </w:r>
    </w:p>
    <w:p>
      <w:pPr>
        <w:spacing w:after="80"/>
      </w:pPr>
      <w:r>
        <w:rPr>
          <w:b w:val="0"/>
          <w:i w:val="0"/>
        </w:rPr>
        <w:t>Con không thể thắng mọi ván được đâu, bố ạ, Jessica nói với một nụ cười toe toét.</w:t>
      </w:r>
    </w:p>
    <w:p>
      <w:pPr>
        <w:spacing w:after="80"/>
      </w:pPr>
      <w:r>
        <w:rPr>
          <w:b w:val="0"/>
          <w:i w:val="0"/>
        </w:rPr>
        <w:t>Nhưng nếu Jessie chịu từ bỏ bố, Seb nói, cứ như thể ông đang theo đuổi một thương vụ triệu bảng, thì lúc đó bố có cân nhắc lại không?</w:t>
      </w:r>
    </w:p>
    <w:p>
      <w:pPr>
        <w:spacing w:after="80"/>
      </w:pPr>
      <w:r>
        <w:rPr>
          <w:b w:val="0"/>
          <w:i w:val="0"/>
        </w:rPr>
        <w:t>Thôi đi, bố. Chuyện đó sẽ không xảy ra đâu. Bố đã mất các bản vẽ, và bố sắp mất luôn con gái mình, vì con đang định chuyển đến sống cùng Richard, cô nói, nắm lấy tay ông.</w:t>
      </w:r>
    </w:p>
    <w:p>
      <w:pPr>
        <w:spacing w:after="80"/>
      </w:pPr>
      <w:r>
        <w:rPr>
          <w:b w:val="0"/>
          <w:i w:val="0"/>
        </w:rPr>
        <w:t>Sebastian định gợi ý rằng có lẽ . . . thì Samantha chen vào.</w:t>
      </w:r>
    </w:p>
    <w:p>
      <w:pPr>
        <w:spacing w:after="80"/>
      </w:pPr>
      <w:r>
        <w:rPr>
          <w:b w:val="0"/>
          <w:i w:val="0"/>
        </w:rPr>
        <w:t>Đúng là tin tuyệt vời. Hai đứa sẽ sống ở đâu?</w:t>
      </w:r>
    </w:p>
    <w:p>
      <w:pPr>
        <w:spacing w:after="80"/>
      </w:pPr>
      <w:r>
        <w:rPr>
          <w:b w:val="0"/>
          <w:i w:val="0"/>
        </w:rPr>
        <w:t>Con có một căn hộ ở Peckham, Richard nói, khá gần chỗ con làm việc.</w:t>
      </w:r>
    </w:p>
    <w:p>
      <w:pPr>
        <w:spacing w:after="80"/>
      </w:pPr>
      <w:r>
        <w:rPr>
          <w:b w:val="0"/>
          <w:i w:val="0"/>
        </w:rPr>
        <w:t>Nhưng bọn con đang tìm một chỗ rộng hơn, Jessica nói.</w:t>
      </w:r>
    </w:p>
    <w:p>
      <w:pPr>
        <w:spacing w:after="80"/>
      </w:pPr>
      <w:r>
        <w:rPr>
          <w:b w:val="0"/>
          <w:i w:val="0"/>
        </w:rPr>
        <w:t>Thuê hay mua? Seb hỏi. Vì với điều kiện thị trường hiện nay, bố khuyên</w:t>
      </w:r>
    </w:p>
    <w:p>
      <w:pPr>
        <w:spacing w:after="80"/>
      </w:pPr>
      <w:r>
        <w:rPr>
          <w:b w:val="0"/>
          <w:i w:val="0"/>
        </w:rPr>
        <w:t>Bố khuyên, Samantha nói, rằng nên để hai đứa tự quyết định.</w:t>
      </w:r>
    </w:p>
    <w:p>
      <w:pPr>
        <w:spacing w:after="80"/>
      </w:pPr>
      <w:r>
        <w:rPr>
          <w:b w:val="0"/>
          <w:i w:val="0"/>
        </w:rPr>
        <w:t>Mua thì hợp lý hơn nhiều, Seb nói, phớt lờ vợ mình, và với hai ngàn của bố, hai đứa sẽ có đủ để đặt cọc.</w:t>
      </w:r>
    </w:p>
    <w:p>
      <w:pPr>
        <w:spacing w:after="80"/>
      </w:pPr>
      <w:r>
        <w:rPr>
          <w:b w:val="0"/>
          <w:i w:val="0"/>
        </w:rPr>
        <w:t>Cứ mặc kệ ông ấy, Samantha nói.</w:t>
      </w:r>
    </w:p>
    <w:p>
      <w:pPr>
        <w:spacing w:after="80"/>
      </w:pPr>
      <w:r>
        <w:rPr>
          <w:b w:val="0"/>
          <w:i w:val="0"/>
        </w:rPr>
        <w:t>Con lúc nào chẳng vậy, Jessica nói, đứng dậy. Con phải đi ngay đây, bố, bọn con đến ICA xem một triển lãm gốm mà Richard nghĩ trông có triển vọng.</w:t>
      </w:r>
    </w:p>
    <w:p>
      <w:pPr>
        <w:spacing w:after="80"/>
      </w:pPr>
      <w:r>
        <w:rPr>
          <w:b w:val="0"/>
          <w:i w:val="0"/>
        </w:rPr>
        <w:t>Và vẫn đủ khả năng chi trả, Richard thêm vào. Nhưng nếu bác thực sự có hai ngàn để đầu tư, thưa bác, cháu khuyên</w:t>
      </w:r>
    </w:p>
    <w:p>
      <w:pPr>
        <w:spacing w:after="80"/>
      </w:pPr>
      <w:r>
        <w:rPr>
          <w:b w:val="0"/>
          <w:i w:val="0"/>
        </w:rPr>
        <w:t>Samantha bật cười, nhưng Richard trông như thể anh đã hối hận vì lời mình vừa nói.</w:t>
      </w:r>
    </w:p>
    <w:p>
      <w:pPr>
        <w:spacing w:after="80"/>
      </w:pPr>
      <w:r>
        <w:rPr>
          <w:b w:val="0"/>
          <w:i w:val="0"/>
        </w:rPr>
        <w:t>Tạm biệt, bố, Jessica nói. Cô cúi xuống, hôn lên trán cha và lén nhét một phong bì vào túi áo trong của ông, hy vọng Richard sẽ không để ý.</w:t>
      </w:r>
    </w:p>
    <w:p>
      <w:pPr>
        <w:spacing w:after="80"/>
      </w:pPr>
      <w:r>
        <w:rPr>
          <w:b w:val="0"/>
          <w:i w:val="0"/>
        </w:rPr>
        <w:t>Richard chìa tay ra và nói, Chào bác. Rất vui được gặp bác.</w:t>
      </w:r>
    </w:p>
    <w:p>
      <w:pPr>
        <w:spacing w:after="80"/>
      </w:pPr>
      <w:r>
        <w:rPr>
          <w:b w:val="0"/>
          <w:i w:val="0"/>
        </w:rPr>
        <w:t>Tạm biệt, Richard. Chúc cậu thưởng thức buổi triển lãm vui vẻ nhé.</w:t>
      </w:r>
    </w:p>
    <w:p>
      <w:pPr>
        <w:spacing w:after="80"/>
      </w:pPr>
      <w:r>
        <w:rPr>
          <w:b w:val="0"/>
          <w:i w:val="0"/>
        </w:rPr>
        <w:t>Cảm ơn ngài, Richard nói khi Samantha tiễn cả hai ra cửa.</w:t>
      </w:r>
    </w:p>
    <w:p>
      <w:pPr>
        <w:spacing w:after="80"/>
      </w:pPr>
      <w:r>
        <w:rPr>
          <w:b w:val="0"/>
          <w:i w:val="0"/>
        </w:rPr>
        <w:t>Trong lúc Seb chờ cô ấy quay lại, anh lấy phong bì trong túi ra, mở ra và rút tờ séc một ngàn bảng của chính mình. Lần đầu tiên anh bị người trả giá thấp hơn vượt mặt.</w:t>
      </w:r>
    </w:p>
    <w:p>
      <w:pPr>
        <w:spacing w:after="80"/>
      </w:pPr>
      <w:r>
        <w:rPr>
          <w:b w:val="0"/>
          <w:i w:val="0"/>
        </w:rPr>
        <w:t>Tôi nghĩ mình có thể đã xử lý việc đó tốt hơn, Seb gợi ý khi Samantha quay lại phòng khách.</w:t>
      </w:r>
    </w:p>
    <w:p>
      <w:pPr>
        <w:spacing w:after="80"/>
      </w:pPr>
      <w:r>
        <w:rPr>
          <w:b w:val="0"/>
          <w:i w:val="0"/>
        </w:rPr>
        <w:t>Đó là một cách nói giảm nói tránh, ngay cả theo chuẩn người Anh. Nhưng tôi tò mò hơn về việc bạn nghĩ gì về Richard.</w:t>
      </w:r>
    </w:p>
    <w:p>
      <w:pPr>
        <w:spacing w:after="80"/>
      </w:pPr>
      <w:r>
        <w:rPr>
          <w:b w:val="0"/>
          <w:i w:val="0"/>
        </w:rPr>
        <w:t>Một anh chàng cũng khá dễ mến. Nhưng sẽ chẳng ai đủ tốt cho Jessie cả. Ông ngừng lại một lát rồi nói thêm, Tôi đang băn khoăn không biết nên tặng gì cho con bé nhân sinh nhật hai mươi mốt tuổi. Có lẽ tôi nên mua cho nó một căn nhà nhỉ?</w:t>
      </w:r>
    </w:p>
    <w:p>
      <w:pPr>
        <w:spacing w:after="80"/>
      </w:pPr>
      <w:r>
        <w:rPr>
          <w:b w:val="0"/>
          <w:i w:val="0"/>
        </w:rPr>
        <w:t>Đó là điều cuối cùng bạn sẽ làm.</w:t>
      </w:r>
    </w:p>
    <w:p>
      <w:pPr>
        <w:spacing w:after="80"/>
      </w:pPr>
      <w:r>
        <w:rPr>
          <w:b w:val="0"/>
          <w:i w:val="0"/>
        </w:rPr>
        <w:t>Tại sao không?</w:t>
      </w:r>
    </w:p>
    <w:p>
      <w:pPr>
        <w:spacing w:after="80"/>
      </w:pPr>
      <w:r>
        <w:rPr>
          <w:b w:val="0"/>
          <w:i w:val="0"/>
        </w:rPr>
        <w:t>Vì nó sẽ chỉ nhắc Richard nhớ rằng anh ta chẳng có xu nào và chỉ khiến anh ta cảm thấy mang ơn bạn. Dù sao đi nữa, Jessica cũng cứng đầu y hệt bạn. Cô ấy sẽ từ chối lời đề nghị đó, đúng như cô ấy đã từ chối hai ngàn của bạn.</w:t>
      </w:r>
    </w:p>
    <w:p>
      <w:pPr>
        <w:spacing w:after="80"/>
      </w:pPr>
      <w:r>
        <w:rPr>
          <w:b w:val="0"/>
          <w:i w:val="0"/>
        </w:rPr>
        <w:t>Seb đưa tấm séc cho Samantha, điều đó chỉ khiến cô cười càng to hơn, rồi cô gợi ý, Có lẽ chúng ta nên để chúng tự sống cuộc đời của mình. Biết đâu chúng ta còn ngạc nhiên vì chúng xoay xở tốt đến mức nào khi không có chúng ta.</w:t>
      </w:r>
    </w:p>
    <w:p>
      <w:pPr>
        <w:spacing w:after="80"/>
      </w:pPr>
      <w:r>
        <w:rPr>
          <w:b w:val="0"/>
          <w:i w:val="0"/>
        </w:rPr>
        <w:t>Nhưng ý tôi chỉ là</w:t>
      </w:r>
    </w:p>
    <w:p>
      <w:pPr>
        <w:spacing w:after="80"/>
      </w:pPr>
      <w:r>
        <w:rPr>
          <w:b w:val="0"/>
          <w:i w:val="0"/>
        </w:rPr>
        <w:t>Con biết mẹ muốn nói gì rồi, con yêu ạ, nhưng e là con gái mẹ đã thắng mẹ mất rồi, bà nói khi điện thoại bắt đầu đổ chuông.</w:t>
      </w:r>
    </w:p>
    <w:p>
      <w:pPr>
        <w:spacing w:after="80"/>
      </w:pPr>
      <w:r>
        <w:rPr>
          <w:b w:val="0"/>
          <w:i w:val="0"/>
        </w:rPr>
        <w:t>À, tôi có cảm giác đó sẽ là Richard muốn biết liệu tôi có sẵn lòng nâng đề nghị của mình lên bốn nghìn không.</w:t>
      </w:r>
    </w:p>
    <w:p>
      <w:pPr>
        <w:spacing w:after="80"/>
      </w:pPr>
      <w:r>
        <w:rPr>
          <w:b w:val="0"/>
          <w:i w:val="0"/>
        </w:rPr>
        <w:t>Càng dễ là mẹ bạn hơn. Tôi bảo bà là chúng ta sắp gặp bạn trai mới của Jessica lần đầu tiên, nên chắc chắn bà sẽ muốn biết chúng ta nghĩ gì. Bà nhấc máy.</w:t>
      </w:r>
    </w:p>
    <w:p>
      <w:pPr>
        <w:spacing w:after="80"/>
      </w:pPr>
      <w:r>
        <w:rPr>
          <w:b w:val="0"/>
          <w:i w:val="0"/>
        </w:rPr>
        <w:t>Chào buổi tối, bà Clifton. Cháu là John Ashley đây ạ.</w:t>
      </w:r>
    </w:p>
    <w:p>
      <w:pPr>
        <w:spacing w:after="80"/>
      </w:pPr>
      <w:r>
        <w:rPr>
          <w:b w:val="0"/>
          <w:i w:val="0"/>
        </w:rPr>
        <w:t>Chào, John. Ngân hàng có bị cháy trụi chưa?</w:t>
      </w:r>
    </w:p>
    <w:p>
      <w:pPr>
        <w:spacing w:after="80"/>
      </w:pPr>
      <w:r>
        <w:rPr>
          <w:b w:val="0"/>
          <w:i w:val="0"/>
        </w:rPr>
        <w:t>Chưa, nhưng tôi cần nói chuyện với Seb khá gấp.</w:t>
      </w:r>
    </w:p>
    <w:p>
      <w:pPr>
        <w:spacing w:after="80"/>
      </w:pPr>
      <w:r>
        <w:rPr>
          <w:b w:val="0"/>
          <w:i w:val="0"/>
        </w:rPr>
        <w:t>Ngân hàng bị cháy rồi, Samantha nói, đưa điện thoại cho chồng.</w:t>
      </w:r>
    </w:p>
    <w:p>
      <w:pPr>
        <w:spacing w:after="80"/>
      </w:pPr>
      <w:r>
        <w:rPr>
          <w:b w:val="0"/>
          <w:i w:val="0"/>
        </w:rPr>
        <w:t>Cứ mơ đi. John, tôi có thể giúp gì cho anh?</w:t>
      </w:r>
    </w:p>
    <w:p>
      <w:pPr>
        <w:spacing w:after="80"/>
      </w:pPr>
      <w:r>
        <w:rPr>
          <w:b w:val="0"/>
          <w:i w:val="0"/>
        </w:rPr>
        <w:t>Xin lỗi vì làm phiền ngài muộn thế này, thưa chủ tịch, nhưng ngài đã dặn tôi báo ngay nếu cô Lombardo lại xuất trình thêm tờ séc lớn nào nữa.</w:t>
      </w:r>
    </w:p>
    <w:p>
      <w:pPr>
        <w:spacing w:after="80"/>
      </w:pPr>
      <w:r>
        <w:rPr>
          <w:b w:val="0"/>
          <w:i w:val="0"/>
        </w:rPr>
        <w:t>Lần này bao nhiêu?</w:t>
      </w:r>
    </w:p>
    <w:p>
      <w:pPr>
        <w:spacing w:after="80"/>
      </w:pPr>
      <w:r>
        <w:rPr>
          <w:b w:val="0"/>
          <w:i w:val="0"/>
        </w:rPr>
        <w:t>Bốn mươi hai nghìn.</w:t>
      </w:r>
    </w:p>
    <w:p>
      <w:pPr>
        <w:spacing w:after="80"/>
      </w:pPr>
      <w:r>
        <w:rPr>
          <w:b w:val="0"/>
          <w:i w:val="0"/>
        </w:rPr>
        <w:t>Bốn mươi hai nghìn bảng? Seb nhắc lại. Tạm thời giữ lệnh thanh toán lại đã, và nếu ngày mai Victor không xuất hiện, tôi sẽ phải nói chuyện với đội pháp chế của chúng ta. Và, John, về nhà đi. Như vợ tôi cứ nhắc tôi mãi, giờ đã ngoài giờ giao dịch ngân hàng rồi, nên tối nay anh không làm gì thêm được đâu.</w:t>
      </w:r>
    </w:p>
    <w:p>
      <w:pPr>
        <w:spacing w:after="80"/>
      </w:pPr>
      <w:r>
        <w:rPr>
          <w:b w:val="0"/>
          <w:i w:val="0"/>
        </w:rPr>
        <w:t>Có chuyện gì à, anh yêu? Samantha hỏi, giọng thật sự lo lắng.</w:t>
      </w:r>
    </w:p>
    <w:p>
      <w:pPr>
        <w:spacing w:after="80"/>
      </w:pPr>
      <w:r>
        <w:rPr>
          <w:b w:val="0"/>
          <w:i w:val="0"/>
        </w:rPr>
        <w:t>Ừ, e là vậy. Em còn nhớ người phụ nữ mình thấy ăn tối cùng Victor ở Caprice không? anh nói, nhấc điện thoại lên và bắt đầu bấm số.</w:t>
      </w:r>
    </w:p>
    <w:p>
      <w:pPr>
        <w:spacing w:after="80"/>
      </w:pPr>
      <w:r>
        <w:rPr>
          <w:b w:val="0"/>
          <w:i w:val="0"/>
        </w:rPr>
        <w:t>Làm sao em quên được chứ?</w:t>
      </w:r>
    </w:p>
    <w:p>
      <w:pPr>
        <w:spacing w:after="80"/>
      </w:pPr>
      <w:r>
        <w:rPr>
          <w:b w:val="0"/>
          <w:i w:val="0"/>
        </w:rPr>
        <w:t>À, anh nghĩ cô ta đang rút sạch tiền của anh ấy.</w:t>
      </w:r>
    </w:p>
    <w:p>
      <w:pPr>
        <w:spacing w:after="80"/>
      </w:pPr>
      <w:r>
        <w:rPr>
          <w:b w:val="0"/>
          <w:i w:val="0"/>
        </w:rPr>
        <w:t>Anh gọi cho Victor à?</w:t>
      </w:r>
    </w:p>
    <w:p>
      <w:pPr>
        <w:spacing w:after="80"/>
      </w:pPr>
      <w:r>
        <w:rPr>
          <w:b w:val="0"/>
          <w:i w:val="0"/>
        </w:rPr>
        <w:t>Không, Arnold Hardcastle.</w:t>
      </w:r>
    </w:p>
    <w:p>
      <w:pPr>
        <w:spacing w:after="80"/>
      </w:pPr>
      <w:r>
        <w:rPr>
          <w:b w:val="0"/>
          <w:i w:val="0"/>
        </w:rPr>
        <w:t>Tệ đến thế cơ à?</w:t>
      </w:r>
    </w:p>
    <w:p>
      <w:pPr>
        <w:spacing w:after="80"/>
      </w:pPr>
      <w:r>
        <w:rPr>
          <w:b w:val="0"/>
          <w:i w:val="0"/>
        </w:rPr>
        <w:t>Tệ đến thế.</w:t>
      </w:r>
    </w:p>
    <w:p>
      <w:pPr>
        <w:jc w:val="center"/>
      </w:pPr>
      <w:r>
        <w:drawing>
          <wp:inline xmlns:a="http://schemas.openxmlformats.org/drawingml/2006/main" xmlns:pic="http://schemas.openxmlformats.org/drawingml/2006/picture">
            <wp:extent cx="304800" cy="85725"/>
            <wp:docPr id="123" name="Picture 12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Chào Jessie, anh mừng vì em đã đến được, anh nói, ôm cô một cái.</w:t>
      </w:r>
    </w:p>
    <w:p>
      <w:pPr>
        <w:spacing w:after="80"/>
      </w:pPr>
      <w:r>
        <w:rPr>
          <w:b w:val="0"/>
          <w:i w:val="0"/>
        </w:rPr>
        <w:t>Không đời nào tôi lại bỏ lỡ nó được, Grayson.</w:t>
      </w:r>
    </w:p>
    <w:p>
      <w:pPr>
        <w:spacing w:after="80"/>
      </w:pPr>
      <w:r>
        <w:rPr>
          <w:b w:val="0"/>
          <w:i w:val="0"/>
        </w:rPr>
        <w:t>Chúc mừng cậu đã giành được Giải thưởng Nhà sáng lập, anh ấy nói. Tôi cá là chẳng bao lâu nữa sẽ có một phòng tranh ở West End trưng bày tác phẩm của cậu thôi.</w:t>
      </w:r>
    </w:p>
    <w:p>
      <w:pPr>
        <w:spacing w:after="80"/>
      </w:pPr>
      <w:r>
        <w:rPr>
          <w:b w:val="0"/>
          <w:i w:val="0"/>
        </w:rPr>
        <w:t>Từ miệng cậu đến tai Chúa ấy, Jessica nói khi người nghệ sĩ quay đi để nói chuyện với một sinh viên khác.</w:t>
      </w:r>
    </w:p>
    <w:p>
      <w:pPr>
        <w:spacing w:after="80"/>
      </w:pPr>
      <w:r>
        <w:rPr>
          <w:b w:val="0"/>
          <w:i w:val="0"/>
        </w:rPr>
        <w:t>Cậu thực sự nghĩ sao? Richard thì thầm, khi họ dạo quanh phòng tranh.</w:t>
      </w:r>
    </w:p>
    <w:p>
      <w:pPr>
        <w:spacing w:after="80"/>
      </w:pPr>
      <w:r>
        <w:rPr>
          <w:b w:val="0"/>
          <w:i w:val="0"/>
        </w:rPr>
        <w:t>Đây là một buổi triển lãm tuyệt vời, dù tôi không chắc lắm về con gấu bông đó.</w:t>
      </w:r>
    </w:p>
    <w:p>
      <w:pPr>
        <w:spacing w:after="80"/>
      </w:pPr>
      <w:r>
        <w:rPr>
          <w:b w:val="0"/>
          <w:i w:val="0"/>
        </w:rPr>
        <w:t>Tôi đâu có nói về con gấu bông của anh ấy. Cậu nghĩ buổi gặp với bố mẹ cậu thế nào?</w:t>
      </w:r>
    </w:p>
    <w:p>
      <w:pPr>
        <w:spacing w:after="80"/>
      </w:pPr>
      <w:r>
        <w:rPr>
          <w:b w:val="0"/>
          <w:i w:val="0"/>
        </w:rPr>
        <w:t>Như tôi đã nói với cậu, mẹ nghĩ cậu bảnh trai đấy. Cậu là một cô gái may mắn, đó là nguyên văn lời bà ấy.</w:t>
      </w:r>
    </w:p>
    <w:p>
      <w:pPr>
        <w:spacing w:after="80"/>
      </w:pPr>
      <w:r>
        <w:rPr>
          <w:b w:val="0"/>
          <w:i w:val="0"/>
        </w:rPr>
        <w:t>Tôi không chắc bố cậu lại cảm thấy như vậy.</w:t>
      </w:r>
    </w:p>
    <w:p>
      <w:pPr>
        <w:spacing w:after="80"/>
      </w:pPr>
      <w:r>
        <w:rPr>
          <w:b w:val="0"/>
          <w:i w:val="0"/>
        </w:rPr>
        <w:t>Không cần phải lo về bố đâu, Jessica nói khi cô chăm chú nhìn một chiếc bình lộng lẫy. Một khi mẹ bắt đầu tác động vào ông ấy, ông ấy sẽ đổi ý thôi.</w:t>
      </w:r>
    </w:p>
    <w:p>
      <w:pPr>
        <w:spacing w:after="80"/>
      </w:pPr>
      <w:r>
        <w:rPr>
          <w:b w:val="0"/>
          <w:i w:val="0"/>
        </w:rPr>
        <w:t>Tôi hy vọng thế, vì sẽ không lâu nữa đâu chúng ta phải nói với ông ấy.</w:t>
      </w:r>
    </w:p>
    <w:p>
      <w:pPr>
        <w:jc w:val="center"/>
      </w:pPr>
      <w:r>
        <w:drawing>
          <wp:inline xmlns:a="http://schemas.openxmlformats.org/drawingml/2006/main" xmlns:pic="http://schemas.openxmlformats.org/drawingml/2006/picture">
            <wp:extent cx="304800" cy="85725"/>
            <wp:docPr id="124" name="Picture 12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Chủ tịch, giám đốc điều hành và luật sư nội bộ của ngân hàng đã ngồi quanh một chiếc bàn hình bầu dục trong văn phòng của Sebastian lúc tám giờ sáng hôm sau.</w:t>
      </w:r>
    </w:p>
    <w:p>
      <w:pPr>
        <w:spacing w:after="80"/>
      </w:pPr>
      <w:r>
        <w:rPr>
          <w:b w:val="0"/>
          <w:i w:val="0"/>
        </w:rPr>
        <w:t>Có dấu hiệu nào của Victor không? là câu hỏi đầu tiên của Seb.</w:t>
      </w:r>
    </w:p>
    <w:p>
      <w:pPr>
        <w:spacing w:after="80"/>
      </w:pPr>
      <w:r>
        <w:rPr>
          <w:b w:val="0"/>
          <w:i w:val="0"/>
        </w:rPr>
        <w:t>Không ai thấy anh ấy từ tối thứ Sáu, John Ashley nói. Anh ấy bảo thư ký là mình đi công tác nhưng sẽ về kịp cho cuộc họp hội đồng quản trị.</w:t>
      </w:r>
    </w:p>
    <w:p>
      <w:pPr>
        <w:spacing w:after="80"/>
      </w:pPr>
      <w:r>
        <w:rPr>
          <w:b w:val="0"/>
          <w:i w:val="0"/>
        </w:rPr>
        <w:t>Nhưng còn tận mười ngày nữa mới tới mà, Seb nói. Carol không có chút manh mối nào về việc anh ấy ở đâu sao?</w:t>
      </w:r>
    </w:p>
    <w:p>
      <w:pPr>
        <w:spacing w:after="80"/>
      </w:pPr>
      <w:r>
        <w:rPr>
          <w:b w:val="0"/>
          <w:i w:val="0"/>
        </w:rPr>
        <w:t>Không, và anh ấy cũng không để lại số liên lạc.</w:t>
      </w:r>
    </w:p>
    <w:p>
      <w:pPr>
        <w:spacing w:after="80"/>
      </w:pPr>
      <w:r>
        <w:rPr>
          <w:b w:val="0"/>
          <w:i w:val="0"/>
        </w:rPr>
        <w:t>Thế thì không giống Victor chút nào, Seb nói.</w:t>
      </w:r>
    </w:p>
    <w:p>
      <w:pPr>
        <w:spacing w:after="80"/>
      </w:pPr>
      <w:r>
        <w:rPr>
          <w:b w:val="0"/>
          <w:i w:val="0"/>
        </w:rPr>
        <w:t>Carol nói với tôi rằng anh ấy chưa từng làm việc đó bao giờ.</w:t>
      </w:r>
    </w:p>
    <w:p>
      <w:pPr>
        <w:spacing w:after="80"/>
      </w:pPr>
      <w:r>
        <w:rPr>
          <w:b w:val="0"/>
          <w:i w:val="0"/>
        </w:rPr>
        <w:t>Ngày càng kỳ lạ.</w:t>
      </w:r>
    </w:p>
    <w:p>
      <w:pPr>
        <w:spacing w:after="80"/>
      </w:pPr>
      <w:r>
        <w:rPr>
          <w:b w:val="0"/>
          <w:i w:val="0"/>
        </w:rPr>
        <w:t>Anh có nghĩ đã đến lúc nên nhờ Barry Hammond vào cuộc không? Ashley gợi ý. Tôi chắc anh ấy sẽ không mất nhiều thời gian để lần ra Victor, và cũng để tìm hiểu mọi thứ cần biết về cô Candice Lombardo.</w:t>
      </w:r>
    </w:p>
    <w:p>
      <w:pPr>
        <w:spacing w:after="80"/>
      </w:pPr>
      <w:r>
        <w:rPr>
          <w:b w:val="0"/>
          <w:i w:val="0"/>
        </w:rPr>
        <w:t>Không, chúng ta không thể để một thám tử tư điều tra phó chủ tịch ngân hàng được, Seb nói. Hiểu rõ chưa?</w:t>
      </w:r>
    </w:p>
    <w:p>
      <w:pPr>
        <w:spacing w:after="80"/>
      </w:pPr>
      <w:r>
        <w:rPr>
          <w:b w:val="0"/>
          <w:i w:val="0"/>
        </w:rPr>
        <w:t>Rõ, thưa chủ tịch. Nhưng cô Lombardo lại xuất trình một tấm séc khác hôm qua để thanh toán ngay, Ashley nói khi mở hồ sơ ngày càng dày lên của cô ta.</w:t>
      </w:r>
    </w:p>
    <w:p>
      <w:pPr>
        <w:spacing w:after="80"/>
      </w:pPr>
      <w:r>
        <w:rPr>
          <w:b w:val="0"/>
          <w:i w:val="0"/>
        </w:rPr>
        <w:t>Lần này bao nhiêu? Arnold hỏi.</w:t>
      </w:r>
    </w:p>
    <w:p>
      <w:pPr>
        <w:spacing w:after="80"/>
      </w:pPr>
      <w:r>
        <w:rPr>
          <w:b w:val="0"/>
          <w:i w:val="0"/>
        </w:rPr>
        <w:t>Bốn mươi hai nghìn, Ashley đáp.</w:t>
      </w:r>
    </w:p>
    <w:p>
      <w:pPr>
        <w:spacing w:after="80"/>
      </w:pPr>
      <w:r>
        <w:rPr>
          <w:b w:val="0"/>
          <w:i w:val="0"/>
        </w:rPr>
        <w:t>Anh có biết nó dùng để làm gì không?</w:t>
      </w:r>
    </w:p>
    <w:p>
      <w:pPr>
        <w:spacing w:after="80"/>
      </w:pPr>
      <w:r>
        <w:rPr>
          <w:b w:val="0"/>
          <w:i w:val="0"/>
        </w:rPr>
        <w:t>Không, thưa chủ tịch, tôi không biết, Ashley trả lời.</w:t>
      </w:r>
    </w:p>
    <w:p>
      <w:pPr>
        <w:spacing w:after="80"/>
      </w:pPr>
      <w:r>
        <w:rPr>
          <w:b w:val="0"/>
          <w:i w:val="0"/>
        </w:rPr>
        <w:t>Seb nghiên cứu bảng cân đối kế toán chưa bao giờ có lãi và định thốt ra một từ để cho nhóm nội bộ của mình biết chính xác anh cảm thấy thế nào, nhưng nghĩ lại thấy không nên.</w:t>
      </w:r>
    </w:p>
    <w:p>
      <w:pPr>
        <w:spacing w:after="80"/>
      </w:pPr>
      <w:r>
        <w:rPr>
          <w:b w:val="0"/>
          <w:i w:val="0"/>
        </w:rPr>
        <w:t>Vị thế pháp lý của chúng ta thế nào? anh hỏi, quay sang luật sư nội bộ của ngân hàng.</w:t>
      </w:r>
    </w:p>
    <w:p>
      <w:pPr>
        <w:spacing w:after="80"/>
      </w:pPr>
      <w:r>
        <w:rPr>
          <w:b w:val="0"/>
          <w:i w:val="0"/>
        </w:rPr>
        <w:t>Nếu tài khoản có đủ tiền, hoặc người bảo lãnh đủ khả năng chi trả số tiền đó, chúng ta không có lựa chọn nào khác ngoài việc thanh toán tấm séc trong vòng bốn mươi tám giờ.</w:t>
      </w:r>
    </w:p>
    <w:p>
      <w:pPr>
        <w:spacing w:after="80"/>
      </w:pPr>
      <w:r>
        <w:rPr>
          <w:b w:val="0"/>
          <w:i w:val="0"/>
        </w:rPr>
        <w:t>Vậy thì hãy hy vọng Victor sớm quay về, hoặc ít nhất liên lạc với chúng ta trong vài ngày tới.</w:t>
      </w:r>
    </w:p>
    <w:p>
      <w:pPr>
        <w:spacing w:after="80"/>
      </w:pPr>
      <w:r>
        <w:rPr>
          <w:b w:val="0"/>
          <w:i w:val="0"/>
        </w:rPr>
        <w:t>Không có dấu vết giấy tờ nào sao? Arnold hỏi. Cuộc gọi điện thoại, thẻ tín dụng, hóa đơn khách sạn, vé máy bay, bất cứ thứ gì?</w:t>
      </w:r>
    </w:p>
    <w:p>
      <w:pPr>
        <w:spacing w:after="80"/>
      </w:pPr>
      <w:r>
        <w:rPr>
          <w:b w:val="0"/>
          <w:i w:val="0"/>
        </w:rPr>
        <w:t>Đến giờ vẫn không có gì, Ashley nói. Thư ký của anh ấy đã được dặn gọi cho tôi ngay khi cô ấy nghe tin từ anh ấy, nhưng tôi không mấy hy vọng, vì tôi có cảm giác rằng nếu chúng ta tìm được Victor, thì cô Lombardo cũng sẽ ở ngay sau.</w:t>
      </w:r>
    </w:p>
    <w:p>
      <w:pPr>
        <w:spacing w:after="80"/>
      </w:pPr>
      <w:r>
        <w:rPr>
          <w:b w:val="0"/>
          <w:i w:val="0"/>
        </w:rPr>
        <w:t>Còn một người khác có thể biết anh ấy ở đâu, Arnold nói.</w:t>
      </w:r>
    </w:p>
    <w:p>
      <w:pPr>
        <w:spacing w:after="80"/>
      </w:pPr>
      <w:r>
        <w:rPr>
          <w:b w:val="0"/>
          <w:i w:val="0"/>
        </w:rPr>
        <w:t>Ai đấy? Seb hỏi.</w:t>
      </w:r>
    </w:p>
    <w:p>
      <w:pPr>
        <w:spacing w:after="80"/>
      </w:pPr>
      <w:r>
        <w:rPr>
          <w:b w:val="0"/>
          <w:i w:val="0"/>
        </w:rPr>
        <w:t>Vợ anh ta.</w:t>
      </w:r>
    </w:p>
    <w:p>
      <w:pPr>
        <w:spacing w:after="80"/>
      </w:pPr>
      <w:r>
        <w:rPr>
          <w:b w:val="0"/>
          <w:i w:val="0"/>
        </w:rPr>
        <w:t>Tuyệt đối không, Seb nói. Ruth là người cuối cùng tôi muốn liên lạc trong bất kỳ hoàn cảnh nào.</w:t>
      </w:r>
    </w:p>
    <w:p>
      <w:pPr>
        <w:spacing w:after="80"/>
      </w:pPr>
      <w:r>
        <w:rPr>
          <w:b w:val="0"/>
          <w:i w:val="0"/>
        </w:rPr>
        <w:t>Vậy thì, thưa chủ tịch, Arnold nói, chúng ta không còn lựa chọn nào khác ngoài việc thanh toán tấm séc mới nhất trong vòng bốn mươi tám giờ, trừ khi ngài muốn tôi báo cáo toàn bộ vụ việc lên Ngân hàng Anh và hỏi xem chúng ta có thể tạm hoãn mọi khoản thanh toán tiếp theo cho đến khi Victor trở về không.</w:t>
      </w:r>
    </w:p>
    <w:p>
      <w:pPr>
        <w:spacing w:after="80"/>
      </w:pPr>
      <w:r>
        <w:rPr>
          <w:b w:val="0"/>
          <w:i w:val="0"/>
        </w:rPr>
        <w:t>Không, để Bà già phố Threadneedle phơi bày chuyện riêng của chúng ta trước công chúng sẽ còn tệ hơn cả việc nói với Ruth. Thanh toán tấm séc đi, và hy vọng cô Lombardo không xuất trình thêm tấm nào nữa trước khi Victor xuất hiện.</w:t>
      </w:r>
    </w:p>
    <w:p>
      <w:pPr>
        <w:jc w:val="center"/>
      </w:pPr>
      <w:r>
        <w:drawing>
          <wp:inline xmlns:a="http://schemas.openxmlformats.org/drawingml/2006/main" xmlns:pic="http://schemas.openxmlformats.org/drawingml/2006/picture">
            <wp:extent cx="304800" cy="85725"/>
            <wp:docPr id="125" name="Picture 12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Cô ấy bị gì cơ? Sebastian nói.</w:t>
      </w:r>
    </w:p>
    <w:p>
      <w:pPr>
        <w:spacing w:after="80"/>
      </w:pPr>
      <w:r>
        <w:rPr>
          <w:b w:val="0"/>
          <w:i w:val="0"/>
        </w:rPr>
        <w:t>Mang thai, Samantha nhắc lại.</w:t>
      </w:r>
    </w:p>
    <w:p>
      <w:pPr>
        <w:spacing w:after="80"/>
      </w:pPr>
      <w:r>
        <w:rPr>
          <w:b w:val="0"/>
          <w:i w:val="0"/>
        </w:rPr>
        <w:t>Tôi sẽ giết nó.</w:t>
      </w:r>
    </w:p>
    <w:p>
      <w:pPr>
        <w:spacing w:after="80"/>
      </w:pPr>
      <w:r>
        <w:rPr>
          <w:b w:val="0"/>
          <w:i w:val="0"/>
        </w:rPr>
        <w:t>Anh sẽ không làm gì như thế đâu. Thực ra, lần tới gặp Richard, anh sẽ chúc mừng cậu ấy.</w:t>
      </w:r>
    </w:p>
    <w:p>
      <w:pPr>
        <w:spacing w:after="80"/>
      </w:pPr>
      <w:r>
        <w:rPr>
          <w:b w:val="0"/>
          <w:i w:val="0"/>
        </w:rPr>
        <w:t>Chúc mừng cậu ấy?</w:t>
      </w:r>
    </w:p>
    <w:p>
      <w:pPr>
        <w:spacing w:after="80"/>
      </w:pPr>
      <w:r>
        <w:rPr>
          <w:b w:val="0"/>
          <w:i w:val="0"/>
        </w:rPr>
        <w:t>Đúng vậy, và để cả hai người họ không nghi ngờ gì về việc anh vui mừng đến nhường nào.</w:t>
      </w:r>
    </w:p>
    <w:p>
      <w:pPr>
        <w:spacing w:after="80"/>
      </w:pPr>
      <w:r>
        <w:rPr>
          <w:b w:val="0"/>
          <w:i w:val="0"/>
        </w:rPr>
        <w:t>Vì lý do quái gì mà tôi lại làm thế?</w:t>
      </w:r>
    </w:p>
    <w:p>
      <w:pPr>
        <w:spacing w:after="80"/>
      </w:pPr>
      <w:r>
        <w:rPr>
          <w:b w:val="0"/>
          <w:i w:val="0"/>
        </w:rPr>
        <w:t>Bởi vì phương án còn lại không dám nghĩ tới. Mất con gái và không bao giờ được gặp cháu mình. Phòng khi anh đã quên, anh từng trải qua chuyện tương tự trước đây rồi, và tôi không cần phải sống lại điều đó lần nữa.</w:t>
      </w:r>
    </w:p>
    <w:p>
      <w:pPr>
        <w:spacing w:after="80"/>
      </w:pPr>
      <w:r>
        <w:rPr>
          <w:b w:val="0"/>
          <w:i w:val="0"/>
        </w:rPr>
        <w:t>Họ có định kết hôn không? Sebastian hỏi, đổi hướng câu chuyện.</w:t>
      </w:r>
    </w:p>
    <w:p>
      <w:pPr>
        <w:spacing w:after="80"/>
      </w:pPr>
      <w:r>
        <w:rPr>
          <w:b w:val="0"/>
          <w:i w:val="0"/>
        </w:rPr>
        <w:t>Tôi không hỏi.</w:t>
      </w:r>
    </w:p>
    <w:p>
      <w:pPr>
        <w:spacing w:after="80"/>
      </w:pPr>
      <w:r>
        <w:rPr>
          <w:b w:val="0"/>
          <w:i w:val="0"/>
        </w:rPr>
        <w:t>Sao lại không?</w:t>
      </w:r>
    </w:p>
    <w:p>
      <w:pPr>
        <w:spacing w:after="80"/>
      </w:pPr>
      <w:r>
        <w:rPr>
          <w:b w:val="0"/>
          <w:i w:val="0"/>
        </w:rPr>
        <w:t>Vì đó không phải việc của tôi. Dù sao thì, tôi chắc họ sẽ cho chúng ta biết khi họ thấy ổn và sẵn sàng.</w:t>
      </w:r>
    </w:p>
    <w:p>
      <w:pPr>
        <w:spacing w:after="80"/>
      </w:pPr>
      <w:r>
        <w:rPr>
          <w:b w:val="0"/>
          <w:i w:val="0"/>
        </w:rPr>
        <w:t>Trong hoàn cảnh này, anh đang rất bình tĩnh đấy.</w:t>
      </w:r>
    </w:p>
    <w:p>
      <w:pPr>
        <w:spacing w:after="80"/>
      </w:pPr>
      <w:r>
        <w:rPr>
          <w:b w:val="0"/>
          <w:i w:val="0"/>
        </w:rPr>
        <w:t>Tất nhiên rồi. Tôi đang mong được làm bà ngoại đây.</w:t>
      </w:r>
    </w:p>
    <w:p>
      <w:pPr>
        <w:spacing w:after="80"/>
      </w:pPr>
      <w:r>
        <w:rPr>
          <w:b w:val="0"/>
          <w:i w:val="0"/>
        </w:rPr>
        <w:t>Trời ơi, Seb nói. Tôi sắp làm ông ngoại rồi.</w:t>
      </w:r>
    </w:p>
    <w:p>
      <w:pPr>
        <w:spacing w:after="80"/>
      </w:pPr>
      <w:r>
        <w:rPr>
          <w:b w:val="0"/>
          <w:i w:val="0"/>
        </w:rPr>
        <w:t xml:space="preserve">Mà nghĩ lại thì, tờ </w:t>
      </w:r>
      <w:r>
        <w:rPr>
          <w:b w:val="0"/>
          <w:i/>
        </w:rPr>
        <w:t>FT</w:t>
      </w:r>
      <w:r>
        <w:rPr>
          <w:b w:val="0"/>
          <w:i w:val="0"/>
        </w:rPr>
        <w:t xml:space="preserve"> từng mô tả anh là một trong những bộ óc sắc sảo nhất ở Thành phố!</w:t>
      </w:r>
    </w:p>
    <w:p>
      <w:pPr>
        <w:spacing w:after="80"/>
      </w:pPr>
      <w:r>
        <w:rPr>
          <w:b w:val="0"/>
          <w:i w:val="0"/>
        </w:rPr>
        <w:t>Sebastian cười toe toét, ôm vợ vào lòng và nói: Đôi khi anh quên mất, em yêu ạ, anh may mắn đến nhường nào khi cưới được em. Anh bật đèn ở phía giường mình và ngồi dậy. Chúng ta nên gọi cho mẹ anh và báo trước rằng bà sắp lên chức cụ.</w:t>
      </w:r>
    </w:p>
    <w:p>
      <w:pPr>
        <w:spacing w:after="80"/>
      </w:pPr>
      <w:r>
        <w:rPr>
          <w:b w:val="0"/>
          <w:i w:val="0"/>
        </w:rPr>
        <w:t>Bà ấy biết rồi.</w:t>
      </w:r>
    </w:p>
    <w:p>
      <w:pPr>
        <w:spacing w:after="80"/>
      </w:pPr>
      <w:r>
        <w:rPr>
          <w:b w:val="0"/>
          <w:i w:val="0"/>
        </w:rPr>
        <w:t>Vậy là tôi là người cuối cùng được biết à?</w:t>
      </w:r>
    </w:p>
    <w:p>
      <w:pPr>
        <w:spacing w:after="80"/>
      </w:pPr>
      <w:r>
        <w:rPr>
          <w:b w:val="0"/>
          <w:i w:val="0"/>
        </w:rPr>
        <w:t>Xin lỗi. Em cần kéo hết mọi người về phe mình trước khi anh nghe tin.</w:t>
      </w:r>
    </w:p>
    <w:p>
      <w:pPr>
        <w:spacing w:after="80"/>
      </w:pPr>
      <w:r>
        <w:rPr>
          <w:b w:val="0"/>
          <w:i w:val="0"/>
        </w:rPr>
        <w:t>Tuần này đúng là không phải tuần của tôi, Seb nói, tắt đèn.</w:t>
      </w:r>
    </w:p>
    <w:p>
      <w:pPr>
        <w:jc w:val="center"/>
      </w:pPr>
      <w:r>
        <w:drawing>
          <wp:inline xmlns:a="http://schemas.openxmlformats.org/drawingml/2006/main" xmlns:pic="http://schemas.openxmlformats.org/drawingml/2006/picture">
            <wp:extent cx="304800" cy="85725"/>
            <wp:docPr id="126" name="Picture 12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Tôi đã tìm ra bốn mươi hai nghìn bảng là để làm gì rồi, thưa chủ tịch, John Ashley nói.</w:t>
      </w:r>
    </w:p>
    <w:p>
      <w:pPr>
        <w:spacing w:after="80"/>
      </w:pPr>
      <w:r>
        <w:rPr>
          <w:b w:val="0"/>
          <w:i w:val="0"/>
        </w:rPr>
        <w:t>Tôi đang nghe đây, Seb nói.</w:t>
      </w:r>
    </w:p>
    <w:p>
      <w:pPr>
        <w:spacing w:after="80"/>
      </w:pPr>
      <w:r>
        <w:rPr>
          <w:b w:val="0"/>
          <w:i w:val="0"/>
        </w:rPr>
        <w:t>Đó là tiền đặt cọc cho một tòa nhà ở South Parade, trước đây từng là một công ty dịch vụ hộ tống.</w:t>
      </w:r>
    </w:p>
    <w:p>
      <w:pPr>
        <w:spacing w:after="80"/>
      </w:pPr>
      <w:r>
        <w:rPr>
          <w:b w:val="0"/>
          <w:i w:val="0"/>
        </w:rPr>
        <w:t>Đúng là thứ tôi cần. Vậy ai là bên môi giới?</w:t>
      </w:r>
    </w:p>
    <w:p>
      <w:pPr>
        <w:spacing w:after="80"/>
      </w:pPr>
      <w:r>
        <w:rPr>
          <w:b w:val="0"/>
          <w:i w:val="0"/>
        </w:rPr>
        <w:t>Savills.</w:t>
      </w:r>
    </w:p>
    <w:p>
      <w:pPr>
        <w:spacing w:after="80"/>
      </w:pPr>
      <w:r>
        <w:rPr>
          <w:b w:val="0"/>
          <w:i w:val="0"/>
        </w:rPr>
        <w:t>Chà, ít nhất thì chúng ta cũng biết chủ tịch là ai.</w:t>
      </w:r>
    </w:p>
    <w:p>
      <w:pPr>
        <w:spacing w:after="80"/>
      </w:pPr>
      <w:r>
        <w:rPr>
          <w:b w:val="0"/>
          <w:i w:val="0"/>
        </w:rPr>
        <w:t>Tôi đã nói chuyện với ông Vaughan rồi. Ông ấy bảo tôi rằng hôm nay ông sẽ trao một tấm séc do cô Lombardo ký, thanh toán đầy đủ và cuối cùng cho căn nhà, rồi lịch sự nhắc tôi rằng nếu thương vụ không thành, cô Lombardo sẽ mất tiền đặt cọc.</w:t>
      </w:r>
    </w:p>
    <w:p>
      <w:pPr>
        <w:spacing w:after="80"/>
      </w:pPr>
      <w:r>
        <w:rPr>
          <w:b w:val="0"/>
          <w:i w:val="0"/>
        </w:rPr>
        <w:t>Hy vọng Victor về kịp cuộc họp hội đồng quản trị, không thì đến cuối tuần sau có lẽ cô ấy đã tiếp quản luôn Playboy Club rồi.</w:t>
      </w:r>
    </w:p>
    <w:p>
      <w:pPr>
        <w:pStyle w:val="Heading1"/>
        <w:jc w:val="center"/>
      </w:pPr>
      <w:r>
        <w:rPr>
          <w:rFonts w:ascii="Calibri" w:hAnsi="Calibri"/>
          <w:b/>
          <w:i w:val="0"/>
          <w:sz w:val="40"/>
        </w:rPr>
        <w:t>43</w:t>
      </w:r>
    </w:p>
    <w:p>
      <w:pPr>
        <w:spacing w:after="80"/>
      </w:pPr>
      <w:r>
        <w:rPr>
          <w:b w:val="0"/>
          <w:i w:val="0"/>
        </w:rPr>
        <w:t>Từ "martinet" nghĩa là gì vậy ạ? Freddie hỏi, ngước lên khỏi bài tập về nhà.</w:t>
      </w:r>
    </w:p>
    <w:p>
      <w:pPr>
        <w:spacing w:after="80"/>
      </w:pPr>
      <w:r>
        <w:rPr>
          <w:b w:val="0"/>
          <w:i w:val="0"/>
        </w:rPr>
        <w:t>Là người khắt khe về kỷ luật, Karin đáp. Tôi nghĩ cháu sẽ thấy từ này bắt nguồn từ tiếng Pháp.</w:t>
      </w:r>
    </w:p>
    <w:p>
      <w:pPr>
        <w:spacing w:after="80"/>
      </w:pPr>
      <w:r>
        <w:rPr>
          <w:b w:val="0"/>
          <w:i w:val="0"/>
        </w:rPr>
        <w:t>Sao tiếng Anh của cô giỏi thế, cô Karin, khi cô lớn lên ở Đức ạ?</w:t>
      </w:r>
    </w:p>
    <w:p>
      <w:pPr>
        <w:spacing w:after="80"/>
      </w:pPr>
      <w:r>
        <w:rPr>
          <w:b w:val="0"/>
          <w:i w:val="0"/>
        </w:rPr>
        <w:t>Hồi đi học cô luôn thích ngoại ngữ, nên khi vào đại học cô học Ngôn ngữ Hiện đại và trở thành phiên dịch viên, nhờ đó cô gặp Giles.</w:t>
      </w:r>
    </w:p>
    <w:p>
      <w:pPr>
        <w:spacing w:after="80"/>
      </w:pPr>
      <w:r>
        <w:rPr>
          <w:b w:val="0"/>
          <w:i w:val="0"/>
        </w:rPr>
        <w:t>Cháu đã nghĩ xem sẽ học gì khi vào đại học chưa? Giles hỏi, ngước lên khỏi tờ báo buổi tối.</w:t>
      </w:r>
    </w:p>
    <w:p>
      <w:pPr>
        <w:spacing w:after="80"/>
      </w:pPr>
      <w:r>
        <w:rPr>
          <w:b w:val="0"/>
          <w:i w:val="0"/>
        </w:rPr>
        <w:t>PPC ạ, Freddie đáp.</w:t>
      </w:r>
    </w:p>
    <w:p>
      <w:pPr>
        <w:spacing w:after="80"/>
      </w:pPr>
      <w:r>
        <w:rPr>
          <w:b w:val="0"/>
          <w:i w:val="0"/>
        </w:rPr>
        <w:t>Cô biết chính trị, triết học và kinh tế, Karin nói, nhưng cô chưa bao giờ nghe nói đến PPC.</w:t>
      </w:r>
    </w:p>
    <w:p>
      <w:pPr>
        <w:spacing w:after="80"/>
      </w:pPr>
      <w:r>
        <w:rPr>
          <w:b w:val="0"/>
          <w:i w:val="0"/>
        </w:rPr>
        <w:t>Chính trị, triết học và cricket. Đó là một khóa học nổi tiếng ở Oxford.</w:t>
      </w:r>
    </w:p>
    <w:p>
      <w:pPr>
        <w:spacing w:after="80"/>
      </w:pPr>
      <w:r>
        <w:rPr>
          <w:b w:val="0"/>
          <w:i w:val="0"/>
        </w:rPr>
        <w:t>Đúng, nhưng không dành cho những kẻ khắt khe, Giles nói, và cô ngờ rằng nếu tra từ này trong cuốn Revised Oxford Shorter, cô sẽ thấy Trung tá Martinet đã được thay bằng Margaret Thatcher làm nguồn gốc chính.</w:t>
      </w:r>
    </w:p>
    <w:p>
      <w:pPr>
        <w:spacing w:after="80"/>
      </w:pPr>
      <w:r>
        <w:rPr>
          <w:b w:val="0"/>
          <w:i w:val="0"/>
        </w:rPr>
        <w:t>Đừng để ý đến anh ấy, Karin nói. Anh ấy viện đủ mọi cớ để công kích Thủ tướng.</w:t>
      </w:r>
    </w:p>
    <w:p>
      <w:pPr>
        <w:spacing w:after="80"/>
      </w:pPr>
      <w:r>
        <w:rPr>
          <w:b w:val="0"/>
          <w:i w:val="0"/>
        </w:rPr>
        <w:t>Nhưng báo chí có vẻ nghĩ bà ấy làm khá tốt đấy chứ, Freddie nói.</w:t>
      </w:r>
    </w:p>
    <w:p>
      <w:pPr>
        <w:spacing w:after="80"/>
      </w:pPr>
      <w:r>
        <w:rPr>
          <w:b w:val="0"/>
          <w:i w:val="0"/>
        </w:rPr>
        <w:t>Tốt quá mức tôi muốn, Giles thừa nhận. Sự thật là chúng tôi đã dồn bà ấy vào thế khó cho đến khi người Argentina xâm lược Falklands, nhưng từ đó đến nay, dù đạn vẫn bay tới từ mọi hướng, giống như James Bond, bà ấy dường như luôn né được đúng lúc.</w:t>
      </w:r>
    </w:p>
    <w:p>
      <w:pPr>
        <w:spacing w:after="80"/>
      </w:pPr>
      <w:r>
        <w:rPr>
          <w:b w:val="0"/>
          <w:i w:val="0"/>
        </w:rPr>
        <w:t>Còn Quốc vụ khanh Bộ Y tế thì sao? Freddie hỏi. Bà ấy có phải né nữa không khi chú quay lại ghế trước trong quốc hội?</w:t>
      </w:r>
    </w:p>
    <w:p>
      <w:pPr>
        <w:spacing w:after="80"/>
      </w:pPr>
      <w:r>
        <w:rPr>
          <w:b w:val="0"/>
          <w:i w:val="0"/>
        </w:rPr>
        <w:t>Giles vừa nói vừa có vẻ thích thú: "Mấy viên đạn sắp trúng bà ấy rồi."</w:t>
      </w:r>
    </w:p>
    <w:p>
      <w:pPr>
        <w:spacing w:after="80"/>
      </w:pPr>
      <w:r>
        <w:rPr>
          <w:b w:val="0"/>
          <w:i w:val="0"/>
        </w:rPr>
        <w:t>Giles, cư xử đàng hoàng đi. Em đang nói về chị gái của em đấy, không phải kẻ thù đâu.</w:t>
      </w:r>
    </w:p>
    <w:p>
      <w:pPr>
        <w:spacing w:after="80"/>
      </w:pPr>
      <w:r>
        <w:rPr>
          <w:b w:val="0"/>
          <w:i w:val="0"/>
        </w:rPr>
        <w:t>Chị ấy còn tệ hơn kẻ thù. Đừng quên Emma là môn đồ của thánh Margaret xứ Grantham đấy. Nhưng khi chị ấy trình bày dự luật NHS mới nhất của chính phủ trước Thượng viện, tôi định sẽ bóc tách nó từng điều khoản một, cho đến khi chị ấy thấy từ chức là một sự giải thoát đầy phước lành.</w:t>
      </w:r>
    </w:p>
    <w:p>
      <w:pPr>
        <w:spacing w:after="80"/>
      </w:pPr>
      <w:r>
        <w:rPr>
          <w:b w:val="0"/>
          <w:i w:val="0"/>
        </w:rPr>
        <w:t>Nếu là anh thì tôi sẽ cẩn thận đấy, Giles, Karin nói. Tôi nghi là với tư cách từng làm chủ tịch một bệnh viện lớn, Emma có thể hiểu biết về dịch vụ y tế hơn anh đấy.</w:t>
      </w:r>
    </w:p>
    <w:p>
      <w:pPr>
        <w:spacing w:after="80"/>
      </w:pPr>
      <w:r>
        <w:rPr>
          <w:b w:val="0"/>
          <w:i w:val="0"/>
        </w:rPr>
        <w:t>À, nhưng anh quên là cuộc tranh luận sẽ không diễn ra trong phòng họp hội đồng bệnh viện, mà trên sàn Viện Quý tộc, nơi tôi đã nằm phục kích từ lâu rồi.</w:t>
      </w:r>
    </w:p>
    <w:p>
      <w:pPr>
        <w:spacing w:after="80"/>
      </w:pPr>
      <w:r>
        <w:rPr>
          <w:b w:val="0"/>
          <w:i w:val="0"/>
        </w:rPr>
        <w:t>Có lẽ anh nên nghe lời cảnh báo của Grace thì hơn, Karin nói, rằng Emma có thể bắt lỗi anh về các chi tiết, vì khác với hầu hết các chính trị gia, chị ấy thực sự đã từng làm việc ở tuyến đầu.</w:t>
      </w:r>
    </w:p>
    <w:p>
      <w:pPr>
        <w:spacing w:after="80"/>
      </w:pPr>
      <w:r>
        <w:rPr>
          <w:b w:val="0"/>
          <w:i w:val="0"/>
        </w:rPr>
        <w:t>Tôi tin chắc anh là một người bảo thủ ngầm đấy, Giles nói.</w:t>
      </w:r>
    </w:p>
    <w:p>
      <w:pPr>
        <w:spacing w:after="80"/>
      </w:pPr>
      <w:r>
        <w:rPr>
          <w:b w:val="0"/>
          <w:i w:val="0"/>
        </w:rPr>
        <w:t>Tôi tuyệt đối không phải, Karin nói. Tôi công khai từ nhiều năm trước rồi, và chính Emma là người đã cải hóa tôi.</w:t>
      </w:r>
    </w:p>
    <w:p>
      <w:pPr>
        <w:spacing w:after="80"/>
      </w:pPr>
      <w:r>
        <w:rPr>
          <w:b w:val="0"/>
          <w:i w:val="0"/>
        </w:rPr>
        <w:t>Kẻ phản bội.</w:t>
      </w:r>
    </w:p>
    <w:p>
      <w:pPr>
        <w:spacing w:after="80"/>
      </w:pPr>
      <w:r>
        <w:rPr>
          <w:b w:val="0"/>
          <w:i w:val="0"/>
        </w:rPr>
        <w:t>Không hề. Tôi đem lòng yêu anh, chứ đâu phải yêu Đảng Lao động.</w:t>
      </w:r>
    </w:p>
    <w:p>
      <w:pPr>
        <w:spacing w:after="80"/>
      </w:pPr>
      <w:r>
        <w:rPr>
          <w:b w:val="0"/>
          <w:i w:val="0"/>
        </w:rPr>
        <w:t>Dù tốt hay xấu.</w:t>
      </w:r>
    </w:p>
    <w:p>
      <w:pPr>
        <w:spacing w:after="80"/>
      </w:pPr>
      <w:r>
        <w:rPr>
          <w:b w:val="0"/>
          <w:i w:val="0"/>
        </w:rPr>
        <w:t>Trường hợp cụ thể này thì là xấu.</w:t>
      </w:r>
    </w:p>
    <w:p>
      <w:pPr>
        <w:spacing w:after="80"/>
      </w:pPr>
      <w:r>
        <w:rPr>
          <w:b w:val="0"/>
          <w:i w:val="0"/>
        </w:rPr>
        <w:t>Xin lỗi vì đã ngắt lời, nhưng tôi chỉ muốn biết nghĩa của từ martinet thôi.</w:t>
      </w:r>
    </w:p>
    <w:p>
      <w:pPr>
        <w:spacing w:after="80"/>
      </w:pPr>
      <w:r>
        <w:rPr>
          <w:b w:val="0"/>
          <w:i w:val="0"/>
        </w:rPr>
        <w:t>Mặc kệ Giles đi, Karin nói. Anh ấy lúc nào cũng vậy ngay trước một cuộc tranh luận lớn, nhất là khi có chị gái anh ấy tham gia.</w:t>
      </w:r>
    </w:p>
    <w:p>
      <w:pPr>
        <w:spacing w:after="80"/>
      </w:pPr>
      <w:r>
        <w:rPr>
          <w:b w:val="0"/>
          <w:i w:val="0"/>
        </w:rPr>
        <w:t>Con đến xem được không? Freddie hỏi.</w:t>
      </w:r>
    </w:p>
    <w:p>
      <w:pPr>
        <w:spacing w:after="80"/>
      </w:pPr>
      <w:r>
        <w:rPr>
          <w:b w:val="0"/>
          <w:i w:val="0"/>
        </w:rPr>
        <w:t>Còn tùy con định ủng hộ đảng nào, Giles nói.</w:t>
      </w:r>
    </w:p>
    <w:p>
      <w:pPr>
        <w:spacing w:after="80"/>
      </w:pPr>
      <w:r>
        <w:rPr>
          <w:b w:val="0"/>
          <w:i w:val="0"/>
        </w:rPr>
        <w:t>Đảng nào thuyết phục được tôi rằng họ có chính sách tốt hơn.</w:t>
      </w:r>
    </w:p>
    <w:p>
      <w:pPr>
        <w:spacing w:after="80"/>
      </w:pPr>
      <w:r>
        <w:rPr>
          <w:b w:val="0"/>
          <w:i w:val="0"/>
        </w:rPr>
        <w:t>Đó là ý tưởng độc đáo đấy, Karin nói.</w:t>
      </w:r>
    </w:p>
    <w:p>
      <w:pPr>
        <w:spacing w:after="80"/>
      </w:pPr>
      <w:r>
        <w:rPr>
          <w:b w:val="0"/>
          <w:i w:val="0"/>
        </w:rPr>
        <w:t>Có lẽ bây giờ không phải lúc để nói với bố rằng con đã gia nhập Đảng Bảo thủ Trẻ, Freddie nói.</w:t>
      </w:r>
    </w:p>
    <w:p>
      <w:pPr>
        <w:spacing w:after="80"/>
      </w:pPr>
      <w:r>
        <w:rPr>
          <w:b w:val="0"/>
          <w:i w:val="0"/>
        </w:rPr>
        <w:t>Con đã làm gì cơ? Giles hỏi, lùi lại và bám chặt lấy bệ lò sưởi.</w:t>
      </w:r>
    </w:p>
    <w:p>
      <w:pPr>
        <w:spacing w:after="80"/>
      </w:pPr>
      <w:r>
        <w:rPr>
          <w:b w:val="0"/>
          <w:i w:val="0"/>
        </w:rPr>
        <w:t>Và còn tệ hơn nữa.</w:t>
      </w:r>
    </w:p>
    <w:p>
      <w:pPr>
        <w:spacing w:after="80"/>
      </w:pPr>
      <w:r>
        <w:rPr>
          <w:b w:val="0"/>
          <w:i w:val="0"/>
        </w:rPr>
        <w:t>Sao có thể tệ hơn được nữa?</w:t>
      </w:r>
    </w:p>
    <w:p>
      <w:pPr>
        <w:spacing w:after="80"/>
      </w:pPr>
      <w:r>
        <w:rPr>
          <w:b w:val="0"/>
          <w:i w:val="0"/>
        </w:rPr>
        <w:t>Bọn con vừa tổ chức một cuộc bầu cử giả ở trường, và con đã ra tranh cử với tư cách ứng viên Đảng Bảo thủ.</w:t>
      </w:r>
    </w:p>
    <w:p>
      <w:pPr>
        <w:spacing w:after="80"/>
      </w:pPr>
      <w:r>
        <w:rPr>
          <w:b w:val="0"/>
          <w:i w:val="0"/>
        </w:rPr>
        <w:t>Và kết quả thế nào? Giles gặng hỏi.</w:t>
      </w:r>
    </w:p>
    <w:p>
      <w:pPr>
        <w:spacing w:after="80"/>
      </w:pPr>
      <w:r>
        <w:rPr>
          <w:b w:val="0"/>
          <w:i w:val="0"/>
        </w:rPr>
        <w:t>Bố không muốn biết đâu.</w:t>
      </w:r>
    </w:p>
    <w:p>
      <w:pPr>
        <w:spacing w:after="80"/>
      </w:pPr>
      <w:r>
        <w:rPr>
          <w:b w:val="0"/>
          <w:i w:val="0"/>
        </w:rPr>
        <w:t>Nó không chỉ thắng áp đảo, Karin nói, mà giờ nó còn muốn nối gót bố để trở thành Nghị sĩ Quốc hội. Chỉ tiếc là nó sẽ không ngồi cùng phía với bố trong Hạ viện.</w:t>
      </w:r>
    </w:p>
    <w:p>
      <w:pPr>
        <w:spacing w:after="80"/>
      </w:pPr>
      <w:r>
        <w:rPr>
          <w:b w:val="0"/>
          <w:i w:val="0"/>
        </w:rPr>
        <w:t>Một sự im lặng bao trùm, thứ mà hiếm vị bộ trưởng nào từng khiến được Ngài Barrington xứ Bristol Docklands phải chịu đựng.</w:t>
      </w:r>
    </w:p>
    <w:p>
      <w:pPr>
        <w:jc w:val="center"/>
      </w:pPr>
      <w:r>
        <w:drawing>
          <wp:inline xmlns:a="http://schemas.openxmlformats.org/drawingml/2006/main" xmlns:pic="http://schemas.openxmlformats.org/drawingml/2006/picture">
            <wp:extent cx="304800" cy="85725"/>
            <wp:docPr id="127" name="Picture 12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ông Kaufman đến, Tom, cậu bảo ông ấy ghé qua văn phòng tôi trước cuộc họp hội đồng quản trị nhé?</w:t>
      </w:r>
    </w:p>
    <w:p>
      <w:pPr>
        <w:spacing w:after="80"/>
      </w:pPr>
      <w:r>
        <w:rPr>
          <w:b w:val="0"/>
          <w:i w:val="0"/>
        </w:rPr>
        <w:t>Tất nhiên rồi, thưa ngài, người gác cửa nói, đồng thời chào theo kiểu quân đội vị chủ tịch.</w:t>
      </w:r>
    </w:p>
    <w:p>
      <w:pPr>
        <w:spacing w:after="80"/>
      </w:pPr>
      <w:r>
        <w:rPr>
          <w:b w:val="0"/>
          <w:i w:val="0"/>
        </w:rPr>
        <w:t>Seb nhanh chóng băng qua sảnh đến chỗ thang máy. Dù chưa điểm 8 giờ, khi bước ra ở tầng trên cùng, John Ashley và Arnold Hardcastle đã đứng đợi anh sẵn ở hành lang.</w:t>
      </w:r>
    </w:p>
    <w:p>
      <w:pPr>
        <w:spacing w:after="80"/>
      </w:pPr>
      <w:r>
        <w:rPr>
          <w:b w:val="0"/>
          <w:i w:val="0"/>
        </w:rPr>
        <w:t>Chào buổi sáng, các quý ông, Seb nói, sải bước ngang qua họ và vào văn phòng. Mời ngồi. Tôi nghĩ chúng ta nên bàn về chiến thuật trước khi Victor đến, giả sử ông ấy có đến. Bắt đầu với anh nhé, John. Có tin gì mới không?</w:t>
      </w:r>
    </w:p>
    <w:p>
      <w:pPr>
        <w:spacing w:after="80"/>
      </w:pPr>
      <w:r>
        <w:rPr>
          <w:b w:val="0"/>
          <w:i w:val="0"/>
        </w:rPr>
        <w:t>Ashley mở một tập hồ sơ ngày càng dày lên theo từng ngày. Tấm séc trị giá 320,000 đã được xuất trình. Tuy nhiên, ông Vaughan đã đồng ý rằng chúng ta không cần thanh toán ngay vì vẫn còn trong thời hạn dàn xếp.</w:t>
      </w:r>
    </w:p>
    <w:p>
      <w:pPr>
        <w:spacing w:after="80"/>
      </w:pPr>
      <w:r>
        <w:rPr>
          <w:b w:val="0"/>
          <w:i w:val="0"/>
        </w:rPr>
        <w:t>Anh ấy thật chu đáo, Seb nói, nhưng dù sao thì chúng ta cũng đã là một khách hàng đáng tin cậy trong nhiều năm rồi. Anh nghĩ chúng ta nên làm gì đây, John, nếu Victor không xuất hiện?</w:t>
      </w:r>
    </w:p>
    <w:p>
      <w:pPr>
        <w:spacing w:after="80"/>
      </w:pPr>
      <w:r>
        <w:rPr>
          <w:b w:val="0"/>
          <w:i w:val="0"/>
        </w:rPr>
        <w:t>Gọi Barry Hammond đến và chỉ thị cho anh ta lùng sục Victor bất kể hắn ở đâu, vì tôi chắc chắn anh ta cũng sẽ tìm thấy cô gái ở đó luôn.</w:t>
      </w:r>
    </w:p>
    <w:p>
      <w:pPr>
        <w:spacing w:after="80"/>
      </w:pPr>
      <w:r>
        <w:rPr>
          <w:b w:val="0"/>
          <w:i w:val="0"/>
        </w:rPr>
        <w:t>Việc đó cũng có những rủi ro riêng của nó, Arnold gợi ý.</w:t>
      </w:r>
    </w:p>
    <w:p>
      <w:pPr>
        <w:spacing w:after="80"/>
      </w:pPr>
      <w:r>
        <w:rPr>
          <w:b w:val="0"/>
          <w:i w:val="0"/>
        </w:rPr>
        <w:t>Theo tôi thì những rủi ro đó không đáng kể so với hậu quả của việc để cô ta vắt kiệt Victor, John nói.</w:t>
      </w:r>
    </w:p>
    <w:p>
      <w:pPr>
        <w:spacing w:after="80"/>
      </w:pPr>
      <w:r>
        <w:rPr>
          <w:b w:val="0"/>
          <w:i w:val="0"/>
        </w:rPr>
        <w:t>Một phép ẩn dụ không hay lắm, Seb nói, liếc nhìn đồng hồ. Anh ta đang cắt sát giờ quá.</w:t>
      </w:r>
    </w:p>
    <w:p>
      <w:pPr>
        <w:spacing w:after="80"/>
      </w:pPr>
      <w:r>
        <w:rPr>
          <w:b w:val="0"/>
          <w:i w:val="0"/>
        </w:rPr>
        <w:t>Có tiếng gõ nhẹ trên cửa và cả ba người đều ngẩng lên đầy mong đợi. Cửa mở ra và Rachel bước vào văn phòng chủ tịch.</w:t>
      </w:r>
    </w:p>
    <w:p>
      <w:pPr>
        <w:spacing w:after="80"/>
      </w:pPr>
      <w:r>
        <w:rPr>
          <w:b w:val="0"/>
          <w:i w:val="0"/>
        </w:rPr>
        <w:t>Một số giám đốc đã đến rồi và đang đợi ngài trong phòng họp hội đồng quản trị, thư ký của ông nói khi đưa cho Seb một bản sao chương trình nghị sự.</w:t>
      </w:r>
    </w:p>
    <w:p>
      <w:pPr>
        <w:spacing w:after="80"/>
      </w:pPr>
      <w:r>
        <w:rPr>
          <w:b w:val="0"/>
          <w:i w:val="0"/>
        </w:rPr>
        <w:t>Ông Kaufman có trong số đó không, Rachel?</w:t>
      </w:r>
    </w:p>
    <w:p>
      <w:pPr>
        <w:spacing w:after="80"/>
      </w:pPr>
      <w:r>
        <w:rPr>
          <w:b w:val="0"/>
          <w:i w:val="0"/>
        </w:rPr>
        <w:t>Không, thưa chủ tịch, sáng nay tôi chưa thấy ông ấy.</w:t>
      </w:r>
    </w:p>
    <w:p>
      <w:pPr>
        <w:spacing w:after="80"/>
      </w:pPr>
      <w:r>
        <w:rPr>
          <w:b w:val="0"/>
          <w:i w:val="0"/>
        </w:rPr>
        <w:t>Vậy thì tôi đề nghị chúng ta cùng nhập hội với các đồng nghiệp, Seb nói, sau khi liếc qua chương trình nghị sự. Tôi đề xuất rằng chúng ta không nói gì về cô Lombardo cho đến khi có cơ hội nói chuyện riêng với Victor.</w:t>
      </w:r>
    </w:p>
    <w:p>
      <w:pPr>
        <w:spacing w:after="80"/>
      </w:pPr>
      <w:r>
        <w:rPr>
          <w:b w:val="0"/>
          <w:i w:val="0"/>
        </w:rPr>
        <w:t>Đồng ý, vị CEO và cố vấn pháp lý của ngân hàng đồng thanh nói.</w:t>
      </w:r>
    </w:p>
    <w:p>
      <w:pPr>
        <w:spacing w:after="80"/>
      </w:pPr>
      <w:r>
        <w:rPr>
          <w:b w:val="0"/>
          <w:i w:val="0"/>
        </w:rPr>
        <w:t>Cả ba người đàn ông đứng dậy không nói thêm lời nào, bước ra khỏi văn phòng chủ tịch và tiến về phòng họp hội đồng quản trị, nơi họ nhập hội với các đồng nghiệp.</w:t>
      </w:r>
    </w:p>
    <w:p>
      <w:pPr>
        <w:spacing w:after="80"/>
      </w:pPr>
      <w:r>
        <w:rPr>
          <w:b w:val="0"/>
          <w:i w:val="0"/>
        </w:rPr>
        <w:t>Chào buổi sáng, Giles, Seb nói, người chưa từng gọi chú mình bằng tên riêng cho đến khi trở thành chủ tịch. Có phải tôi hiểu rằng chú và mẹ cháu không còn nói chuyện với nhau nữa, kể từ khi dự luật NHS được đọc lần đầu tiên?</w:t>
      </w:r>
    </w:p>
    <w:p>
      <w:pPr>
        <w:spacing w:after="80"/>
      </w:pPr>
      <w:r>
        <w:rPr>
          <w:b w:val="0"/>
          <w:i w:val="0"/>
        </w:rPr>
        <w:t>Đúng vậy, thưa chủ tịch. Cuộc đối thoại duy nhất của chúng ta trong tương lai sẽ là qua bục phát biểu tại quốc hội.</w:t>
      </w:r>
    </w:p>
    <w:p>
      <w:pPr>
        <w:spacing w:after="80"/>
      </w:pPr>
      <w:r>
        <w:rPr>
          <w:b w:val="0"/>
          <w:i w:val="0"/>
        </w:rPr>
        <w:t>Seb mỉm cười, nhưng không thể ngăn mình liên tục liếc về phía cửa. Các giám đốc khác ngồi vào vị trí quanh bàn họp hội đồng quản trị nhưng chiếc ghế ở đầu xa căn phòng vẫn trống. Giống như mẹ mình, Seb tin vào việc bắt đầu các cuộc họp hội đồng đúng giờ. Ông liếc nhìn đồng hồ. Chín giờ kém một phút. Ông ngồi vào ghế đầu bàn và nói, Chào buổi sáng, các quý ông. Tôi sẽ đề nghị thư ký công ty đọc biên bản cuộc họp lần trước.</w:t>
      </w:r>
    </w:p>
    <w:p>
      <w:pPr>
        <w:spacing w:after="80"/>
      </w:pPr>
      <w:r>
        <w:rPr>
          <w:b w:val="0"/>
          <w:i w:val="0"/>
        </w:rPr>
        <w:t>Ông Whitford đứng dậy từ chỗ ngồi bên phải chủ tịch và đọc biên bản như thể đang đọc bài giảng tại nhà thờ địa phương của mình.</w:t>
      </w:r>
    </w:p>
    <w:p>
      <w:pPr>
        <w:spacing w:after="80"/>
      </w:pPr>
      <w:r>
        <w:rPr>
          <w:b w:val="0"/>
          <w:i w:val="0"/>
        </w:rPr>
        <w:t>Seb cố gắng tập trung nhưng cứ liếc mắt về phía cửa, dù chẳng mấy hy vọng, vì anh chưa từng thấy Victor đến muộn một cuộc họp hội đồng quản trị bao giờ. Khi ông Whitford ngồi xuống, Seb quên mất việc hỏi các giám đốc đồng nghiệp xem họ có câu hỏi nào không. Anh chỉ lẩm bẩm, Mục số một, và định mời tổng giám đốc trình bày báo cáo hàng tháng thì cửa phòng họp bật mở và một vị phó chủ tịch bối rối lao vào.</w:t>
      </w:r>
    </w:p>
    <w:p>
      <w:pPr>
        <w:spacing w:after="80"/>
      </w:pPr>
      <w:r>
        <w:rPr>
          <w:b w:val="0"/>
          <w:i w:val="0"/>
        </w:rPr>
        <w:t>Ngay cả trước khi ngồi vào ghế, Victor đã nói, Tôi xin lỗi, chủ tịch. Chuyến bay của tôi bị hoãn vì sương mù. Chắc hẳn chúng tôi đã bay vòng qua tòa nhà này cả chục lần trước khi được phép hạ cánh.</w:t>
      </w:r>
    </w:p>
    <w:p>
      <w:pPr>
        <w:spacing w:after="80"/>
      </w:pPr>
      <w:r>
        <w:rPr>
          <w:b w:val="0"/>
          <w:i w:val="0"/>
        </w:rPr>
        <w:t>Không có vấn đề gì đâu, Victor, Seb bình tĩnh nói. Anh chỉ lỡ phần đọc biên bản cuộc họp lần trước thôi, và tôi đang định chuyển sang mục số một, quy định ngân hàng mới của chính phủ. John?</w:t>
      </w:r>
    </w:p>
    <w:p>
      <w:pPr>
        <w:spacing w:after="80"/>
      </w:pPr>
      <w:r>
        <w:rPr>
          <w:b w:val="0"/>
          <w:i w:val="0"/>
        </w:rPr>
        <w:t>Ashley mở một tập hồ sơ và cúi xuống nhìn những ghi chú dày đặc anh đã chuẩn bị cùng bản tóm tắt anh sắp chia sẻ với các đồng nghiệp. Có vẻ như các chủ ngân hàng, anh bắt đầu, giờ đây được xếp ngang hàng với các đại lý bất động sản và các nghị sĩ quốc hội như những thành viên ít được tin cậy nhất trong cộng đồng.</w:t>
      </w:r>
    </w:p>
    <w:p>
      <w:pPr>
        <w:spacing w:after="80"/>
      </w:pPr>
      <w:r>
        <w:rPr>
          <w:b w:val="0"/>
          <w:i w:val="0"/>
        </w:rPr>
        <w:t>Vậy thì tất cả những gì tôi phải làm là trở thành đại lý bất động sản, Giles nói, và thế là tôi đã trải qua cả ba.</w:t>
      </w:r>
    </w:p>
    <w:p>
      <w:pPr>
        <w:spacing w:after="80"/>
      </w:pPr>
      <w:r>
        <w:rPr>
          <w:b w:val="0"/>
          <w:i w:val="0"/>
        </w:rPr>
        <w:t>Điểm mấu chốt là gì? Seb hỏi, sau khi tiếng cười đã lắng xuống.</w:t>
      </w:r>
    </w:p>
    <w:p>
      <w:pPr>
        <w:spacing w:after="80"/>
      </w:pPr>
      <w:r>
        <w:rPr>
          <w:b w:val="0"/>
          <w:i w:val="0"/>
        </w:rPr>
        <w:t>Chúng ta có thể mong đợi sự giám sát chặt chẽ hơn nữa đối với các hoạt động hàng ngày của ngân hàng, và những đợt thanh tra khắc nghiệt hơn nhiều từ các cơ quan quản lý, cùng với một loạt quy định mới. Geoffrey Howe quyết tâm chứng tỏ ông ấy là một cây chổi mới đang dọn dẹp sạch sẽ Thành phố.</w:t>
      </w:r>
    </w:p>
    <w:p>
      <w:pPr>
        <w:spacing w:after="80"/>
      </w:pPr>
      <w:r>
        <w:rPr>
          <w:b w:val="0"/>
          <w:i w:val="0"/>
        </w:rPr>
        <w:t>Các chính phủ Bảo thủ thì luôn như vậy, nhưng điều đó thường bị lãng quên sau vài bài diễn văn được chọn lọc khéo léo của thủ tướng tại bữa tiệc của thị trưởng.</w:t>
      </w:r>
    </w:p>
    <w:p>
      <w:pPr>
        <w:spacing w:after="80"/>
      </w:pPr>
      <w:r>
        <w:rPr>
          <w:b w:val="0"/>
          <w:i w:val="0"/>
        </w:rPr>
        <w:t>Seb thấy tâm trí mình lại trôi đi, khi các giám đốc bắt đầu bày tỏ những quan điểm dễ đoán của họ, ngoại lệ duy nhất là Giles, người mà ngay cả lúc này anh cũng không bao giờ đoán trước được. Anh bừng tỉnh trở về thế giới thực khi nhận ra các giám đốc đồng nghiệp đều đang nhìn chằm chằm vào mình.</w:t>
      </w:r>
    </w:p>
    <w:p>
      <w:pPr>
        <w:spacing w:after="80"/>
      </w:pPr>
      <w:r>
        <w:rPr>
          <w:b w:val="0"/>
          <w:i w:val="0"/>
        </w:rPr>
        <w:t>Mục số hai? thư ký công ty gợi ý.</w:t>
      </w:r>
    </w:p>
    <w:p>
      <w:pPr>
        <w:spacing w:after="80"/>
      </w:pPr>
      <w:r>
        <w:rPr>
          <w:b w:val="0"/>
          <w:i w:val="0"/>
        </w:rPr>
        <w:t>Mục số hai, Seb nói. Ngài Barrington vừa trở về từ Rome, và tôi tin rằng ông ấy có một tin khá thú vị muốn chia sẻ với chúng ta. Giles?</w:t>
      </w:r>
    </w:p>
    <w:p>
      <w:pPr>
        <w:spacing w:after="80"/>
      </w:pPr>
      <w:r>
        <w:rPr>
          <w:b w:val="0"/>
          <w:i w:val="0"/>
        </w:rPr>
        <w:t>Giles tóm tắt với hội đồng về chuyến thăm gần đây của ông đến Thành phố Vĩnh cửu, nơi ông đã có các cuộc họp với ông Menegatti, chủ tịch Ngân hàng Cassaldi, nhằm mục đích để hai tổ chức thiết lập một quan hệ đối tác dài hạn. Sau báo cáo của ông là phần thảo luận giữa các giám đốc, mà Seb tóm tắt bằng đề xuất rằng Giles, cùng với một nhóm được chọn lọc, nên đưa các cuộc thảo luận lên giai đoạn tiếp theo và tìm hiểu xem liệu có thể đạt được một đề xuất sáp nhập thực chất mà cả hai chủ tịch đều cảm thấy có thể đề xuất lên hội đồng của họ hay không.</w:t>
      </w:r>
    </w:p>
    <w:p>
      <w:pPr>
        <w:spacing w:after="80"/>
      </w:pPr>
      <w:r>
        <w:rPr>
          <w:b w:val="0"/>
          <w:i w:val="0"/>
        </w:rPr>
        <w:t>Chúc mừng, Giles, Seb nói. Chúng tôi sẽ mong chờ báo cáo tiếp theo của ông. Có lẽ giờ chúng ta nên chuyển sang mục số ba. Nhưng tâm trí anh lại bắt đầu lang thang khi anh nghĩ về mục duy nhất sẽ có trong chương trình nghị sự khi anh có cuộc họp riêng với phó chủ tịch của mình sau đó. Dù anh phải thừa nhận rằng Victor trông thư giãn hơn hẳn so với cảm giác của anh.</w:t>
      </w:r>
    </w:p>
    <w:p>
      <w:pPr>
        <w:spacing w:after="80"/>
      </w:pPr>
      <w:r>
        <w:rPr>
          <w:b w:val="0"/>
          <w:i w:val="0"/>
        </w:rPr>
        <w:t>Seb nhẹ nhõm khi thư ký công ty cuối cùng hỏi, Còn vấn đề gì khác không?</w:t>
      </w:r>
    </w:p>
    <w:p>
      <w:pPr>
        <w:spacing w:after="80"/>
      </w:pPr>
      <w:r>
        <w:rPr>
          <w:b w:val="0"/>
          <w:i w:val="0"/>
        </w:rPr>
        <w:t>Có, Victor tuyên bố, từ đầu bên kia bàn. Seb nhướng một bên lông mày. Một số đồng nghiệp của tôi có thể đã thắc mắc tôi đã ở đâu trong mười ngày qua, và tôi cảm thấy mình nợ tất cả các vị một lời giải thích. Chắc chắn có ba giám đốc đồng ý với ông.</w:t>
      </w:r>
    </w:p>
    <w:p>
      <w:pPr>
        <w:spacing w:after="80"/>
      </w:pPr>
      <w:r>
        <w:rPr>
          <w:b w:val="0"/>
          <w:i w:val="0"/>
        </w:rPr>
        <w:t>Khi tôi trở thành phó chủ tịch, Victor tiếp tục, trong số những trách nhiệm mà chủ tịch giao cho tôi có việc tìm hiểu cách ngân hàng xử lý các khoản quyên góp từ thiện của mình. Tôi buộc phải nói rằng tôi đã cho rằng đó sẽ không phải là một nhiệm vụ khó khăn. Tuy nhiên, tôi không thể sai lầm hơn. Tôi nhanh chóng phát hiện ra rằng ngân hàng đơn giản là không có chính sách nào, và theo tiêu chuẩn của các đối thủ cạnh tranh, chúng ta không chỉ bị coi là thiếu sót mà còn, thật lòng mà nói, là keo kiệt. Tôi sẽ không nhận ra mình keo kiệt đến mức nào nếu Lady Barrington không đến gặp tôi để xin ngân hàng hỗ trợ khi bà ấy chạy marathon. Khi bà ấy đưa ra danh sách các nhà tài trợ, tôi cảm thấy xấu hổ. Bà ấy đã quyên được nhiều tiền hơn từ Barclays, Nat West và Tiến sĩ Grace Barrington so với số tiền bà ấy quyên được từ Farthings Kaufman. Điều đó cũng khiến tôi quan tâm hơn đến tổ chức từ thiện mà bà ấy đang ủng hộ.</w:t>
      </w:r>
    </w:p>
    <w:p>
      <w:pPr>
        <w:spacing w:after="80"/>
      </w:pPr>
      <w:r>
        <w:rPr>
          <w:b w:val="0"/>
          <w:i w:val="0"/>
        </w:rPr>
        <w:t>Phó chủ tịch đã thu hút sự chú ý của toàn bộ hội đồng quản trị.</w:t>
      </w:r>
    </w:p>
    <w:p>
      <w:pPr>
        <w:spacing w:after="80"/>
      </w:pPr>
      <w:r>
        <w:rPr>
          <w:b w:val="0"/>
          <w:i w:val="0"/>
        </w:rPr>
        <w:t>Tổ chức từ thiện liên quan cử các phái đoàn đến châu Phi, nơi bác sĩ phẫu thuật tim nổi tiếng của họ, Tiến sĩ Magdi Yacoub, tiến hành phẫu thuật cho những đứa trẻ mà nếu không có ông, chúng sẽ chẳng còn hy vọng sống sót.</w:t>
      </w:r>
    </w:p>
    <w:p>
      <w:pPr>
        <w:spacing w:after="80"/>
      </w:pPr>
      <w:r>
        <w:rPr>
          <w:b w:val="0"/>
          <w:i w:val="0"/>
        </w:rPr>
        <w:t>Vậy chính xác một phái đoàn là gì? ông Whitford hỏi, người đã ghi chép lại từng lời của phó chủ tịch.</w:t>
      </w:r>
    </w:p>
    <w:p>
      <w:pPr>
        <w:spacing w:after="80"/>
      </w:pPr>
      <w:r>
        <w:rPr>
          <w:b w:val="0"/>
          <w:i w:val="0"/>
        </w:rPr>
        <w:t>Một phái đoàn gồm năm người — một bác sĩ phẫu thuật, một bác sĩ, hai y tá và một người quản lý, tất cả đều phục vụ miễn phí, thường phải hy sinh kỳ nghỉ của mình để thực hiện công việc thiết yếu này. Phu nhân Barrington gợi ý tôi nên gặp cô Candice Lombardo, một thành viên tích cực của hội đồng tổ chức từ thiện, nên tôi đã mời cô ấy cùng ăn tối. Victor mỉm cười nhìn chủ tịch.</w:t>
      </w:r>
    </w:p>
    <w:p>
      <w:pPr>
        <w:spacing w:after="80"/>
      </w:pPr>
      <w:r>
        <w:rPr>
          <w:b w:val="0"/>
          <w:i w:val="0"/>
        </w:rPr>
        <w:t>Sao tôi lại biết cái tên đó nhỉ? thư ký công ty hỏi.</w:t>
      </w:r>
    </w:p>
    <w:p>
      <w:pPr>
        <w:spacing w:after="80"/>
      </w:pPr>
      <w:r>
        <w:rPr>
          <w:b w:val="0"/>
          <w:i w:val="0"/>
        </w:rPr>
        <w:t xml:space="preserve">Cô Lombardo, Clive Bingham nói, được độc giả tạp chí </w:t>
      </w:r>
      <w:r>
        <w:rPr>
          <w:b w:val="0"/>
          <w:i/>
        </w:rPr>
        <w:t>GQ</w:t>
      </w:r>
      <w:r>
        <w:rPr>
          <w:b w:val="0"/>
          <w:i w:val="0"/>
        </w:rPr>
        <w:t xml:space="preserve"> bình chọn là người phụ nữ quyến rũ nhất hành tinh và, nếu tin lời báo lá cải, thì hiện cô ấy đang có mối tình thoáng qua với Omar Sharif.</w:t>
      </w:r>
    </w:p>
    <w:p>
      <w:pPr>
        <w:spacing w:after="80"/>
      </w:pPr>
      <w:r>
        <w:rPr>
          <w:b w:val="0"/>
          <w:i w:val="0"/>
        </w:rPr>
        <w:t>Tôi không biết điều đó có đúng không, Victor nói. Tất cả những gì tôi có thể nói là khi chúng tôi ăn tối, nhanh chóng rõ ràng cô ấy tận tâm với mục đích này đến mức nào. Cô Lombardo mời tôi cùng cô ấy đến Ai Cập để tận mắt chứng kiến công việc mà Tiến sĩ Yacoub và đội của ông đang thực hiện ở đất nước đó. Đó là nơi tôi đã ở suốt mười ngày qua, thưa chủ tịch. Và tôi thú nhận, tôi đã dành phần lớn thời gian để ngất xỉu hoặc nôn mửa.</w:t>
      </w:r>
    </w:p>
    <w:p>
      <w:pPr>
        <w:spacing w:after="80"/>
      </w:pPr>
      <w:r>
        <w:rPr>
          <w:b w:val="0"/>
          <w:i w:val="0"/>
        </w:rPr>
        <w:t>Phó chủ tịch ngất xỉu ư? Clive nói trong sự hoài nghi.</w:t>
      </w:r>
    </w:p>
    <w:p>
      <w:pPr>
        <w:spacing w:after="80"/>
      </w:pPr>
      <w:r>
        <w:rPr>
          <w:b w:val="0"/>
          <w:i w:val="0"/>
        </w:rPr>
        <w:t>Không chỉ một lần. Tôi có thể đảm bảo với anh, việc chứng kiến một đứa trẻ bị mổ toang lồng ngực không dành cho người yếu tim. Đến lúc lên máy bay về nhà, tôi đã quyết tâm làm nhiều hơn, nhiều hơn rất nhiều. Nhờ chuyến đi đó, tôi sẽ đề xuất với hội đồng quản trị rằng chúng ta đảm nhận vai trò ngân hàng cho tổ chức từ thiện, không thu phí. Tôi đã đồng ý trở thành thủ quỹ danh dự của họ.</w:t>
      </w:r>
    </w:p>
    <w:p>
      <w:pPr>
        <w:spacing w:after="80"/>
      </w:pPr>
      <w:r>
        <w:rPr>
          <w:b w:val="0"/>
          <w:i w:val="0"/>
        </w:rPr>
        <w:t>Nói theo lời của anh, nhiều hơn rất nhiều, Seb nói. Ngân hàng còn có thể làm gì để giúp đỡ nữa?</w:t>
      </w:r>
    </w:p>
    <w:p>
      <w:pPr>
        <w:spacing w:after="80"/>
      </w:pPr>
      <w:r>
        <w:rPr>
          <w:b w:val="0"/>
          <w:i w:val="0"/>
        </w:rPr>
        <w:t>Chúng ta có thể bắt đầu bằng việc đóng góp đáng kể cho quỹ từ thiện Marsden, để họ có thể tiếp tục công việc mà không phải sống chật vật từng ngày.</w:t>
      </w:r>
    </w:p>
    <w:p>
      <w:pPr>
        <w:spacing w:after="80"/>
      </w:pPr>
      <w:r>
        <w:rPr>
          <w:b w:val="0"/>
          <w:i w:val="0"/>
        </w:rPr>
        <w:t>Anh có nghĩ đến con số cụ thể nào chưa? Giles hỏi.</w:t>
      </w:r>
    </w:p>
    <w:p>
      <w:pPr>
        <w:spacing w:after="80"/>
      </w:pPr>
      <w:r>
        <w:rPr>
          <w:b w:val="0"/>
          <w:i w:val="0"/>
        </w:rPr>
        <w:t>Nửa triệu mỗi năm trong năm năm tới. Có một hai tiếng xuýt xoa quanh bàn trước khi Victor tiếp tục, Điều mà tôi biết hội đồng quản trị sẽ vui mừng khi biết là đủ điều kiện được giảm thuế bốn mươi phần trăm.</w:t>
      </w:r>
    </w:p>
    <w:p>
      <w:pPr>
        <w:spacing w:after="80"/>
      </w:pPr>
      <w:r>
        <w:rPr>
          <w:b w:val="0"/>
          <w:i w:val="0"/>
        </w:rPr>
        <w:t>Anh nghĩ các cổ đông của chúng ta sẽ phản ứng thế nào khi chúng ta trao một khoản tiền lớn như vậy cho từ thiện? John Ashley hỏi.</w:t>
      </w:r>
    </w:p>
    <w:p>
      <w:pPr>
        <w:spacing w:after="80"/>
      </w:pPr>
      <w:r>
        <w:rPr>
          <w:b w:val="0"/>
          <w:i w:val="0"/>
        </w:rPr>
        <w:t>Nếu ông Kaufman phát biểu tại Đại hội cổ đông thường niên (AGM), Seb gợi ý, tôi nghi họ sẽ nói thế là chưa đủ.</w:t>
      </w:r>
    </w:p>
    <w:p>
      <w:pPr>
        <w:spacing w:after="80"/>
      </w:pPr>
      <w:r>
        <w:rPr>
          <w:b w:val="0"/>
          <w:i w:val="0"/>
        </w:rPr>
        <w:t>Một hai thành viên hội đồng quản trị gật đầu, trong khi những người khác mỉm cười.</w:t>
      </w:r>
    </w:p>
    <w:p>
      <w:pPr>
        <w:spacing w:after="80"/>
      </w:pPr>
      <w:r>
        <w:rPr>
          <w:b w:val="0"/>
          <w:i w:val="0"/>
        </w:rPr>
        <w:t>Nhưng chúng ta vẫn phải giải trình xem tiền đang được chi tiêu thế nào, thư ký công ty nói. Suy cho cùng, đó chẳng qua chỉ là nghĩa vụ ủy thác của chúng ta.</w:t>
      </w:r>
    </w:p>
    <w:p>
      <w:pPr>
        <w:spacing w:after="80"/>
      </w:pPr>
      <w:r>
        <w:rPr>
          <w:b w:val="0"/>
          <w:i w:val="0"/>
        </w:rPr>
        <w:t>Tôi đồng ý, Victor nói, và nếu tôi được phép trình bày với các cổ đông về vấn đề này tại Đại hội đồng cổ đông thường niên (AGM), tôi chắc mình không cần phải nhắc họ rằng gần đây ngân hàng đã kiếm được hơn mười một triệu bảng từ thương vụ Mr Al Fayed thâu tóm Harrods. Tuy nhiên, tôi phải thú nhận rằng, khi chưa có sự chấp thuận của hội đồng quản trị, tôi đã đặt cọc mua một bất động sản ở South Parade, phía sau bệnh viện Royal Marsden, để tổ chức từ thiện có thể đặt trụ sở ngay gần bệnh viện. Tôi đã mua được với giá rẻ như bèo, vì trước đây mặt bằng này từng được một công ty dịch vụ hộ tống (escort agency) sử dụng.</w:t>
      </w:r>
    </w:p>
    <w:p>
      <w:pPr>
        <w:spacing w:after="80"/>
      </w:pPr>
      <w:r>
        <w:rPr>
          <w:b w:val="0"/>
          <w:i w:val="0"/>
        </w:rPr>
        <w:t>Sao anh không báo trước cho hội đồng quản trị về việc mua này? Seb hỏi. Một cuộc điện thoại là quá đủ, để các giám đốc điều hành của chúng ta có thể thảo luận đề xuất của anh trước cuộc họp hội đồng hôm nay. Thay vào đó, anh dường như đã đưa cho chúng tôi một việc đã rồi (fait accompli).</w:t>
      </w:r>
    </w:p>
    <w:p>
      <w:pPr>
        <w:spacing w:after="80"/>
      </w:pPr>
      <w:r>
        <w:rPr>
          <w:b w:val="0"/>
          <w:i w:val="0"/>
        </w:rPr>
        <w:t>Tôi xin lỗi, chủ tịch, nhưng tôi đã quên không nhắc rằng Công nương Diana, một người bạn của Tiến sĩ Yacoub, cũng có mặt trong chuyến đi Ai Cập, và đội an ninh của cô ấy đã yêu cầu chúng tôi không tiết lộ vị trí của mình hay tên của bất kỳ ai khác trong chuyến đi.</w:t>
      </w:r>
    </w:p>
    <w:p>
      <w:pPr>
        <w:spacing w:after="80"/>
      </w:pPr>
      <w:r>
        <w:rPr>
          <w:b w:val="0"/>
          <w:i w:val="0"/>
        </w:rPr>
        <w:t>Hoàn toàn đúng, Giles nói. Chúng ta không cần phải đánh điện báo cho IRA.</w:t>
      </w:r>
    </w:p>
    <w:p>
      <w:pPr>
        <w:spacing w:after="80"/>
      </w:pPr>
      <w:r>
        <w:rPr>
          <w:b w:val="0"/>
          <w:i w:val="0"/>
        </w:rPr>
        <w:t>Và tôi giả định, Victor tiếp tục, nhìn thẳng vào Seb, rằng nếu có một tình huống khẩn cấp thực sự xảy ra, anh sẽ không ngần ngại gọi cho vợ tôi, người duy nhất biết chính xác tôi đang ở đâu.</w:t>
      </w:r>
    </w:p>
    <w:p>
      <w:pPr>
        <w:spacing w:after="80"/>
      </w:pPr>
      <w:r>
        <w:rPr>
          <w:b w:val="0"/>
          <w:i w:val="0"/>
        </w:rPr>
        <w:t>Ba trong số các giám đốc gật đầu đồng ý.</w:t>
      </w:r>
    </w:p>
    <w:p>
      <w:pPr>
        <w:spacing w:after="80"/>
      </w:pPr>
      <w:r>
        <w:rPr>
          <w:b w:val="0"/>
          <w:i w:val="0"/>
        </w:rPr>
        <w:t>Cuối cùng, Victor nói, tôi biết tất cả các vị sẽ rất vui khi nghe rằng Giáo sư Yacoub sẽ tổ chức một cuộc họp báo tại Marsden vào thứ Năm tới để công bố rằng Công nương Diana đã đồng ý làm người bảo trợ cho tổ chức từ thiện.</w:t>
      </w:r>
    </w:p>
    <w:p>
      <w:pPr>
        <w:spacing w:after="80"/>
      </w:pPr>
      <w:r>
        <w:rPr>
          <w:b w:val="0"/>
          <w:i w:val="0"/>
        </w:rPr>
        <w:t>Tuyệt vời, Clive nói. Điều đó chỉ có thể tốt cho hình ảnh của ngân hàng.</w:t>
      </w:r>
    </w:p>
    <w:p>
      <w:pPr>
        <w:spacing w:after="80"/>
      </w:pPr>
      <w:r>
        <w:rPr>
          <w:b w:val="0"/>
          <w:i w:val="0"/>
        </w:rPr>
        <w:t>Đó không phải là mục đích duy nhất của tôi khi muốn ủng hộ một mục đích đáng giá như vậy, Victor nói sắc lạnh.</w:t>
      </w:r>
    </w:p>
    <w:p>
      <w:pPr>
        <w:spacing w:after="80"/>
      </w:pPr>
      <w:r>
        <w:rPr>
          <w:b w:val="0"/>
          <w:i w:val="0"/>
        </w:rPr>
        <w:t>Có lẽ không phải, Arnold nói, nhưng trong khi ngài thủ tướng tài chính (chancellor) vẫn còn đang loay hoay, thì việc này cũng chẳng hại gì cho chúng ta.</w:t>
      </w:r>
    </w:p>
    <w:p>
      <w:pPr>
        <w:spacing w:after="80"/>
      </w:pPr>
      <w:r>
        <w:rPr>
          <w:b w:val="0"/>
          <w:i w:val="0"/>
        </w:rPr>
        <w:t>Có lẽ anh nên viết một bản đề xuất để chúng tôi xem xét tại cuộc họp hội đồng tháng sau, Seb nói, và phân phát sớm đủ để chúng tôi có thể suy nghĩ nghiêm túc về nó.</w:t>
      </w:r>
    </w:p>
    <w:p>
      <w:pPr>
        <w:spacing w:after="80"/>
      </w:pPr>
      <w:r>
        <w:rPr>
          <w:b w:val="0"/>
          <w:i w:val="0"/>
        </w:rPr>
        <w:t>Tôi đã phác thảo một bản tóm tắt trong lúc bay vòng quanh trên đầu các vị sáng nay, thưa chủ tịch, và khi hoàn thành xong, tôi sẽ gửi bản sao cho tất cả thành viên hội đồng.</w:t>
      </w:r>
    </w:p>
    <w:p>
      <w:pPr>
        <w:spacing w:after="80"/>
      </w:pPr>
      <w:r>
        <w:rPr>
          <w:b w:val="0"/>
          <w:i w:val="0"/>
        </w:rPr>
        <w:t>Một vài giám đốc gật đầu, khi Victor đóng tập hồ sơ trước mặt lại.</w:t>
      </w:r>
    </w:p>
    <w:p>
      <w:pPr>
        <w:spacing w:after="80"/>
      </w:pPr>
      <w:r>
        <w:rPr>
          <w:b w:val="0"/>
          <w:i w:val="0"/>
        </w:rPr>
        <w:t>Cảm ơn, Seb nói. Giờ tất cả những gì chúng ta phải quyết định là ngày của cuộc họp tiếp theo.</w:t>
      </w:r>
    </w:p>
    <w:p>
      <w:pPr>
        <w:spacing w:after="80"/>
      </w:pPr>
      <w:r>
        <w:rPr>
          <w:b w:val="0"/>
          <w:i w:val="0"/>
        </w:rPr>
        <w:t>Người ta tra cứu lịch làm việc và, sau khi đã thống nhất được một ngày, Seb tuyên bố kết thúc cuộc họp.</w:t>
      </w:r>
    </w:p>
    <w:p>
      <w:pPr>
        <w:spacing w:after="80"/>
      </w:pPr>
      <w:r>
        <w:rPr>
          <w:b w:val="0"/>
          <w:i w:val="0"/>
        </w:rPr>
        <w:t>Victor này, cho tôi xin một lát được không, ông ấy nói trong lúc thu dọn giấy tờ.</w:t>
      </w:r>
    </w:p>
    <w:p>
      <w:pPr>
        <w:spacing w:after="80"/>
      </w:pPr>
      <w:r>
        <w:rPr>
          <w:b w:val="0"/>
          <w:i w:val="0"/>
        </w:rPr>
        <w:t>Tất nhiên rồi, thưa chủ tịch. Victor theo Seb ra khỏi phòng, đi dọc hành lang và vào văn phòng chủ tịch. Anh vừa định đóng cửa lại sau lưng thì nhận ra John Ashley và Arnold Hardcastle đang theo sát ngay phía sau.</w:t>
      </w:r>
    </w:p>
    <w:p>
      <w:pPr>
        <w:spacing w:after="80"/>
      </w:pPr>
      <w:r>
        <w:rPr>
          <w:b w:val="0"/>
          <w:i w:val="0"/>
        </w:rPr>
        <w:t>Khi cả bốn người đã ngồi quanh chiếc bàn bầu dục, Seb dè dặt mở lời: Một hai người trong chúng tôi khá lo lắng, Victor ạ, khi trong lúc cậu vắng mặt có ba tấm séc được một cô Lombardo nào đó xuất trình để thanh toán, mà Arnold, John và tôi chưa từng nghe nói tới cô này.</w:t>
      </w:r>
    </w:p>
    <w:p>
      <w:pPr>
        <w:spacing w:after="80"/>
      </w:pPr>
      <w:r>
        <w:rPr>
          <w:b w:val="0"/>
          <w:i w:val="0"/>
        </w:rPr>
        <w:t>Chưa từng nghe nói tới? Victor nói. Các vị sống ở hành tinh nào vậy?</w:t>
      </w:r>
    </w:p>
    <w:p>
      <w:pPr>
        <w:spacing w:after="80"/>
      </w:pPr>
      <w:r>
        <w:rPr>
          <w:b w:val="0"/>
          <w:i w:val="0"/>
        </w:rPr>
        <w:t>Khi không ai trong số họ cố gắng tự bào chữa, mọi chuyện bỗng sáng tỏ.</w:t>
      </w:r>
    </w:p>
    <w:p>
      <w:pPr>
        <w:spacing w:after="80"/>
      </w:pPr>
      <w:r>
        <w:rPr>
          <w:b w:val="0"/>
          <w:i w:val="0"/>
        </w:rPr>
        <w:t>À, anh nói, trông như một người đang cầm bộ bài toàn quân mạnh, vậy là tất cả các vị đều cho rằng</w:t>
      </w:r>
    </w:p>
    <w:p>
      <w:pPr>
        <w:spacing w:after="80"/>
      </w:pPr>
      <w:r>
        <w:rPr>
          <w:b w:val="0"/>
          <w:i w:val="0"/>
        </w:rPr>
        <w:t>Thôi nào, cậu phải cố nhìn từ góc độ của chúng tôi chứ, Arnold nói với vẻ phòng thủ.</w:t>
      </w:r>
    </w:p>
    <w:p>
      <w:pPr>
        <w:spacing w:after="80"/>
      </w:pPr>
      <w:r>
        <w:rPr>
          <w:b w:val="0"/>
          <w:i w:val="0"/>
        </w:rPr>
        <w:t xml:space="preserve">Và công bằng mà nói, Victor nói, tôi không nghĩ cô Lombardo thường xuyên lên trang nhất tờ </w:t>
      </w:r>
      <w:r>
        <w:rPr>
          <w:b w:val="0"/>
          <w:i/>
        </w:rPr>
        <w:t>FT</w:t>
      </w:r>
      <w:r>
        <w:rPr>
          <w:b w:val="0"/>
          <w:i w:val="0"/>
        </w:rPr>
        <w:t xml:space="preserve"> đến thế đâu.</w:t>
      </w:r>
    </w:p>
    <w:p>
      <w:pPr>
        <w:spacing w:after="80"/>
      </w:pPr>
      <w:r>
        <w:rPr>
          <w:b w:val="0"/>
          <w:i w:val="0"/>
        </w:rPr>
        <w:t>Ba vị giám đốc còn lại phá lên cười.</w:t>
      </w:r>
    </w:p>
    <w:p>
      <w:pPr>
        <w:spacing w:after="80"/>
      </w:pPr>
      <w:r>
        <w:rPr>
          <w:b w:val="0"/>
          <w:i w:val="0"/>
        </w:rPr>
        <w:t>Tôi thú nhận là tôi không có sự chấp thuận của hội đồng quản trị để mua tòa nhà đó, và vì sợ rằng chúng ta có thể mất nó khi giá vẫn còn thấp như vậy, tôi đã để cô Lombardo mở một tài khoản mà tôi đứng ra bảo lãnh.</w:t>
      </w:r>
    </w:p>
    <w:p>
      <w:pPr>
        <w:spacing w:after="80"/>
      </w:pPr>
      <w:r>
        <w:rPr>
          <w:b w:val="0"/>
          <w:i w:val="0"/>
        </w:rPr>
        <w:t>Nhưng điều đó không giải thích được năm nghìn bảng cô ấy đã trả cho một chiếc áo khoác lông chồn ở Harrods, John Ashley nói, hơi ngượng ngùng.</w:t>
      </w:r>
    </w:p>
    <w:p>
      <w:pPr>
        <w:spacing w:after="80"/>
      </w:pPr>
      <w:r>
        <w:rPr>
          <w:b w:val="0"/>
          <w:i w:val="0"/>
        </w:rPr>
        <w:t>Một món quà sinh nhật cho Ruth mà tôi không muốn cô ấy biết. Nhân tiện, đó có phải lý do các vị cố liên lạc với tôi không?</w:t>
      </w:r>
    </w:p>
    <w:p>
      <w:pPr>
        <w:spacing w:after="80"/>
      </w:pPr>
      <w:r>
        <w:rPr>
          <w:b w:val="0"/>
          <w:i w:val="0"/>
        </w:rPr>
        <w:t>Dĩ nhiên không phải, Seb nói. Chúng tôi chỉ muốn cậu biết rằng Giles có thể đã lập được một chiến công lớn ở Rome, trước khi cậu đọc thấy nó trên báo.</w:t>
      </w:r>
    </w:p>
    <w:p>
      <w:pPr>
        <w:spacing w:after="80"/>
      </w:pPr>
      <w:r>
        <w:rPr>
          <w:b w:val="0"/>
          <w:i w:val="0"/>
        </w:rPr>
        <w:t>Khéo lắm, Victor nói. Nhưng tôi biết cậu quá lâu rồi, Seb ạ, không mắc bẫy đó đâu. Tôi nói cho các vị biết tôi sẽ làm gì. Tôi sẽ không nhắc lại chuyện này nữa, miễn là các vị ủng hộ đề xuất của tôi về việc hỗ trợ tổ chức từ thiện ở cuộc họp hội đồng quản trị tới.</w:t>
      </w:r>
    </w:p>
    <w:p>
      <w:pPr>
        <w:spacing w:after="80"/>
      </w:pPr>
      <w:r>
        <w:rPr>
          <w:b w:val="0"/>
          <w:i w:val="0"/>
        </w:rPr>
        <w:t>Nghe cứ như tống tiền ấy nhỉ.</w:t>
      </w:r>
    </w:p>
    <w:p>
      <w:pPr>
        <w:spacing w:after="80"/>
      </w:pPr>
      <w:r>
        <w:rPr>
          <w:b w:val="0"/>
          <w:i w:val="0"/>
        </w:rPr>
        <w:t>Đúng vậy, tôi tin là thế đấy.</w:t>
      </w:r>
    </w:p>
    <w:p>
      <w:pPr>
        <w:spacing w:after="80"/>
      </w:pPr>
      <w:r>
        <w:rPr>
          <w:b w:val="0"/>
          <w:i w:val="0"/>
        </w:rPr>
        <w:t>Lẽ ra ngay từ đầu tôi đã nên nghe lời vợ mình, Seb lẩm bẩm.</w:t>
      </w:r>
    </w:p>
    <w:p>
      <w:pPr>
        <w:spacing w:after="80"/>
      </w:pPr>
      <w:r>
        <w:rPr>
          <w:b w:val="0"/>
          <w:i w:val="0"/>
        </w:rPr>
        <w:t>Có lẽ như vậy là khôn ngoan, xét mọi khía cạnh, Victor nói. Tôi đâu có định kể với hội đồng quản trị rằng Samantha đã nháy mắt với tôi khi anh đang làm màn rời đi lố bịch khỏi Caprice.</w:t>
      </w:r>
    </w:p>
    <w:p>
      <w:pPr>
        <w:pStyle w:val="Heading1"/>
        <w:jc w:val="center"/>
      </w:pPr>
      <w:r>
        <w:rPr>
          <w:rFonts w:ascii="Calibri" w:hAnsi="Calibri"/>
          <w:b/>
          <w:i w:val="0"/>
          <w:sz w:val="40"/>
        </w:rPr>
        <w:t>HARRY VÀ EMMA CLIFTON</w:t>
      </w:r>
    </w:p>
    <w:p>
      <w:pPr>
        <w:pStyle w:val="Heading2"/>
        <w:jc w:val="center"/>
      </w:pPr>
      <w:r>
        <w:rPr>
          <w:rFonts w:ascii="Calibri" w:hAnsi="Calibri"/>
          <w:b/>
          <w:i w:val="0"/>
          <w:sz w:val="32"/>
        </w:rPr>
        <w:t>1986–1989</w:t>
      </w:r>
    </w:p>
    <w:p>
      <w:pPr>
        <w:pStyle w:val="Heading1"/>
        <w:jc w:val="center"/>
      </w:pPr>
      <w:r>
        <w:rPr>
          <w:rFonts w:ascii="Calibri" w:hAnsi="Calibri"/>
          <w:b/>
          <w:i w:val="0"/>
          <w:sz w:val="40"/>
        </w:rPr>
        <w:t>44</w:t>
      </w:r>
    </w:p>
    <w:p>
      <w:pPr>
        <w:spacing w:after="80"/>
      </w:pPr>
      <w:r>
        <w:rPr>
          <w:b w:val="0"/>
          <w:i w:val="0"/>
        </w:rPr>
        <w:t>KHI HARRY TỈNH DẬY, cậu cố nhớ lại một giấc mơ dường như chẳng có kết thúc. Phải chăng cậu lại là đội trưởng đội cricket Anh, sắp ghi điểm quyết định trước đội Úc tại Lords? Không, theo những gì cậu còn nhớ được, cậu đang chạy theo một chiếc xe buýt mà lúc nào cũng ở cách cậu vài thước. Cậu tự hỏi không biết Freud sẽ nghĩ gì về điều đó. Harry hoài nghi cái lý thuyết cho rằng giấc mơ chỉ kéo dài trong vài khoảnh khắc. Làm sao các nhà khoa học có thể chắc chắn được điều đó chứ?</w:t>
      </w:r>
    </w:p>
    <w:p>
      <w:pPr>
        <w:spacing w:after="80"/>
      </w:pPr>
      <w:r>
        <w:rPr>
          <w:b w:val="0"/>
          <w:i w:val="0"/>
        </w:rPr>
        <w:t>Anh chớp mắt, trở mình và nhìn chằm chằm vào những con số màu xanh huỳnh quang trên chiếc đồng hồ cạnh giường: 5.07. Thừa thời gian để nhẩm lại trong đầu những câu mở đầu trước khi thức dậy.</w:t>
      </w:r>
    </w:p>
    <w:p>
      <w:pPr>
        <w:spacing w:after="80"/>
      </w:pPr>
      <w:r>
        <w:rPr>
          <w:b w:val="0"/>
          <w:i w:val="0"/>
        </w:rPr>
        <w:t>Buổi sáng đầu tiên trước khi bắt tay vào một cuốn sách mới luôn là lúc Harry tự hỏi mình vì sao. Vì sao không ngủ tiếp thay vì lại lao vào một quy trình sẽ ngốn ít nhất một năm trời, và có thể kết thúc bằng thất bại? Suy cho cùng, ông đã qua cái tuổi mà hầu hết mọi người đã nhận được chiếc đồng hồ vàng và lui về tận hưởng những năm tháng hoàng hôn của đời mình, như cách các công ty bảo hiểm thích gọi. Và trời biết, ông đâu cần tiền. Nhưng nếu lựa chọn là ngồi nghỉ trên vòng nguyệt quế hay dấn thân vào một cuộc phiêu lưu mới, thì đó chẳng phải một quyết định khó khăn. Kỷ luật, đó là cách Emma mô tả ông; ám ảnh, là lời giải thích đơn giản của Sebastian.</w:t>
      </w:r>
    </w:p>
    <w:p>
      <w:pPr>
        <w:spacing w:after="80"/>
      </w:pPr>
      <w:r>
        <w:rPr>
          <w:b w:val="0"/>
          <w:i w:val="0"/>
        </w:rPr>
        <w:t>Trong suốt giờ tiếp theo, Harry nằm bất động, mắt nhắm nghiền, trong khi cậu xem lại chương đầu tiên một lần nữa. Mặc dù cậu đã nghĩ về cốt truyện hơn một năm trời, cậu biết rằng một khi ngòi bút bắt đầu lướt trên trang giấy, câu chuyện có thể mở ra theo cách mà chỉ vài giờ trước cậu chẳng thể nào đoán được.</w:t>
      </w:r>
    </w:p>
    <w:p>
      <w:pPr>
        <w:spacing w:after="80"/>
      </w:pPr>
      <w:r>
        <w:rPr>
          <w:b w:val="0"/>
          <w:i w:val="0"/>
        </w:rPr>
        <w:t>Cậu ấy đã cân nhắc và loại bỏ vài câu mở đầu, và cậu nghĩ cuối cùng mình đã chọn được một câu, nhưng nó hoàn toàn có thể bị thay đổi trong một bản nháp sau này. Nếu cậu mong nắm bắt được trí tưởng tượng của người đọc và đưa họ đến một thế giới khác, cậu biết mình phải thu hút sự chú ý của họ ngay từ đoạn mở đầu, và chắc chắn là trước khi kết thúc trang đầu tiên.</w:t>
      </w:r>
    </w:p>
    <w:p>
      <w:pPr>
        <w:spacing w:after="80"/>
      </w:pPr>
      <w:r>
        <w:rPr>
          <w:b w:val="0"/>
          <w:i w:val="0"/>
        </w:rPr>
        <w:t>Harry đã ngấu nghiến đọc tiểu sử của các tác giả khác để tìm hiểu xem họ làm nghề viết như thế nào, và điều duy nhất dường như họ đều có chung là không có gì thay thế được cho sự chăm chỉ. Một số người vạch ra toàn bộ cốt truyện ngay cả trước khi cầm bút hay bắt đầu gõ lạch cạch trên chiếc máy chữ. Những người khác, sau khi hoàn thành chương đầu tiên, lại lập một dàn ý chi tiết cho phần còn lại của cuốn sách. Harry luôn thấy mình may mắn nếu biết được đoạn mở đầu, chứ đừng nói gì đến chương đầu tiên, bởi vì khi ông cầm bút lên vào sáu giờ mỗi sáng, ông chẳng có ý niệm gì về nơi nó sẽ dẫn mình đi, đó là lý do người Ireland nói ông không phải là nhà văn, mà là một seannachie.</w:t>
      </w:r>
    </w:p>
    <w:p>
      <w:pPr>
        <w:spacing w:after="80"/>
      </w:pPr>
      <w:r>
        <w:rPr>
          <w:b w:val="0"/>
          <w:i w:val="0"/>
        </w:rPr>
        <w:t>Một điều phải được quyết định trước khi bắt tay vào chuyến hành trình mới nhất của ông, đó là tên của các nhân vật chính. Harry đã biết cuốn sách sẽ mở đầu trong căn bếp của một ngôi nhà nhỏ ở những con phố hẻm của Kiev, nơi một cậu bé, khoảng mười lăm, có lẽ mười sáu tuổi, đang tổ chức sinh nhật cùng bố mẹ. Cậu bé phải có một cái tên có thể viết tắt được, để khi độc giả theo dõi hai câu chuyện song song, chỉ riêng cái tên sẽ ngay lập tức cho họ biết họ đang ở New York hay London. Harry đã cân nhắc Joseph/Joe vì quá gắn với một nhà độc tài tàn ác; Maxim/Max chỉ khi cậu bé sẽ trở thành một vị tướng; Nicholai/Nick thì quá vương giả, và cuối cùng ông đã chọn Alexander/Sasha.</w:t>
      </w:r>
    </w:p>
    <w:p>
      <w:pPr>
        <w:spacing w:after="80"/>
      </w:pPr>
      <w:r>
        <w:rPr>
          <w:b w:val="0"/>
          <w:i w:val="0"/>
        </w:rPr>
        <w:t xml:space="preserve">Tên của gia đình cần dễ đọc, để độc giả không phải mất nửa thời gian cố nhớ ai là ai, một vấn đề mà Harry từng gặp khi vật lộn với </w:t>
      </w:r>
      <w:r>
        <w:rPr>
          <w:b w:val="0"/>
          <w:i/>
        </w:rPr>
        <w:t>Chiến tranh và Hòa bình</w:t>
      </w:r>
      <w:r>
        <w:rPr>
          <w:b w:val="0"/>
          <w:i w:val="0"/>
        </w:rPr>
        <w:t>, dù ông đã đọc nó bằng tiếng Nga. Ông từng cân nhắc Kravec, Dzyuba, Belenski, nhưng cuối cùng chọn Karpenko.</w:t>
      </w:r>
    </w:p>
    <w:p>
      <w:pPr>
        <w:spacing w:after="80"/>
      </w:pPr>
      <w:r>
        <w:rPr>
          <w:b w:val="0"/>
          <w:i w:val="0"/>
        </w:rPr>
        <w:t>Bởi vì người cha sẽ bị sát hại dã man bởi cảnh sát mật trong chương mở đầu, nên tên của người mẹ quan trọng hơn. Nó cần phải nữ tính, nhưng đủ mạnh mẽ để bạn tin rằng bà có thể một mình nuôi dạy đứa con, bất chấp những khó khăn chồng chất. Suy cho cùng, bà được định mệnh giao phó việc nhào nặn nên tính cách của nhân vật anh hùng trong cuốn sách. Harry chọn Dimitri làm tên cho người cha, và Elena cho người mẹ — trang trọng nhưng đầy bản lĩnh. Sau đó cậu quay lại suy nghĩ về câu mở đầu.</w:t>
      </w:r>
    </w:p>
    <w:p>
      <w:pPr>
        <w:spacing w:after="80"/>
      </w:pPr>
      <w:r>
        <w:rPr>
          <w:b w:val="0"/>
          <w:i w:val="0"/>
        </w:rPr>
        <w:t>Lúc 5 giờ 40 sáng, anh tung chăn ra, vung chân xuống giường và đặt bàn chân lên tấm thảm một cách vững chãi. Rồi anh thốt lên những lời mà ngày nào anh cũng nói to trước khi rời nhà đến thư viện. Xin hãy để con được làm điều đó một lần nữa. Anh đau đớn nhận thức rằng kể chuyện là một món quà không nên xem là điều đương nhiên. Anh cầu nguyện rằng giống như thần tượng của mình, Dickens, anh sẽ ra đi giữa chừng một câu nói.</w:t>
      </w:r>
    </w:p>
    <w:p>
      <w:pPr>
        <w:spacing w:after="80"/>
      </w:pPr>
      <w:r>
        <w:rPr>
          <w:b w:val="0"/>
          <w:i w:val="0"/>
        </w:rPr>
        <w:t>Anh ta lê bước sang phòng tắm, cởi bộ đồ ngủ, tắm nước lạnh, rồi mặc vào một chiếc áo phông, quần thể thao dài, tất tennis và chiếc áo len của đội bóng Bristol Grammar School 2nd XI. Anh ta luôn bày sẵn quần áo trên ghế trước khi đi ngủ, và luôn mặc chúng theo cùng một thứ tự.</w:t>
      </w:r>
    </w:p>
    <w:p>
      <w:pPr>
        <w:spacing w:after="80"/>
      </w:pPr>
      <w:r>
        <w:rPr>
          <w:b w:val="0"/>
          <w:i w:val="0"/>
        </w:rPr>
        <w:t>Harry cuối cùng cũng xỏ vào đôi dép da đã sờn cũ, rời phòng ngủ và đi xuống cầu thang, miệng lẩm bẩm một mình, Chậm rãi và tập trung, chậm rãi và tập trung. Khi bước vào thư viện, ông đi ngang tới một chiếc bàn làm việc lớn bằng gỗ sồi đặt trong ô cửa sổ lồi nhìn ra bãi cỏ. Ông ngồi xuống chiếc ghế da thẳng đứng có nút bọc lưng màu đỏ và kiểm tra chiếc đồng hồ để bàn trước mặt. Ông chưa bao giờ bắt đầu viết trước sáu giờ kém năm phút.</w:t>
      </w:r>
    </w:p>
    <w:p>
      <w:pPr>
        <w:spacing w:after="80"/>
      </w:pPr>
      <w:r>
        <w:rPr>
          <w:b w:val="0"/>
          <w:i w:val="0"/>
        </w:rPr>
        <w:t>Liếc sang phải, ông thấy một cụm ảnh đóng khung: Emma chơi squash, Sebastian và Samantha đi nghỉ ở Amsterdam, Jake đang cố ghi bàn, và Lucy, thành viên mới nhất của gia đình, trong vòng tay mẹ cô bé, nhắc ông nhớ rằng giờ ông đã là ông cố. Phía bên kia bàn là bảy cây bút bi con lăn sẽ được thay vào một tuần nữa. Trước mặt ông là một tập giấy A4 có 32 dòng mà ông hy vọng sẽ được lấp đầy bằng 2.500 đến 3.000 từ vào cuối ngày, nghĩa là bản thảo đầu tiên của chương một đã hoàn thành.</w:t>
      </w:r>
    </w:p>
    <w:p>
      <w:pPr>
        <w:spacing w:after="80"/>
      </w:pPr>
      <w:r>
        <w:rPr>
          <w:b w:val="0"/>
          <w:i w:val="0"/>
        </w:rPr>
        <w:t>Ông mở nắp bút, đặt nắp lên bàn bên cạnh, nhìn chằm chằm xuống tờ giấy trắng và bắt đầu viết.</w:t>
      </w:r>
    </w:p>
    <w:p>
      <w:pPr>
        <w:spacing w:after="80"/>
      </w:pPr>
      <w:r>
        <w:rPr>
          <w:b w:val="0"/>
          <w:i/>
        </w:rPr>
        <w:t>Cô đã chờ hơn một tiếng đồng hồ, và không ai nói với cô một lời.</w:t>
      </w:r>
    </w:p>
    <w:p>
      <w:pPr>
        <w:jc w:val="center"/>
      </w:pPr>
      <w:r>
        <w:drawing>
          <wp:inline xmlns:a="http://schemas.openxmlformats.org/drawingml/2006/main" xmlns:pic="http://schemas.openxmlformats.org/drawingml/2006/picture">
            <wp:extent cx="304800" cy="85725"/>
            <wp:docPr id="128" name="Picture 12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Emma theo một nề nếp kỷ luật và khắt khe chẳng kém gì chồng mình, dù hoàn toàn khác biệt. Không chỉ vì cô không phải là người tự do làm theo ý mình. Khi Margaret Thatcher thắng nhiệm kỳ thứ hai, bà đã thăng chức Emma lên làm quốc vụ khanh tại Bộ Y tế, ghi nhận những đóng góp của cô trong nhiệm kỳ đầu tại vị.</w:t>
      </w:r>
    </w:p>
    <w:p>
      <w:pPr>
        <w:spacing w:after="80"/>
      </w:pPr>
      <w:r>
        <w:rPr>
          <w:b w:val="0"/>
          <w:i w:val="0"/>
        </w:rPr>
        <w:t xml:space="preserve">Giống như Harry, Emma thường nhớ lại lời Maisie, rằng cô nên phấn đấu để được nhớ đến vì điều gì đó hơn là chỉ là nữ chủ tịch đầu tiên của một công ty đại chúng. Cô đã không nhận ra khi chấp nhận thử thách đó rằng nó sẽ khiến cô đối đầu với chính anh trai mình, người mà Neil Kinnock đã khôn khéo chọn làm người đối trọng với cô. Càng khó khăn hơn khi ngay cả tờ </w:t>
      </w:r>
      <w:r>
        <w:rPr>
          <w:b w:val="0"/>
          <w:i/>
        </w:rPr>
        <w:t>Daily Telegraph</w:t>
      </w:r>
      <w:r>
        <w:rPr>
          <w:b w:val="0"/>
          <w:i w:val="0"/>
        </w:rPr>
        <w:t xml:space="preserve"> cũng gọi Giles là một trong những chính trị gia đáng gờm nhất thời nay, và có lẽ là nhà hùng biện xuất sắc nhất ở cả hai Viện.</w:t>
      </w:r>
    </w:p>
    <w:p>
      <w:pPr>
        <w:spacing w:after="80"/>
      </w:pPr>
      <w:r>
        <w:rPr>
          <w:b w:val="0"/>
          <w:i w:val="0"/>
        </w:rPr>
        <w:t>Nếu định đánh bại anh ta ngay trên sàn Viện, cô chấp nhận rằng sẽ không phải bằng vài câu đối đáp dí dỏm hay một cách dùng từ đáng nhớ. Cô sẽ phải dựa vào những công cụ thô ráp hơn: nắm chắc hoàn toàn đề tài của mình, và sự am hiểu chi tiết đủ để thuyết phục các quý ngài đồng viện đi theo cô vào hành lang Contents khi Viện biểu quyết chia phe.</w:t>
      </w:r>
    </w:p>
    <w:p>
      <w:pPr>
        <w:spacing w:after="80"/>
      </w:pPr>
      <w:r>
        <w:rPr>
          <w:b w:val="0"/>
          <w:i w:val="0"/>
        </w:rPr>
        <w:t>Nề nếp buổi sáng của Emma cũng bắt đầu từ sáu giờ, và đến bảy giờ cô đã ngồi vào bàn làm việc ở Alexander Fleming House, ký những lá thư đã được một công chức cấp cao chuẩn bị từ hôm trước. Điều khác biệt giữa cô và nhiều đồng nghiệp nghị viện là cô đọc từng lá thư một, và không ngần ngại thêm sửa đổi nếu cô không đồng ý với bản thảo đề xuất hoặc cảm thấy một điểm quan trọng đã bị bỏ sót.</w:t>
      </w:r>
    </w:p>
    <w:p>
      <w:pPr>
        <w:spacing w:after="80"/>
      </w:pPr>
      <w:r>
        <w:rPr>
          <w:b w:val="0"/>
          <w:i w:val="0"/>
        </w:rPr>
        <w:t>Khoảng tám giờ sáng, Pauline Perry, thư ký riêng chính của cô, sẽ đến báo cáo cho Emma về ngày làm việc phía trước; một bài phát biểu cô sẽ đọc tại Royal College of Surgeons tối hôm đó cần chỉnh sửa đôi chỗ trước khi có thể phát hành cho báo chí.</w:t>
      </w:r>
    </w:p>
    <w:p>
      <w:pPr>
        <w:spacing w:after="80"/>
      </w:pPr>
      <w:r>
        <w:rPr>
          <w:b w:val="0"/>
          <w:i w:val="0"/>
        </w:rPr>
        <w:t>Lúc 8 giờ 55 phút sáng, cô sẽ đi dọc hành lang và tham gia cuộc họp cầu nguyện hằng ngày với Bộ trưởng, cùng tất cả các bộ trưởng khác trong bộ. Họ sẽ dành một tiếng đồng hồ thảo luận chính sách của chính phủ để đảm bảo tất cả đều hát chung một bản nhạc. Một câu nói buột miệng bị một nhà báo tinh ý bắt được rất dễ trở thành câu chuyện trang nhất trên một tờ báo quốc gia vào ngày hôm sau.</w:t>
      </w:r>
    </w:p>
    <w:p>
      <w:pPr>
        <w:spacing w:after="80"/>
      </w:pPr>
      <w:r>
        <w:rPr>
          <w:b w:val="0"/>
          <w:i w:val="0"/>
        </w:rPr>
        <w:t>Emma vẫn bị trêu chọc không thương tiếc về tiêu đề, NỮ BỘ TRƯỞNG ỦNG HỘ NHÀ THỔ, khi cô lỡ miệng nói trong một phút không phòng bị, Tôi hoàn toàn thông cảm với cảnh ngộ của những phụ nữ bị buộc phải bán dâm. Cô không đổi ý, nhưng từ đó đã học được cách bày tỏ quan điểm thận trọng hơn.</w:t>
      </w:r>
    </w:p>
    <w:p>
      <w:pPr>
        <w:spacing w:after="80"/>
      </w:pPr>
      <w:r>
        <w:rPr>
          <w:b w:val="0"/>
          <w:i w:val="0"/>
        </w:rPr>
        <w:t>Chủ đề chính của buổi thảo luận sáng hôm đó là dự luật đề xuất về tương lai của NHS, và vai trò của từng người trong việc đưa bất kỳ đạo luật nào qua cả hai Viện. Bộ trưởng sẽ trình dự luật tại Hạ viện, còn Emma sẽ dẫn đầu cho chính phủ tại Thượng viện. Cô biết đây sẽ là thử thách lớn nhất của mình cho đến nay, không chỉ vì anh trai cô, theo lời anh ta, sẽ nằm chờ sẵn.</w:t>
      </w:r>
    </w:p>
    <w:p>
      <w:pPr>
        <w:spacing w:after="80"/>
      </w:pPr>
      <w:r>
        <w:rPr>
          <w:b w:val="0"/>
          <w:i w:val="0"/>
        </w:rPr>
        <w:t>Lúc mười một giờ, cô được đưa qua Cầu Westminster đến Văn phòng Nội các để dự một cuộc họp xem xét những hệ lụy tài chính đối với chính phủ khi giữ đúng các cam kết mà đảng đã đưa ra trong bản tuyên ngôn tranh cử lần trước. Một số đồng nghiệp của cô sẽ phải hy sinh những dự án tâm huyết của mình, và mỗi bộ trưởng đều biết rằng chỉ hứa cắt giảm chi phí trong bộ bằng cách làm việc hiệu quả hơn sẽ không đủ. Công chúng đã nghe giải pháp kẹp giấy quá nhiều lần rồi.</w:t>
      </w:r>
    </w:p>
    <w:p>
      <w:pPr>
        <w:spacing w:after="80"/>
      </w:pPr>
      <w:r>
        <w:rPr>
          <w:b w:val="0"/>
          <w:i w:val="0"/>
        </w:rPr>
        <w:t>Bữa trưa với Lars van Hassel, bộ trưởng y tế Hà Lan, trong sự riêng tư của văn phòng cô; không có công chức nào tham dự. Một người đàn ông tự phụ và kiêu ngạo, nhưng cực kỳ xuất sắc, và biết rõ điều đó. Emma chấp nhận rằng cô sẽ học được nhiều hơn trong một giờ đồng hồ với Lars qua một chiếc bánh sandwich và một ly rượu vang so với cả tháng với hầu hết đồng nghiệp của mình.</w:t>
      </w:r>
    </w:p>
    <w:p>
      <w:pPr>
        <w:spacing w:after="80"/>
      </w:pPr>
      <w:r>
        <w:rPr>
          <w:b w:val="0"/>
          <w:i w:val="0"/>
        </w:rPr>
        <w:t>Buổi chiều, đến lượt bộ của cô trả lời chất vấn tại Thượng viện, và dù anh trai cô thỉnh thoảng giáng được một đòn, không có máu nào đổ. Nhưng Emma biết anh ta đang giữ pháo hạng nặng cho đến khi dự luật NHS được đưa ra trước Viện.</w:t>
      </w:r>
    </w:p>
    <w:p>
      <w:pPr>
        <w:spacing w:after="80"/>
      </w:pPr>
      <w:r>
        <w:rPr>
          <w:b w:val="0"/>
          <w:i w:val="0"/>
        </w:rPr>
        <w:t>Sau phần chất vấn là cuộc họp với Bertie Denham, tổng kỷ luật đảng, để thảo luận về những thành viên ngồi ở ghế chính phủ nhưng đã bày tỏ sự nghi ngại khi sách trắng về dự luật lần đầu được công bố. Có người chân thành, có người thiếu hiểu biết, trong khi những người khác từng thề trung thành bất diệt với đảng nếu được phong tước lại đột nhiên phát hiện ra mình có chính kiến riêng nếu điều đó mang lại sự đưa tin thuận lợi trên báo chí quốc gia.</w:t>
      </w:r>
    </w:p>
    <w:p>
      <w:pPr>
        <w:spacing w:after="80"/>
      </w:pPr>
      <w:r>
        <w:rPr>
          <w:b w:val="0"/>
          <w:i w:val="0"/>
        </w:rPr>
        <w:t>Emma và tổng thư ký đảng (chief whip) bàn bạc xem trong hai người, ai có thể bị gây sức ép, bị dụ dỗ ngọt nhạt, bị tâng bốc, và trong một hai trường hợp là bị mua chuộc bằng lời hứa về một suất trong phái đoàn nghị viện tới một vùng đất kỳ thú nào đó vào đúng ngày bỏ phiếu. Bertie đã cảnh báo cô rằng số phiếu đang quá sát nút, khó mà đoán trước.</w:t>
      </w:r>
    </w:p>
    <w:p>
      <w:pPr>
        <w:spacing w:after="80"/>
      </w:pPr>
      <w:r>
        <w:rPr>
          <w:b w:val="0"/>
          <w:i w:val="0"/>
        </w:rPr>
        <w:t>Emma rời văn phòng tổng thư ký đảng để trở về bộ và nắm bắt tình hình những vấn đề phát sinh trong ngày. Norman Berkinshaw, tổng thư ký của Hội đồng Điều dưỡng Hoàng gia (Royal College of Nursing) — Emma chỉ có thể tự hỏi còn bao lâu nữa mới có một phụ nữ giữ chức vụ đó — đang đòi tăng lương 14 phần trăm cho các thành viên của mình. Cô đã đồng ý gặp ông ta, khi đó cô sẽ chỉ ra rằng nếu chính phủ nhượng bộ các yêu cầu của ông, NHS sẽ phá sản. Nhưng cô biết quá rõ rằng lời nói của mình sẽ chẳng ai thèm nghe.</w:t>
      </w:r>
    </w:p>
    <w:p>
      <w:pPr>
        <w:spacing w:after="80"/>
      </w:pPr>
      <w:r>
        <w:rPr>
          <w:b w:val="0"/>
          <w:i w:val="0"/>
        </w:rPr>
        <w:t>Lúc 6 giờ 30 chiều — nhưng đến lúc đó chắc cô sẽ bị trễ giờ — Emma sẽ dự một buổi tiệc rượu tại Câu lạc bộ Carlton ở phố St James, nơi cô sẽ bắt tay chào hỏi những người trung thành và chăm chú lắng nghe quan điểm của họ về cách điều hành chính phủ, nụ cười không bao giờ rời khỏi khuôn mặt. Sau đó cô sẽ được đưa vội tới Hội đồng Phẫu thuật Hoàng gia (Royal College of Surgeons), vừa đủ thời gian để xem lại bài phát biểu trong xe. Thêm vài chỗ sửa, thêm vài chỗ gạch bỏ, rồi cuối cùng gạch chân những từ khóa cần nhấn mạnh.</w:t>
      </w:r>
    </w:p>
    <w:p>
      <w:pPr>
        <w:spacing w:after="80"/>
      </w:pPr>
      <w:r>
        <w:rPr>
          <w:b w:val="0"/>
          <w:i w:val="0"/>
        </w:rPr>
        <w:t>Khác với Harry, Emma cần phải đạt phong độ tốt nhất vào buổi tối, dù cô có mệt đến đâu. Có lần cô đọc được rằng Margaret Thatcher chỉ ngủ bốn tiếng mỗi đêm, và luôn có mặt ở bàn làm việc từ năm giờ sáng, viết thư cho các bộ trưởng, chủ tịch khu vực bầu cử, công chức và bạn bè cũ. Bà không bao giờ quên một sinh nhật, một ngày kỷ niệm, hay — như Emma vừa mới trải qua — một tấm thiệp chúc mừng nhân dịp chào đời của một chắt gái.</w:t>
      </w:r>
    </w:p>
    <w:p>
      <w:pPr>
        <w:spacing w:after="80"/>
      </w:pPr>
      <w:r>
        <w:rPr>
          <w:b w:val="0"/>
          <w:i w:val="0"/>
        </w:rPr>
        <w:t>Đừng bao giờ quên, Thủ tướng viết thêm ở phần tái bút, rằng sự tận tụy và chăm chỉ của bạn chỉ có thể mang lại lợi ích cho thế hệ của Lucy.</w:t>
      </w:r>
    </w:p>
    <w:p>
      <w:pPr>
        <w:spacing w:after="80"/>
      </w:pPr>
      <w:r>
        <w:rPr>
          <w:b w:val="0"/>
          <w:i w:val="0"/>
        </w:rPr>
        <w:t>Emma về đến nhà ở Quảng trường Smith ngay sau nửa đêm. Cô lẽ ra đã gọi cho Harry, nhưng không muốn đánh thức anh, biết rằng anh sẽ dậy lúc sáu giờ sáng để viết chương hai. Cô vào phòng làm việc để mở thêm một chiếc hộp đỏ nữa, được giao đến trong lúc cô đang dùng bữa tối với chủ tịch Hội đồng Phẫu thuật Hoàng gia. Cô ngồi xuống và bắt đầu viết bản nháp đầu tiên của một bài phát biểu mà cô biết có thể sẽ định hình toàn bộ sự nghiệp chính trị của mình.</w:t>
      </w:r>
    </w:p>
    <w:p>
      <w:pPr>
        <w:spacing w:after="80"/>
      </w:pPr>
      <w:r>
        <w:rPr>
          <w:b w:val="0"/>
          <w:i w:val="0"/>
        </w:rPr>
        <w:t>Thưa các quý ngài, tôi có vinh dự trình lên Viện để xem xét, lần đọc thứ hai của dự luật NHS của chính phủ. Cho phép tôi bắt đầu bằng việc nói rằng . . .</w:t>
      </w:r>
    </w:p>
    <w:p>
      <w:pPr>
        <w:pStyle w:val="Heading1"/>
        <w:jc w:val="center"/>
      </w:pPr>
      <w:r>
        <w:rPr>
          <w:rFonts w:ascii="Calibri" w:hAnsi="Calibri"/>
          <w:b/>
          <w:i w:val="0"/>
          <w:sz w:val="40"/>
        </w:rPr>
        <w:t>45</w:t>
      </w:r>
    </w:p>
    <w:p>
      <w:pPr>
        <w:spacing w:after="80"/>
      </w:pPr>
      <w:r>
        <w:rPr>
          <w:b w:val="0"/>
          <w:i w:val="0"/>
        </w:rPr>
        <w:t>ĐIỀU GÌ KHIẾN ANH LÀM VIỆC NÀY VẬY? Emma hỏi khi họ rời nhà cho buổi đi dạo buổi tối vào Chew Magna.</w:t>
      </w:r>
    </w:p>
    <w:p>
      <w:pPr>
        <w:spacing w:after="80"/>
      </w:pPr>
      <w:r>
        <w:rPr>
          <w:b w:val="0"/>
          <w:i w:val="0"/>
        </w:rPr>
        <w:t>Em biết anh vừa đi khám sức khỏe định kỳ hằng năm mà, Harry nói. À, sáng nay anh nhận được kết quả.</w:t>
      </w:r>
    </w:p>
    <w:p>
      <w:pPr>
        <w:spacing w:after="80"/>
      </w:pPr>
      <w:r>
        <w:rPr>
          <w:b w:val="0"/>
          <w:i w:val="0"/>
        </w:rPr>
        <w:t>Hy vọng không có gì đáng lo? Emma nói, cố không tỏ ra lo lắng.</w:t>
      </w:r>
    </w:p>
    <w:p>
      <w:pPr>
        <w:spacing w:after="80"/>
      </w:pPr>
      <w:r>
        <w:rPr>
          <w:b w:val="0"/>
          <w:i w:val="0"/>
        </w:rPr>
        <w:t>Mọi thứ đều ổn. Có vẻ anh đạt mọi tiêu chí trừ một cái, và dù anh đã ngừng chạy bộ, bác sĩ Richards vẫn hài lòng vì anh vẫn đi bộ một tiếng mỗi sáng.</w:t>
      </w:r>
    </w:p>
    <w:p>
      <w:pPr>
        <w:spacing w:after="80"/>
      </w:pPr>
      <w:r>
        <w:rPr>
          <w:b w:val="0"/>
          <w:i w:val="0"/>
        </w:rPr>
        <w:t>Ước gì em cũng nói được như vậy, Emma nói.</w:t>
      </w:r>
    </w:p>
    <w:p>
      <w:pPr>
        <w:spacing w:after="80"/>
      </w:pPr>
      <w:r>
        <w:rPr>
          <w:b w:val="0"/>
          <w:i w:val="0"/>
        </w:rPr>
        <w:t>Thư ký lịch trình của em sẽ đảm bảo điều đó không bao giờ xảy ra. Nhưng ít nhất em cố bù đắp vào cuối tuần.</w:t>
      </w:r>
    </w:p>
    <w:p>
      <w:pPr>
        <w:spacing w:after="80"/>
      </w:pPr>
      <w:r>
        <w:rPr>
          <w:b w:val="0"/>
          <w:i w:val="0"/>
        </w:rPr>
        <w:t>Anh nói đạt mọi tiêu chí trừ một cái, Emma nói khi họ đi dọc con đường lái xe ra phía đường lớn.</w:t>
      </w:r>
    </w:p>
    <w:p>
      <w:pPr>
        <w:spacing w:after="80"/>
      </w:pPr>
      <w:r>
        <w:rPr>
          <w:b w:val="0"/>
          <w:i w:val="0"/>
        </w:rPr>
        <w:t>Ông ấy nói anh có vài cục u nhỏ ở tuyến tiền liệt. Không có gì đáng lo, nhưng có lẽ nên xử lý trong tương lai không xa.</w:t>
      </w:r>
    </w:p>
    <w:p>
      <w:pPr>
        <w:spacing w:after="80"/>
      </w:pPr>
      <w:r>
        <w:rPr>
          <w:b w:val="0"/>
          <w:i w:val="0"/>
        </w:rPr>
        <w:t>Tôi đồng ý với anh ấy. Dù sao thì ngày nay, bạn có thể phẫu thuật, hoặc xạ trị một đợt, rồi vài tuần sau là trở lại bình thường.</w:t>
      </w:r>
    </w:p>
    <w:p>
      <w:pPr>
        <w:spacing w:after="80"/>
      </w:pPr>
      <w:r>
        <w:rPr>
          <w:b w:val="0"/>
          <w:i w:val="0"/>
        </w:rPr>
        <w:t>Tôi chỉ cần thêm một năm nữa.</w:t>
      </w:r>
    </w:p>
    <w:p>
      <w:pPr>
        <w:spacing w:after="80"/>
      </w:pPr>
      <w:r>
        <w:rPr>
          <w:b w:val="0"/>
          <w:i w:val="0"/>
        </w:rPr>
        <w:t>Ý anh là gì? Emma nói, khựng lại giữa bước.</w:t>
      </w:r>
    </w:p>
    <w:p>
      <w:pPr>
        <w:spacing w:after="80"/>
      </w:pPr>
      <w:r>
        <w:rPr>
          <w:b w:val="0"/>
          <w:i w:val="0"/>
        </w:rPr>
        <w:t xml:space="preserve">Đến lúc đó chắc tôi đã viết xong </w:t>
      </w:r>
      <w:r>
        <w:rPr>
          <w:b w:val="0"/>
          <w:i/>
        </w:rPr>
        <w:t>Heads You Win</w:t>
      </w:r>
      <w:r>
        <w:rPr>
          <w:b w:val="0"/>
          <w:i w:val="0"/>
        </w:rPr>
        <w:t>, và hoàn thành các điều khoản trong hợp đồng của mình.</w:t>
      </w:r>
    </w:p>
    <w:p>
      <w:pPr>
        <w:spacing w:after="80"/>
      </w:pPr>
      <w:r>
        <w:rPr>
          <w:b w:val="0"/>
          <w:i w:val="0"/>
        </w:rPr>
        <w:t>Nhưng hiểu anh mà, anh yêu, đến lúc đó trong đầu anh lại có thêm nửa tá ý tưởng chạy vòng vòng rồi. Dám hỏi cuốn này đang đi đến đâu rồi?</w:t>
      </w:r>
    </w:p>
    <w:p>
      <w:pPr>
        <w:spacing w:after="80"/>
      </w:pPr>
      <w:r>
        <w:rPr>
          <w:b w:val="0"/>
          <w:i w:val="0"/>
        </w:rPr>
        <w:t>Tác giả nào cũng tin rằng tác phẩm mới nhất của mình là thứ hay nhất họ từng làm, và tôi cũng không ngoại lệ. Nhưng thật ra bạn chẳng biết gì cho đến khi đọc các bài đánh giá, hoặc như Aaron Guinzburg nói, ba tuần sau, khi bạn biết được liệu quầy thu ngân còn réo rắt bán hàng sau khi cơn sốt ban đầu qua đi và bạn chỉ còn biết trông vào truyền miệng.</w:t>
      </w:r>
    </w:p>
    <w:p>
      <w:pPr>
        <w:spacing w:after="80"/>
      </w:pPr>
      <w:r>
        <w:rPr>
          <w:b w:val="0"/>
          <w:i w:val="0"/>
        </w:rPr>
        <w:t xml:space="preserve">Mặc kệ Aaron Guinzburg. </w:t>
      </w:r>
      <w:r>
        <w:rPr>
          <w:b w:val="0"/>
          <w:i/>
        </w:rPr>
        <w:t>Anh</w:t>
      </w:r>
      <w:r>
        <w:rPr>
          <w:b w:val="0"/>
          <w:i w:val="0"/>
        </w:rPr>
        <w:t xml:space="preserve"> cảm thấy thế nào? Emma gặng hỏi.</w:t>
      </w:r>
    </w:p>
    <w:p>
      <w:pPr>
        <w:spacing w:after="80"/>
      </w:pPr>
      <w:r>
        <w:rPr>
          <w:b w:val="0"/>
          <w:i w:val="0"/>
        </w:rPr>
        <w:t>Đó là thứ hay nhất tôi từng làm, Harry nói, vỗ ngực đầy vẻ ngang tàng, rồi lại thêm, Ai mà biết? Nhưng thế thì, em có thể thực tế được về việc bài phát biểu của em đang tiến triển ra sao không?</w:t>
      </w:r>
    </w:p>
    <w:p>
      <w:pPr>
        <w:spacing w:after="80"/>
      </w:pPr>
      <w:r>
        <w:rPr>
          <w:b w:val="0"/>
          <w:i w:val="0"/>
        </w:rPr>
        <w:t>Chỉ có một điều tôi chắc chắn. Các đồng nghiệp của tôi sẽ cho tôi biết tôi làm thế nào ngay khi tôi ngồi xuống. Họ sẽ không đợi ba tuần mới nói cho tôi.</w:t>
      </w:r>
    </w:p>
    <w:p>
      <w:pPr>
        <w:spacing w:after="80"/>
      </w:pPr>
      <w:r>
        <w:rPr>
          <w:b w:val="0"/>
          <w:i w:val="0"/>
        </w:rPr>
        <w:t>Có gì tôi làm để giúp được không?</w:t>
      </w:r>
    </w:p>
    <w:p>
      <w:pPr>
        <w:spacing w:after="80"/>
      </w:pPr>
      <w:r>
        <w:rPr>
          <w:b w:val="0"/>
          <w:i w:val="0"/>
        </w:rPr>
        <w:t>Em có thể kiếm một bản bài phát biểu của Giles để tôi biết mình sẽ phải đối mặt với cái gì.</w:t>
      </w:r>
    </w:p>
    <w:p>
      <w:pPr>
        <w:spacing w:after="80"/>
      </w:pPr>
      <w:r>
        <w:rPr>
          <w:b w:val="0"/>
          <w:i w:val="0"/>
        </w:rPr>
        <w:t>Nói chuyện với Karin xem. Tôi chắc cô ấy có thể kiếm được một bản.</w:t>
      </w:r>
    </w:p>
    <w:p>
      <w:pPr>
        <w:spacing w:after="80"/>
      </w:pPr>
      <w:r>
        <w:rPr>
          <w:b w:val="0"/>
          <w:i w:val="0"/>
        </w:rPr>
        <w:t>Đó chính xác là điều Seb gợi ý, và tôi bảo anh ấy rằng nếu Giles mà phát hiện ra, tôi sẽ không phải là người duy nhất mà anh ta không thèm nói chuyện.</w:t>
      </w:r>
    </w:p>
    <w:p>
      <w:pPr>
        <w:spacing w:after="80"/>
      </w:pPr>
      <w:r>
        <w:rPr>
          <w:b w:val="0"/>
          <w:i w:val="0"/>
        </w:rPr>
        <w:t>Bài phát biểu của Giles, Harry nói, sẽ giống như Falstaff đang tuôn trào, đầy những ý tưởng hoành tráng, phần lớn đều không thực tế, và chắc chắn là không kham nổi về tài chính, cùng với một hai hạt vàng mà em sẽ có thể ăn cắp, và thậm chí có thể triển khai trước cuộc bầu cử tới.</w:t>
      </w:r>
    </w:p>
    <w:p>
      <w:pPr>
        <w:spacing w:after="80"/>
      </w:pPr>
      <w:r>
        <w:rPr>
          <w:b w:val="0"/>
          <w:i w:val="0"/>
        </w:rPr>
        <w:t>Anh đúng là một kẻ ranh mãnh, Harry Clifton. Anh mà làm chính trị thì sẽ là một đối thủ đáng gờm.</w:t>
      </w:r>
    </w:p>
    <w:p>
      <w:pPr>
        <w:spacing w:after="80"/>
      </w:pPr>
      <w:r>
        <w:rPr>
          <w:b w:val="0"/>
          <w:i w:val="0"/>
        </w:rPr>
        <w:t>Tôi mà làm chính trị thì sẽ là một chính khách tồi tệ. Đầu tiên là tôi không hoàn toàn chắc mình ủng hộ đảng nào. Thường thì là đảng đang đối lập. Và ý nghĩ phải phơi mình trước báo chí, chưa nói đến cử tri, cũng đủ khiến tôi thành một kẻ ẩn dật.</w:t>
      </w:r>
    </w:p>
    <w:p>
      <w:pPr>
        <w:spacing w:after="80"/>
      </w:pPr>
      <w:r>
        <w:rPr>
          <w:b w:val="0"/>
          <w:i w:val="0"/>
        </w:rPr>
        <w:t>Bí mật tội lỗi nào mà cậu đang giấu thế? Emma trêu, khi cả hai tiếp tục bước về phía ngôi làng.</w:t>
      </w:r>
    </w:p>
    <w:p>
      <w:pPr>
        <w:spacing w:after="80"/>
      </w:pPr>
      <w:r>
        <w:rPr>
          <w:b w:val="0"/>
          <w:i w:val="0"/>
        </w:rPr>
        <w:t>Điều duy nhất tôi sẵn lòng thừa nhận là tôi định viết tiếp cho đến khi gục ngã, và thẳng thắn mà nói thì gia đình này đã có đủ chính trị gia rồi. Dù sao đi nữa, đúng kiểu một chính trị gia điển hình, cậu vẫn chưa trả lời câu hỏi của tôi. Bài phát biểu của cậu tiến triển đến đâu rồi?</w:t>
      </w:r>
    </w:p>
    <w:p>
      <w:pPr>
        <w:spacing w:after="80"/>
      </w:pPr>
      <w:r>
        <w:rPr>
          <w:b w:val="0"/>
          <w:i w:val="0"/>
        </w:rPr>
        <w:t>Cũng tạm ổn, nhưng tôi lo nó hơi nhàm chán và khô khan kiểu công việc ở thời điểm hiện tại. Tôi nghĩ mình đã giải quyết được hầu hết những băn khoăn của các đồng nghiệp, dù vẫn còn một hai điều chưa được tháo gỡ. Thẳng thắn mà nói, bài phát biểu cần một ý tưởng lớn để giữ Giles đúng vị trí của anh ta, và tôi đã hy vọng cậu có thể thu xếp thời gian đọc nó và cho tôi ý kiến thật lòng.</w:t>
      </w:r>
    </w:p>
    <w:p>
      <w:pPr>
        <w:spacing w:after="80"/>
      </w:pPr>
      <w:r>
        <w:rPr>
          <w:b w:val="0"/>
          <w:i w:val="0"/>
        </w:rPr>
        <w:t>Tất nhiên là được. Dù tôi nghi Giles cũng lo lắng y như cậu và chẳng mong gì hơn là có được một bản sao bài phát biểu của cậu. Nên cậu đừng lo quá.</w:t>
      </w:r>
    </w:p>
    <w:p>
      <w:pPr>
        <w:spacing w:after="80"/>
      </w:pPr>
      <w:r>
        <w:rPr>
          <w:b w:val="0"/>
          <w:i w:val="0"/>
        </w:rPr>
        <w:t>Tôi có thể nhờ thêm một việc nữa không?</w:t>
      </w:r>
    </w:p>
    <w:p>
      <w:pPr>
        <w:spacing w:after="80"/>
      </w:pPr>
      <w:r>
        <w:rPr>
          <w:b w:val="0"/>
          <w:i w:val="0"/>
        </w:rPr>
        <w:t>Bất cứ điều gì, em yêu.</w:t>
      </w:r>
    </w:p>
    <w:p>
      <w:pPr>
        <w:spacing w:after="80"/>
      </w:pPr>
      <w:r>
        <w:rPr>
          <w:b w:val="0"/>
          <w:i w:val="0"/>
        </w:rPr>
        <w:t>Hứa với em là anh sẽ đi khám bác sĩ chuyên khoa, nếu không em sẽ lo lắng, Emma nói khi cả hai khoác tay nhau.</w:t>
      </w:r>
    </w:p>
    <w:p>
      <w:pPr>
        <w:spacing w:after="80"/>
      </w:pPr>
      <w:r>
        <w:rPr>
          <w:b w:val="0"/>
          <w:i w:val="0"/>
        </w:rPr>
        <w:t>Anh hứa, Harry nói, khi họ đi ngang qua nhà thờ giáo xứ và rẽ xuống một lối đi bộ công cộng dẫn họ băng qua những đồng cỏ trở về Manor House. Nhưng đổi lại, anh cũng mong em làm một việc.</w:t>
      </w:r>
    </w:p>
    <w:p>
      <w:pPr>
        <w:spacing w:after="80"/>
      </w:pPr>
      <w:r>
        <w:rPr>
          <w:b w:val="0"/>
          <w:i w:val="0"/>
        </w:rPr>
        <w:t>Nghe có vẻ đáng ngại đấy.</w:t>
      </w:r>
    </w:p>
    <w:p>
      <w:pPr>
        <w:spacing w:after="80"/>
      </w:pPr>
      <w:r>
        <w:rPr>
          <w:b w:val="0"/>
          <w:i w:val="0"/>
        </w:rPr>
        <w:t>Chỉ là anh sẽ ngủ ngon hơn nếu cả hai chúng ta cập nhật lại di chúc.</w:t>
      </w:r>
    </w:p>
    <w:p>
      <w:pPr>
        <w:spacing w:after="80"/>
      </w:pPr>
      <w:r>
        <w:rPr>
          <w:b w:val="0"/>
          <w:i w:val="0"/>
        </w:rPr>
        <w:t>Điều gì khiến anh nghĩ đến chuyện này vậy?</w:t>
      </w:r>
    </w:p>
    <w:p>
      <w:pPr>
        <w:spacing w:after="80"/>
      </w:pPr>
      <w:r>
        <w:rPr>
          <w:b w:val="0"/>
          <w:i w:val="0"/>
        </w:rPr>
        <w:t>Vì nhận ra rằng sang năm anh sẽ bảy mươi tuổi và sẽ hoàn thành hợp đồng với Đấng Tạo Hóa, chưa kể đến việc chào đời của một đứa chắt. Sẽ là vô trách nhiệm nếu chúng ta không đảm bảo mọi việc của mình đều ổn thỏa.</w:t>
      </w:r>
    </w:p>
    <w:p>
      <w:pPr>
        <w:spacing w:after="80"/>
      </w:pPr>
      <w:r>
        <w:rPr>
          <w:b w:val="0"/>
          <w:i w:val="0"/>
        </w:rPr>
        <w:t>Thật là ảm đạm, Harry.</w:t>
      </w:r>
    </w:p>
    <w:p>
      <w:pPr>
        <w:spacing w:after="80"/>
      </w:pPr>
      <w:r>
        <w:rPr>
          <w:b w:val="0"/>
          <w:i w:val="0"/>
        </w:rPr>
        <w:t>Có thể, nhưng không nên né tránh. Vấn đề không phải ở di chúc của anh, vì ngoài vài món quà tặng các tổ chức từ thiện và bạn bè cũ, anh đã để lại tất cả cho em, mà theo Seb thì vừa hợp lý vừa có lợi về thuế. Nhưng cả hai chúng ta nên bắt đầu tặng quà cho các con, và miễn là chúng ta còn sống thêm bảy năm nữa, chúng sẽ không phải chịu thuế. Tuy nhiên, vấn đề thực sự, theo cậu ấy nói với anh, là di chúc của em.</w:t>
      </w:r>
    </w:p>
    <w:p>
      <w:pPr>
        <w:spacing w:after="80"/>
      </w:pPr>
      <w:r>
        <w:rPr>
          <w:b w:val="0"/>
          <w:i w:val="0"/>
        </w:rPr>
        <w:t>Trừ khi em chết trước anh, anh yêu, thì mọi kế hoạch chu toàn của anh sẽ . . .</w:t>
      </w:r>
    </w:p>
    <w:p>
      <w:pPr>
        <w:spacing w:after="80"/>
      </w:pPr>
      <w:r>
        <w:rPr>
          <w:b w:val="0"/>
          <w:i w:val="0"/>
        </w:rPr>
        <w:t>Điều đó khó xảy ra, vì anh nghĩ em sẽ thấy rằng các chuyên gia tính toán rủi ro, cũng như những người đặt cược, thường tính đúng tỷ lệ. Đó là cách họ kiếm sống. Các công ty bảo hiểm hiện đang dựa trên giả định rằng phụ nữ sẽ sống lâu hơn chồng bảy năm. Người đàn ông trung bình sẽ sống đến bảy mươi tư tuổi, trong khi vợ họ sẽ sống tiếp đến tám mươi mốt.</w:t>
      </w:r>
    </w:p>
    <w:p>
      <w:pPr>
        <w:spacing w:after="80"/>
      </w:pPr>
      <w:r>
        <w:rPr>
          <w:b w:val="0"/>
          <w:i w:val="0"/>
        </w:rPr>
        <w:t>Không có gì gọi là bình thường ở anh cả, Harry Clifton, và dù sao đi nữa, em đã lên kế hoạch chết khoảng hai tuần sau anh rồi.</w:t>
      </w:r>
    </w:p>
    <w:p>
      <w:pPr>
        <w:spacing w:after="80"/>
      </w:pPr>
      <w:r>
        <w:rPr>
          <w:b w:val="0"/>
          <w:i w:val="0"/>
        </w:rPr>
        <w:t>Sao lại là hai tuần?</w:t>
      </w:r>
    </w:p>
    <w:p>
      <w:pPr>
        <w:spacing w:after="80"/>
      </w:pPr>
      <w:r>
        <w:rPr>
          <w:b w:val="0"/>
          <w:i w:val="0"/>
        </w:rPr>
        <w:t>Em không muốn cha xứ thấy ngôi nhà bừa bộn.</w:t>
      </w:r>
    </w:p>
    <w:p>
      <w:pPr>
        <w:spacing w:after="80"/>
      </w:pPr>
      <w:r>
        <w:rPr>
          <w:b w:val="0"/>
          <w:i w:val="0"/>
        </w:rPr>
        <w:t>Harry không thể ngừng cười toe toét. Nghiêm túc một chút đi, em yêu. Cứ cho là chúng ta điển hình đi. Vì anh lớn hơn em một tuổi, em nên sống lâu hơn anh tám năm.</w:t>
      </w:r>
    </w:p>
    <w:p>
      <w:pPr>
        <w:spacing w:after="80"/>
      </w:pPr>
      <w:r>
        <w:rPr>
          <w:b w:val="0"/>
          <w:i w:val="0"/>
        </w:rPr>
        <w:t>Thống kê chết tiệt.</w:t>
      </w:r>
    </w:p>
    <w:p>
      <w:pPr>
        <w:spacing w:after="80"/>
      </w:pPr>
      <w:r>
        <w:rPr>
          <w:b w:val="0"/>
          <w:i w:val="0"/>
        </w:rPr>
        <w:t>Dù sao thì, anh nghĩ đã đến lúc em cập nhật di chúc của mình, nhằm giảm thiểu nghĩa vụ thuế thừa kế của bọn trẻ, vốn vẫn ở mức bốn mươi phần trăm, bất chấp những lời hứa của bà Thatcher.</w:t>
      </w:r>
    </w:p>
    <w:p>
      <w:pPr>
        <w:spacing w:after="80"/>
      </w:pPr>
      <w:r>
        <w:rPr>
          <w:b w:val="0"/>
          <w:i w:val="0"/>
        </w:rPr>
        <w:t>Em đã suy nghĩ rất nghiêm túc về chuyện này, phải không, Harry?</w:t>
      </w:r>
    </w:p>
    <w:p>
      <w:pPr>
        <w:spacing w:after="80"/>
      </w:pPr>
      <w:r>
        <w:rPr>
          <w:b w:val="0"/>
          <w:i w:val="0"/>
        </w:rPr>
        <w:t>Ý nghĩ về bệnh ung thư là một lời cảnh tỉnh không nên bỏ qua. Dù sao thì, anh đã đọc phần chữ nhỏ trong hợp đồng bảo hiểm nhân thọ của Prudential và không tìm thấy bất kỳ đề cập nào đến sự bất tử.</w:t>
      </w:r>
    </w:p>
    <w:p>
      <w:pPr>
        <w:spacing w:after="80"/>
      </w:pPr>
      <w:r>
        <w:rPr>
          <w:b w:val="0"/>
          <w:i w:val="0"/>
        </w:rPr>
        <w:t>Anh hy vọng chúng ta sẽ không có cuộc trò chuyện này quá thường xuyên.</w:t>
      </w:r>
    </w:p>
    <w:p>
      <w:pPr>
        <w:spacing w:after="80"/>
      </w:pPr>
      <w:r>
        <w:rPr>
          <w:b w:val="0"/>
          <w:i w:val="0"/>
        </w:rPr>
        <w:t>Mỗi năm một lần là đủ. Nhưng em sẽ thấy vui hơn khi biết di chúc của anh đã được sắp xếp ổn thỏa.</w:t>
      </w:r>
    </w:p>
    <w:p>
      <w:pPr>
        <w:spacing w:after="80"/>
      </w:pPr>
      <w:r>
        <w:rPr>
          <w:b w:val="0"/>
          <w:i w:val="0"/>
        </w:rPr>
        <w:t>Anh đã để lại Ngôi Nhà Trang Viên cho Sebastian và phần lớn trang sức của anh cho Samantha, Jessica và Lucy.</w:t>
      </w:r>
    </w:p>
    <w:p>
      <w:pPr>
        <w:spacing w:after="80"/>
      </w:pPr>
      <w:r>
        <w:rPr>
          <w:b w:val="0"/>
          <w:i w:val="0"/>
        </w:rPr>
        <w:t>Còn Jake thì sao?</w:t>
      </w:r>
    </w:p>
    <w:p>
      <w:pPr>
        <w:spacing w:after="80"/>
      </w:pPr>
      <w:r>
        <w:rPr>
          <w:b w:val="0"/>
          <w:i w:val="0"/>
        </w:rPr>
        <w:t>Anh không nghĩ nó sẽ đẹp trai với một chuỗi ngọc trai. Dù sao thì, anh có cảm giác nó đã thừa hưởng tất cả những tính cách tệ nhất của bố nó và sẽ trở thành một triệu phú nhiều lần.</w:t>
      </w:r>
    </w:p>
    <w:p>
      <w:pPr>
        <w:spacing w:after="80"/>
      </w:pPr>
      <w:r>
        <w:rPr>
          <w:b w:val="0"/>
          <w:i w:val="0"/>
        </w:rPr>
        <w:t>Harry nắm tay cô khi họ quay trở lại ngôi nhà.</w:t>
      </w:r>
    </w:p>
    <w:p>
      <w:pPr>
        <w:spacing w:after="80"/>
      </w:pPr>
      <w:r>
        <w:rPr>
          <w:b w:val="0"/>
          <w:i w:val="0"/>
        </w:rPr>
        <w:t>Chuyển sang những chuyện dễ chịu hơn nào, anh nói. Em muốn dành kỳ nghỉ hè năm nay ở đâu?</w:t>
      </w:r>
    </w:p>
    <w:p>
      <w:pPr>
        <w:spacing w:after="80"/>
      </w:pPr>
      <w:r>
        <w:rPr>
          <w:b w:val="0"/>
          <w:i w:val="0"/>
        </w:rPr>
        <w:t>Trên một hòn đảo nhỏ ở Ấn Độ Dương, nơi không đồng nghiệp nào của em có thể tìm thấy em.</w:t>
      </w:r>
    </w:p>
    <w:p>
      <w:pPr>
        <w:jc w:val="center"/>
      </w:pPr>
      <w:r>
        <w:drawing>
          <wp:inline xmlns:a="http://schemas.openxmlformats.org/drawingml/2006/main" xmlns:pic="http://schemas.openxmlformats.org/drawingml/2006/picture">
            <wp:extent cx="304800" cy="85725"/>
            <wp:docPr id="129" name="Picture 12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Đã mấy tuần rồi chúng ta không gặp Harry và Emma, Karin nói. Sao mình không mời họ đến ăn trưa vào Chủ nhật nhỉ?</w:t>
      </w:r>
    </w:p>
    <w:p>
      <w:pPr>
        <w:spacing w:after="80"/>
      </w:pPr>
      <w:r>
        <w:rPr>
          <w:b w:val="0"/>
          <w:i w:val="0"/>
        </w:rPr>
        <w:t>Anh không có ý định kết giao với kẻ thù, Giles nói, vừa kéo vạt áo choàng ngủ, cho đến khi lá phiếu cuối cùng được bỏ xong và đảng Bảo thủ bị đánh bại.</w:t>
      </w:r>
    </w:p>
    <w:p>
      <w:pPr>
        <w:spacing w:after="80"/>
      </w:pPr>
      <w:r>
        <w:rPr>
          <w:b w:val="0"/>
          <w:i w:val="0"/>
        </w:rPr>
        <w:t>Ôi, trời ơi, Giles. Cô ấy là em gái anh đấy.</w:t>
      </w:r>
    </w:p>
    <w:p>
      <w:pPr>
        <w:spacing w:after="80"/>
      </w:pPr>
      <w:r>
        <w:rPr>
          <w:b w:val="0"/>
          <w:i w:val="0"/>
        </w:rPr>
        <w:t>Điều đó thì chỉ có lời của bố mẹ anh nói thế thôi.</w:t>
      </w:r>
    </w:p>
    <w:p>
      <w:pPr>
        <w:spacing w:after="80"/>
      </w:pPr>
      <w:r>
        <w:rPr>
          <w:b w:val="0"/>
          <w:i w:val="0"/>
        </w:rPr>
        <w:t>Vậy khi nào em có thể gặp lại họ?</w:t>
      </w:r>
    </w:p>
    <w:p>
      <w:pPr>
        <w:spacing w:after="80"/>
      </w:pPr>
      <w:r>
        <w:rPr>
          <w:b w:val="0"/>
          <w:i w:val="0"/>
        </w:rPr>
        <w:t>Không sớm đâu, cho đến khi các vị thuyền trưởng và các vị vua đã rời đi.</w:t>
      </w:r>
    </w:p>
    <w:p>
      <w:pPr>
        <w:spacing w:after="80"/>
      </w:pPr>
      <w:r>
        <w:rPr>
          <w:b w:val="0"/>
          <w:i w:val="0"/>
        </w:rPr>
        <w:t>Anh đang nói về cái gì vậy?</w:t>
      </w:r>
    </w:p>
    <w:p>
      <w:pPr>
        <w:spacing w:after="80"/>
      </w:pPr>
      <w:r>
        <w:rPr>
          <w:b w:val="0"/>
          <w:i w:val="0"/>
        </w:rPr>
        <w:t>Em có nghĩ, dù chỉ một thoáng, rằng Wellington sẽ cân nhắc việc dùng bữa tối với Napoleon vào đêm trước trận Waterloo không?</w:t>
      </w:r>
    </w:p>
    <w:p>
      <w:pPr>
        <w:spacing w:after="80"/>
      </w:pPr>
      <w:r>
        <w:rPr>
          <w:b w:val="0"/>
          <w:i w:val="0"/>
        </w:rPr>
        <w:t>Có lẽ sẽ tốt hơn hẳn cho tất cả những người liên quan nếu ông ấy làm thế, Karin nói.</w:t>
      </w:r>
    </w:p>
    <w:p>
      <w:pPr>
        <w:spacing w:after="80"/>
      </w:pPr>
      <w:r>
        <w:rPr>
          <w:b w:val="0"/>
          <w:i w:val="0"/>
        </w:rPr>
        <w:t>Giles bật cười. Anh có cảm giác Napoleon có lẽ sẽ đồng ý với em về điều đó.</w:t>
      </w:r>
    </w:p>
    <w:p>
      <w:pPr>
        <w:spacing w:after="80"/>
      </w:pPr>
      <w:r>
        <w:rPr>
          <w:b w:val="0"/>
          <w:i w:val="0"/>
        </w:rPr>
        <w:t>Chúng ta còn phải chờ bao lâu nữa trước khi biết ai trong hai người sẽ bị đày đến St Helena?</w:t>
      </w:r>
    </w:p>
    <w:p>
      <w:pPr>
        <w:spacing w:after="80"/>
      </w:pPr>
      <w:r>
        <w:rPr>
          <w:b w:val="0"/>
          <w:i w:val="0"/>
        </w:rPr>
        <w:t>Không lâu nữa đâu. Một ngày dự kiến cho cuộc tranh luận đã được ghi tạm vào lịch nghị viện cho thứ Năm tuần sau.</w:t>
      </w:r>
    </w:p>
    <w:p>
      <w:pPr>
        <w:spacing w:after="80"/>
      </w:pPr>
      <w:r>
        <w:rPr>
          <w:b w:val="0"/>
          <w:i w:val="0"/>
        </w:rPr>
        <w:t>Em có dám hỏi bài phát biểu của anh đang tiến triển thế nào không?</w:t>
      </w:r>
    </w:p>
    <w:p>
      <w:pPr>
        <w:spacing w:after="80"/>
      </w:pPr>
      <w:r>
        <w:rPr>
          <w:b w:val="0"/>
          <w:i w:val="0"/>
        </w:rPr>
        <w:t>Chưa bao giờ tốt hơn. Anh nghĩ có thể nói chắc rằng nó sẽ được chào đón bằng những tờ lệnh nghị viện vẫy phấp phới và những tràng pháo tay kéo dài cùng sự hoan hỉ. Giles ngừng lại. Thật ra thì anh chẳng có manh mối nào cả, em yêu ạ. Tất cả những gì anh có thể nói là anh chưa bao giờ dồn sức cho một bài phát biểu nhiều đến thế.</w:t>
      </w:r>
    </w:p>
    <w:p>
      <w:pPr>
        <w:spacing w:after="80"/>
      </w:pPr>
      <w:r>
        <w:rPr>
          <w:b w:val="0"/>
          <w:i w:val="0"/>
        </w:rPr>
        <w:t>Kể cả khi anh thắng cuộc tranh luận, anh có thực sự có cơ hội đánh bại chính phủ khi họ có sẵn đa số không?</w:t>
      </w:r>
    </w:p>
    <w:p>
      <w:pPr>
        <w:spacing w:after="80"/>
      </w:pPr>
      <w:r>
        <w:rPr>
          <w:b w:val="0"/>
          <w:i w:val="0"/>
        </w:rPr>
        <w:t>Cơ hội rất thực. Nếu các nghị sĩ trung lập và đảng Tự do cùng vào sảnh bỏ phiếu với chúng ta, thì sẽ là một cuộc đua sát nút. Anh cũng đã xác định được khoảng một tá nghị sĩ Bảo thủ hoàn toàn không hài lòng với dự luật, và vẫn còn đang dao động. Nếu anh thuyết phục được một số người trong số họ đổi phe, hoặc chỉ cần bỏ phiếu trắng, thì sẽ là ngang tài ngang sức.</w:t>
      </w:r>
    </w:p>
    <w:p>
      <w:pPr>
        <w:spacing w:after="80"/>
      </w:pPr>
      <w:r>
        <w:rPr>
          <w:b w:val="0"/>
          <w:i w:val="0"/>
        </w:rPr>
        <w:t>Nhưng chắc chắn các nghị sĩ kỷ luật của đảng Bảo thủ sẽ phải làm việc cật lực, dỗ dành, đe dọa và thậm chí hối lộ bất kỳ ai có thể nổi loạn chứ?</w:t>
      </w:r>
    </w:p>
    <w:p>
      <w:pPr>
        <w:spacing w:after="80"/>
      </w:pPr>
      <w:r>
        <w:rPr>
          <w:b w:val="0"/>
          <w:i w:val="0"/>
        </w:rPr>
        <w:t>Điều đó không dễ thực hiện như vậy ở Thượng viện, nơi các nghị sĩ kỷ luật không có nhiều việc làm để trao, không có thăng chức để gợi ý hay huân chương để treo trước mặt những chính trị gia trẻ đầy tham vọng. Trong khi đó, tôi có thể đánh vào lòng tự ái của họ bằng cách tuyên bố họ là những người đàn ông dũng cảm, độc lập và có lương tâm, những người đặt điều tốt cho quốc gia lên trên điều tốt cho đảng của họ.</w:t>
      </w:r>
    </w:p>
    <w:p>
      <w:pPr>
        <w:spacing w:after="80"/>
      </w:pPr>
      <w:r>
        <w:rPr>
          <w:b w:val="0"/>
          <w:i w:val="0"/>
        </w:rPr>
        <w:t>Còn phụ nữ thì sao? Karin hỏi.</w:t>
      </w:r>
    </w:p>
    <w:p>
      <w:pPr>
        <w:spacing w:after="80"/>
      </w:pPr>
      <w:r>
        <w:rPr>
          <w:b w:val="0"/>
          <w:i w:val="0"/>
        </w:rPr>
        <w:t>Hối lộ phụ nữ khó hơn nhiều.</w:t>
      </w:r>
    </w:p>
    <w:p>
      <w:pPr>
        <w:spacing w:after="80"/>
      </w:pPr>
      <w:r>
        <w:rPr>
          <w:b w:val="0"/>
          <w:i w:val="0"/>
        </w:rPr>
        <w:t>Anh đúng là một kẻ đểu, Giles Barrington.</w:t>
      </w:r>
    </w:p>
    <w:p>
      <w:pPr>
        <w:spacing w:after="80"/>
      </w:pPr>
      <w:r>
        <w:rPr>
          <w:b w:val="0"/>
          <w:i w:val="0"/>
        </w:rPr>
        <w:t>Tôi biết, em yêu, nhưng em phải hiểu rằng làm kẻ đểu đơn giản chỉ là một phần trong bản mô tả công việc của một chính trị gia.</w:t>
      </w:r>
    </w:p>
    <w:p>
      <w:pPr>
        <w:spacing w:after="80"/>
      </w:pPr>
      <w:r>
        <w:rPr>
          <w:b w:val="0"/>
          <w:i w:val="0"/>
        </w:rPr>
        <w:t>Nếu anh thắng cuộc bỏ phiếu, Karin nói, giọng nghiêm túc lần đầu tiên, điều đó có nghĩa là Emma có thể phải từ chức không?</w:t>
      </w:r>
    </w:p>
    <w:p>
      <w:pPr>
        <w:spacing w:after="80"/>
      </w:pPr>
      <w:r>
        <w:rPr>
          <w:b w:val="0"/>
          <w:i w:val="0"/>
        </w:rPr>
        <w:t>Trong tình yêu và chiến tranh, mọi thứ đều công bằng.</w:t>
      </w:r>
    </w:p>
    <w:p>
      <w:pPr>
        <w:spacing w:after="80"/>
      </w:pPr>
      <w:r>
        <w:rPr>
          <w:b w:val="0"/>
          <w:i w:val="0"/>
        </w:rPr>
        <w:t>Tôi hy vọng anh có vài câu sáo rỗng hay hơn thế trong bài phát biểu của mình.</w:t>
      </w:r>
    </w:p>
    <w:p>
      <w:pPr>
        <w:spacing w:after="80"/>
      </w:pPr>
      <w:r>
        <w:rPr>
          <w:b w:val="0"/>
          <w:i w:val="0"/>
        </w:rPr>
        <w:t>Kẻ phản bội, Giles nói, khi anh xỏ dép vào, biến mất vào phòng tắm và mở nước nóng. Anh nhìn vào gương, tấm gương đang nhanh chóng mờ đi vì hơi nước, và tuyên bố: Làm sao vị bộ trưởng có thể giả vờ hiểu được hoàn cảnh của một bà mẹ trẻ ở Darlington, Doncaster hay Durham?</w:t>
      </w:r>
    </w:p>
    <w:p>
      <w:pPr>
        <w:spacing w:after="80"/>
      </w:pPr>
      <w:r>
        <w:rPr>
          <w:b w:val="0"/>
          <w:i w:val="0"/>
        </w:rPr>
        <w:t>Em nghĩ chỗ nào? anh hỏi, giọng trở lại bình thường.</w:t>
      </w:r>
    </w:p>
    <w:p>
      <w:pPr>
        <w:spacing w:after="80"/>
      </w:pPr>
      <w:r>
        <w:rPr>
          <w:b w:val="0"/>
          <w:i w:val="0"/>
        </w:rPr>
        <w:t>Darlington, Karin nói. Emma khó có thể từng đến đó.</w:t>
      </w:r>
    </w:p>
    <w:p>
      <w:pPr>
        <w:spacing w:after="80"/>
      </w:pPr>
      <w:r>
        <w:rPr>
          <w:b w:val="0"/>
          <w:i w:val="0"/>
        </w:rPr>
        <w:t>hay những gian khổ mà một người thợ mỏ từ South Wales phải chịu đựng, người dành nửa cuộc đời dưới hầm mỏ, hay một nông dân tá điền ở vùng Highlands, người bắt đầu làm việc lúc bốn giờ sáng. Vì chính những người này là những người dựa vào bệnh viện địa phương khi họ đổ bệnh, chỉ để phát hiện ra rằng nó đã bị đóng cửa bởi những người Bảo thủ tử tế, biết quan tâm ở phía đối diện, những người không quan tâm đến việc cứu mạng sống, chỉ quan tâm đến việc tiết kiệm từng xu.</w:t>
      </w:r>
    </w:p>
    <w:p>
      <w:pPr>
        <w:spacing w:after="80"/>
      </w:pPr>
      <w:r>
        <w:rPr>
          <w:b w:val="0"/>
          <w:i w:val="0"/>
        </w:rPr>
        <w:t>Để họ có thể xây một bệnh viện lớn hơn, được trang bị tốt hơn ngay trên con đường? Karin gợi ý.</w:t>
      </w:r>
    </w:p>
    <w:p>
      <w:pPr>
        <w:spacing w:after="80"/>
      </w:pPr>
      <w:r>
        <w:rPr>
          <w:b w:val="0"/>
          <w:i w:val="0"/>
        </w:rPr>
        <w:t>Làm sao quý bà đáng kính có thể bắt đầu hiểu được . . . Giles tiếp tục, phớt lờ sự ngắt lời của vợ.</w:t>
      </w:r>
    </w:p>
    <w:p>
      <w:pPr>
        <w:spacing w:after="80"/>
      </w:pPr>
      <w:r>
        <w:rPr>
          <w:b w:val="0"/>
          <w:i w:val="0"/>
        </w:rPr>
        <w:t>Anh sẽ ở trong đó bao lâu, Giles?</w:t>
      </w:r>
    </w:p>
    <w:p>
      <w:pPr>
        <w:spacing w:after="80"/>
      </w:pPr>
      <w:r>
        <w:rPr>
          <w:b w:val="0"/>
          <w:i w:val="0"/>
        </w:rPr>
        <w:t>Đừng có mà cà khịa nữa, cô nàng. Anh mới chỉ bắt đầu phần kết luận hùng hồn của mình thôi đấy.</w:t>
      </w:r>
    </w:p>
    <w:p>
      <w:pPr>
        <w:spacing w:after="80"/>
      </w:pPr>
      <w:r>
        <w:rPr>
          <w:b w:val="0"/>
          <w:i w:val="0"/>
        </w:rPr>
        <w:t>Và em cần đi vệ sinh, ngay bây giờ.</w:t>
      </w:r>
    </w:p>
    <w:p>
      <w:pPr>
        <w:spacing w:after="80"/>
      </w:pPr>
      <w:r>
        <w:rPr>
          <w:b w:val="0"/>
          <w:i w:val="0"/>
        </w:rPr>
        <w:t>Giles bước ra khỏi phòng tắm. "Thế mà em còn dám buộc tội anh dùng thủ đoạn đê tiện," anh nói, vung vẩy cây cọ cạo râu về phía cô.</w:t>
      </w:r>
    </w:p>
    <w:p>
      <w:pPr>
        <w:spacing w:after="80"/>
      </w:pPr>
      <w:r>
        <w:rPr>
          <w:b w:val="0"/>
          <w:i w:val="0"/>
        </w:rPr>
        <w:t>Karin không đáp, chỉ lườm ông chồng đang cạo râu dở dang rồi lùi vào phòng tắm.</w:t>
      </w:r>
    </w:p>
    <w:p>
      <w:pPr>
        <w:spacing w:after="80"/>
      </w:pPr>
      <w:r>
        <w:rPr>
          <w:b w:val="0"/>
          <w:i w:val="0"/>
        </w:rPr>
        <w:t>Giles nhặt bản mới nhất của bài phát biểu trên bàn đầu giường và thay Durham bằng Darlington.</w:t>
      </w:r>
    </w:p>
    <w:p>
      <w:pPr>
        <w:spacing w:after="80"/>
      </w:pPr>
      <w:r>
        <w:rPr>
          <w:b w:val="0"/>
          <w:i w:val="0"/>
        </w:rPr>
        <w:t>"Và làm sao quý bà đáng kính có thể hy vọng hiểu được—" anh cúi xuống gạch bỏ chữ "hy vọng", thay bằng "bắt đầu", đúng lúc cửa phòng tắm mở ra.</w:t>
      </w:r>
    </w:p>
    <w:p>
      <w:pPr>
        <w:spacing w:after="80"/>
      </w:pPr>
      <w:r>
        <w:rPr>
          <w:b w:val="0"/>
          <w:i w:val="0"/>
        </w:rPr>
        <w:t>"Bộ trưởng Quốc gia chỉ có thể nhắc quý ngài rằng bà ấy hoàn toàn hiểu rõ, vì bà đã có vinh dự làm chủ tịch một trong những bệnh viện NHS lớn nhất cả nước trong bảy năm."</w:t>
      </w:r>
    </w:p>
    <w:p>
      <w:pPr>
        <w:spacing w:after="80"/>
      </w:pPr>
      <w:r>
        <w:rPr>
          <w:b w:val="0"/>
          <w:i w:val="0"/>
        </w:rPr>
        <w:t>"Anh đứng về phe nào đấy?" Giles hỏi dồn.</w:t>
      </w:r>
    </w:p>
    <w:p>
      <w:pPr>
        <w:spacing w:after="80"/>
      </w:pPr>
      <w:r>
        <w:rPr>
          <w:b w:val="0"/>
          <w:i w:val="0"/>
        </w:rPr>
        <w:t>"Em sẽ không quyết định cho đến khi nghe cả hai phía của cuộc tranh luận," Karin nói. "Bởi vì đến giờ, em mới chỉ nghe có một phía, mấy lần rồi."</w:t>
      </w:r>
    </w:p>
    <w:p>
      <w:pPr>
        <w:spacing w:after="80"/>
      </w:pPr>
      <w:r>
        <w:rPr>
          <w:b w:val="0"/>
          <w:i w:val="0"/>
        </w:rPr>
        <w:t>"Yêu thương, tôn trọng và vâng lời," Giles nói, quay lại phòng tắm để cạo nốt râu.</w:t>
      </w:r>
    </w:p>
    <w:p>
      <w:pPr>
        <w:spacing w:after="80"/>
      </w:pPr>
      <w:r>
        <w:rPr>
          <w:b w:val="0"/>
          <w:i w:val="0"/>
        </w:rPr>
        <w:t>"Em đâu có hứa vâng lời," Karin nói, ngay trước khi cửa đóng lại.</w:t>
      </w:r>
    </w:p>
    <w:p>
      <w:pPr>
        <w:spacing w:after="80"/>
      </w:pPr>
      <w:r>
        <w:rPr>
          <w:b w:val="0"/>
          <w:i w:val="0"/>
        </w:rPr>
        <w:t>Karin ngồi xuống mép giường và bắt đầu đọc bài phát biểu của Giles. Cô phải thừa nhận, nó không đến nỗi tệ. Cửa phòng tắm bật mở và Giles, đã cạo râu xong xuôi, xuất hiện trở lại.</w:t>
      </w:r>
    </w:p>
    <w:p>
      <w:pPr>
        <w:spacing w:after="80"/>
      </w:pPr>
      <w:r>
        <w:rPr>
          <w:b w:val="0"/>
          <w:i w:val="0"/>
        </w:rPr>
        <w:t>"Đã đến lúc bàn chuyện cấp bách hơn rồi," anh nói. "Năm nay mình đi nghỉ ở đâu nhỉ? Anh nghĩ có lẽ vài ngày ở miền Nam nước Pháp. Mình có thể ở La Colombe d'Or, thăm bảo tàng Matisse, lái xe dọc bờ biển Corniche, thậm chí dành một cuối tuần ở Monte Carlo."</w:t>
      </w:r>
    </w:p>
    <w:p>
      <w:pPr>
        <w:spacing w:after="80"/>
      </w:pPr>
      <w:r>
        <w:rPr>
          <w:b w:val="0"/>
          <w:i w:val="0"/>
        </w:rPr>
        <w:t>"Berlin."</w:t>
      </w:r>
    </w:p>
    <w:p>
      <w:pPr>
        <w:spacing w:after="80"/>
      </w:pPr>
      <w:r>
        <w:rPr>
          <w:b w:val="0"/>
          <w:i w:val="0"/>
        </w:rPr>
        <w:t>"Berlin?" Giles lặp lại, ngồi xuống cạnh cô trên giường.</w:t>
      </w:r>
    </w:p>
    <w:p>
      <w:pPr>
        <w:spacing w:after="80"/>
      </w:pPr>
      <w:r>
        <w:rPr>
          <w:b w:val="0"/>
          <w:i w:val="0"/>
        </w:rPr>
        <w:t>"Đúng vậy," Karin nói, giọng nghiêm túc. "Em có cảm giác sẽ không lâu nữa trước khi bức tường man rợ đó cuối cùng đổ xuống. Hàng ngàn người đồng hương nam nữ của em đang đứng bên phía Tây trong cuộc phản đối thầm lặng mỗi ngày, và em muốn đến đó cùng họ."</w:t>
      </w:r>
    </w:p>
    <w:p>
      <w:pPr>
        <w:spacing w:after="80"/>
      </w:pPr>
      <w:r>
        <w:rPr>
          <w:b w:val="0"/>
          <w:i w:val="0"/>
        </w:rPr>
        <w:t>Và cứ thế nhé, Giles nói, vòng tay qua vai cô. Anh sẽ gọi cho Walter Scheel ngay khi đến văn phòng. Nếu có ai biết chuyện gì đang diễn ra phía sau hậu trường, thì chính là ông ấy.</w:t>
      </w:r>
    </w:p>
    <w:p>
      <w:pPr>
        <w:spacing w:after="80"/>
      </w:pPr>
      <w:r>
        <w:rPr>
          <w:b w:val="0"/>
          <w:i w:val="0"/>
        </w:rPr>
        <w:t>Không biết năm nay Emma sẽ đi nghỉ ở đâu nhỉ? Karin nói khi quay lại phòng tắm.</w:t>
      </w:r>
    </w:p>
    <w:p>
      <w:pPr>
        <w:spacing w:after="80"/>
      </w:pPr>
      <w:r>
        <w:rPr>
          <w:b w:val="0"/>
          <w:i w:val="0"/>
        </w:rPr>
        <w:t>Giles đợi cửa đóng lại rồi mới nói khẽ: Đảo St Helena, nếu anh có tiếng nói trong chuyện này.</w:t>
      </w:r>
    </w:p>
    <w:p>
      <w:pPr>
        <w:pStyle w:val="Heading1"/>
        <w:jc w:val="center"/>
      </w:pPr>
      <w:r>
        <w:rPr>
          <w:rFonts w:ascii="Calibri" w:hAnsi="Calibri"/>
          <w:b/>
          <w:i w:val="0"/>
          <w:sz w:val="40"/>
        </w:rPr>
        <w:t>46</w:t>
      </w:r>
    </w:p>
    <w:p>
      <w:pPr>
        <w:spacing w:after="80"/>
      </w:pPr>
      <w:r>
        <w:rPr>
          <w:b w:val="0"/>
          <w:i w:val="0"/>
        </w:rPr>
        <w:t>Tôi phải thú nhận, thưa Ngài Harry, rằng tôi chưa từng đọc cuốn sách nào của ngài, vị chuyên gia phố Harley nói, khi nhìn qua bàn về phía bệnh nhân. Tuy nhiên, đồng nghiệp của tôi, ông Lever, lại là một người hâm mộ nhiệt thành. Ông ấy rất thất vọng khi nghe tin ngài chọn phẫu thuật thay vì xạ trị, lĩnh vực chuyên môn của chính ông ấy. Tôi có thể bắt đầu bằng việc hỏi liệu quyết định đó vẫn giữ nguyên chứ?</w:t>
      </w:r>
    </w:p>
    <w:p>
      <w:pPr>
        <w:spacing w:after="80"/>
      </w:pPr>
      <w:r>
        <w:rPr>
          <w:b w:val="0"/>
          <w:i w:val="0"/>
        </w:rPr>
        <w:t>Chắc chắn là vậy rồi, ông Kirby. Tôi đã bàn bạc kỹ lưỡng với bác sĩ gia đình, bác sĩ Richards, và vợ tôi, và cả hai đều cho rằng tôi nên chọn phẫu thuật.</w:t>
      </w:r>
    </w:p>
    <w:p>
      <w:pPr>
        <w:spacing w:after="80"/>
      </w:pPr>
      <w:r>
        <w:rPr>
          <w:b w:val="0"/>
          <w:i w:val="0"/>
        </w:rPr>
        <w:t>Vậy câu hỏi tiếp theo của tôi, Kirby nói, và tôi nghĩ mình đã biết câu trả lời, là ngài muốn điều trị tư nhân hay phẫu thuật theo NHS?</w:t>
      </w:r>
    </w:p>
    <w:p>
      <w:pPr>
        <w:spacing w:after="80"/>
      </w:pPr>
      <w:r>
        <w:rPr>
          <w:b w:val="0"/>
          <w:i w:val="0"/>
        </w:rPr>
        <w:t>Về quyết định đó, Harry nói, tôi không được lựa chọn nhiều. Nếu vợ ông đã làm chủ tịch một bệnh viện NHS suốt bảy năm, rồi trở thành bộ trưởng y tế, tôi có cảm giác điều trị tư nhân sẽ là lý do chính đáng để ly hôn.</w:t>
      </w:r>
    </w:p>
    <w:p>
      <w:pPr>
        <w:spacing w:after="80"/>
      </w:pPr>
      <w:r>
        <w:rPr>
          <w:b w:val="0"/>
          <w:i w:val="0"/>
        </w:rPr>
        <w:t>Vậy thì tất cả những gì chúng ta cần bàn là thời gian. Tôi đã xem kết quả xét nghiệm của ngài và đồng ý với bác sĩ gia đình rằng chừng nào chỉ số PSA còn ở mức khoảng sáu, thì chưa cần lo lắng. Nhưng vì nó đã tăng đều đặn qua từng năm, có lẽ nên trì hoãn phẫu thuật quá lâu sẽ không khôn ngoan. Với suy nghĩ đó, tôi muốn đặt lịch cho ngài trong vòng sáu tháng tới. Điều đó còn có thêm lợi ích là sẽ không ai có thể nói rằng ngài chen ngang hàng đợi nhờ các mối quan hệ.</w:t>
      </w:r>
    </w:p>
    <w:p>
      <w:pPr>
        <w:spacing w:after="80"/>
      </w:pPr>
      <w:r>
        <w:rPr>
          <w:b w:val="0"/>
          <w:i w:val="0"/>
        </w:rPr>
        <w:t>Thẳng thắn mà nói, thế cũng hợp với tôi. Tôi vừa hoàn thành bản thảo đầu tiên của cuốn tiểu thuyết mới nhất, và tôi dự định nộp bản thảo cho nhà xuất bản ngay trước Giáng sinh.</w:t>
      </w:r>
    </w:p>
    <w:p>
      <w:pPr>
        <w:spacing w:after="80"/>
      </w:pPr>
      <w:r>
        <w:rPr>
          <w:b w:val="0"/>
          <w:i w:val="0"/>
        </w:rPr>
        <w:t>Vậy là xong một vấn đề, Kirby nói, khi bắt đầu lật vài trang của một cuốn sổ lịch lớn để trên bàn. Mình chọn ngày 11 tháng Giêng lúc mười giờ nhé? Và tôi đề nghị ngài dọn trống lịch trong ba tuần sau đó.</w:t>
      </w:r>
    </w:p>
    <w:p>
      <w:pPr>
        <w:spacing w:after="80"/>
      </w:pPr>
      <w:r>
        <w:rPr>
          <w:b w:val="0"/>
          <w:i w:val="0"/>
        </w:rPr>
        <w:t>Harry ghi chú vào sổ lịch, đánh ba dấu sao ở đầu trang, và gạch một đường qua phần còn lại của tháng.</w:t>
      </w:r>
    </w:p>
    <w:p>
      <w:pPr>
        <w:spacing w:after="80"/>
      </w:pPr>
      <w:r>
        <w:rPr>
          <w:b w:val="0"/>
          <w:i w:val="0"/>
        </w:rPr>
        <w:t>Tôi làm phần lớn công việc NHS ở Guys hoặc St Thomass, Kirby tiếp tục. Tôi cho rằng vì Tommys chỉ ở bên kia cầu Westminster từ nhà ngài, sẽ tiện hơn cho ngài và vợ ngài.</w:t>
      </w:r>
    </w:p>
    <w:p>
      <w:pPr>
        <w:spacing w:after="80"/>
      </w:pPr>
      <w:r>
        <w:rPr>
          <w:b w:val="0"/>
          <w:i w:val="0"/>
        </w:rPr>
        <w:t>Đúng là vậy, cảm ơn ông.</w:t>
      </w:r>
    </w:p>
    <w:p>
      <w:pPr>
        <w:spacing w:after="80"/>
      </w:pPr>
      <w:r>
        <w:rPr>
          <w:b w:val="0"/>
          <w:i w:val="0"/>
        </w:rPr>
        <w:t>Giờ thì, có một phức tạp nhỏ phát sinh từ lần khám trước của ngài với bác sĩ Richards. Kirby xoay ghế lại và đối diện với một màn hình trên tường. Nếu ngài xem phim X-quang này, ông nói, chiếu một chùm sáng mảnh như bút chì lên màn hình, ngài sẽ thấy các tế bào ung thư hiện đang khu trú trong một vùng nhỏ. Tuy nhiên, nếu nhìn kỹ hơn, ông thêm, phóng to hình ảnh, ngài sẽ thấy một hai kẻ quậy phá nhỏ đang cố gắng trốn thoát. Tôi định loại bỏ từng tế bào một trước khi chúng lan sang các bộ phận khác của cơ thể ngài, nơi chúng có thể gây hại nhiều hơn. Mặc dù gần đây chúng tôi đã phát triển được phương pháp chữa trị ung thư tuyến tiền liệt, nhưng điều tương tự không thể nói với xương hay gan, nơi những kẻ quái ác nhỏ này đang hướng tới.</w:t>
      </w:r>
    </w:p>
    <w:p>
      <w:pPr>
        <w:spacing w:after="80"/>
      </w:pPr>
      <w:r>
        <w:rPr>
          <w:b w:val="0"/>
          <w:i w:val="0"/>
        </w:rPr>
        <w:t>Harry gật đầu.</w:t>
      </w:r>
    </w:p>
    <w:p>
      <w:pPr>
        <w:spacing w:after="80"/>
      </w:pPr>
      <w:r>
        <w:rPr>
          <w:b w:val="0"/>
          <w:i w:val="0"/>
        </w:rPr>
        <w:t>Giờ thì, thưa Ngài Harry, tôi nghĩ có lẽ chính ngài cũng có vài câu hỏi cho riêng mình.</w:t>
      </w:r>
    </w:p>
    <w:p>
      <w:pPr>
        <w:spacing w:after="80"/>
      </w:pPr>
      <w:r>
        <w:rPr>
          <w:b w:val="0"/>
          <w:i w:val="0"/>
        </w:rPr>
        <w:t>Ca phẫu thuật sẽ mất bao lâu, và tôi sẽ hồi phục nhanh đến mức nào?</w:t>
      </w:r>
    </w:p>
    <w:p>
      <w:pPr>
        <w:spacing w:after="80"/>
      </w:pPr>
      <w:r>
        <w:rPr>
          <w:b w:val="0"/>
          <w:i w:val="0"/>
        </w:rPr>
        <w:t>Ca phẫu thuật thường mất ba đến bốn tiếng, sau đó ngài sẽ trải qua hai tuần khá là khó chịu, nhưng bệnh nhân trung bình hồi phục gần như bình thường sau tối đa ba tuần. Ngài sẽ chỉ còn lại chưa đến nửa tá vết sẹo nhỏ trên bụng, chúng sẽ nhanh chóng mờ đi, và tôi nghĩ ngài sẽ trở lại bàn làm việc để viết lách trong vòng một tháng.</w:t>
      </w:r>
    </w:p>
    <w:p>
      <w:pPr>
        <w:spacing w:after="80"/>
      </w:pPr>
      <w:r>
        <w:rPr>
          <w:b w:val="0"/>
          <w:i w:val="0"/>
        </w:rPr>
        <w:t>Thật yên tâm, Harry nói. Ông ngập ngừng một chút rồi dè dặt hỏi, Ông đã thực hiện ca phẫu thuật đặc biệt này bao nhiêu lần rồi?</w:t>
      </w:r>
    </w:p>
    <w:p>
      <w:pPr>
        <w:spacing w:after="80"/>
      </w:pPr>
      <w:r>
        <w:rPr>
          <w:b w:val="0"/>
          <w:i w:val="0"/>
        </w:rPr>
        <w:t>Hơn một nghìn lần, nên tôi nghĩ đến giờ mình đã quen tay rồi, Kirby nói. Còn ngài đã viết bao nhiêu cuốn sách?</w:t>
      </w:r>
    </w:p>
    <w:p>
      <w:pPr>
        <w:spacing w:after="80"/>
      </w:pPr>
      <w:r>
        <w:rPr>
          <w:b w:val="0"/>
          <w:i w:val="0"/>
        </w:rPr>
        <w:t>Chạm nhé, Harry nói, đứng dậy bắt tay vị bác sĩ phẫu thuật. Cảm ơn ông. Tôi mong được gặp lại ông vào tháng Giêng.</w:t>
      </w:r>
    </w:p>
    <w:p>
      <w:pPr>
        <w:spacing w:after="80"/>
      </w:pPr>
      <w:r>
        <w:rPr>
          <w:b w:val="0"/>
          <w:i w:val="0"/>
        </w:rPr>
        <w:t>Chẳng ai mong gặp lại tôi cả, Kirby nói. Nhưng với trường hợp của ngài, tôi coi đó là một vinh dự khi được chọn làm bác sĩ phẫu thuật cho ngài. Có thể tôi chưa đọc cuốn sách nào của ngài, nhưng tôi vừa mới bắt đầu công việc đầu tiên với tư cách bác sĩ nội trú tại UCH khi ngài đọc bài phát biểu trước Ủy ban Giải Nobel ở Stockholm thay mặt Anatoly Babakov. Ông rút một cây bút từ túi áo trong, giơ lên không trung và nói, Ngòi bút mạnh hơn thanh gươm.</w:t>
      </w:r>
    </w:p>
    <w:p>
      <w:pPr>
        <w:spacing w:after="80"/>
      </w:pPr>
      <w:r>
        <w:rPr>
          <w:b w:val="0"/>
          <w:i w:val="0"/>
        </w:rPr>
        <w:t>Tôi vừa thấy vinh dự vừa thấy kinh ngạc, mức độ ngang nhau, Harry nói.</w:t>
      </w:r>
    </w:p>
    <w:p>
      <w:pPr>
        <w:spacing w:after="80"/>
      </w:pPr>
      <w:r>
        <w:rPr>
          <w:b w:val="0"/>
          <w:i w:val="0"/>
        </w:rPr>
        <w:t>Kinh ngạc? Kirby nói, vẻ mặt ngạc nhiên.</w:t>
      </w:r>
    </w:p>
    <w:p>
      <w:pPr>
        <w:spacing w:after="80"/>
      </w:pPr>
      <w:r>
        <w:rPr>
          <w:b w:val="0"/>
          <w:i w:val="0"/>
        </w:rPr>
        <w:t>Vinh dự vì ông nhớ bài phát biểu của tôi, nhưng kinh ngạc vì lúc đó ông còn là một bác sĩ nội trú trẻ. Tôi già đến thế sao?</w:t>
      </w:r>
    </w:p>
    <w:p>
      <w:pPr>
        <w:spacing w:after="80"/>
      </w:pPr>
      <w:r>
        <w:rPr>
          <w:b w:val="0"/>
          <w:i w:val="0"/>
        </w:rPr>
        <w:t>Dĩ nhiên là không, Kirby nói. Và khi tôi làm xong việc với ngài, ngài sẽ còn sung sức thêm hai mươi năm nữa.</w:t>
      </w:r>
    </w:p>
    <w:p>
      <w:pPr>
        <w:jc w:val="center"/>
      </w:pPr>
      <w:r>
        <w:drawing>
          <wp:inline xmlns:a="http://schemas.openxmlformats.org/drawingml/2006/main" xmlns:pic="http://schemas.openxmlformats.org/drawingml/2006/picture">
            <wp:extent cx="304800" cy="85725"/>
            <wp:docPr id="130" name="Picture 13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Anh nghĩ sao? Emma thì thầm.</w:t>
      </w:r>
    </w:p>
    <w:p>
      <w:pPr>
        <w:spacing w:after="80"/>
      </w:pPr>
      <w:r>
        <w:rPr>
          <w:b w:val="0"/>
          <w:i w:val="0"/>
        </w:rPr>
        <w:t>Tôi không thể giả vờ rằng đây sẽ là lựa chọn đầu tiên của tôi cho tác phẩm dự thi huy chương vàng của Jessie cho RA Schools, Richard thừa nhận.</w:t>
      </w:r>
    </w:p>
    <w:p>
      <w:pPr>
        <w:spacing w:after="80"/>
      </w:pPr>
      <w:r>
        <w:rPr>
          <w:b w:val="0"/>
          <w:i w:val="0"/>
        </w:rPr>
        <w:t>Cũng không phải của tôi. Và nghĩ lại thì lẽ ra con bé có thể nộp một trong những bức chân dung truyền thống của mình, chắc chắn sẽ cho nó cơ hội thắng giải.</w:t>
      </w:r>
    </w:p>
    <w:p>
      <w:pPr>
        <w:spacing w:after="80"/>
      </w:pPr>
      <w:r>
        <w:rPr>
          <w:b w:val="0"/>
          <w:i w:val="0"/>
        </w:rPr>
        <w:t>Nhưng đó là một bức chân dung mà, Mẹ, Sebastian nói.</w:t>
      </w:r>
    </w:p>
    <w:p>
      <w:pPr>
        <w:spacing w:after="80"/>
      </w:pPr>
      <w:r>
        <w:rPr>
          <w:b w:val="0"/>
          <w:i w:val="0"/>
        </w:rPr>
        <w:t>Seb, đó là một cái bao cao su khổng lồ, Emma thì thầm.</w:t>
      </w:r>
    </w:p>
    <w:p>
      <w:pPr>
        <w:spacing w:after="80"/>
      </w:pPr>
      <w:r>
        <w:rPr>
          <w:b w:val="0"/>
          <w:i w:val="0"/>
        </w:rPr>
        <w:t>Đúng là như vậy, nhưng bạn phải nhìn kỹ hơn mới thấy được ý nghĩa thực sự của nó.</w:t>
      </w:r>
    </w:p>
    <w:p>
      <w:pPr>
        <w:spacing w:after="80"/>
      </w:pPr>
      <w:r>
        <w:rPr>
          <w:b w:val="0"/>
          <w:i w:val="0"/>
        </w:rPr>
        <w:t>Đúng thế, con phải thú nhận là con đã bỏ lỡ ý nghĩa thực sự của nó, Emma nói. Có lẽ mẹ vui lòng giải thích cho con hiểu được không.</w:t>
      </w:r>
    </w:p>
    <w:p>
      <w:pPr>
        <w:spacing w:after="80"/>
      </w:pPr>
      <w:r>
        <w:rPr>
          <w:b w:val="0"/>
          <w:i w:val="0"/>
        </w:rPr>
        <w:t>Đó là lời bình luận của Jessie về loài người, Samantha nói, đến giải cứu cho Seb. Bên trong bao cao su là một bức chân dung của con người hiện đại.</w:t>
      </w:r>
    </w:p>
    <w:p>
      <w:pPr>
        <w:spacing w:after="80"/>
      </w:pPr>
      <w:r>
        <w:rPr>
          <w:b w:val="0"/>
          <w:i w:val="0"/>
        </w:rPr>
        <w:t>Nhưng đó là một</w:t>
      </w:r>
    </w:p>
    <w:p>
      <w:pPr>
        <w:spacing w:after="80"/>
      </w:pPr>
      <w:r>
        <w:rPr>
          <w:b w:val="0"/>
          <w:i w:val="0"/>
        </w:rPr>
        <w:t>Đúng vậy, Harry nói, không thể cưỡng lại được nữa. Đó là một dương vật cương cứng ở chỗ lẽ ra là bộ não của người đàn ông.</w:t>
      </w:r>
    </w:p>
    <w:p>
      <w:pPr>
        <w:spacing w:after="80"/>
      </w:pPr>
      <w:r>
        <w:rPr>
          <w:b w:val="0"/>
          <w:i w:val="0"/>
        </w:rPr>
        <w:t>Và cả đôi tai của anh ta nữa, Emma nói.</w:t>
      </w:r>
    </w:p>
    <w:p>
      <w:pPr>
        <w:spacing w:after="80"/>
      </w:pPr>
      <w:r>
        <w:rPr>
          <w:b w:val="0"/>
          <w:i w:val="0"/>
        </w:rPr>
        <w:t>Giỏi lắm, Mama, con mừng là mẹ đã hiểu ra điều đó.</w:t>
      </w:r>
    </w:p>
    <w:p>
      <w:pPr>
        <w:spacing w:after="80"/>
      </w:pPr>
      <w:r>
        <w:rPr>
          <w:b w:val="0"/>
          <w:i w:val="0"/>
        </w:rPr>
        <w:t>Nhưng hãy nhìn kỹ hơn vào đôi mắt, Samantha nói, và mẹ sẽ thấy hai hình ảnh của những người phụ nữ khỏa thân.</w:t>
      </w:r>
    </w:p>
    <w:p>
      <w:pPr>
        <w:spacing w:after="80"/>
      </w:pPr>
      <w:r>
        <w:rPr>
          <w:b w:val="0"/>
          <w:i w:val="0"/>
        </w:rPr>
        <w:t>Ừ, mẹ thấy chúng rồi, nhưng tại sao lưỡi của người đàn ông lại thè ra?</w:t>
      </w:r>
    </w:p>
    <w:p>
      <w:pPr>
        <w:spacing w:after="80"/>
      </w:pPr>
      <w:r>
        <w:rPr>
          <w:b w:val="0"/>
          <w:i w:val="0"/>
        </w:rPr>
        <w:t>Con không thể tưởng tượng nổi, thưa Mẹ, Seb nói.</w:t>
      </w:r>
    </w:p>
    <w:p>
      <w:pPr>
        <w:spacing w:after="80"/>
      </w:pPr>
      <w:r>
        <w:rPr>
          <w:b w:val="0"/>
          <w:i w:val="0"/>
        </w:rPr>
        <w:t>Nhưng với giá ba ngàn bảng, Emma tiếp tục, vẫn chưa bị thuyết phục, liệu có ai mua nó không?</w:t>
      </w:r>
    </w:p>
    <w:p>
      <w:pPr>
        <w:spacing w:after="80"/>
      </w:pPr>
      <w:r>
        <w:rPr>
          <w:b w:val="0"/>
          <w:i w:val="0"/>
        </w:rPr>
        <w:t>Con định mua đấy, Seb nói.</w:t>
      </w:r>
    </w:p>
    <w:p>
      <w:pPr>
        <w:spacing w:after="80"/>
      </w:pPr>
      <w:r>
        <w:rPr>
          <w:b w:val="0"/>
          <w:i w:val="0"/>
        </w:rPr>
        <w:t>Thật là trung thành với con, cưng ạ, nhưng con sẽ treo nó ở đâu trên đời này chứ?</w:t>
      </w:r>
    </w:p>
    <w:p>
      <w:pPr>
        <w:spacing w:after="80"/>
      </w:pPr>
      <w:r>
        <w:rPr>
          <w:b w:val="0"/>
          <w:i w:val="0"/>
        </w:rPr>
        <w:t>Trong sảnh ngân hàng, để mọi người đều có thể nhìn thấy.</w:t>
      </w:r>
    </w:p>
    <w:p>
      <w:pPr>
        <w:spacing w:after="80"/>
      </w:pPr>
      <w:r>
        <w:rPr>
          <w:b w:val="0"/>
          <w:i w:val="0"/>
        </w:rPr>
        <w:t>Sebastian, đó là một cái bao cao su khổng lồ!</w:t>
      </w:r>
    </w:p>
    <w:p>
      <w:pPr>
        <w:spacing w:after="80"/>
      </w:pPr>
      <w:r>
        <w:rPr>
          <w:b w:val="0"/>
          <w:i w:val="0"/>
        </w:rPr>
        <w:t>Đúng là như vậy, thưa Mẹ, và con nghi ngờ một hai vị khách hàng sáng suốt hơn của chúng ta thậm chí có thể nhận ra nó đúng là như thế.</w:t>
      </w:r>
    </w:p>
    <w:p>
      <w:pPr>
        <w:spacing w:after="80"/>
      </w:pPr>
      <w:r>
        <w:rPr>
          <w:b w:val="0"/>
          <w:i w:val="0"/>
        </w:rPr>
        <w:t xml:space="preserve">Và chắc chắn là ông cũng có thể giải thích cho tôi cái tựa đề chứ, Emma nói. </w:t>
      </w:r>
      <w:r>
        <w:rPr>
          <w:b w:val="0"/>
          <w:i/>
        </w:rPr>
        <w:t>Cứ Bảy Giây Một Lần</w:t>
      </w:r>
      <w:r>
        <w:rPr>
          <w:b w:val="0"/>
          <w:i w:val="0"/>
        </w:rPr>
        <w:t>?</w:t>
      </w:r>
    </w:p>
    <w:p>
      <w:pPr>
        <w:spacing w:after="80"/>
      </w:pPr>
      <w:r>
        <w:rPr>
          <w:b w:val="0"/>
          <w:i w:val="0"/>
        </w:rPr>
        <w:t>Sebastian được cứu khi một quý ông trông rất nổi bật xuất hiện bên cạnh họ.</w:t>
      </w:r>
    </w:p>
    <w:p>
      <w:pPr>
        <w:spacing w:after="80"/>
      </w:pPr>
      <w:r>
        <w:rPr>
          <w:b w:val="0"/>
          <w:i w:val="0"/>
        </w:rPr>
        <w:t>Chào buổi tối, thưa bộ trưởng, ông ấy nói với Emma. Cho phép tôi được bày tỏ niềm vui sướng khi gặp bà và chồng bà tại RA.</w:t>
      </w:r>
    </w:p>
    <w:p>
      <w:pPr>
        <w:spacing w:after="80"/>
      </w:pPr>
      <w:r>
        <w:rPr>
          <w:b w:val="0"/>
          <w:i w:val="0"/>
        </w:rPr>
        <w:t>Cảm ơn ngài Hugh. Chúng tôi không thể nào bỏ lỡ được.</w:t>
      </w:r>
    </w:p>
    <w:p>
      <w:pPr>
        <w:spacing w:after="80"/>
      </w:pPr>
      <w:r>
        <w:rPr>
          <w:b w:val="0"/>
          <w:i w:val="0"/>
        </w:rPr>
        <w:t>Có lý do đặc biệt nào khiến ông gián đoạn lịch trình bận rộn để đến với chúng tôi không?</w:t>
      </w:r>
    </w:p>
    <w:p>
      <w:pPr>
        <w:spacing w:after="80"/>
      </w:pPr>
      <w:r>
        <w:rPr>
          <w:b w:val="0"/>
          <w:i w:val="0"/>
        </w:rPr>
        <w:t xml:space="preserve">Cháu gái tôi, Emma nói, ra hiệu về phía </w:t>
      </w:r>
      <w:r>
        <w:rPr>
          <w:b w:val="0"/>
          <w:i/>
        </w:rPr>
        <w:t>Cứ Bảy Giây Một Lần</w:t>
      </w:r>
      <w:r>
        <w:rPr>
          <w:b w:val="0"/>
          <w:i w:val="0"/>
        </w:rPr>
        <w:t>, không giấu nổi vẻ ngượng ngùng.</w:t>
      </w:r>
    </w:p>
    <w:p>
      <w:pPr>
        <w:spacing w:after="80"/>
      </w:pPr>
      <w:r>
        <w:rPr>
          <w:b w:val="0"/>
          <w:i w:val="0"/>
        </w:rPr>
        <w:t>Chắc hẳn bà rất tự hào, vị cựu chủ tịch của RA nói. Điều đáng khen ở cô ấy là chưa bao giờ nhắc đến ông bà nổi tiếng của mình.</w:t>
      </w:r>
    </w:p>
    <w:p>
      <w:pPr>
        <w:spacing w:after="80"/>
      </w:pPr>
      <w:r>
        <w:rPr>
          <w:b w:val="0"/>
          <w:i w:val="0"/>
        </w:rPr>
        <w:t>Tôi ngờ rằng nếu cha cô ấy là một nhân viên ngân hàng và bà cô ấy là một chính trị gia đảng Bảo thủ, thì đó không phải là điều cô ấy muốn chia sẻ với những người bạn nghệ sĩ của mình. Nhưng rồi tôi cũng ngờ liệu cô ấy đã từng kể với bà rằng chúng tôi đang treo hai bức tranh màu nước của bà trong ngôi nhà ở nông thôn của chúng tôi chưa.</w:t>
      </w:r>
    </w:p>
    <w:p>
      <w:pPr>
        <w:spacing w:after="80"/>
      </w:pPr>
      <w:r>
        <w:rPr>
          <w:b w:val="0"/>
          <w:i w:val="0"/>
        </w:rPr>
        <w:t>Tôi rất vinh dự, ngài Hugh nói. Nhưng tôi thú nhận rằng tôi ước mình được sinh ra với tài năng của cháu gái bà.</w:t>
      </w:r>
    </w:p>
    <w:p>
      <w:pPr>
        <w:spacing w:after="80"/>
      </w:pPr>
      <w:r>
        <w:rPr>
          <w:b w:val="0"/>
          <w:i w:val="0"/>
        </w:rPr>
        <w:t>Ông thật tử tế, nhưng tôi có thể xin ý kiến thẳng thắn của ông về tác phẩm mới nhất của Jessica không?</w:t>
      </w:r>
    </w:p>
    <w:p>
      <w:pPr>
        <w:spacing w:after="80"/>
      </w:pPr>
      <w:r>
        <w:rPr>
          <w:b w:val="0"/>
          <w:i w:val="0"/>
        </w:rPr>
        <w:t xml:space="preserve">Vị PPRA nhìn </w:t>
      </w:r>
      <w:r>
        <w:rPr>
          <w:b w:val="0"/>
          <w:i/>
        </w:rPr>
        <w:t>Cứ Bảy Giây Một Lần</w:t>
      </w:r>
      <w:r>
        <w:rPr>
          <w:b w:val="0"/>
          <w:i w:val="0"/>
        </w:rPr>
        <w:t xml:space="preserve"> thật lâu, rồi nói: Độc đáo, sáng tạo. Mở rộng biên giới của trí tưởng tượng. Tôi cho rằng nó chịu ảnh hưởng của Marcel Duchamp.</w:t>
      </w:r>
    </w:p>
    <w:p>
      <w:pPr>
        <w:spacing w:after="80"/>
      </w:pPr>
      <w:r>
        <w:rPr>
          <w:b w:val="0"/>
          <w:i w:val="0"/>
        </w:rPr>
        <w:t>Tôi đồng ý với ông, ngài Hugh, Sebastian nói, và đó chính là lý do tôi sẽ mua bức tranh này.</w:t>
      </w:r>
    </w:p>
    <w:p>
      <w:pPr>
        <w:spacing w:after="80"/>
      </w:pPr>
      <w:r>
        <w:rPr>
          <w:b w:val="0"/>
          <w:i w:val="0"/>
        </w:rPr>
        <w:t>E rằng nó đã được bán rồi.</w:t>
      </w:r>
    </w:p>
    <w:p>
      <w:pPr>
        <w:spacing w:after="80"/>
      </w:pPr>
      <w:r>
        <w:rPr>
          <w:b w:val="0"/>
          <w:i w:val="0"/>
        </w:rPr>
        <w:t>Có người thực sự đã mua nó rồi sao? Emma nói đầy hoài nghi.</w:t>
      </w:r>
    </w:p>
    <w:p>
      <w:pPr>
        <w:spacing w:after="80"/>
      </w:pPr>
      <w:r>
        <w:rPr>
          <w:b w:val="0"/>
          <w:i w:val="0"/>
        </w:rPr>
        <w:t>Vâng, một nhà buôn người Mỹ đã vồ lấy nó ngay khi buổi triển lãm mở cửa, và vài khách hàng khác, như bà, đã thất vọng khi phát hiện ra nó đã được bán rồi.</w:t>
      </w:r>
    </w:p>
    <w:p>
      <w:pPr>
        <w:spacing w:after="80"/>
      </w:pPr>
      <w:r>
        <w:rPr>
          <w:b w:val="0"/>
          <w:i w:val="0"/>
        </w:rPr>
        <w:t>Emma không nói nên lời.</w:t>
      </w:r>
    </w:p>
    <w:p>
      <w:pPr>
        <w:spacing w:after="80"/>
      </w:pPr>
      <w:r>
        <w:rPr>
          <w:b w:val="0"/>
          <w:i w:val="0"/>
        </w:rPr>
        <w:t>Xin lỗi mọi người nhé, vì đã đến lúc công bố người đoạt huy chương vàng năm nay rồi. Ngài Hugh cúi nhẹ người rồi rời khỏi chỗ họ, bước về phía sân khấu ở tận cùng căn phòng.</w:t>
      </w:r>
    </w:p>
    <w:p>
      <w:pPr>
        <w:spacing w:after="80"/>
      </w:pPr>
      <w:r>
        <w:rPr>
          <w:b w:val="0"/>
          <w:i w:val="0"/>
        </w:rPr>
        <w:t>Emma vẫn chưa thốt nên lời khi vài nhiếp ảnh gia bắt đầu chụp ảnh cô đứng bên cạnh bức tranh. Một nhà báo lật một trang trong cuốn sổ tay của mình và nói: Thưa bộ trưởng, cho tôi hỏi bà nghĩ gì về bức chân dung của cháu gái bà?</w:t>
      </w:r>
    </w:p>
    <w:p>
      <w:pPr>
        <w:spacing w:after="80"/>
      </w:pPr>
      <w:r>
        <w:rPr>
          <w:b w:val="0"/>
          <w:i w:val="0"/>
        </w:rPr>
        <w:t>Độc đáo, sáng tạo. Mở rộng biên giới của trí tưởng tượng. Tôi cho rằng nó chịu ảnh hưởng từ Marcel Duchamp.</w:t>
      </w:r>
    </w:p>
    <w:p>
      <w:pPr>
        <w:spacing w:after="80"/>
      </w:pPr>
      <w:r>
        <w:rPr>
          <w:b w:val="0"/>
          <w:i w:val="0"/>
        </w:rPr>
        <w:t>Cảm ơn bộ trưởng, nhà báo nói, ghi lại lời bà rồi vội vã rời đi.</w:t>
      </w:r>
    </w:p>
    <w:p>
      <w:pPr>
        <w:spacing w:after="80"/>
      </w:pPr>
      <w:r>
        <w:rPr>
          <w:b w:val="0"/>
          <w:i w:val="0"/>
        </w:rPr>
        <w:t>Mẹ không chỉ không biết xấu hổ, mà sự trơ trẽn của mẹ còn mở rộng biên giới của trí tưởng tượng nữa. Con cá là trước hôm nay mẹ chưa từng nghe đến Duchamp.</w:t>
      </w:r>
    </w:p>
    <w:p>
      <w:pPr>
        <w:spacing w:after="80"/>
      </w:pPr>
      <w:r>
        <w:rPr>
          <w:b w:val="0"/>
          <w:i w:val="0"/>
        </w:rPr>
        <w:t>Công bằng mà nói, Harry lên tiếng, mẹ con chưa bao giờ cư xử như thế này trước khi bà ấy trở thành chính trị gia.</w:t>
      </w:r>
    </w:p>
    <w:p>
      <w:pPr>
        <w:spacing w:after="80"/>
      </w:pPr>
      <w:r>
        <w:rPr>
          <w:b w:val="0"/>
          <w:i w:val="0"/>
        </w:rPr>
        <w:t>Có một tiếng gõ nhẹ vào micro, và mọi người đều quay về phía sân khấu.</w:t>
      </w:r>
    </w:p>
    <w:p>
      <w:pPr>
        <w:spacing w:after="80"/>
      </w:pPr>
      <w:r>
        <w:rPr>
          <w:b w:val="0"/>
          <w:i w:val="0"/>
        </w:rPr>
        <w:t>Chào buổi tối, thưa quý vị. Tôi là Hugh Casson, và tôi xin chào mừng quý vị đến với triển lãm của Trường Royal Academy. Với tư cách là chủ tịch hội đồng trao giải, giờ đây tôi có vinh dự công bố người đoạt huy chương vàng năm nay. Thường thì tôi mở đầu bằng việc nói rằng ban giám khảo đã phải đưa ra một quyết định khó khăn biết bao, và những người về nhì đã kém may mắn đến nhường nào, nhưng lần này thì không, bởi vì hội đồng đã nhất trí trao huy chương vàng năm nay cho</w:t>
      </w:r>
    </w:p>
    <w:p>
      <w:pPr>
        <w:jc w:val="center"/>
      </w:pPr>
      <w:r>
        <w:drawing>
          <wp:inline xmlns:a="http://schemas.openxmlformats.org/drawingml/2006/main" xmlns:pic="http://schemas.openxmlformats.org/drawingml/2006/picture">
            <wp:extent cx="304800" cy="85725"/>
            <wp:docPr id="131" name="Picture 13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Hẳn bà phải tự hào lắm về cháu gái mình, vị Thư ký Thường trực nói khi bà đến gặp bộ trưởng trong văn phòng vào sáng hôm sau. Cô bé sẽ ở trong một tập thể lừng danh như thế.</w:t>
      </w:r>
    </w:p>
    <w:p>
      <w:pPr>
        <w:spacing w:after="80"/>
      </w:pPr>
      <w:r>
        <w:rPr>
          <w:b w:val="0"/>
          <w:i w:val="0"/>
        </w:rPr>
        <w:t>Vâng, tôi đã đọc chi tiết trên báo sáng nay, và đủ mọi cách lý giải khác nhau về bức tranh, nhưng nói cho tôi nghe, Pauline, bà nghĩ gì về nó?</w:t>
      </w:r>
    </w:p>
    <w:p>
      <w:pPr>
        <w:spacing w:after="80"/>
      </w:pPr>
      <w:r>
        <w:rPr>
          <w:b w:val="0"/>
          <w:i w:val="0"/>
        </w:rPr>
        <w:t>Độc đáo, sáng tạo, và nó mở rộng biên giới của trí tưởng tượng.</w:t>
      </w:r>
    </w:p>
    <w:p>
      <w:pPr>
        <w:spacing w:after="80"/>
      </w:pPr>
      <w:r>
        <w:rPr>
          <w:b w:val="0"/>
          <w:i w:val="0"/>
        </w:rPr>
        <w:t xml:space="preserve">Thế là đủ rồi, Emma nói, không buồn giấu vẻ mỉa mai. Nhưng tôi chắc không cần phải nhắc bà rằng đó là một cái bao cao su khổng lồ, thứ mà tờ </w:t>
      </w:r>
      <w:r>
        <w:rPr>
          <w:b w:val="0"/>
          <w:i/>
        </w:rPr>
        <w:t>Sun</w:t>
      </w:r>
      <w:r>
        <w:rPr>
          <w:b w:val="0"/>
          <w:i w:val="0"/>
        </w:rPr>
        <w:t xml:space="preserve"> đã đăng lên trang nhất.</w:t>
      </w:r>
    </w:p>
    <w:p>
      <w:pPr>
        <w:spacing w:after="80"/>
      </w:pPr>
      <w:r>
        <w:rPr>
          <w:b w:val="0"/>
          <w:i w:val="0"/>
        </w:rPr>
        <w:t>Và cái bao cao su đó còn được đưa tin nhiều hơn cả toàn bộ chiến dịch quan hệ công chúng của chính phủ về tình dục an toàn, mà như tôi chắc bà còn nhớ, thưa bộ trưởng, bà đã khởi động năm ngoái.</w:t>
      </w:r>
    </w:p>
    <w:p>
      <w:pPr>
        <w:spacing w:after="80"/>
      </w:pPr>
      <w:r>
        <w:rPr>
          <w:b w:val="0"/>
          <w:i w:val="0"/>
        </w:rPr>
        <w:t>Chà, tôi cũng kiếm được vài cái tít khi nói rằng tôi hy vọng chiến dịch sẽ mang tính xuyên thấu, Emma nói kèm một nụ cười. Còn gì nữa không, Pauline?</w:t>
      </w:r>
    </w:p>
    <w:p>
      <w:pPr>
        <w:spacing w:after="80"/>
      </w:pPr>
      <w:r>
        <w:rPr>
          <w:b w:val="0"/>
          <w:i w:val="0"/>
        </w:rPr>
        <w:t>Tôi vừa đọc bản mới nhất bài phát biểu của bà cho cuộc tranh luận thứ Năm tới, thưa bộ trưởng.</w:t>
      </w:r>
    </w:p>
    <w:p>
      <w:pPr>
        <w:spacing w:after="80"/>
      </w:pPr>
      <w:r>
        <w:rPr>
          <w:b w:val="0"/>
          <w:i w:val="0"/>
        </w:rPr>
        <w:t>Và nó làm bà buồn ngủ à?</w:t>
      </w:r>
    </w:p>
    <w:p>
      <w:pPr>
        <w:spacing w:after="80"/>
      </w:pPr>
      <w:r>
        <w:rPr>
          <w:b w:val="0"/>
          <w:i w:val="0"/>
        </w:rPr>
        <w:t>Tôi thấy nó hơi tầm thường một chút.</w:t>
      </w:r>
    </w:p>
    <w:p>
      <w:pPr>
        <w:spacing w:after="80"/>
      </w:pPr>
      <w:r>
        <w:rPr>
          <w:b w:val="0"/>
          <w:i w:val="0"/>
        </w:rPr>
        <w:t>Một cách nói lịch sự để bảo rằng nó nhàm chán.</w:t>
      </w:r>
    </w:p>
    <w:p>
      <w:pPr>
        <w:spacing w:after="80"/>
      </w:pPr>
      <w:r>
        <w:rPr>
          <w:b w:val="0"/>
          <w:i w:val="0"/>
        </w:rPr>
        <w:t>Thôi được, cứ cho là thêm chút hài hước thì cũng chẳng hại gì.</w:t>
      </w:r>
    </w:p>
    <w:p>
      <w:pPr>
        <w:spacing w:after="80"/>
      </w:pPr>
      <w:r>
        <w:rPr>
          <w:b w:val="0"/>
          <w:i w:val="0"/>
        </w:rPr>
        <w:t>Nhất là khi hài hước lại là sở trường của anh trai tôi.</w:t>
      </w:r>
    </w:p>
    <w:p>
      <w:pPr>
        <w:spacing w:after="80"/>
      </w:pPr>
      <w:r>
        <w:rPr>
          <w:b w:val="0"/>
          <w:i w:val="0"/>
        </w:rPr>
        <w:t>Biết đâu nó lại tạo nên khác biệt, nếu báo chí nói đúng rằng đây sẽ là một cuộc đua sát nút.</w:t>
      </w:r>
    </w:p>
    <w:p>
      <w:pPr>
        <w:spacing w:after="80"/>
      </w:pPr>
      <w:r>
        <w:rPr>
          <w:b w:val="0"/>
          <w:i w:val="0"/>
        </w:rPr>
        <w:t>Chẳng lẽ chúng ta không thể dựa vào sự thật để thuyết phục những người còn do dự sao?</w:t>
      </w:r>
    </w:p>
    <w:p>
      <w:pPr>
        <w:spacing w:after="80"/>
      </w:pPr>
      <w:r>
        <w:rPr>
          <w:b w:val="0"/>
          <w:i w:val="0"/>
        </w:rPr>
        <w:t>Tôi thì không dám chắc đâu, thưa ngài bộ trưởng. Và tôi nghĩ ngài nên biết rằng Thủ tướng đã hỏi chúng ta có kế hoạch gì trong trường hợp thua phiếu.</w:t>
      </w:r>
    </w:p>
    <w:p>
      <w:pPr>
        <w:spacing w:after="80"/>
      </w:pPr>
      <w:r>
        <w:rPr>
          <w:b w:val="0"/>
          <w:i w:val="0"/>
        </w:rPr>
        <w:t>Vậy sao? Thế thì cuối tuần này tôi phải xem lại bài phát biểu lần nữa. Trớ trêu thay, nếu không phải đối đầu với anh trai mình, tôi đã nhờ anh ấy thêm vài câu châm biếm dí dỏm rồi.</w:t>
      </w:r>
    </w:p>
    <w:p>
      <w:pPr>
        <w:spacing w:after="80"/>
      </w:pPr>
      <w:r>
        <w:rPr>
          <w:b w:val="0"/>
          <w:i w:val="0"/>
        </w:rPr>
        <w:t>Tôi chắc là anh ấy rất muốn, Pauline nói, nhưng chắc chính vì thế mà Kinnock đã giao việc đó cho anh ấy ngay từ đầu.</w:t>
      </w:r>
    </w:p>
    <w:p>
      <w:pPr>
        <w:spacing w:after="80"/>
      </w:pPr>
      <w:r>
        <w:rPr>
          <w:b w:val="0"/>
          <w:i w:val="0"/>
        </w:rPr>
        <w:t>Chẳng tinh tế chút nào, Emma nói. Còn gì nữa không?</w:t>
      </w:r>
    </w:p>
    <w:p>
      <w:pPr>
        <w:spacing w:after="80"/>
      </w:pPr>
      <w:r>
        <w:rPr>
          <w:b w:val="0"/>
          <w:i w:val="0"/>
        </w:rPr>
        <w:t>Vâng, thưa ngài bộ trưởng, tôi tự hỏi liệu có thể bàn với ngài một chuyện riêng không ạ.</w:t>
      </w:r>
    </w:p>
    <w:p>
      <w:pPr>
        <w:spacing w:after="80"/>
      </w:pPr>
      <w:r>
        <w:rPr>
          <w:b w:val="0"/>
          <w:i w:val="0"/>
        </w:rPr>
        <w:t>Nghe có vẻ khá nghiêm trọng đấy, Pauline, nhưng được, tất nhiên rồi.</w:t>
      </w:r>
    </w:p>
    <w:p>
      <w:pPr>
        <w:spacing w:after="80"/>
      </w:pPr>
      <w:r>
        <w:rPr>
          <w:b w:val="0"/>
          <w:i w:val="0"/>
        </w:rPr>
        <w:t>Ngài có theo dõi nghiên cứu mới nhất từ Mỹ về DNA không ạ?</w:t>
      </w:r>
    </w:p>
    <w:p>
      <w:pPr>
        <w:spacing w:after="80"/>
      </w:pPr>
      <w:r>
        <w:rPr>
          <w:b w:val="0"/>
          <w:i w:val="0"/>
        </w:rPr>
        <w:t>Chắc là không, Emma nói. Mấy cái hộp đỏ của tôi đã cho tôi đủ thứ để đọc rồi.</w:t>
      </w:r>
    </w:p>
    <w:p>
      <w:pPr>
        <w:spacing w:after="80"/>
      </w:pPr>
      <w:r>
        <w:rPr>
          <w:b w:val="0"/>
          <w:i w:val="0"/>
        </w:rPr>
        <w:t>Chỉ là tôi cảm thấy bước đột phá mới nhất trong lĩnh vực này có thể khiến ngài quan tâm.</w:t>
      </w:r>
    </w:p>
    <w:p>
      <w:pPr>
        <w:spacing w:after="80"/>
      </w:pPr>
      <w:r>
        <w:rPr>
          <w:b w:val="0"/>
          <w:i w:val="0"/>
        </w:rPr>
        <w:t>Sao vậy? Emma nói, thật sự bối rối.</w:t>
      </w:r>
    </w:p>
    <w:p>
      <w:pPr>
        <w:spacing w:after="80"/>
      </w:pPr>
      <w:r>
        <w:rPr>
          <w:b w:val="0"/>
          <w:i w:val="0"/>
        </w:rPr>
        <w:t>Các nhà khoa học giờ đây có thể chứng minh một cách dứt khoát liệu hai người có quan hệ huyết thống với nhau hay không.</w:t>
      </w:r>
    </w:p>
    <w:p>
      <w:pPr>
        <w:spacing w:after="80"/>
      </w:pPr>
      <w:r>
        <w:rPr>
          <w:b w:val="0"/>
          <w:i w:val="0"/>
        </w:rPr>
        <w:t>Sao anh biết? Emma hỏi khẽ.</w:t>
      </w:r>
    </w:p>
    <w:p>
      <w:pPr>
        <w:spacing w:after="80"/>
      </w:pPr>
      <w:r>
        <w:rPr>
          <w:b w:val="0"/>
          <w:i w:val="0"/>
        </w:rPr>
        <w:t>Khi ai đó được bổ nhiệm làm bộ trưởng dưới quyền Hoàng gia, chúng tôi lập một hồ sơ về họ, để nếu báo chí liên hệ với chúng tôi về quá khứ của họ, ít nhất chúng tôi cũng được báo trước.</w:t>
      </w:r>
    </w:p>
    <w:p>
      <w:pPr>
        <w:spacing w:after="80"/>
      </w:pPr>
      <w:r>
        <w:rPr>
          <w:b w:val="0"/>
          <w:i w:val="0"/>
        </w:rPr>
        <w:t>Và báo chí đã liên hệ chưa?</w:t>
      </w:r>
    </w:p>
    <w:p>
      <w:pPr>
        <w:spacing w:after="80"/>
      </w:pPr>
      <w:r>
        <w:rPr>
          <w:b w:val="0"/>
          <w:i w:val="0"/>
        </w:rPr>
        <w:t>Chưa. Nhưng tôi đã đi học khi phiên xét xử diễn ra tại Thượng viện, nơi đưa ra phán quyết về việc anh trai cô hay Harry Clifton là người sinh ra trước, và do đó là người thừa kế hợp pháp tước vị và điền sản Barrington. Tất cả chúng tôi ở trường Berkhamsted High lúc đó đều thấy chuyện này rất lãng mạn, và rất vui mừng khi các vị thẩm phán quý tộc phán quyết ủng hộ anh trai cô, khiến cô có thể kết hôn với người đàn ông mình yêu.</w:t>
      </w:r>
    </w:p>
    <w:p>
      <w:pPr>
        <w:spacing w:after="80"/>
      </w:pPr>
      <w:r>
        <w:rPr>
          <w:b w:val="0"/>
          <w:i w:val="0"/>
        </w:rPr>
        <w:t>Và giờ cuối cùng tôi sẽ có thể khám phá xem phán quyết của các vị thẩm phán quý tộc có đúng hay không, Emma nói. Cho tôi chút thời gian để suy nghĩ về việc này, vì tôi chắc chắn sẽ không sẵn lòng tiến hành mà không có sự đồng ý của Harry.</w:t>
      </w:r>
    </w:p>
    <w:p>
      <w:pPr>
        <w:spacing w:after="80"/>
      </w:pPr>
      <w:r>
        <w:rPr>
          <w:b w:val="0"/>
          <w:i w:val="0"/>
        </w:rPr>
        <w:t>Tất nhiên rồi, thưa bộ trưởng.</w:t>
      </w:r>
    </w:p>
    <w:p>
      <w:pPr>
        <w:spacing w:after="80"/>
      </w:pPr>
      <w:r>
        <w:rPr>
          <w:b w:val="0"/>
          <w:i w:val="0"/>
        </w:rPr>
        <w:t>Nói một chuyện nhẹ nhàng hơn, Pauline, cô nói cô giữ hồ sơ về tôi. Điều đó có nghĩa là cô có hồ sơ về mọi bộ trưởng khác không?</w:t>
      </w:r>
    </w:p>
    <w:p>
      <w:pPr>
        <w:spacing w:after="80"/>
      </w:pPr>
      <w:r>
        <w:rPr>
          <w:b w:val="0"/>
          <w:i w:val="0"/>
        </w:rPr>
        <w:t>Chắc chắn là có. Tuy nhiên, điều đó không có nghĩa là tôi sẵn lòng tiết lộ đồng nghiệp nào của cô là người mặc đồ khác giới, ai bị bắt quả tang hút cần sa trong Cung điện Buckingham, và vị thẩm phán tối cao nào thích hóa trang thành cảnh sát và đi tuần đêm.</w:t>
      </w:r>
    </w:p>
    <w:p>
      <w:pPr>
        <w:spacing w:after="80"/>
      </w:pPr>
      <w:r>
        <w:rPr>
          <w:b w:val="0"/>
          <w:i w:val="0"/>
        </w:rPr>
        <w:t>Chỉ một câu hỏi thôi, Pauline. Có ai trong số họ nằm trong nhóm những người còn do dự không?</w:t>
      </w:r>
    </w:p>
    <w:p>
      <w:pPr>
        <w:spacing w:after="80"/>
      </w:pPr>
      <w:r>
        <w:rPr>
          <w:b w:val="0"/>
          <w:i w:val="0"/>
        </w:rPr>
        <w:t>Đáng buồn là không, thưa bộ trưởng.</w:t>
      </w:r>
    </w:p>
    <w:p>
      <w:pPr>
        <w:pStyle w:val="Heading1"/>
        <w:jc w:val="center"/>
      </w:pPr>
      <w:r>
        <w:rPr>
          <w:rFonts w:ascii="Calibri" w:hAnsi="Calibri"/>
          <w:b/>
          <w:i w:val="0"/>
          <w:sz w:val="40"/>
        </w:rPr>
        <w:t>47</w:t>
      </w:r>
    </w:p>
    <w:p>
      <w:pPr>
        <w:spacing w:after="80"/>
      </w:pPr>
      <w:r>
        <w:rPr>
          <w:b w:val="0"/>
          <w:i w:val="0"/>
        </w:rPr>
        <w:t>MẶC DÙ HẦU HẾT các vị thẩm phán quý tộc đã quyết định cách bỏ phiếu từ lâu trước khi Thượng viện họp phiên tranh luận quan trọng, cả Emma và Giles đều chấp nhận rằng số phận của dự luật giờ đây nằm trong tay khoảng một tá quý tộc vẫn chưa được thuyết phục theo bên nào.</w:t>
      </w:r>
    </w:p>
    <w:p>
      <w:pPr>
        <w:spacing w:after="80"/>
      </w:pPr>
      <w:r>
        <w:rPr>
          <w:b w:val="0"/>
          <w:i w:val="0"/>
        </w:rPr>
        <w:t>Emma đã dậy sớm buổi sáng hôm đó và đọc lại bài phát biểu của mình một lần nữa trước khi đến bộ. Cô đọc to vài đoạn quan trọng, chỉ có Harry làm khán giả, và dù anh đưa ra vài gợi ý xuất sắc, cô vẫn miễn cưỡng chấp nhận rằng trách nhiệm của chính phủ không cho cô sự tự do dùng những lời lẽ hoa mỹ khoa trương mà Giles rất thích khi ở phe đối lập. Nhưng mục đích duy nhất của anh ta là làm chính phủ bẽ mặt khi Thượng viện bỏ phiếu. Còn cô là để cai trị.</w:t>
      </w:r>
    </w:p>
    <w:p>
      <w:pPr>
        <w:spacing w:after="80"/>
      </w:pPr>
      <w:r>
        <w:rPr>
          <w:b w:val="0"/>
          <w:i w:val="0"/>
        </w:rPr>
        <w:t>Khi Emma đến văn phòng ở tòa nhà Alexander Fleming House, cô vui mừng thấy lịch làm việc của mình đã được dọn trống để cô có thể tập trung vào điều duy nhất đang chiếm trọn tâm trí. Giống như một vận động viên bồn chồn chuẩn bị cho trận chung kết Olympic, cách cô dùng những giờ cuối cùng trước cuộc đua có thể sẽ quyết định kết quả. Tuy nhiên, trong chính trị không có giải thưởng cho người về nhì.</w:t>
      </w:r>
    </w:p>
    <w:p>
      <w:pPr>
        <w:spacing w:after="80"/>
      </w:pPr>
      <w:r>
        <w:rPr>
          <w:b w:val="0"/>
          <w:i w:val="0"/>
        </w:rPr>
        <w:t>Suốt tuần qua, cô đã cố lường trước mọi câu hỏi khó xử có thể nảy sinh trong quá trình tranh luận, để không điều gì có thể khiến cô bất ngờ. Liệu Thống chế Montgomery có đúng không? Chín phần mười một trận chiến được thắng trong khâu chuẩn bị từ rất lâu trước khi phát súng đầu tiên được bắn.</w:t>
      </w:r>
    </w:p>
    <w:p>
      <w:pPr>
        <w:spacing w:after="80"/>
      </w:pPr>
      <w:r>
        <w:rPr>
          <w:b w:val="0"/>
          <w:i w:val="0"/>
        </w:rPr>
        <w:t>Emma run rẩy khi bước vào chiếc xe của bộ trưởng để được đưa qua sông đến Cung điện Westminster. Khi đến nơi, cô lui về phòng mình, mang theo một chiếc bánh sandwich giăm bông và một ly cà phê đen. Cô xem lại bài phát biểu của mình thêm một lần nữa, thêm vài chỉnh sửa nhỏ, trước khi tiến vào phòng họp.</w:t>
      </w:r>
    </w:p>
    <w:p>
      <w:pPr>
        <w:jc w:val="center"/>
      </w:pPr>
      <w:r>
        <w:drawing>
          <wp:inline xmlns:a="http://schemas.openxmlformats.org/drawingml/2006/main" xmlns:pic="http://schemas.openxmlformats.org/drawingml/2006/picture">
            <wp:extent cx="304800" cy="85725"/>
            <wp:docPr id="132" name="Picture 13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Big Ben điểm hai tiếng, Ngài Chủ tịch Thượng viện (Lord Speaker) ngồi vào vị trí trên chiếc Woolsack, để công việc trong ngày có thể bắt đầu.</w:t>
      </w:r>
    </w:p>
    <w:p>
      <w:pPr>
        <w:spacing w:after="80"/>
      </w:pPr>
      <w:r>
        <w:rPr>
          <w:b w:val="0"/>
          <w:i w:val="0"/>
        </w:rPr>
        <w:t>Đức Giám mục Worcester đáng kính đứng dậy từ ghế của các giám mục, để cử hành lời cầu nguyện cho Viện quý tộc đang tụ họp. Worcester, cũng như các quý tộc đồng nghiệp, đều nhận thức rõ tầm quan trọng của cuộc tranh luận hôm nay, và thực tế là dù có hơn một nghìn quý tộc cha truyền con nối có quyền tham dự các phiên họp, cùng với sáu trăm quý tộc trọn đời, phòng họp chỉ có thể chứa khoảng năm trăm người, nên không có gì ngạc nhiên khi các dãy ghế đã chật kín.</w:t>
      </w:r>
    </w:p>
    <w:p>
      <w:pPr>
        <w:spacing w:after="80"/>
      </w:pPr>
      <w:r>
        <w:rPr>
          <w:b w:val="0"/>
          <w:i w:val="0"/>
        </w:rPr>
        <w:t>Câu hỏi chất vấn Bộ Nội vụ (Home Office) là mục đầu tiên trên chương trình nghị sự, nhưng ít quý tộc quan tâm đến các câu trả lời, và một tiếng rì rầm trò chuyện nhẹ nhàng bao trùm khắp Viện trong khi họ chờ đợi sự kiện chính.</w:t>
      </w:r>
    </w:p>
    <w:p>
      <w:pPr>
        <w:spacing w:after="80"/>
      </w:pPr>
      <w:r>
        <w:rPr>
          <w:b w:val="0"/>
          <w:i w:val="0"/>
        </w:rPr>
        <w:t>Giles bước vào gần cuối phần chất vấn, và được các đồng nghiệp chào đón nồng nhiệt, như một võ sĩ hạng nặng trước khi bước vào võ đài. Ông ngồi vào chỗ duy nhất còn trống trên dãy ghế phía trước.</w:t>
      </w:r>
    </w:p>
    <w:p>
      <w:pPr>
        <w:spacing w:after="80"/>
      </w:pPr>
      <w:r>
        <w:rPr>
          <w:b w:val="0"/>
          <w:i w:val="0"/>
        </w:rPr>
        <w:t>Emma xuất hiện vài phút sau đó, và cũng được chào đón nồng nhiệt không kém khi cô đi dọc theo dãy ghế phía trước của chính phủ trước khi ngồi vào chỗ bên cạnh lãnh đạo Viện.</w:t>
      </w:r>
    </w:p>
    <w:p>
      <w:pPr>
        <w:spacing w:after="80"/>
      </w:pPr>
      <w:r>
        <w:rPr>
          <w:b w:val="0"/>
          <w:i w:val="0"/>
        </w:rPr>
        <w:t>Khi phần chất vấn kết thúc, Ngài Chủ tịch Thượng viện cho biết công việc chính của ngày hôm nay có thể bắt đầu. Ngài Belstead từ từ đứng dậy khỏi chỗ ngồi, đặt bài phát biểu lên hộp đựng tài liệu (despatch box) và với tất cả sự tự tin của một người từng giữ nhiều chức vụ nhà nước, đưa ra phát biểu mở màn thay mặt chính phủ.</w:t>
      </w:r>
    </w:p>
    <w:p>
      <w:pPr>
        <w:spacing w:after="80"/>
      </w:pPr>
      <w:r>
        <w:rPr>
          <w:b w:val="0"/>
          <w:i w:val="0"/>
        </w:rPr>
        <w:t>Sau khi ông trình bày những lời mở đầu, Ngài Cledwyn, cũng quen thuộc không kém với khung cảnh xung quanh, đứng dậy đáp lời từ dãy ghế đối lập.</w:t>
      </w:r>
    </w:p>
    <w:p>
      <w:pPr>
        <w:spacing w:after="80"/>
      </w:pPr>
      <w:r>
        <w:rPr>
          <w:b w:val="0"/>
          <w:i w:val="0"/>
        </w:rPr>
        <w:t>Tiếp theo là một loạt bài phát biểu từ các dãy ghế phía sau, mà Emma và Giles, cũng như phần còn lại của Viện, lắng nghe với mức độ quan tâm khác nhau. Rõ ràng mọi người đều đang chờ đợi để nghe phần đóng góp của Ngài Barrington xứ Bristol Docklands đáng kính, người sẽ tổng kết thay mặt phe đối lập, và Bà Nam tước Clifton xứ Chew Magna đáng kính, người sẽ trình bày lập trường của chính phủ.</w:t>
      </w:r>
    </w:p>
    <w:p>
      <w:pPr>
        <w:spacing w:after="80"/>
      </w:pPr>
      <w:r>
        <w:rPr>
          <w:b w:val="0"/>
          <w:i w:val="0"/>
        </w:rPr>
        <w:t>Cả Emma lẫn Giles đều không rời khỏi phòng họp bất cứ lúc nào trong suốt cuộc tranh luận, cả hai đều từ chối nghỉ để ăn tối khi tiếp tục lắng nghe phần đóng góp của các đồng nghiệp, thỉnh thoảng ghi chú khi một điểm nào đó được lập luận thuyết phục.</w:t>
      </w:r>
    </w:p>
    <w:p>
      <w:pPr>
        <w:spacing w:after="80"/>
      </w:pPr>
      <w:r>
        <w:rPr>
          <w:b w:val="0"/>
          <w:i w:val="0"/>
        </w:rPr>
        <w:t xml:space="preserve">Dù những khoảng trống trên các dãy ghế đỏ xuất hiện trong khoảng từ bảy đến chín giờ, Emma và Giles biết rằng khán phòng sẽ chật kín rất lâu trước khi màn hai kéo lên. Chỉ có John Gielgud trong lần xuất hiện cuối cùng ở West End với vở </w:t>
      </w:r>
      <w:r>
        <w:rPr>
          <w:b w:val="0"/>
          <w:i/>
        </w:rPr>
        <w:t>Best of Friends</w:t>
      </w:r>
      <w:r>
        <w:rPr>
          <w:b w:val="0"/>
          <w:i w:val="0"/>
        </w:rPr>
        <w:t xml:space="preserve"> mới có thể coi một khán phòng đông đúc như vậy là chuyện đương nhiên.</w:t>
      </w:r>
    </w:p>
    <w:p>
      <w:pPr>
        <w:spacing w:after="80"/>
      </w:pPr>
      <w:r>
        <w:rPr>
          <w:b w:val="0"/>
          <w:i w:val="0"/>
        </w:rPr>
        <w:t>Vào lúc người phát biểu cuối cùng đứng dậy đóng góp ý kiến từ dãy ghế phía sau, chỗ trống duy nhất là trên ngai vàng, nơi chỉ được nữ hoàng ngồi khi bà đọc bài phát biểu của Nữ hoàng tại lễ khai mạc Quốc hội. Các bậc thềm dưới ngai vàng và các lối đi giữa những dãy ghế đỏ chật kín các quý tộc không tìm được chỗ ngồi. Phía sau rào chắn của Viện, ở đầu xa của phòng họp, đứng một số thành viên Hạ viện, bao gồm cả Bộ trưởng, người đã hứa với Thủ tướng rằng mọi việc đã được làm để đảm bảo dự luật sẽ được thông qua để chính phủ có thể tiến triển với chương trình lập pháp nặng nề của mình, mà thời gian cho nó đang cạn dần. Nhưng qua vẻ mặt của những người tham dự từ Hạ viện, họ cũng không chắc chắn về kết quả.</w:t>
      </w:r>
    </w:p>
    <w:p>
      <w:pPr>
        <w:spacing w:after="80"/>
      </w:pPr>
      <w:r>
        <w:rPr>
          <w:b w:val="0"/>
          <w:i w:val="0"/>
        </w:rPr>
        <w:t>Emma ngước nhìn lên Phòng dành cho Khách quý (Distinguished Strangers Gallery) để thấy các thành viên gia đình cô ngồi ở hàng ghế đầu, nhưng họ cũng là thành viên gia đình Giles, và cô nghi ngờ rằng họ cũng chia rẽ như nhau. Harry, Sebastian và Samantha chắc chắn ủng hộ cô, trong khi Karin, Grace và Freddie sẽ ủng hộ Giles, để Jessica giữ lá phiếu quyết định. Emma cảm thấy họ chỉ phản ánh cảm xúc của các quý tộc đồng nghiệp.</w:t>
      </w:r>
    </w:p>
    <w:p>
      <w:pPr>
        <w:spacing w:after="80"/>
      </w:pPr>
      <w:r>
        <w:rPr>
          <w:b w:val="0"/>
          <w:i w:val="0"/>
        </w:rPr>
        <w:t>Khi Ngài Samuels, một cựu chủ tịch lỗi lạc của Trường Y Hoàng gia (Royal College of Physicians), ngồi xuống sau khi trình bày bài phát biểu cuối cùng từ các dãy ghế trung lập, một làn sóng mong đợi lan khắp phòng họp.</w:t>
      </w:r>
    </w:p>
    <w:p>
      <w:pPr>
        <w:spacing w:after="80"/>
      </w:pPr>
      <w:r>
        <w:rPr>
          <w:b w:val="0"/>
          <w:i w:val="0"/>
        </w:rPr>
        <w:t>Nếu Giles có lo lắng khi đứng dậy, thì không có dấu hiệu nào cho thấy điều đó. Ông nắm chặt hai bên hộp đựng tài liệu và chờ đợi sự im lặng trước khi đưa ra câu mở đầu.</w:t>
      </w:r>
    </w:p>
    <w:p>
      <w:pPr>
        <w:spacing w:after="80"/>
      </w:pPr>
      <w:r>
        <w:rPr>
          <w:b w:val="0"/>
          <w:i w:val="0"/>
        </w:rPr>
        <w:t>Thưa các quý ngài, tối nay tôi đứng trước các vị với nhận thức đau đớn rằng vận mệnh của Dịch vụ Y tế Quốc gia (National Health Service) nằm trong tay chúng ta. Tôi ước mình đang phóng đại, nhưng tôi e rằng không phải vậy. Bởi vì tối nay, thưa các quý ngài, chính các vị, và chỉ các vị, sẽ quyết định liệu dự luật đáng sợ này - ông vung tờ chương trình nghị sự lên cao quá đầu - sẽ trở thành luật, hay chỉ đơn thuần là một món đồ sưu tầm cho những ai quan tâm đến phần chú thích của lịch sử.</w:t>
      </w:r>
    </w:p>
    <w:p>
      <w:pPr>
        <w:spacing w:after="80"/>
      </w:pPr>
      <w:r>
        <w:rPr>
          <w:b w:val="0"/>
          <w:i w:val="0"/>
        </w:rPr>
        <w:t>Tôi không cần phải nhắc các vị huân tước rằng chính Đảng Lao động, dưới thời Clem Attlee, không chỉ thành lập NHS mà còn bảo vệ sự tồn tại của nó kể từ đó đến nay. Mỗi khi đất nước này phải chịu đựng những gian nan của một chính quyền Bảo thủ, trách nhiệm của Đảng Lao động là đảm bảo NHS sống sót qua hết đợt tấn công này đến đợt tấn công khác từ những kẻ ngoại đạo đang xông vào cánh cổng thiêng liêng của nó.</w:t>
      </w:r>
    </w:p>
    <w:p>
      <w:pPr>
        <w:spacing w:after="80"/>
      </w:pPr>
      <w:r>
        <w:rPr>
          <w:b w:val="0"/>
          <w:i w:val="0"/>
        </w:rPr>
        <w:t>Những tràng hoan hô vang dội bùng lên từ phía sau ông, cho phép Giles lật một trang bản thảo và kiểm tra câu tiếp theo.</w:t>
      </w:r>
    </w:p>
    <w:p>
      <w:pPr>
        <w:spacing w:after="80"/>
      </w:pPr>
      <w:r>
        <w:rPr>
          <w:b w:val="0"/>
          <w:i w:val="0"/>
        </w:rPr>
        <w:t>"Thưa các vị huân tước, tôi xấu hổ phải thừa nhận," ông tiếp tục, kèm theo một tiếng thở dài phóng đại, "rằng kẻ ngoại đạo mới nhất trong số này chính là người thân của tôi, Nam tước phu nhân Clifton xứ Chew Magna."</w:t>
      </w:r>
    </w:p>
    <w:p>
      <w:pPr>
        <w:spacing w:after="80"/>
      </w:pPr>
      <w:r>
        <w:rPr>
          <w:b w:val="0"/>
          <w:i w:val="0"/>
        </w:rPr>
        <w:t>Cả hai phía của Viện đều cùng cười, trong khi Emma ước gì mình được ban cho tài năng chuyển từ lời tuyên bố nghiêm trang sang sự hài hước nhẹ nhàng trong chớp mắt, đồng thời lôi cuốn cả Viện theo mình.</w:t>
      </w:r>
    </w:p>
    <w:p>
      <w:pPr>
        <w:spacing w:after="80"/>
      </w:pPr>
      <w:r>
        <w:rPr>
          <w:b w:val="0"/>
          <w:i w:val="0"/>
        </w:rPr>
        <w:t>Giles dành hai mươi phút tiếp theo để mổ xẻ dự luật từng dòng một, tập trung đặc biệt vào những điều khoản mà những người Bảo thủ còn do dự đã bày tỏ lo ngại. Emma chỉ có thể khâm phục sự khéo léo mà anh trai cô dùng để dồn dập ca ngợi những đóng góp mang tầm chính khách của số ít người Bảo thủ vẫn còn chưa quyết, trước khi thêm vào: "Chúng ta chỉ có thể hy vọng rằng những người đàn ông và phụ nữ có lương tâm ấy sẽ thể hiện cùng một lòng can đảm và sự độc lập trong tư duy khi đến lúc bước vào hành lang bỏ phiếu, và không phút cuối lại vứt bỏ niềm tin thực sự của mình, trốn sau chiếc mặt nạ giả tạo của lòng trung thành với đảng."</w:t>
      </w:r>
    </w:p>
    <w:p>
      <w:pPr>
        <w:spacing w:after="80"/>
      </w:pPr>
      <w:r>
        <w:rPr>
          <w:b w:val="0"/>
          <w:i w:val="0"/>
        </w:rPr>
        <w:t>Ngay cả theo tiêu chuẩn của Giles, đó là một màn trình diễn đáng nể. Đồng nghiệp lẫn đối thủ đều ngồi sát mép ghế khi ông tiếp tục, như Merlin, phù phép lên một Viện đang bị mê hoặc. Emma biết mình sẽ phải phá vỡ phép thuật đó và kéo các đồng nghiệp trở lại thế giới thực nếu cô hy vọng thắng được cuộc bỏ phiếu.</w:t>
      </w:r>
    </w:p>
    <w:p>
      <w:pPr>
        <w:spacing w:after="80"/>
      </w:pPr>
      <w:r>
        <w:rPr>
          <w:b w:val="0"/>
          <w:i w:val="0"/>
        </w:rPr>
        <w:t>"Để tôi kết thúc, thưa các vị huân tước," Giles nói, gần như thì thầm, "bằng cách nhắc các vị nhớ đến quyền lực mà các vị đang nắm trong tay đêm nay. Các vị đã được trao cho cơ hội duy nhất để vứt bỏ dự luật đầy khiếm khuyết và giả tạo này, thứ mà nếu trở thành luật, sẽ đánh dấu sự chấm hết của Dịch vụ Y tế Quốc gia như chúng ta biết, và làm hoen ố ký ức về quá khứ huy hoàng của nó, cùng những ngày xưa tốt đẹp ấy."</w:t>
      </w:r>
    </w:p>
    <w:p>
      <w:pPr>
        <w:spacing w:after="80"/>
      </w:pPr>
      <w:r>
        <w:rPr>
          <w:b w:val="0"/>
          <w:i w:val="0"/>
        </w:rPr>
        <w:t>Ông nghiêng người qua chiếc hộp phát ngôn và chậm rãi nhìn dọc hàng ghế trước của chính phủ trước khi nói: "Dự luật này chỉ chứng minh một điều, thưa các vị huân tước: khủng long không chỉ được tìm thấy trong Bảo tàng Lịch sử Tự nhiên." Ông chờ tiếng cười lắng xuống rồi hạ giọng tiếp: "Những ai, như tôi, đã nghiên cứu dự luật này từng chữ một, sẽ nhận thấy một từ vắng mặt một cách đáng chú ý. Dù tôi có tìm cách nào, thưa các vị huân tước, tôi cũng không thể tìm thấy từ 'lòng trắc ẩn' ở bất cứ đâu. Nhưng tại sao điều đó lại đáng ngạc nhiên, khi vị bộ trưởng đối diện, người sẽ sớm trình bày dự luật này, chính bà ấy đã đích thân từ chối mức lương đủ sống cho những y tá chăm chỉ?"</w:t>
      </w:r>
    </w:p>
    <w:p>
      <w:pPr>
        <w:spacing w:after="80"/>
      </w:pPr>
      <w:r>
        <w:rPr>
          <w:b w:val="0"/>
          <w:i w:val="0"/>
        </w:rPr>
        <w:t>Những tiếng "Thật đáng xấu hổ!" vang lên từ hàng ghế đối lập, khi Giles nhìn chằm chằm về phía em gái mình. "Và các vị không cần phải đọc giữa các dòng để hiểu rằng mục đích thực sự của chính phủ trong dự luật này là thay thế từ 'Quốc gia' bằng từ 'Tư nhân', bởi ưu tiên hàng đầu của nó là phục vụ những ai có khả năng chi trả khi ốm đau, trong khi bỏ mặc trên đống phế liệu những công dân không thể gánh nổi chi phí. Đó là, và luôn luôn là, triết lý chủ đạo của chính phủ này."</w:t>
      </w:r>
    </w:p>
    <w:p>
      <w:pPr>
        <w:spacing w:after="80"/>
      </w:pPr>
      <w:r>
        <w:rPr>
          <w:b w:val="0"/>
          <w:i w:val="0"/>
        </w:rPr>
        <w:t>"Thưa các vị huân tước," Giles nói, giọng ông dâng lên đến đỉnh điểm, "tôi mời các vị bỏ phiếu dứt khoát chống lại dự luật bất công này, để những công dân ấy có thể tiếp tục tận hưởng sự an toàn của một dịch vụ y tế thực sự quốc gia, bởi tôi tin rằng khi nói đến sức khỏe của chúng ta, mọi người đàn ông—" ông dừng lại và nhìn chằm chằm qua hộp phát ngôn về phía em gái "—và phụ nữ, đều sinh ra bình đẳng."</w:t>
      </w:r>
    </w:p>
    <w:p>
      <w:pPr>
        <w:spacing w:after="80"/>
      </w:pPr>
      <w:r>
        <w:rPr>
          <w:b w:val="0"/>
          <w:i w:val="0"/>
        </w:rPr>
        <w:t>"Thưa các vị huân tước, tôi không yêu cầu, tôi van xin các vị, hãy để quan điểm của các vị được đồng bào chúng ta nghe rõ khi các vị bỏ phiếu đêm nay, và hãy bác bỏ dứt khoát dự luật này."</w:t>
      </w:r>
    </w:p>
    <w:p>
      <w:pPr>
        <w:spacing w:after="80"/>
      </w:pPr>
      <w:r>
        <w:rPr>
          <w:b w:val="0"/>
          <w:i w:val="0"/>
        </w:rPr>
        <w:t>Ông ngồi xuống trong tiếng hoan hô vang dội và những tờ giấy nghị trình được vẫy từ phía sau, còn hàng ghế đối diện thì im lặng. Khi tiếng hoan hô cuối cùng lắng xuống, Emma chậm rãi đứng dậy khỏi chỗ ngồi, đặt bài phát biểu lên hộp phát ngôn và nắm chặt hai bên hộp với hy vọng không ai nhận ra cô đang lo lắng đến mức nào.</w:t>
      </w:r>
    </w:p>
    <w:p>
      <w:pPr>
        <w:spacing w:after="80"/>
      </w:pPr>
      <w:r>
        <w:rPr>
          <w:b w:val="0"/>
          <w:i w:val="0"/>
        </w:rPr>
        <w:t>"Thưa các vị huân tước," cô bắt đầu, giọng hơi run, "sẽ là thiếu lịch sự nếu tôi không ghi nhận màn trình diễn của người thân quý tộc của tôi, Lãnh chúa Barrington, nhưng đúng là một màn trình diễn, bởi tôi nghi ngờ rằng khi các vị đọc lời ông ấy trong Hansard ngày mai, các vị sẽ thấy bài phát biểu của ông ấy nhiều tu từ, ít nội dung thực chất và hoàn toàn thiếu sự thật."</w:t>
      </w:r>
    </w:p>
    <w:p>
      <w:pPr>
        <w:spacing w:after="80"/>
      </w:pPr>
      <w:r>
        <w:rPr>
          <w:b w:val="0"/>
          <w:i w:val="0"/>
        </w:rPr>
        <w:t>Vài tiếng "Nghe đây, nghe đây" trầm lắng vang lên từ các đồng nghiệp ngồi sau lưng cô, trong khi các thành viên đối diện vẫn im lặng.</w:t>
      </w:r>
    </w:p>
    <w:p>
      <w:pPr>
        <w:spacing w:after="80"/>
      </w:pPr>
      <w:r>
        <w:rPr>
          <w:b w:val="0"/>
          <w:i w:val="0"/>
        </w:rPr>
        <w:t>"Tôi đã dành bảy năm cuộc đời để điều hành một bệnh viện NHS lớn, nên tôi không cần phải chứng minh rằng tôi quan tâm đến tương lai của Dịch vụ Y tế Quốc gia chẳng kém bất kỳ ai ngồi ở hàng ghế đối diện. Tuy nhiên, bất chấp tất cả nhiệt huyết mà vị lãnh chúa quý tộc đã gom góp, sự thật là cuối cùng, ai đó phải trả hóa đơn và cân đối sổ sách. NHS phải được tài trợ bằng tiền thật, và được chi trả bằng thuế của những con người thật."</w:t>
      </w:r>
    </w:p>
    <w:p>
      <w:pPr>
        <w:spacing w:after="80"/>
      </w:pPr>
      <w:r>
        <w:rPr>
          <w:b w:val="0"/>
          <w:i w:val="0"/>
        </w:rPr>
        <w:t>Emma vui mừng khi thấy vài cái đầu gật gù. Bài phát biểu của Giles đã được đón nhận nồng nhiệt, nhưng trách nhiệm của cô là giải thích những chi tiết tinh tế hơn của đạo luật được đề xuất. Cô dẫn các vị huân tước đi qua nội dung của dự luật từng điều khoản một, nhưng không thể thắp lên ngọn lửa đam mê mà anh trai cô đã khơi dậy thành công đến vậy.</w:t>
      </w:r>
    </w:p>
    <w:p>
      <w:pPr>
        <w:spacing w:after="80"/>
      </w:pPr>
      <w:r>
        <w:rPr>
          <w:b w:val="0"/>
          <w:i w:val="0"/>
        </w:rPr>
        <w:t>Khi lật thêm một trang, cô nhận ra điều mà ông nội cô, Lord Harvey, từng mô tả là mất đi sự chú ý của Viện, khoảnh khắc mà các nghị sĩ trở nên lơ đãng và bắt đầu rì rầm bàn tán với nhau. Điều này còn tai hại hơn cả những tiếng chế giễu hay những tiếng hô Xấu hổ.</w:t>
      </w:r>
    </w:p>
    <w:p>
      <w:pPr>
        <w:spacing w:after="80"/>
      </w:pPr>
      <w:r>
        <w:rPr>
          <w:b w:val="0"/>
          <w:i w:val="0"/>
        </w:rPr>
        <w:t>Cô ngước lên và thấy một quý tộc lớn tuổi đang gật gù ngủ, và khi vài giây sau, ông ta bắt đầu ngáy, các nghị sĩ ngồi hai bên không hề cố đánh thức ông ta, vì rõ ràng tất cả đều đang thích thú trước sự khó chịu của các bộ trưởng. Emma nhận ra thời gian đang trôi qua trước khi Viện được yêu cầu chia phe và kiểm phiếu. Cô lật thêm một trang. Và giờ tôi muốn ghi nhận trụ cột của NHS, những y tá tuyệt vời của chúng ta, những người</w:t>
      </w:r>
    </w:p>
    <w:p>
      <w:pPr>
        <w:spacing w:after="80"/>
      </w:pPr>
      <w:r>
        <w:rPr>
          <w:b w:val="0"/>
          <w:i w:val="0"/>
        </w:rPr>
        <w:t>Giles bật dậy để ngắt lời bộ trưởng, và khi làm vậy đã lấn sang lãnh địa của đối phương. Emma ngay lập tức nhường lời, để anh trai mình nắm quyền điều khiển bục phát biểu.</w:t>
      </w:r>
    </w:p>
    <w:p>
      <w:pPr>
        <w:spacing w:after="80"/>
      </w:pPr>
      <w:r>
        <w:rPr>
          <w:b w:val="0"/>
          <w:i w:val="0"/>
        </w:rPr>
        <w:t>Tôi biết ơn quý bà đáng kính đã nhường lời, nhưng cho tôi hỏi, nếu bà cho rằng các y tá đang làm công việc tuyệt vời đến vậy, tại sao họ chỉ được tăng lương ba phần trăm? Tin chắc rằng Emma giờ đã bị dồn vào thế khó, anh ngồi xuống trong tiếng hô vang Nghe đây, nghe đây!</w:t>
      </w:r>
    </w:p>
    <w:p>
      <w:pPr>
        <w:spacing w:after="80"/>
      </w:pPr>
      <w:r>
        <w:rPr>
          <w:b w:val="0"/>
          <w:i w:val="0"/>
        </w:rPr>
        <w:t>Emma trở lại vị trí tại bục phát biểu. Quý ngài đáng kính, nếu tôi nhớ đúng lời ông ấy, đã đòi tăng lương mười bốn phần trăm cho các y tá. Giles gật đầu mạnh. Vậy nên tôi buộc phải hỏi ông ấy rằng ông ấy mong chính phủ tìm đâu ra khoản tiền thêm để chi trả cho mức tăng như vậy?</w:t>
      </w:r>
    </w:p>
    <w:p>
      <w:pPr>
        <w:spacing w:after="80"/>
      </w:pPr>
      <w:r>
        <w:rPr>
          <w:b w:val="0"/>
          <w:i w:val="0"/>
        </w:rPr>
        <w:t>Giles nhanh chóng đứng dậy, sẵn sàng tung ra đòn quyết định. Có thể bắt đầu bằng việc tăng thuế đối với những người thu nhập cao nhất, những người hoàn toàn có khả năng trả thêm một chút để giúp đỡ những người kém may mắn hơn mình. Anh ngồi xuống trong tiếng hoan hô còn lớn hơn, trong khi Emma kiên nhẫn chờ đợi tại bục phát biểu.</w:t>
      </w:r>
    </w:p>
    <w:p>
      <w:pPr>
        <w:spacing w:after="80"/>
      </w:pPr>
      <w:r>
        <w:rPr>
          <w:b w:val="0"/>
          <w:i w:val="0"/>
        </w:rPr>
        <w:t>Tôi mừng là quý ngài đáng kính đã thừa nhận đó sẽ chỉ là khởi đầu, cô nói, cầm lên một tập hồ sơ đỏ mà một quan chức Bộ Tài chính đã đưa cho cô sáng hôm đó, bởi vì khởi đầu thì chỉ là khởi đầu mà thôi. Nếu ông ấy đang đề nghị Viện này tin rằng Đảng Lao động có thể trang trải mức tăng lương mười bốn phần trăm cho y tá chỉ bằng cách tăng thuế đối với những người kiếm bốn mươi nghìn bảng một năm trở lên, thì để tôi nói với ông ấy điều này, ông ấy sẽ cần tăng thuế lên chín mươi ba phần trăm năm này qua năm khác. Và tôi thú nhận, cô nói thêm, mượn giọng điệu mỉa mai đặc trưng của anh trai, tôi đã không nhận ra rằng mức thuế chín mươi ba phần trăm là chính sách của Đảng Lao động, bởi vì tôi không thấy điều đó trong bản tuyên ngôn của họ, bản mà tôi đã đọc từng chữ một.</w:t>
      </w:r>
    </w:p>
    <w:p>
      <w:pPr>
        <w:spacing w:after="80"/>
      </w:pPr>
      <w:r>
        <w:rPr>
          <w:b w:val="0"/>
          <w:i w:val="0"/>
        </w:rPr>
        <w:t>Emma có thể nghe thấy tiếng cười vang lên từ phía sau, dù cô không thể thấy các đồng nghiệp đang chĩa ngón tay về phía anh trai cô và lặp đi lặp lại, Chín mươi ba phần trăm, chín mươi ba phần trăm.</w:t>
      </w:r>
    </w:p>
    <w:p>
      <w:pPr>
        <w:spacing w:after="80"/>
      </w:pPr>
      <w:r>
        <w:rPr>
          <w:b w:val="0"/>
          <w:i w:val="0"/>
        </w:rPr>
        <w:t>Giống như Giles, cô chờ cho đến khi im lặng rồi nói thêm, Có lẽ quý ngài đáng kính sẽ cho Viện biết ông ấy còn ý tưởng nào khác để trang trải khoản chi phí thêm?</w:t>
      </w:r>
    </w:p>
    <w:p>
      <w:pPr>
        <w:spacing w:after="80"/>
      </w:pPr>
      <w:r>
        <w:rPr>
          <w:b w:val="0"/>
          <w:i w:val="0"/>
        </w:rPr>
        <w:t>Giles vẫn ngồi yên.</w:t>
      </w:r>
    </w:p>
    <w:p>
      <w:pPr>
        <w:spacing w:after="80"/>
      </w:pPr>
      <w:r>
        <w:rPr>
          <w:b w:val="0"/>
          <w:i w:val="0"/>
        </w:rPr>
        <w:t>Liệu tôi có thể được phép đề xuất một hai cách huy động số tiền cần thiết để giúp ông ấy đạt mục tiêu mười bốn phần trăm?</w:t>
      </w:r>
    </w:p>
    <w:p>
      <w:pPr>
        <w:spacing w:after="80"/>
      </w:pPr>
      <w:r>
        <w:rPr>
          <w:b w:val="0"/>
          <w:i w:val="0"/>
        </w:rPr>
        <w:t>Emma đã giành lại được sự chú ý của Viện. Cô lật một trang trong bản ghi nhớ của Bộ Tài chính bên trong tập hồ sơ đỏ. Để bắt đầu, tôi có thể hủy bỏ ba bệnh viện mới được quy hoạch ở Strathclyde, Newcastle và Coventry. Thế là giải quyết được vấn đề. Dĩ nhiên, năm sau tôi sẽ phải đóng cửa thêm ba bệnh viện nữa. Nhưng tôi không sẵn lòng chấp nhận sự hy sinh đó, nên có lẽ tôi nên xem xét ngân sách của vài bộ khác và xem các đồng nghiệp của tôi có gì để đóng góp.</w:t>
      </w:r>
    </w:p>
    <w:p>
      <w:pPr>
        <w:spacing w:after="80"/>
      </w:pPr>
      <w:r>
        <w:rPr>
          <w:b w:val="0"/>
          <w:i w:val="0"/>
        </w:rPr>
        <w:t>Cô lật thêm một trang.</w:t>
      </w:r>
    </w:p>
    <w:p>
      <w:pPr>
        <w:spacing w:after="80"/>
      </w:pPr>
      <w:r>
        <w:rPr>
          <w:b w:val="0"/>
          <w:i w:val="0"/>
        </w:rPr>
        <w:t>Chúng ta có thể cắt giảm kế hoạch xây dựng các trường đại học mới, hoặc rút lại mức tăng ba phần trăm cho lương hưu tuổi già. Thế là giải quyết được vấn đề. Hoặc chúng ta có thể cắt giảm lực lượng vũ trang bằng cách cho một trung đoàn nào đó vào diện bảo quản. Không, không, chúng ta không thể làm vậy, cô nói đầy khinh bỉ, không thể nào, sau khi quý ngài đáng kính đã phát biểu đầy nhiệt huyết phản đối bất kỳ cắt giảm nào trong ngân sách lực lượng vũ trang chỉ mới một tháng trước.</w:t>
      </w:r>
    </w:p>
    <w:p>
      <w:pPr>
        <w:spacing w:after="80"/>
      </w:pPr>
      <w:r>
        <w:rPr>
          <w:b w:val="0"/>
          <w:i w:val="0"/>
        </w:rPr>
        <w:t>Giles càng lún sâu vào ghế.</w:t>
      </w:r>
    </w:p>
    <w:p>
      <w:pPr>
        <w:spacing w:after="80"/>
      </w:pPr>
      <w:r>
        <w:rPr>
          <w:b w:val="0"/>
          <w:i w:val="0"/>
        </w:rPr>
        <w:t>Và nhớ lại thành tích lừng lẫy của quý ngài đáng kính ở một nơi khác, với tư cách là bộ trưởng Bộ Ngoại giao, có lẽ chúng ta có thể đóng cửa nửa tá đại sứ quán của mình. Thế là đủ. Chúng ta thậm chí có thể để ông ấy quyết định đóng những cái nào. Washington? Paris? Có lẽ là Moscow? Beijing? Tokyo? Tôi buộc phải hỏi, đây có phải là một chính sách khác của Đảng Lao động mà họ quên đề cập trong bản tuyên ngôn không?</w:t>
      </w:r>
    </w:p>
    <w:p>
      <w:pPr>
        <w:spacing w:after="80"/>
      </w:pPr>
      <w:r>
        <w:rPr>
          <w:b w:val="0"/>
          <w:i w:val="0"/>
        </w:rPr>
        <w:t>Đột nhiên, hàng ghế chính phủ bừng lên tiếng cười và những tràng reo hò.</w:t>
      </w:r>
    </w:p>
    <w:p>
      <w:pPr>
        <w:spacing w:after="80"/>
      </w:pPr>
      <w:r>
        <w:rPr>
          <w:b w:val="0"/>
          <w:i w:val="0"/>
        </w:rPr>
        <w:t>Không, thưa Ngài Chủ tịch Thượng viện, Emma tiếp tục khi cả viện đã lặng trở lại, sự thật là lời nói thì rẻ, nhưng hành động mới đắt, và bổn phận của một chính phủ có trách nhiệm là phải cân nhắc các ưu tiên và đảm bảo cân đối ngân sách. Cam kết đó đã có trong cương lĩnh của đảng Tory, và tôi không xin lỗi vì điều đó.</w:t>
      </w:r>
    </w:p>
    <w:p>
      <w:pPr>
        <w:spacing w:after="80"/>
      </w:pPr>
      <w:r>
        <w:rPr>
          <w:b w:val="0"/>
          <w:i w:val="0"/>
        </w:rPr>
        <w:t>Emma biết mình chỉ còn vài phút, và tiếng reo hò của những người đồng nghiệp vui mừng đang bào mòn thời gian của cô.</w:t>
      </w:r>
    </w:p>
    <w:p>
      <w:pPr>
        <w:spacing w:after="80"/>
      </w:pPr>
      <w:r>
        <w:rPr>
          <w:b w:val="0"/>
          <w:i w:val="0"/>
        </w:rPr>
        <w:t>Vì vậy tôi phải nói với Viện rằng tôi coi giáo dục, lương hưu, quốc phòng và vai trò của chúng ta trên trường quốc tế quan trọng chẳng kém gì bộ của chính tôi. Nhưng xin để tôi trấn an các vị thượng nghị sĩ, khi nói đến bộ của chính tôi, tôi đã đấu tranh với Bộ Tài chính đến cùng để giữ ba bệnh viện mới đó trong ngân sách. Cô ngừng lại, nâng cao giọng và nói, Sáng nay Bộ trưởng Tài chính đã đồng ý rằng các y tá sẽ được tăng lương sáu phần trăm.</w:t>
      </w:r>
    </w:p>
    <w:p>
      <w:pPr>
        <w:spacing w:after="80"/>
      </w:pPr>
      <w:r>
        <w:rPr>
          <w:b w:val="0"/>
          <w:i w:val="0"/>
        </w:rPr>
        <w:t>Hàng ghế phía sau cô bùng nổ trong những tràng reo hò kéo dài.</w:t>
      </w:r>
    </w:p>
    <w:p>
      <w:pPr>
        <w:spacing w:after="80"/>
      </w:pPr>
      <w:r>
        <w:rPr>
          <w:b w:val="0"/>
          <w:i w:val="0"/>
        </w:rPr>
        <w:t>Emma bỏ qua những trang cuối của bài phát biểu và, nhìn thẳng vào anh trai mình, nói, Tuy nhiên, không điều nào trong số này sẽ thành hiện thực nếu các vị đi theo vị thượng nghị sĩ đáng kính kia vào phòng bỏ phiếu Không Phiếu Tán Thành tối nay và bỏ phiếu chống lại dự luật này. Nếu tôi, như ông ấy gợi ý, là một kẻ ngoại đạo xông vào cánh cổng thiêng liêng của Dịch vụ Y tế Quốc gia, thì tôi phải nói với ông ấy rằng tôi định mở những cánh cổng đó để mọi bệnh nhân đều có thể bước vào. Vâng, thưa các thượng nghị sĩ, miễn phí tại điểm sử dụng, như lời vị anh hùng của ông ấy, Clement Attlee. Và đó là lý do, thưa các thượng nghị sĩ, tôi không ngần ngại kêu gọi các vị cùng tôi bước vào thế giới thực và ủng hộ dự luật này, để khi tôi trở về bộ của mình vào sáng mai, tôi có thể bắt tay vào việc thực hiện những thay đổi cần thiết nhằm đảm bảo tương lai của Dịch vụ Y tế Quốc gia và không để nó mục nát trong quá khứ, cùng với người bà con đáng kính của tôi, Ngài Barrington, người mà có lẽ vẫn đang hồi tưởng trìu mến về những ngày xưa tốt đẹp. Còn tôi, thưa các thượng nghị sĩ, sẽ kể cho các cháu tôi, và cả chắt gái của tôi, về những ngày mới tốt đẹp. Nhưng điều đó chỉ có thể thành hiện thực nếu các vị ủng hộ dự luật này, và cùng tôi vào phòng bỏ phiếu Tán Thành tối nay. Thưa các thượng nghị sĩ, tôi xin đề nghị tiến hành lần đọc thứ hai.</w:t>
      </w:r>
    </w:p>
    <w:p>
      <w:pPr>
        <w:spacing w:after="80"/>
      </w:pPr>
      <w:r>
        <w:rPr>
          <w:b w:val="0"/>
          <w:i w:val="0"/>
        </w:rPr>
        <w:t>Emma ngồi xuống trong tiếng reo hò lớn nhất của đêm, trong khi Giles ngồi sụp xuống, biết rằng lẽ ra anh không nên thò đầu lên khỏi chiến lũy, mà chỉ nên giả vờ chán chường và để Emma tự đào hố chôn mình. Cô liếc qua viện nhìn anh trai, người đã giơ một tay lên, chạm vào trán và mấp máy từ Chapeau. Đúng là lời khen thật. Nhưng cả hai đều biết rõ rằng vẫn còn phải kiểm phiếu.</w:t>
      </w:r>
    </w:p>
    <w:p>
      <w:pPr>
        <w:spacing w:after="80"/>
      </w:pPr>
      <w:r>
        <w:rPr>
          <w:b w:val="0"/>
          <w:i w:val="0"/>
        </w:rPr>
        <w:t>Khi chuông báo chia phiếu vang lên, các nghị sĩ bắt đầu đi về phía hành lang theo niềm tin của mình. Emma bước vào phòng bỏ phiếu Tán Thành, nơi cô thấy một hai người còn do dự và chao đảo đang bỏ phiếu. Nhưng liệu có đủ không?</w:t>
      </w:r>
    </w:p>
    <w:p>
      <w:pPr>
        <w:spacing w:after="80"/>
      </w:pPr>
      <w:r>
        <w:rPr>
          <w:b w:val="0"/>
          <w:i w:val="0"/>
        </w:rPr>
        <w:t>Sau khi xướng tên mình với người kiểm phiếu ngồi ở bàn cao, người đang đánh dấu từng nghị sĩ, cô trở về chỗ ngồi trên hàng ghế đầu và hòa vào những câu chuyện phiếm vụn vặt luôn bốc lên như hơi nóng từ cả hai phía trong khi các nghị sĩ chờ những người điều hành đảng trở lại và công bố phán quyết của Viện.</w:t>
      </w:r>
    </w:p>
    <w:p>
      <w:pPr>
        <w:spacing w:after="80"/>
      </w:pPr>
      <w:r>
        <w:rPr>
          <w:b w:val="0"/>
          <w:i w:val="0"/>
        </w:rPr>
        <w:t>Một sự im lặng bao trùm viện khi bốn người dẫn lễ mặc lễ phục xếp hàng và chậm rãi bước về phía chiếc bàn ở giữa viện.</w:t>
      </w:r>
    </w:p>
    <w:p>
      <w:pPr>
        <w:spacing w:after="80"/>
      </w:pPr>
      <w:r>
        <w:rPr>
          <w:b w:val="0"/>
          <w:i w:val="0"/>
        </w:rPr>
        <w:t>Người điều hành đảng chính giơ một tấm thẻ lên và, sau khi đã kiểm tra lại các con số, tuyên bố, Tán Thành bên trái, bốn trăm hai mươi hai. Emma nín thở. Không Tán Thành bên phải, bốn trăm mười một. Phe Tán Thành thắng. Phe Tán Thành thắng.</w:t>
      </w:r>
    </w:p>
    <w:p>
      <w:pPr>
        <w:spacing w:after="80"/>
      </w:pPr>
      <w:r>
        <w:rPr>
          <w:b w:val="0"/>
          <w:i w:val="0"/>
        </w:rPr>
        <w:t>Tiếng reo hò bùng lên từ hàng ghế phía sau Emma. Khi cô bước ra khỏi viện, cô thấy mình bị vây quanh bởi những người ủng hộ nói rằng họ chưa bao giờ nghi ngờ cô sẽ thắng. Cô mỉm cười và cảm ơn họ.</w:t>
      </w:r>
    </w:p>
    <w:p>
      <w:pPr>
        <w:spacing w:after="80"/>
      </w:pPr>
      <w:r>
        <w:rPr>
          <w:b w:val="0"/>
          <w:i w:val="0"/>
        </w:rPr>
        <w:t>Cuối cùng cô cũng thoát ra được và đến gặp Harry cùng những người còn lại trong gia đình ở phòng khách của các thượng nghị sĩ, nơi cô vui mừng thấy Giles đang mở một chai sâm panh. Anh rót đầy ly cho cô và nâng ly của mình lên.</w:t>
      </w:r>
    </w:p>
    <w:p>
      <w:pPr>
        <w:spacing w:after="80"/>
      </w:pPr>
      <w:r>
        <w:rPr>
          <w:b w:val="0"/>
          <w:i w:val="0"/>
        </w:rPr>
        <w:t>Vì Emma, anh nói, người không chỉ thắng trong cuộc tranh luận mà còn thắng cả trận chiến, đúng như mẹ chúng ta đã dự đoán.</w:t>
      </w:r>
    </w:p>
    <w:p>
      <w:pPr>
        <w:spacing w:after="80"/>
      </w:pPr>
      <w:r>
        <w:rPr>
          <w:b w:val="0"/>
          <w:i w:val="0"/>
        </w:rPr>
        <w:t>Sau khi những người còn lại trong gia đình ra về, Harry, Giles, Emma, Karin và Freddie ly sâm panh đầu tiên của cậu chậm rãi đi bộ về nhà họ ở Quảng trường Smith. Emma leo lên giường trong trạng thái kiệt sức, nhưng một thứ hỗn hợp say đắm của adrenaline và thành công khiến cô không thể nào ngủ được.</w:t>
      </w:r>
    </w:p>
    <w:p>
      <w:pPr>
        <w:jc w:val="center"/>
      </w:pPr>
      <w:r>
        <w:drawing>
          <wp:inline xmlns:a="http://schemas.openxmlformats.org/drawingml/2006/main" xmlns:pic="http://schemas.openxmlformats.org/drawingml/2006/picture">
            <wp:extent cx="304800" cy="85725"/>
            <wp:docPr id="133" name="Picture 13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Sáng hôm sau, Emma thức dậy lúc sáu giờ, chiếc đồng hồ sinh học tàn nhẫn của cô phớt lờ mong muốn được ngủ tiếp.</w:t>
      </w:r>
    </w:p>
    <w:p>
      <w:pPr>
        <w:spacing w:after="80"/>
      </w:pPr>
      <w:r>
        <w:rPr>
          <w:b w:val="0"/>
          <w:i w:val="0"/>
        </w:rPr>
        <w:t xml:space="preserve">Khi đã tắm rửa và thay đồ xong, cô vội vã xuống lầu, háo hức đọc những bài báo tường thuật về cuộc tranh luận trong lúc thưởng thức một tách trà, và có lẽ còn thêm một lát bánh mì nướng phết mứt cam thứ hai nữa. Báo đã được trải sẵn trên bàn ăn. Cô đọc dòng tít trên tờ </w:t>
      </w:r>
      <w:r>
        <w:rPr>
          <w:b w:val="0"/>
          <w:i/>
        </w:rPr>
        <w:t>The Times</w:t>
      </w:r>
      <w:r>
        <w:rPr>
          <w:b w:val="0"/>
          <w:i w:val="0"/>
        </w:rPr>
        <w:t xml:space="preserve"> và sụp xuống chiếc ghế gần nhất, ôm đầu trong hai tay. Đó chưa bao giờ là ý định của cô.</w:t>
      </w:r>
    </w:p>
    <w:p>
      <w:pPr>
        <w:spacing w:after="80"/>
        <w:jc w:val="center"/>
      </w:pPr>
      <w:r>
        <w:rPr>
          <w:b/>
          <w:i w:val="0"/>
        </w:rPr>
        <w:t>LORD BARRINGTON TỪ CHỨC SAU</w:t>
      </w:r>
    </w:p>
    <w:p>
      <w:pPr>
        <w:spacing w:after="80"/>
        <w:jc w:val="center"/>
      </w:pPr>
      <w:r>
        <w:rPr>
          <w:b/>
          <w:i w:val="0"/>
        </w:rPr>
        <w:t>THẤT BẠI Ê CHỀ TẠI THƯỢNG NGHỊ VIỆN</w:t>
      </w:r>
    </w:p>
    <w:p>
      <w:pPr>
        <w:spacing w:after="80"/>
      </w:pPr>
      <w:r>
        <w:rPr>
          <w:b w:val="0"/>
          <w:i w:val="0"/>
        </w:rPr>
        <w:t>Emma biết rằng "từ chức" là cách nói giảm nói tránh của nghị viện cho "bị sa thải".</w:t>
      </w:r>
    </w:p>
    <w:p>
      <w:pPr>
        <w:pStyle w:val="Heading1"/>
        <w:jc w:val="center"/>
      </w:pPr>
      <w:r>
        <w:rPr>
          <w:rFonts w:ascii="Calibri" w:hAnsi="Calibri"/>
          <w:b/>
          <w:i w:val="0"/>
          <w:sz w:val="40"/>
        </w:rPr>
        <w:t>48</w:t>
      </w:r>
    </w:p>
    <w:p>
      <w:pPr>
        <w:spacing w:after="80"/>
        <w:jc w:val="center"/>
      </w:pPr>
      <w:r>
        <w:rPr>
          <w:b/>
          <w:i w:val="0"/>
        </w:rPr>
        <w:t>HẾT</w:t>
      </w:r>
    </w:p>
    <w:p>
      <w:pPr>
        <w:spacing w:after="80"/>
      </w:pPr>
      <w:r>
        <w:rPr>
          <w:b w:val="0"/>
          <w:i w:val="0"/>
        </w:rPr>
        <w:t>HARRY ĐẶT BÚT xuống, nhảy lên không trung và hét lên "Hallelujah!", đó là điều anh luôn làm mỗi khi viết xong hai chữ ấy. Anh ngồi xuống, ngước nhìn lên trần nhà và nói: "Cảm ơn." Lại một nghi thức nữa đã hoàn thành.</w:t>
      </w:r>
    </w:p>
    <w:p>
      <w:pPr>
        <w:spacing w:after="80"/>
      </w:pPr>
      <w:r>
        <w:rPr>
          <w:b w:val="0"/>
          <w:i w:val="0"/>
        </w:rPr>
        <w:t xml:space="preserve">Sáng hôm sau, anh sẽ gửi bản sao kịch bản cho ba người, để họ có thể đọc </w:t>
      </w:r>
      <w:r>
        <w:rPr>
          <w:b w:val="0"/>
          <w:i/>
        </w:rPr>
        <w:t>Heads You Win</w:t>
      </w:r>
      <w:r>
        <w:rPr>
          <w:b w:val="0"/>
          <w:i w:val="0"/>
        </w:rPr>
        <w:t xml:space="preserve"> lần đầu tiên. Rồi anh sẽ phải chịu đựng cơn lo âu thường niên của mình trong lúc chờ nghe ý kiến của họ. Nhưng cũng giống như anh, cả ba người họ đều có những thói quen riêng.</w:t>
      </w:r>
    </w:p>
    <w:p>
      <w:pPr>
        <w:spacing w:after="80"/>
      </w:pPr>
      <w:r>
        <w:rPr>
          <w:b w:val="0"/>
          <w:i w:val="0"/>
        </w:rPr>
        <w:t>Người đầu tiên, Aaron Guinzburg, nhà xuất bản người Mỹ của anh, sẽ rời văn phòng và về nhà ngay khi bản thảo đáp xuống bàn ông, sau khi đã dặn dò rõ ràng rằng không được làm phiền ông cho đến khi ông lật đến trang cuối cùng. Sau đó ông sẽ gọi cho Harry, đôi khi quên mất bây giờ là mấy giờ ở Anh. Ý kiến của ông thường có thể bị xem nhẹ vì ông luôn quá nhiệt tình.</w:t>
      </w:r>
    </w:p>
    <w:p>
      <w:pPr>
        <w:spacing w:after="80"/>
      </w:pPr>
      <w:r>
        <w:rPr>
          <w:b w:val="0"/>
          <w:i w:val="0"/>
        </w:rPr>
        <w:t>Người thứ hai là Ian Chapman, nhà xuất bản người Anh của anh, người luôn đợi đến cuối tuần mới đọc sách, và sẽ gọi cho Harry ngay sáng thứ Hai để nêu ý kiến. Vì ông là một người Scotland không thể giấu nổi cảm xúc thật của mình, điều này chỉ khiến Harry thêm lo lắng.</w:t>
      </w:r>
    </w:p>
    <w:p>
      <w:pPr>
        <w:spacing w:after="80"/>
      </w:pPr>
      <w:r>
        <w:rPr>
          <w:b w:val="0"/>
          <w:i w:val="0"/>
        </w:rPr>
        <w:t>Người thứ ba, và cho đến nay là người nhạy bén nhất trong số những độc giả đầu tiên của anh, là chị dâu anh, Grace, người không chỉ đưa ra ý kiến vô tư mà còn luôn kèm theo một bản báo cáo viết tay dài mười trang, và đôi khi, quên mất rằng anh không phải là một trong những học trò của mình, còn sửa cả ngữ pháp cho anh.</w:t>
      </w:r>
    </w:p>
    <w:p>
      <w:pPr>
        <w:spacing w:after="80"/>
      </w:pPr>
      <w:r>
        <w:rPr>
          <w:b w:val="0"/>
          <w:i w:val="0"/>
        </w:rPr>
        <w:t>Harry chưa bao giờ nghĩ Grace là một fan hâm mộ William Warwick rõ ràng cho đến khi trong một phút lỡ lời, cô thú nhận mình có thiên hướng thích những cuốn tiểu thuyết "gợi cảm". Tuy nhiên, quan niệm của cô về "gợi cảm" là Kingsley Amis, Graham Greene (những cuốn ông tự gọi là "giải trí") và tác giả yêu thích nhất của cô, Ian Fleming.</w:t>
      </w:r>
    </w:p>
    <w:p>
      <w:pPr>
        <w:spacing w:after="80"/>
      </w:pPr>
      <w:r>
        <w:rPr>
          <w:b w:val="0"/>
          <w:i w:val="0"/>
        </w:rPr>
        <w:t>Để đáp lại ý kiến của cô, Harry sẽ đưa Grace đi ăn trưa tại Garrick, trước khi cùng cô đến xem một buổi diễn ban ngày, tốt nhất là của nhà viết kịch "gợi cảm" yêu thích của cô, Terence Rattigan.</w:t>
      </w:r>
    </w:p>
    <w:p>
      <w:pPr>
        <w:spacing w:after="80"/>
      </w:pPr>
      <w:r>
        <w:rPr>
          <w:b w:val="0"/>
          <w:i w:val="0"/>
        </w:rPr>
        <w:t xml:space="preserve">Sau khi ba bản thảo được gửi đi bằng dịch vụ chuyển phát, khoảng thời gian chờ đợi đầy day dứt bắt đầu. Ba độc giả của Harry đều đã được cảnh báo rằng </w:t>
      </w:r>
      <w:r>
        <w:rPr>
          <w:b w:val="0"/>
          <w:i/>
        </w:rPr>
        <w:t>Heads You Win</w:t>
      </w:r>
      <w:r>
        <w:rPr>
          <w:b w:val="0"/>
          <w:i w:val="0"/>
        </w:rPr>
        <w:t xml:space="preserve"> là một sự khác biệt so với những gì anh thường viết, điều này chỉ khiến anh thêm bồn chồn.</w:t>
      </w:r>
    </w:p>
    <w:p>
      <w:pPr>
        <w:spacing w:after="80"/>
      </w:pPr>
      <w:r>
        <w:rPr>
          <w:b w:val="0"/>
          <w:i w:val="0"/>
        </w:rPr>
        <w:t>Anh đã cân nhắc việc để Giles, người dạo này có nhiều thời gian rảnh hơn, và Sebastian, fan hâm mộ cuồng nhiệt nhất của anh, cũng nằm trong số những người đầu tiên đọc bản thảo mới nhất, nhưng quyết định không phá vỡ thói quen thường lệ. Anh sẽ để họ đọc bản thảo cuối cùng vào dịp Giáng sinh, sau khi biên tập viên phụ trách của anh đã đề xuất các thay đổi.</w:t>
      </w:r>
    </w:p>
    <w:p>
      <w:pPr>
        <w:spacing w:after="80"/>
      </w:pPr>
      <w:r>
        <w:rPr>
          <w:b w:val="0"/>
          <w:i w:val="0"/>
        </w:rPr>
        <w:t xml:space="preserve">Cô Eileen Warburton, một người phụ nữ độc thân của giáo xứ này, là người mà Harry nghi ngờ sống một mình trong một căn hộ dưới tầng hầm và, giống như Mole, không xuất hiện cho đến mùa xuân. Trong những tháng mùa đông ấy, cô sẽ dành thời gian cặm cụi với những bản thảo kém may mắn của các tác giả, sửa lỗi của họ, một số lỗi vụn vặt đến mức không ai khác có thể nhận ra. Trong khi những lỗi khác, "những trò hề" như cô thích gọi, nếu không được sửa, sẽ khiến hàng nghìn lá thư giận dữ đổ lên bàn tác giả, chỉ ra sự ngu ngốc của anh. Cô Warburton không bao giờ để Harry quên rằng Geneva không phải là thủ đô của Thụy Sĩ, và rằng tàu </w:t>
      </w:r>
      <w:r>
        <w:rPr>
          <w:b w:val="0"/>
          <w:i/>
        </w:rPr>
        <w:t>Titanic</w:t>
      </w:r>
      <w:r>
        <w:rPr>
          <w:b w:val="0"/>
          <w:i w:val="0"/>
        </w:rPr>
        <w:t xml:space="preserve"> chìm vào ngày 15 tháng 4, chứ không phải ngày 14.</w:t>
      </w:r>
    </w:p>
    <w:p>
      <w:pPr>
        <w:spacing w:after="80"/>
      </w:pPr>
      <w:r>
        <w:rPr>
          <w:b w:val="0"/>
          <w:i w:val="0"/>
        </w:rPr>
        <w:t xml:space="preserve">Trong một khoảnh khắc ngông cuồng phô trương, Harry từng nhắc cô nhớ rằng trong </w:t>
      </w:r>
      <w:r>
        <w:rPr>
          <w:b w:val="0"/>
          <w:i/>
        </w:rPr>
        <w:t>Madame Bovary</w:t>
      </w:r>
      <w:r>
        <w:rPr>
          <w:b w:val="0"/>
          <w:i w:val="0"/>
        </w:rPr>
        <w:t xml:space="preserve"> của Flaubert, đôi mắt của nữ nhân vật chính đổi từ đen sang nâu rồi sang xanh dương và lại về đen chỉ trong chưa đầy một trăm trang.</w:t>
      </w:r>
    </w:p>
    <w:p>
      <w:pPr>
        <w:spacing w:after="80"/>
      </w:pPr>
      <w:r>
        <w:rPr>
          <w:b w:val="0"/>
          <w:i w:val="0"/>
        </w:rPr>
        <w:t>"Tôi không bao giờ bình luận về những cuốn sách mình chưa biên tập," cô nói, không chút mỉa mai.</w:t>
      </w:r>
    </w:p>
    <w:p>
      <w:pPr>
        <w:spacing w:after="80"/>
      </w:pPr>
      <w:r>
        <w:rPr>
          <w:b w:val="0"/>
          <w:i w:val="0"/>
        </w:rPr>
        <w:t>Emma sẽ là một trong những người cuối cùng đọc bản thảo, khi nó đã ở dạng bản in thử. Mọi người khác sẽ phải đợi đến ngày phát hành mới có thể cầm trên tay một cuốn.</w:t>
      </w:r>
    </w:p>
    <w:p>
      <w:pPr>
        <w:spacing w:after="80"/>
      </w:pPr>
      <w:r>
        <w:rPr>
          <w:b w:val="0"/>
          <w:i w:val="0"/>
        </w:rPr>
        <w:t xml:space="preserve">Harry đã dự định dành một cuối tuần thư giãn khi cuốn sách hoàn thành. Chiều thứ Bảy, anh và Giles sẽ lái xe đến Memorial Ground xem Bristol đấu với đối thủ lâu năm Bath. Buổi tối, anh sẽ đưa Emma đến Bristol Old Vic xem Patricia Routledge trong vở </w:t>
      </w:r>
      <w:r>
        <w:rPr>
          <w:b w:val="0"/>
          <w:i/>
        </w:rPr>
        <w:t>Come for the Ride</w:t>
      </w:r>
      <w:r>
        <w:rPr>
          <w:b w:val="0"/>
          <w:i w:val="0"/>
        </w:rPr>
        <w:t>, sau đó ăn tối tại Harveys.</w:t>
      </w:r>
    </w:p>
    <w:p>
      <w:pPr>
        <w:spacing w:after="80"/>
      </w:pPr>
      <w:r>
        <w:rPr>
          <w:b w:val="0"/>
          <w:i w:val="0"/>
        </w:rPr>
        <w:t>Chủ nhật, anh và Emma được Giles và Karin mời ăn trưa tại Barrington Hall. Sau đó họ sẽ tham dự buổi lễ chiều, khi anh sẽ dành phần lớn bài giảng để tự hỏi ba độc giả của mình đang ở trang nào. Còn về một giấc ngủ trọn vẹn không gián đoạn, điều đó sẽ chưa quay lại trong chương trình nghị sự cho đến khi cả ba người đều gọi điện và cho ý kiến.</w:t>
      </w:r>
    </w:p>
    <w:p>
      <w:pPr>
        <w:spacing w:after="80"/>
      </w:pPr>
      <w:r>
        <w:rPr>
          <w:b w:val="0"/>
          <w:i w:val="0"/>
        </w:rPr>
        <w:t>Khi điện thoại reo, ý nghĩ đầu tiên của Harry là còn quá sớm để bất kỳ ai trong số họ đọc xong cuốn sách. Anh nhấc máy và nghe thấy giọng nói quen thuộc của Giles ở đầu dây bên kia.</w:t>
      </w:r>
    </w:p>
    <w:p>
      <w:pPr>
        <w:spacing w:after="80"/>
      </w:pPr>
      <w:r>
        <w:rPr>
          <w:b w:val="0"/>
          <w:i w:val="0"/>
        </w:rPr>
        <w:t>"Xin lỗi vì làm phiền cậu nhé, Harry, nhưng tớ sẽ không thể cùng cậu xem rugby vào thứ Bảy được, và bọn mình cũng phải hoãn bữa trưa Chủ nhật. Harry không cần hỏi lý do, vì lời giải thích đến ngay sau đó. Walter Scheel vừa gọi lúc nãy. Cuối cùng thì người Đông Đức đã mở toang cánh cửa, và công dân của họ đang tràn qua biên giới. Tớ đang gọi từ Heathrow. Karin và tớ sắp lên chuyến bay đến Berlin. Bọn tớ hy vọng đến kịp trước khi họ bắt đầu đập bức tường, vì cô ấy và tớ định sẽ là một phần của đội phá dỡ."</w:t>
      </w:r>
    </w:p>
    <w:p>
      <w:pPr>
        <w:spacing w:after="80"/>
      </w:pPr>
      <w:r>
        <w:rPr>
          <w:b w:val="0"/>
          <w:i w:val="0"/>
        </w:rPr>
        <w:t>"Đó là tin tuyệt vời nhất," Harry nói. "Karin chắc hẳn phải vui lắm. Nói với cô ấy là tớ ghen tị nhé, vì khi người ta hỏi 'ngày bức tường sụp đổ, bạn ở đâu', cậu sẽ có thể trả lời họ. Và nếu có thể, mang về cho tớ một mảnh nhé."</w:t>
      </w:r>
    </w:p>
    <w:p>
      <w:pPr>
        <w:spacing w:after="80"/>
      </w:pPr>
      <w:r>
        <w:rPr>
          <w:b w:val="0"/>
          <w:i w:val="0"/>
        </w:rPr>
        <w:t>"Tớ sẽ phải mang thêm một chiếc vali mất," Giles nói. "Nhiều người đã đưa ra yêu cầu y hệt như vậy."</w:t>
      </w:r>
    </w:p>
    <w:p>
      <w:pPr>
        <w:spacing w:after="80"/>
      </w:pPr>
      <w:r>
        <w:rPr>
          <w:b w:val="0"/>
          <w:i w:val="0"/>
        </w:rPr>
        <w:t>"Chỉ cần nhớ rằng, cậu đang chứng kiến lịch sử, nên trước khi đi ngủ mỗi tối, nhớ ghi lại mọi thứ cậu đã trải qua trong ngày hôm đó. Nếu không, cậu sẽ quên mất các chi tiết trước khi tỉnh dậy đấy."</w:t>
      </w:r>
    </w:p>
    <w:p>
      <w:pPr>
        <w:spacing w:after="80"/>
      </w:pPr>
      <w:r>
        <w:rPr>
          <w:b w:val="0"/>
          <w:i w:val="0"/>
        </w:rPr>
        <w:t>"Tớ không chắc bọn tớ sẽ đi ngủ đâu," Giles nói.</w:t>
      </w:r>
    </w:p>
    <w:p>
      <w:pPr>
        <w:jc w:val="center"/>
      </w:pPr>
      <w:r>
        <w:drawing>
          <wp:inline xmlns:a="http://schemas.openxmlformats.org/drawingml/2006/main" xmlns:pic="http://schemas.openxmlformats.org/drawingml/2006/picture">
            <wp:extent cx="304800" cy="85725"/>
            <wp:docPr id="134" name="Picture 13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"Cho tôi hỏi tại sao ngài lại mang theo một cái búa trong túi được không ạ?" một nhân viên an ninh cảnh giác ở Heathrow hỏi.</w:t>
      </w:r>
    </w:p>
    <w:p>
      <w:pPr>
        <w:spacing w:after="80"/>
      </w:pPr>
      <w:r>
        <w:rPr>
          <w:b w:val="0"/>
          <w:i w:val="0"/>
        </w:rPr>
        <w:t>"Tôi hy vọng sẽ đập sập một bức tường," Giles đáp.</w:t>
      </w:r>
    </w:p>
    <w:p>
      <w:pPr>
        <w:spacing w:after="80"/>
      </w:pPr>
      <w:r>
        <w:rPr>
          <w:b w:val="0"/>
          <w:i w:val="0"/>
        </w:rPr>
        <w:t>"Ước gì tôi được đi cùng ngài," viên nhân viên nói, trước khi kéo khóa chiếc túi qua đêm.</w:t>
      </w:r>
    </w:p>
    <w:p>
      <w:pPr>
        <w:spacing w:after="80"/>
      </w:pPr>
      <w:r>
        <w:rPr>
          <w:b w:val="0"/>
          <w:i w:val="0"/>
        </w:rPr>
        <w:t>Khi Giles và Karin lên chiếc máy bay của Lufthansa nửa giờ sau đó, cứ như thể họ vừa xông vào một bữa tiệc chứ không phải gia nhập một nhóm hành khách mà bình thường sẽ đang thắt dây an toàn trước khi nghe hướng dẫn an toàn từ một nữ tiếp viên hàng không nhiệt tình. Khi chuyến bay đã cất cánh, nút chai sâm panh bật tung, và hành khách trò chuyện với người bên cạnh như thể họ là bạn cũ.</w:t>
      </w:r>
    </w:p>
    <w:p>
      <w:pPr>
        <w:spacing w:after="80"/>
      </w:pPr>
      <w:r>
        <w:rPr>
          <w:b w:val="0"/>
          <w:i w:val="0"/>
        </w:rPr>
        <w:t>Karin nắm tay Giles suốt cả chuyến bay, và chắc hẳn cô đã nói "Tôi không thể tin nổi" cả chục lần, vẫn còn sợ rằng khi họ hạ cánh xuống Berlin, bữa tiệc sẽ kết thúc và mọi thứ lại trở về bình thường.</w:t>
      </w:r>
    </w:p>
    <w:p>
      <w:pPr>
        <w:spacing w:after="80"/>
      </w:pPr>
      <w:r>
        <w:rPr>
          <w:b w:val="0"/>
          <w:i w:val="0"/>
        </w:rPr>
        <w:t>Hai tiếng đồng hồ dài như vô tận cuối cùng cũng trôi qua, máy bay hạ cánh, và ngay khoảnh khắc nó lăn bánh dừng lại, hành khách đã nhảy khỏi ghế. Cái hàng lối trật tự vốn nổi tiếng của người Đức bỗng tan biến, thay vào đó là một cuộc ùa xuống không kỷ luật khi hành khách lao xuống cầu thang, băng qua sân đỗ và tràn vào sân bay. Đêm nay, chẳng ai đứng yên cả.</w:t>
      </w:r>
    </w:p>
    <w:p>
      <w:pPr>
        <w:spacing w:after="80"/>
      </w:pPr>
      <w:r>
        <w:rPr>
          <w:b w:val="0"/>
          <w:i w:val="0"/>
        </w:rPr>
        <w:t>Sau khi làm xong thủ tục hải quan, Giles và Karin rời nhà ga để tìm taxi, chỉ để phát hiện ra một biển người chen chúc với cùng một ý nghĩ trong đầu. Tuy nhiên, trước sự ngạc nhiên của Giles, hàng người di chuyển nhanh, khi ba, bốn, thậm chí năm hành khách cùng chen vào một chiếc xe, tất cả đều đi về cùng một hướng. Khi cuối cùng họ đến được đầu hàng, Giles và Karin nhập chung với một gia đình người Đức, những người chẳng cần nói cho tài xế biết họ muốn đi đâu.</w:t>
      </w:r>
    </w:p>
    <w:p>
      <w:pPr>
        <w:spacing w:after="80"/>
      </w:pPr>
      <w:r>
        <w:rPr>
          <w:b w:val="0"/>
          <w:i w:val="0"/>
        </w:rPr>
        <w:t>Người Anh, sao anh lại đến Berlin? — chàng trai trẻ bị ép sát vào Giles hỏi.</w:t>
      </w:r>
    </w:p>
    <w:p>
      <w:pPr>
        <w:spacing w:after="80"/>
      </w:pPr>
      <w:r>
        <w:rPr>
          <w:b w:val="0"/>
          <w:i w:val="0"/>
        </w:rPr>
        <w:t>Tôi cưới một người Đông Đức — anh giải thích, vòng tay qua vai Karin.</w:t>
      </w:r>
    </w:p>
    <w:p>
      <w:pPr>
        <w:spacing w:after="80"/>
      </w:pPr>
      <w:r>
        <w:rPr>
          <w:b w:val="0"/>
          <w:i w:val="0"/>
        </w:rPr>
        <w:t>Vợ anh trốn thoát bằng cách nào?</w:t>
      </w:r>
    </w:p>
    <w:p>
      <w:pPr>
        <w:spacing w:after="80"/>
      </w:pPr>
      <w:r>
        <w:rPr>
          <w:b w:val="0"/>
          <w:i w:val="0"/>
        </w:rPr>
        <w:t>Chuyện dài lắm. Karin đến cứu Giles, và cô phải đi qua ba dặm đường chật kín xe cộ, kể bằng tiếng mẹ đẻ, mới kể xong câu chuyện của mình, câu chuyện được đáp lại bằng những tràng vỗ tay nhiệt liệt. Chàng trai trẻ nhìn Giles với ánh mắt kính trọng mới, dù anh ta chẳng hiểu một chữ nào vợ anh nói.</w:t>
      </w:r>
    </w:p>
    <w:p>
      <w:pPr>
        <w:spacing w:after="80"/>
      </w:pPr>
      <w:r>
        <w:rPr>
          <w:b w:val="0"/>
          <w:i w:val="0"/>
        </w:rPr>
        <w:t>Còn một dặm nữa, tài xế taxi bỏ cuộc và dừng lại giữa một con đường đã biến thành sàn nhảy. Giles là người đầu tiên ra khỏi xe và lấy ví ra trả tiền tài xế, người chỉ nói đơn giản: "Đêm nay thì không," rồi quay xe phóng về sân bay; một người đàn ông nữa sẽ kể cho cháu mình nghe về vai trò ông đã đóng trong đêm bức tường sụp đổ.</w:t>
      </w:r>
    </w:p>
    <w:p>
      <w:pPr>
        <w:spacing w:after="80"/>
      </w:pPr>
      <w:r>
        <w:rPr>
          <w:b w:val="0"/>
          <w:i w:val="0"/>
        </w:rPr>
        <w:t>Tay trong tay, Giles và Karin len lỏi qua đám đông hân hoan hướng về Cổng Brandenburg, nơi cả hai chưa từng thấy kể từ buổi chiều Karin trốn khỏi Đông Berlin gần hai thập kỷ trước.</w:t>
      </w:r>
    </w:p>
    <w:p>
      <w:pPr>
        <w:spacing w:after="80"/>
      </w:pPr>
      <w:r>
        <w:rPr>
          <w:b w:val="0"/>
          <w:i w:val="0"/>
        </w:rPr>
        <w:t>Khi họ đến gần hơn tượng đài vĩ đại, được xây bởi Vua Frederick William II của Phổ, trớ trêu thay như một biểu tượng của hòa bình, họ có thể thấy những hàng lính vũ trang xếp hàng ở phía xa. Giles nghĩ về lời đề nghị của Harry rằng anh nên ghi lại mọi thứ mình chứng kiến, vì sợ quên mất khoảnh khắc ấy, và tự hỏi anh rể mình sẽ chọn từ nào thích hợp để mô tả vẻ mặt của những người lính. Không phải giận dữ, không phải sợ hãi, không phải buồn bã; họ chỉ đơn giản là bối rối. Giống như mọi người đang nhảy múa quanh họ, cuộc đời họ đã thay đổi trong một khoảnh khắc.</w:t>
      </w:r>
    </w:p>
    <w:p>
      <w:pPr>
        <w:spacing w:after="80"/>
      </w:pPr>
      <w:r>
        <w:rPr>
          <w:b w:val="0"/>
          <w:i w:val="0"/>
        </w:rPr>
        <w:t>Karin đứng từ xa nhìn những người lính, vẫn tự hỏi liệu tất cả có quá tốt đẹp để là thật không. Liệu một trong số họ có nhận ra cô, và cố kéo cô trở lại qua biên giới ngay cả lúc này?</w:t>
      </w:r>
    </w:p>
    <w:p>
      <w:pPr>
        <w:spacing w:after="80"/>
      </w:pPr>
      <w:r>
        <w:rPr>
          <w:b w:val="0"/>
          <w:i w:val="0"/>
        </w:rPr>
        <w:t>Dù một dân tộc thống nhất đang ăn mừng quanh cô, cô vẫn không tin chắc rằng cuộc sống sẽ không trở lại bình thường khi mặt trời mọc. Như thể Giles đọc được suy nghĩ của cô, anh ôm cô vào lòng và nói: "Mọi chuyện kết thúc rồi, em yêu. Em có thể lật sang trang mới. Cơn ác mộng cuối cùng cũng đã chấm dứt."</w:t>
      </w:r>
    </w:p>
    <w:p>
      <w:pPr>
        <w:spacing w:after="80"/>
      </w:pPr>
      <w:r>
        <w:rPr>
          <w:b w:val="0"/>
          <w:i w:val="0"/>
        </w:rPr>
        <w:t>Một sĩ quan Đông Đức xuất hiện từ đâu đó và quát một mệnh lệnh. Những người lính vác súng lên vai và bước đi, khiến đám đông gầm lên tán thưởng còn to hơn. Trong khi mọi người quanh họ nhảy múa, uống rượu và hát ca trong ngây ngất, Giles và Karin chậm rãi băng qua đám đông hướng về bức tường phủ đầy hình vẽ graffiti, trên đỉnh có hàng trăm người đang nhảy múa, như thể đó là nấm mồ của một kẻ thù bị căm ghét.</w:t>
      </w:r>
    </w:p>
    <w:p>
      <w:pPr>
        <w:spacing w:after="80"/>
      </w:pPr>
      <w:r>
        <w:rPr>
          <w:b w:val="0"/>
          <w:i w:val="0"/>
        </w:rPr>
        <w:t>Karin dừng lại và chạm vào tay Giles khi cô thấy một ông lão đang ôm một cô gái trẻ. Rõ ràng là, giống như bao người khác trong đêm khó quên ấy, cuối cùng họ đã được đoàn tụ sau hai mươi tám năm xa cách. Tiếng cười, niềm vui và sự ăn mừng hòa lẫn với nước mắt, khi ông lão ôm chặt đứa cháu gái mà ông tưởng sẽ không bao giờ gặp lại.</w:t>
      </w:r>
    </w:p>
    <w:p>
      <w:pPr>
        <w:spacing w:after="80"/>
      </w:pPr>
      <w:r>
        <w:rPr>
          <w:b w:val="0"/>
          <w:i w:val="0"/>
        </w:rPr>
        <w:t>Em muốn đứng trên đỉnh bức tường — Karin tuyên bố.</w:t>
      </w:r>
    </w:p>
    <w:p>
      <w:pPr>
        <w:spacing w:after="80"/>
      </w:pPr>
      <w:r>
        <w:rPr>
          <w:b w:val="0"/>
          <w:i w:val="0"/>
        </w:rPr>
        <w:t>Giles ngước nhìn tượng đài cao mười hai feet tưởng niệm sự thất bại, nơi hàng trăm người trẻ đang mở tiệc. Anh quyết định đây không phải lúc nhắc vợ rằng mình đã gần bảy mươi. Đây là đêm để gạt bỏ tuổi tác.</w:t>
      </w:r>
    </w:p>
    <w:p>
      <w:pPr>
        <w:spacing w:after="80"/>
      </w:pPr>
      <w:r>
        <w:rPr>
          <w:b w:val="0"/>
          <w:i w:val="0"/>
        </w:rPr>
        <w:t>Ý hay đấy — anh nói.</w:t>
      </w:r>
    </w:p>
    <w:p>
      <w:pPr>
        <w:spacing w:after="80"/>
      </w:pPr>
      <w:r>
        <w:rPr>
          <w:b w:val="0"/>
          <w:i w:val="0"/>
        </w:rPr>
        <w:t>Khi họ chạm chân tường, Giles bỗng hiểu Edmund Hillary hẳn đã cảm thấy thế nào khi đối mặt với chặng leo cuối cùng lên Everest, nhưng hai chàng Sherpa trẻ vừa tụt xuống liền chụm tay làm bậc thang đầu tiên, để anh có thể thế chỗ họ trên đỉnh. Anh không tài nào lên nổi, nhưng hai người trẻ khác đang vui chơi thò tay xuống kéo anh lên nhập bọn.</w:t>
      </w:r>
    </w:p>
    <w:p>
      <w:pPr>
        <w:spacing w:after="80"/>
      </w:pPr>
      <w:r>
        <w:rPr>
          <w:b w:val="0"/>
          <w:i w:val="0"/>
        </w:rPr>
        <w:t>Karin nhập bọn với anh một lát sau và họ đứng cạnh nhau, nhìn sang bên kia biên giới. Cô vẫn chưa muốn tin rằng mình sẽ không tỉnh dậy và nhận ra tất cả chỉ là một giấc mơ. Vài người Đông Đức đang cố leo lên từ phía bên kia, và Karin cúi xuống đưa tay cho một cô gái trẻ. Giles chụp một bức ảnh hai người phụ nữ, những người chưa từng gặp nhau trước đây, đang ôm nhau như thể họ là bạn cũ. Một bức ảnh rồi sẽ được đặt trên lò sưởi của họ ở Smith Square để kỷ niệm ngày Đông và Tây trở lại với lẽ thường.</w:t>
      </w:r>
    </w:p>
    <w:p>
      <w:pPr>
        <w:spacing w:after="80"/>
      </w:pPr>
      <w:r>
        <w:rPr>
          <w:b w:val="0"/>
          <w:i w:val="0"/>
        </w:rPr>
        <w:t>Từ vị trí cao ngất của mình, Giles và Karin nhìn dòng người cuồn cuộn chảy xuống phía dưới để tìm tự do, trong khi những người lính gác, những kẻ chỉ đêm hôm trước còn bắn bất cứ ai toan vượt biên, chỉ đứng đó nhìn trân trân, không thể hiểu nổi điều gì đang diễn ra quanh mình.</w:t>
      </w:r>
    </w:p>
    <w:p>
      <w:pPr>
        <w:spacing w:after="80"/>
      </w:pPr>
      <w:r>
        <w:rPr>
          <w:b w:val="0"/>
          <w:i w:val="0"/>
        </w:rPr>
        <w:t>Karin cuối cùng cũng bắt đầu tin rằng thần đèn đã thoát khỏi chiếc bình cộng sản, nhưng cô phải mất thêm một tiếng nữa mới lấy đủ can đảm nói với Giles, Em muốn dẫn anh đến chỗ em từng sống.</w:t>
      </w:r>
    </w:p>
    <w:p>
      <w:pPr>
        <w:spacing w:after="80"/>
      </w:pPr>
      <w:r>
        <w:rPr>
          <w:b w:val="0"/>
          <w:i w:val="0"/>
        </w:rPr>
        <w:t>Giles thấy việc tụt xuống khỏi bức tường gần như khó khăn chẳng kém gì lúc trèo lên, nhưng nhờ nhiều bàn tay chìa ra, anh xoay xở được, dù phải lấy lại hơi khi chân chạm đất.</w:t>
      </w:r>
    </w:p>
    <w:p>
      <w:pPr>
        <w:spacing w:after="80"/>
      </w:pPr>
      <w:r>
        <w:rPr>
          <w:b w:val="0"/>
          <w:i w:val="0"/>
        </w:rPr>
        <w:t>Karin nắm tay anh và họ vật lộn ngược dòng người chỉ chảy một chiều khi cô chậm rãi dẫn anh về phía trạm kiểm soát biên giới. Hàng ngàn người đàn ông, phụ nữ và trẻ em, mang theo túi xách, va-li, thậm chí đẩy cả xe nôi chất đầy tài sản cả đời, đang tiến về một hướng, bỏ lại cuộc sống cũ phía sau, rõ ràng không muốn nghĩ đến chuyện quay về phòng khi lại thấy mình bị mắc kẹt.</w:t>
      </w:r>
    </w:p>
    <w:p>
      <w:pPr>
        <w:spacing w:after="80"/>
      </w:pPr>
      <w:r>
        <w:rPr>
          <w:b w:val="0"/>
          <w:i w:val="0"/>
        </w:rPr>
        <w:t>Sau khi họ đi qua rào chắn đỏ trắng và rời khỏi phía Tây, Giles và Karin nhập vào dòng người lác đác đang đi cùng hướng với họ. Karin ngập ngừng, nhưng chỉ trong chốc lát, khi họ vượt qua rào chắn thứ hai và thấy mình đang đứng trên đất Đông Đức.</w:t>
      </w:r>
    </w:p>
    <w:p>
      <w:pPr>
        <w:spacing w:after="80"/>
      </w:pPr>
      <w:r>
        <w:rPr>
          <w:b w:val="0"/>
          <w:i w:val="0"/>
        </w:rPr>
        <w:t>Không có lính biên phòng, không có những con chó Alsatian gầm gừ, không có viên chức môi mỏng nào kiểm tra xem thị thực của họ có hợp lệ không. Chỉ có một vùng hoang vắng rợn người, không một bóng người.</w:t>
      </w:r>
    </w:p>
    <w:p>
      <w:pPr>
        <w:spacing w:after="80"/>
      </w:pPr>
      <w:r>
        <w:rPr>
          <w:b w:val="0"/>
          <w:i w:val="0"/>
        </w:rPr>
        <w:t>Cũng chẳng có hàng xe taxi, vì chẳng có taxi nào. Họ đi ngang qua một nhóm nhỏ người Đông Đức đang quỳ cầu nguyện trong im lặng, tưởng nhớ những người đã hy sinh mạng sống để có được ngày hôm nay.</w:t>
      </w:r>
    </w:p>
    <w:p>
      <w:pPr>
        <w:spacing w:after="80"/>
      </w:pPr>
      <w:r>
        <w:rPr>
          <w:b w:val="0"/>
          <w:i w:val="0"/>
        </w:rPr>
        <w:t>Hai người tiếp tục len lỏi qua đám đông đang tan dần theo từng bước chân. Phải hơn một tiếng đồng hồ sau Karin mới dừng lại và chỉ về phía một dãy nhà chung cư xám xịt giống hệt nhau đứng thành hàng ảm đạm, gợi cho cô nhớ về một cuộc đời cũ mà cô gần như đã quên.</w:t>
      </w:r>
    </w:p>
    <w:p>
      <w:pPr>
        <w:spacing w:after="80"/>
      </w:pPr>
      <w:r>
        <w:rPr>
          <w:b w:val="0"/>
          <w:i w:val="0"/>
        </w:rPr>
        <w:t>Đây là nơi em từng sống?</w:t>
      </w:r>
    </w:p>
    <w:p>
      <w:pPr>
        <w:spacing w:after="80"/>
      </w:pPr>
      <w:r>
        <w:rPr>
          <w:b w:val="0"/>
          <w:i w:val="0"/>
        </w:rPr>
        <w:t>Cô ngước lên và nói, Tầng mười chín, cửa sổ thứ hai bên trái là nơi em đã sống hai mươi bốn năm đầu đời.</w:t>
      </w:r>
    </w:p>
    <w:p>
      <w:pPr>
        <w:spacing w:after="80"/>
      </w:pPr>
      <w:r>
        <w:rPr>
          <w:b w:val="0"/>
          <w:i w:val="0"/>
        </w:rPr>
        <w:t>Giles đếm cho đến khi tới một ô cửa sổ nhỏ không rèm ở tầng mười chín, thứ hai từ bên trái, và không khỏi nhớ lại nơi mình đã sống hai mươi bốn năm đầu đời: Barrington Hall, một căn nhà phố ở London, lâu đài ở Scotland nơi anh ở vài tuần mỗi mùa hè, và tất nhiên lúc nào cũng có căn biệt thự ở Tuscany nếu anh cần nghỉ ngơi.</w:t>
      </w:r>
    </w:p>
    <w:p>
      <w:pPr>
        <w:spacing w:after="80"/>
      </w:pPr>
      <w:r>
        <w:rPr>
          <w:b w:val="0"/>
          <w:i w:val="0"/>
        </w:rPr>
        <w:t>Em có muốn lên xem giờ ai đang sống ở đó không? anh hỏi.</w:t>
      </w:r>
    </w:p>
    <w:p>
      <w:pPr>
        <w:spacing w:after="80"/>
      </w:pPr>
      <w:r>
        <w:rPr>
          <w:b w:val="0"/>
          <w:i w:val="0"/>
        </w:rPr>
        <w:t>Không, Karin dứt khoát đáp. Em muốn về nhà.</w:t>
      </w:r>
    </w:p>
    <w:p>
      <w:pPr>
        <w:spacing w:after="80"/>
      </w:pPr>
      <w:r>
        <w:rPr>
          <w:b w:val="0"/>
          <w:i w:val="0"/>
        </w:rPr>
        <w:t>Không nói thêm lời nào, cô quay lưng lại với những khối bê tông xám sừng sững và nhập vào đoàn người đồng hương đang tiến về phía Tây, để trải nghiệm một thứ tự do mà cô chưa bao giờ coi là đương nhiên.</w:t>
      </w:r>
    </w:p>
    <w:p>
      <w:pPr>
        <w:spacing w:after="80"/>
      </w:pPr>
      <w:r>
        <w:rPr>
          <w:b w:val="0"/>
          <w:i w:val="0"/>
        </w:rPr>
        <w:t>Cô không một lần ngoái nhìn lại khi họ bước về phía biên giới, dù một thoáng lo lắng ùa về khi họ đến gần chốt qua lại, nhưng nó nhanh chóng tan biến khi cô thấy vài người lính gác, áo khoác mở cúc, cổ áo nới lỏng, đang nhảy múa với những người bạn mới quen, không còn là người Đông hay Tây nữa, giờ đơn giản chỉ là người Đức.</w:t>
      </w:r>
    </w:p>
    <w:p>
      <w:pPr>
        <w:spacing w:after="80"/>
      </w:pPr>
      <w:r>
        <w:rPr>
          <w:b w:val="0"/>
          <w:i w:val="0"/>
        </w:rPr>
        <w:t>Khi họ đã đi qua dưới rào chắn và trở lại phía Tây, họ thấy cả người trẻ lẫn người già đang cố gắng, với búa tạ, xà beng, đục và cả một cái giũa móng tay, để tháo dỡ con quái vật dài 800 dặm ấy từng mảnh một. Biểu tượng vật chất của thứ mà Winston Churchill đã gọi là Bức màn Sắt.</w:t>
      </w:r>
    </w:p>
    <w:p>
      <w:pPr>
        <w:spacing w:after="80"/>
      </w:pPr>
      <w:r>
        <w:rPr>
          <w:b w:val="0"/>
          <w:i w:val="0"/>
        </w:rPr>
        <w:t>Giles kéo khóa túi, lấy ra chiếc búa và đưa cho Karin.</w:t>
      </w:r>
    </w:p>
    <w:p>
      <w:pPr>
        <w:spacing w:after="80"/>
      </w:pPr>
      <w:r>
        <w:rPr>
          <w:b w:val="0"/>
          <w:i w:val="0"/>
        </w:rPr>
        <w:t>Em trước đi, cưng của anh.</w:t>
      </w:r>
    </w:p>
    <w:p>
      <w:pPr>
        <w:pStyle w:val="Heading1"/>
        <w:jc w:val="center"/>
      </w:pPr>
      <w:r>
        <w:rPr>
          <w:rFonts w:ascii="Calibri" w:hAnsi="Calibri"/>
          <w:b/>
          <w:i w:val="0"/>
          <w:sz w:val="40"/>
        </w:rPr>
        <w:t>EMMA CLIFTON</w:t>
      </w:r>
    </w:p>
    <w:p>
      <w:pPr>
        <w:pStyle w:val="Heading2"/>
        <w:jc w:val="center"/>
      </w:pPr>
      <w:r>
        <w:rPr>
          <w:rFonts w:ascii="Calibri" w:hAnsi="Calibri"/>
          <w:b/>
          <w:i w:val="0"/>
          <w:sz w:val="32"/>
        </w:rPr>
        <w:t>19901992</w:t>
      </w:r>
    </w:p>
    <w:p>
      <w:pPr>
        <w:pStyle w:val="Heading1"/>
        <w:jc w:val="center"/>
      </w:pPr>
      <w:r>
        <w:rPr>
          <w:rFonts w:ascii="Calibri" w:hAnsi="Calibri"/>
          <w:b/>
          <w:i w:val="0"/>
          <w:sz w:val="40"/>
        </w:rPr>
        <w:t>49</w:t>
      </w:r>
    </w:p>
    <w:p>
      <w:pPr>
        <w:spacing w:after="80"/>
      </w:pPr>
      <w:r>
        <w:rPr>
          <w:b w:val="0"/>
          <w:i w:val="0"/>
        </w:rPr>
        <w:t>ĐẾN MÙA NÀY RỒI, Emma nói khi nâng ly rượu vang nóng.</w:t>
      </w:r>
    </w:p>
    <w:p>
      <w:pPr>
        <w:spacing w:after="80"/>
      </w:pPr>
      <w:r>
        <w:rPr>
          <w:b w:val="0"/>
          <w:i w:val="0"/>
        </w:rPr>
        <w:t>Khi tất cả chúng ta ném đồ chơi ra khỏi xe đẩy, Giles nói, và từ chối tham gia bất kỳ trò chơi nào của em?</w:t>
      </w:r>
    </w:p>
    <w:p>
      <w:pPr>
        <w:spacing w:after="80"/>
      </w:pPr>
      <w:r>
        <w:rPr>
          <w:b w:val="0"/>
          <w:i w:val="0"/>
        </w:rPr>
        <w:t>Đến mùa này rồi, Emma nhắc lại, phớt lờ anh trai mình, khi chúng ta nâng ly để tưởng nhớ Joshua Barrington, người sáng lập Hãng Tàu Barrington.</w:t>
      </w:r>
    </w:p>
    <w:p>
      <w:pPr>
        <w:spacing w:after="80"/>
      </w:pPr>
      <w:r>
        <w:rPr>
          <w:b w:val="0"/>
          <w:i w:val="0"/>
        </w:rPr>
        <w:t>Người đã kiếm được lợi nhuận ba mươi bảng, bốn shilling và hai xu trong năm đầu tiên, nhưng hứa với hội đồng quản trị rằng ông sẽ kiếm được nhiều hơn trong tương lai, Sebastian nhắc mọi người.</w:t>
      </w:r>
    </w:p>
    <w:p>
      <w:pPr>
        <w:spacing w:after="80"/>
      </w:pPr>
      <w:r>
        <w:rPr>
          <w:b w:val="0"/>
          <w:i w:val="0"/>
        </w:rPr>
        <w:t>Ba mươi ba bảng, bốn shilling và hai xu, chính xác là vậy, Emma nói. Và ông ấy đã kiếm được nhiều hơn, nhiều hơn rất nhiều.</w:t>
      </w:r>
    </w:p>
    <w:p>
      <w:pPr>
        <w:spacing w:after="80"/>
      </w:pPr>
      <w:r>
        <w:rPr>
          <w:b w:val="0"/>
          <w:i w:val="0"/>
        </w:rPr>
        <w:t>Chắc ông ấy phải lăn lộn trong mồ, Sebastian nói, khi chúng ta bán công ty cho Cunard với giá đẹp đẽ bốn mươi tám triệu.</w:t>
      </w:r>
    </w:p>
    <w:p>
      <w:pPr>
        <w:spacing w:after="80"/>
      </w:pPr>
      <w:r>
        <w:rPr>
          <w:b w:val="0"/>
          <w:i w:val="0"/>
        </w:rPr>
        <w:t>Cứ chế giễu đi, Emma nói, nhưng chúng ta nên biết ơn Joshua vì tất cả những gì ông ấy đã làm cho gia đình này.</w:t>
      </w:r>
    </w:p>
    <w:p>
      <w:pPr>
        <w:spacing w:after="80"/>
      </w:pPr>
      <w:r>
        <w:rPr>
          <w:b w:val="0"/>
          <w:i w:val="0"/>
        </w:rPr>
        <w:t>Anh đồng ý, Harry nói, đứng dậy, nâng ly và nói, Vì Joshua.</w:t>
      </w:r>
    </w:p>
    <w:p>
      <w:pPr>
        <w:spacing w:after="80"/>
      </w:pPr>
      <w:r>
        <w:rPr>
          <w:b w:val="0"/>
          <w:i w:val="0"/>
        </w:rPr>
        <w:t>Vì Joshua, những người còn lại trong gia đình đồng thanh.</w:t>
      </w:r>
    </w:p>
    <w:p>
      <w:pPr>
        <w:spacing w:after="80"/>
      </w:pPr>
      <w:r>
        <w:rPr>
          <w:b w:val="0"/>
          <w:i w:val="0"/>
        </w:rPr>
        <w:t>Vậy là vào việc thôi, Emma nói, đặt ly xuống.</w:t>
      </w:r>
    </w:p>
    <w:p>
      <w:pPr>
        <w:spacing w:after="80"/>
      </w:pPr>
      <w:r>
        <w:rPr>
          <w:b w:val="0"/>
          <w:i w:val="0"/>
        </w:rPr>
        <w:t>Hôm nay là đêm Giao thừa mà, Giles phản đối, và em có vẻ quên mất mình đang ở nhà anh, nên anh nghĩ chúng ta sẽ nghỉ một năm.</w:t>
      </w:r>
    </w:p>
    <w:p>
      <w:pPr>
        <w:spacing w:after="80"/>
      </w:pPr>
      <w:r>
        <w:rPr>
          <w:b w:val="0"/>
          <w:i w:val="0"/>
        </w:rPr>
        <w:t>Chắc chắn là không, Emma nói. Chỉ có Lucy là được miễn năm nay thôi.</w:t>
      </w:r>
    </w:p>
    <w:p>
      <w:pPr>
        <w:spacing w:after="80"/>
      </w:pPr>
      <w:r>
        <w:rPr>
          <w:b w:val="0"/>
          <w:i w:val="0"/>
        </w:rPr>
        <w:t>Nhưng cẩn thận đấy, cô bé, Harry nói, mỉm cười với chắt gái của mình, người đang ngủ say trong vòng tay mẹ, sự ân xá của con chỉ là tạm thời thôi.</w:t>
      </w:r>
    </w:p>
    <w:p>
      <w:pPr>
        <w:spacing w:after="80"/>
      </w:pPr>
      <w:r>
        <w:rPr>
          <w:b w:val="0"/>
          <w:i w:val="0"/>
        </w:rPr>
        <w:t>Đúng vậy, Emma nói, như thể Harry không hề đùa. Đã đến lúc mọi người nói cho chúng ta biết mục tiêu năm mới của mình.</w:t>
      </w:r>
    </w:p>
    <w:p>
      <w:pPr>
        <w:spacing w:after="80"/>
      </w:pPr>
      <w:r>
        <w:rPr>
          <w:b w:val="0"/>
          <w:i w:val="0"/>
        </w:rPr>
        <w:t>Và những người dũng cảm, Harry nói, sẽ nhắc lại mục tiêu của năm ngoái.</w:t>
      </w:r>
    </w:p>
    <w:p>
      <w:pPr>
        <w:spacing w:after="80"/>
      </w:pPr>
      <w:r>
        <w:rPr>
          <w:b w:val="0"/>
          <w:i w:val="0"/>
        </w:rPr>
        <w:t>Mà tôi đã ghi lại trong cuốn sổ đỏ nhỏ này rồi, Emma nói, phòng khi có ai quên.</w:t>
      </w:r>
    </w:p>
    <w:p>
      <w:pPr>
        <w:spacing w:after="80"/>
      </w:pPr>
      <w:r>
        <w:rPr>
          <w:b w:val="0"/>
          <w:i w:val="0"/>
        </w:rPr>
        <w:t>Tất nhiên là chị ghi rồi, Mao Chủ tịch ạ, Giles nói, rót đầy ly của mình.</w:t>
      </w:r>
    </w:p>
    <w:p>
      <w:pPr>
        <w:spacing w:after="80"/>
      </w:pPr>
      <w:r>
        <w:rPr>
          <w:b w:val="0"/>
          <w:i w:val="0"/>
        </w:rPr>
        <w:t>Ai muốn đi trước nào? Emma nói, một lần nữa phớt lờ anh trai mình.</w:t>
      </w:r>
    </w:p>
    <w:p>
      <w:pPr>
        <w:spacing w:after="80"/>
      </w:pPr>
      <w:r>
        <w:rPr>
          <w:b w:val="0"/>
          <w:i w:val="0"/>
        </w:rPr>
        <w:t>Em đang tìm một công việc khác, Samantha nói.</w:t>
      </w:r>
    </w:p>
    <w:p>
      <w:pPr>
        <w:spacing w:after="80"/>
      </w:pPr>
      <w:r>
        <w:rPr>
          <w:b w:val="0"/>
          <w:i w:val="0"/>
        </w:rPr>
        <w:t>Vẫn trong giới nghệ thuật chứ? Harry hỏi.</w:t>
      </w:r>
    </w:p>
    <w:p>
      <w:pPr>
        <w:spacing w:after="80"/>
      </w:pPr>
      <w:r>
        <w:rPr>
          <w:b w:val="0"/>
          <w:i w:val="0"/>
        </w:rPr>
        <w:t>Vâng. Bảo tàng Wallace Collection đang tuyển phó giám đốc, và em đã ứng tuyển vào vị trí đó.</w:t>
      </w:r>
    </w:p>
    <w:p>
      <w:pPr>
        <w:spacing w:after="80"/>
      </w:pPr>
      <w:r>
        <w:rPr>
          <w:b w:val="0"/>
          <w:i w:val="0"/>
        </w:rPr>
        <w:t>Tuyệt vời, Grace nói. Tổn thất của Courtauld sẽ là được lợi của Wallace.</w:t>
      </w:r>
    </w:p>
    <w:p>
      <w:pPr>
        <w:spacing w:after="80"/>
      </w:pPr>
      <w:r>
        <w:rPr>
          <w:b w:val="0"/>
          <w:i w:val="0"/>
        </w:rPr>
        <w:t>Đó chỉ là bước tiếp theo trên nấc thang thôi, Sebastian nói. Em cá là đến tầm này năm sau, mục tiêu năm mới của Samantha sẽ là chủ tịch bảo tàng Tate.</w:t>
      </w:r>
    </w:p>
    <w:p>
      <w:pPr>
        <w:spacing w:after="80"/>
      </w:pPr>
      <w:r>
        <w:rPr>
          <w:b w:val="0"/>
          <w:i w:val="0"/>
        </w:rPr>
        <w:t>Vậy còn anh thì sao, Seb? Đến tầm này năm sau anh sẽ đạt được gì?</w:t>
      </w:r>
    </w:p>
    <w:p>
      <w:pPr>
        <w:spacing w:after="80"/>
      </w:pPr>
      <w:r>
        <w:rPr>
          <w:b w:val="0"/>
          <w:i w:val="0"/>
        </w:rPr>
        <w:t>Anh định tiếp tục làm phiền dì Grace bằng cách kiếm cho dì ngày càng nhiều tiền hơn.</w:t>
      </w:r>
    </w:p>
    <w:p>
      <w:pPr>
        <w:spacing w:after="80"/>
      </w:pPr>
      <w:r>
        <w:rPr>
          <w:b w:val="0"/>
          <w:i w:val="0"/>
        </w:rPr>
        <w:t>Điều mà sau đó tôi có thể phân phát cho ngày càng nhiều những mục đích xứng đáng hơn, Grace nói.</w:t>
      </w:r>
    </w:p>
    <w:p>
      <w:pPr>
        <w:spacing w:after="80"/>
      </w:pPr>
      <w:r>
        <w:rPr>
          <w:b w:val="0"/>
          <w:i w:val="0"/>
        </w:rPr>
        <w:t>Đừng lo, Victor đã lo liệu chuyện đó rồi, Karin sẽ xác nhận cho mà xem.</w:t>
      </w:r>
    </w:p>
    <w:p>
      <w:pPr>
        <w:spacing w:after="80"/>
      </w:pPr>
      <w:r>
        <w:rPr>
          <w:b w:val="0"/>
          <w:i w:val="0"/>
        </w:rPr>
        <w:t>Tôi đã đọc báo cáo của ông Kaufman, Grace nói, và nó thực sự mang lại vinh dự lớn cho cả anh và ngân hàng, Sebastian ạ.</w:t>
      </w:r>
    </w:p>
    <w:p>
      <w:pPr>
        <w:spacing w:after="80"/>
      </w:pPr>
      <w:r>
        <w:rPr>
          <w:b w:val="0"/>
          <w:i w:val="0"/>
        </w:rPr>
        <w:t>Đúng là lời khen đáng giá, Emma nói, ghi chú lại trước khi nhìn sang chị gái mình. Vì chị là một trong số ít người trong chúng ta có dấu tích bên cạnh tên mỗi năm, Grace ạ, chị đã lên kế hoạch gì cho mười hai tháng tới?</w:t>
      </w:r>
    </w:p>
    <w:p>
      <w:pPr>
        <w:spacing w:after="80"/>
      </w:pPr>
      <w:r>
        <w:rPr>
          <w:b w:val="0"/>
          <w:i w:val="0"/>
        </w:rPr>
        <w:t>Bảy đứa học trò nhỏ của tôi đang hy vọng được nhận vào đại học năm nay, và tôi quyết tâm rằng cả bảy đứa sẽ đạt được điều đó.</w:t>
      </w:r>
    </w:p>
    <w:p>
      <w:pPr>
        <w:spacing w:after="80"/>
      </w:pPr>
      <w:r>
        <w:rPr>
          <w:b w:val="0"/>
          <w:i w:val="0"/>
        </w:rPr>
        <w:t>Cơ hội của chúng thế nào? Harry hỏi.</w:t>
      </w:r>
    </w:p>
    <w:p>
      <w:pPr>
        <w:spacing w:after="80"/>
      </w:pPr>
      <w:r>
        <w:rPr>
          <w:b w:val="0"/>
          <w:i w:val="0"/>
        </w:rPr>
        <w:t>Tôi tin chắc bốn cô gái đều sẽ làm được, nhưng tôi không chắc lắm về mấy cậu con trai.</w:t>
      </w:r>
    </w:p>
    <w:p>
      <w:pPr>
        <w:spacing w:after="80"/>
      </w:pPr>
      <w:r>
        <w:rPr>
          <w:b w:val="0"/>
          <w:i w:val="0"/>
        </w:rPr>
        <w:t>Mọi người đều bật cười trừ Grace.</w:t>
      </w:r>
    </w:p>
    <w:p>
      <w:pPr>
        <w:spacing w:after="80"/>
      </w:pPr>
      <w:r>
        <w:rPr>
          <w:b w:val="0"/>
          <w:i w:val="0"/>
        </w:rPr>
        <w:t>Đến lượt con, đến lượt con! Jake đòi.</w:t>
      </w:r>
    </w:p>
    <w:p>
      <w:pPr>
        <w:spacing w:after="80"/>
      </w:pPr>
      <w:r>
        <w:rPr>
          <w:b w:val="0"/>
          <w:i w:val="0"/>
        </w:rPr>
        <w:t>Nào, nếu ta nhớ không nhầm, Emma nói, năm ngoái cháu muốn bỏ học. Giờ cháu vẫn còn muốn thế không?</w:t>
      </w:r>
    </w:p>
    <w:p>
      <w:pPr>
        <w:spacing w:after="80"/>
      </w:pPr>
      <w:r>
        <w:rPr>
          <w:b w:val="0"/>
          <w:i w:val="0"/>
        </w:rPr>
        <w:t>Không ạ, Jake dứt khoát nói. Con muốn mẹ có được công việc đó.</w:t>
      </w:r>
    </w:p>
    <w:p>
      <w:pPr>
        <w:spacing w:after="80"/>
      </w:pPr>
      <w:r>
        <w:rPr>
          <w:b w:val="0"/>
          <w:i w:val="0"/>
        </w:rPr>
        <w:t>Tại sao? Samantha hỏi.</w:t>
      </w:r>
    </w:p>
    <w:p>
      <w:pPr>
        <w:spacing w:after="80"/>
      </w:pPr>
      <w:r>
        <w:rPr>
          <w:b w:val="0"/>
          <w:i w:val="0"/>
        </w:rPr>
        <w:t>Vì khi đó con sẽ không bị muộn học mỗi sáng nữa.</w:t>
      </w:r>
    </w:p>
    <w:p>
      <w:pPr>
        <w:spacing w:after="80"/>
      </w:pPr>
      <w:r>
        <w:rPr>
          <w:b w:val="0"/>
          <w:i w:val="0"/>
        </w:rPr>
        <w:t>Đúng là từ miệng trẻ thơ, Harry nói, không giấu nổi nụ cười.</w:t>
      </w:r>
    </w:p>
    <w:p>
      <w:pPr>
        <w:spacing w:after="80"/>
      </w:pPr>
      <w:r>
        <w:rPr>
          <w:b w:val="0"/>
          <w:i w:val="0"/>
        </w:rPr>
        <w:t>Samantha đỏ mặt, trong khi những người còn lại trong gia đình phá lên cười. Vậy thì năm nay tốt hơn hết tôi nên có hai lời nguyện, cuối cùng cô nói được. Một cho tôi, và một cho Jake.</w:t>
      </w:r>
    </w:p>
    <w:p>
      <w:pPr>
        <w:spacing w:after="80"/>
      </w:pPr>
      <w:r>
        <w:rPr>
          <w:b w:val="0"/>
          <w:i w:val="0"/>
        </w:rPr>
        <w:t>Vì Giles có vẻ không muốn tham gia năm nay, Emma nói, còn chị thì sao, Karin? Chị sẽ lại chạy một cuộc marathon nữa chứ?</w:t>
      </w:r>
    </w:p>
    <w:p>
      <w:pPr>
        <w:spacing w:after="80"/>
      </w:pPr>
      <w:r>
        <w:rPr>
          <w:b w:val="0"/>
          <w:i w:val="0"/>
        </w:rPr>
        <w:t>Không bao giờ nữa. Nhưng tôi đã tham gia ủy ban của quỹ từ thiện Marsden, và tôi hy vọng gia đình sẽ tài trợ cho một sứ mệnh. Nhân đây nói luôn, không tính Sebastian đâu nhé.</w:t>
      </w:r>
    </w:p>
    <w:p>
      <w:pPr>
        <w:spacing w:after="80"/>
      </w:pPr>
      <w:r>
        <w:rPr>
          <w:b w:val="0"/>
          <w:i w:val="0"/>
        </w:rPr>
        <w:t>Vậy có nghĩa là năm nay con được tha rồi phải không?</w:t>
      </w:r>
    </w:p>
    <w:p>
      <w:pPr>
        <w:spacing w:after="80"/>
      </w:pPr>
      <w:r>
        <w:rPr>
          <w:b w:val="0"/>
          <w:i w:val="0"/>
        </w:rPr>
        <w:t>Không, Karin nói. Tôi đã thuyết phục Victor rằng ngân hàng nên tài trợ cho sứ mệnh của chính mình, Sứ mệnh Farthings Kaufman.</w:t>
      </w:r>
    </w:p>
    <w:p>
      <w:pPr>
        <w:spacing w:after="80"/>
      </w:pPr>
      <w:r>
        <w:rPr>
          <w:b w:val="0"/>
          <w:i w:val="0"/>
        </w:rPr>
        <w:t>Cái đó sẽ tốn của con bao nhiêu?</w:t>
      </w:r>
    </w:p>
    <w:p>
      <w:pPr>
        <w:spacing w:after="80"/>
      </w:pPr>
      <w:r>
        <w:rPr>
          <w:b w:val="0"/>
          <w:i w:val="0"/>
        </w:rPr>
        <w:t>Nó sẽ tốn của ngân hàng hai mươi lăm nghìn bảng, Karin nói, nhưng sau đó tôi mong con sẽ tài trợ cho sứ mệnh của riêng con.</w:t>
      </w:r>
    </w:p>
    <w:p>
      <w:pPr>
        <w:spacing w:after="80"/>
      </w:pPr>
      <w:r>
        <w:rPr>
          <w:b w:val="0"/>
          <w:i w:val="0"/>
        </w:rPr>
        <w:t>Sebastian định phản đối thì Grace nói, Và Giles với bà cũng muốn tài trợ một sứ mệnh, Sứ mệnh Barrington. Giles mỉm cười với em gái và cúi chào.</w:t>
      </w:r>
    </w:p>
    <w:p>
      <w:pPr>
        <w:spacing w:after="80"/>
      </w:pPr>
      <w:r>
        <w:rPr>
          <w:b w:val="0"/>
          <w:i w:val="0"/>
        </w:rPr>
        <w:t>Emma và bà cũng vậy, Harry nói, khiến cả nhà bắt đầu vỗ tay.</w:t>
      </w:r>
    </w:p>
    <w:p>
      <w:pPr>
        <w:spacing w:after="80"/>
      </w:pPr>
      <w:r>
        <w:rPr>
          <w:b w:val="0"/>
          <w:i w:val="0"/>
        </w:rPr>
        <w:t>Con không dám nghĩ năm sau quyết tâm của bà sẽ là gì, Sebastian nói.</w:t>
      </w:r>
    </w:p>
    <w:p>
      <w:pPr>
        <w:spacing w:after="80"/>
      </w:pPr>
      <w:r>
        <w:rPr>
          <w:b w:val="0"/>
          <w:i w:val="0"/>
        </w:rPr>
        <w:t>Bà vẫn chưa xong với năm nay đâu, Karin nói.</w:t>
      </w:r>
    </w:p>
    <w:p>
      <w:pPr>
        <w:spacing w:after="80"/>
      </w:pPr>
      <w:r>
        <w:rPr>
          <w:b w:val="0"/>
          <w:i w:val="0"/>
        </w:rPr>
        <w:t>Sebastian, Jessica, Richard, Lucy và bà sẽ rất vui được tham gia cùng bà, Samantha nói, và tài trợ cho sứ mệnh của riêng chúng ta.</w:t>
      </w:r>
    </w:p>
    <w:p>
      <w:pPr>
        <w:spacing w:after="80"/>
      </w:pPr>
      <w:r>
        <w:rPr>
          <w:b w:val="0"/>
          <w:i w:val="0"/>
        </w:rPr>
        <w:t>Sebastian ngước nhìn trời và nói, Joshua Barrington, ông đúng là có nhiều tội để trả lắm.</w:t>
      </w:r>
    </w:p>
    <w:p>
      <w:pPr>
        <w:spacing w:after="80"/>
      </w:pPr>
      <w:r>
        <w:rPr>
          <w:b w:val="0"/>
          <w:i w:val="0"/>
        </w:rPr>
        <w:t>Giỏi lắm, Karin, Emma nói khi ghi lại các chi tiết vào cuốn sổ đỏ của mình. Làm theo đi, Jessica, bà nói thêm, mỉm cười với cháu gái.</w:t>
      </w:r>
    </w:p>
    <w:p>
      <w:pPr>
        <w:spacing w:after="80"/>
      </w:pPr>
      <w:r>
        <w:rPr>
          <w:b w:val="0"/>
          <w:i w:val="0"/>
        </w:rPr>
        <w:t>Con hy vọng sẽ lọt vào danh sách đề cử giải Turner.</w:t>
      </w:r>
    </w:p>
    <w:p>
      <w:pPr>
        <w:spacing w:after="80"/>
      </w:pPr>
      <w:r>
        <w:rPr>
          <w:b w:val="0"/>
          <w:i w:val="0"/>
        </w:rPr>
        <w:t>Bà không hiểu tại sao lại thế, Grace nói. Turner thì chẳng bao giờ thắng được giải Turner cả.</w:t>
      </w:r>
    </w:p>
    <w:p>
      <w:pPr>
        <w:spacing w:after="80"/>
      </w:pPr>
      <w:r>
        <w:rPr>
          <w:b w:val="0"/>
          <w:i w:val="0"/>
        </w:rPr>
        <w:t>Đó sẽ là một thành tích đáng nể đấy, cô gái trẻ ạ, Harry chen vào.</w:t>
      </w:r>
    </w:p>
    <w:p>
      <w:pPr>
        <w:spacing w:after="80"/>
      </w:pPr>
      <w:r>
        <w:rPr>
          <w:b w:val="0"/>
          <w:i w:val="0"/>
        </w:rPr>
        <w:t>Và nếu được, Richard nói, con bé sẽ là nghệ sĩ trẻ nhất từng lọt vào danh sách đề cử.</w:t>
      </w:r>
    </w:p>
    <w:p>
      <w:pPr>
        <w:spacing w:after="80"/>
      </w:pPr>
      <w:r>
        <w:rPr>
          <w:b w:val="0"/>
          <w:i w:val="0"/>
        </w:rPr>
        <w:t>Giờ thì điều đó đáng để đạt được đấy, Grace nói. Dạo này cô đang làm gì thế?</w:t>
      </w:r>
    </w:p>
    <w:p>
      <w:pPr>
        <w:spacing w:after="80"/>
      </w:pPr>
      <w:r>
        <w:rPr>
          <w:b w:val="0"/>
          <w:i w:val="0"/>
        </w:rPr>
        <w:t xml:space="preserve">Con vừa bắt đầu một loạt tranh có tên </w:t>
      </w:r>
      <w:r>
        <w:rPr>
          <w:b w:val="0"/>
          <w:i/>
        </w:rPr>
        <w:t>Cây Sự Sống</w:t>
      </w:r>
      <w:r>
        <w:rPr>
          <w:b w:val="0"/>
          <w:i w:val="0"/>
        </w:rPr>
        <w:t>.</w:t>
      </w:r>
    </w:p>
    <w:p>
      <w:pPr>
        <w:spacing w:after="80"/>
      </w:pPr>
      <w:r>
        <w:rPr>
          <w:b w:val="0"/>
          <w:i w:val="0"/>
        </w:rPr>
        <w:t>Ôi, bà mê cây lắm, Emma nói, và cháu thì lúc nào cũng giỏi vẽ phong cảnh.</w:t>
      </w:r>
    </w:p>
    <w:p>
      <w:pPr>
        <w:spacing w:after="80"/>
      </w:pPr>
      <w:r>
        <w:rPr>
          <w:b w:val="0"/>
          <w:i w:val="0"/>
        </w:rPr>
        <w:t>Nó sẽ không phải kiểu cây đó đâu, bà ạ.</w:t>
      </w:r>
    </w:p>
    <w:p>
      <w:pPr>
        <w:spacing w:after="80"/>
      </w:pPr>
      <w:r>
        <w:rPr>
          <w:b w:val="0"/>
          <w:i w:val="0"/>
        </w:rPr>
        <w:t>Bà không hiểu, Emma nói, cây thì vẫn là cây thôi.</w:t>
      </w:r>
    </w:p>
    <w:p>
      <w:pPr>
        <w:spacing w:after="80"/>
      </w:pPr>
      <w:r>
        <w:rPr>
          <w:b w:val="0"/>
          <w:i w:val="0"/>
        </w:rPr>
        <w:t>Trừ khi nó mang tính biểu tượng, Harry gợi ý, mỉm cười với cháu gái.</w:t>
      </w:r>
    </w:p>
    <w:p>
      <w:pPr>
        <w:spacing w:after="80"/>
      </w:pPr>
      <w:r>
        <w:rPr>
          <w:b w:val="0"/>
          <w:i w:val="0"/>
        </w:rPr>
        <w:t>Thế quyết tâm của ông là gì hả ông? Sách của ông có đoạt giải Booker không?</w:t>
      </w:r>
    </w:p>
    <w:p>
      <w:pPr>
        <w:spacing w:after="80"/>
      </w:pPr>
      <w:r>
        <w:rPr>
          <w:b w:val="0"/>
          <w:i w:val="0"/>
        </w:rPr>
        <w:t>Chẳng có hy vọng gì đâu, Grace nói. Giải đó sẽ không bao giờ được trao cho một người kể chuyện, thật đáng tiếc. Nhưng bà có thể nói với cả nhà, vì bà là người duy nhất trong phòng này đã đọc nó, rằng cuốn tiểu thuyết mới nhất của Harry cho đến nay là tác phẩm hoàn thiện nhất của ông ấy. Ông ấy đã làm trọn vẹn hơn cả những gì mẹ ông ấy mong đợi, nên ông ấy có thể nghỉ ngơi cả năm.</w:t>
      </w:r>
    </w:p>
    <w:p>
      <w:pPr>
        <w:spacing w:after="80"/>
      </w:pPr>
      <w:r>
        <w:rPr>
          <w:b w:val="0"/>
          <w:i w:val="0"/>
        </w:rPr>
        <w:t>Harry bị bất ngờ. Ông đã định nói với cả nhà rằng tháng Giêng ông sẽ trải qua một ca phẫu thuật lớn, nhưng không cần phải lo vì ông chỉ phải nằm ngoài cuộc chơi vài tuần thôi.</w:t>
      </w:r>
    </w:p>
    <w:p>
      <w:pPr>
        <w:spacing w:after="80"/>
      </w:pPr>
      <w:r>
        <w:rPr>
          <w:b w:val="0"/>
          <w:i w:val="0"/>
        </w:rPr>
        <w:t>Còn cháu thì sao, Emma? Giles hỏi. Cháu có định trở thành Thủ tướng vào tầm này năm sau không?</w:t>
      </w:r>
    </w:p>
    <w:p>
      <w:pPr>
        <w:spacing w:after="80"/>
      </w:pPr>
      <w:r>
        <w:rPr>
          <w:b w:val="0"/>
          <w:i w:val="0"/>
        </w:rPr>
        <w:t>Cháu nghĩ là không, Emma nói. Nhưng cháu định sang năm sẽ còn là một kẻ ngoại đạo (infidel) hơn cả năm ngoái, cô ấy nói thêm, đặt ly xuống bàn, làm sánh ra một chút rượu.</w:t>
      </w:r>
    </w:p>
    <w:p>
      <w:pPr>
        <w:spacing w:after="80"/>
      </w:pPr>
      <w:r>
        <w:rPr>
          <w:b w:val="0"/>
          <w:i w:val="0"/>
        </w:rPr>
        <w:t>Kẻ ngoại đạo là gì ạ? Jake hỏi.</w:t>
      </w:r>
    </w:p>
    <w:p>
      <w:pPr>
        <w:spacing w:after="80"/>
      </w:pPr>
      <w:r>
        <w:rPr>
          <w:b w:val="0"/>
          <w:i w:val="0"/>
        </w:rPr>
        <w:t>Là người bỏ phiếu cho Đảng Bảo thủ, Giles nói.</w:t>
      </w:r>
    </w:p>
    <w:p>
      <w:pPr>
        <w:spacing w:after="80"/>
      </w:pPr>
      <w:r>
        <w:rPr>
          <w:b w:val="0"/>
          <w:i w:val="0"/>
        </w:rPr>
        <w:t>Vậy thì con cũng muốn làm kẻ ngoại đạo. Nhưng chỉ khi Freddie cũng là kẻ ngoại đạo thôi.</w:t>
      </w:r>
    </w:p>
    <w:p>
      <w:pPr>
        <w:spacing w:after="80"/>
      </w:pPr>
      <w:r>
        <w:rPr>
          <w:b w:val="0"/>
          <w:i w:val="0"/>
        </w:rPr>
        <w:t>Chắc chắn là thế rồi, Freddie nói.</w:t>
      </w:r>
    </w:p>
    <w:p>
      <w:pPr>
        <w:spacing w:after="80"/>
      </w:pPr>
      <w:r>
        <w:rPr>
          <w:b w:val="0"/>
          <w:i w:val="0"/>
        </w:rPr>
        <w:t>Bà thường nghĩ điều đó thật buồn cười</w:t>
      </w:r>
    </w:p>
    <w:p>
      <w:pPr>
        <w:spacing w:after="80"/>
      </w:pPr>
      <w:r>
        <w:rPr>
          <w:b w:val="0"/>
          <w:i w:val="0"/>
        </w:rPr>
        <w:t>Thiên nhiên luôn khéo sắp đặt</w:t>
      </w:r>
    </w:p>
    <w:p>
      <w:pPr>
        <w:spacing w:after="80"/>
      </w:pPr>
      <w:r>
        <w:rPr>
          <w:b w:val="0"/>
          <w:i w:val="0"/>
        </w:rPr>
        <w:t>Rằng mỗi chàng trai và mỗi cô gái</w:t>
      </w:r>
    </w:p>
    <w:p>
      <w:pPr>
        <w:spacing w:after="80"/>
      </w:pPr>
      <w:r>
        <w:rPr>
          <w:b w:val="0"/>
          <w:i w:val="0"/>
        </w:rPr>
        <w:t>Sinh ra trên đời này</w:t>
      </w:r>
    </w:p>
    <w:p>
      <w:pPr>
        <w:spacing w:after="80"/>
      </w:pPr>
      <w:r>
        <w:rPr>
          <w:b w:val="0"/>
          <w:i w:val="0"/>
        </w:rPr>
        <w:t>Hoặc là một người theo phái Tự do</w:t>
      </w:r>
    </w:p>
    <w:p>
      <w:pPr>
        <w:spacing w:after="80"/>
      </w:pPr>
      <w:r>
        <w:rPr>
          <w:b w:val="0"/>
          <w:i w:val="0"/>
        </w:rPr>
        <w:t>Hoặc là một người theo phái Bảo thủ!</w:t>
      </w:r>
    </w:p>
    <w:p>
      <w:pPr>
        <w:spacing w:after="80"/>
      </w:pPr>
      <w:r>
        <w:rPr>
          <w:b w:val="0"/>
          <w:i w:val="0"/>
        </w:rPr>
        <w:t>Người viết lời hả? Grace hỏi.</w:t>
      </w:r>
    </w:p>
    <w:p>
      <w:pPr>
        <w:spacing w:after="80"/>
      </w:pPr>
      <w:r>
        <w:rPr>
          <w:b w:val="0"/>
          <w:i w:val="0"/>
        </w:rPr>
        <w:t>W. S. Gilbert.</w:t>
      </w:r>
    </w:p>
    <w:p>
      <w:pPr>
        <w:spacing w:after="80"/>
      </w:pPr>
      <w:r>
        <w:rPr>
          <w:b w:val="0"/>
          <w:i w:val="0"/>
        </w:rPr>
        <w:t>Vở operetta nào?</w:t>
      </w:r>
    </w:p>
    <w:p>
      <w:pPr>
        <w:spacing w:after="80"/>
      </w:pPr>
      <w:r>
        <w:rPr>
          <w:b w:val="0"/>
          <w:i/>
        </w:rPr>
        <w:t>Iolanthe</w:t>
      </w:r>
      <w:r>
        <w:rPr>
          <w:b w:val="0"/>
          <w:i w:val="0"/>
        </w:rPr>
        <w:t>, Freddie đáp, và vì tôi vốn đã là kẻ ngoại đạo rồi, tôi quyết định năm nay sẽ đưa ra một lời nguyện mới.</w:t>
      </w:r>
    </w:p>
    <w:p>
      <w:pPr>
        <w:spacing w:after="80"/>
      </w:pPr>
      <w:r>
        <w:rPr>
          <w:b w:val="0"/>
          <w:i w:val="0"/>
        </w:rPr>
        <w:t>Nhưng cậu vẫn chưa ghi được cú century đó ở Lords mà, Giles nhắc cậu.</w:t>
      </w:r>
    </w:p>
    <w:p>
      <w:pPr>
        <w:spacing w:after="80"/>
      </w:pPr>
      <w:r>
        <w:rPr>
          <w:b w:val="0"/>
          <w:i w:val="0"/>
        </w:rPr>
        <w:t>Tôi vẫn định làm thế, nhưng đến tầm này năm sau, tôi sẽ đổi tên.</w:t>
      </w:r>
    </w:p>
    <w:p>
      <w:pPr>
        <w:spacing w:after="80"/>
      </w:pPr>
      <w:r>
        <w:rPr>
          <w:b w:val="0"/>
          <w:i w:val="0"/>
        </w:rPr>
        <w:t>Lời tuyên bố bất ngờ của Freddie khiến mọi người, kể cả Jake, đều không nói nên lời.</w:t>
      </w:r>
    </w:p>
    <w:p>
      <w:pPr>
        <w:spacing w:after="80"/>
      </w:pPr>
      <w:r>
        <w:rPr>
          <w:b w:val="0"/>
          <w:i w:val="0"/>
        </w:rPr>
        <w:t>Nhưng tôi luôn thích cái tên Freddie, cuối cùng Emma mới cất được lời. Tôi thấy nó khá hợp với cậu đấy.</w:t>
      </w:r>
    </w:p>
    <w:p>
      <w:pPr>
        <w:spacing w:after="80"/>
      </w:pPr>
      <w:r>
        <w:rPr>
          <w:b w:val="0"/>
          <w:i w:val="0"/>
        </w:rPr>
        <w:t>Freddie không phải cái tên tôi muốn đổi. Từ mùng một tháng Giêng, tôi muốn được gọi là Freddie Barrington.</w:t>
      </w:r>
    </w:p>
    <w:p>
      <w:pPr>
        <w:spacing w:after="80"/>
      </w:pPr>
      <w:r>
        <w:rPr>
          <w:b w:val="0"/>
          <w:i w:val="0"/>
        </w:rPr>
        <w:t>Tràng pháo tay sau đó khiến Freddie không còn nghi ngờ gì nữa rằng cả gia đình đều tán thành lời nguyện năm mới của cậu.</w:t>
      </w:r>
    </w:p>
    <w:p>
      <w:pPr>
        <w:spacing w:after="80"/>
      </w:pPr>
      <w:r>
        <w:rPr>
          <w:b w:val="0"/>
          <w:i w:val="0"/>
        </w:rPr>
        <w:t>Thủ tục đơn giản thôi mà, Grace nói, vẫn thực tế như mọi khi. Cậu chỉ cần ký một tờ deed poll (văn bản đổi tên) là cái tên Fenwick sẽ thành chuyện quá khứ.</w:t>
      </w:r>
    </w:p>
    <w:p>
      <w:pPr>
        <w:spacing w:after="80"/>
      </w:pPr>
      <w:r>
        <w:rPr>
          <w:b w:val="0"/>
          <w:i w:val="0"/>
        </w:rPr>
        <w:t>Tôi đã phải ký nhiều giấy tờ hơn mới làm được điều đó, Giles nói, bắt tay con trai.</w:t>
      </w:r>
    </w:p>
    <w:p>
      <w:pPr>
        <w:spacing w:after="80"/>
      </w:pPr>
      <w:r>
        <w:rPr>
          <w:b w:val="0"/>
          <w:i w:val="0"/>
        </w:rPr>
        <w:t>Điện thoại bắt đầu reo và một lát sau Markham xuất hiện.</w:t>
      </w:r>
    </w:p>
    <w:p>
      <w:pPr>
        <w:spacing w:after="80"/>
      </w:pPr>
      <w:r>
        <w:rPr>
          <w:b w:val="0"/>
          <w:i w:val="0"/>
        </w:rPr>
        <w:t>Là Ngài Waddington gọi, ông ấy nói.</w:t>
      </w:r>
    </w:p>
    <w:p>
      <w:pPr>
        <w:spacing w:after="80"/>
      </w:pPr>
      <w:r>
        <w:rPr>
          <w:b w:val="0"/>
          <w:i w:val="0"/>
        </w:rPr>
        <w:t>Kẻ vô đạo đứng đầu, Giles nói. Sao em không nhận cuộc gọi trong phòng làm việc của anh, Emma?</w:t>
      </w:r>
    </w:p>
    <w:p>
      <w:pPr>
        <w:spacing w:after="80"/>
      </w:pPr>
      <w:r>
        <w:rPr>
          <w:b w:val="0"/>
          <w:i w:val="0"/>
        </w:rPr>
        <w:t>Hẳn phải nghiêm trọng lắm ông ấy mới gọi cho em vào đêm Giao thừa, Emma nói.</w:t>
      </w:r>
    </w:p>
    <w:p>
      <w:pPr>
        <w:spacing w:after="80"/>
      </w:pPr>
      <w:r>
        <w:rPr>
          <w:b w:val="0"/>
          <w:i w:val="0"/>
        </w:rPr>
        <w:t>Cuộc gọi không phải dành cho bà, thưa bà, Markham nói. Ông ấy yêu cầu được nói chuyện với Ngài Barrington.</w:t>
      </w:r>
    </w:p>
    <w:p>
      <w:pPr>
        <w:spacing w:after="80"/>
      </w:pPr>
      <w:r>
        <w:rPr>
          <w:b w:val="0"/>
          <w:i w:val="0"/>
        </w:rPr>
        <w:t>Ông chắc chứ, Markham?</w:t>
      </w:r>
    </w:p>
    <w:p>
      <w:pPr>
        <w:spacing w:after="80"/>
      </w:pPr>
      <w:r>
        <w:rPr>
          <w:b w:val="0"/>
          <w:i w:val="0"/>
        </w:rPr>
        <w:t>Hoàn toàn chắc chắn, thưa bà.</w:t>
      </w:r>
    </w:p>
    <w:p>
      <w:pPr>
        <w:spacing w:after="80"/>
      </w:pPr>
      <w:r>
        <w:rPr>
          <w:b w:val="0"/>
          <w:i w:val="0"/>
        </w:rPr>
        <w:t>Vậy thì ông nên đi tìm hiểu xem ông ấy muốn gì đi, Emma nói.</w:t>
      </w:r>
    </w:p>
    <w:p>
      <w:pPr>
        <w:spacing w:after="80"/>
      </w:pPr>
      <w:r>
        <w:rPr>
          <w:b w:val="0"/>
          <w:i w:val="0"/>
        </w:rPr>
        <w:t>Nếu Jessica và Freddie đã khiến mọi người im lặng, thì một cuộc điện thoại từ thủ lĩnh phe Thượng nghị sĩ lại khiến cả nhà đồng loạt nói chuyện cùng lúc. Họ chỉ im bặt khi cánh cửa mở ra và người chủ nhà xuất hiện trở lại. Tất cả đều nhìn ông đầy mong đợi.</w:t>
      </w:r>
    </w:p>
    <w:p>
      <w:pPr>
        <w:spacing w:after="80"/>
      </w:pPr>
      <w:r>
        <w:rPr>
          <w:b w:val="0"/>
          <w:i w:val="0"/>
        </w:rPr>
        <w:t>Thế là, chuyện đó đã giải quyết xong mục tiêu năm mới của tôi, Giles chỉ nói có vậy.</w:t>
      </w:r>
    </w:p>
    <w:p>
      <w:pPr>
        <w:jc w:val="center"/>
      </w:pPr>
      <w:r>
        <w:drawing>
          <wp:inline xmlns:a="http://schemas.openxmlformats.org/drawingml/2006/main" xmlns:pic="http://schemas.openxmlformats.org/drawingml/2006/picture">
            <wp:extent cx="304800" cy="85725"/>
            <wp:docPr id="135" name="Picture 13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Anh sẽ phải nói với họ vào lúc nào đó thôi, Emma nói, khi cô và Harry đi bộ về Manor House vào sáng sớm hôm sau.</w:t>
      </w:r>
    </w:p>
    <w:p>
      <w:pPr>
        <w:spacing w:after="80"/>
      </w:pPr>
      <w:r>
        <w:rPr>
          <w:b w:val="0"/>
          <w:i w:val="0"/>
        </w:rPr>
        <w:t>Anh định nói vào chiều hôm qua, nhưng Grace lại làm lu mờ anh mất, chưa kể Freddie và Giles nữa.</w:t>
      </w:r>
    </w:p>
    <w:p>
      <w:pPr>
        <w:spacing w:after="80"/>
      </w:pPr>
      <w:r>
        <w:rPr>
          <w:b w:val="0"/>
          <w:i w:val="0"/>
        </w:rPr>
        <w:t>Giles không thể giấu nổi niềm vui sướng của mình trước quyết định của Freddie.</w:t>
      </w:r>
    </w:p>
    <w:p>
      <w:pPr>
        <w:spacing w:after="80"/>
      </w:pPr>
      <w:r>
        <w:rPr>
          <w:b w:val="0"/>
          <w:i w:val="0"/>
        </w:rPr>
        <w:t>Ông ấy có nói với anh vì sao Ngài Waddington muốn nói chuyện với ông ấy không?</w:t>
      </w:r>
    </w:p>
    <w:p>
      <w:pPr>
        <w:spacing w:after="80"/>
      </w:pPr>
      <w:r>
        <w:rPr>
          <w:b w:val="0"/>
          <w:i w:val="0"/>
        </w:rPr>
        <w:t>Không một lời.</w:t>
      </w:r>
    </w:p>
    <w:p>
      <w:pPr>
        <w:spacing w:after="80"/>
      </w:pPr>
      <w:r>
        <w:rPr>
          <w:b w:val="0"/>
          <w:i w:val="0"/>
        </w:rPr>
        <w:t>Bạn không nghĩ là ông ấy có thể đổi phe và gia nhập bọn ngoại đạo sao?</w:t>
      </w:r>
    </w:p>
    <w:p>
      <w:pPr>
        <w:spacing w:after="80"/>
      </w:pPr>
      <w:r>
        <w:rPr>
          <w:b w:val="0"/>
          <w:i w:val="0"/>
        </w:rPr>
        <w:t>Không bao giờ. Đó không phải phong cách của ông ấy. Nhưng giờ bạn đã nộp bản thảo sách rồi, bạn còn phải làm gì nữa trước khi vào viện không?</w:t>
      </w:r>
    </w:p>
    <w:p>
      <w:pPr>
        <w:spacing w:after="80"/>
      </w:pPr>
      <w:r>
        <w:rPr>
          <w:b w:val="0"/>
          <w:i w:val="0"/>
        </w:rPr>
        <w:t>Ước gì tôi làm được điều đó.</w:t>
      </w:r>
    </w:p>
    <w:p>
      <w:pPr>
        <w:spacing w:after="80"/>
      </w:pPr>
      <w:r>
        <w:rPr>
          <w:b w:val="0"/>
          <w:i w:val="0"/>
        </w:rPr>
        <w:t>Làm gì cơ?</w:t>
      </w:r>
    </w:p>
    <w:p>
      <w:pPr>
        <w:spacing w:after="80"/>
      </w:pPr>
      <w:r>
        <w:rPr>
          <w:b w:val="0"/>
          <w:i w:val="0"/>
        </w:rPr>
        <w:t>Đổi chủ đề mà không cần phải có câu chuyển tiếp. Bạn sẽ chẳng bao giờ thoát được điều đó trong một cuốn sách. Trong đời thực, khi hai người đang trò chuyện, họ chuyển qua lại mà không cần suy nghĩ, đôi khi còn ngay giữa câu. Scott Fitzgerald viết một truyện ngắn ghi lại một cuộc trò chuyện đời thực, và nó đọc chẳng hiểu gì cả.</w:t>
      </w:r>
    </w:p>
    <w:p>
      <w:pPr>
        <w:spacing w:after="80"/>
      </w:pPr>
      <w:r>
        <w:rPr>
          <w:b w:val="0"/>
          <w:i w:val="0"/>
        </w:rPr>
        <w:t>Thú vị thật. Giờ trả lời câu hỏi đi.</w:t>
      </w:r>
    </w:p>
    <w:p>
      <w:pPr>
        <w:spacing w:after="80"/>
      </w:pPr>
      <w:r>
        <w:rPr>
          <w:b w:val="0"/>
          <w:i w:val="0"/>
        </w:rPr>
        <w:t>Không, Harry nói. Giờ khi biên tập viên dòng và người đọc bản in thử đã làm hết sức mình, tôi chẳng còn làm được gì nhiều trước khi sách được xuất bản.</w:t>
      </w:r>
    </w:p>
    <w:p>
      <w:pPr>
        <w:spacing w:after="80"/>
      </w:pPr>
      <w:r>
        <w:rPr>
          <w:b w:val="0"/>
          <w:i w:val="0"/>
        </w:rPr>
        <w:t>Lần này cô Warburton đáng kính bắt lỗi bạn chuyện gì?</w:t>
      </w:r>
    </w:p>
    <w:p>
      <w:pPr>
        <w:spacing w:after="80"/>
      </w:pPr>
      <w:r>
        <w:rPr>
          <w:b w:val="0"/>
          <w:i w:val="0"/>
        </w:rPr>
        <w:t>Tôi cho một thám tử New York đọc Quyền Miranda cho một phạm nhân ba năm trước khi chúng có hiệu lực.</w:t>
      </w:r>
    </w:p>
    <w:p>
      <w:pPr>
        <w:spacing w:after="80"/>
      </w:pPr>
      <w:r>
        <w:rPr>
          <w:b w:val="0"/>
          <w:i w:val="0"/>
        </w:rPr>
        <w:t>Ối. Còn gì nữa không?</w:t>
      </w:r>
    </w:p>
    <w:p>
      <w:pPr>
        <w:spacing w:after="80"/>
      </w:pPr>
      <w:r>
        <w:rPr>
          <w:b w:val="0"/>
          <w:i w:val="0"/>
        </w:rPr>
        <w:t>Dấu hai chấm lẽ ra phải là dấu chấm phẩy, và có vẻ tôi dùng cụm từ no doubt quá thường xuyên trong suốt cuốn sách. Một điều nữa mà ai cũng làm trong đời thường, nhưng bạn không thể thoát được điều đó trong một cuốn tiểu thuyết.</w:t>
      </w:r>
    </w:p>
    <w:p>
      <w:pPr>
        <w:spacing w:after="80"/>
      </w:pPr>
      <w:r>
        <w:rPr>
          <w:b w:val="0"/>
          <w:i w:val="0"/>
        </w:rPr>
        <w:t>Lần này bạn có đi tour quảng bá sách nào không?</w:t>
      </w:r>
    </w:p>
    <w:p>
      <w:pPr>
        <w:spacing w:after="80"/>
      </w:pPr>
      <w:r>
        <w:rPr>
          <w:b w:val="0"/>
          <w:i w:val="0"/>
        </w:rPr>
        <w:t>Tôi nghĩ là có. Hầu hết độc giả sẽ tưởng đây là một cuốn tiểu thuyết William Warwick khác, và tôi sẽ phải gỡ bỏ hiểu lầm đó. Và dù sao thì Aaron cũng đang sắp xếp cho tôi một chuyến tour ở Mỹ, còn nhà xuất bản ở London thì đang thúc giục tôi đến dự Hội chợ Sách Bombay.</w:t>
      </w:r>
    </w:p>
    <w:p>
      <w:pPr>
        <w:spacing w:after="80"/>
      </w:pPr>
      <w:r>
        <w:rPr>
          <w:b w:val="0"/>
          <w:i w:val="0"/>
        </w:rPr>
        <w:t>Thời gian có hợp lý không? Nghe có vẻ khá vất vả đấy.</w:t>
      </w:r>
    </w:p>
    <w:p>
      <w:pPr>
        <w:spacing w:after="80"/>
      </w:pPr>
      <w:r>
        <w:rPr>
          <w:b w:val="0"/>
          <w:i w:val="0"/>
        </w:rPr>
        <w:t>Thật ra mọi thứ khá thuận tiện. Vài tuần nữa tôi sẽ nhập viện St Thomas, và đến khi tiểu thuyết được xuất bản, tôi hẳn đã hồi phục hoàn toàn.</w:t>
      </w:r>
    </w:p>
    <w:p>
      <w:pPr>
        <w:spacing w:after="80"/>
      </w:pPr>
      <w:r>
        <w:rPr>
          <w:b w:val="0"/>
          <w:i w:val="0"/>
        </w:rPr>
        <w:t>Khi bạn ra viện, tôi không nghĩ bạn nên xuống đây. Ở lại London để Karin, Giles và tôi chăm sóc bạn. Thật ra tôi đã báo trước với khoa của tôi là tôi sẽ vắng mặt ít nhất vài tuần rồi.</w:t>
      </w:r>
    </w:p>
    <w:p>
      <w:pPr>
        <w:spacing w:after="80"/>
      </w:pPr>
      <w:r>
        <w:rPr>
          <w:b w:val="0"/>
          <w:i w:val="0"/>
        </w:rPr>
        <w:t>Tôi nghĩ Giles có thể sẽ vắng mặt lâu hơn thế nhiều.</w:t>
      </w:r>
    </w:p>
    <w:p>
      <w:pPr>
        <w:spacing w:after="80"/>
      </w:pPr>
      <w:r>
        <w:rPr>
          <w:b w:val="0"/>
          <w:i w:val="0"/>
        </w:rPr>
        <w:t>Sao anh lại nói vậy?</w:t>
      </w:r>
    </w:p>
    <w:p>
      <w:pPr>
        <w:spacing w:after="80"/>
      </w:pPr>
      <w:r>
        <w:rPr>
          <w:b w:val="0"/>
          <w:i w:val="0"/>
        </w:rPr>
        <w:t>Đang có tin đồn rằng đại sứ của chúng ta ở Washington sẽ nghỉ hưu vào mùa xuân.</w:t>
      </w:r>
    </w:p>
    <w:p>
      <w:pPr>
        <w:pStyle w:val="Heading1"/>
        <w:jc w:val="center"/>
      </w:pPr>
      <w:r>
        <w:rPr>
          <w:rFonts w:ascii="Calibri" w:hAnsi="Calibri"/>
          <w:b/>
          <w:i w:val="0"/>
          <w:sz w:val="40"/>
        </w:rPr>
        <w:t>50</w:t>
      </w:r>
    </w:p>
    <w:p>
      <w:pPr>
        <w:spacing w:after="80"/>
      </w:pPr>
      <w:r>
        <w:rPr>
          <w:b w:val="0"/>
          <w:i w:val="0"/>
        </w:rPr>
        <w:t>VĂN PHÒNG NHỎ hơn anh tưởng, nhưng những tấm ốp gỗ tráng lệ và những bức chân dung sơn dầu tinh xảo của các vị tiền nhiệm khiến anh không còn chút nghi ngờ nào về tầm quan trọng lịch sử của vai trò mới này.</w:t>
      </w:r>
    </w:p>
    <w:p>
      <w:pPr>
        <w:spacing w:after="80"/>
      </w:pPr>
      <w:r>
        <w:rPr>
          <w:b w:val="0"/>
          <w:i w:val="0"/>
        </w:rPr>
        <w:t>Chỉ huy Rufus Orme, thư ký riêng của anh, đã cẩn thận giải thích rõ các nhiệm vụ cho anh. Giống như quốc vương, có lẽ anh chẳng có mấy quyền lực thực sự trong vị trí mới, nhưng lại có ảnh hưởng to lớn. Thật vậy, khi đến các dịp lễ nghi quốc gia, anh bước theo gót Nữ hoàng, với Tổng giám mục Canterbury và Thủ tướng đi chậm phía sau một bước.</w:t>
      </w:r>
    </w:p>
    <w:p>
      <w:pPr>
        <w:spacing w:after="80"/>
      </w:pPr>
      <w:r>
        <w:rPr>
          <w:b w:val="0"/>
          <w:i w:val="0"/>
        </w:rPr>
        <w:t>Anh được hỗ trợ bởi một đội ngũ nhỏ, được huấn luyện bài bản, sẽ lo liệu mọi nhu cầu của anh, dù anh tự hỏi không biết mất bao lâu mới quen được với việc có người giúp mình mặc đồ. Người hầu phòng của anh, Croft, sẽ xuất hiện vào đúng giờ ấy mỗi ngày để thực hiện một nghi thức phải được canh thời gian chính xác đến từng giây.</w:t>
      </w:r>
    </w:p>
    <w:p>
      <w:pPr>
        <w:spacing w:after="80"/>
      </w:pPr>
      <w:r>
        <w:rPr>
          <w:b w:val="0"/>
          <w:i w:val="0"/>
        </w:rPr>
        <w:t>Anh bắt đầu cởi bỏ quần áo cho đến khi chỉ còn mặc áo lót và quần lót. Anh cảm thấy thật nực cười. Croft giúp anh mặc vào chiếc áo sơ mi trắng vừa được là phẳng từ sáng sớm hôm đó. Một chiếc cổ áo trắng cứng được gắn vào một chiếc khuy ở phía sau áo, tiếp theo là một chiếc khăn quàng cổ bằng ren diềm xếp nếp ở chỗ mà một người đàn ông bình thường sẽ đeo cà vạt. Anh không cần phải nhìn vào gương. Croft chính là tấm gương của anh. Người hầu phòng sau đó chuyển sự chú ý sang một chiếc áo choàng dài bằng lụa đen và vàng được khoác trên một hình nộm bằng gỗ ở góc phòng. Anh ta cẩn thận nhấc nó lên và giữ chiếc áo choàng để người nhận mới có thể đưa tay vào đôi tay áo dài màu vàng. Croft lùi lại, kiểm tra chủ nhân của mình, rồi quỳ xuống để giúp anh xỏ vào đôi giày bóng loáng có khóa đồng. Anh ta đứng dậy lần nữa và gỡ bộ tóc giả phủ kín từ đầu hình nộm bằng gỗ, rồi chuyển nó lên đầu của Đại Pháp quan. Croft lại lùi lại một lần nữa và chỉnh sửa một chút, chỉ một phần nhỏ sang bên trái.</w:t>
      </w:r>
    </w:p>
    <w:p>
      <w:pPr>
        <w:spacing w:after="80"/>
      </w:pPr>
      <w:r>
        <w:rPr>
          <w:b w:val="0"/>
          <w:i w:val="0"/>
        </w:rPr>
        <w:t>Nhiệm vụ cuối cùng của Croft là đeo chuỗi dây chuyền chức vụ lớn có từ năm 1643 qua đầu anh, không buông ra cho đến khi nó nằm vững vàng trên vai Giles. Đó chính là khoảnh khắc Giles nhớ lại từ thời đi học rằng ba vị tiền nhiệm của anh đã bị xử tử tại Tháp London.</w:t>
      </w:r>
    </w:p>
    <w:p>
      <w:pPr>
        <w:spacing w:after="80"/>
      </w:pPr>
      <w:r>
        <w:rPr>
          <w:b w:val="0"/>
          <w:i w:val="0"/>
        </w:rPr>
        <w:t>Sau khi mặc xong, cuối cùng anh mới được phép liếc nhìn mình trong chiếc gương dài. Anh trông thật nực cười, nhưng phải thừa nhận, dù chỉ với chính mình, rằng anh thích điều đó. Người hầu phòng cúi chào. Xong việc, anh ta rời đi không nói thêm lời nào.</w:t>
      </w:r>
    </w:p>
    <w:p>
      <w:pPr>
        <w:spacing w:after="80"/>
      </w:pPr>
      <w:r>
        <w:rPr>
          <w:b w:val="0"/>
          <w:i w:val="0"/>
        </w:rPr>
        <w:t>Khi Croft rời đi, Chỉ huy Orme bước vào. Orme sẽ không bao giờ nghĩ đến việc vào phòng cho đến khi Đại Pháp quan mặc xong toàn bộ lễ phục.</w:t>
      </w:r>
    </w:p>
    <w:p>
      <w:pPr>
        <w:spacing w:after="80"/>
      </w:pPr>
      <w:r>
        <w:rPr>
          <w:b w:val="0"/>
          <w:i w:val="0"/>
        </w:rPr>
        <w:t>Tôi đã đọc chương trình nghị sự hôm nay rồi, Orme, anh nói. Có điều gì tôi nên lo ngại không?</w:t>
      </w:r>
    </w:p>
    <w:p>
      <w:pPr>
        <w:spacing w:after="80"/>
      </w:pPr>
      <w:r>
        <w:rPr>
          <w:b w:val="0"/>
          <w:i w:val="0"/>
        </w:rPr>
        <w:t>Không, thưa ngài. Các câu hỏi hôm nay sẽ do bộ trưởng y tế trả lời. Có thể sẽ có vài màn tranh luận gay gắt về chủ đề AIDS, nhưng không có gì ngài cần bận tâm.</w:t>
      </w:r>
    </w:p>
    <w:p>
      <w:pPr>
        <w:spacing w:after="80"/>
      </w:pPr>
      <w:r>
        <w:rPr>
          <w:b w:val="0"/>
          <w:i w:val="0"/>
        </w:rPr>
        <w:t>Cảm ơn. Anh liếc nhìn đồng hồ, biết rằng vào lúc bảy phút trước giờ, anh sẽ rời văn phòng ở Tháp Bắc và lên đường đến Phòng của Thái tử.</w:t>
      </w:r>
    </w:p>
    <w:p>
      <w:pPr>
        <w:spacing w:after="80"/>
      </w:pPr>
      <w:r>
        <w:rPr>
          <w:b w:val="0"/>
          <w:i w:val="0"/>
        </w:rPr>
        <w:t>Cánh cửa lại mở ra, lần này để một cậu bé hầu phòng trẻ bước vào. Cậu cúi chào thật thấp, nhanh nhẹn di chuyển ra phía sau anh và nhấc gấu chiếc áo choàng dài của anh lên.</w:t>
      </w:r>
    </w:p>
    <w:p>
      <w:pPr>
        <w:spacing w:after="80"/>
      </w:pPr>
      <w:r>
        <w:rPr>
          <w:b w:val="0"/>
          <w:i w:val="0"/>
        </w:rPr>
        <w:t>Ba mươi giây nữa, thưa ngài, Orme nói, ngay trước khi cánh cửa lại mở ra để Đại Pháp quan lên đường trong chuyến đi bảy phút xuyên qua Cung điện Westminster đến Viện Quý tộc.</w:t>
      </w:r>
    </w:p>
    <w:p>
      <w:pPr>
        <w:spacing w:after="80"/>
      </w:pPr>
      <w:r>
        <w:rPr>
          <w:b w:val="0"/>
          <w:i w:val="0"/>
        </w:rPr>
        <w:t>Anh bước ra thảm đỏ và tiến chậm rãi dọc theo hành lang rộng. Các thành viên Hạ viện, những người giữ cửa và các sứ giả đeo huy hiệu đứng nép sang một bên và cúi chào khi anh đi qua, không phải chào anh, mà chào vị quân vương mà anh đại diện. Anh giữ một nhịp độ đều đặn, nhịp độ mà anh đã luyện tập từ hôm trước khi Hạ viện không họp. Tư lệnh Orme đã nhấn mạnh rằng anh không được quá nhanh cũng không được quá chậm nếu muốn đến Phòng Princes đúng vài khoảnh khắc trước khi Big Ben điểm hai tiếng.</w:t>
      </w:r>
    </w:p>
    <w:p>
      <w:pPr>
        <w:spacing w:after="80"/>
      </w:pPr>
      <w:r>
        <w:rPr>
          <w:b w:val="0"/>
          <w:i w:val="0"/>
        </w:rPr>
        <w:t>Khi anh tiếp tục bước xuống hành lang phía bắc, người ta cũng có thể thông cảm cho anh nếu anh tự hỏi không biết bao nhiêu đồng nghiệp sẽ có mặt trong phòng để chào đón anh khi anh lần đầu tiên ngồi vào ghế Woolsack. Chỉ đến lúc đó anh mới biết được sự bổ nhiệm bất ngờ của mình đã được các quý tộc đồng viện đón nhận ra sao.</w:t>
      </w:r>
    </w:p>
    <w:p>
      <w:pPr>
        <w:spacing w:after="80"/>
      </w:pPr>
      <w:r>
        <w:rPr>
          <w:b w:val="0"/>
          <w:i w:val="0"/>
        </w:rPr>
        <w:t>Vào một ngày bình thường, sẽ chỉ có vài thành viên có mặt. Họ sẽ đứng dậy khỏi chỗ ngồi khi Lord Chancellor bước vào phòng, cúi chào nhẹ, và tiếp tục đứng trong khi người bạn cũ của anh, Giám mục Bristol, cử hành lời cầu nguyện hằng ngày.</w:t>
      </w:r>
    </w:p>
    <w:p>
      <w:pPr>
        <w:spacing w:after="80"/>
      </w:pPr>
      <w:r>
        <w:rPr>
          <w:b w:val="0"/>
          <w:i w:val="0"/>
        </w:rPr>
        <w:t>Anh càng cảm thấy hồi hộp hơn khi tiếp tục đặt từng bước chân, và nhịp tim anh lại lên một mức khác khi anh bước lên tấm thảm xanh và vàng của Phòng Princes, còn thừa đúng chín mươi giây. Anh rẽ phải và đi dọc theo hành lang dài trải thảm đỏ đến tận cùng phía xa của Viện, trước khi cuối cùng anh có thể bước vào. Khi đến Tiền sảnh các Thành viên, nơi công chúng đang đứng im lặng, anh nghe thấy tiếng chuông đầu tiên của Big Ben vang vọng khắp tòa nhà.</w:t>
      </w:r>
    </w:p>
    <w:p>
      <w:pPr>
        <w:spacing w:after="80"/>
      </w:pPr>
      <w:r>
        <w:rPr>
          <w:b w:val="0"/>
          <w:i w:val="0"/>
        </w:rPr>
        <w:t>Đến tiếng chuông thứ hai, hai người giữ cửa trong bộ lễ phục buổi sáng chỉnh tề kéo mở cánh cửa lớn của phòng để vị Lord Chancellor mới bước vào Thượng viện. Anh cố không mỉm cười khi thấy điều mà một nhà sản xuất sân khấu hẳn sẽ gọi là "kín chỗ". Thực tế, một số đồng nghiệp của anh đã phải đứng ở các lối đi, trong khi những người khác ngồi trên bậc thềm ngai vàng.</w:t>
      </w:r>
    </w:p>
    <w:p>
      <w:pPr>
        <w:spacing w:after="80"/>
      </w:pPr>
      <w:r>
        <w:rPr>
          <w:b w:val="0"/>
          <w:i w:val="0"/>
        </w:rPr>
        <w:t>Các quý ngài đồng loạt đứng dậy khi anh bước vào phòng và chào đón anh bằng những tiếng hô vang "Nghe đây, nghe đây!" và nghi thức vẫy giấy nghị trình truyền thống. Giles sau đó kể với Freddie rằng sự chào đón của các đồng nghiệp là khoảnh khắc vĩ đại nhất trong đời anh.</w:t>
      </w:r>
    </w:p>
    <w:p>
      <w:pPr>
        <w:spacing w:after="80"/>
      </w:pPr>
      <w:r>
        <w:rPr>
          <w:b w:val="0"/>
          <w:i w:val="0"/>
        </w:rPr>
        <w:t>Còn hơn cả việc trốn thoát khỏi quân Đức sao?</w:t>
      </w:r>
    </w:p>
    <w:p>
      <w:pPr>
        <w:spacing w:after="80"/>
      </w:pPr>
      <w:r>
        <w:rPr>
          <w:b w:val="0"/>
          <w:i w:val="0"/>
        </w:rPr>
        <w:t>Cũng đáng sợ y như vậy, Giles thừa nhận.</w:t>
      </w:r>
    </w:p>
    <w:p>
      <w:pPr>
        <w:spacing w:after="80"/>
      </w:pPr>
      <w:r>
        <w:rPr>
          <w:b w:val="0"/>
          <w:i w:val="0"/>
        </w:rPr>
        <w:t>Trong khi Giám mục Bristol cử hành lời cầu nguyện, Giles ngước nhìn lên Phòng dành cho Khách quý để thấy vợ, con trai và người bạn thân nhất của mình đang nhìn xuống anh. Họ không thể giấu nổi niềm tự hào.</w:t>
      </w:r>
    </w:p>
    <w:p>
      <w:pPr>
        <w:spacing w:after="80"/>
      </w:pPr>
      <w:r>
        <w:rPr>
          <w:b w:val="0"/>
          <w:i w:val="0"/>
        </w:rPr>
        <w:t>Khi vị giám mục cuối cùng đã ban phước cho hội chúng đông đúc của mình, các quý ngài chờ Lord Chancellor lần đầu tiên ngồi vào ghế Woolsack, rồi trở lại chỗ ngồi sau khi Giles đã ổn định và chỉnh lại lễ phục. Anh không thể cưỡng lại việc dừng lại một lát trước khi gật đầu về phía Nam tước Clifton, để báo hiệu rằng bà có thể đứng lên trả lời câu hỏi đầu tiên trong danh mục nghị trình.</w:t>
      </w:r>
    </w:p>
    <w:p>
      <w:pPr>
        <w:spacing w:after="80"/>
      </w:pPr>
      <w:r>
        <w:rPr>
          <w:b w:val="0"/>
          <w:i w:val="0"/>
        </w:rPr>
        <w:t>Emma đứng lên phát biểu trước Viện.</w:t>
      </w:r>
    </w:p>
    <w:p>
      <w:pPr>
        <w:spacing w:after="80"/>
      </w:pPr>
      <w:r>
        <w:rPr>
          <w:b w:val="0"/>
          <w:i w:val="0"/>
        </w:rPr>
        <w:t>"Thưa Lord Chancellor," bà bắt đầu. "Tôi biết toàn thể Viện sẽ muốn cùng tôi chúc mừng ngài về sự bổ nhiệm này, và chúc ngài nhiều năm hạnh phúc khi chủ trì công việc của Viện."</w:t>
      </w:r>
    </w:p>
    <w:p>
      <w:pPr>
        <w:spacing w:after="80"/>
      </w:pPr>
      <w:r>
        <w:rPr>
          <w:b w:val="0"/>
          <w:i w:val="0"/>
        </w:rPr>
        <w:t>Những tiếng hoan hô vang lên từ mọi phía trong phòng khi Giles cúi chào em gái mình.</w:t>
      </w:r>
    </w:p>
    <w:p>
      <w:pPr>
        <w:jc w:val="center"/>
      </w:pPr>
      <w:r>
        <w:drawing>
          <wp:inline xmlns:a="http://schemas.openxmlformats.org/drawingml/2006/main" xmlns:pic="http://schemas.openxmlformats.org/drawingml/2006/picture">
            <wp:extent cx="304800" cy="85725"/>
            <wp:docPr id="136" name="Picture 136"/>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Câu hỏi số một.</w:t>
      </w:r>
    </w:p>
    <w:p>
      <w:pPr>
        <w:spacing w:after="80"/>
      </w:pPr>
      <w:r>
        <w:rPr>
          <w:b w:val="0"/>
          <w:i w:val="0"/>
        </w:rPr>
        <w:t>Emma quay sang đối diện với hàng ghế trung tâm.</w:t>
      </w:r>
    </w:p>
    <w:p>
      <w:pPr>
        <w:spacing w:after="80"/>
      </w:pPr>
      <w:r>
        <w:rPr>
          <w:b w:val="0"/>
          <w:i w:val="0"/>
        </w:rPr>
        <w:t>"Tôi có thể đảm bảo với quý ngài Preston rằng chính phủ đang xem xét mối đe dọa của bệnh Aids một cách hết sức nghiêm túc. Bộ của tôi đã dành ra một trăm triệu bảng cho việc nghiên cứu căn bệnh khủng khiếp này, và chúng tôi đang chia sẻ những phát hiện của mình với các nhà khoa học lỗi lạc và những bác sĩ y khoa hàng đầu trên khắp thế giới với hy vọng tìm ra phương thuốc chữa trị càng sớm càng tốt. Thật vậy, tôi nên nói thêm rằng tuần tới tôi sẽ đến Washington, nơi tôi sẽ gặp Tổng Y sĩ, và tôi có thể đảm bảo với Viện rằng vấn đề Aids sẽ nằm trong số những nội dung ưu tiên hàng đầu trong chương trình nghị sự của chúng tôi."</w:t>
      </w:r>
    </w:p>
    <w:p>
      <w:pPr>
        <w:spacing w:after="80"/>
      </w:pPr>
      <w:r>
        <w:rPr>
          <w:b w:val="0"/>
          <w:i w:val="0"/>
        </w:rPr>
        <w:t>Một quý ông lớn tuổi ngồi ở hàng ghế cuối của khu ghế trung lập đứng dậy để hỏi một câu hỏi bổ sung.</w:t>
      </w:r>
    </w:p>
    <w:p>
      <w:pPr>
        <w:spacing w:after="80"/>
      </w:pPr>
      <w:r>
        <w:rPr>
          <w:b w:val="0"/>
          <w:i w:val="0"/>
        </w:rPr>
        <w:t>Tôi rất biết ơn câu trả lời của bộ trưởng, nhưng cho tôi hỏi các bệnh viện của chúng ta đang xoay xở thế nào với làn sóng bệnh nhân đổ về đột ngột?</w:t>
      </w:r>
    </w:p>
    <w:p>
      <w:pPr>
        <w:spacing w:after="80"/>
      </w:pPr>
      <w:r>
        <w:rPr>
          <w:b w:val="0"/>
          <w:i w:val="0"/>
        </w:rPr>
        <w:t>Giles ngồi ngả lưng và thích thú lắng nghe cách em gái mình xử lý từng câu hỏi bị ném về phía cô, nhớ lại thời của chính mình trên hàng ghế trước. Dù thỉnh thoảng có chút ngập ngừng, cô không còn cần phải liên tục kiểm tra bản tóm tắt do các công chức của mình soạn nữa. Anh cũng không kém phần ấn tượng rằng giờ đây cô đã hoàn toàn làm chủ được Viện, điều mà một số bộ trưởng chưa bao giờ nắm được.</w:t>
      </w:r>
    </w:p>
    <w:p>
      <w:pPr>
        <w:spacing w:after="80"/>
      </w:pPr>
      <w:r>
        <w:rPr>
          <w:b w:val="0"/>
          <w:i w:val="0"/>
        </w:rPr>
        <w:t>Trong bốn mươi phút tiếp theo, Emma trả lời các câu hỏi về đủ chủ đề, từ tài trợ nghiên cứu ung thư, đến các vụ hành hung nhân viên khoa cấp cứu (A&amp;E) sau các trận bóng đá, cho đến thời gian xe cứu thương phản hồi các cuộc gọi khẩn cấp.</w:t>
      </w:r>
    </w:p>
    <w:p>
      <w:pPr>
        <w:spacing w:after="80"/>
      </w:pPr>
      <w:r>
        <w:rPr>
          <w:b w:val="0"/>
          <w:i w:val="0"/>
        </w:rPr>
        <w:t>Giles tự hỏi liệu có chút sự thật nào trong những tin đồn đang được thì thầm ngoài hành lang rằng nếu đảng Bảo thủ thắng cuộc bầu cử tới, Margaret Thatcher sẽ bổ nhiệm cô làm lãnh đạo Viện Quý tộc. Thẳng thắn mà nói, nếu điều đó xảy ra, anh không nghĩ bất kỳ đồng nghiệp nào của mình ở Thượng viện sẽ ngạc nhiên. Tuy nhiên, một tin đồn khác gần đây cũng đang vang vọng khắp các hành lang quyền lực là một nghị sĩ hạ viện đảng Bảo thủ đang chuẩn bị thách thức Thatcher giành vị trí lãnh đạo đảng. Giles gạt bỏ ý tưởng đó như một sự đồn đoán, bởi dù các phương pháp của bà bị một số người trong đảng coi là hà khắc, thậm chí độc đoán, Giles không thể tưởng tượng nổi đảng Bảo thủ lại cân nhắc việc loại bỏ một thủ tướng đương nhiệm chưa từng thua một cuộc bầu cử nào.</w:t>
      </w:r>
    </w:p>
    <w:p>
      <w:pPr>
        <w:spacing w:after="80"/>
      </w:pPr>
      <w:r>
        <w:rPr>
          <w:b w:val="0"/>
          <w:i w:val="0"/>
        </w:rPr>
        <w:t>"Tôi chỉ có thể nói với quý ngài," Emma nói khi cô đứng dậy trả lời câu hỏi cuối cùng trên chương trình nghị sự, "rằng bộ của tôi sẽ tiếp tục cho phép bán thuốc gốc (generic drugs), nhưng không phải trước khi chúng trải qua quá trình kiểm nghiệm nghiêm ngặt nhất. Mục tiêu của chúng tôi vẫn là đảm bảo bệnh nhân không phải trả giá cắt cổ cho các công ty dược mà ưu tiên của họ dường như thường là lợi nhuận, chứ không phải bệnh nhân."</w:t>
      </w:r>
    </w:p>
    <w:p>
      <w:pPr>
        <w:spacing w:after="80"/>
      </w:pPr>
      <w:r>
        <w:rPr>
          <w:b w:val="0"/>
          <w:i w:val="0"/>
        </w:rPr>
        <w:t>Emma ngồi xuống trong tiếng "Nghe đây, nghe đây!" vang dội, và khi một bộ trưởng Bộ Ngoại giao đứng dậy thay chỗ cô để mở một cuộc tranh luận về Quần đảo Falkland, cô thu dọn giấy tờ và vội vã rời khỏi phòng họp, vì cô không muốn đến muộn cuộc hẹn tiếp theo với nhà vận động quyền đồng tính Ian McKellen, người mà cô biết có quan điểm mạnh mẽ về cách chính phủ nên xử lý cuộc khủng hoảng AIDS. Cô rất mong được nói với ông rằng cô đã thích màn trình diễn Richard III gần đây của ông tại Nhà hát Quốc gia đến nhường nào.</w:t>
      </w:r>
    </w:p>
    <w:p>
      <w:pPr>
        <w:spacing w:after="80"/>
      </w:pPr>
      <w:r>
        <w:rPr>
          <w:b w:val="0"/>
          <w:i w:val="0"/>
        </w:rPr>
        <w:t>Khi rời khỏi phòng họp, cô vấp ngã và đánh rơi vài tờ giấy, một người đảng viên phụ trách kỷ luật đi ngang qua nhặt lên và đưa lại cho cô. Cô cảm ơn anh ta, và đang định vội đi tiếp thì một giọng nói phía sau gọi với theo: "Thưa bộ trưởng, tôi tự hỏi liệu có thể nói chuyện với bà một lát không?"</w:t>
      </w:r>
    </w:p>
    <w:p>
      <w:pPr>
        <w:spacing w:after="80"/>
      </w:pPr>
      <w:r>
        <w:rPr>
          <w:b w:val="0"/>
          <w:i w:val="0"/>
        </w:rPr>
        <w:t>Emma quay lại và thấy Ngài Samuels, chủ tịch Trường Cao đẳng Bác sĩ Hoàng gia, đang đuổi theo cô. Nếu cô có mắc sai sót gì trong giờ chất vấn, ông không phải kiểu người sẽ làm cô bẽ mặt ngay trong phòng họp. Không phải phong cách của ông.</w:t>
      </w:r>
    </w:p>
    <w:p>
      <w:pPr>
        <w:spacing w:after="80"/>
      </w:pPr>
      <w:r>
        <w:rPr>
          <w:b w:val="0"/>
          <w:i w:val="0"/>
        </w:rPr>
        <w:t>"Dĩ nhiên rồi, Ngài Samuels. Tôi hy vọng chiều nay tôi không mắc phải sai lầm kinh khủng nào chứ?"</w:t>
      </w:r>
    </w:p>
    <w:p>
      <w:pPr>
        <w:spacing w:after="80"/>
      </w:pPr>
      <w:r>
        <w:rPr>
          <w:b w:val="0"/>
          <w:i w:val="0"/>
        </w:rPr>
        <w:t>"Chắc chắn là không," Samuels nói, nở một nụ cười ấm áp với cô. "Chỉ là có một chủ đề tôi muốn thảo luận với bà, và tự hỏi liệu bà có thể dành chút thời gian không."</w:t>
      </w:r>
    </w:p>
    <w:p>
      <w:pPr>
        <w:spacing w:after="80"/>
      </w:pPr>
      <w:r>
        <w:rPr>
          <w:b w:val="0"/>
          <w:i w:val="0"/>
        </w:rPr>
        <w:t>"Dĩ nhiên rồi," Emma nhắc lại. "Tôi sẽ bảo thư ký riêng của tôi gọi cho văn phòng của ngài và sắp xếp một cuộc gặp."</w:t>
      </w:r>
    </w:p>
    <w:p>
      <w:pPr>
        <w:spacing w:after="80"/>
      </w:pPr>
      <w:r>
        <w:rPr>
          <w:b w:val="0"/>
          <w:i w:val="0"/>
        </w:rPr>
        <w:t>"Tôi e rằng vấn đề này cấp bách hơn thế, thưa bộ trưởng."</w:t>
      </w:r>
    </w:p>
    <w:p>
      <w:pPr>
        <w:spacing w:after="80"/>
      </w:pPr>
      <w:r>
        <w:rPr>
          <w:b w:val="0"/>
          <w:i w:val="0"/>
        </w:rPr>
        <w:t>"Vậy thì có lẽ ngài có thể đến văn phòng tôi lúc tám giờ sáng mai?"</w:t>
      </w:r>
    </w:p>
    <w:p>
      <w:pPr>
        <w:spacing w:after="80"/>
      </w:pPr>
      <w:r>
        <w:rPr>
          <w:b w:val="0"/>
          <w:i w:val="0"/>
        </w:rPr>
        <w:t>"Tôi muốn gặp bà riêng tư hơn, tránh xa những ánh mắt tò mò của các công chức."</w:t>
      </w:r>
    </w:p>
    <w:p>
      <w:pPr>
        <w:spacing w:after="80"/>
      </w:pPr>
      <w:r>
        <w:rPr>
          <w:b w:val="0"/>
          <w:i w:val="0"/>
        </w:rPr>
        <w:t>"Vậy thì tôi sẽ đến chỗ ngài. Chỉ cần cho tôi biết khi nào và ở đâu."</w:t>
      </w:r>
    </w:p>
    <w:p>
      <w:pPr>
        <w:spacing w:after="80"/>
      </w:pPr>
      <w:r>
        <w:rPr>
          <w:b w:val="0"/>
          <w:i w:val="0"/>
        </w:rPr>
        <w:t>Eight giờ sáng mai, tại phòng tư vấn của tôi ở 47A Harley Street.</w:t>
      </w:r>
    </w:p>
    <w:p>
      <w:pPr>
        <w:jc w:val="center"/>
      </w:pPr>
      <w:r>
        <w:drawing>
          <wp:inline xmlns:a="http://schemas.openxmlformats.org/drawingml/2006/main" xmlns:pic="http://schemas.openxmlformats.org/drawingml/2006/picture">
            <wp:extent cx="304800" cy="85725"/>
            <wp:docPr id="137" name="Picture 137"/>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Emma biết rõ về sự đối địch khó chịu và, theo một số người, mang tính cá nhân giữa chủ tịch Học viện Bác sĩ Hoàng gia (Royal College of Physicians) và chủ tịch Học viện Phẫu thuật Hoàng gia (Royal College of Surgeons), liên quan đến việc sáp nhập Guys, St Thomass và Kings thành một quỹ ủy thác NHS duy nhất. Các bác sĩ nội khoa ủng hộ, các bác sĩ phẫu thuật phản đối. Cả hai đều tuyên bố: "Trừ khi bước qua xác tôi."</w:t>
      </w:r>
    </w:p>
    <w:p>
      <w:pPr>
        <w:spacing w:after="80"/>
      </w:pPr>
      <w:r>
        <w:rPr>
          <w:b w:val="0"/>
          <w:i w:val="0"/>
        </w:rPr>
        <w:t>Emma đã cẩn thận không đứng về phía nào, và yêu cầu bộ phận chuẩn bị một bản tóm tắt để cô xem qua trong đêm, trước cuộc họp với Lord Samuels. Tuy nhiên, những cuộc họp liên tiếp, có cuộc kéo dài quá giờ, khiến cô không thể đọc bản tóm tắt trước khi leo lên giường ngay sau nửa đêm. Harry đang ngáy, cô hy vọng tiếng ngáy sẽ giúp cô tỉnh táo. Nhưng cô mệt đến mức khó tập trung vào các chi tiết, và chẳng mấy chốc chìm vào giấc ngủ sâu.</w:t>
      </w:r>
    </w:p>
    <w:p>
      <w:pPr>
        <w:jc w:val="center"/>
      </w:pPr>
      <w:r>
        <w:drawing>
          <wp:inline xmlns:a="http://schemas.openxmlformats.org/drawingml/2006/main" xmlns:pic="http://schemas.openxmlformats.org/drawingml/2006/picture">
            <wp:extent cx="304800" cy="85725"/>
            <wp:docPr id="138" name="Picture 138"/>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Sáng hôm sau, Emma mở lại chiếc hộp đỏ ngay cả trước khi pha cho mình một tách trà.</w:t>
      </w:r>
    </w:p>
    <w:p>
      <w:pPr>
        <w:spacing w:after="80"/>
      </w:pPr>
      <w:r>
        <w:rPr>
          <w:b w:val="0"/>
          <w:i w:val="0"/>
        </w:rPr>
        <w:t>Bản tóm tắt về Tommys, Guys, Kings vẫn nằm trên đỉnh của hàng chục hồ sơ khẩn cấp khác, bao gồm một báo cáo DNA mật do hai học giả người Mỹ nổi tiếng thực hiện. Cô đã biết kết quả phát hiện ban đầu của họ, và giờ cuối cùng cô cảm thấy có thể chia sẻ tin tốt này với Harry.</w:t>
      </w:r>
    </w:p>
    <w:p>
      <w:pPr>
        <w:spacing w:after="80"/>
      </w:pPr>
      <w:r>
        <w:rPr>
          <w:b w:val="0"/>
          <w:i w:val="0"/>
        </w:rPr>
        <w:t>Emma bật dậy, chộp lấy điện thoại trên tủ bên cạnh và gọi cho Harry ở Manor House.</w:t>
      </w:r>
    </w:p>
    <w:p>
      <w:pPr>
        <w:spacing w:after="80"/>
      </w:pPr>
      <w:r>
        <w:rPr>
          <w:b w:val="0"/>
          <w:i w:val="0"/>
        </w:rPr>
        <w:t>"Tốt nhất là tin này phải hay đấy," anh nói, "vì Alexander sắp quyết định xem nên nhảy vào cái thùng đi Mỹ hay cái thùng đi Anh."</w:t>
      </w:r>
    </w:p>
    <w:p>
      <w:pPr>
        <w:spacing w:after="80"/>
      </w:pPr>
      <w:r>
        <w:rPr>
          <w:b w:val="0"/>
          <w:i w:val="0"/>
        </w:rPr>
        <w:t>"Hay đấy, hay hơn cả hay," Emma nói. "Báo cáo DNA cho thấy Arthur Clifton chắc chắn là cha của anh."</w:t>
      </w:r>
    </w:p>
    <w:p>
      <w:pPr>
        <w:spacing w:after="80"/>
      </w:pPr>
      <w:r>
        <w:rPr>
          <w:b w:val="0"/>
          <w:i w:val="0"/>
        </w:rPr>
        <w:t>Im lặng một lúc lâu trước khi Harry hét lên: "Alleluia, đúng là tin tốt thật. Anh sẽ ướp một chai champagne để chúng ta ăn mừng khi em về nhà tối nay."</w:t>
      </w:r>
    </w:p>
    <w:p>
      <w:pPr>
        <w:spacing w:after="80"/>
      </w:pPr>
      <w:r>
        <w:rPr>
          <w:b w:val="0"/>
          <w:i w:val="0"/>
        </w:rPr>
        <w:t>"Mỹ," Emma nói, và đặt điện thoại xuống. Sau khi nhận vài cuộc gọi trong bữa sáng, cô vẫn chưa có cơ hội xem xét những lý lẽ ủng hộ và phản đối đề xuất của Lord Samuels trước khi tài xế đỗ xe trước cửa nhà lúc 7:25 sáng. Lại sẽ là một ngày họp liên miên.</w:t>
      </w:r>
    </w:p>
    <w:p>
      <w:pPr>
        <w:spacing w:after="80"/>
      </w:pPr>
      <w:r>
        <w:rPr>
          <w:b w:val="0"/>
          <w:i w:val="0"/>
        </w:rPr>
        <w:t>Emma đọc các bản trình bày chi tiết từ cả hai chủ tịch trong suốt hành trình xuyên London, nhưng vẫn chưa nghiêng về bên nào khi xe cô rẽ vào Harley Street. Cô đặt hồ sơ trở lại chiếc hộp đỏ và xem đồng hồ: 7:57. Cô hy vọng cuộc thảo luận sẽ không kéo dài quá lâu, vì cô cần quay lại bộ phận để họp với chủ tịch mới của BMA, một người nóng nảy, mà cô đã được Thư ký Thường trực của mình cảnh báo rằng ông ta cho rằng tất cả đảng viên Tory nên bị dìm chết ngay từ khi sinh ra. Điều mà Pauline gọi là "giải pháp King Herod".</w:t>
      </w:r>
    </w:p>
    <w:p>
      <w:pPr>
        <w:spacing w:after="80"/>
      </w:pPr>
      <w:r>
        <w:rPr>
          <w:b w:val="0"/>
          <w:i w:val="0"/>
        </w:rPr>
        <w:t>Emma định bấm chuông nhà số 47A thì cửa được mở bởi một người phụ nữ trẻ.</w:t>
      </w:r>
    </w:p>
    <w:p>
      <w:pPr>
        <w:spacing w:after="80"/>
      </w:pPr>
      <w:r>
        <w:rPr>
          <w:b w:val="0"/>
          <w:i w:val="0"/>
        </w:rPr>
        <w:t>"Chào buổi sáng, thưa bộ trưởng. Để tôi đưa ngài vào gặp Lord Samuels."</w:t>
      </w:r>
    </w:p>
    <w:p>
      <w:pPr>
        <w:spacing w:after="80"/>
      </w:pPr>
      <w:r>
        <w:rPr>
          <w:b w:val="0"/>
          <w:i w:val="0"/>
        </w:rPr>
        <w:t>Chủ tịch Học viện Bác sĩ Hoàng gia đứng dậy khi bộ trưởng bước vào phòng. Ông đợi đến khi cô ngồi xuống rồi mới mời cà phê.</w:t>
      </w:r>
    </w:p>
    <w:p>
      <w:pPr>
        <w:spacing w:after="80"/>
      </w:pPr>
      <w:r>
        <w:rPr>
          <w:b w:val="0"/>
          <w:i w:val="0"/>
        </w:rPr>
        <w:t>"Không, cảm ơn," Emma nói, cô không muốn lãng phí thêm thời gian không cần thiết, đồng thời cố gắng không tạo ấn tượng rằng mình đang vội.</w:t>
      </w:r>
    </w:p>
    <w:p>
      <w:pPr>
        <w:spacing w:after="80"/>
      </w:pPr>
      <w:r>
        <w:rPr>
          <w:b w:val="0"/>
          <w:i w:val="0"/>
        </w:rPr>
        <w:t>"Như tôi đã giải thích hôm qua, thưa bộ trưởng, vấn đề tôi muốn thảo luận với ngài mang tính cá nhân, đó là lý do tôi không muốn chúng ta gặp nhau ở văn phòng của ngài."</w:t>
      </w:r>
    </w:p>
    <w:p>
      <w:pPr>
        <w:spacing w:after="80"/>
      </w:pPr>
      <w:r>
        <w:rPr>
          <w:b w:val="0"/>
          <w:i w:val="0"/>
        </w:rPr>
        <w:t>Tôi hiểu rõ rồi, Emma nói, chờ nghe những lập luận của ông ủng hộ việc Guys và St Thomass gắn bó khăng khít với Kings.</w:t>
      </w:r>
    </w:p>
    <w:p>
      <w:pPr>
        <w:spacing w:after="80"/>
      </w:pPr>
      <w:r>
        <w:rPr>
          <w:b w:val="0"/>
          <w:i w:val="0"/>
        </w:rPr>
        <w:t>Trong giờ chất vấn hôm qua À, Emma nghĩ, vậy là rốt cuộc mình đã mắc lỗi gì đó, mà ông ấy tốt bụng không nêu ra trong phòng họp Tôi để ý thấy khi cô dừng lại uống nước, cô làm đổ một ít nước lên giấy tờ. Sau đó cô trả lời câu hỏi mà không cần xem ghi chú nên không ai để ý, dù đây không phải lần đầu tiên.</w:t>
      </w:r>
    </w:p>
    <w:p>
      <w:pPr>
        <w:spacing w:after="80"/>
      </w:pPr>
      <w:r>
        <w:rPr>
          <w:b w:val="0"/>
          <w:i w:val="0"/>
        </w:rPr>
        <w:t>Emma tự hỏi tất cả chuyện này đang dẫn đến đâu, nhưng không ngắt lời.</w:t>
      </w:r>
    </w:p>
    <w:p>
      <w:pPr>
        <w:spacing w:after="80"/>
      </w:pPr>
      <w:r>
        <w:rPr>
          <w:b w:val="0"/>
          <w:i w:val="0"/>
        </w:rPr>
        <w:t>Và khi cô rời phòng họp, cô vấp ngã và làm rơi vài tờ giấy.</w:t>
      </w:r>
    </w:p>
    <w:p>
      <w:pPr>
        <w:spacing w:after="80"/>
      </w:pPr>
      <w:r>
        <w:rPr>
          <w:b w:val="0"/>
          <w:i w:val="0"/>
        </w:rPr>
        <w:t>Đúng vậy, Emma nói, đầu óc giờ đang quay cuồng. Nhưng lúc đó tôi không thấy sự việc nào là quan trọng cả.</w:t>
      </w:r>
    </w:p>
    <w:p>
      <w:pPr>
        <w:spacing w:after="80"/>
      </w:pPr>
      <w:r>
        <w:rPr>
          <w:b w:val="0"/>
          <w:i w:val="0"/>
        </w:rPr>
        <w:t>Tôi hy vọng cô đúng, Samuels nói. Nhưng cho tôi hỏi, gần đây cô có thấy khó cầm nắm đồ vật như cốc, cặp tài liệu, thậm chí cả bút khi ký thư không?</w:t>
      </w:r>
    </w:p>
    <w:p>
      <w:pPr>
        <w:spacing w:after="80"/>
      </w:pPr>
      <w:r>
        <w:rPr>
          <w:b w:val="0"/>
          <w:i w:val="0"/>
        </w:rPr>
        <w:t>Emma ngập ngừng, rồi nói, Có, giờ ông nhắc tôi mới nhớ. Nhưng mẹ tôi lúc nào cũng mắng tôi là vụng về.</w:t>
      </w:r>
    </w:p>
    <w:p>
      <w:pPr>
        <w:spacing w:after="80"/>
      </w:pPr>
      <w:r>
        <w:rPr>
          <w:b w:val="0"/>
          <w:i w:val="0"/>
        </w:rPr>
        <w:t>Tôi cũng để ý thấy cô ngập ngừng vài lần khi phát biểu trước Hạ viện hôm qua. Đó là vì cô đang cân nhắc câu trả lời, hay lời nói của cô bị hạn chế theo cách nào đó?</w:t>
      </w:r>
    </w:p>
    <w:p>
      <w:pPr>
        <w:spacing w:after="80"/>
      </w:pPr>
      <w:r>
        <w:rPr>
          <w:b w:val="0"/>
          <w:i w:val="0"/>
        </w:rPr>
        <w:t>Tôi cho là do hồi hộp. Anh trai tôi lúc nào cũng cảnh báo tôi đừng bao giờ lơi lỏng khi đứng ở bục phát biểu.</w:t>
      </w:r>
    </w:p>
    <w:p>
      <w:pPr>
        <w:spacing w:after="80"/>
      </w:pPr>
      <w:r>
        <w:rPr>
          <w:b w:val="0"/>
          <w:i w:val="0"/>
        </w:rPr>
        <w:t>Có khi nào chân cô thấy yếu, đến mức phải ngồi xuống không?</w:t>
      </w:r>
    </w:p>
    <w:p>
      <w:pPr>
        <w:spacing w:after="80"/>
      </w:pPr>
      <w:r>
        <w:rPr>
          <w:b w:val="0"/>
          <w:i w:val="0"/>
        </w:rPr>
        <w:t>Có, nhưng tôi đã gần bảy mươi tuổi rồi, Lord Samuels ạ, và tôi là người đầu tiên thừa nhận mình nên vận động nhiều hơn.</w:t>
      </w:r>
    </w:p>
    <w:p>
      <w:pPr>
        <w:spacing w:after="80"/>
      </w:pPr>
      <w:r>
        <w:rPr>
          <w:b w:val="0"/>
          <w:i w:val="0"/>
        </w:rPr>
        <w:t>Có thể, nhưng tôi tự hỏi liệu cô có cho phép tôi tiến hành một cuộc kiểm tra thần kinh ngắn, chỉ để gạt bỏ những lo lắng của chính tôi.</w:t>
      </w:r>
    </w:p>
    <w:p>
      <w:pPr>
        <w:spacing w:after="80"/>
      </w:pPr>
      <w:r>
        <w:rPr>
          <w:b w:val="0"/>
          <w:i w:val="0"/>
        </w:rPr>
        <w:t>Tất nhiên rồi, Emma nói, trong lòng muốn nói không, để cô có thể quay về văn phòng.</w:t>
      </w:r>
    </w:p>
    <w:p>
      <w:pPr>
        <w:spacing w:after="80"/>
      </w:pPr>
      <w:r>
        <w:rPr>
          <w:b w:val="0"/>
          <w:i w:val="0"/>
        </w:rPr>
        <w:t>Cuộc kiểm tra ngắn kéo dài hơn một giờ. Lord Samuels bắt đầu bằng việc đề nghị Emma kể lại tiền sử bệnh của mình. Sau đó ông nghe tim cô và kiểm tra phản xạ bằng búa gõ xương bánh chè. Nếu những xét nghiệm đó đạt kết quả tốt, ông hẳn đã xin lỗi vì đã làm phiền cô và để cô đi làm. Nhưng ông không làm vậy. Thay vào đó, ông tiếp tục đánh giá các dây thần kinh sọ. Xong việc đó, ông chuyển sang nghiên cứu kỹ khoang miệng của cô, tìm dấu hiệu giật cơ ở lưỡi. Hài lòng rằng mình còn lâu mới hài lòng, Lord Samuels nói, Cuộc kiểm tra tôi sắp tiến hành có thể sẽ đau. Thực ra, tôi hy vọng là đau.</w:t>
      </w:r>
    </w:p>
    <w:p>
      <w:pPr>
        <w:spacing w:after="80"/>
      </w:pPr>
      <w:r>
        <w:rPr>
          <w:b w:val="0"/>
          <w:i w:val="0"/>
        </w:rPr>
        <w:t>Emma không bình luận gì khi ông lấy ra một cây kim và bắt đầu châm vào bắp tay trên của cô. Cô lập tức phản ứng bằng một tiếng kêu, điều đó rõ ràng làm Samuels hài lòng, nhưng khi ông lặp lại động tác trên bàn tay phải của cô, cô không phản ứng gì.</w:t>
      </w:r>
    </w:p>
    <w:p>
      <w:pPr>
        <w:spacing w:after="80"/>
      </w:pPr>
      <w:r>
        <w:rPr>
          <w:b w:val="0"/>
          <w:i w:val="0"/>
        </w:rPr>
        <w:t>Ái! cô nói khi ông châm kim vào đùi cô, nhưng khi ông tiếp tục xuống bắp chân dưới, cô chẳng khác nào một cái gối cắm kim, vì cô chẳng cảm thấy gì. Ông chuyển sang lưng cô, nhưng Emma thường không thể biết khi nào ông đang châm kim vào người cô.</w:t>
      </w:r>
    </w:p>
    <w:p>
      <w:pPr>
        <w:spacing w:after="80"/>
      </w:pPr>
      <w:r>
        <w:rPr>
          <w:b w:val="0"/>
          <w:i w:val="0"/>
        </w:rPr>
        <w:t>Trong khi Emma mặc lại áo sơ mi, Lord Samuels quay về bàn làm việc, mở một tập hồ sơ và chờ cô đến bên ông. Khi ông ngước lên, cô đang ngồi đầy lo lắng trước mặt ông.</w:t>
      </w:r>
    </w:p>
    <w:p>
      <w:pPr>
        <w:spacing w:after="80"/>
      </w:pPr>
      <w:r>
        <w:rPr>
          <w:b w:val="0"/>
          <w:i w:val="0"/>
        </w:rPr>
        <w:t>Emma, ông nhẹ nhàng nói, e rằng điều tôi sắp nói với cô không phải là tin tốt lành gì.</w:t>
      </w:r>
    </w:p>
    <w:p>
      <w:pPr>
        <w:pStyle w:val="Heading1"/>
        <w:jc w:val="center"/>
      </w:pPr>
      <w:r>
        <w:rPr>
          <w:rFonts w:ascii="Calibri" w:hAnsi="Calibri"/>
          <w:b/>
          <w:i w:val="0"/>
          <w:sz w:val="40"/>
        </w:rPr>
        <w:t>51</w:t>
      </w:r>
    </w:p>
    <w:p>
      <w:pPr>
        <w:spacing w:after="80"/>
      </w:pPr>
      <w:r>
        <w:rPr>
          <w:b w:val="0"/>
          <w:i w:val="0"/>
        </w:rPr>
        <w:t>KHI MỘT BỘ TRƯỞNG từ chức vì một vụ bê bối nào đó, báo chí nhúng ngòi bút vào máu và tận dụng triệt để. Nhưng nếu họ phải từ bỏ ấn tín chức vụ vì bệnh tật, một thái độ hoàn toàn khác sẽ ngự trị, đặc biệt khi vị bộ trưởng ấy vừa được yêu mến vừa được kính trọng.</w:t>
      </w:r>
    </w:p>
    <w:p>
      <w:pPr>
        <w:spacing w:after="80"/>
      </w:pPr>
      <w:r>
        <w:rPr>
          <w:b w:val="0"/>
          <w:i w:val="0"/>
        </w:rPr>
        <w:t>Những lá thư truyền thống giữa một thủ tướng và một đồng nghiệp buộc phải từ chức bất ngờ đã được trao đổi, nhưng lần này không ai có thể không nhận ra sự tiếc nuối chân thành từ cả hai phía.</w:t>
      </w:r>
    </w:p>
    <w:p>
      <w:pPr>
        <w:spacing w:after="80"/>
      </w:pPr>
      <w:r>
        <w:rPr>
          <w:b w:val="0"/>
          <w:i/>
        </w:rPr>
        <w:t>Đây là công việc thú vị nhất tôi từng làm trong đời, và là một vinh dự khi được phục vụ trong chính quyền của ngài.</w:t>
      </w:r>
    </w:p>
    <w:p>
      <w:pPr>
        <w:spacing w:after="80"/>
      </w:pPr>
      <w:r>
        <w:rPr>
          <w:b w:val="0"/>
          <w:i w:val="0"/>
        </w:rPr>
        <w:t xml:space="preserve">Thủ tướng viết lại rằng, </w:t>
      </w:r>
      <w:r>
        <w:rPr>
          <w:b w:val="0"/>
          <w:i/>
        </w:rPr>
        <w:t>Đóng góp phi thường của bà cho đời sống công, cùng sự phụng sự không mệt mỏi cho đất nước, sẽ không bị lãng quên.</w:t>
      </w:r>
    </w:p>
    <w:p>
      <w:pPr>
        <w:spacing w:after="80"/>
      </w:pPr>
      <w:r>
        <w:rPr>
          <w:b w:val="0"/>
          <w:i w:val="0"/>
        </w:rPr>
        <w:t>Cả Thủ tướng lẫn vị quốc vụ khanh sắp rời đi đều không nhắc đến lý do khiến Emma ra đi đột ngột.</w:t>
      </w:r>
    </w:p>
    <w:p>
      <w:pPr>
        <w:spacing w:after="80"/>
      </w:pPr>
      <w:r>
        <w:rPr>
          <w:b w:val="0"/>
          <w:i w:val="0"/>
        </w:rPr>
        <w:t>Vị thầy thuốc cao cấp nhất trong nước chưa từng biết một bệnh nhân nào đón nhận tin như vậy với phẩm giá và sự điềm tĩnh hơn thế. Dấu hiệu duy nhất về sự mong manh của con người mà Emma để lộ ra thể hiện khi ông tiễn cô ra xe, lúc cô tựa vào cánh tay ông trong giây lát. Cô chỉ đưa ra một yêu cầu duy nhất với ông, và ông đồng ý không chút do dự.</w:t>
      </w:r>
    </w:p>
    <w:p>
      <w:pPr>
        <w:spacing w:after="80"/>
      </w:pPr>
      <w:r>
        <w:rPr>
          <w:b w:val="0"/>
          <w:i w:val="0"/>
        </w:rPr>
        <w:t>Lord Samuels đứng lại trên vỉa hè cho đến khi xe của vị bộ trưởng khuất khỏi tầm mắt. Rồi ông trở về văn phòng và, đúng như cô yêu cầu, gọi ba cuộc điện thoại cho ba người mà ông chưa từng nói chuyện trước đây: Đại Pháp quan, Thủ tướng và Ngài Harry Clifton.</w:t>
      </w:r>
    </w:p>
    <w:p>
      <w:pPr>
        <w:spacing w:after="80"/>
      </w:pPr>
      <w:r>
        <w:rPr>
          <w:b w:val="0"/>
          <w:i w:val="0"/>
        </w:rPr>
        <w:t>Một người trong số họ gục xuống và khóc, hoàn toàn không thể đáp lời, trong khi người kia lập tức xóa sạch lịch làm việc, giải thích với nhân viên rằng bà muốn đi thăm một người bạn. Cả hai người, Lord Samuels kết luận, đều được cắt ra từ cùng một tấm vải với vị phu nhân vĩ đại vừa rời khỏi phòng khám của ông. Nhưng cuộc gọi mà ông sợ nhất chính là cuộc gọi ông đã trì hoãn đến cuối cùng.</w:t>
      </w:r>
    </w:p>
    <w:p>
      <w:pPr>
        <w:spacing w:after="80"/>
      </w:pPr>
      <w:r>
        <w:rPr>
          <w:b w:val="0"/>
          <w:i w:val="0"/>
        </w:rPr>
        <w:t>Nhẹ nhàng hết mức có thể, Lord Samuels nói với Harry rằng vợ ông mắc bệnh thần kinh vận động (motor neurone disease), và chỉ có thể hy vọng sống thêm một năm nữa, cùng lắm là mười tám tháng. Người đàn ông văn nhã ấy không tìm được lời nào để diễn tả cảm xúc của mình. Sau một hồi im lặng dài, cuối cùng ông cũng thốt ra được, Cảm ơn Lord Samuels đã cho tôi biết, rồi đặt điện thoại xuống. Phải một lúc lâu ông mới hồi phục đủ để chấp nhận rằng một trong hai người cần phải mạnh mẽ.</w:t>
      </w:r>
    </w:p>
    <w:p>
      <w:pPr>
        <w:spacing w:after="80"/>
      </w:pPr>
      <w:r>
        <w:rPr>
          <w:b w:val="0"/>
          <w:i w:val="0"/>
        </w:rPr>
        <w:t xml:space="preserve">Harry bỏ dở </w:t>
      </w:r>
      <w:r>
        <w:rPr>
          <w:b w:val="0"/>
          <w:i/>
        </w:rPr>
        <w:t>Heads You Win</w:t>
      </w:r>
      <w:r>
        <w:rPr>
          <w:b w:val="0"/>
          <w:i w:val="0"/>
        </w:rPr>
        <w:t xml:space="preserve"> giữa câu, và tự lái xe đến ga. Ông đã về đến Smith Square từ rất lâu trước khi Emma tới.</w:t>
      </w:r>
    </w:p>
    <w:p>
      <w:pPr>
        <w:spacing w:after="80"/>
      </w:pPr>
      <w:r>
        <w:rPr>
          <w:b w:val="0"/>
          <w:i w:val="0"/>
        </w:rPr>
        <w:t>Khi Emma rời bộ lần cuối, cô được đưa về nhà và thấy Harry đang đợi sẵn trên bậc cửa. Không ai nói gì khi ông ôm cô vào lòng. Cần chi phải nói nhiều khi hai người đã ở bên nhau hơn năm mươi năm.</w:t>
      </w:r>
    </w:p>
    <w:p>
      <w:pPr>
        <w:spacing w:after="80"/>
      </w:pPr>
      <w:r>
        <w:rPr>
          <w:b w:val="0"/>
          <w:i w:val="0"/>
        </w:rPr>
        <w:t>Đến lúc đó, Harry đã gọi điện cho từng thành viên trong gia đình để báo tin tàn khốc trước khi họ đọc được trên báo. Ông cũng đã viết nửa tá lá thư, giải thích rằng vì lý do cá nhân, ông đang hủy tất cả các cam kết hiện có và sẽ không nhận thêm cam kết mới nào, dù là xã giao hay công việc.</w:t>
      </w:r>
    </w:p>
    <w:p>
      <w:pPr>
        <w:jc w:val="center"/>
      </w:pPr>
      <w:r>
        <w:drawing>
          <wp:inline xmlns:a="http://schemas.openxmlformats.org/drawingml/2006/main" xmlns:pic="http://schemas.openxmlformats.org/drawingml/2006/picture">
            <wp:extent cx="304800" cy="85725"/>
            <wp:docPr id="139" name="Picture 139"/>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Sáng hôm sau, Harry chở Emma về ngôi nhà của họ ở Somerset để họ có thể bắt đầu cuộc sống mới. Ông kê một chiếc giường trong phòng khách để cô không phải leo cầu thang, và dọn sạch mọi thứ trên bàn làm việc trong thư phòng, để cô có thể bắt tay vào trả lời hàng bao tải thư từ đang đến qua mỗi chuyến bưu phẩm. Harry mở từng lá và xếp chúng thành từng chồng riêng: gia đình, bạn bè, đồng nghiệp, những người làm việc cho NHS, cùng một chồng đặc biệt dành cho những phụ nữ trẻ khắp cả nước, những người mà đến tận lúc đó Emma còn chưa hề hay biết, những người không chỉ muốn nói lời cảm ơn, mà còn nhắc đi nhắc lại cụm từ hình mẫu lý tưởng (role model).</w:t>
      </w:r>
    </w:p>
    <w:p>
      <w:pPr>
        <w:spacing w:after="80"/>
      </w:pPr>
      <w:r>
        <w:rPr>
          <w:b w:val="0"/>
          <w:i w:val="0"/>
        </w:rPr>
        <w:t>Có một chồng thư đặc biệt lớn khác khiến Emma phấn chấn mỗi khi đọc một lá trong đó. Đó là thư của những đồng nghiệp không cùng quan điểm chính trị với bà, nhưng muốn bày tỏ sự ngưỡng mộ và kính trọng đối với việc bà chưa bao giờ không lắng nghe ý kiến của họ, và đôi khi còn sẵn lòng thay đổi suy nghĩ của mình.</w:t>
      </w:r>
    </w:p>
    <w:p>
      <w:pPr>
        <w:spacing w:after="80"/>
      </w:pPr>
      <w:r>
        <w:rPr>
          <w:b w:val="0"/>
          <w:i w:val="0"/>
        </w:rPr>
        <w:t>Dù túi thư của bà không vơi đi trong nhiều tuần, Emma vẫn trả lời từng người một đã bỏ công viết thư cho bà, chỉ dừng lại khi bà không còn đủ sức cầm bút. Sau đó, bà đọc cho Harry viết các câu trả lời, và anh thêm vai trò thư ký vào vô số trách nhiệm khác của mình. Tuy vậy, bà vẫn khăng khăng kiểm tra từng lá thư trước khi ký tên. Khi thời gian trôi qua, ngay cả việc đó cũng trở nên bất khả thi, Harry ký thay bà.</w:t>
      </w:r>
    </w:p>
    <w:p>
      <w:pPr>
        <w:spacing w:after="80"/>
      </w:pPr>
      <w:r>
        <w:rPr>
          <w:b w:val="0"/>
          <w:i w:val="0"/>
        </w:rPr>
        <w:t>Bác sĩ Richards ghé thăm hai lần một tuần, và luôn cho Harry biết điều gì sẽ xảy ra tiếp theo, dù vị bác sĩ đa khoa già thừa nhận ông cảm thấy khá bất lực vì chẳng làm được gì ngoài việc bày tỏ sự cảm thông và viết ra vô số đơn thuốc với hy vọng giảm bớt cơn đau cho Emma.</w:t>
      </w:r>
    </w:p>
    <w:p>
      <w:pPr>
        <w:spacing w:after="80"/>
      </w:pPr>
      <w:r>
        <w:rPr>
          <w:b w:val="0"/>
          <w:i w:val="0"/>
        </w:rPr>
        <w:t>Trong vài tuần đầu, Emma vẫn có thể tận hưởng những buổi đi dạo buổi sáng quanh khuôn viên cùng Harry, nhưng chẳng bao lâu bà phải dựa vào cánh tay anh, rồi phải chống gậy, trước khi cuối cùng chịu khuất phục trước chiếc xe lăn mà Harry đã mua mà bà không hề hay biết.</w:t>
      </w:r>
    </w:p>
    <w:p>
      <w:pPr>
        <w:spacing w:after="80"/>
      </w:pPr>
      <w:r>
        <w:rPr>
          <w:b w:val="0"/>
          <w:i w:val="0"/>
        </w:rPr>
        <w:t>Trong những tháng đầu đó, Emma là người nói nhiều nhất, chưa bao giờ không bày tỏ quan điểm mạnh mẽ của mình về những gì đang diễn ra trên thế giới, dù giờ bà chỉ còn cập nhật qua báo buổi sáng và bản tin buổi tối trên truyền hình. Bà thích thú khi xem Tổng thống Bush và bà Thatcher ký hiệp ước hòa bình với Chủ tịch Gorbachev tại Paris, cuối cùng chấm dứt Chiến tranh Lạnh. Nhưng chỉ vài ngày sau, bà kinh hoàng khi biết rằng một số đồng nghiệp cũ ở quốc hội tại London đang âm mưu lật đổ Thủ tướng. Bà có cần nhắc họ rằng Người Đàn Bà Sắt đã thắng ba kỳ bầu cử liên tiếp không?</w:t>
      </w:r>
    </w:p>
    <w:p>
      <w:pPr>
        <w:spacing w:after="80"/>
      </w:pPr>
      <w:r>
        <w:rPr>
          <w:b w:val="0"/>
          <w:i w:val="0"/>
        </w:rPr>
        <w:t>Emma hồi phục đủ để đọc một lá thư dài gửi Margaret, nói rõ quan điểm của mình, và bà sững sờ khi nhận được một lá thư trả lời còn dài hơn ngay trong chuyến thư hồi âm. Bà ước mình vẫn còn ở Westminster, nơi bà sẽ rảo khắp các hành lang để cho đồng nghiệp biết chính xác bà nghĩ gì về họ.</w:t>
      </w:r>
    </w:p>
    <w:p>
      <w:pPr>
        <w:spacing w:after="80"/>
      </w:pPr>
      <w:r>
        <w:rPr>
          <w:b w:val="0"/>
          <w:i w:val="0"/>
        </w:rPr>
        <w:t>Dù trí óc bà vẫn minh mẫn, cơ thể bà tiếp tục suy yếu, và khả năng nói của bà ngày càng hạn chế qua mỗi tuần trôi qua. Tuy vậy, bà chưa bao giờ không bày tỏ niềm vui mỗi khi một thành viên trong gia đình xuất hiện và thay phiên đẩy xe lăn cho bà quanh khu vườn.</w:t>
      </w:r>
    </w:p>
    <w:p>
      <w:pPr>
        <w:spacing w:after="80"/>
      </w:pPr>
      <w:r>
        <w:rPr>
          <w:b w:val="0"/>
          <w:i w:val="0"/>
        </w:rPr>
        <w:t>Cô bé Lucy sẽ líu lo không ngừng, cập nhật cho bà cố biết những gì cô bé đã làm. Cô bé là thành viên duy nhất trong gia đình không hiểu hết chuyện gì đang xảy ra, điều đó khiến mối quan hệ của hai bà cháu thật đặc biệt.</w:t>
      </w:r>
    </w:p>
    <w:p>
      <w:pPr>
        <w:spacing w:after="80"/>
      </w:pPr>
      <w:r>
        <w:rPr>
          <w:b w:val="0"/>
          <w:i w:val="0"/>
        </w:rPr>
        <w:t>Jake giờ đã mặc quần dài và giả vờ làm người lớn, trong khi cháu trai Freddie của bà, đang học năm nhất tại Cambridge, thì trầm lặng và chu đáo, bàn luận thời sự với Emma như thể bà vẫn còn tại chức. Bà ước mình sống đủ lâu để thấy cậu bé ngồi vào ghế Hạ viện, nhưng biết điều đó sẽ không thể.</w:t>
      </w:r>
    </w:p>
    <w:p>
      <w:pPr>
        <w:spacing w:after="80"/>
      </w:pPr>
      <w:r>
        <w:rPr>
          <w:b w:val="0"/>
          <w:i w:val="0"/>
        </w:rPr>
        <w:t xml:space="preserve">Jessica vừa đẩy xe lăn cho bà quanh khu vườn vừa nói với bà rằng triển lãm </w:t>
      </w:r>
      <w:r>
        <w:rPr>
          <w:b w:val="0"/>
          <w:i/>
        </w:rPr>
        <w:t>Cây Sự Sống</w:t>
      </w:r>
      <w:r>
        <w:rPr>
          <w:b w:val="0"/>
          <w:i w:val="0"/>
        </w:rPr>
        <w:t xml:space="preserve"> của cô sẽ sớm khai mạc, và cô vẫn hy vọng được lọt vào danh sách đề cử giải Turner, nhưng cô nói thêm: "Bà đừng mong chờ quá nhé!"</w:t>
      </w:r>
    </w:p>
    <w:p>
      <w:pPr>
        <w:spacing w:after="80"/>
      </w:pPr>
      <w:r>
        <w:rPr>
          <w:b w:val="0"/>
          <w:i w:val="0"/>
        </w:rPr>
        <w:t xml:space="preserve">Sebastian và Samantha lái xe xuống Somerset mỗi cuối tuần, và Seb cố gắng dũng cảm giữ vẻ vui tươi mỗi khi ở bên mẹ, nhưng anh thổ lộ với bác Giles rằng anh đang lo lắng cho cha chẳng kém gì cho mẹ. </w:t>
      </w:r>
      <w:r>
        <w:rPr>
          <w:b w:val="0"/>
          <w:i/>
        </w:rPr>
        <w:t>Harry đang tự vắt kiệt sức mình</w:t>
      </w:r>
      <w:r>
        <w:rPr>
          <w:b w:val="0"/>
          <w:i w:val="0"/>
        </w:rPr>
        <w:t xml:space="preserve"> là những lời Giles viết trong lá thư gửi em gái Grace tối hôm đó.</w:t>
      </w:r>
    </w:p>
    <w:p>
      <w:pPr>
        <w:spacing w:after="80"/>
      </w:pPr>
      <w:r>
        <w:rPr>
          <w:b w:val="0"/>
          <w:i w:val="0"/>
        </w:rPr>
        <w:t>Giles và Karin dành càng nhiều thời gian càng tốt ở Manor House, và thường xuyên gọi điện cho Grace, người đang bị giằng xé giữa trách nhiệm với học trò và sức khỏe của chị gái. Ngày trường học nghỉ hè, cô bắt chuyến tàu đầu tiên đến Bristol. Giles đón cô ở Temple Meads và cảnh báo cô về việc chị gái họ đã suy yếu đến mức nào kể từ lần cuối cô gặp chị. Grace đã chuẩn bị tinh thần cho tình trạng của Emma, nhưng cú sốc đến khi cô nhìn thấy Harry, người đã trở thành một ông già.</w:t>
      </w:r>
    </w:p>
    <w:p>
      <w:pPr>
        <w:spacing w:after="80"/>
      </w:pPr>
      <w:r>
        <w:rPr>
          <w:b w:val="0"/>
          <w:i w:val="0"/>
        </w:rPr>
        <w:t>Grace bắt đầu chăm sóc cả hai người, nhưng khi Giles đến thăm lần tiếp theo, cô cảnh báo anh rằng cô không nghĩ Emma sẽ còn thấy lá mùa thu rơi.</w:t>
      </w:r>
    </w:p>
    <w:p>
      <w:pPr>
        <w:jc w:val="center"/>
      </w:pPr>
      <w:r>
        <w:drawing>
          <wp:inline xmlns:a="http://schemas.openxmlformats.org/drawingml/2006/main" xmlns:pic="http://schemas.openxmlformats.org/drawingml/2006/picture">
            <wp:extent cx="304800" cy="85725"/>
            <wp:docPr id="140" name="Picture 140"/>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Cuốn </w:t>
      </w:r>
      <w:r>
        <w:rPr>
          <w:b w:val="0"/>
          <w:i/>
        </w:rPr>
        <w:t>Heads You Win</w:t>
      </w:r>
      <w:r>
        <w:rPr>
          <w:b w:val="0"/>
          <w:i w:val="0"/>
        </w:rPr>
        <w:t xml:space="preserve"> được xuất bản rồi cũng qua đi, không tạo ra tác động nào đến cuộc sống thường ngày của gia đình Clifton. Harry không đến Mỹ cho chuyến đi mười một thành phố như dự định, cũng không đến Ấn Độ để phát biểu tại Liên hoan Văn học Bombay.</w:t>
      </w:r>
    </w:p>
    <w:p>
      <w:pPr>
        <w:spacing w:after="80"/>
      </w:pPr>
      <w:r>
        <w:rPr>
          <w:b w:val="0"/>
          <w:i w:val="0"/>
        </w:rPr>
        <w:t>Trong giai đoạn này, anh chỉ lên London một lần, không phải để thăm nhà xuất bản, hay phát biểu tại bữa trưa văn học Foyles, mà để nói với Roger Kirby rằng anh sẽ không tiến hành ca phẫu thuật ung thư tuyến tiền liệt, vì anh không muốn phải nghỉ việc trong bất kỳ khoảng thời gian nào.</w:t>
      </w:r>
    </w:p>
    <w:p>
      <w:pPr>
        <w:spacing w:after="80"/>
      </w:pPr>
      <w:r>
        <w:rPr>
          <w:b w:val="0"/>
          <w:i w:val="0"/>
        </w:rPr>
        <w:t>Vị bác sĩ phẫu thuật tỏ ra cảm thông, nhưng cảnh báo: "Nếu ung thư thoát khỏi tuyến tiền liệt và lan sang ruột hoặc gan, tính mạng anh sẽ gặp nguy hiểm. Nói cho tôi biết, Harry, gần đây anh có bị những cơn đau nhói ở lưng không?"</w:t>
      </w:r>
    </w:p>
    <w:p>
      <w:pPr>
        <w:spacing w:after="80"/>
      </w:pPr>
      <w:r>
        <w:rPr>
          <w:b w:val="0"/>
          <w:i w:val="0"/>
        </w:rPr>
        <w:t>Không, Harry đã nói dối. Hãy bàn lại chuyện đó sau, khi . . .</w:t>
      </w:r>
    </w:p>
    <w:p>
      <w:pPr>
        <w:spacing w:after="80"/>
      </w:pPr>
      <w:r>
        <w:rPr>
          <w:b w:val="0"/>
          <w:i w:val="0"/>
        </w:rPr>
        <w:t>Harry còn một việc phải làm trước khi có thể quay về Manor House. Anh đã hứa với Emma sẽ mua một cuốn tiểu thuyết yêu thích của cô ở Hatchards, để mỗi tối anh có thể đọc cho cô nghe một chương. Khi bước ra khỏi chiếc taxi ở Piccadilly, anh không để ý đến ô cửa sổ chỉ trưng bày đúng một cuốn sách, kèm tấm băng rôn ghi:</w:t>
      </w:r>
    </w:p>
    <w:p>
      <w:pPr>
        <w:spacing w:after="80"/>
        <w:jc w:val="center"/>
      </w:pPr>
      <w:r>
        <w:rPr>
          <w:b w:val="0"/>
          <w:i w:val="0"/>
        </w:rPr>
        <w:t>HIỆN TƯỢNG XUẤT BẢN CỦA NĂM</w:t>
      </w:r>
    </w:p>
    <w:p>
      <w:pPr>
        <w:spacing w:after="80"/>
      </w:pPr>
      <w:r>
        <w:rPr>
          <w:b w:val="0"/>
          <w:i w:val="0"/>
        </w:rPr>
        <w:t xml:space="preserve">Anh bước vào hiệu sách, và khi đã tìm được một bản bìa cứng của </w:t>
      </w:r>
      <w:r>
        <w:rPr>
          <w:b w:val="0"/>
          <w:i/>
        </w:rPr>
        <w:t>The Mill on the Floss</w:t>
      </w:r>
      <w:r>
        <w:rPr>
          <w:b w:val="0"/>
          <w:i w:val="0"/>
        </w:rPr>
        <w:t>, anh đưa tờ mười bảng cho cô gái trẻ đứng sau quầy. Cô đặt cuốn sách vào túi, và khi anh quay lưng rời đi, cô nhìn kỹ người khách hơn, thoáng tự hỏi liệu điều đó có thể xảy ra không.</w:t>
      </w:r>
    </w:p>
    <w:p>
      <w:pPr>
        <w:spacing w:after="80"/>
      </w:pPr>
      <w:r>
        <w:rPr>
          <w:b w:val="0"/>
          <w:i w:val="0"/>
        </w:rPr>
        <w:t xml:space="preserve">Cô bước tới bàn trưng bày ở giữa, nhặt một cuốn </w:t>
      </w:r>
      <w:r>
        <w:rPr>
          <w:b w:val="0"/>
          <w:i/>
        </w:rPr>
        <w:t>Heads You Win</w:t>
      </w:r>
      <w:r>
        <w:rPr>
          <w:b w:val="0"/>
          <w:i w:val="0"/>
        </w:rPr>
        <w:t xml:space="preserve"> và nhìn sang tấm ảnh tác giả ở gáy sau, rồi ngó qua cửa sổ nhìn người đàn ông đang leo lên taxi. Cô thoáng nghĩ đó có thể là Harry Clifton, nhưng nhìn kỹ tấm ảnh hơn, cô nhận ra người đàn ông râu ria lởm chởm, tóc bạc rối bù mà cô vừa phục vụ đã quá già. Dù sao thì tấm ảnh đó cũng được chụp chưa đầy một năm trước.</w:t>
      </w:r>
    </w:p>
    <w:p>
      <w:pPr>
        <w:spacing w:after="80"/>
      </w:pPr>
      <w:r>
        <w:rPr>
          <w:b w:val="0"/>
          <w:i w:val="0"/>
        </w:rPr>
        <w:t>Cô đặt cuốn sách trở lại trên đỉnh bàn sách bán chạy nhất, nơi nó đã nằm suốt mười một tuần qua.</w:t>
      </w:r>
    </w:p>
    <w:p>
      <w:pPr>
        <w:jc w:val="center"/>
      </w:pPr>
      <w:r>
        <w:drawing>
          <wp:inline xmlns:a="http://schemas.openxmlformats.org/drawingml/2006/main" xmlns:pic="http://schemas.openxmlformats.org/drawingml/2006/picture">
            <wp:extent cx="304800" cy="85725"/>
            <wp:docPr id="141" name="Picture 141"/>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Khi Emma cuối cùng phải nằm liệt giường, bác sĩ Richards cảnh báo Harry rằng giờ đây chỉ còn tính bằng vài tuần nữa.</w:t>
      </w:r>
    </w:p>
    <w:p>
      <w:pPr>
        <w:spacing w:after="80"/>
      </w:pPr>
      <w:r>
        <w:rPr>
          <w:b w:val="0"/>
          <w:i w:val="0"/>
        </w:rPr>
        <w:t xml:space="preserve">Dù Harry hiếm khi rời xa cô quá vài phút, anh vẫn thấy khó chịu đựng nổi nỗi đau mà cô phải chịu. Vợ anh giờ gần như chỉ nuốt được chất lỏng, và ngay cả khả năng nói cũng đã rời bỏ cô, nên cô bắt đầu giao tiếp bằng cách chớp mắt. Một lần là có, hai lần là không. Ba lần là làm ơn, bốn lần là cảm ơn. Harry chỉ ra với cô rằng ba và bốn có phần thừa thãi, nhưng anh có thể nghe thấy cô nói </w:t>
      </w:r>
      <w:r>
        <w:rPr>
          <w:b w:val="0"/>
          <w:i/>
        </w:rPr>
        <w:t>phép lịch sự không bao giờ thừa thãi.</w:t>
      </w:r>
    </w:p>
    <w:p>
      <w:pPr>
        <w:spacing w:after="80"/>
      </w:pPr>
      <w:r>
        <w:rPr>
          <w:b w:val="0"/>
          <w:i w:val="0"/>
        </w:rPr>
        <w:t>Mỗi khi bóng tối len vào phòng, Harry lại bật đèn đầu giường và đọc cho cô nghe thêm một chương, hy vọng cô sẽ nhanh chóng chìm vào giấc ngủ.</w:t>
      </w:r>
    </w:p>
    <w:p>
      <w:pPr>
        <w:jc w:val="center"/>
      </w:pPr>
      <w:r>
        <w:drawing>
          <wp:inline xmlns:a="http://schemas.openxmlformats.org/drawingml/2006/main" xmlns:pic="http://schemas.openxmlformats.org/drawingml/2006/picture">
            <wp:extent cx="304800" cy="85725"/>
            <wp:docPr id="142" name="Picture 142"/>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Sau một lần thăm khám buổi sáng, bác sĩ Richards kéo Harry ra một bên.</w:t>
      </w:r>
    </w:p>
    <w:p>
      <w:pPr>
        <w:spacing w:after="80"/>
      </w:pPr>
      <w:r>
        <w:rPr>
          <w:b w:val="0"/>
          <w:i w:val="0"/>
        </w:rPr>
        <w:t>Sẽ không còn lâu nữa đâu.</w:t>
      </w:r>
    </w:p>
    <w:p>
      <w:pPr>
        <w:spacing w:after="80"/>
      </w:pPr>
      <w:r>
        <w:rPr>
          <w:b w:val="0"/>
          <w:i w:val="0"/>
        </w:rPr>
        <w:t>Suốt một thời gian, điều duy nhất Harry bận tâm là Emma còn phải chịu đựng bao lâu nữa. Anh đáp, Mong là ông nói đúng.</w:t>
      </w:r>
    </w:p>
    <w:p>
      <w:pPr>
        <w:spacing w:after="80"/>
      </w:pPr>
      <w:r>
        <w:rPr>
          <w:b w:val="0"/>
          <w:i w:val="0"/>
        </w:rPr>
        <w:t xml:space="preserve">Tối hôm đó, anh ngồi bên mép giường và tiếp tục đọc. </w:t>
      </w:r>
      <w:r>
        <w:rPr>
          <w:b w:val="0"/>
          <w:i/>
        </w:rPr>
        <w:t>Đây là một thế giới đầy bí ẩn, và lão Harry đã chạm được ngón tay vào nó</w:t>
      </w:r>
      <w:r>
        <w:rPr>
          <w:b w:val="0"/>
          <w:i w:val="0"/>
        </w:rPr>
        <w:t>.</w:t>
      </w:r>
    </w:p>
    <w:p>
      <w:pPr>
        <w:spacing w:after="80"/>
      </w:pPr>
      <w:r>
        <w:rPr>
          <w:b w:val="0"/>
          <w:i w:val="0"/>
        </w:rPr>
        <w:t>Emma mỉm cười.</w:t>
      </w:r>
    </w:p>
    <w:p>
      <w:pPr>
        <w:spacing w:after="80"/>
      </w:pPr>
      <w:r>
        <w:rPr>
          <w:b w:val="0"/>
          <w:i w:val="0"/>
        </w:rPr>
        <w:t>Khi đọc đến cuối chương, anh gấp sách lại và nhìn xuống người phụ nữ đã chia sẻ cuộc đời mình, nhưng rõ ràng không còn muốn sống nữa. Anh cúi xuống và thì thầm, Anh yêu em, em yêu quý của anh. Bốn lần chớp mắt.</w:t>
      </w:r>
    </w:p>
    <w:p>
      <w:pPr>
        <w:spacing w:after="80"/>
      </w:pPr>
      <w:r>
        <w:rPr>
          <w:b w:val="0"/>
          <w:i w:val="0"/>
        </w:rPr>
        <w:t>Cơn đau có chịu đựng nổi không? Một lần chớp mắt.</w:t>
      </w:r>
    </w:p>
    <w:p>
      <w:pPr>
        <w:spacing w:after="80"/>
      </w:pPr>
      <w:r>
        <w:rPr>
          <w:b w:val="0"/>
          <w:i w:val="0"/>
        </w:rPr>
        <w:t>Sẽ không còn lâu nữa đâu. Ba cái chớp mắt, rồi một ánh nhìn van nài.</w:t>
      </w:r>
    </w:p>
    <w:p>
      <w:pPr>
        <w:spacing w:after="80"/>
      </w:pPr>
      <w:r>
        <w:rPr>
          <w:b w:val="0"/>
          <w:i w:val="0"/>
        </w:rPr>
        <w:t>Anh nhẹ nhàng hôn lên môi cô. Cả đời anh chỉ yêu một người phụ nữ duy nhất, anh thì thầm. Bốn cái chớp mắt. Và anh cầu mong sẽ không lâu nữa trước khi chúng ta lại gặp nhau. Một cái chớp mắt, rồi ba cái, rồi bốn cái.</w:t>
      </w:r>
    </w:p>
    <w:p>
      <w:pPr>
        <w:spacing w:after="80"/>
      </w:pPr>
      <w:r>
        <w:rPr>
          <w:b w:val="0"/>
          <w:i w:val="0"/>
        </w:rPr>
        <w:t>Anh nắm tay cô, nhắm mắt lại và cầu xin một vị Chúa mà anh không còn chắc chắn là có tồn tại hay không tha thứ cho anh. Rồi anh cầm lấy chiếc gối trước khi kịp đổi ý, và nhìn cô thêm một lần nữa.</w:t>
      </w:r>
    </w:p>
    <w:p>
      <w:pPr>
        <w:spacing w:after="80"/>
      </w:pPr>
      <w:r>
        <w:rPr>
          <w:b w:val="0"/>
          <w:i w:val="0"/>
        </w:rPr>
        <w:t>Một cái chớp mắt, rồi ba cái.</w:t>
      </w:r>
    </w:p>
    <w:p>
      <w:pPr>
        <w:spacing w:after="80"/>
      </w:pPr>
      <w:r>
        <w:rPr>
          <w:b w:val="0"/>
          <w:i w:val="0"/>
        </w:rPr>
        <w:t>Anh do dự.</w:t>
      </w:r>
    </w:p>
    <w:p>
      <w:pPr>
        <w:spacing w:after="80"/>
      </w:pPr>
      <w:r>
        <w:rPr>
          <w:b w:val="0"/>
          <w:i w:val="0"/>
        </w:rPr>
        <w:t>Một cái chớp mắt, lặp đi lặp lại vài giây một lần.</w:t>
      </w:r>
    </w:p>
    <w:p>
      <w:pPr>
        <w:spacing w:after="80"/>
      </w:pPr>
      <w:r>
        <w:rPr>
          <w:b w:val="0"/>
          <w:i w:val="0"/>
        </w:rPr>
        <w:t>Anh nhẹ nhàng hạ chiếc gối xuống khuôn mặt Emma.</w:t>
      </w:r>
    </w:p>
    <w:p>
      <w:pPr>
        <w:spacing w:after="80"/>
      </w:pPr>
      <w:r>
        <w:rPr>
          <w:b w:val="0"/>
          <w:i w:val="0"/>
        </w:rPr>
        <w:t>Tay và chân cô co giật trong vài khoảnh khắc trước khi cô nằm yên, nhưng anh vẫn tiếp tục ấn xuống. Khi cuối cùng anh nhấc chiếc gối lên, trên mặt cô là một nụ cười như thể cô đang tận hưởng giấc nghỉ ngơi đầu tiên sau nhiều tháng trời.</w:t>
      </w:r>
    </w:p>
    <w:p>
      <w:pPr>
        <w:spacing w:after="80"/>
      </w:pPr>
      <w:r>
        <w:rPr>
          <w:b w:val="0"/>
          <w:i w:val="0"/>
        </w:rPr>
        <w:t>Harry ôm cô trong vòng tay khi những chiếc lá thu đầu tiên bắt đầu rơi.</w:t>
      </w:r>
    </w:p>
    <w:p>
      <w:pPr>
        <w:jc w:val="center"/>
      </w:pPr>
      <w:r>
        <w:drawing>
          <wp:inline xmlns:a="http://schemas.openxmlformats.org/drawingml/2006/main" xmlns:pic="http://schemas.openxmlformats.org/drawingml/2006/picture">
            <wp:extent cx="304800" cy="85725"/>
            <wp:docPr id="143" name="Picture 143"/>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 xml:space="preserve">Sáng hôm sau bác sĩ Richards ghé qua, và nếu ông có ngạc nhiên khi thấy bệnh nhân của mình đã qua đời trong đêm thì ông cũng không nói gì với Harry. Ông chỉ ghi trên giấy chứng tử </w:t>
      </w:r>
      <w:r>
        <w:rPr>
          <w:b w:val="0"/>
          <w:i/>
        </w:rPr>
        <w:t>Qua đời trong giấc ngủ do bệnh Nơ-ron vận động</w:t>
      </w:r>
      <w:r>
        <w:rPr>
          <w:b w:val="0"/>
          <w:i w:val="0"/>
        </w:rPr>
        <w:t>. Nhưng dù sao ông cũng là một người bạn cũ, đồng thời là bác sĩ gia đình.</w:t>
      </w:r>
    </w:p>
    <w:p>
      <w:pPr>
        <w:spacing w:after="80"/>
      </w:pPr>
      <w:r>
        <w:rPr>
          <w:b w:val="0"/>
          <w:i w:val="0"/>
        </w:rPr>
        <w:t>Emma đã để lại chỉ dẫn rõ ràng rằng cô muốn một đám tang lặng lẽ, chỉ có gia đình và bạn bè thân thiết tham dự. Không hoa, và quyên góp cho Bệnh viện Hoàng gia Bristol. Những mong muốn của cô được thực hiện đúng từng chữ, nhưng dù sao cô cũng không thể biết được có bao nhiêu người coi cô là bạn thân thiết.</w:t>
      </w:r>
    </w:p>
    <w:p>
      <w:pPr>
        <w:spacing w:after="80"/>
      </w:pPr>
      <w:r>
        <w:rPr>
          <w:b w:val="0"/>
          <w:i w:val="0"/>
        </w:rPr>
        <w:t>Nhà thờ của làng chật kín người dân địa phương, cùng những người không hẳn là dân địa phương, như Harry phát hiện ra khi anh lê bước dọc lối đi để hòa vào gia đình ở hàng ghế đầu và đi ngang qua một cựu thủ tướng đang ngồi ở hàng ghế thứ ba.</w:t>
      </w:r>
    </w:p>
    <w:p>
      <w:pPr>
        <w:spacing w:after="80"/>
      </w:pPr>
      <w:r>
        <w:rPr>
          <w:b w:val="0"/>
          <w:i w:val="0"/>
        </w:rPr>
        <w:t>Anh không nhớ được nhiều về buổi lễ, vì tâm trí anh đang bận rộn, nhưng anh có cố gắng tập trung khi vị mục sư đọc bài điếu văn cảm động.</w:t>
      </w:r>
    </w:p>
    <w:p>
      <w:pPr>
        <w:spacing w:after="80"/>
      </w:pPr>
      <w:r>
        <w:rPr>
          <w:b w:val="0"/>
          <w:i w:val="0"/>
        </w:rPr>
        <w:t>Sau khi quan tài được hạ xuống lòng đất và những tảng đất thô ráp được ném lên trên, Harry là một trong những người cuối cùng rời khỏi mộ. Khi anh trở về Manor House để hòa vào gia đình, anh nhận ra mình không thể nhớ nổi tên của Lucy.</w:t>
      </w:r>
    </w:p>
    <w:p>
      <w:pPr>
        <w:spacing w:after="80"/>
      </w:pPr>
      <w:r>
        <w:rPr>
          <w:b w:val="0"/>
          <w:i w:val="0"/>
        </w:rPr>
        <w:t>Grace để mắt đến anh khi anh ngồi lặng lẽ trong phòng khách, nơi anh lần đầu gặp Emma à, không hẳn là gặp.</w:t>
      </w:r>
    </w:p>
    <w:p>
      <w:pPr>
        <w:spacing w:after="80"/>
      </w:pPr>
      <w:r>
        <w:rPr>
          <w:b w:val="0"/>
          <w:i w:val="0"/>
        </w:rPr>
        <w:t>Mọi người đi hết rồi, cô nói với anh, nhưng anh chỉ ngồi đó, nhìn ra ngoài cửa sổ.</w:t>
      </w:r>
    </w:p>
    <w:p>
      <w:pPr>
        <w:spacing w:after="80"/>
      </w:pPr>
      <w:r>
        <w:rPr>
          <w:b w:val="0"/>
          <w:i w:val="0"/>
        </w:rPr>
        <w:t>Khi mặt trời khuất sau ngọn sồi cao nhất, ông đứng dậy, bước qua sảnh và chậm rãi leo cầu thang lên phòng ngủ của hai người. Ông cởi đồ và nằm vào chiếc giường trống, không còn bận tâm đến thế gian này nữa.</w:t>
      </w:r>
    </w:p>
    <w:p>
      <w:pPr>
        <w:jc w:val="center"/>
      </w:pPr>
      <w:r>
        <w:drawing>
          <wp:inline xmlns:a="http://schemas.openxmlformats.org/drawingml/2006/main" xmlns:pic="http://schemas.openxmlformats.org/drawingml/2006/picture">
            <wp:extent cx="304800" cy="85725"/>
            <wp:docPr id="144" name="Picture 144"/>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Các bác sĩ sẽ bảo bạn rằng, bạn không thể chết vì đau buồn. Nhưng Harry đã qua đời chín ngày sau đó.</w:t>
      </w:r>
    </w:p>
    <w:p>
      <w:pPr>
        <w:spacing w:after="80"/>
      </w:pPr>
      <w:r>
        <w:rPr>
          <w:b w:val="0"/>
          <w:i w:val="0"/>
        </w:rPr>
        <w:t>Giấy chứng tử ghi nguyên nhân tử vong là ung thư, nhưng như bác sĩ Richards đã chỉ ra, nếu Harry muốn thì ông ấy có thể đã sống thêm mười, thậm chí hai mươi năm nữa.</w:t>
      </w:r>
    </w:p>
    <w:p>
      <w:pPr>
        <w:spacing w:after="80"/>
      </w:pPr>
      <w:r>
        <w:rPr>
          <w:b w:val="0"/>
          <w:i w:val="0"/>
        </w:rPr>
        <w:t>Những chỉ dẫn của Harry rõ ràng y như của Emma vậy. Giống như bà, ông muốn một đám tang lặng lẽ. Yêu cầu duy nhất của ông là được chôn cất bên cạnh vợ mình. Những mong muốn ấy đều được tôn trọng, và khi gia đình trở về Manor House sau đám tang, Giles tập hợp tất cả mọi người lại trong phòng khách và đề nghị họ nâng ly chúc mừng người bạn lâu năm và thân thiết nhất của ông.</w:t>
      </w:r>
    </w:p>
    <w:p>
      <w:pPr>
        <w:spacing w:after="80"/>
      </w:pPr>
      <w:r>
        <w:rPr>
          <w:b w:val="0"/>
          <w:i w:val="0"/>
        </w:rPr>
        <w:t>Tôi hy vọng, ông nói thêm, rằng mọi người sẽ cho phép tôi làm một việc mà tôi biết Harry sẽ không tán thành. Cả gia đình lặng lẽ lắng nghe đề xuất của ông.</w:t>
      </w:r>
    </w:p>
    <w:p>
      <w:pPr>
        <w:spacing w:after="80"/>
      </w:pPr>
      <w:r>
        <w:rPr>
          <w:b w:val="0"/>
          <w:i w:val="0"/>
        </w:rPr>
        <w:t>Ông ấy chắc chắn sẽ không tán thành, Grace nói. Nhưng Emma thì sẽ, vì bà ấy đã nói với con như vậy.</w:t>
      </w:r>
    </w:p>
    <w:p>
      <w:pPr>
        <w:spacing w:after="80"/>
      </w:pPr>
      <w:r>
        <w:rPr>
          <w:b w:val="0"/>
          <w:i w:val="0"/>
        </w:rPr>
        <w:t>Giles lần lượt nhìn từng thành viên trong gia đình, nhưng ông không cần phải tìm kiếm sự đồng ý của họ, vì rõ ràng là họ đều đồng lòng như một.</w:t>
      </w:r>
    </w:p>
    <w:p>
      <w:pPr>
        <w:pStyle w:val="Heading1"/>
        <w:jc w:val="center"/>
      </w:pPr>
      <w:r>
        <w:rPr>
          <w:rFonts w:ascii="Calibri" w:hAnsi="Calibri"/>
          <w:b/>
          <w:i w:val="0"/>
          <w:sz w:val="40"/>
        </w:rPr>
        <w:t>HARRY ARTHUR CLIFTON</w:t>
      </w:r>
    </w:p>
    <w:p>
      <w:pPr>
        <w:pStyle w:val="Heading2"/>
        <w:jc w:val="center"/>
      </w:pPr>
      <w:r>
        <w:rPr>
          <w:rFonts w:ascii="Calibri" w:hAnsi="Calibri"/>
          <w:b/>
          <w:i w:val="0"/>
          <w:sz w:val="32"/>
        </w:rPr>
        <w:t>1920–1992</w:t>
      </w:r>
    </w:p>
    <w:p>
      <w:pPr>
        <w:pStyle w:val="Heading1"/>
        <w:jc w:val="center"/>
      </w:pPr>
      <w:r>
        <w:rPr>
          <w:rFonts w:ascii="Calibri" w:hAnsi="Calibri"/>
          <w:b/>
          <w:i w:val="0"/>
          <w:sz w:val="40"/>
        </w:rPr>
        <w:t>52</w:t>
      </w:r>
    </w:p>
    <w:p>
      <w:pPr>
        <w:spacing w:after="80"/>
      </w:pPr>
      <w:r>
        <w:rPr>
          <w:b w:val="0"/>
          <w:i w:val="0"/>
        </w:rPr>
        <w:t>NHỮNG CHỈ DẪN của ông không thể rõ ràng hơn được nữa, nhưng dù sao thì họ cũng đã làm việc này từ năm 1621 rồi.</w:t>
      </w:r>
    </w:p>
    <w:p>
      <w:pPr>
        <w:spacing w:after="80"/>
      </w:pPr>
      <w:r>
        <w:rPr>
          <w:b w:val="0"/>
          <w:i w:val="0"/>
        </w:rPr>
        <w:t>Ngài Lord Barrington xứ Bristol Docklands, thành viên Hội đồng Cơ mật, sẽ đến Nhà thờ St Paul vào lúc 10.50 sáng ngày 10 tháng 4 năm 1993. Đúng 10.53, ông sẽ được Đức Cha Eric Evans, giáo sĩ chính thức thường trú, đón tại cửa phía tây bắc. Đúng 10.55, vị giáo sĩ sẽ cùng Đại Pháp quan bước vào nhà thờ, rồi họ sẽ tiến về phía trước gian giữa, nơi ông phải đứng đúng vị trí của giáo sĩ vào lúc 10.57.</w:t>
      </w:r>
    </w:p>
    <w:p>
      <w:pPr>
        <w:spacing w:after="80"/>
      </w:pPr>
      <w:r>
        <w:rPr>
          <w:b w:val="0"/>
          <w:i w:val="0"/>
        </w:rPr>
        <w:t xml:space="preserve">Khi đồng hồ nhà thờ điểm mười một giờ, nghệ sĩ đàn ống sẽ tấu lên những ô nhịp mở đầu của </w:t>
      </w:r>
      <w:r>
        <w:rPr>
          <w:b w:val="0"/>
          <w:i/>
        </w:rPr>
        <w:t>All people that on earth do dwell</w:t>
      </w:r>
      <w:r>
        <w:rPr>
          <w:b w:val="0"/>
          <w:i w:val="0"/>
        </w:rPr>
        <w:t>, và giáo đoàn sẽ đứng dậy hát, vị trưởng giáo đảm bảo với ông như vậy. Từ khoảnh khắc đó cho đến lời ban phước cuối cùng của vị trưởng giáo, buổi lễ tưởng niệm sẽ nằm trong bàn tay an toàn của Đức Giám mục Barry Donaldson xứ Bristol, một trong những người bạn lâu năm nhất của Harry. Giles sẽ chỉ còn một vai trò duy nhất để đảm nhận trên sân khấu của giáo hội.</w:t>
      </w:r>
    </w:p>
    <w:p>
      <w:pPr>
        <w:spacing w:after="80"/>
      </w:pPr>
      <w:r>
        <w:rPr>
          <w:b w:val="0"/>
          <w:i w:val="0"/>
        </w:rPr>
        <w:t>Ông đã dành nhiều tuần để chuẩn bị cho một giờ đồng hồ duy nhất này, vì ông cảm thấy nó phải xứng đáng với người bạn lâu năm nhất của mình và, quan trọng không kém, phải được Emma tán thành. Ông thậm chí đã thực hiện một chuyến chạy thử từ Smith Square đến St Paul vào đúng thời điểm đó vào tuần trước, để chắc chắn mình sẽ không bị trễ. Chuyến đi mất 24 phút, nên ông quyết định sẽ rời nhà lúc 10.15. Đến sớm vài phút còn hơn đến trễ vài phút, ông nói với tài xế. Bạn luôn có thể đi chậm lại, nhưng giao thông London không phải lúc nào cũng cho phép bạn tăng tốc.</w:t>
      </w:r>
    </w:p>
    <w:p>
      <w:pPr>
        <w:jc w:val="center"/>
      </w:pPr>
      <w:r>
        <w:drawing>
          <wp:inline xmlns:a="http://schemas.openxmlformats.org/drawingml/2006/main" xmlns:pic="http://schemas.openxmlformats.org/drawingml/2006/picture">
            <wp:extent cx="304800" cy="85725"/>
            <wp:docPr id="145" name="Picture 145"/>
            <wp:cNvGraphicFramePr>
              <a:graphicFrameLocks noChangeAspect="1"/>
            </wp:cNvGraphicFramePr>
            <a:graphic>
              <a:graphicData uri="http://schemas.openxmlformats.org/drawingml/2006/picture">
                <pic:pic>
                  <pic:nvPicPr>
                    <pic:cNvPr id="0" name="image00254.jpeg"/>
                    <pic:cNvPicPr/>
                  </pic:nvPicPr>
                  <pic:blipFill>
                    <a:blip r:embed="rId13"/>
                    <a:stretch>
                      <a:fillRect/>
                    </a:stretch>
                  </pic:blipFill>
                  <pic:spPr>
                    <a:xfrm>
                      <a:off x="0" y="0"/>
                      <a:ext cx="304800" cy="85725"/>
                    </a:xfrm>
                    <a:prstGeom prst="rect"/>
                  </pic:spPr>
                </pic:pic>
              </a:graphicData>
            </a:graphic>
          </wp:inline>
        </w:drawing>
      </w:r>
    </w:p>
    <w:p>
      <w:pPr>
        <w:spacing w:after="80"/>
      </w:pPr>
      <w:r>
        <w:rPr>
          <w:b w:val="0"/>
          <w:i w:val="0"/>
        </w:rPr>
        <w:t>Giles thức dậy ngay sau năm giờ sáng ngày diễn ra buổi lễ tưởng niệm, vì ông biết mình sẽ không thể ngủ lại được. Ông khoác vội chiếc áo choàng, xuống phòng làm việc và đọc lại bài điếu văn thêm một lần nữa. Giống như Harry với những cuốn tiểu thuyết của mình, giờ ông đã ở bản nháp thứ mười bốn, hay là thứ mười lăm nhỉ? Có vài thay đổi, một từ ở đây đó, thêm một câu. Ông cảm thấy tự tin rằng mình không thể làm tốt hơn được nữa, nhưng ông vẫn cần kiểm tra độ dài.</w:t>
      </w:r>
    </w:p>
    <w:p>
      <w:pPr>
        <w:spacing w:after="80"/>
      </w:pPr>
      <w:r>
        <w:rPr>
          <w:b w:val="0"/>
          <w:i w:val="0"/>
        </w:rPr>
        <w:t>Ông đọc lại một lần nữa không ngừng nghỉ, vừa dưới mười lăm phút. Winston Churchill từng nói với ông: Một bài phát biểu quan trọng nên mất một giờ để viết cho mỗi phút để trình bày, đồng thời, cậu bạn thân mến, cậu phải khiến khán giả tin rằng đó là lời nói ứng khẩu. Đó chính là sự khác biệt giữa một người nói đơn thuần và một nhà hùng biện, Churchill đã gợi ý như vậy.</w:t>
      </w:r>
    </w:p>
    <w:p>
      <w:pPr>
        <w:spacing w:after="80"/>
      </w:pPr>
      <w:r>
        <w:rPr>
          <w:b w:val="0"/>
          <w:i w:val="0"/>
        </w:rPr>
        <w:t>Giles đứng dậy, đẩy ghế ra sau và bắt đầu đọc điếu văn như thể đang nói với cả ngàn người, dù ông chẳng biết hội chúng sẽ đông đến mức nào. Vị giáo sĩ đã bảo ông rằng nhà thờ lớn có thể chứa thoải mái hai ngàn người, nhưng chỉ đạt được con số đó trong những dịp hiếm hoi, chẳng hạn như tang lễ của một thành viên hoàng gia, hay lễ tưởng niệm một thủ tướng, mà ngay cả những dịp ấy cũng không phải lúc nào cũng chắc chắn kín chỗ.</w:t>
      </w:r>
    </w:p>
    <w:p>
      <w:pPr>
        <w:spacing w:after="80"/>
      </w:pPr>
      <w:r>
        <w:rPr>
          <w:b w:val="0"/>
          <w:i w:val="0"/>
        </w:rPr>
        <w:t>Đừng lo, ông ấy nói thêm, miễn là có sáu trăm người đến, chúng ta có thể lấp đầy gian giữa, chặn khu văn phòng đi và trông vẫn sẽ đông kín. Chỉ những người đi lễ thường xuyên của chúng ta mới nhận ra thôi.</w:t>
      </w:r>
    </w:p>
    <w:p>
      <w:pPr>
        <w:spacing w:after="80"/>
      </w:pPr>
      <w:r>
        <w:rPr>
          <w:b w:val="0"/>
          <w:i w:val="0"/>
        </w:rPr>
        <w:t>Giles chỉ cầu mong gian giữa sẽ đầy ắp, vì ông không muốn làm bạn mình thất vọng. Mười bốn phút sau ông đặt bản thảo xuống, rồi quay lại phòng ngủ, thấy Karin vẫn còn trong bộ áo choàng.</w:t>
      </w:r>
    </w:p>
    <w:p>
      <w:pPr>
        <w:spacing w:after="80"/>
      </w:pPr>
      <w:r>
        <w:rPr>
          <w:b w:val="0"/>
          <w:i w:val="0"/>
        </w:rPr>
        <w:t>Mình phải đi thôi, ông nói.</w:t>
      </w:r>
    </w:p>
    <w:p>
      <w:pPr>
        <w:spacing w:after="80"/>
      </w:pPr>
      <w:r>
        <w:rPr>
          <w:b w:val="0"/>
          <w:i w:val="0"/>
        </w:rPr>
        <w:t>Tất nhiên rồi, anh yêu, Karin nói, tức là, nếu anh định đi bộ đến nhà thờ lớn. Nếu anh đi ngay bây giờ, anh sẽ đến kịp để đón vị trưởng giáo, cô nói thêm rồi biến vào phòng tắm.</w:t>
      </w:r>
    </w:p>
    <w:p>
      <w:pPr>
        <w:spacing w:after="80"/>
      </w:pPr>
      <w:r>
        <w:rPr>
          <w:b w:val="0"/>
          <w:i w:val="0"/>
        </w:rPr>
        <w:t>Trong khi Giles đang ôn lại bài phát biểu ở dưới nhà, cô đã bày ra một chiếc áo sơ mi trắng, chiếc cà vạt của trường Bristol Grammar School của ông, và một bộ vest tối màu vừa được lấy về từ tiệm giặt là hôm trước. Giles thong thả mặc đồ, cuối cùng chọn một đôi khuy măng sét vàng mà Harry đã tặng ông trong ngày cưới. Sau khi tự kiểm tra mình trong gương, ông đi đi lại lại không yên trong phòng ngủ, đọc to cả những đoạn của điếu văn và liên tục nhìn đồng hồ. Cô ấy còn mất bao lâu nữa đây?</w:t>
      </w:r>
    </w:p>
    <w:p>
      <w:pPr>
        <w:spacing w:after="80"/>
      </w:pPr>
      <w:r>
        <w:rPr>
          <w:b w:val="0"/>
          <w:i w:val="0"/>
        </w:rPr>
        <w:t>Khi Karin xuất hiện trở lại hai mươi phút sau, cô mặc một chiếc váy màu xanh navy giản dị mà Giles chưa từng thấy trước đây, điểm xuyết một chiếc trâm cài hình cổng thành bằng vàng. Cô đã làm Harry tự hào.</w:t>
      </w:r>
    </w:p>
    <w:p>
      <w:pPr>
        <w:spacing w:after="80"/>
      </w:pPr>
      <w:r>
        <w:rPr>
          <w:b w:val="0"/>
          <w:i w:val="0"/>
        </w:rPr>
        <w:t>Đến giờ đi rồi, cô bình thản thông báo.</w:t>
      </w:r>
    </w:p>
    <w:p>
      <w:pPr>
        <w:spacing w:after="80"/>
      </w:pPr>
      <w:r>
        <w:rPr>
          <w:b w:val="0"/>
          <w:i w:val="0"/>
        </w:rPr>
        <w:t>Khi họ rời khỏi nhà, Giles nhẹ nhõm thấy Tom đã đứng sẵn bên cửa sau của xe.</w:t>
      </w:r>
    </w:p>
    <w:p>
      <w:pPr>
        <w:spacing w:after="80"/>
      </w:pPr>
      <w:r>
        <w:rPr>
          <w:b w:val="0"/>
          <w:i w:val="0"/>
        </w:rPr>
        <w:t>Đi thôi, Tom, ông nói khi ngồi sụp xuống ghế sau, lại nhìn đồng hồ.</w:t>
      </w:r>
    </w:p>
    <w:p>
      <w:pPr>
        <w:spacing w:after="80"/>
      </w:pPr>
      <w:r>
        <w:rPr>
          <w:b w:val="0"/>
          <w:i w:val="0"/>
        </w:rPr>
        <w:t>Tom lái xe từ tốn ra khỏi Quảng trường Smith cho xứng với dịp này. Qua Cung điện Westminster và vòng quanh Quảng trường Nghị viện rồi men theo Bờ kè Victoria.</w:t>
      </w:r>
    </w:p>
    <w:p>
      <w:pPr>
        <w:spacing w:after="80"/>
      </w:pPr>
      <w:r>
        <w:rPr>
          <w:b w:val="0"/>
          <w:i w:val="0"/>
        </w:rPr>
        <w:t>Giao thông hôm nay có vẻ đông bất thường, Giles nói, lại nhìn đồng hồ.</w:t>
      </w:r>
    </w:p>
    <w:p>
      <w:pPr>
        <w:spacing w:after="80"/>
      </w:pPr>
      <w:r>
        <w:rPr>
          <w:b w:val="0"/>
          <w:i w:val="0"/>
        </w:rPr>
        <w:t>Cũng ngang tuần trước thôi, Tom nói.</w:t>
      </w:r>
    </w:p>
    <w:p>
      <w:pPr>
        <w:spacing w:after="80"/>
      </w:pPr>
      <w:r>
        <w:rPr>
          <w:b w:val="0"/>
          <w:i w:val="0"/>
        </w:rPr>
        <w:t>Giles không bình luận gì về việc đèn nào cũng như chuyển đỏ đúng lúc họ đến gần. Ông tin chắc họ sẽ đến muộn.</w:t>
      </w:r>
    </w:p>
    <w:p>
      <w:pPr>
        <w:spacing w:after="80"/>
      </w:pPr>
      <w:r>
        <w:rPr>
          <w:b w:val="0"/>
          <w:i w:val="0"/>
        </w:rPr>
        <w:t>Khi họ lái qua những tượng griffin cưỡi ngựa biểu trưng cho Thành phố London, Giles lần đầu tiên bắt đầu thấy nhẹ nhõm, vì giờ có vẻ như họ sẽ đến sớm khoảng mười phút. Và lẽ ra họ đã đến sớm, nếu không có một chuyện mà không ai trong số họ lường trước.</w:t>
      </w:r>
    </w:p>
    <w:p>
      <w:pPr>
        <w:spacing w:after="80"/>
      </w:pPr>
      <w:r>
        <w:rPr>
          <w:b w:val="0"/>
          <w:i w:val="0"/>
        </w:rPr>
        <w:t>Còn khoảng nửa dặm nữa và đã nhìn thấy mái vòm của nhà thờ lớn, Tom phát hiện một rào chắn ngang đường mà tuần trước khi họ chạy thử thì chưa có. Một viên cảnh sát giơ tay ra hiệu dừng xe, Tom hạ cửa kính xuống và nói: Đại Pháp quan.</w:t>
      </w:r>
    </w:p>
    <w:p>
      <w:pPr>
        <w:spacing w:after="80"/>
      </w:pPr>
      <w:r>
        <w:rPr>
          <w:b w:val="0"/>
          <w:i w:val="0"/>
        </w:rPr>
        <w:t>Viên cảnh sát chào và gật đầu với một đồng nghiệp, người này nâng rào chắn lên để họ đi qua.</w:t>
      </w:r>
    </w:p>
    <w:p>
      <w:pPr>
        <w:spacing w:after="80"/>
      </w:pPr>
      <w:r>
        <w:rPr>
          <w:b w:val="0"/>
          <w:i w:val="0"/>
        </w:rPr>
        <w:t>Giles mừng vì họ đến sớm bởi họ đang di chuyển quá chậm. Đám đông người đi bộ tràn từ vỉa hè ra lòng đường, cuối cùng khiến chiếc xe gần như phải dừng hẳn.</w:t>
      </w:r>
    </w:p>
    <w:p>
      <w:pPr>
        <w:spacing w:after="80"/>
      </w:pPr>
      <w:r>
        <w:rPr>
          <w:b w:val="0"/>
          <w:i w:val="0"/>
        </w:rPr>
        <w:t>Dừng ở đây đi, Tom, Giles nói. Chúng ta sẽ phải đi bộ nốt trăm thước cuối cùng.</w:t>
      </w:r>
    </w:p>
    <w:p>
      <w:pPr>
        <w:spacing w:after="80"/>
      </w:pPr>
      <w:r>
        <w:rPr>
          <w:b w:val="0"/>
          <w:i w:val="0"/>
        </w:rPr>
        <w:t>Tom dừng xe giữa đường và vội vã mở cửa sau, nhưng khi anh tới nơi thì Giles và Karin đã đang rẽ qua đám đông. Mọi người né sang một bên khi nhận ra ông, và vài người còn bắt đầu vỗ tay.</w:t>
      </w:r>
    </w:p>
    <w:p>
      <w:pPr>
        <w:spacing w:after="80"/>
      </w:pPr>
      <w:r>
        <w:rPr>
          <w:b w:val="0"/>
          <w:i w:val="0"/>
        </w:rPr>
        <w:t>Giles định đáp lại tràng pháo tay của họ thì Karin thì thầm: Đừng quên họ đang vỗ tay cho Harry, không phải cho anh đâu.</w:t>
      </w:r>
    </w:p>
    <w:p>
      <w:pPr>
        <w:spacing w:after="80"/>
      </w:pPr>
      <w:r>
        <w:rPr>
          <w:b w:val="0"/>
          <w:i w:val="0"/>
        </w:rPr>
        <w:t>Cuối cùng họ cũng tới bậc thềm nhà thờ lớn và bắt đầu leo lên qua một hành lang những cây bút chì và bút mực giơ cao, được giơ lên bởi những người muốn tưởng nhớ Harry không chỉ như một tác giả, mà còn như một nhà đấu tranh cho quyền công dân.</w:t>
      </w:r>
    </w:p>
    <w:p>
      <w:pPr>
        <w:spacing w:after="80"/>
      </w:pPr>
      <w:r>
        <w:rPr>
          <w:b w:val="0"/>
          <w:i w:val="0"/>
        </w:rPr>
        <w:t>Giles ngước lên và thấy Eric Evans, giáo sĩ chính thức trú tại nhà thờ, đang đợi họ trên bậc thềm cao nhất.</w:t>
      </w:r>
    </w:p>
    <w:p>
      <w:pPr>
        <w:spacing w:after="80"/>
      </w:pPr>
      <w:r>
        <w:rPr>
          <w:b w:val="0"/>
          <w:i w:val="0"/>
        </w:rPr>
        <w:t>Tôi đoán sai rồi, phải không, ông nói, cười toe toét. Chắc là chuyện của giới tác giả, lúc nào cũng nổi tiếng hơn các chính trị gia.</w:t>
      </w:r>
    </w:p>
    <w:p>
      <w:pPr>
        <w:spacing w:after="80"/>
      </w:pPr>
      <w:r>
        <w:rPr>
          <w:b w:val="0"/>
          <w:i w:val="0"/>
        </w:rPr>
        <w:t>Giles cười gượng gạo khi vị giáo sĩ hộ tống họ qua cánh cửa phía tây bắc vào trong nhà thờ lớn, nơi những người đến muộn, kể cả khi có vé, đang đứng bên hông gian giữa, còn những người không có vé thì chen chúc ở phía sau như cổ động viên bóng đá trên khán đài chật kín.</w:t>
      </w:r>
    </w:p>
    <w:p>
      <w:pPr>
        <w:spacing w:after="80"/>
      </w:pPr>
      <w:r>
        <w:rPr>
          <w:b w:val="0"/>
          <w:i w:val="0"/>
        </w:rPr>
        <w:t>Karin biết tiếng cười của Giles là sự pha trộn giữa hồi hộp và adrenaline. Thật ra, cô chưa từng thấy ông căng thẳng đến thế.</w:t>
      </w:r>
    </w:p>
    <w:p>
      <w:pPr>
        <w:spacing w:after="80"/>
      </w:pPr>
      <w:r>
        <w:rPr>
          <w:b w:val="0"/>
          <w:i w:val="0"/>
        </w:rPr>
        <w:t>Thư giãn đi, cô thì thầm, khi vị trưởng giáo sĩ dẫn họ đi dọc lối đi bằng đá cẩm thạch dài, ngang qua đài tưởng niệm Wellington và xuyên qua giáo đoàn đông kín, tới chỗ ngồi của họ ở đầu gian giữa. Giles nhận ra vài người khi họ chậm rãi tiến về phía bàn thờ cao. Aaron Guinzburg đang ngồi cạnh Ian Chapman, Tiến sĩ Richards với Lord Samuel, Hakim Bishara và Arnold Hardcastle đại diện cho Farthings, Ngài Alan Redmayne ngồi cạnh Ngài John Rennie, còn Victor Kaufman và người bạn học cũ Giáo sư Algernon Deakins thì ngồi gần phía trước.</w:t>
      </w:r>
    </w:p>
    <w:p>
      <w:pPr>
        <w:spacing w:after="80"/>
      </w:pPr>
      <w:r>
        <w:rPr>
          <w:b w:val="0"/>
          <w:i w:val="0"/>
        </w:rPr>
        <w:t>Nhưng điều khiến ông bất ngờ là hai người phụ nữ ngồi một mình. Một bà cụ thanh lịch, cúi đầu khi Giles đi ngang qua, ngồi gần phía sau, rõ ràng không còn muốn được nhận ra như một góa phụ công tước có thể đã mong đợi, trong khi ở hàng ngay phía sau gia đình là một bà cụ khác đã đi từ Moscow đến để tưởng nhớ người bạn thân yêu quá cố của chồng mình.</w:t>
      </w:r>
    </w:p>
    <w:p>
      <w:pPr>
        <w:spacing w:after="80"/>
      </w:pPr>
      <w:r>
        <w:rPr>
          <w:b w:val="0"/>
          <w:i w:val="0"/>
        </w:rPr>
        <w:t>Khi họ đã ổn định chỗ ngồi ở hàng đầu, Giles cầm lên tờ chương trình lễ do Grace chuẩn bị. Bìa được trang trí bằng một bức chân dung giản dị của Ngài Harry Clifton KBE do người đoạt giải Turner gần nhất vẽ.</w:t>
      </w:r>
    </w:p>
    <w:p>
      <w:pPr>
        <w:spacing w:after="80"/>
      </w:pPr>
      <w:r>
        <w:rPr>
          <w:b w:val="0"/>
          <w:i w:val="0"/>
        </w:rPr>
        <w:t>Chương trình lễ có thể chính Harry đã chọn, vì nó phản ánh gu cá nhân của ông: truyền thống, đại chúng, không bận tâm bị gọi là lãng mạn. Mẹ ông hẳn sẽ tán thành.</w:t>
      </w:r>
    </w:p>
    <w:p>
      <w:pPr>
        <w:spacing w:after="80"/>
      </w:pPr>
      <w:r>
        <w:rPr>
          <w:b w:val="0"/>
          <w:i w:val="0"/>
        </w:rPr>
        <w:t>Giáo đoàn được chào đón bởi Đức Giám mục Barry Donaldson, Giám mục Bristol, người dẫn họ cầu nguyện để tưởng nhớ Harry. Bài đọc thứ nhất do Jake đọc, đầu cậu bé gần như không thấy được phía trên bục đọc.</w:t>
      </w:r>
    </w:p>
    <w:p>
      <w:pPr>
        <w:spacing w:after="80"/>
      </w:pPr>
      <w:r>
        <w:rPr>
          <w:b w:val="0"/>
          <w:i w:val="0"/>
        </w:rPr>
        <w:t xml:space="preserve">1 Cô-rinh-tô 13. </w:t>
      </w:r>
      <w:r>
        <w:rPr>
          <w:b w:val="0"/>
          <w:i/>
        </w:rPr>
        <w:t>Nếu tôi nói được các thứ tiếng của loài người hay của thiên sứ</w:t>
      </w:r>
      <w:r>
        <w:rPr>
          <w:b w:val="0"/>
          <w:i w:val="0"/>
        </w:rPr>
        <w:t xml:space="preserve"> . . .</w:t>
      </w:r>
    </w:p>
    <w:p>
      <w:pPr>
        <w:spacing w:after="80"/>
      </w:pPr>
      <w:r>
        <w:rPr>
          <w:b w:val="0"/>
          <w:i w:val="0"/>
        </w:rPr>
        <w:t xml:space="preserve">Dàn hợp xướng của St Mary Redcliffe, nơi Harry từng là thành viên, đã hát </w:t>
      </w:r>
      <w:r>
        <w:rPr>
          <w:b w:val="0"/>
          <w:i/>
        </w:rPr>
        <w:t>Hãy vui mừng vì Chúa đã phục sinh!</w:t>
      </w:r>
    </w:p>
    <w:p>
      <w:pPr>
        <w:spacing w:after="80"/>
      </w:pPr>
      <w:r>
        <w:rPr>
          <w:b w:val="0"/>
          <w:i w:val="0"/>
        </w:rPr>
        <w:t>Sebastian, với tư cách là người đứng đầu mới của gia tộc Clifton, chậm rãi bước lên bục đọc phía bắc để đọc bài đọc thứ hai, Khải Huyền 21 đến 37, và chỉ vừa đủ sức thốt ra những lời đó.</w:t>
      </w:r>
    </w:p>
    <w:p>
      <w:pPr>
        <w:spacing w:after="80"/>
      </w:pPr>
      <w:r>
        <w:rPr>
          <w:b w:val="0"/>
          <w:i/>
        </w:rPr>
        <w:t>Và tôi thấy trời mới và đất mới: vì trời thứ nhất và đất thứ nhất đã qua đi; và không còn biển nữa</w:t>
      </w:r>
      <w:r>
        <w:rPr>
          <w:b w:val="0"/>
          <w:i w:val="0"/>
        </w:rPr>
        <w:t xml:space="preserve"> . . . Khi ông trở về chỗ ngồi ở hàng ghế đầu, Giles không khỏi nhận ra rằng tóc của cháu trai mình bắt đầu bạc ở hai bên thái dương — điều đó cũng hợp lý thôi, ông nghĩ thầm, với một người vừa mới được bầu vào hội đồng của Ngân hàng Anh quốc.</w:t>
      </w:r>
    </w:p>
    <w:p>
      <w:pPr>
        <w:spacing w:after="80"/>
      </w:pPr>
      <w:r>
        <w:rPr>
          <w:b w:val="0"/>
          <w:i w:val="0"/>
        </w:rPr>
        <w:t xml:space="preserve">Giáo đoàn đứng dậy cùng với tất cả những người bên ngoài nhà thờ lớn hát bài hát yêu thích của Harry từ </w:t>
      </w:r>
      <w:r>
        <w:rPr>
          <w:b w:val="0"/>
          <w:i/>
        </w:rPr>
        <w:t>Guys and Dolls</w:t>
      </w:r>
      <w:r>
        <w:rPr>
          <w:b w:val="0"/>
          <w:i w:val="0"/>
        </w:rPr>
        <w:t>, Sit Down, You're Rockin' the Boat. Có lẽ lần đầu tiên trong lịch sử nhà thờ lớn, những tiếng hô "Encore" vang lên cả bên trong lẫn bên ngoài; bên trong, nơi Đội quân Cứu tế được dẫn dắt bởi cô Adelaide đại diện cho Emma, còn bên ngoài là hàng nghìn Sky Masterson đang hóa thân thành Harry.</w:t>
      </w:r>
    </w:p>
    <w:p>
      <w:pPr>
        <w:spacing w:after="80"/>
      </w:pPr>
      <w:r>
        <w:rPr>
          <w:b w:val="0"/>
          <w:i w:val="0"/>
        </w:rPr>
        <w:t xml:space="preserve">Vị giáo chủ gật đầu, và người chỉ huy hợp xướng lại giơ cây gậy chỉ huy lên. Giles có lẽ là người duy nhất không tham gia khi giáo đoàn bắt đầu hát, </w:t>
      </w:r>
      <w:r>
        <w:rPr>
          <w:b w:val="0"/>
          <w:i/>
        </w:rPr>
        <w:t>Và những bàn chân ấy thuở xa xưa</w:t>
      </w:r>
      <w:r>
        <w:rPr>
          <w:b w:val="0"/>
          <w:i w:val="0"/>
        </w:rPr>
        <w:t xml:space="preserve"> . . . Càng lúc càng hồi hộp, ông đặt tờ chương trình lễ bên cạnh và bám chặt vào hàng ghế, hy vọng không ai nhìn thấy đôi tay mình đang run rẩy.</w:t>
      </w:r>
    </w:p>
    <w:p>
      <w:pPr>
        <w:spacing w:after="80"/>
      </w:pPr>
      <w:r>
        <w:rPr>
          <w:b w:val="0"/>
          <w:i w:val="0"/>
        </w:rPr>
        <w:t xml:space="preserve">Khi giáo đoàn hát đến câu, </w:t>
      </w:r>
      <w:r>
        <w:rPr>
          <w:b w:val="0"/>
          <w:i/>
        </w:rPr>
        <w:t>Cho đến khi chúng ta dựng xây Jerusalem</w:t>
      </w:r>
      <w:r>
        <w:rPr>
          <w:b w:val="0"/>
          <w:i w:val="0"/>
        </w:rPr>
        <w:t xml:space="preserve"> . . . Giles quay sang thấy vị giáo chủ đang đứng bên cạnh mình. Ông cúi chào. Chắc đã 11 giờ 41 phút rồi.</w:t>
      </w:r>
    </w:p>
    <w:p>
      <w:pPr>
        <w:spacing w:after="80"/>
      </w:pPr>
      <w:r>
        <w:rPr>
          <w:b w:val="0"/>
          <w:i w:val="0"/>
        </w:rPr>
        <w:t xml:space="preserve">Giles đứng dậy, bước ra lối đi và theo vị giáo chủ đến bậc thang giảng đài, nơi ông lại cúi chào, trước khi để ông ấy lại với </w:t>
      </w:r>
      <w:r>
        <w:rPr>
          <w:b w:val="0"/>
          <w:i/>
        </w:rPr>
        <w:t>Trong vùng đất xanh tươi êm đềm của nước Anh</w:t>
      </w:r>
      <w:r>
        <w:rPr>
          <w:b w:val="0"/>
          <w:i w:val="0"/>
        </w:rPr>
        <w:t xml:space="preserve"> vang vọng trong tai. Khi Giles quay lại để leo mười ba bậc thang, ông có thể nghe thấy Harry nói, </w:t>
      </w:r>
      <w:r>
        <w:rPr>
          <w:b w:val="0"/>
          <w:i/>
        </w:rPr>
        <w:t>Chúc may mắn nhé, anh bạn già, thà là anh chứ không phải tôi</w:t>
      </w:r>
      <w:r>
        <w:rPr>
          <w:b w:val="0"/>
          <w:i w:val="0"/>
        </w:rPr>
        <w:t>.</w:t>
      </w:r>
    </w:p>
    <w:p>
      <w:pPr>
        <w:spacing w:after="80"/>
      </w:pPr>
      <w:r>
        <w:rPr>
          <w:b w:val="0"/>
          <w:i w:val="0"/>
        </w:rPr>
        <w:t>Khi lên đến giảng đài, Giles đặt bản thảo của mình lên chiếc giá đọc nhỏ bằng đồng thau và nhìn xuống giáo đoàn đông đúc. Chỉ có một chỗ ngồi trống. Sau khi câu cuối cùng trong kiệt tác của Blake được cất lên, giáo đoàn trở về chỗ ngồi. Giles liếc sang trái và thấy tượng Nelson, với một bên mắt đang nhìn thẳng vào ông, và chờ cho khán giả ổn định chỗ ngồi trước khi thốt ra câu mở đầu.</w:t>
      </w:r>
    </w:p>
    <w:p>
      <w:pPr>
        <w:spacing w:after="80"/>
        <w:jc w:val="center"/>
      </w:pPr>
      <w:r>
        <w:rPr>
          <w:b w:val="0"/>
          <w:i/>
        </w:rPr>
        <w:t>Đây là người La Mã cao quý nhất trong tất cả.</w:t>
      </w:r>
    </w:p>
    <w:p>
      <w:pPr>
        <w:spacing w:after="80"/>
      </w:pPr>
      <w:r>
        <w:rPr>
          <w:b w:val="0"/>
          <w:i w:val="0"/>
        </w:rPr>
        <w:t>Nhiều người qua bao năm tháng đã hỏi tôi rằng liệu có rõ ràng không, khi tôi lần đầu gặp Harry Clifton, rằng tôi đang ở trước một con người thực sự phi thường, và tôi phải nói rằng không, không hề rõ ràng. Thực ra, chỉ có sự tình cờ đưa chúng tôi đến với nhau, hay chính xác hơn, là bảng chữ cái. Vì tên tôi là Barrington, tôi được xếp vào giường bên cạnh Clifton trong ký túc xá vào ngày đầu tiên chúng tôi đến St Bede's, và từ sự tình cờ ngẫu nhiên đó đã nảy sinh một tình bạn suốt đời.</w:t>
      </w:r>
    </w:p>
    <w:p>
      <w:pPr>
        <w:spacing w:after="80"/>
      </w:pPr>
      <w:r>
        <w:rPr>
          <w:b w:val="0"/>
          <w:i w:val="0"/>
        </w:rPr>
        <w:t>Ngay từ đầu tôi đã thấy rõ rằng tôi là con người ưu việt hơn. Suy cho cùng, cậu bé được xếp bên cạnh tôi không chỉ khóc suốt đêm mà còn đái dầm.</w:t>
      </w:r>
    </w:p>
    <w:p>
      <w:pPr>
        <w:spacing w:after="80"/>
      </w:pPr>
      <w:r>
        <w:rPr>
          <w:b w:val="0"/>
          <w:i w:val="0"/>
        </w:rPr>
        <w:t>Tiếng cười rộ từ bên ngoài nhanh chóng lan vào trong nhà thờ lớn, giúp Giles thư giãn hơn.</w:t>
      </w:r>
    </w:p>
    <w:p>
      <w:pPr>
        <w:spacing w:after="80"/>
      </w:pPr>
      <w:r>
        <w:rPr>
          <w:b w:val="0"/>
          <w:i w:val="0"/>
        </w:rPr>
        <w:t>Sự ưu việt bẩm sinh này tiếp tục thể hiện khi cậu ta lẻn vào phòng rửa mặt. Clifton không có bàn chải đánh răng lẫn kem đánh răng, và phải mượn của tôi. Sáng hôm sau, khi chúng tôi cùng các cậu bé khác ăn sáng, sự ưu việt của tôi càng rõ ràng hơn khi thấy Clifton chưa từng được giới thiệu với cái thìa, vì cậu ta liếm sạch bát cháo của mình. Lúc đó tôi thấy đó có vẻ là một ý hay, nên tôi cũng làm theo. Sau bữa sáng, tất cả chúng tôi kéo nhau đến Đại sảnh cho buổi tập trung đầu tiên, để nghe hiệu trưởng phát biểu. Mặc dù Clifton rõ ràng không hề ngang hàng với tôi, cậu ta là con trai của một công nhân bốc xếp, còn bố tôi sở hữu cả bến cảng, mẹ cậu ta là bồi bàn, còn mẹ tôi là Quý bà Barrington. Làm sao chúng tôi có thể ngang hàng được? Tuy vậy, tôi vẫn cho phép cậu ta ngồi cạnh mình.</w:t>
      </w:r>
    </w:p>
    <w:p>
      <w:pPr>
        <w:spacing w:after="80"/>
      </w:pPr>
      <w:r>
        <w:rPr>
          <w:b w:val="0"/>
          <w:i w:val="0"/>
        </w:rPr>
        <w:t>Khi buổi tập trung kết thúc, chúng tôi đi đến lớp học cho tiết học đầu tiên, nơi một lần nữa Clifton lại ngồi cạnh Barrington. Đáng tiếc thay, đến khi chuông báo giờ nghỉ vang lên, sự ưu việt huyễn hoặc của tôi đã tan biến nhanh hơn cả sương mai khi mặt trời lên. Tôi cũng không mất nhiều thời gian hơn để nhận ra rằng tôi sẽ sống dưới cái bóng của Harry suốt phần đời còn lại, vì cậu ấy được định mệnh chứng minh, vượt xa thế giới nhỏ bé mà chúng tôi khi đó đang sống, rằng cây bút thực sự mạnh hơn thanh gươm.</w:t>
      </w:r>
    </w:p>
    <w:p>
      <w:pPr>
        <w:spacing w:after="80"/>
      </w:pPr>
      <w:r>
        <w:rPr>
          <w:b w:val="0"/>
          <w:i w:val="0"/>
        </w:rPr>
        <w:t>Tình trạng này tiếp diễn sau khi chúng tôi rời St Bede's và chuyển lên Trường Ngữ pháp Bristol, khi tôi lại được xếp ngồi cạnh người bạn của mình — nhưng tôi phải thừa nhận rằng tôi chỉ giành được một chỗ ở trường vì họ cần một nhà nghỉ cho đội cricket mới, và bố tôi đã trả tiền cho nó.</w:t>
      </w:r>
    </w:p>
    <w:p>
      <w:pPr>
        <w:spacing w:after="80"/>
      </w:pPr>
      <w:r>
        <w:rPr>
          <w:b w:val="0"/>
          <w:i w:val="0"/>
        </w:rPr>
        <w:t>Trong khi những người bên ngoài Nhà thờ St Paul cười đùa và vỗ tay, thì phép lịch sự chỉ cho phép những tiếng cười nhã nhặn bên trong nhà thờ lớn.</w:t>
      </w:r>
    </w:p>
    <w:p>
      <w:pPr>
        <w:spacing w:after="80"/>
      </w:pPr>
      <w:r>
        <w:rPr>
          <w:b w:val="0"/>
          <w:i w:val="0"/>
        </w:rPr>
        <w:t>Tôi tiếp tục làm đội trưởng đội cricket mười một người của trường, trong khi Harry giành giải thưởng môn tiếng Anh và một suất học bổng sang Oxford. Tôi cũng xoay xở lọt được vào Oxford, nhưng chỉ sau khi tôi ghi được một trăm điểm tại Lords cho đội Young MCC.</w:t>
      </w:r>
    </w:p>
    <w:p>
      <w:pPr>
        <w:spacing w:after="80"/>
      </w:pPr>
      <w:r>
        <w:rPr>
          <w:b w:val="0"/>
          <w:i w:val="0"/>
        </w:rPr>
        <w:t>Giles chờ cho tiếng cười lắng xuống rồi mới tiếp tục.</w:t>
      </w:r>
    </w:p>
    <w:p>
      <w:pPr>
        <w:spacing w:after="80"/>
      </w:pPr>
      <w:r>
        <w:rPr>
          <w:b w:val="0"/>
          <w:i w:val="0"/>
        </w:rPr>
        <w:t>Và rồi một chuyện xảy ra mà tôi không hề chuẩn bị trước. Harry đem lòng yêu em gái tôi, Emma. Tôi thú nhận rằng hồi đó tôi thấy cậu ta có thể chọn được người tốt hơn. Để bênh vực cho mình, tôi đâu thể biết rằng cô ấy sẽ giành học bổng cao nhất vào trường Somerville College, Oxford, trở thành nữ chủ tịch đầu tiên của một công ty đại chúng, chủ tịch một bệnh viện NHS và một bộ trưởng của Chính phủ Hoàng gia. Không phải lần đầu tiên, cũng chẳng phải lần cuối, Harry chứng minh tôi đã sai. Tôi thậm chí không còn là người Barrington giỏi giang nhất nữa. Có lẽ đây chưa phải lúc để nhắc đến cô em út Grace của tôi, hồi đó còn đang đi học, người sau này trở thành Giáo sư tiếng Anh tại Cambridge. Giờ tôi bị đẩy xuống vị trí thứ ba trong hệ thống thứ bậc nhà Barrington.</w:t>
      </w:r>
    </w:p>
    <w:p>
      <w:pPr>
        <w:spacing w:after="80"/>
      </w:pPr>
      <w:r>
        <w:rPr>
          <w:b w:val="0"/>
          <w:i w:val="0"/>
        </w:rPr>
        <w:t>Đến lúc này tôi đã chấp nhận rằng Harry giỏi hơn mình, nên tôi sắp xếp để hai đứa cùng học nhóm, vì tôi đã tính rằng cậu ta sẽ viết bài luận hộ tôi, còn tôi thì luyện cú đánh cover drive. Tuy nhiên, Adolf Hitler, một kẻ chưa từng chơi một ván cricket nào trong đời, đã chấm dứt chuyện đó, và khiến hai đứa chúng tôi mỗi người một ngả.</w:t>
      </w:r>
    </w:p>
    <w:p>
      <w:pPr>
        <w:spacing w:after="80"/>
      </w:pPr>
      <w:r>
        <w:rPr>
          <w:b w:val="0"/>
          <w:i/>
        </w:rPr>
        <w:t>Tất cả bọn mưu phản, trừ riêng hắn</w:t>
      </w:r>
    </w:p>
    <w:p>
      <w:pPr>
        <w:spacing w:after="80"/>
      </w:pPr>
      <w:r>
        <w:rPr>
          <w:b w:val="0"/>
          <w:i/>
        </w:rPr>
        <w:t>Đã làm điều chúng làm vì ghen tị với Caesar vĩ đại.</w:t>
      </w:r>
    </w:p>
    <w:p>
      <w:pPr>
        <w:spacing w:after="80"/>
      </w:pPr>
      <w:r>
        <w:rPr>
          <w:b w:val="0"/>
          <w:i w:val="0"/>
        </w:rPr>
        <w:t>Harry làm tôi xấu hổ khi rời Oxford và nhập ngũ ngay cả trước khi chiến tranh được tuyên bố, và đến khi tôi theo chân cậu ta thì tàu của cậu đã bị một tàu ngầm U-boat của Đức đánh chìm. Mọi người đều cho rằng cậu đã mất tích trên biển. Nhưng không thể tống khứ Harry Clifton dễ dàng như thế. Cậu được người Mỹ cứu, và dành phần còn lại của cuộc chiến phía sau chiến tuyến địch, trong khi tôi lại kết thúc trong một trại tù binh Đức. Tôi có cảm giác rằng nếu Trung úy Clifton nằm ở giường bên cạnh tôi tại Weinsberg, tôi đã trốn thoát sớm hơn nhiều.</w:t>
      </w:r>
    </w:p>
    <w:p>
      <w:pPr>
        <w:spacing w:after="80"/>
      </w:pPr>
      <w:r>
        <w:rPr>
          <w:b w:val="0"/>
          <w:i w:val="0"/>
        </w:rPr>
        <w:t>Harry chưa bao giờ kể với tôi hay bất kỳ ai về cuộc chiến của mình, dù cậu đã được trao tặng Ngôi Sao Bạc danh giá vì phục vụ với tư cách một đại úy trẻ trong Quân đội Mỹ. Nhưng nếu bạn đọc bản trích dẫn khen thưởng của cậu, như tôi đã đọc lần đầu tiên khi đến Washington với tư cách bộ trưởng ngoại giao, bạn sẽ khám phá ra rằng với sự giúp đỡ của một hạ sĩ người Ireland, một chiếc xe jeep và hai khẩu súng lục, cậu đã thuyết phục Thống chế Kertel, chỉ huy một sư đoàn thiết giáp tinh nhuệ, ra lệnh cho lính của ông ta hạ vũ khí và đầu hàng. Ngay sau đó, chiếc jeep của Harry bị một quả mìn đất thổi tung khi cậu đang trên đường trở về tiểu đoàn. Người lái xe của cậu thiệt mạng, còn Harry được đưa bằng máy bay đến Bệnh viện Hoàng gia Bristol, và người ta không nghĩ cậu sẽ sống sót qua chuyến đi. Tuy nhiên, các vị thần lại có kế hoạch khác cho Harry Clifton mà ngay cả tôi cũng không thể tưởng tượng nổi.</w:t>
      </w:r>
    </w:p>
    <w:p>
      <w:pPr>
        <w:spacing w:after="80"/>
      </w:pPr>
      <w:r>
        <w:rPr>
          <w:b w:val="0"/>
          <w:i w:val="0"/>
        </w:rPr>
        <w:t>Khi chiến tranh kết thúc và Harry đã hồi phục hoàn toàn, cậu và Emma kết hôn và dọn vào ngôi nhà bên cạnh, dù tôi thú nhận vẫn còn vài mẫu Anh ngăn cách chúng tôi. Trở lại với thế giới thực, tôi muốn trở thành một chính trị gia, trong khi Harry có kế hoạch trở thành nhà văn, nên một lần nữa chúng tôi lại mỗi người một con đường.</w:t>
      </w:r>
    </w:p>
    <w:p>
      <w:pPr>
        <w:spacing w:after="80"/>
      </w:pPr>
      <w:r>
        <w:rPr>
          <w:b w:val="0"/>
          <w:i w:val="0"/>
        </w:rPr>
        <w:t>Khi tôi trở thành Nghị sĩ Quốc hội, tôi cảm thấy cuối cùng hai đứa đã ngang hàng, cho đến khi tôi phát hiện ra rằng có nhiều người đọc sách của Harry hơn là bỏ phiếu cho tôi. Niềm an ủi duy nhất của tôi là người hùng hư cấu của Harry, William Warwick, con trai một bá tước, đẹp trai, cực kỳ thông minh và là một nhân vật anh hùng, rõ ràng được xây dựng dựa trên tôi.</w:t>
      </w:r>
    </w:p>
    <w:p>
      <w:pPr>
        <w:spacing w:after="80"/>
      </w:pPr>
      <w:r>
        <w:rPr>
          <w:b w:val="0"/>
          <w:i w:val="0"/>
        </w:rPr>
        <w:t>Lại thêm những tràng cười, khi Giles lật sang trang tiếp theo.</w:t>
      </w:r>
    </w:p>
    <w:p>
      <w:pPr>
        <w:spacing w:after="80"/>
      </w:pPr>
      <w:r>
        <w:rPr>
          <w:b w:val="0"/>
          <w:i w:val="0"/>
        </w:rPr>
        <w:t>Nhưng mọi chuyện còn tệ hơn. Mỗi cuốn sách mới Harry viết, càng ngày càng nhiều độc giả gia nhập đạo quân người hâm mộ của cậu, trong khi mỗi lần tôi ra tranh cử, tôi lại nhận được càng ngày càng ít phiếu.</w:t>
      </w:r>
    </w:p>
    <w:p>
      <w:pPr>
        <w:spacing w:after="80"/>
      </w:pPr>
      <w:r>
        <w:rPr>
          <w:b w:val="0"/>
          <w:i/>
        </w:rPr>
        <w:t>Chỉ riêng hắn, với một tấm lòng chân thành bao quát</w:t>
      </w:r>
    </w:p>
    <w:p>
      <w:pPr>
        <w:spacing w:after="80"/>
      </w:pPr>
      <w:r>
        <w:rPr>
          <w:b w:val="0"/>
          <w:i/>
        </w:rPr>
        <w:t>Và lợi ích chung cho tất cả, đã trở thành một trong số họ.</w:t>
      </w:r>
    </w:p>
    <w:p>
      <w:pPr>
        <w:spacing w:after="80"/>
      </w:pPr>
      <w:r>
        <w:rPr>
          <w:b w:val="0"/>
          <w:i w:val="0"/>
        </w:rPr>
        <w:t>Và rồi, không báo trước, theo cái cách thất thường của số phận, cuộc đời Harry lại rẽ sang một hướng khác, khi cậu được mời làm chủ tịch tổ chức English PEN, một vai trò mà ở đó cậu sẽ thể hiện những kỹ năng khiến nhiều người tự cho mình là chính khách phải ghen tị.</w:t>
      </w:r>
    </w:p>
    <w:p>
      <w:pPr>
        <w:spacing w:after="80"/>
      </w:pPr>
      <w:r>
        <w:rPr>
          <w:b w:val="0"/>
          <w:i w:val="0"/>
        </w:rPr>
        <w:t>PEN trấn an cậu rằng đó là một vị trí danh dự và sẽ không đòi hỏi quá nhiều. Rõ ràng họ không hề biết mình đang đối phó với ai. Ở cuộc họp đầu tiên Harry tham dự với tư cách chủ tịch, cậu biết được số phận của một người mà hồi đó ít ai trong chúng tôi từng nghe tên, đang mòn mỏi trong một trại gulag ở Siberia. Nhờ ý thức công lý của Harry, Anatoly Babakov trở thành một cái tên quen thuộc, và trở thành một phần trong cuộc sống hằng ngày của chúng tôi.</w:t>
      </w:r>
    </w:p>
    <w:p>
      <w:pPr>
        <w:spacing w:after="80"/>
      </w:pPr>
      <w:r>
        <w:rPr>
          <w:b w:val="0"/>
          <w:i w:val="0"/>
        </w:rPr>
        <w:t>Lần này, tiếng reo hò trong và ngoài nhà thờ cứ kéo dài mãi, khi mọi người rút bút ra và giơ cao lên không trung.</w:t>
      </w:r>
    </w:p>
    <w:p>
      <w:pPr>
        <w:spacing w:after="80"/>
      </w:pPr>
      <w:r>
        <w:rPr>
          <w:b w:val="0"/>
          <w:i w:val="0"/>
        </w:rPr>
        <w:t>Nhờ quyết tâm không mệt mỏi của Harry, thế giới tự do đã đứng lên ủng hộ chính nghĩa của các nhà văn Nga vĩ đại, buộc chế độ độc tài đó phải nhượng bộ và cuối cùng trả tự do cho ông.</w:t>
      </w:r>
    </w:p>
    <w:p>
      <w:pPr>
        <w:spacing w:after="80"/>
      </w:pPr>
      <w:r>
        <w:rPr>
          <w:b w:val="0"/>
          <w:i w:val="0"/>
        </w:rPr>
        <w:t>Giles dừng lại và nhìn xuống cộng đoàn đông đúc, trước khi nói thêm: Và hôm nay, vợ của Anatoly Babakov, Yelena, đã bay từ Moscow đến để ở bên chúng ta, và để tôn vinh người đàn ông đã có can đảm thách thức người Nga ngay trong sân nhà của họ, tạo điều kiện để chồng bà được trả tự do, giành giải Nobel và sánh vai cùng những gã khổng lồ văn chương sống mãi sau khi chúng ta đã bị lãng quên.</w:t>
      </w:r>
    </w:p>
    <w:p>
      <w:pPr>
        <w:spacing w:after="80"/>
      </w:pPr>
      <w:r>
        <w:rPr>
          <w:b w:val="0"/>
          <w:i w:val="0"/>
        </w:rPr>
        <w:t>Lần này phải hơn một phút tiếng vỗ tay mới lắng xuống. Giles chờ đến khi hoàn toàn im lặng mới tiếp tục.</w:t>
      </w:r>
    </w:p>
    <w:p>
      <w:pPr>
        <w:spacing w:after="80"/>
      </w:pPr>
      <w:r>
        <w:rPr>
          <w:b w:val="0"/>
          <w:i w:val="0"/>
        </w:rPr>
        <w:t>Có bao nhiêu người trong số các vị có mặt ở đây hôm nay biết rằng Harry đã từ chối tước hiệu hiệp sĩ vì ông không chịu được vinh dự đó khi Anatoly Babakov vẫn còn mòn mỏi trong tù. Chính vợ ông, Emma, vài năm sau đó, khi hoàng gia viết thư lần thứ hai, đã thuyết phục ông nên nhận, không phải để ghi nhận công việc của ông như một nhà văn, mà như một người đấu tranh cho nhân quyền.</w:t>
      </w:r>
    </w:p>
    <w:p>
      <w:pPr>
        <w:spacing w:after="80"/>
      </w:pPr>
      <w:r>
        <w:rPr>
          <w:b w:val="0"/>
          <w:i w:val="0"/>
        </w:rPr>
        <w:t>Có lần tôi hỏi người đàn ông khiêm tốn, hiền hậu này rằng ông coi đâu là thành tựu lớn nhất của mình: đứng đầu danh sách bán chạy khắp thế giới, trở thành hiệp sĩ của vương quốc, hay giúp thế giới nhận ra thiên tài và lòng can đảm của người đồng nghiệp nhà văn Anatoly Babakov? Cưới em gái anh, ông trả lời ngay lập tức, vì cô ấy chưa bao giờ ngừng nâng cao chuẩn mực, điều đó đã đẩy tôi lên những tầm cao ngày càng lớn. Nếu Harry có bao giờ khoe khoang, thì đó chỉ là niềm tự hào về những thành tựu của Emma. Lòng đố kỵ chưa bao giờ len vào suy nghĩ của ông. Ông chỉ vui mừng trước thành công của người khác.</w:t>
      </w:r>
    </w:p>
    <w:p>
      <w:pPr>
        <w:spacing w:after="80"/>
      </w:pPr>
      <w:r>
        <w:rPr>
          <w:b w:val="0"/>
          <w:i/>
        </w:rPr>
        <w:t>Cuộc đời ông thật ôn hòa, và các nguyên tố</w:t>
      </w:r>
    </w:p>
    <w:p>
      <w:pPr>
        <w:spacing w:after="80"/>
      </w:pPr>
      <w:r>
        <w:rPr>
          <w:b w:val="0"/>
          <w:i/>
        </w:rPr>
        <w:t>Hòa quyện trong ông đến nỗi Tạo Hóa có thể đứng dậy</w:t>
      </w:r>
    </w:p>
    <w:p>
      <w:pPr>
        <w:spacing w:after="80"/>
      </w:pPr>
      <w:r>
        <w:rPr>
          <w:b w:val="0"/>
          <w:i w:val="0"/>
        </w:rPr>
        <w:t>Trong gia đình chúng tôi, có một truyền thống rằng mỗi đêm giao thừa, mỗi người tiết lộ quyết tâm của mình cho mười hai tháng sắp tới. Vài năm trước, Harry hơi ngập ngừng thú nhận rằng ông sẽ cố viết một cuốn tiểu thuyết mà mẹ ông - người phê bình khắt khe nhất của ông - sẽ hài lòng. Còn anh, Giles, ông hỏi, quyết tâm năm mới của anh là gì? Tôi sẽ giảm một stone, tôi nói với ông.</w:t>
      </w:r>
    </w:p>
    <w:p>
      <w:pPr>
        <w:spacing w:after="80"/>
      </w:pPr>
      <w:r>
        <w:rPr>
          <w:b w:val="0"/>
          <w:i w:val="0"/>
        </w:rPr>
        <w:t xml:space="preserve">Giles chờ tiếng cười lắng xuống, một tay đặt lên bụng, tay kia giơ cao một cuốn </w:t>
      </w:r>
      <w:r>
        <w:rPr>
          <w:b w:val="0"/>
          <w:i/>
        </w:rPr>
        <w:t>Heads You Win</w:t>
      </w:r>
      <w:r>
        <w:rPr>
          <w:b w:val="0"/>
          <w:i w:val="0"/>
        </w:rPr>
        <w:t xml:space="preserve"> cho mọi người cùng thấy.</w:t>
      </w:r>
    </w:p>
    <w:p>
      <w:pPr>
        <w:spacing w:after="80"/>
      </w:pPr>
      <w:r>
        <w:rPr>
          <w:b w:val="0"/>
          <w:i w:val="0"/>
        </w:rPr>
        <w:t>Tôi tăng thêm năm pound, trong khi sách của Harry bán được một triệu bản trong tuần đầu sau khi xuất bản. Nhưng ông vẫn sẽ coi trọng hơn việc chị dâu của mình, Grace, cựu giáo sư tiếng Anh tại Cambridge, ca ngợi nó là một kiệt tác kể chuyện.</w:t>
      </w:r>
    </w:p>
    <w:p>
      <w:pPr>
        <w:spacing w:after="80"/>
      </w:pPr>
      <w:r>
        <w:rPr>
          <w:b w:val="0"/>
          <w:i w:val="0"/>
        </w:rPr>
        <w:t>Giles dừng lại một lát, như đang suy ngẫm, rồi tiếp tục. Người ta nói với tôi rằng Harry Clifton đã chết. Tôi cho rằng ai dám lặp lại lời vu khống đó nên nhìn vào danh sách bán chạy khắp thế giới, điều chứng minh ông vẫn còn sống rất sung mãn. Và ngay khi ông chuẩn bị đón nhận những lời ca ngợi và vòng hoa ghi nhận những thành tựu cả đời, các vị thần quyết định can thiệp và nhắc nhở chúng ta rằng ông là người phàm, bằng cách giáng xuống người mà ông yêu thương nhất.</w:t>
      </w:r>
    </w:p>
    <w:p>
      <w:pPr>
        <w:spacing w:after="80"/>
      </w:pPr>
      <w:r>
        <w:rPr>
          <w:b w:val="0"/>
          <w:i w:val="0"/>
        </w:rPr>
        <w:t>Khi Harry lần đầu biết tin Emma mắc bệnh hiểm nghèo và phải đối mặt với sự thật rằng bà chỉ còn một năm để sống, như mọi trở ngại khác mà cuộc đời đặt lên đường ông, ông đối mặt trực diện, dù ông chấp nhận rằng đây là trận chiến không thể có chiến thắng.</w:t>
      </w:r>
    </w:p>
    <w:p>
      <w:pPr>
        <w:spacing w:after="80"/>
      </w:pPr>
      <w:r>
        <w:rPr>
          <w:b w:val="0"/>
          <w:i w:val="0"/>
        </w:rPr>
        <w:t>Ông lập tức gác lại mọi thứ, kể cả ngòi bút, để dành trọn cho Emma, và làm mọi điều trong khả năng để xoa dịu nỗi đau của bà. Nhưng không ai trong chúng tôi, những người sống cùng họ qua những ngày cuối đó, nhận ra đầy đủ gánh nặng và căng thẳng mà nỗi đau ấy đang đè lên ông. Trong vòng vài ngày sau khi Emma qua đời, với một kết thúc xứng đáng với một trong những cuốn tiểu thuyết của ông, chính ông cũng ra đi.</w:t>
      </w:r>
    </w:p>
    <w:p>
      <w:pPr>
        <w:spacing w:after="80"/>
      </w:pPr>
      <w:r>
        <w:rPr>
          <w:b w:val="0"/>
          <w:i w:val="0"/>
        </w:rPr>
        <w:t>Tôi có mặt bên giường ông khi ông qua đời, và khá hy vọng rằng người văn nhân này có thể thốt ra một câu cuối cùng đáng nhớ. Ông không làm tôi thất vọng. Giles, ông nói, nắm chặt tay tôi, tôi vừa nghĩ ra ý tưởng cho một cuốn tiểu thuyết mới. Kể tôi nghe đi, tôi nói. Đó là về một cậu bé sinh ra ở những con phố hẻm của Bristol, con trai một công nhân bốc vác, đem lòng yêu con gái của người chủ bến cảng. Rồi chuyện gì xảy ra tiếp theo, tôi hỏi. Tôi chẳng biết, ông nói, nhưng tôi sẽ có chương đầu tiên sẵn sàng vào lúc tôi cầm bút lên vào sáng mai.</w:t>
      </w:r>
    </w:p>
    <w:p>
      <w:pPr>
        <w:spacing w:after="80"/>
      </w:pPr>
      <w:r>
        <w:rPr>
          <w:b w:val="0"/>
          <w:i w:val="0"/>
        </w:rPr>
        <w:t>Giles ngước nhìn lên trời và nói: Tôi không thể chờ để đọc nó. Cố gắng hết sức để giữ mình, lời lẽ không còn tuôn chảy, ông lật đến trang cuối của bài điếu văn, quyết tâm không phụ lòng bạn mình. Bỏ qua văn bản, ông nói khẽ: Đúng là Harry đã yêu cầu một lối ra lặng lẽ khỏi sân khấu cuộc đời, và tôi đã phớt lờ mong muốn của ông. Tôi không phải Mark Antony, Giles nói, nhìn xuống cộng đoàn, nhưng tôi tin lời của Thi sĩ cũng áp dụng cho Harry chẳng khác gì cho Brutus cao quý.</w:t>
      </w:r>
    </w:p>
    <w:p>
      <w:pPr>
        <w:spacing w:after="80"/>
      </w:pPr>
      <w:r>
        <w:rPr>
          <w:b w:val="0"/>
          <w:i w:val="0"/>
        </w:rPr>
        <w:t>Giles ngừng lại một chút, rồi nghiêng người về phía trước và nói, gần như thì thầm,</w:t>
      </w:r>
    </w:p>
    <w:p>
      <w:pPr>
        <w:spacing w:after="80"/>
      </w:pPr>
      <w:r>
        <w:rPr>
          <w:b w:val="0"/>
          <w:i/>
        </w:rPr>
        <w:t>Cuộc đời ông thật nhẹ nhàng, và những nguyên tố</w:t>
      </w:r>
    </w:p>
    <w:p>
      <w:pPr>
        <w:spacing w:after="80"/>
      </w:pPr>
      <w:r>
        <w:rPr>
          <w:b w:val="0"/>
          <w:i/>
        </w:rPr>
        <w:t>hòa quyện trong ông đến nỗi tạo hóa có thể đứng dậy</w:t>
      </w:r>
    </w:p>
    <w:p>
      <w:pPr>
        <w:spacing w:after="80"/>
      </w:pPr>
      <w:r>
        <w:rPr>
          <w:b w:val="0"/>
          <w:i/>
        </w:rPr>
        <w:t>và nói với cả thế giới, Đây là một con người!</w:t>
      </w:r>
    </w:p>
    <w:p>
      <w:pPr>
        <w:spacing w:after="80"/>
        <w:jc w:val="center"/>
      </w:pPr>
      <w:r>
        <w:rPr>
          <w:b w:val="0"/>
          <w:i w:val="0"/>
        </w:rPr>
        <w:t>HẾT</w:t>
      </w:r>
    </w:p>
    <w:p>
      <w:pPr>
        <w:spacing w:after="80"/>
        <w:jc w:val="center"/>
      </w:pPr>
      <w:r>
        <w:rPr>
          <w:b/>
          <w:i w:val="0"/>
        </w:rPr>
        <w:t>BẠN ĐÃ BỎ LỠ</w:t>
      </w:r>
    </w:p>
    <w:p>
      <w:pPr>
        <w:spacing w:after="80"/>
        <w:jc w:val="center"/>
      </w:pPr>
      <w:r>
        <w:rPr>
          <w:b/>
          <w:i w:val="0"/>
        </w:rPr>
        <w:t>BIÊN NIÊN SỬ CLIFTON</w:t>
      </w:r>
    </w:p>
    <w:p>
      <w:pPr>
        <w:spacing w:after="80"/>
        <w:jc w:val="center"/>
      </w:pPr>
      <w:r>
        <w:rPr>
          <w:b/>
          <w:i w:val="0"/>
        </w:rPr>
        <w:t>CỦA JEFFREY ARCHER CHƯA?</w:t>
      </w:r>
    </w:p>
    <w:p>
      <w:pPr>
        <w:spacing w:after="80"/>
        <w:jc w:val="center"/>
      </w:pPr>
      <w:r>
        <w:rPr>
          <w:b/>
          <w:i w:val="0"/>
        </w:rPr>
        <w:t>Nếu có giải Nobel cho nghệ thuật kể chuyện, Archer sẽ đoạt giải</w:t>
      </w:r>
    </w:p>
    <w:p>
      <w:pPr>
        <w:spacing w:after="80"/>
        <w:jc w:val="center"/>
      </w:pPr>
      <w:r>
        <w:rPr>
          <w:b w:val="0"/>
          <w:i/>
        </w:rPr>
        <w:t>Daily Telegraph</w:t>
      </w:r>
    </w:p>
    <w:p>
      <w:pPr>
        <w:jc w:val="center"/>
      </w:pPr>
      <w:r>
        <w:drawing>
          <wp:inline xmlns:a="http://schemas.openxmlformats.org/drawingml/2006/main" xmlns:pic="http://schemas.openxmlformats.org/drawingml/2006/picture">
            <wp:extent cx="5486400" cy="5245298"/>
            <wp:docPr id="146" name="Picture 146"/>
            <wp:cNvGraphicFramePr>
              <a:graphicFrameLocks noChangeAspect="1"/>
            </wp:cNvGraphicFramePr>
            <a:graphic>
              <a:graphicData uri="http://schemas.openxmlformats.org/drawingml/2006/picture">
                <pic:pic>
                  <pic:nvPicPr>
                    <pic:cNvPr id="0" name="image00255.jpeg"/>
                    <pic:cNvPicPr/>
                  </pic:nvPicPr>
                  <pic:blipFill>
                    <a:blip r:embed="rId14"/>
                    <a:stretch>
                      <a:fillRect/>
                    </a:stretch>
                  </pic:blipFill>
                  <pic:spPr>
                    <a:xfrm>
                      <a:off x="0" y="0"/>
                      <a:ext cx="5486400" cy="5245298"/>
                    </a:xfrm>
                    <a:prstGeom prst="rect"/>
                  </pic:spPr>
                </pic:pic>
              </a:graphicData>
            </a:graphic>
          </wp:inline>
        </w:drawing>
      </w:r>
    </w:p>
    <w:p>
      <w:pPr>
        <w:spacing w:after="80"/>
        <w:jc w:val="center"/>
      </w:pPr>
      <w:r>
        <w:rPr>
          <w:b w:val="0"/>
          <w:i/>
        </w:rPr>
        <w:t>Để biết thêm chi tiết, hãy truy cập</w:t>
      </w:r>
    </w:p>
    <w:p>
      <w:pPr>
        <w:spacing w:after="80"/>
        <w:jc w:val="center"/>
      </w:pPr>
      <w:r>
        <w:rPr>
          <w:b w:val="0"/>
          <w:i w:val="0"/>
        </w:rPr>
        <w:t>www.panmacmillan.com</w:t>
      </w:r>
    </w:p>
    <w:p>
      <w:pPr>
        <w:spacing w:after="80"/>
        <w:jc w:val="center"/>
      </w:pPr>
      <w:r>
        <w:rPr>
          <w:b w:val="0"/>
          <w:i/>
        </w:rPr>
        <w:t>hoặc</w:t>
      </w:r>
    </w:p>
    <w:p>
      <w:pPr>
        <w:spacing w:after="80"/>
        <w:jc w:val="center"/>
      </w:pPr>
      <w:r>
        <w:rPr>
          <w:b w:val="0"/>
          <w:i w:val="0"/>
        </w:rPr>
        <w:t>www.jeffreyarcher.com</w:t>
      </w:r>
    </w:p>
    <w:p>
      <w:pPr>
        <w:spacing w:after="80"/>
        <w:jc w:val="center"/>
      </w:pPr>
      <w:r>
        <w:rPr>
          <w:b/>
          <w:i w:val="0"/>
        </w:rPr>
        <w:t>CÁC TÁC PHẨM KHÁC CỦA JEFFREY ARCHER</w:t>
      </w:r>
    </w:p>
    <w:p>
      <w:pPr>
        <w:spacing w:after="80"/>
        <w:jc w:val="center"/>
      </w:pPr>
      <w:r>
        <w:rPr>
          <w:b w:val="0"/>
          <w:i w:val="0"/>
        </w:rPr>
        <w:t>BIÊN NIÊN SỬ CLIFTON</w:t>
      </w:r>
    </w:p>
    <w:p>
      <w:pPr>
        <w:spacing w:after="80"/>
        <w:jc w:val="center"/>
      </w:pPr>
      <w:r>
        <w:rPr>
          <w:b w:val="0"/>
          <w:i w:val="0"/>
        </w:rPr>
        <w:t>Chỉ Thời Gian Sẽ Trả LờiNhững Tội Lỗi Của Người Cha</w:t>
      </w:r>
    </w:p>
    <w:p>
      <w:pPr>
        <w:spacing w:after="80"/>
        <w:jc w:val="center"/>
      </w:pPr>
      <w:r>
        <w:rPr>
          <w:b w:val="0"/>
          <w:i w:val="0"/>
        </w:rPr>
        <w:t>Bí Mật Được Giữ Kín NhấtHãy Cẩn Thận Với Điều Bạn Ước</w:t>
      </w:r>
    </w:p>
    <w:p>
      <w:pPr>
        <w:spacing w:after="80"/>
        <w:jc w:val="center"/>
      </w:pPr>
      <w:r>
        <w:rPr>
          <w:b w:val="0"/>
          <w:i w:val="0"/>
        </w:rPr>
        <w:t>Mạnh Hơn Thanh GươmGiờ Đã Điểm</w:t>
      </w:r>
    </w:p>
    <w:p>
      <w:pPr>
        <w:spacing w:after="80"/>
        <w:jc w:val="center"/>
      </w:pPr>
      <w:r>
        <w:rPr>
          <w:b w:val="0"/>
          <w:i w:val="0"/>
        </w:rPr>
        <w:t>TIỂU THUYẾT</w:t>
      </w:r>
    </w:p>
    <w:p>
      <w:pPr>
        <w:spacing w:after="80"/>
        <w:jc w:val="center"/>
      </w:pPr>
      <w:r>
        <w:rPr>
          <w:b w:val="0"/>
          <w:i w:val="0"/>
        </w:rPr>
        <w:t>Không Một Xu Nào Hơn, Không Một Xu Nào Kém</w:t>
      </w:r>
    </w:p>
    <w:p>
      <w:pPr>
        <w:spacing w:after="80"/>
        <w:jc w:val="center"/>
      </w:pPr>
      <w:r>
        <w:rPr>
          <w:b w:val="0"/>
          <w:i w:val="0"/>
        </w:rPr>
        <w:t>Chúng Ta Có Nên Nói Với Tổng Thống?Kane và Abel</w:t>
      </w:r>
    </w:p>
    <w:p>
      <w:pPr>
        <w:spacing w:after="80"/>
        <w:jc w:val="center"/>
      </w:pPr>
      <w:r>
        <w:rPr>
          <w:b w:val="0"/>
          <w:i w:val="0"/>
        </w:rPr>
        <w:t>Đứa Con Hoang ĐàngĐứng Đầu Trong Những Người Ngang Hàng</w:t>
      </w:r>
    </w:p>
    <w:p>
      <w:pPr>
        <w:spacing w:after="80"/>
        <w:jc w:val="center"/>
      </w:pPr>
      <w:r>
        <w:rPr>
          <w:b w:val="0"/>
          <w:i w:val="0"/>
        </w:rPr>
        <w:t>Một Vấn Đề Danh DựKhi Con Quạ BayDanh Dự Giữa Bọn Trộm</w:t>
      </w:r>
    </w:p>
    <w:p>
      <w:pPr>
        <w:spacing w:after="80"/>
        <w:jc w:val="center"/>
      </w:pPr>
      <w:r>
        <w:rPr>
          <w:b w:val="0"/>
          <w:i w:val="0"/>
        </w:rPr>
        <w:t>Đẳng Cấp Thứ TưĐiều Răn Thứ Mười Một</w:t>
      </w:r>
    </w:p>
    <w:p>
      <w:pPr>
        <w:spacing w:after="80"/>
        <w:jc w:val="center"/>
      </w:pPr>
      <w:r>
        <w:rPr>
          <w:b w:val="0"/>
          <w:i w:val="0"/>
        </w:rPr>
        <w:t>Những Đứa Con Của Vận MayẤn Tượng Giả Dối</w:t>
      </w:r>
    </w:p>
    <w:p>
      <w:pPr>
        <w:spacing w:after="80"/>
        <w:jc w:val="center"/>
      </w:pPr>
      <w:r>
        <w:rPr>
          <w:b w:val="0"/>
          <w:i w:val="0"/>
        </w:rPr>
        <w:t>Phúc Âm Theo Giu-đa</w:t>
      </w:r>
    </w:p>
    <w:p>
      <w:pPr>
        <w:spacing w:after="80"/>
        <w:jc w:val="center"/>
      </w:pPr>
      <w:r>
        <w:rPr>
          <w:b w:val="0"/>
          <w:i/>
        </w:rPr>
        <w:t>(với sự hỗ trợ của Giáo sư Francis J. Moloney)</w:t>
      </w:r>
    </w:p>
    <w:p>
      <w:pPr>
        <w:spacing w:after="80"/>
        <w:jc w:val="center"/>
      </w:pPr>
      <w:r>
        <w:rPr>
          <w:b w:val="0"/>
          <w:i w:val="0"/>
        </w:rPr>
        <w:t>Tù Nhân Của Ngày SinhNhững Con Đường Vinh Quang</w:t>
      </w:r>
    </w:p>
    <w:p>
      <w:pPr>
        <w:spacing w:after="80"/>
        <w:jc w:val="center"/>
      </w:pPr>
      <w:r>
        <w:rPr>
          <w:b w:val="0"/>
          <w:i w:val="0"/>
        </w:rPr>
        <w:t>TRUYỆN NGẮN</w:t>
      </w:r>
    </w:p>
    <w:p>
      <w:pPr>
        <w:spacing w:after="80"/>
        <w:jc w:val="center"/>
      </w:pPr>
      <w:r>
        <w:rPr>
          <w:b w:val="0"/>
          <w:i w:val="0"/>
        </w:rPr>
        <w:t>Một Bao Đầy Mũi TênMột Khúc Quanh Trong Câu Chuyện</w:t>
      </w:r>
    </w:p>
    <w:p>
      <w:pPr>
        <w:spacing w:after="80"/>
        <w:jc w:val="center"/>
      </w:pPr>
      <w:r>
        <w:rPr>
          <w:b w:val="0"/>
          <w:i w:val="0"/>
        </w:rPr>
        <w:t>Mười Hai Manh Mối GiảTuyển Tập Truyện Ngắn</w:t>
      </w:r>
    </w:p>
    <w:p>
      <w:pPr>
        <w:spacing w:after="80"/>
        <w:jc w:val="center"/>
      </w:pPr>
      <w:r>
        <w:rPr>
          <w:b w:val="0"/>
          <w:i w:val="0"/>
        </w:rPr>
        <w:t>Cắt ngắn câu chuyện dàiMèo Chín Đuôi</w:t>
      </w:r>
    </w:p>
    <w:p>
      <w:pPr>
        <w:spacing w:after="80"/>
        <w:jc w:val="center"/>
      </w:pPr>
      <w:r>
        <w:rPr>
          <w:b w:val="0"/>
          <w:i w:val="0"/>
        </w:rPr>
        <w:t>Và Thế Là Câu Chuyện Dừng Lại</w:t>
      </w:r>
    </w:p>
    <w:p>
      <w:pPr>
        <w:spacing w:after="80"/>
        <w:jc w:val="center"/>
      </w:pPr>
      <w:r>
        <w:rPr>
          <w:b w:val="0"/>
          <w:i w:val="0"/>
        </w:rPr>
        <w:t>KỊCH BẢN SÂN KHẤU</w:t>
      </w:r>
    </w:p>
    <w:p>
      <w:pPr>
        <w:spacing w:after="80"/>
        <w:jc w:val="center"/>
      </w:pPr>
      <w:r>
        <w:rPr>
          <w:b w:val="0"/>
          <w:i w:val="0"/>
        </w:rPr>
        <w:t>Vượt Quá Nghi Ngờ Hợp LýĐộc QuyềnBị Cáo Buộc</w:t>
      </w:r>
    </w:p>
    <w:p>
      <w:pPr>
        <w:spacing w:after="80"/>
        <w:jc w:val="center"/>
      </w:pPr>
      <w:r>
        <w:rPr>
          <w:b w:val="0"/>
          <w:i w:val="0"/>
        </w:rPr>
        <w:t>NHẬT KÝ TRONG TÙ</w:t>
      </w:r>
    </w:p>
    <w:p>
      <w:pPr>
        <w:spacing w:after="80"/>
        <w:jc w:val="center"/>
      </w:pPr>
      <w:r>
        <w:rPr>
          <w:b w:val="0"/>
          <w:i w:val="0"/>
        </w:rPr>
        <w:t>Tập Một Belmarsh: Địa Ngục</w:t>
      </w:r>
    </w:p>
    <w:p>
      <w:pPr>
        <w:spacing w:after="80"/>
        <w:jc w:val="center"/>
      </w:pPr>
      <w:r>
        <w:rPr>
          <w:b w:val="0"/>
          <w:i w:val="0"/>
        </w:rPr>
        <w:t>Tập Hai Wayland: Luyện Ngục</w:t>
      </w:r>
    </w:p>
    <w:p>
      <w:pPr>
        <w:spacing w:after="80"/>
        <w:jc w:val="center"/>
      </w:pPr>
      <w:r>
        <w:rPr>
          <w:b w:val="0"/>
          <w:i w:val="0"/>
        </w:rPr>
        <w:t>Tập Ba North Sea Camp: Thiên Đường</w:t>
      </w:r>
    </w:p>
    <w:p>
      <w:pPr>
        <w:spacing w:after="80"/>
        <w:jc w:val="center"/>
      </w:pPr>
      <w:r>
        <w:rPr>
          <w:b w:val="0"/>
          <w:i w:val="0"/>
        </w:rPr>
        <w:t>KỊCH BẢN ĐIỆN ẢNH</w:t>
      </w:r>
    </w:p>
    <w:p>
      <w:pPr>
        <w:spacing w:after="80"/>
        <w:jc w:val="center"/>
      </w:pPr>
      <w:r>
        <w:rPr>
          <w:b w:val="0"/>
          <w:i w:val="0"/>
        </w:rPr>
        <w:t>Mallory: Bước Ra Khỏi Bản ĐồẤn Tượng Sai Lầm</w:t>
      </w:r>
    </w:p>
    <w:p>
      <w:pPr>
        <w:spacing w:after="80"/>
        <w:jc w:val="center"/>
      </w:pPr>
      <w:r>
        <w:rPr>
          <w:b w:val="0"/>
          <w:i w:val="0"/>
        </w:rPr>
        <w:t>Tôi xin gửi lời cảm ơn chân thành đến những người sau đây vì những lời khuyên và công sức nghiên cứu vô giá của họ:</w:t>
      </w:r>
    </w:p>
    <w:p>
      <w:pPr>
        <w:spacing w:after="80"/>
        <w:jc w:val="center"/>
      </w:pPr>
      <w:r>
        <w:rPr>
          <w:b w:val="0"/>
          <w:i w:val="0"/>
        </w:rPr>
        <w:t>Simon Bainbridge, Ngài Win Bischoff,</w:t>
      </w:r>
    </w:p>
    <w:p>
      <w:pPr>
        <w:spacing w:after="80"/>
        <w:jc w:val="center"/>
      </w:pPr>
      <w:r>
        <w:rPr>
          <w:b w:val="0"/>
          <w:i w:val="0"/>
        </w:rPr>
        <w:t>Ngài Victor Blank, Tiến sĩ Harry Brunjes, Giáo sư Susan Collins,</w:t>
      </w:r>
    </w:p>
    <w:p>
      <w:pPr>
        <w:spacing w:after="80"/>
        <w:jc w:val="center"/>
      </w:pPr>
      <w:r>
        <w:rPr>
          <w:b w:val="0"/>
          <w:i w:val="0"/>
        </w:rPr>
        <w:t>Eileen Cooper RA, Ngài Fowler PC,</w:t>
      </w:r>
    </w:p>
    <w:p>
      <w:pPr>
        <w:spacing w:after="80"/>
        <w:jc w:val="center"/>
      </w:pPr>
      <w:r>
        <w:rPr>
          <w:b w:val="0"/>
          <w:i w:val="0"/>
        </w:rPr>
        <w:t>Mục sư Michael Hampel, Giáo sư Roger Kirby,</w:t>
      </w:r>
    </w:p>
    <w:p>
      <w:pPr>
        <w:spacing w:after="80"/>
        <w:jc w:val="center"/>
      </w:pPr>
      <w:r>
        <w:rPr>
          <w:b w:val="0"/>
          <w:i w:val="0"/>
        </w:rPr>
        <w:t>Alison Prince, Catherine Richards, Mari Roberts,</w:t>
      </w:r>
    </w:p>
    <w:p>
      <w:pPr>
        <w:spacing w:after="80"/>
        <w:jc w:val="center"/>
      </w:pPr>
      <w:r>
        <w:rPr>
          <w:b w:val="0"/>
          <w:i w:val="0"/>
        </w:rPr>
        <w:t>Susan Watt, Peter Watts và David Weeden</w:t>
      </w:r>
    </w:p>
    <w:p>
      <w:pPr>
        <w:jc w:val="center"/>
      </w:pPr>
      <w:r>
        <w:drawing>
          <wp:inline xmlns:a="http://schemas.openxmlformats.org/drawingml/2006/main" xmlns:pic="http://schemas.openxmlformats.org/drawingml/2006/picture">
            <wp:extent cx="5486400" cy="7012858"/>
            <wp:docPr id="147" name="Picture 147"/>
            <wp:cNvGraphicFramePr>
              <a:graphicFrameLocks noChangeAspect="1"/>
            </wp:cNvGraphicFramePr>
            <a:graphic>
              <a:graphicData uri="http://schemas.openxmlformats.org/drawingml/2006/picture">
                <pic:pic>
                  <pic:nvPicPr>
                    <pic:cNvPr id="0" name="image00256.jpeg"/>
                    <pic:cNvPicPr/>
                  </pic:nvPicPr>
                  <pic:blipFill>
                    <a:blip r:embed="rId15"/>
                    <a:stretch>
                      <a:fillRect/>
                    </a:stretch>
                  </pic:blipFill>
                  <pic:spPr>
                    <a:xfrm>
                      <a:off x="0" y="0"/>
                      <a:ext cx="5486400" cy="7012858"/>
                    </a:xfrm>
                    <a:prstGeom prst="rect"/>
                  </pic:spPr>
                </pic:pic>
              </a:graphicData>
            </a:graphic>
          </wp:inline>
        </w:drawing>
      </w:r>
    </w:p>
    <w:p>
      <w:pPr>
        <w:spacing w:after="80"/>
      </w:pPr>
      <w:r>
        <w:rPr>
          <w:b w:val="0"/>
          <w:i w:val="0"/>
        </w:rPr>
        <w:t xml:space="preserve">JEFFREY ARCHER, với các tiểu thuyết và truyện ngắn gồm </w:t>
      </w:r>
      <w:r>
        <w:rPr>
          <w:b w:val="0"/>
          <w:i/>
        </w:rPr>
        <w:t>Kane and Abel, A Prisoner of Birth</w:t>
      </w:r>
      <w:r>
        <w:rPr>
          <w:b w:val="0"/>
          <w:i w:val="0"/>
        </w:rPr>
        <w:t xml:space="preserve"> và </w:t>
      </w:r>
      <w:r>
        <w:rPr>
          <w:b w:val="0"/>
          <w:i/>
        </w:rPr>
        <w:t>Cat O Nine Tales</w:t>
      </w:r>
      <w:r>
        <w:rPr>
          <w:b w:val="0"/>
          <w:i w:val="0"/>
        </w:rPr>
        <w:t>, đã đứng đầu các danh sách bán chạy khắp thế giới, với doanh số hơn 275 triệu bản.</w:t>
      </w:r>
    </w:p>
    <w:p>
      <w:pPr>
        <w:spacing w:after="80"/>
      </w:pPr>
      <w:r>
        <w:rPr>
          <w:b w:val="0"/>
          <w:i w:val="0"/>
        </w:rPr>
        <w:t>Ông là tác giả duy nhất từng đạt vị trí số một trong danh sách bán chạy ở thể loại tiểu thuyết (mười chín lần), truyện ngắn (bốn lần) và phi hư cấu (</w:t>
      </w:r>
      <w:r>
        <w:rPr>
          <w:b w:val="0"/>
          <w:i/>
        </w:rPr>
        <w:t>The Prison Diaries</w:t>
      </w:r>
      <w:r>
        <w:rPr>
          <w:b w:val="0"/>
          <w:i w:val="0"/>
        </w:rPr>
        <w:t>).</w:t>
      </w:r>
    </w:p>
    <w:p>
      <w:pPr>
        <w:spacing w:after="80"/>
      </w:pPr>
      <w:r>
        <w:rPr>
          <w:b w:val="0"/>
          <w:i w:val="0"/>
        </w:rPr>
        <w:t>Tác giả đã kết hôn với Dame Mary Archer, và họ có hai con trai và hai cháu trai.</w:t>
      </w:r>
    </w:p>
    <w:p>
      <w:pPr>
        <w:jc w:val="center"/>
      </w:pPr>
      <w:r>
        <w:drawing>
          <wp:inline xmlns:a="http://schemas.openxmlformats.org/drawingml/2006/main" xmlns:pic="http://schemas.openxmlformats.org/drawingml/2006/picture">
            <wp:extent cx="276225" cy="238125"/>
            <wp:docPr id="148" name="Picture 148"/>
            <wp:cNvGraphicFramePr>
              <a:graphicFrameLocks noChangeAspect="1"/>
            </wp:cNvGraphicFramePr>
            <a:graphic>
              <a:graphicData uri="http://schemas.openxmlformats.org/drawingml/2006/picture">
                <pic:pic>
                  <pic:nvPicPr>
                    <pic:cNvPr id="0" name="image00257.jpeg"/>
                    <pic:cNvPicPr/>
                  </pic:nvPicPr>
                  <pic:blipFill>
                    <a:blip r:embed="rId16"/>
                    <a:stretch>
                      <a:fillRect/>
                    </a:stretch>
                  </pic:blipFill>
                  <pic:spPr>
                    <a:xfrm>
                      <a:off x="0" y="0"/>
                      <a:ext cx="276225" cy="238125"/>
                    </a:xfrm>
                    <a:prstGeom prst="rect"/>
                  </pic:spPr>
                </pic:pic>
              </a:graphicData>
            </a:graphic>
          </wp:inline>
        </w:drawing>
      </w:r>
    </w:p>
    <w:p>
      <w:pPr>
        <w:spacing w:after="80"/>
        <w:jc w:val="center"/>
      </w:pPr>
      <w:r>
        <w:rPr>
          <w:b w:val="0"/>
          <w:i w:val="0"/>
        </w:rPr>
        <w:t>Xuất bản lần đầu năm 2016 bởi Macmillan</w:t>
      </w:r>
    </w:p>
    <w:p>
      <w:pPr>
        <w:spacing w:after="80"/>
        <w:jc w:val="center"/>
      </w:pPr>
      <w:r>
        <w:rPr>
          <w:b w:val="0"/>
          <w:i w:val="0"/>
        </w:rPr>
        <w:t>Ấn bản điện tử này xuất bản năm 2016 bởi Macmillan</w:t>
      </w:r>
    </w:p>
    <w:p>
      <w:pPr>
        <w:spacing w:after="80"/>
        <w:jc w:val="center"/>
      </w:pPr>
      <w:r>
        <w:rPr>
          <w:b w:val="0"/>
          <w:i w:val="0"/>
        </w:rPr>
        <w:t>một nhánh của Pan Macmillan</w:t>
      </w:r>
    </w:p>
    <w:p>
      <w:pPr>
        <w:spacing w:after="80"/>
        <w:jc w:val="center"/>
      </w:pPr>
      <w:r>
        <w:rPr>
          <w:b w:val="0"/>
          <w:i w:val="0"/>
        </w:rPr>
        <w:t>20 New Wharf Road, London N1 9RR</w:t>
      </w:r>
    </w:p>
    <w:p>
      <w:pPr>
        <w:spacing w:after="80"/>
        <w:jc w:val="center"/>
      </w:pPr>
      <w:r>
        <w:rPr>
          <w:b w:val="0"/>
          <w:i w:val="0"/>
        </w:rPr>
        <w:t>Các công ty liên kết trên khắp thế giới</w:t>
      </w:r>
    </w:p>
    <w:p>
      <w:pPr>
        <w:spacing w:after="80"/>
        <w:jc w:val="center"/>
      </w:pPr>
      <w:r>
        <w:rPr>
          <w:b w:val="0"/>
          <w:i w:val="0"/>
        </w:rPr>
        <w:t>www.panmacmillan.com</w:t>
      </w:r>
    </w:p>
    <w:p>
      <w:pPr>
        <w:spacing w:after="80"/>
        <w:jc w:val="center"/>
      </w:pPr>
      <w:r>
        <w:rPr>
          <w:b w:val="0"/>
          <w:i w:val="0"/>
        </w:rPr>
        <w:t>ISBN 978-1-4472-5228-3</w:t>
      </w:r>
    </w:p>
    <w:p>
      <w:pPr>
        <w:spacing w:after="80"/>
        <w:jc w:val="center"/>
      </w:pPr>
      <w:r>
        <w:rPr>
          <w:b w:val="0"/>
          <w:i w:val="0"/>
        </w:rPr>
        <w:t>Bản quyền Jeffrey Archer 2016</w:t>
      </w:r>
    </w:p>
    <w:p>
      <w:pPr>
        <w:spacing w:after="80"/>
        <w:jc w:val="center"/>
      </w:pPr>
      <w:r>
        <w:rPr>
          <w:b w:val="0"/>
          <w:i w:val="0"/>
        </w:rPr>
        <w:t>Hình bìa: House Alamy, man Roy Bishop/Arcangel, house allotment boy 1/Alamy, trees Shutterstock.</w:t>
      </w:r>
      <w:r>
        <w:br/>
      </w:r>
      <w:r>
        <w:rPr>
          <w:b w:val="0"/>
          <w:i w:val="0"/>
        </w:rPr>
        <w:t xml:space="preserve"> Ảnh tác giả © Broosk Saib</w:t>
      </w:r>
    </w:p>
    <w:p>
      <w:pPr>
        <w:spacing w:after="80"/>
        <w:jc w:val="center"/>
      </w:pPr>
      <w:r>
        <w:rPr>
          <w:b w:val="0"/>
          <w:i w:val="0"/>
        </w:rPr>
        <w:t>Quyền của Jeffrey Archer được xác nhận là tác giả của tác phẩm này đã được ông khẳng định theo Đạo luật Bản quyền, Thiết kế và Sáng chế 1988.</w:t>
      </w:r>
    </w:p>
    <w:p>
      <w:pPr>
        <w:spacing w:after="80"/>
        <w:jc w:val="center"/>
      </w:pPr>
      <w:r>
        <w:rPr>
          <w:b w:val="0"/>
          <w:i w:val="0"/>
        </w:rPr>
        <w:t>Pan Macmillan không có bất kỳ quyền kiểm soát nào, cũng không chịu bất kỳ trách nhiệm nào đối với bất kỳ tác giả hay trang web của bên thứ ba nào được đề cập trong hoặc trên cuốn sách này.</w:t>
      </w:r>
    </w:p>
    <w:p>
      <w:pPr>
        <w:spacing w:after="80"/>
        <w:jc w:val="center"/>
      </w:pPr>
      <w:r>
        <w:rPr>
          <w:b w:val="0"/>
          <w:i w:val="0"/>
        </w:rPr>
        <w:t>Bạn không được sao chép, lưu trữ, phân phối, truyền tải, tái tạo hoặc bằng cách khác cung cấp ấn phẩm này (hoặc bất kỳ phần nào của nó) dưới bất kỳ hình thức nào, hoặc bằng bất kỳ phương tiện nào (điện tử, kỹ thuật số, quang học, cơ học, sao chụp, ghi âm hoặc cách khác), mà không có sự cho phép trước bằng văn bản của nhà xuất bản. Bất kỳ ai thực hiện hành vi trái phép liên quan đến ấn phẩm này đều có thể bị truy cứu trách nhiệm hình sự và bị kiện dân sự đòi bồi thường thiệt hại.</w:t>
      </w:r>
    </w:p>
    <w:p>
      <w:pPr>
        <w:spacing w:after="80"/>
        <w:jc w:val="center"/>
      </w:pPr>
      <w:r>
        <w:rPr>
          <w:b w:val="0"/>
          <w:i w:val="0"/>
        </w:rPr>
        <w:t>Một bản ghi danh mục CIP cho cuốn sách này có sẵn tại Thư viện Anh.</w:t>
      </w:r>
    </w:p>
    <w:p>
      <w:pPr>
        <w:spacing w:after="80"/>
        <w:jc w:val="center"/>
      </w:pPr>
      <w:r>
        <w:rPr>
          <w:b w:val="0"/>
          <w:i w:val="0"/>
        </w:rPr>
        <w:t xml:space="preserve">Truy cập </w:t>
      </w:r>
      <w:r>
        <w:rPr>
          <w:b/>
          <w:i w:val="0"/>
        </w:rPr>
        <w:t>www.panmacmillan.com</w:t>
      </w:r>
      <w:r>
        <w:rPr>
          <w:b w:val="0"/>
          <w:i w:val="0"/>
        </w:rPr>
        <w:t xml:space="preserve"> để đọc thêm về tất cả sách của chúng tôi và mua chúng. Bạn cũng sẽ tìm thấy các bài viết chuyên sâu, phỏng vấn tác giả và tin tức về các sự kiện của tác giả, và bạn có thể đăng ký nhận bản tin điện tử để luôn là người đầu tiên biết về những ấn phẩm mới của chúng tôi.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