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324140" cy="8229599"/>
            <wp:docPr id="1" name="Picture 1"/>
            <wp:cNvGraphicFramePr>
              <a:graphicFrameLocks noChangeAspect="1"/>
            </wp:cNvGraphicFramePr>
            <a:graphic>
              <a:graphicData uri="http://schemas.openxmlformats.org/drawingml/2006/picture">
                <pic:pic>
                  <pic:nvPicPr>
                    <pic:cNvPr id="0" name="9798890571830.jpg"/>
                    <pic:cNvPicPr/>
                  </pic:nvPicPr>
                  <pic:blipFill>
                    <a:blip r:embed="rId9"/>
                    <a:stretch>
                      <a:fillRect/>
                    </a:stretch>
                  </pic:blipFill>
                  <pic:spPr>
                    <a:xfrm>
                      <a:off x="0" y="0"/>
                      <a:ext cx="5324140" cy="8229599"/>
                    </a:xfrm>
                    <a:prstGeom prst="rect"/>
                  </pic:spPr>
                </pic:pic>
              </a:graphicData>
            </a:graphic>
          </wp:inline>
        </w:drawing>
      </w:r>
    </w:p>
    <w:p>
      <w:pPr>
        <w:pStyle w:val="Heading1"/>
      </w:pPr>
      <w:r>
        <w:rPr>
          <w:rFonts w:ascii="Calibri" w:hAnsi="Calibri"/>
          <w:b/>
          <w:i w:val="0"/>
          <w:sz w:val="40"/>
        </w:rPr>
        <w:t>The Secret</w:t>
      </w:r>
    </w:p>
    <w:p>
      <w:pPr>
        <w:pStyle w:val="Heading1"/>
      </w:pPr>
      <w:r>
        <w:rPr>
          <w:rFonts w:ascii="Calibri" w:hAnsi="Calibri"/>
          <w:b/>
          <w:i w:val="0"/>
          <w:sz w:val="40"/>
        </w:rPr>
        <w:t>The Secret</w:t>
      </w:r>
    </w:p>
    <w:p>
      <w:pPr>
        <w:spacing w:after="80"/>
      </w:pPr>
      <w:r>
        <w:rPr>
          <w:b w:val="0"/>
          <w:i w:val="0"/>
        </w:rPr>
        <w:t>Những điều nhà lãnh đạo giỏi biết và làm</w:t>
      </w:r>
    </w:p>
    <w:p>
      <w:pPr>
        <w:spacing w:after="80"/>
      </w:pPr>
      <w:r>
        <w:rPr>
          <w:b w:val="0"/>
          <w:i w:val="0"/>
        </w:rPr>
        <w:t>ẤN BẢN THỨ TƯ</w:t>
      </w:r>
    </w:p>
    <w:p>
      <w:pPr>
        <w:spacing w:after="80"/>
      </w:pPr>
      <w:r>
        <w:rPr>
          <w:b w:val="0"/>
          <w:i w:val="0"/>
        </w:rPr>
        <w:t>Ken Blanchard Mark Miller</w:t>
      </w:r>
    </w:p>
    <w:p>
      <w:pPr>
        <w:jc w:val="center"/>
      </w:pPr>
      <w:r>
        <w:drawing>
          <wp:inline xmlns:a="http://schemas.openxmlformats.org/drawingml/2006/main" xmlns:pic="http://schemas.openxmlformats.org/drawingml/2006/picture">
            <wp:extent cx="2390775" cy="476250"/>
            <wp:docPr id="2" name="Picture 2"/>
            <wp:cNvGraphicFramePr>
              <a:graphicFrameLocks noChangeAspect="1"/>
            </wp:cNvGraphicFramePr>
            <a:graphic>
              <a:graphicData uri="http://schemas.openxmlformats.org/drawingml/2006/picture">
                <pic:pic>
                  <pic:nvPicPr>
                    <pic:cNvPr id="0" name="pub.jpg"/>
                    <pic:cNvPicPr/>
                  </pic:nvPicPr>
                  <pic:blipFill>
                    <a:blip r:embed="rId10"/>
                    <a:stretch>
                      <a:fillRect/>
                    </a:stretch>
                  </pic:blipFill>
                  <pic:spPr>
                    <a:xfrm>
                      <a:off x="0" y="0"/>
                      <a:ext cx="2390775" cy="476250"/>
                    </a:xfrm>
                    <a:prstGeom prst="rect"/>
                  </pic:spPr>
                </pic:pic>
              </a:graphicData>
            </a:graphic>
          </wp:inline>
        </w:drawing>
      </w:r>
    </w:p>
    <w:p>
      <w:pPr>
        <w:spacing w:after="80"/>
      </w:pPr>
      <w:r>
        <w:rPr>
          <w:b/>
          <w:i w:val="0"/>
        </w:rPr>
        <w:t>The Secret, Phiên bản thứ 4, Đã chỉnh sửa và mở rộng</w:t>
      </w:r>
    </w:p>
    <w:p>
      <w:pPr>
        <w:spacing w:after="80"/>
      </w:pPr>
      <w:r>
        <w:rPr>
          <w:b w:val="0"/>
          <w:i w:val="0"/>
        </w:rPr>
        <w:t>Bản quyền © 2004, 2009, 2014, 2026 thuộc Blanchard Family Partnership và Mark Miller. SERVE Bản quyền 2001 thuộc CFA Properties, Inc.</w:t>
      </w:r>
    </w:p>
    <w:p>
      <w:pPr>
        <w:spacing w:after="80"/>
      </w:pPr>
      <w:r>
        <w:rPr>
          <w:b w:val="0"/>
          <w:i w:val="0"/>
        </w:rPr>
        <w:t>Bảo lưu mọi quyền. Không phần nào của tác phẩm này được phép sao chép hoặc truyền tải dưới bất kỳ hình thức hay bằng bất kỳ phương tiện nào, điện tử hoặc cơ học, bao gồm photocopy và ghi âm/ghi hình, hoặc bằng bất kỳ hệ thống lưu trữ và truy xuất thông tin nào, hoặc được sử dụng để huấn luyện các công nghệ trí tuệ nhân tạo tạo sinh (AI) hoặc phát triển các mô hình ngôn ngữ học máy mà không được phép, ngoại trừ trường hợp trích dẫn ngắn trong các bài phê bình và một số mục đích phi thương mại khác được luật bản quyền cho phép. Để xin phép, vui lòng liên hệ Copyright Clearance Center tại marketplace.copyright.com/rs-ui-web/mp.</w:t>
      </w:r>
    </w:p>
    <w:p>
      <w:pPr>
        <w:spacing w:after="80"/>
      </w:pPr>
      <w:r>
        <w:rPr>
          <w:b w:val="0"/>
          <w:i w:val="0"/>
        </w:rPr>
        <w:t>Berrett-Koehler Publishers, Inc.</w:t>
      </w:r>
    </w:p>
    <w:p>
      <w:pPr>
        <w:spacing w:after="80"/>
      </w:pPr>
      <w:r>
        <w:rPr>
          <w:b w:val="0"/>
          <w:i w:val="0"/>
        </w:rPr>
        <w:t>1333 Broadway, Suite P100</w:t>
      </w:r>
    </w:p>
    <w:p>
      <w:pPr>
        <w:spacing w:after="80"/>
      </w:pPr>
      <w:r>
        <w:rPr>
          <w:b w:val="0"/>
          <w:i w:val="0"/>
        </w:rPr>
        <w:t>Oakland, CA 94612-1921</w:t>
      </w:r>
    </w:p>
    <w:p>
      <w:pPr>
        <w:spacing w:after="80"/>
      </w:pPr>
      <w:r>
        <w:rPr>
          <w:b w:val="0"/>
          <w:i w:val="0"/>
        </w:rPr>
        <w:t>(510) 817-2277</w:t>
      </w:r>
    </w:p>
    <w:p>
      <w:pPr>
        <w:spacing w:after="80"/>
      </w:pPr>
      <w:r>
        <w:rPr>
          <w:b w:val="0"/>
          <w:i w:val="0"/>
        </w:rPr>
        <w:t>bkconnection.com</w:t>
      </w:r>
    </w:p>
    <w:p>
      <w:pPr>
        <w:spacing w:after="80"/>
      </w:pPr>
      <w:r>
        <w:rPr>
          <w:b/>
          <w:i w:val="0"/>
        </w:rPr>
        <w:t>Thông tin đặt mua ấn bản in</w:t>
      </w:r>
    </w:p>
    <w:p>
      <w:pPr>
        <w:spacing w:after="80"/>
      </w:pPr>
      <w:r>
        <w:rPr>
          <w:b w:val="0"/>
          <w:i/>
        </w:rPr>
        <w:t>Bán số lượng lớn</w:t>
      </w:r>
      <w:r>
        <w:rPr>
          <w:b w:val="0"/>
          <w:i w:val="0"/>
        </w:rPr>
        <w:t>. Có các mức chiết khấu đặc biệt dành cho các đơn hàng số lượng lớn của doanh nghiệp, hiệp hội, cá nhân và các đối tượng khác. Để biết chi tiết, vui lòng truy cập bkconnection.com để xem các mức chiết khấu số lượng lớn hoặc liên hệ bookorders@bkpub.com để biết thêm thông tin.</w:t>
      </w:r>
    </w:p>
    <w:p>
      <w:pPr>
        <w:spacing w:after="80"/>
      </w:pPr>
      <w:r>
        <w:rPr>
          <w:b w:val="0"/>
          <w:i/>
        </w:rPr>
        <w:t>Bản sách giáo khoa dùng để duyệt/giảng dạy (textbook exam/desk copies)</w:t>
      </w:r>
      <w:r>
        <w:rPr>
          <w:b w:val="0"/>
          <w:i w:val="0"/>
        </w:rPr>
        <w:t>. Vui lòng tham khảo mục Câu hỏi thường gặp (General FAQ) tại bkconnection.com.</w:t>
      </w:r>
    </w:p>
    <w:p>
      <w:pPr>
        <w:spacing w:after="80"/>
      </w:pPr>
      <w:r>
        <w:rPr>
          <w:b w:val="0"/>
          <w:i/>
        </w:rPr>
        <w:t>Đơn đặt hàng từ hiệu sách cho mục đích thương mại hoặc sử dụng làm sách giáo khoa</w:t>
      </w:r>
      <w:r>
        <w:rPr>
          <w:b w:val="0"/>
          <w:i w:val="0"/>
        </w:rPr>
        <w:t>. Đối với sách in, vui lòng liên hệ Penguin Random House Publisher Services qua customerservice@penguinrandomhouse.com. Đối với ebook, hãy liên hệ nhà phân phối yêu thích của bạn.</w:t>
      </w:r>
    </w:p>
    <w:p>
      <w:pPr>
        <w:spacing w:after="80"/>
      </w:pPr>
      <w:r>
        <w:rPr>
          <w:b w:val="0"/>
          <w:i w:val="0"/>
        </w:rPr>
        <w:t>Được phân phối đến thị trường thương mại Hoa Kỳ và quốc tế bởi Penguin Random House Publisher Services.</w:t>
      </w:r>
    </w:p>
    <w:p>
      <w:pPr>
        <w:spacing w:after="80"/>
      </w:pPr>
      <w:r>
        <w:rPr>
          <w:b w:val="0"/>
          <w:i w:val="0"/>
        </w:rPr>
        <w:t>Đại diện được ủy quyền tại EU về an toàn và tuân thủ sản phẩm là EU Compliance Partner, Pärnu mnt. 139b-14, 11317 Tallinn, Estonia, www.eucompliancepartner.com, +372 5368 65 02.</w:t>
      </w:r>
    </w:p>
    <w:p>
      <w:pPr>
        <w:spacing w:after="80"/>
      </w:pPr>
      <w:r>
        <w:rPr>
          <w:b w:val="0"/>
          <w:i w:val="0"/>
        </w:rPr>
        <w:t>Berrett-Koehler và logo BK là các nhãn hiệu đã đăng ký của Berrett-Koehler Publishers, Inc.</w:t>
      </w:r>
    </w:p>
    <w:p>
      <w:pPr>
        <w:spacing w:after="80"/>
      </w:pPr>
      <w:r>
        <w:rPr>
          <w:b w:val="0"/>
          <w:i w:val="0"/>
        </w:rPr>
        <w:t>Ấn bản thứ tư</w:t>
      </w:r>
    </w:p>
    <w:p>
      <w:pPr>
        <w:spacing w:after="80"/>
      </w:pPr>
      <w:r>
        <w:rPr>
          <w:b/>
          <w:i w:val="0"/>
        </w:rPr>
        <w:t>Dữ liệu biên mục xuất bản phẩm (Cataloging-in-Publication Data) được lưu tại Library of Congress.</w:t>
      </w:r>
    </w:p>
    <w:p>
      <w:pPr>
        <w:spacing w:after="80"/>
      </w:pPr>
      <w:r>
        <w:rPr>
          <w:b w:val="0"/>
          <w:i w:val="0"/>
        </w:rPr>
        <w:t>Số kiểm soát của Library of Congress: 2025044641</w:t>
      </w:r>
    </w:p>
    <w:p>
      <w:pPr>
        <w:spacing w:after="80"/>
      </w:pPr>
      <w:r>
        <w:rPr>
          <w:b w:val="0"/>
          <w:i w:val="0"/>
        </w:rPr>
        <w:t>ISBN 9798890571816 (bìa cứng) | ISBN 9798890571823 (pdf) | ISBN 9798890571830 (epub)</w:t>
      </w:r>
    </w:p>
    <w:p>
      <w:pPr>
        <w:spacing w:after="80"/>
      </w:pPr>
      <w:r>
        <w:rPr>
          <w:b w:val="0"/>
          <w:i w:val="0"/>
        </w:rPr>
        <w:t>2026-1</w:t>
      </w:r>
    </w:p>
    <w:p>
      <w:pPr>
        <w:spacing w:after="80"/>
      </w:pPr>
      <w:r>
        <w:rPr>
          <w:b w:val="0"/>
          <w:i w:val="0"/>
        </w:rPr>
        <w:t>Sản xuất sách: Happenstance Type-O-Rama</w:t>
      </w:r>
    </w:p>
    <w:p>
      <w:pPr>
        <w:spacing w:after="80"/>
      </w:pPr>
      <w:r>
        <w:rPr>
          <w:b w:val="0"/>
          <w:i w:val="0"/>
        </w:rPr>
        <w:t>Thiết kế bìa: Ashley Ingram</w:t>
      </w:r>
    </w:p>
    <w:p>
      <w:pPr>
        <w:spacing w:after="80"/>
      </w:pPr>
      <w:r>
        <w:rPr>
          <w:b w:val="0"/>
          <w:i/>
        </w:rPr>
        <w:t>Cuốn sách này xin dành tặng thế hệ những nhà lãnh đạo phục vụ tiếp theo</w:t>
      </w:r>
      <w:r>
        <w:rPr>
          <w:b w:val="0"/>
          <w:i w:val="0"/>
        </w:rPr>
        <w:t>.</w:t>
      </w:r>
    </w:p>
    <w:p>
      <w:pPr>
        <w:pStyle w:val="Heading1"/>
      </w:pPr>
      <w:r>
        <w:rPr>
          <w:rFonts w:ascii="Calibri" w:hAnsi="Calibri"/>
          <w:b/>
          <w:i w:val="0"/>
          <w:sz w:val="40"/>
        </w:rPr>
        <w:t>Mục lục</w:t>
      </w:r>
    </w:p>
    <w:p>
      <w:pPr>
        <w:spacing w:after="80"/>
        <w:ind w:left="360"/>
      </w:pPr>
      <w:r>
        <w:t xml:space="preserve">1. </w:t>
      </w:r>
      <w:r>
        <w:rPr>
          <w:b w:val="0"/>
          <w:i w:val="0"/>
        </w:rPr>
        <w:t>Lời tựa của John Maxwell</w:t>
      </w:r>
    </w:p>
    <w:p>
      <w:pPr>
        <w:spacing w:after="80"/>
        <w:ind w:left="360"/>
      </w:pPr>
      <w:r>
        <w:t xml:space="preserve">2. </w:t>
      </w:r>
      <w:r>
        <w:rPr>
          <w:b w:val="0"/>
          <w:i w:val="0"/>
        </w:rPr>
        <w:t>Cơ hội</w:t>
      </w:r>
    </w:p>
    <w:p>
      <w:pPr>
        <w:spacing w:after="80"/>
        <w:ind w:left="360"/>
      </w:pPr>
      <w:r>
        <w:t xml:space="preserve">3. </w:t>
      </w:r>
      <w:r>
        <w:rPr>
          <w:b w:val="0"/>
          <w:i w:val="0"/>
        </w:rPr>
        <w:t>Cuộc Gặp Gỡ</w:t>
      </w:r>
    </w:p>
    <w:p>
      <w:pPr>
        <w:spacing w:after="80"/>
        <w:ind w:left="360"/>
      </w:pPr>
      <w:r>
        <w:t xml:space="preserve">4. </w:t>
      </w:r>
      <w:r>
        <w:rPr>
          <w:b w:val="0"/>
          <w:i w:val="0"/>
        </w:rPr>
        <w:t>The Secret</w:t>
      </w:r>
    </w:p>
    <w:p>
      <w:pPr>
        <w:spacing w:after="80"/>
        <w:ind w:left="360"/>
      </w:pPr>
      <w:r>
        <w:t xml:space="preserve">5. </w:t>
      </w:r>
      <w:r>
        <w:rPr>
          <w:b w:val="0"/>
          <w:i w:val="0"/>
        </w:rPr>
        <w:t>Bạn đang đi đâu?</w:t>
      </w:r>
    </w:p>
    <w:p>
      <w:pPr>
        <w:spacing w:after="80"/>
        <w:ind w:left="360"/>
      </w:pPr>
      <w:r>
        <w:t xml:space="preserve">6. </w:t>
      </w:r>
      <w:r>
        <w:rPr>
          <w:b w:val="0"/>
          <w:i w:val="0"/>
        </w:rPr>
        <w:t>Điều gì là quan trọng nhất?</w:t>
      </w:r>
    </w:p>
    <w:p>
      <w:pPr>
        <w:spacing w:after="80"/>
        <w:ind w:left="360"/>
      </w:pPr>
      <w:r>
        <w:t xml:space="preserve">7. </w:t>
      </w:r>
      <w:r>
        <w:rPr>
          <w:b w:val="0"/>
          <w:i w:val="0"/>
        </w:rPr>
        <w:t>Một cuộc trò chuyện lôi cuốn</w:t>
      </w:r>
    </w:p>
    <w:p>
      <w:pPr>
        <w:spacing w:after="80"/>
        <w:ind w:left="360"/>
      </w:pPr>
      <w:r>
        <w:t xml:space="preserve">8. </w:t>
      </w:r>
      <w:r>
        <w:rPr>
          <w:b w:val="0"/>
          <w:i w:val="0"/>
        </w:rPr>
        <w:t>Một sự thấu hiểu tạo sức ảnh hưởng</w:t>
      </w:r>
    </w:p>
    <w:p>
      <w:pPr>
        <w:spacing w:after="80"/>
        <w:ind w:left="360"/>
      </w:pPr>
      <w:r>
        <w:t xml:space="preserve">9. </w:t>
      </w:r>
      <w:r>
        <w:rPr>
          <w:b w:val="0"/>
          <w:i w:val="0"/>
        </w:rPr>
        <w:t>Làm thế nào để mọi việc tốt hơn?</w:t>
      </w:r>
    </w:p>
    <w:p>
      <w:pPr>
        <w:spacing w:after="80"/>
        <w:ind w:left="360"/>
      </w:pPr>
      <w:r>
        <w:t xml:space="preserve">10. </w:t>
      </w:r>
      <w:r>
        <w:rPr>
          <w:b w:val="0"/>
          <w:i w:val="0"/>
        </w:rPr>
        <w:t>Thành công là gì?</w:t>
      </w:r>
    </w:p>
    <w:p>
      <w:pPr>
        <w:spacing w:after="80"/>
        <w:ind w:left="360"/>
      </w:pPr>
      <w:r>
        <w:t xml:space="preserve">11. </w:t>
      </w:r>
      <w:r>
        <w:rPr>
          <w:b w:val="0"/>
          <w:i w:val="0"/>
        </w:rPr>
        <w:t>Tôi có thể giúp gì?</w:t>
      </w:r>
    </w:p>
    <w:p>
      <w:pPr>
        <w:spacing w:after="80"/>
        <w:ind w:left="360"/>
      </w:pPr>
      <w:r>
        <w:t xml:space="preserve">12. </w:t>
      </w:r>
      <w:r>
        <w:rPr>
          <w:b w:val="0"/>
          <w:i w:val="0"/>
        </w:rPr>
        <w:t>Cốt lõi của vấn đề</w:t>
      </w:r>
    </w:p>
    <w:p>
      <w:pPr>
        <w:spacing w:after="80"/>
        <w:ind w:left="360"/>
      </w:pPr>
      <w:r>
        <w:t xml:space="preserve">13. </w:t>
      </w:r>
      <w:r>
        <w:rPr>
          <w:b w:val="0"/>
          <w:i w:val="0"/>
        </w:rPr>
        <w:t>Những nhà lãnh đạo phục vụ</w:t>
      </w:r>
    </w:p>
    <w:p>
      <w:pPr>
        <w:spacing w:after="80"/>
        <w:ind w:left="360"/>
      </w:pPr>
      <w:r>
        <w:t xml:space="preserve">14. </w:t>
      </w:r>
      <w:r>
        <w:rPr>
          <w:b w:val="0"/>
          <w:i w:val="0"/>
        </w:rPr>
        <w:t>Thử thách tiếp theo của bạn</w:t>
      </w:r>
    </w:p>
    <w:p>
      <w:pPr>
        <w:spacing w:after="80"/>
        <w:ind w:left="360"/>
      </w:pPr>
      <w:r>
        <w:t xml:space="preserve">15. </w:t>
      </w:r>
      <w:r>
        <w:rPr>
          <w:b w:val="0"/>
          <w:i w:val="0"/>
        </w:rPr>
        <w:t>Trao gậy</w:t>
      </w:r>
    </w:p>
    <w:p>
      <w:pPr>
        <w:spacing w:after="80"/>
        <w:ind w:left="360"/>
      </w:pPr>
      <w:r>
        <w:t xml:space="preserve">16. </w:t>
      </w:r>
      <w:r>
        <w:rPr>
          <w:b w:val="0"/>
          <w:i w:val="0"/>
        </w:rPr>
        <w:t>Hướng dẫn dành cho người điều phối</w:t>
      </w:r>
    </w:p>
    <w:p>
      <w:pPr>
        <w:spacing w:after="80"/>
        <w:ind w:left="360"/>
      </w:pPr>
      <w:r>
        <w:t xml:space="preserve">17. </w:t>
      </w:r>
      <w:r>
        <w:rPr>
          <w:b w:val="0"/>
          <w:i w:val="0"/>
        </w:rPr>
        <w:t>Câu hỏi nghiên cứu và thảo luận</w:t>
      </w:r>
    </w:p>
    <w:p>
      <w:pPr>
        <w:spacing w:after="80"/>
        <w:ind w:left="360"/>
      </w:pPr>
      <w:r>
        <w:t xml:space="preserve">18. </w:t>
      </w:r>
      <w:r>
        <w:rPr>
          <w:b w:val="0"/>
          <w:i w:val="0"/>
        </w:rPr>
        <w:t>Tự đánh giá: Kiểm tra SERVE của bạn</w:t>
      </w:r>
    </w:p>
    <w:p>
      <w:pPr>
        <w:spacing w:after="80"/>
        <w:ind w:left="360"/>
      </w:pPr>
      <w:r>
        <w:t xml:space="preserve">19. </w:t>
      </w:r>
      <w:r>
        <w:rPr>
          <w:b w:val="0"/>
          <w:i w:val="0"/>
        </w:rPr>
        <w:t>Lời cảm ơn</w:t>
      </w:r>
    </w:p>
    <w:p>
      <w:pPr>
        <w:spacing w:after="80"/>
        <w:ind w:left="360"/>
      </w:pPr>
      <w:r>
        <w:t xml:space="preserve">20. </w:t>
      </w:r>
      <w:r>
        <w:rPr>
          <w:b w:val="0"/>
          <w:i w:val="0"/>
        </w:rPr>
        <w:t>Về các tác giả</w:t>
      </w:r>
    </w:p>
    <w:p>
      <w:pPr>
        <w:spacing w:after="80"/>
        <w:ind w:left="360"/>
      </w:pPr>
      <w:r>
        <w:t xml:space="preserve">21. </w:t>
      </w:r>
      <w:r>
        <w:rPr>
          <w:b w:val="0"/>
          <w:i w:val="0"/>
        </w:rPr>
        <w:t>Các dịch vụ sẵn có</w:t>
      </w:r>
    </w:p>
    <w:p>
      <w:pPr>
        <w:pStyle w:val="Heading1"/>
      </w:pPr>
      <w:r>
        <w:rPr>
          <w:rFonts w:ascii="Calibri" w:hAnsi="Calibri"/>
          <w:b/>
          <w:i w:val="0"/>
          <w:sz w:val="40"/>
        </w:rPr>
        <w:t>Lời tựa</w:t>
      </w:r>
    </w:p>
    <w:p>
      <w:pPr>
        <w:spacing w:after="80"/>
      </w:pPr>
      <w:r>
        <w:rPr>
          <w:b w:val="0"/>
          <w:i w:val="0"/>
        </w:rPr>
        <w:t>Mọi thứ thăng trầm đều tùy thuộc vào khả năng lãnh đạo! Đó là lý do tôi đã là một học viên, một người thực hành và một người ủng hộ nghệ thuật lãnh đạo trong hơn năm mươi năm. Đó cũng là lý do tôi hào hứng giới thiệu lại ấn bản thứ tư của</w:t>
      </w:r>
      <w:r>
        <w:rPr>
          <w:b w:val="0"/>
          <w:i/>
        </w:rPr>
        <w:t>The Secret: What Great Leaders Know and Do</w:t>
      </w:r>
      <w:r>
        <w:rPr>
          <w:b w:val="0"/>
          <w:i w:val="0"/>
        </w:rPr>
        <w:t>.</w:t>
      </w:r>
    </w:p>
    <w:p>
      <w:pPr>
        <w:spacing w:after="80"/>
      </w:pPr>
      <w:r>
        <w:rPr>
          <w:b w:val="0"/>
          <w:i w:val="0"/>
        </w:rPr>
        <w:t>Vì sao lại có ấn bản thứ tư? Có ba lý do quan trọng. Thứ nhất, cuốn sách này đã gây được tiếng vang trong một thế giới đang khao khát những ý tưởng hiệu quả về chủ đề quan trọng là nghệ thuật lãnh đạo. Kể từ lần xuất bản đầu tiên năm 2004,</w:t>
      </w:r>
      <w:r>
        <w:rPr>
          <w:b w:val="0"/>
          <w:i/>
        </w:rPr>
        <w:t>The Secret</w:t>
      </w:r>
      <w:r>
        <w:rPr>
          <w:b w:val="0"/>
          <w:i w:val="0"/>
        </w:rPr>
        <w:t>đã được dịch ra hơn ba mươi ngôn ngữ, bán được 700.000 bản và tiếp tục truyền cảm hứng cho các nhà lãnh đạo trên toàn cầu. Một cuốn sách phi hư cấu thông thường bán được dưới 3.000 bản trong suốt vòng đời của nó. Sự phổ biến của cuốn sách này đòi hỏi nó phải tiếp tục được in cho thế hệ lãnh đạo kế tiếp.</w:t>
      </w:r>
    </w:p>
    <w:p>
      <w:pPr>
        <w:spacing w:after="80"/>
      </w:pPr>
      <w:r>
        <w:rPr>
          <w:b w:val="0"/>
          <w:i w:val="0"/>
        </w:rPr>
        <w:t>Lý do thứ hai cho một ấn bản mới là dù những chân lý trong cuốn sách này vượt thời gian, Ken và Mark vẫn muốn làm rõ thêm về tầm quan trọng của trái tim người lãnh đạo. Nội dung mới mà bạn sắp đọc rất có thể chính là chìa khóa bạn vẫn tìm kiếm để mở khóa tiềm năng lãnh đạo của mình.</w:t>
      </w:r>
    </w:p>
    <w:p>
      <w:pPr>
        <w:spacing w:after="80"/>
      </w:pPr>
      <w:r>
        <w:rPr>
          <w:b w:val="0"/>
          <w:i w:val="0"/>
        </w:rPr>
        <w:t>Cuối cùng, bên cạnh thành công của các ấn bản trước và nội dung mới quan trọng này, họ đã bổ sung hai nguồn tài nguyên mới: một Hướng dẫn học tập mở rộng và một bài tự đánh giá toàn diện. Những công cụ này làm tăng giá trị cuốn sách cho bạn bằng cách khiến nó không chỉ là thứ để</w:t>
      </w:r>
      <w:r>
        <w:rPr>
          <w:b w:val="0"/>
          <w:i/>
        </w:rPr>
        <w:t>đọc</w:t>
      </w:r>
      <w:r>
        <w:rPr>
          <w:b w:val="0"/>
          <w:i w:val="0"/>
        </w:rPr>
        <w:t>, mà còn là thứ để</w:t>
      </w:r>
      <w:r>
        <w:rPr>
          <w:b w:val="0"/>
          <w:i/>
        </w:rPr>
        <w:t>dùng</w:t>
      </w:r>
      <w:r>
        <w:rPr>
          <w:b w:val="0"/>
          <w:i w:val="0"/>
        </w:rPr>
        <w:t>.</w:t>
      </w:r>
    </w:p>
    <w:p>
      <w:pPr>
        <w:spacing w:after="80"/>
      </w:pPr>
      <w:r>
        <w:rPr>
          <w:b w:val="0"/>
          <w:i w:val="0"/>
        </w:rPr>
        <w:t>Tôi không ngạc nhiên khi</w:t>
      </w:r>
      <w:r>
        <w:rPr>
          <w:b w:val="0"/>
          <w:i/>
        </w:rPr>
        <w:t>The Secret</w:t>
      </w:r>
      <w:r>
        <w:rPr>
          <w:b w:val="0"/>
          <w:i w:val="0"/>
        </w:rPr>
        <w:t>trở thành cuốn sách bán chạy quốc tế, đặc biệt là khi xét đến các tác giả của nó.</w:t>
      </w:r>
    </w:p>
    <w:p>
      <w:pPr>
        <w:spacing w:after="80"/>
      </w:pPr>
      <w:r>
        <w:rPr>
          <w:b w:val="0"/>
          <w:i w:val="0"/>
        </w:rPr>
        <w:t>Ken đã suy nghĩ và viết về lãnh đạo suốt sáu thập kỷ. Cứ nhìn danh sách các tựa sách này mà xem:</w:t>
      </w:r>
      <w:r>
        <w:rPr>
          <w:b w:val="0"/>
          <w:i/>
        </w:rPr>
        <w:t>The One Minute Manager</w:t>
      </w:r>
      <w:r>
        <w:rPr>
          <w:b w:val="0"/>
          <w:i w:val="0"/>
        </w:rPr>
        <w:t>®,</w:t>
      </w:r>
      <w:r>
        <w:rPr>
          <w:b w:val="0"/>
          <w:i/>
        </w:rPr>
        <w:t>Leadership and the One Minute Manager, Gung Ho!</w:t>
      </w:r>
      <w:r>
        <w:rPr>
          <w:b w:val="0"/>
          <w:i w:val="0"/>
        </w:rPr>
        <w:t>,</w:t>
      </w:r>
      <w:r>
        <w:rPr>
          <w:b w:val="0"/>
          <w:i/>
        </w:rPr>
        <w:t>Leading at a Higher Level</w:t>
      </w:r>
      <w:r>
        <w:rPr>
          <w:b w:val="0"/>
          <w:i w:val="0"/>
        </w:rPr>
        <w:t>,</w:t>
      </w:r>
      <w:r>
        <w:rPr>
          <w:b w:val="0"/>
          <w:i/>
        </w:rPr>
        <w:t>Raving Fans</w:t>
      </w:r>
      <w:r>
        <w:rPr>
          <w:b w:val="0"/>
          <w:i w:val="0"/>
        </w:rPr>
        <w:t>,</w:t>
      </w:r>
      <w:r>
        <w:rPr>
          <w:b w:val="0"/>
          <w:i/>
        </w:rPr>
        <w:t>Whale Done!</w:t>
      </w:r>
      <w:r>
        <w:rPr>
          <w:b w:val="0"/>
          <w:i w:val="0"/>
        </w:rPr>
        <w:t>. . . danh sách còn có thể kéo dài mãi. Tôi chắc chắn bạn đã nghe đến nhiều cuốn trong số này, và tôi hy vọng bạn cũng đã đọc một vài cuốn. Ken đã bán được hơn hai mươi lăm triệu cuốn sách—và con số vẫn đang tăng. Ông là một trong số rất ít tác giả trong lịch sử từng có bốn tựa sách cùng lúc nằm trong danh sách bán chạy của</w:t>
      </w:r>
      <w:r>
        <w:rPr>
          <w:b w:val="0"/>
          <w:i/>
        </w:rPr>
        <w:t>Business Week</w:t>
      </w:r>
      <w:r>
        <w:rPr>
          <w:b w:val="0"/>
          <w:i w:val="0"/>
        </w:rPr>
        <w:t>. Ken đã góp phần định hình cách thế giới lãnh đạo.</w:t>
      </w:r>
    </w:p>
    <w:p>
      <w:pPr>
        <w:spacing w:after="80"/>
      </w:pPr>
      <w:r>
        <w:rPr>
          <w:b w:val="0"/>
          <w:i w:val="0"/>
        </w:rPr>
        <w:t xml:space="preserve">Mark đã chọn một con đường khác. Trong gần bốn mươi lăm năm, ông là thành viên của đội ngũ lãnh đạo tại một trong những tổ chức lớn của nước Mỹ—Chick-fil-A, Inc., có trụ sở tại Atlanta, Georgia. Chick-fil-A là một công ty nhà hàng phục vụ nhanh với hơn 3,000 địa điểm và doanh thu hằng năm gần chạm mốc $30 billion. Khi Mark rời “the Chicken”—như cách ông thường gọi tổ chức này—ông đang giữ vai trò Phó Chủ tịch phụ trách Lãnh đạo Hiệu suất Cao. </w:t>
      </w:r>
      <w:r>
        <w:rPr>
          <w:b w:val="0"/>
          <w:i/>
        </w:rPr>
        <w:t>The Secret</w:t>
      </w:r>
      <w:r>
        <w:rPr>
          <w:b w:val="0"/>
          <w:i w:val="0"/>
        </w:rPr>
        <w:t xml:space="preserve"> không hề bí mật tại Chick-fil-A: Đó chính là cốt lõi thành công của họ. Qua nhiều năm, tầm ảnh hưởng của Mark đã lan rộng khắp thế giới. Mười ba cuốn sách của ông đã được dịch ra hơn ba mươi ngôn ngữ.</w:t>
      </w:r>
    </w:p>
    <w:p>
      <w:pPr>
        <w:spacing w:after="80"/>
      </w:pPr>
      <w:r>
        <w:rPr>
          <w:b w:val="0"/>
          <w:i w:val="0"/>
        </w:rPr>
        <w:t xml:space="preserve">Thử thách của tôi dành cho bạn rất đơn giản: Hãy học </w:t>
      </w:r>
      <w:r>
        <w:rPr>
          <w:b w:val="0"/>
          <w:i/>
        </w:rPr>
        <w:t>The Secret</w:t>
      </w:r>
      <w:r>
        <w:rPr>
          <w:b w:val="0"/>
          <w:i w:val="0"/>
        </w:rPr>
        <w:t xml:space="preserve">—rồi áp dụng </w:t>
      </w:r>
      <w:r>
        <w:rPr>
          <w:b w:val="0"/>
          <w:i/>
        </w:rPr>
        <w:t>The Secret</w:t>
      </w:r>
      <w:r>
        <w:rPr>
          <w:b w:val="0"/>
          <w:i w:val="0"/>
        </w:rPr>
        <w:t>. Nếu bạn làm được, khả năng lãnh đạo và cuộc đời bạn sẽ thay đổi mãi mãi.</w:t>
      </w:r>
    </w:p>
    <w:tbl>
      <w:tblPr>
        <w:tblStyle w:val="TableGrid"/>
        <w:tblW w:type="auto" w:w="0"/>
        <w:tblLook w:firstColumn="1" w:firstRow="1" w:lastColumn="0" w:lastRow="0" w:noHBand="0" w:noVBand="1" w:val="04A0"/>
      </w:tblPr>
      <w:tblGrid>
        <w:gridCol w:w="4680"/>
        <w:gridCol w:w="4680"/>
      </w:tblGrid>
      <w:tr>
        <w:tc>
          <w:tcPr>
            <w:tcW w:type="dxa" w:w="4680"/>
          </w:tcPr>
          <w:p>
            <w:r/>
          </w:p>
        </w:tc>
        <w:tc>
          <w:tcPr>
            <w:tcW w:type="dxa" w:w="4680"/>
          </w:tcPr>
          <w:p>
            <w:r/>
            <w:r>
              <w:rPr>
                <w:b w:val="0"/>
                <w:i w:val="0"/>
                <w:sz w:val="19"/>
              </w:rPr>
              <w:t>—John C. Maxwell,</w:t>
              <w:br/>
              <w:t xml:space="preserve">Tác giả bán chạy nhất theo </w:t>
            </w:r>
            <w:r>
              <w:rPr>
                <w:b w:val="0"/>
                <w:i/>
                <w:sz w:val="19"/>
              </w:rPr>
              <w:t>New York Times</w:t>
            </w:r>
            <w:r>
              <w:rPr>
                <w:b w:val="0"/>
                <w:i w:val="0"/>
                <w:sz w:val="19"/>
              </w:rPr>
              <w:t xml:space="preserve"> của cuốn </w:t>
            </w:r>
            <w:r>
              <w:rPr>
                <w:b w:val="0"/>
                <w:i/>
                <w:sz w:val="19"/>
              </w:rPr>
              <w:t>The 21 Irrefutable Laws of Leadership</w:t>
            </w:r>
            <w:r>
              <w:rPr>
                <w:b w:val="0"/>
                <w:i w:val="0"/>
                <w:sz w:val="19"/>
              </w:rPr>
              <w:br/>
            </w:r>
          </w:p>
        </w:tc>
      </w:tr>
    </w:tbl>
    <w:p>
      <w:pPr>
        <w:spacing w:after="0"/>
      </w:pPr>
    </w:p>
    <w:p>
      <w:pPr>
        <w:jc w:val="center"/>
      </w:pPr>
      <w:r>
        <w:drawing>
          <wp:inline xmlns:a="http://schemas.openxmlformats.org/drawingml/2006/main" xmlns:pic="http://schemas.openxmlformats.org/drawingml/2006/picture">
            <wp:extent cx="952500" cy="1524000"/>
            <wp:docPr id="3" name="Picture 3"/>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Cơ hội</w:t>
      </w:r>
    </w:p>
    <w:p>
      <w:pPr>
        <w:spacing w:after="80"/>
      </w:pPr>
      <w:r>
        <w:rPr>
          <w:b w:val="0"/>
          <w:i/>
        </w:rPr>
        <w:t>Sao làm lãnh đạo lại khó đến thế này? Cách đây đúng một năm hôm nay là ngày hạnh phúc nhất đời tôi. Tôi đã thành công! Chỉ mới bốn năm sau khi ra trường, công ty đã chuyển tôi sang một vị trí lãnh đạo: giám đốc dịch vụ khách hàng doanh nghiệp cho khu vực bán hàng Đông Nam. Tôi biết mình có thể đảm đương công việc này, vì tôi khởi đầu từ tổng đài catalog của công ty, tiếp nhận yêu cầu và khiếu nại của khách hàng. Sau đó tôi được thăng chức lên quản lý dự án, làm việc chặt chẽ với bộ phận bán hàng và các khách hàng doanh nghiệp. Bất cứ điều gì nhân viên bán hàng hứa với khách, tôi đều thực hiện. Và nếu tôi được phép tự khen thì tôi rất giỏi trong việc mang đến cho khách hàng doanh nghiệp những gì họ cần, đúng lúc và đúng nơi. Tôi nhận được đủ loại lời khen nhờ xây dựng mối quan hệ tuyệt vời với khách hàng. Tôi tin chắc mình có thể khiến đội ngũ của mình làm được điều tương tự.</w:t>
      </w:r>
    </w:p>
    <w:p>
      <w:pPr>
        <w:spacing w:after="80"/>
      </w:pPr>
      <w:r>
        <w:rPr>
          <w:b w:val="0"/>
          <w:i/>
        </w:rPr>
        <w:t>Một năm trước, tôi đang ở trên đỉnh thế giới. Hôm nay, tôi đang cố bám trụ để sống còn và có thể mất việc. Chuyện gì đã xảy ra? Điều gì đã sai?</w:t>
      </w:r>
    </w:p>
    <w:p>
      <w:pPr>
        <w:spacing w:after="80"/>
      </w:pPr>
      <w:r>
        <w:rPr>
          <w:b w:val="0"/>
          <w:i w:val="0"/>
        </w:rPr>
        <w:t>Với những suy nghĩ đó, Debbie Brewster tấp vào bãi đỗ xe của thư viện công cộng. Cô biết mình không thể có một buổi chiều không bị gián đoạn ở văn phòng. Hơn nữa, sếp cô luôn khuyến khích cô mỗi tháng dành chút thời gian lùi lại để đánh giá những gì đã xảy ra, khẳng định điều gì đang hiệu quả, và điều chỉnh khi cần. Cô luôn quá bận để thực sự thử làm điều đó, nhưng hôm nay thì khác. Thời thế khắc nghiệt đòi hỏi biện pháp quyết liệt.</w:t>
      </w:r>
    </w:p>
    <w:p>
      <w:pPr>
        <w:spacing w:after="80"/>
      </w:pPr>
      <w:r>
        <w:rPr>
          <w:b w:val="0"/>
          <w:i w:val="0"/>
        </w:rPr>
        <w:t xml:space="preserve">Khi Debbie bước vào thư viện, tâm trí cô chợt ùa về những ký ức đã bị lãng quên từ lâu của quãng đời đi học không mấy rực rỡ. Mùi mốc của những cuốn sách cũ vẫn nồng như mọi khi. Ánh sáng cũng gần như vậy—hơi tối một chút. Điều đó chưa bao giờ khiến cô thấy hợp lý. </w:t>
      </w:r>
      <w:r>
        <w:rPr>
          <w:b w:val="0"/>
          <w:i/>
        </w:rPr>
        <w:t>Sao các thư viện không được chiếu sáng tốt hơn nhỉ?</w:t>
      </w:r>
    </w:p>
    <w:p>
      <w:pPr>
        <w:spacing w:after="80"/>
      </w:pPr>
      <w:r>
        <w:rPr>
          <w:b w:val="0"/>
          <w:i w:val="0"/>
        </w:rPr>
        <w:t>Debbie đến gặp người thủ thư và nói: “Chào cô, tôi đang tìm một chỗ để làm việc. Nếu được thì chỗ nào có nhiều ánh sáng một chút ạ.”</w:t>
      </w:r>
    </w:p>
    <w:p>
      <w:pPr>
        <w:spacing w:after="80"/>
      </w:pPr>
      <w:r>
        <w:rPr>
          <w:b w:val="0"/>
          <w:i w:val="0"/>
        </w:rPr>
        <w:t>“Dĩ nhiên rồi,” người phụ nữ mỉm cười nói. “Hôm nay cô có cần tài liệu cụ thể nào không?”</w:t>
      </w:r>
    </w:p>
    <w:p>
      <w:pPr>
        <w:spacing w:after="80"/>
      </w:pPr>
      <w:r>
        <w:rPr>
          <w:b w:val="0"/>
          <w:i w:val="0"/>
        </w:rPr>
        <w:t>“Không, nhưng dù sao cũng cảm ơn cô. Tôi chỉ cần một nơi yên tĩnh để làm việc trong vài giờ. Tôi có một số vấn đề công việc cần giải quyết.”</w:t>
      </w:r>
    </w:p>
    <w:p>
      <w:pPr>
        <w:spacing w:after="80"/>
      </w:pPr>
      <w:r>
        <w:rPr>
          <w:b w:val="0"/>
          <w:i w:val="0"/>
        </w:rPr>
        <w:t>“Cần gì cứ cho tôi biết nhé,” người thủ thư nói. Cô dẫn Debbie đến một chiếc bàn ở góc yên tĩnh với hai cửa sổ lớn ở hai bên.</w:t>
      </w:r>
    </w:p>
    <w:p>
      <w:pPr>
        <w:spacing w:after="80"/>
      </w:pPr>
      <w:r>
        <w:rPr>
          <w:b w:val="0"/>
          <w:i w:val="0"/>
        </w:rPr>
        <w:t xml:space="preserve">Debbie ngồi xuống, lấy laptop ra và bắt đầu. </w:t>
      </w:r>
      <w:r>
        <w:rPr>
          <w:b w:val="0"/>
          <w:i/>
        </w:rPr>
        <w:t>Trước tiên, mình cần nắm thật rõ tình hình hiện tại. Sau đó mình sẽ cố xác định xem vì sao mình lại rơi vào mớ bòng bong này</w:t>
      </w:r>
      <w:r>
        <w:rPr>
          <w:b w:val="0"/>
          <w:i w:val="0"/>
        </w:rPr>
        <w:t>.</w:t>
      </w:r>
    </w:p>
    <w:p>
      <w:pPr>
        <w:pStyle w:val="Heading2"/>
      </w:pPr>
      <w:r>
        <w:rPr>
          <w:rFonts w:ascii="Calibri" w:hAnsi="Calibri"/>
          <w:b/>
          <w:i w:val="0"/>
          <w:sz w:val="32"/>
        </w:rPr>
        <w:t>Tình hình hiện tại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Sự hài lòng của nhân viên bán hàng</w:t>
            </w:r>
          </w:p>
        </w:tc>
        <w:tc>
          <w:tcPr>
            <w:tcW w:type="dxa" w:w="4680"/>
          </w:tcPr>
          <w:p>
            <w:r/>
            <w:r>
              <w:rPr>
                <w:b w:val="0"/>
                <w:i w:val="0"/>
                <w:sz w:val="19"/>
              </w:rPr>
              <w:t>Tệ nhất trong tất cả 7 khu vực</w:t>
            </w:r>
          </w:p>
        </w:tc>
      </w:tr>
      <w:tr>
        <w:tc>
          <w:tcPr>
            <w:tcW w:type="dxa" w:w="4680"/>
          </w:tcPr>
          <w:p>
            <w:r/>
            <w:r>
              <w:rPr>
                <w:b w:val="0"/>
                <w:i w:val="0"/>
                <w:sz w:val="19"/>
              </w:rPr>
              <w:t>Sự hài lòng của khách hàng</w:t>
            </w:r>
          </w:p>
        </w:tc>
        <w:tc>
          <w:tcPr>
            <w:tcW w:type="dxa" w:w="4680"/>
          </w:tcPr>
          <w:p>
            <w:r/>
            <w:r>
              <w:rPr>
                <w:b w:val="0"/>
                <w:i w:val="0"/>
                <w:sz w:val="19"/>
              </w:rPr>
              <w:t>Tệ nhất trong tất cả 7 khu vực</w:t>
            </w:r>
          </w:p>
        </w:tc>
      </w:tr>
      <w:tr>
        <w:tc>
          <w:tcPr>
            <w:tcW w:type="dxa" w:w="4680"/>
          </w:tcPr>
          <w:p>
            <w:r/>
            <w:r>
              <w:rPr>
                <w:b w:val="0"/>
                <w:i w:val="0"/>
                <w:sz w:val="19"/>
              </w:rPr>
              <w:t>Đóng góp lợi nhuận</w:t>
            </w:r>
          </w:p>
        </w:tc>
        <w:tc>
          <w:tcPr>
            <w:tcW w:type="dxa" w:w="4680"/>
          </w:tcPr>
          <w:p>
            <w:r/>
            <w:r>
              <w:rPr>
                <w:b w:val="0"/>
                <w:i w:val="0"/>
                <w:sz w:val="19"/>
              </w:rPr>
              <w:t>Dưới mục tiêu</w:t>
            </w:r>
          </w:p>
        </w:tc>
      </w:tr>
      <w:tr>
        <w:tc>
          <w:tcPr>
            <w:tcW w:type="dxa" w:w="4680"/>
          </w:tcPr>
          <w:p>
            <w:r/>
            <w:r>
              <w:rPr>
                <w:b w:val="0"/>
                <w:i w:val="0"/>
                <w:sz w:val="19"/>
              </w:rPr>
              <w:t>Quản lý chi phí</w:t>
            </w:r>
          </w:p>
        </w:tc>
        <w:tc>
          <w:tcPr>
            <w:tcW w:type="dxa" w:w="4680"/>
          </w:tcPr>
          <w:p>
            <w:r/>
            <w:r>
              <w:rPr>
                <w:b w:val="0"/>
                <w:i w:val="0"/>
                <w:sz w:val="19"/>
              </w:rPr>
              <w:t>Đạt mục tiêu</w:t>
            </w:r>
          </w:p>
        </w:tc>
      </w:tr>
      <w:tr>
        <w:tc>
          <w:tcPr>
            <w:tcW w:type="dxa" w:w="4680"/>
          </w:tcPr>
          <w:p>
            <w:r/>
            <w:r>
              <w:rPr>
                <w:b w:val="0"/>
                <w:i w:val="0"/>
                <w:sz w:val="19"/>
              </w:rPr>
              <w:t>Mức độ hài lòng của nhân viên</w:t>
            </w:r>
          </w:p>
        </w:tc>
        <w:tc>
          <w:tcPr>
            <w:tcW w:type="dxa" w:w="4680"/>
          </w:tcPr>
          <w:p>
            <w:r/>
            <w:r>
              <w:rPr>
                <w:b w:val="0"/>
                <w:i w:val="0"/>
                <w:sz w:val="19"/>
              </w:rPr>
              <w:t>Thấp hơn đáng kể so với mức khi tôi tiếp quản nhóm</w:t>
            </w:r>
          </w:p>
        </w:tc>
      </w:tr>
      <w:tr>
        <w:tc>
          <w:tcPr>
            <w:tcW w:type="dxa" w:w="4680"/>
          </w:tcPr>
          <w:p>
            <w:r/>
            <w:r>
              <w:rPr>
                <w:b w:val="0"/>
                <w:i w:val="0"/>
                <w:sz w:val="19"/>
              </w:rPr>
              <w:t>Tỷ lệ nghỉ việc</w:t>
            </w:r>
          </w:p>
        </w:tc>
        <w:tc>
          <w:tcPr>
            <w:tcW w:type="dxa" w:w="4680"/>
          </w:tcPr>
          <w:p>
            <w:r/>
            <w:r>
              <w:rPr>
                <w:b w:val="0"/>
                <w:i w:val="0"/>
                <w:sz w:val="19"/>
              </w:rPr>
              <w:t>Tôi đã mất 4 trong số 10 thành viên nhóm trong chưa đầy một năm. Đây có vẻ là một vấn đề.</w:t>
            </w:r>
          </w:p>
        </w:tc>
      </w:tr>
    </w:tbl>
    <w:p>
      <w:pPr>
        <w:spacing w:after="0"/>
      </w:pPr>
    </w:p>
    <w:p>
      <w:pPr>
        <w:spacing w:after="80"/>
      </w:pPr>
      <w:r>
        <w:rPr>
          <w:b w:val="0"/>
          <w:i/>
        </w:rPr>
        <w:t>Được rồi, đó là tình hình của chúng ta hôm nay. Làm sao mọi chuyện lại trở nên tệ đến vậy, nhanh đến vậy?</w:t>
      </w:r>
      <w:r>
        <w:rPr>
          <w:b w:val="0"/>
          <w:i w:val="0"/>
        </w:rPr>
        <w:t>Cô nhớ lại mười hai tháng trước đó. Những sự kiện nào có thể đã góp phần khiến hiệu suất hiện tại của nhóm trở nên ảm đạm như vậy?</w:t>
      </w:r>
    </w:p>
    <w:p>
      <w:pPr>
        <w:pStyle w:val="Heading2"/>
      </w:pPr>
      <w:r>
        <w:rPr>
          <w:rFonts w:ascii="Calibri" w:hAnsi="Calibri"/>
          <w:b/>
          <w:i w:val="0"/>
          <w:sz w:val="32"/>
        </w:rPr>
        <w:t>Các sự kiện chính</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Ngày 1 tháng 6</w:t>
            </w:r>
          </w:p>
        </w:tc>
        <w:tc>
          <w:tcPr>
            <w:tcW w:type="dxa" w:w="4680"/>
          </w:tcPr>
          <w:p>
            <w:r/>
            <w:r>
              <w:rPr>
                <w:b w:val="0"/>
                <w:i w:val="0"/>
                <w:sz w:val="19"/>
              </w:rPr>
              <w:t>Tôi được bổ nhiệm làm trưởng nhóm.</w:t>
            </w:r>
          </w:p>
        </w:tc>
      </w:tr>
      <w:tr>
        <w:tc>
          <w:tcPr>
            <w:tcW w:type="dxa" w:w="4680"/>
          </w:tcPr>
          <w:p>
            <w:r/>
            <w:r>
              <w:rPr>
                <w:b w:val="0"/>
                <w:i w:val="0"/>
                <w:sz w:val="19"/>
              </w:rPr>
              <w:t>15 tháng 6</w:t>
            </w:r>
          </w:p>
        </w:tc>
        <w:tc>
          <w:tcPr>
            <w:tcW w:type="dxa" w:w="4680"/>
          </w:tcPr>
          <w:p>
            <w:r/>
            <w:r>
              <w:rPr>
                <w:b w:val="0"/>
                <w:i w:val="0"/>
                <w:sz w:val="19"/>
              </w:rPr>
              <w:t>Buổi họp nhóm đầu tiên; xung đột về những thay đổi tôi muốn nhóm thực hiện.</w:t>
            </w:r>
          </w:p>
        </w:tc>
      </w:tr>
      <w:tr>
        <w:tc>
          <w:tcPr>
            <w:tcW w:type="dxa" w:w="4680"/>
          </w:tcPr>
          <w:p>
            <w:r/>
            <w:r>
              <w:rPr>
                <w:b w:val="0"/>
                <w:i w:val="0"/>
                <w:sz w:val="19"/>
              </w:rPr>
              <w:t>Tháng 7</w:t>
            </w:r>
          </w:p>
        </w:tc>
        <w:tc>
          <w:tcPr>
            <w:tcW w:type="dxa" w:w="4680"/>
          </w:tcPr>
          <w:p>
            <w:r/>
            <w:r>
              <w:rPr>
                <w:b w:val="0"/>
                <w:i w:val="0"/>
                <w:sz w:val="19"/>
              </w:rPr>
              <w:t>Chọn Bob—người mới vào công ty—quyết định sai lầm.</w:t>
            </w:r>
          </w:p>
        </w:tc>
      </w:tr>
      <w:tr>
        <w:tc>
          <w:tcPr>
            <w:tcW w:type="dxa" w:w="4680"/>
          </w:tcPr>
          <w:p>
            <w:r/>
            <w:r>
              <w:rPr>
                <w:b w:val="0"/>
                <w:i w:val="0"/>
                <w:sz w:val="19"/>
              </w:rPr>
              <w:t>Tháng 8</w:t>
            </w:r>
          </w:p>
        </w:tc>
        <w:tc>
          <w:tcPr>
            <w:tcW w:type="dxa" w:w="4680"/>
          </w:tcPr>
          <w:p>
            <w:r/>
            <w:r>
              <w:rPr>
                <w:b w:val="0"/>
                <w:i w:val="0"/>
                <w:sz w:val="19"/>
              </w:rPr>
              <w:t>Cắt giảm chi phí để cải thiện lợi nhuận.</w:t>
            </w:r>
          </w:p>
        </w:tc>
      </w:tr>
      <w:tr>
        <w:tc>
          <w:tcPr>
            <w:tcW w:type="dxa" w:w="4680"/>
          </w:tcPr>
          <w:p>
            <w:r/>
            <w:r>
              <w:rPr>
                <w:b w:val="0"/>
                <w:i w:val="0"/>
                <w:sz w:val="19"/>
              </w:rPr>
              <w:t>Tháng 9</w:t>
            </w:r>
          </w:p>
        </w:tc>
        <w:tc>
          <w:tcPr>
            <w:tcW w:type="dxa" w:w="4680"/>
          </w:tcPr>
          <w:p>
            <w:r/>
            <w:r>
              <w:rPr>
                <w:b w:val="0"/>
                <w:i w:val="0"/>
                <w:sz w:val="19"/>
              </w:rPr>
              <w:t>Hai nhân viên mới: Brenda—phù hợp; Charles—chờ xem thêm.</w:t>
            </w:r>
          </w:p>
        </w:tc>
      </w:tr>
      <w:tr>
        <w:tc>
          <w:tcPr>
            <w:tcW w:type="dxa" w:w="4680"/>
          </w:tcPr>
          <w:p>
            <w:r/>
            <w:r>
              <w:rPr>
                <w:b w:val="0"/>
                <w:i w:val="0"/>
                <w:sz w:val="19"/>
              </w:rPr>
              <w:t>Tháng Mười</w:t>
            </w:r>
          </w:p>
        </w:tc>
        <w:tc>
          <w:tcPr>
            <w:tcW w:type="dxa" w:w="4680"/>
          </w:tcPr>
          <w:p>
            <w:r/>
            <w:r>
              <w:rPr>
                <w:b w:val="0"/>
                <w:i w:val="0"/>
                <w:sz w:val="19"/>
              </w:rPr>
              <w:t>Mất một khách hàng quan trọng vì dịch vụ kém từ đội ngũ của mình.</w:t>
            </w:r>
          </w:p>
        </w:tc>
      </w:tr>
      <w:tr>
        <w:tc>
          <w:tcPr>
            <w:tcW w:type="dxa" w:w="4680"/>
          </w:tcPr>
          <w:p>
            <w:r/>
            <w:r>
              <w:rPr>
                <w:b w:val="0"/>
                <w:i w:val="0"/>
                <w:sz w:val="19"/>
              </w:rPr>
              <w:t>Tháng Mười Một</w:t>
            </w:r>
          </w:p>
        </w:tc>
        <w:tc>
          <w:tcPr>
            <w:tcW w:type="dxa" w:w="4680"/>
          </w:tcPr>
          <w:p>
            <w:r/>
            <w:r>
              <w:rPr>
                <w:b w:val="0"/>
                <w:i w:val="0"/>
                <w:sz w:val="19"/>
              </w:rPr>
              <w:t>Bob bị sa thải. Cả nhóm có vẻ rất thiếu gắn kết.</w:t>
            </w:r>
          </w:p>
        </w:tc>
      </w:tr>
      <w:tr>
        <w:tc>
          <w:tcPr>
            <w:tcW w:type="dxa" w:w="4680"/>
          </w:tcPr>
          <w:p>
            <w:r/>
            <w:r>
              <w:rPr>
                <w:b w:val="0"/>
                <w:i w:val="0"/>
                <w:sz w:val="19"/>
              </w:rPr>
              <w:t>Tháng Mười Hai</w:t>
            </w:r>
          </w:p>
        </w:tc>
        <w:tc>
          <w:tcPr>
            <w:tcW w:type="dxa" w:w="4680"/>
          </w:tcPr>
          <w:p>
            <w:r/>
            <w:r>
              <w:rPr>
                <w:b w:val="0"/>
                <w:i w:val="0"/>
                <w:sz w:val="19"/>
              </w:rPr>
              <w:t>Kết quả cuối năm cho thấy hiệu suất của nhóm sụt giảm đáng kể so với năm trước.</w:t>
            </w:r>
          </w:p>
        </w:tc>
      </w:tr>
      <w:tr>
        <w:tc>
          <w:tcPr>
            <w:tcW w:type="dxa" w:w="4680"/>
          </w:tcPr>
          <w:p>
            <w:r/>
            <w:r>
              <w:rPr>
                <w:b w:val="0"/>
                <w:i w:val="0"/>
                <w:sz w:val="19"/>
              </w:rPr>
              <w:t>Tháng Một</w:t>
            </w:r>
          </w:p>
        </w:tc>
        <w:tc>
          <w:tcPr>
            <w:tcW w:type="dxa" w:w="4680"/>
          </w:tcPr>
          <w:p>
            <w:r/>
            <w:r>
              <w:rPr>
                <w:b w:val="0"/>
                <w:i w:val="0"/>
                <w:sz w:val="19"/>
              </w:rPr>
              <w:t>Đánh giá hiệu suất với từng thành viên trong nhóm. Mỗi thành viên đều được thử thách “tiến lên hoặc rời đi.”</w:t>
            </w:r>
          </w:p>
        </w:tc>
      </w:tr>
      <w:tr>
        <w:tc>
          <w:tcPr>
            <w:tcW w:type="dxa" w:w="4680"/>
          </w:tcPr>
          <w:p>
            <w:r/>
            <w:r>
              <w:rPr>
                <w:b w:val="0"/>
                <w:i w:val="0"/>
                <w:sz w:val="19"/>
              </w:rPr>
              <w:t>Tháng Hai</w:t>
            </w:r>
          </w:p>
        </w:tc>
        <w:tc>
          <w:tcPr>
            <w:tcW w:type="dxa" w:w="4680"/>
          </w:tcPr>
          <w:p>
            <w:r/>
            <w:r>
              <w:rPr>
                <w:b w:val="0"/>
                <w:i w:val="0"/>
                <w:sz w:val="19"/>
              </w:rPr>
              <w:t>Mất thêm hai khách hàng nữa—cùng lý do như trước.</w:t>
            </w:r>
          </w:p>
        </w:tc>
      </w:tr>
      <w:tr>
        <w:tc>
          <w:tcPr>
            <w:tcW w:type="dxa" w:w="4680"/>
          </w:tcPr>
          <w:p>
            <w:r/>
            <w:r>
              <w:rPr>
                <w:b w:val="0"/>
                <w:i w:val="0"/>
                <w:sz w:val="19"/>
              </w:rPr>
              <w:t>Tháng Năm</w:t>
            </w:r>
          </w:p>
        </w:tc>
        <w:tc>
          <w:tcPr>
            <w:tcW w:type="dxa" w:w="4680"/>
          </w:tcPr>
          <w:p>
            <w:r/>
            <w:r>
              <w:rPr>
                <w:b w:val="0"/>
                <w:i w:val="0"/>
                <w:sz w:val="19"/>
              </w:rPr>
              <w:t>Các cuộc họp nhóm bị hủy cho đến khi có thông báo mới. Tập trung cải thiện kết quả.</w:t>
            </w:r>
          </w:p>
        </w:tc>
      </w:tr>
    </w:tbl>
    <w:p>
      <w:pPr>
        <w:spacing w:after="0"/>
      </w:pPr>
    </w:p>
    <w:p>
      <w:pPr>
        <w:spacing w:after="80"/>
      </w:pPr>
      <w:r>
        <w:rPr>
          <w:b w:val="0"/>
          <w:i/>
        </w:rPr>
        <w:t>Chà! Thảo nào đó là một năm tồi tệ. Nhìn xem tất cả những chuyện đã xảy ra. Tiếc là tôi không nghĩ “chuyện cứ thế xảy ra” là điều tôi cần hiểu để xoay chuyển tình thế</w:t>
      </w:r>
    </w:p>
    <w:p>
      <w:pPr>
        <w:spacing w:after="80"/>
      </w:pPr>
      <w:r>
        <w:rPr>
          <w:b w:val="0"/>
          <w:i w:val="0"/>
        </w:rPr>
        <w:t>Người thủ thư cắt ngang dòng suy nghĩ ảm đạm của Debbie. “Công việc của cô thế nào rồi? Có hoàn thành hết mọi việc không?”</w:t>
      </w:r>
    </w:p>
    <w:p>
      <w:pPr>
        <w:spacing w:after="80"/>
      </w:pPr>
      <w:r>
        <w:rPr>
          <w:b w:val="0"/>
          <w:i w:val="0"/>
        </w:rPr>
        <w:t>“Không hẳn. Tôi đã xem xét tình hình hiện tại, nhưng tôi không biết nên làm gì tiếp theo,” Debbie thừa nhận.</w:t>
      </w:r>
    </w:p>
    <w:p>
      <w:pPr>
        <w:spacing w:after="80"/>
      </w:pPr>
      <w:r>
        <w:rPr>
          <w:b w:val="0"/>
          <w:i w:val="0"/>
        </w:rPr>
        <w:t>“Có lẽ tôi có thể giúp,” người thủ thư nói.</w:t>
      </w:r>
    </w:p>
    <w:p>
      <w:pPr>
        <w:spacing w:after="80"/>
      </w:pPr>
      <w:r>
        <w:rPr>
          <w:b w:val="0"/>
          <w:i w:val="0"/>
        </w:rPr>
        <w:t>Debbie thấy buồn cười trước lời nhận xét đó nhưng cố không thể hiện ra. “À, cảm ơn chị, nhưng tôi không chắc chị có thể giúp được. Đó là một vấn đề phức tạp.”</w:t>
      </w:r>
    </w:p>
    <w:p>
      <w:pPr>
        <w:spacing w:after="80"/>
      </w:pPr>
      <w:r>
        <w:rPr>
          <w:b w:val="0"/>
          <w:i w:val="0"/>
        </w:rPr>
        <w:t>“Ồ, ý tôi không phải là cá nhân tôi có thể giúp cô giải quyết vấn đề,” người phụ nữ kiên nhẫn đáp. “Tuy nhiên, chúng tôi có khá nhiều tài liệu về kinh doanh ở đây. Tôi biết cô có internet và AI, nhưng chúng tôi có những cuốn sách có thể cho cô bức tranh tổng thể, chứ không chỉ trả lời từng câu hỏi. Vấn đề cô đang cố giải quyết là gì?”</w:t>
      </w:r>
    </w:p>
    <w:p>
      <w:pPr>
        <w:spacing w:after="80"/>
      </w:pPr>
      <w:r>
        <w:rPr>
          <w:b w:val="0"/>
          <w:i w:val="0"/>
        </w:rPr>
        <w:t>“Ở công ty chúng tôi, chúng tôi thường gọi vấn đề là cơ hội,” Debbie giải thích.</w:t>
      </w:r>
    </w:p>
    <w:p>
      <w:pPr>
        <w:spacing w:after="80"/>
      </w:pPr>
      <w:r>
        <w:rPr>
          <w:b w:val="0"/>
          <w:i w:val="0"/>
        </w:rPr>
        <w:t>“Được thôi, cơ hội đó là gì?” người thủ thư hỏi kèm một nụ cười nữa.</w:t>
      </w:r>
    </w:p>
    <w:p>
      <w:pPr>
        <w:spacing w:after="80"/>
      </w:pPr>
      <w:r>
        <w:rPr>
          <w:b w:val="0"/>
          <w:i w:val="0"/>
        </w:rPr>
        <w:t>“Tôi nghĩ tôi có thể tóm gọn bằng cách nói rằng tôi có một cơ hội để cải thiện hiệu suất của nhóm mình.”</w:t>
      </w:r>
    </w:p>
    <w:p>
      <w:pPr>
        <w:spacing w:after="80"/>
      </w:pPr>
      <w:r>
        <w:rPr>
          <w:b w:val="0"/>
          <w:i w:val="0"/>
        </w:rPr>
        <w:t>“Cô có biết điều gì đang gây ra các vấn đề về hiệu suất không?”</w:t>
      </w:r>
    </w:p>
    <w:p>
      <w:pPr>
        <w:spacing w:after="80"/>
      </w:pPr>
      <w:r>
        <w:rPr>
          <w:b w:val="0"/>
          <w:i w:val="0"/>
        </w:rPr>
        <w:t>Debbie ngập ngừng. “Tôi không chắc. Tôi đã liệt kê tất cả các sự kiện quan trọng trong năm qua và một số điều có thể đã góp phần gây ra, nhưng—”</w:t>
      </w:r>
    </w:p>
    <w:p>
      <w:pPr>
        <w:spacing w:after="80"/>
      </w:pPr>
      <w:r>
        <w:rPr>
          <w:b w:val="0"/>
          <w:i w:val="0"/>
        </w:rPr>
        <w:t>“Nhưng sao?”</w:t>
      </w:r>
    </w:p>
    <w:p>
      <w:pPr>
        <w:spacing w:after="80"/>
      </w:pPr>
      <w:r>
        <w:rPr>
          <w:b w:val="0"/>
          <w:i w:val="0"/>
        </w:rPr>
        <w:t>“Tôi có cảm giác lo ngại rằng mình có thể là một phần đáng kể của vấn đề. Tôi mới làm trưởng nhóm được khoảng một năm, và tôi chưa có bất kỳ khóa đào tạo hay kinh nghiệm nào trước đây.” Debbie nghĩ,</w:t>
      </w:r>
      <w:r>
        <w:rPr>
          <w:b w:val="0"/>
          <w:i/>
        </w:rPr>
        <w:t>Không thể tin được mình đang trải lòng với người thủ thư</w:t>
      </w:r>
      <w:r>
        <w:rPr>
          <w:b w:val="0"/>
          <w:i w:val="0"/>
        </w:rPr>
        <w:t>.</w:t>
      </w:r>
    </w:p>
    <w:p>
      <w:pPr>
        <w:spacing w:after="80"/>
      </w:pPr>
      <w:r>
        <w:rPr>
          <w:b w:val="0"/>
          <w:i w:val="0"/>
        </w:rPr>
        <w:t>“Chúng tôi có khá nhiều tài liệu về phát triển năng lực lãnh đạo,” người thủ thư gợi ý.</w:t>
      </w:r>
    </w:p>
    <w:p>
      <w:pPr>
        <w:spacing w:after="80"/>
      </w:pPr>
      <w:r>
        <w:rPr>
          <w:b w:val="0"/>
          <w:i w:val="0"/>
        </w:rPr>
        <w:t>“Phát triển năng lực lãnh đạo,” Debbie lặp lại.</w:t>
      </w:r>
    </w:p>
    <w:p>
      <w:pPr>
        <w:spacing w:after="80"/>
      </w:pPr>
      <w:r>
        <w:rPr>
          <w:b w:val="0"/>
          <w:i w:val="0"/>
        </w:rPr>
        <w:t>“Đúng vậy,” người thủ thư nói, “cô nói cô có thể là một phần của vấn đề.”</w:t>
      </w:r>
    </w:p>
    <w:p>
      <w:pPr>
        <w:spacing w:after="80"/>
      </w:pPr>
      <w:r>
        <w:rPr>
          <w:b w:val="0"/>
          <w:i w:val="0"/>
        </w:rPr>
        <w:t>“Tôi nghĩ tôi đã nói mình có thể là một yếu tố góp phần, nhưng vấn đề thật sự là hiệu suất.” Debbie có thể cảm thấy cô đang trở nên phòng thủ. Tự thừa nhận mình có thể là một phần của vấn đề là một chuyện. Còn khi nghe người khác nói điều đó, nó lại mang một cảm giác khác hẳn.</w:t>
      </w:r>
    </w:p>
    <w:p>
      <w:pPr>
        <w:spacing w:after="80"/>
      </w:pPr>
      <w:r>
        <w:rPr>
          <w:b w:val="0"/>
          <w:i w:val="0"/>
        </w:rPr>
        <w:t>Người thủ thư lùi lại. “Được rồi, tôi sẽ để cô tự mình nghiên cứu.”</w:t>
      </w:r>
    </w:p>
    <w:p>
      <w:pPr>
        <w:spacing w:after="80"/>
      </w:pPr>
      <w:r>
        <w:rPr>
          <w:b w:val="0"/>
          <w:i w:val="0"/>
        </w:rPr>
        <w:t>Khi người phụ nữ bỏ đi, Debbie đã cân nhắc lại.</w:t>
      </w:r>
      <w:r>
        <w:rPr>
          <w:b w:val="0"/>
          <w:i/>
        </w:rPr>
        <w:t>Biết đâu có vài mẹo lãnh đạo mới mình có thể học</w:t>
      </w:r>
      <w:r>
        <w:rPr>
          <w:b w:val="0"/>
          <w:i w:val="0"/>
        </w:rPr>
        <w:t>. Cô còn có thể mất gì vào lúc này chứ? Chỉ có công việc và ước mơ của cô thôi. “Đợi đã!” cô gọi với theo. “Tôi xin lỗi. Tôi đã hơi phòng thủ. Tôi đang chịu rất nhiều áp lực.”</w:t>
      </w:r>
    </w:p>
    <w:p>
      <w:pPr>
        <w:spacing w:after="80"/>
      </w:pPr>
      <w:r>
        <w:rPr>
          <w:b w:val="0"/>
          <w:i w:val="0"/>
        </w:rPr>
        <w:t>Người phụ nữ quay lại với vẻ thấu hiểu. “Không sao đâu.”</w:t>
      </w:r>
    </w:p>
    <w:p>
      <w:pPr>
        <w:spacing w:after="80"/>
      </w:pPr>
      <w:r>
        <w:rPr>
          <w:b w:val="0"/>
          <w:i w:val="0"/>
        </w:rPr>
        <w:t>“Những cuốn sách cô vừa nhắc đến ở đâu ạ?” Debbie hỏi, nhẹ nhõm vì người thủ thư vẫn sẵn lòng giúp đỡ.</w:t>
      </w:r>
    </w:p>
    <w:p>
      <w:pPr>
        <w:spacing w:after="80"/>
      </w:pPr>
      <w:r>
        <w:rPr>
          <w:b w:val="0"/>
          <w:i w:val="0"/>
        </w:rPr>
        <w:t>“Đi theo tôi.” Người thủ thư dẫn Debbie đến một chiếc máy tính gần đó, và họ cùng nhau lướt qua các danh mục, trong đó có những tựa sách như sau:</w:t>
      </w:r>
    </w:p>
    <w:p>
      <w:pPr>
        <w:spacing w:after="80"/>
        <w:ind w:left="360"/>
      </w:pPr>
      <w:r>
        <w:t xml:space="preserve">• </w:t>
      </w:r>
      <w:r>
        <w:rPr>
          <w:b w:val="0"/>
          <w:i/>
        </w:rPr>
        <w:t>The Power of 360-Degree Feedback</w:t>
      </w:r>
    </w:p>
    <w:p>
      <w:pPr>
        <w:spacing w:after="80"/>
        <w:ind w:left="360"/>
      </w:pPr>
      <w:r>
        <w:t xml:space="preserve">• </w:t>
      </w:r>
      <w:r>
        <w:rPr>
          <w:b w:val="0"/>
          <w:i/>
        </w:rPr>
        <w:t>Development Plans That Work</w:t>
      </w:r>
    </w:p>
    <w:p>
      <w:pPr>
        <w:spacing w:after="80"/>
        <w:ind w:left="360"/>
      </w:pPr>
      <w:r>
        <w:t xml:space="preserve">• </w:t>
      </w:r>
      <w:r>
        <w:rPr>
          <w:b w:val="0"/>
          <w:i/>
        </w:rPr>
        <w:t>Leaders Mentoring Leaders</w:t>
      </w:r>
    </w:p>
    <w:p>
      <w:pPr>
        <w:spacing w:after="80"/>
        <w:ind w:left="360"/>
      </w:pPr>
      <w:r>
        <w:t xml:space="preserve">• </w:t>
      </w:r>
      <w:r>
        <w:rPr>
          <w:b w:val="0"/>
          <w:i/>
        </w:rPr>
        <w:t>What Do Leaders Do?</w:t>
      </w:r>
    </w:p>
    <w:p>
      <w:pPr>
        <w:spacing w:after="80"/>
        <w:ind w:left="360"/>
      </w:pPr>
      <w:r>
        <w:t xml:space="preserve">• </w:t>
      </w:r>
      <w:r>
        <w:rPr>
          <w:b w:val="0"/>
          <w:i/>
        </w:rPr>
        <w:t>Finding the Perfect Mentor</w:t>
      </w:r>
    </w:p>
    <w:p>
      <w:pPr>
        <w:spacing w:after="80"/>
      </w:pPr>
      <w:r>
        <w:rPr>
          <w:b w:val="0"/>
          <w:i w:val="0"/>
        </w:rPr>
        <w:t>Debbie bắt đầu nhận ra điều gì đó khi họ lướt hết màn hình này đến màn hình khác. Từ</w:t>
      </w:r>
      <w:r>
        <w:rPr>
          <w:b w:val="0"/>
          <w:i/>
        </w:rPr>
        <w:t>mentoring</w:t>
      </w:r>
      <w:r>
        <w:rPr>
          <w:b w:val="0"/>
          <w:i w:val="0"/>
        </w:rPr>
        <w:t>được lặp lại nhiều lần; thực ra, nó xuất hiện trên gần như mọi màn hình họ xem. Rồi cô chợt nhận ra!</w:t>
      </w:r>
    </w:p>
    <w:p>
      <w:pPr>
        <w:spacing w:after="80"/>
      </w:pPr>
      <w:r>
        <w:rPr>
          <w:b w:val="0"/>
          <w:i w:val="0"/>
        </w:rPr>
        <w:t>“Xin lỗi,” cô nói.</w:t>
      </w:r>
    </w:p>
    <w:p>
      <w:pPr>
        <w:spacing w:after="80"/>
      </w:pPr>
      <w:r>
        <w:rPr>
          <w:b w:val="0"/>
          <w:i w:val="0"/>
        </w:rPr>
        <w:t>Cô quay lại laptop và mở email. Cô chắc chắn mình đã thấy một email có liên quan đến việc cố vấn. Nội dung như sau:</w:t>
      </w:r>
    </w:p>
    <w:p>
      <w:pPr>
        <w:spacing w:after="80"/>
        <w:ind w:left="360"/>
      </w:pPr>
      <w:r>
        <w:rPr>
          <w:b w:val="0"/>
          <w:i w:val="0"/>
        </w:rPr>
        <w:t>Gửi đến: Tất cả Giám sát viên và Quản lý</w:t>
      </w:r>
    </w:p>
    <w:p>
      <w:pPr>
        <w:spacing w:after="80"/>
        <w:ind w:left="360"/>
      </w:pPr>
      <w:r>
        <w:rPr>
          <w:b w:val="0"/>
          <w:i w:val="0"/>
        </w:rPr>
        <w:t>Từ: Melissa Arnold</w:t>
      </w:r>
    </w:p>
    <w:p>
      <w:pPr>
        <w:spacing w:after="80"/>
        <w:ind w:left="360"/>
      </w:pPr>
      <w:r>
        <w:rPr>
          <w:b w:val="0"/>
          <w:i w:val="0"/>
        </w:rPr>
        <w:t>Chủ đề: Cơ hội cố vấn</w:t>
      </w:r>
    </w:p>
    <w:p>
      <w:pPr>
        <w:spacing w:after="80"/>
        <w:ind w:left="360"/>
      </w:pPr>
      <w:r>
        <w:rPr>
          <w:b w:val="0"/>
          <w:i w:val="0"/>
        </w:rPr>
        <w:t>Ngày: 23 tháng 5</w:t>
      </w:r>
    </w:p>
    <w:p>
      <w:pPr>
        <w:spacing w:after="80"/>
        <w:ind w:left="360"/>
      </w:pPr>
      <w:r>
        <w:rPr>
          <w:b w:val="0"/>
          <w:i w:val="0"/>
        </w:rPr>
        <w:t>Như đã nêu trong kế hoạch năm của chúng ta, chúng tôi đã chỉ rõ rằng việc hỗ trợ thế hệ lãnh đạo hiện tại và kế cận sẽ là một trong những ưu tiên hàng đầu của chúng ta trong năm nay và những năm tới. Chúng tôi tin rằng một cách để hỗ trợ các nhà lãnh đạo đang phát triển là thiết lập một chương trình cố vấn chính thức trong tổ chức. Chúng tôi muốn nói rất rõ rằng chương trình này là tự nguyện. Bất kỳ ai muốn tham gia cần nộp đơn đăng ký cho tôi trước ngày 1 tháng 6.</w:t>
      </w:r>
    </w:p>
    <w:p>
      <w:pPr>
        <w:spacing w:after="80"/>
        <w:ind w:left="360"/>
      </w:pPr>
      <w:r>
        <w:rPr>
          <w:b w:val="0"/>
          <w:i w:val="0"/>
        </w:rPr>
        <w:t>Nếu bạn muốn biết thêm thông tin về chương trình, sẽ có một buổi “Lunch and Learn” vào thứ Sáu, ngày 28 tháng 5, tại phòng hội thảo tầng bốn từ 12:15 đến 1 giờ chiều. Hãy tự mang bữa trưa.</w:t>
      </w:r>
    </w:p>
    <w:p>
      <w:pPr>
        <w:spacing w:after="80"/>
      </w:pPr>
      <w:r>
        <w:rPr>
          <w:b w:val="0"/>
          <w:i/>
        </w:rPr>
        <w:t>Đây có thể là tấm vé trúng thưởng của mình!</w:t>
      </w:r>
      <w:r>
        <w:rPr>
          <w:b w:val="0"/>
          <w:i w:val="0"/>
        </w:rPr>
        <w:t>Debbie nghĩ.</w:t>
      </w:r>
      <w:r>
        <w:rPr>
          <w:b w:val="0"/>
          <w:i/>
        </w:rPr>
        <w:t>Mình chắc chắn rằng một người cố vấn (mentor) trong công ty sẽ giúp giải quyết các vấn đề ở bộ phận của mình. Người cố vấn của mình có lẽ sẽ chẩn đoán được vấn đề và cho mình biết cách khắc phục chỉ trong một hoặc hai buổi gặp. Bên cạnh đó, việc ghi trong hồ sơ nhân sự rằng một giám đốc điều hành đã cố vấn cho mình thậm chí có thể là một điểm cộng</w:t>
      </w:r>
      <w:r>
        <w:rPr>
          <w:b w:val="0"/>
          <w:i w:val="0"/>
        </w:rPr>
        <w:t>.</w:t>
      </w:r>
    </w:p>
    <w:p>
      <w:pPr>
        <w:spacing w:after="80"/>
      </w:pPr>
      <w:r>
        <w:rPr>
          <w:b w:val="0"/>
          <w:i w:val="0"/>
        </w:rPr>
        <w:t>Chuông cảnh báo vang lên trong đầu Debbie:</w:t>
      </w:r>
      <w:r>
        <w:rPr>
          <w:b w:val="0"/>
          <w:i/>
        </w:rPr>
        <w:t>Hôm nay là ngày 28!</w:t>
      </w:r>
      <w:r>
        <w:rPr>
          <w:b w:val="0"/>
          <w:i w:val="0"/>
        </w:rPr>
        <w:t>Cô nhìn đồng hồ.</w:t>
      </w:r>
      <w:r>
        <w:rPr>
          <w:b w:val="0"/>
          <w:i/>
        </w:rPr>
        <w:t>Mình đã lỡ buổi họp phổ biến thông tin. Nhưng mình vẫn có thể điền đơn đăng ký vào cuối tuần này và nộp vào sáng thứ Hai, trước hạn chót</w:t>
      </w:r>
      <w:r>
        <w:rPr>
          <w:b w:val="0"/>
          <w:i w:val="0"/>
        </w:rPr>
        <w:t>.</w:t>
      </w:r>
    </w:p>
    <w:p>
      <w:pPr>
        <w:spacing w:after="80"/>
      </w:pPr>
      <w:r>
        <w:rPr>
          <w:b w:val="0"/>
          <w:i w:val="0"/>
        </w:rPr>
        <w:t>Debbie thu dọn đồ đạc và tiến về phía lối ra. “Cảm ơn cô vì đã giúp đỡ,” cô gọi với theo người thủ thư khi bước ra ngoài.</w:t>
      </w:r>
    </w:p>
    <w:p>
      <w:pPr>
        <w:spacing w:after="80"/>
      </w:pPr>
      <w:r>
        <w:rPr>
          <w:b w:val="0"/>
          <w:i w:val="0"/>
        </w:rPr>
        <w:t>“Lúc nào cũng sẵn lòng,” người phụ nữ vui vẻ đáp. “Chúc may mắn nhé!”</w:t>
      </w:r>
    </w:p>
    <w:p>
      <w:pPr>
        <w:jc w:val="center"/>
      </w:pPr>
      <w:r>
        <w:drawing>
          <wp:inline xmlns:a="http://schemas.openxmlformats.org/drawingml/2006/main" xmlns:pic="http://schemas.openxmlformats.org/drawingml/2006/picture">
            <wp:extent cx="952500" cy="1524000"/>
            <wp:docPr id="4" name="Picture 4"/>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Buổi họp</w:t>
      </w:r>
    </w:p>
    <w:p>
      <w:pPr>
        <w:spacing w:after="80"/>
      </w:pPr>
      <w:r>
        <w:rPr>
          <w:b w:val="0"/>
          <w:i w:val="0"/>
        </w:rPr>
        <w:t>Sáng Chủ nhật, chồng Debbie, John, rủ cô chơi tennis với bạn bè, nhưng cô từ chối khéo.</w:t>
      </w:r>
    </w:p>
    <w:p>
      <w:pPr>
        <w:spacing w:after="80"/>
      </w:pPr>
      <w:r>
        <w:rPr>
          <w:b w:val="0"/>
          <w:i w:val="0"/>
        </w:rPr>
        <w:t>“Cảm ơn lời mời nhé anh yêu, nhưng em không muốn lỡ hạn chót của chương trình cố vấn,” cô nói trước khi lui ra hiên sau để làm đơn đăng ký. Cô không ngạc nhiên khi thấy tất cả các câu hỏi nhân khẩu học (demographic) thông thường, nhưng cũng có khá nhiều câu hỏi cá nhân, bao gồm một số câu hỏi khó bất ngờ về lý do cô muốn tham gia chương trình. Câu hỏi cuối cùng là câu khiến cô thực sự dừng lại và suy nghĩ:</w:t>
      </w:r>
    </w:p>
    <w:p>
      <w:pPr>
        <w:pStyle w:val="Heading2"/>
      </w:pPr>
      <w:r>
        <w:rPr>
          <w:rFonts w:ascii="Calibri" w:hAnsi="Calibri"/>
          <w:b/>
          <w:i w:val="0"/>
          <w:sz w:val="32"/>
        </w:rPr>
        <w:t>Người lãnh đạo là gì?</w:t>
      </w:r>
    </w:p>
    <w:p>
      <w:pPr>
        <w:spacing w:after="80"/>
      </w:pPr>
      <w:r>
        <w:rPr>
          <w:b w:val="0"/>
          <w:i w:val="0"/>
        </w:rPr>
        <w:t>Debbie linh cảm rằng một câu trả lời tốt cho câu hỏi đơn giản và thẳng thắn này sẽ giúp cô được vào chương trình. Cô đã dành khá nhiều thời gian cố gắng diễn đạt câu trả lời của mình. Cô cảm thấy mình nên biết câu trả lời vì trở thành một nhà lãnh đạo từ lâu đã là mục tiêu nghề nghiệp chính của cô. Thế nhưng cô chưa bao giờ suy nghĩ nhiều về ý nghĩa của lãnh đạo. Theo tiêu chuẩn của chính cô, những nỗ lực đầu tiên của cô đều vụng về hoặc quá đơn giản:</w:t>
      </w:r>
    </w:p>
    <w:p>
      <w:pPr>
        <w:spacing w:after="80"/>
        <w:ind w:left="360"/>
      </w:pPr>
      <w:r>
        <w:rPr>
          <w:b w:val="0"/>
          <w:i/>
        </w:rPr>
        <w:t>Người lãnh đạo là người phụ trách</w:t>
      </w:r>
      <w:r>
        <w:rPr>
          <w:b w:val="0"/>
          <w:i/>
        </w:rPr>
        <w:t>.</w:t>
      </w:r>
    </w:p>
    <w:p>
      <w:pPr>
        <w:spacing w:after="80"/>
        <w:ind w:left="360"/>
      </w:pPr>
      <w:r>
        <w:rPr>
          <w:b w:val="0"/>
          <w:i/>
        </w:rPr>
        <w:t>Người lãnh đạo là người giữ vị trí mà những người khác báo cáo lên</w:t>
      </w:r>
      <w:r>
        <w:rPr>
          <w:b w:val="0"/>
          <w:i/>
        </w:rPr>
        <w:t>.</w:t>
      </w:r>
    </w:p>
    <w:p>
      <w:pPr>
        <w:spacing w:after="80"/>
        <w:ind w:left="360"/>
      </w:pPr>
      <w:r>
        <w:rPr>
          <w:b w:val="0"/>
          <w:i/>
        </w:rPr>
        <w:t>Người lãnh đạo là người làm cho mọi việc xảy ra</w:t>
      </w:r>
      <w:r>
        <w:rPr>
          <w:b w:val="0"/>
          <w:i/>
        </w:rPr>
        <w:t>.</w:t>
      </w:r>
    </w:p>
    <w:p>
      <w:pPr>
        <w:spacing w:after="80"/>
      </w:pPr>
      <w:r>
        <w:rPr>
          <w:b w:val="0"/>
          <w:i w:val="0"/>
        </w:rPr>
        <w:t>Dù Debbie tin rằng mỗi câu trên đều có phần đúng, cô vẫn chưa hài lòng. Cô có cảm giác bất an rằng có một câu trả lời đúng, nhưng cô không biết đó là gì. Đó cũng chính là cảm giác cô từng có khi lần đầu nhận ra rằng mình có thể thực sự là một phần trong các vấn đề về hiệu suất của nhóm mình. Dù vậy, trời đã muộn, và hồ sơ cần được nộp vào sáng hôm sau. Vẫn chưa chắc chắn, cuối cùng cô viết những dòng này:</w:t>
      </w:r>
    </w:p>
    <w:p>
      <w:pPr>
        <w:spacing w:after="80"/>
        <w:ind w:left="360"/>
      </w:pPr>
      <w:r>
        <w:rPr>
          <w:b w:val="0"/>
          <w:i/>
        </w:rPr>
        <w:t>Người lãnh đạo là người ở vị trí có thẩm quyền, chịu trách nhiệm về kết quả của những người dưới sự chỉ đạo của mình</w:t>
      </w:r>
      <w:r>
        <w:rPr>
          <w:b w:val="0"/>
          <w:i/>
        </w:rPr>
        <w:t>.</w:t>
      </w:r>
    </w:p>
    <w:p>
      <w:pPr>
        <w:jc w:val="center"/>
      </w:pPr>
      <w:r>
        <w:drawing>
          <wp:inline xmlns:a="http://schemas.openxmlformats.org/drawingml/2006/main" xmlns:pic="http://schemas.openxmlformats.org/drawingml/2006/picture">
            <wp:extent cx="952500" cy="447675"/>
            <wp:docPr id="5" name="Picture 5"/>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Sáng thứ Hai tại văn phòng, Debbie đọc lại hồ sơ của mình một lần nữa rồi nhấn Gửi. Tiếp theo, cô đến phòng Nhân sự để xem mình đã bỏ lỡ điều gì trong buổi định hướng. Cô ngạc nhiên nhưng vui mừng khi được giám đốc phòng, Melissa Arnold, chào đón.</w:t>
      </w:r>
    </w:p>
    <w:p>
      <w:pPr>
        <w:spacing w:after="80"/>
      </w:pPr>
      <w:r>
        <w:rPr>
          <w:b w:val="0"/>
          <w:i w:val="0"/>
        </w:rPr>
        <w:t>“Xin chào, tôi là Debbie Brewster, giám đốc dịch vụ khách hàng doanh nghiệp từ khu vực bán hàng Đông Nam,” cô nói, chìa tay ra.</w:t>
      </w:r>
    </w:p>
    <w:p>
      <w:pPr>
        <w:spacing w:after="80"/>
      </w:pPr>
      <w:r>
        <w:rPr>
          <w:b w:val="0"/>
          <w:i w:val="0"/>
        </w:rPr>
        <w:t>“Vâng, Debbie. Rất vui được gặp lại chị,” Melissa vừa đáp vừa bắt tay cô ấy. “Tôi tin chúng ta đã gặp nhau ở buổi picnic của công ty cách đây vài năm. Chị và chồng vẫn chơi tennis chứ?”</w:t>
      </w:r>
    </w:p>
    <w:p>
      <w:pPr>
        <w:spacing w:after="80"/>
      </w:pPr>
      <w:r>
        <w:rPr>
          <w:b w:val="0"/>
          <w:i w:val="0"/>
        </w:rPr>
        <w:t>Debbie kinh ngạc. Cô ấy thậm chí còn không nhớ buổi picnic hai năm trước, chứ đừng nói đến chuyện gặp Melissa ở đó.</w:t>
      </w:r>
      <w:r>
        <w:rPr>
          <w:b w:val="0"/>
          <w:i/>
        </w:rPr>
        <w:t>Sao . . . không</w:t>
      </w:r>
      <w:r>
        <w:rPr>
          <w:b w:val="0"/>
          <w:i w:val="0"/>
        </w:rPr>
        <w:t>, tại sao</w:t>
      </w:r>
      <w:r>
        <w:rPr>
          <w:b w:val="0"/>
          <w:i/>
        </w:rPr>
        <w:t>cô ấy lại nhớ tôi hoặc chuyện John và tôi chơi tennis? Tôi thậm chí còn không biết các thành viên trong nhóm của mình làm gì khi không ở công ty, chứ đừng nói đến chuyện nhớ sở thích của vợ/chồng họ</w:t>
      </w:r>
      <w:r>
        <w:rPr>
          <w:b w:val="0"/>
          <w:i w:val="0"/>
        </w:rPr>
        <w:t>.</w:t>
      </w:r>
    </w:p>
    <w:p>
      <w:pPr>
        <w:spacing w:after="80"/>
      </w:pPr>
      <w:r>
        <w:rPr>
          <w:b w:val="0"/>
          <w:i w:val="0"/>
        </w:rPr>
        <w:t>“Chị có trí nhớ tốt thật đấy! Vâng, chúng tôi vẫn chơi, nhưng không còn nhiều như trước khi tôi trở thành trưởng nhóm. Có vẻ như dạo này tôi không có nhiều thời gian như trước.”</w:t>
      </w:r>
    </w:p>
    <w:p>
      <w:pPr>
        <w:spacing w:after="80"/>
      </w:pPr>
      <w:r>
        <w:rPr>
          <w:b w:val="0"/>
          <w:i w:val="0"/>
        </w:rPr>
        <w:t>“Điều gì đưa chị đến Phòng Nhân sự (Human Resources) sớm như vậy vào một buổi sáng thứ Hai?” Melissa hỏi.</w:t>
      </w:r>
    </w:p>
    <w:p>
      <w:pPr>
        <w:spacing w:after="80"/>
      </w:pPr>
      <w:r>
        <w:rPr>
          <w:b w:val="0"/>
          <w:i w:val="0"/>
        </w:rPr>
        <w:t>“Tôi vừa đăng ký chương trình cố vấn (mentoring program), nhưng tiếc là tuần trước tôi đã lỡ buổi giới thiệu thông tin,” Debbie giải thích. “Tôi hy vọng điều đó không ảnh hưởng đến cơ hội được tham gia chương trình của tôi.”</w:t>
      </w:r>
    </w:p>
    <w:p>
      <w:pPr>
        <w:spacing w:after="80"/>
      </w:pPr>
      <w:r>
        <w:rPr>
          <w:b w:val="0"/>
          <w:i w:val="0"/>
        </w:rPr>
        <w:t>“Không ảnh hưởng gì đâu,” Melissa nói. “Tại sao chị lại muốn có một người cố vấn?”</w:t>
      </w:r>
    </w:p>
    <w:p>
      <w:pPr>
        <w:spacing w:after="80"/>
      </w:pPr>
      <w:r>
        <w:rPr>
          <w:b w:val="0"/>
          <w:i w:val="0"/>
        </w:rPr>
        <w:t>“Tôi chỉ nghĩ rằng ở thời điểm này trong sự nghiệp, tôi có thể cần một góc nhìn mới để xem xét hiệu suất làm việc của nhóm mình.”</w:t>
      </w:r>
    </w:p>
    <w:p>
      <w:pPr>
        <w:spacing w:after="80"/>
      </w:pPr>
      <w:r>
        <w:rPr>
          <w:b w:val="0"/>
          <w:i w:val="0"/>
        </w:rPr>
        <w:t>Melissa cau mày. “Chương trình của chúng tôi không được thiết lập như một thỏa thuận tư vấn. Trọng tâm của chương trình thiên về cá nhân người lãnh đạo và sự phát triển của chị. Có lẽ chị cần ai đó từ bộ phận tư vấn nội bộ của chúng tôi—”</w:t>
      </w:r>
    </w:p>
    <w:p>
      <w:pPr>
        <w:spacing w:after="80"/>
      </w:pPr>
      <w:r>
        <w:rPr>
          <w:b w:val="0"/>
          <w:i w:val="0"/>
        </w:rPr>
        <w:t>“Không,” Debbie ngắt lời. “Tôi đoán lẽ ra tôi nên trình bày rõ hơn. Tôi cần giúp đỡ. Năm đầu tiên làm lãnh đạo khó khăn hơn nhiều so với tôi tưởng. Tôi nghĩ một người cố vấn (mentor) có thể giúp ích.”</w:t>
      </w:r>
    </w:p>
    <w:p>
      <w:pPr>
        <w:spacing w:after="80"/>
      </w:pPr>
      <w:r>
        <w:rPr>
          <w:b w:val="0"/>
          <w:i w:val="0"/>
        </w:rPr>
        <w:t>“Được rồi, chúng tôi sẽ xử lý đơn của bạn và xem liệu có thể tìm được người phù hợp không. Trong hai tuần nữa, bạn sẽ nhận được email thông báo liệu bạn có được chọn tham gia chương trình vào lúc này hay không. Nếu được chọn, chúng tôi sẽ cho bạn biết người cố vấn của bạn là ai.”</w:t>
      </w:r>
    </w:p>
    <w:p>
      <w:pPr>
        <w:spacing w:after="80"/>
      </w:pPr>
      <w:r>
        <w:rPr>
          <w:b w:val="0"/>
          <w:i w:val="0"/>
        </w:rPr>
        <w:t>Debbie cảm thấy đầy hy vọng. “Nghe tuyệt quá. Cảm ơn chị đã dành thời gian.”</w:t>
      </w:r>
    </w:p>
    <w:p>
      <w:pPr>
        <w:spacing w:after="80"/>
      </w:pPr>
      <w:r>
        <w:rPr>
          <w:b w:val="0"/>
          <w:i w:val="0"/>
        </w:rPr>
        <w:t>“Rất hân hạnh. Tôi ở đây để phục vụ. Hãy cho tôi biết nếu tôi có thể giúp gì trong tương lai.”</w:t>
      </w:r>
    </w:p>
    <w:p>
      <w:pPr>
        <w:spacing w:after="80"/>
      </w:pPr>
      <w:r>
        <w:rPr>
          <w:b w:val="0"/>
          <w:i/>
        </w:rPr>
        <w:t>Thật kỳ lạ khi bà ấy nói vai trò của mình là phục vụ</w:t>
      </w:r>
      <w:r>
        <w:rPr>
          <w:b w:val="0"/>
          <w:i w:val="0"/>
        </w:rPr>
        <w:t>, Debbie nghĩ khi rời đi.</w:t>
      </w:r>
      <w:r>
        <w:rPr>
          <w:b w:val="0"/>
          <w:i/>
        </w:rPr>
        <w:t>Trời ạ, bà ấy là trưởng phòng Nhân sự. Ai đó nên nói cho bà ấy biết rằng vai trò của bà ấy là lãnh đạo</w:t>
      </w:r>
      <w:r>
        <w:rPr>
          <w:b w:val="0"/>
          <w:i w:val="0"/>
        </w:rPr>
        <w:t>.</w:t>
      </w:r>
    </w:p>
    <w:p>
      <w:pPr>
        <w:spacing w:after="80"/>
      </w:pPr>
      <w:r>
        <w:rPr>
          <w:b w:val="0"/>
          <w:i w:val="0"/>
        </w:rPr>
        <w:t>Khi Debbie trở về văn phòng, cô ngay lập tức nhớ ra vì sao mình cần một người cố vấn. Cô cảm thấy mình như một lính cứu hỏa, chạy từ căn nhà đang cháy này sang căn nhà đang cháy khác. Cô biết lẽ ra mình nên là đội trưởng đội cứu hỏa, hô lệnh cho nhân viên thực hiện, nhưng cô nhận ra rằng hết lần này đến lần khác, cô lại là người dập lửa. Thường thì nhân viên chỉ đơn giản mang vấn đề cấp bách đến cho cô, rồi lùi lại và để cô xử lý. Đây chính là lý do cô có ít thời gian chơi tennis hơn. Ban ngày cô làm việc của nhân viên, còn việc của mình thì làm vào ban đêm và cuối tuần. Rõ ràng đây không phải là một lối sống bền vững.</w:t>
      </w:r>
    </w:p>
    <w:p>
      <w:pPr>
        <w:spacing w:after="80"/>
      </w:pPr>
      <w:r>
        <w:rPr>
          <w:b w:val="0"/>
          <w:i w:val="0"/>
        </w:rPr>
        <w:t>Hai tuần tiếp theo trôi qua trong mơ hồ khi Debbie chờ tin về chương trình cố vấn (mentoring program). Các tình huống thực tế thay đổi, nhưng vai trò của cô dường như không bao giờ thay đổi. Công việc—hay cách cô đang xử lý công việc—đang giết chết cô. Một đêm nọ, khi cô về đến nhà trong trạng thái kiệt sức và bực bội, John nói: “Có điều gì đó không ổn. Chuyện gì vậy?”</w:t>
      </w:r>
    </w:p>
    <w:p>
      <w:pPr>
        <w:spacing w:after="80"/>
      </w:pPr>
      <w:r>
        <w:rPr>
          <w:b w:val="0"/>
          <w:i w:val="0"/>
        </w:rPr>
        <w:t>Debbie thở dài. “Tôi chỉ đang bắt đầu tự hỏi liệu mình có theo đuổi sai ước mơ hay không. Có lẽ vai trò lãnh đạo không dành cho tôi.”</w:t>
      </w:r>
    </w:p>
    <w:p>
      <w:pPr>
        <w:spacing w:after="80"/>
      </w:pPr>
      <w:r>
        <w:rPr>
          <w:b w:val="0"/>
          <w:i w:val="0"/>
        </w:rPr>
        <w:t>“Em sắp có người cố vấn (mentor) đó rồi phải không?” Chồng cô đặt một bàn tay trấn an lên vai cô.</w:t>
      </w:r>
    </w:p>
    <w:p>
      <w:pPr>
        <w:spacing w:after="80"/>
      </w:pPr>
      <w:r>
        <w:rPr>
          <w:b w:val="0"/>
          <w:i w:val="0"/>
        </w:rPr>
        <w:t>“Em cũng mong vậy,” Debbie đáp. Trong thâm tâm, cô biết tương lai của mình phụ thuộc vào điều đó.</w:t>
      </w:r>
    </w:p>
    <w:p>
      <w:pPr>
        <w:jc w:val="center"/>
      </w:pPr>
      <w:r>
        <w:drawing>
          <wp:inline xmlns:a="http://schemas.openxmlformats.org/drawingml/2006/main" xmlns:pic="http://schemas.openxmlformats.org/drawingml/2006/picture">
            <wp:extent cx="952500" cy="447675"/>
            <wp:docPr id="6" name="Picture 6"/>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Vào buổi sáng cô mong chờ tin tức về chương trình cố vấn (mentoring program), Debbie kiểm tra email. Không có tin nhắn nào. Cô chuẩn bị tinh thần cho một ngày dài lo lắng chờ đợi tin nhắn. Nhưng chẳng bao lâu cô bận rộn giải quyết vấn đề của người khác đến mức không còn thời gian lo lắng về phản hồi được mong chờ từ lâu.</w:t>
      </w:r>
    </w:p>
    <w:p>
      <w:pPr>
        <w:spacing w:after="80"/>
      </w:pPr>
      <w:r>
        <w:rPr>
          <w:b w:val="0"/>
          <w:i w:val="0"/>
        </w:rPr>
        <w:t>Vào giờ ăn trưa, Brenda, một thành viên trong nhóm của cô, đến gặp Debbie ở phòng cà phê.</w:t>
      </w:r>
    </w:p>
    <w:p>
      <w:pPr>
        <w:spacing w:after="80"/>
      </w:pPr>
      <w:r>
        <w:rPr>
          <w:b w:val="0"/>
          <w:i w:val="0"/>
        </w:rPr>
        <w:t>“Em có thể nói chuyện với chị về một chuyện cá nhân được không?” Brenda hỏi.</w:t>
      </w:r>
    </w:p>
    <w:p>
      <w:pPr>
        <w:spacing w:after="80"/>
      </w:pPr>
      <w:r>
        <w:rPr>
          <w:b w:val="0"/>
          <w:i w:val="0"/>
        </w:rPr>
        <w:t>Debbie đã nhận thấy hiệu suất làm việc của Brenda có phần giảm sút trong những tuần gần đây, nhưng cô chưa dành thời gian tìm hiểu lý do. Lúc này cô chắc chắn không có thời gian để nói chuyện về chuyện cá nhân.</w:t>
      </w:r>
    </w:p>
    <w:p>
      <w:pPr>
        <w:spacing w:after="80"/>
      </w:pPr>
      <w:r>
        <w:rPr>
          <w:b w:val="0"/>
          <w:i w:val="0"/>
        </w:rPr>
        <w:t>“Xin lỗi Brenda, để lúc khác nhé. Bây giờ chị đang bận.” Debbie không hề nghĩ rằng hiệu suất làm việc của Brenda và vấn đề cá nhân của cô ấy có thể liên quan đến nhau. Debbie vào văn phòng và đóng cửa lại. Khi lướt xem các tin nhắn mới, cô thấy một email từ Melissa. Cô mở ra và đọc:</w:t>
      </w:r>
    </w:p>
    <w:p>
      <w:pPr>
        <w:spacing w:after="80"/>
        <w:ind w:left="360"/>
      </w:pPr>
      <w:r>
        <w:rPr>
          <w:b w:val="0"/>
          <w:i w:val="0"/>
        </w:rPr>
        <w:t>Gửi đến: Debbie Brewster</w:t>
      </w:r>
    </w:p>
    <w:p>
      <w:pPr>
        <w:spacing w:after="80"/>
        <w:ind w:left="360"/>
      </w:pPr>
      <w:r>
        <w:rPr>
          <w:b w:val="0"/>
          <w:i w:val="0"/>
        </w:rPr>
        <w:t>Người gửi: Melissa Arnold</w:t>
      </w:r>
    </w:p>
    <w:p>
      <w:pPr>
        <w:spacing w:after="80"/>
        <w:ind w:left="360"/>
      </w:pPr>
      <w:r>
        <w:rPr>
          <w:b w:val="0"/>
          <w:i w:val="0"/>
        </w:rPr>
        <w:t>Chủ đề: Chương trình Cố vấn (Mentoring Program)</w:t>
      </w:r>
    </w:p>
    <w:p>
      <w:pPr>
        <w:spacing w:after="80"/>
        <w:ind w:left="360"/>
      </w:pPr>
      <w:r>
        <w:rPr>
          <w:b w:val="0"/>
          <w:i w:val="0"/>
        </w:rPr>
        <w:t>Ngày: June 14</w:t>
      </w:r>
    </w:p>
    <w:p>
      <w:pPr>
        <w:spacing w:after="80"/>
        <w:ind w:left="360"/>
      </w:pPr>
      <w:r>
        <w:rPr>
          <w:b w:val="0"/>
          <w:i w:val="0"/>
        </w:rPr>
        <w:t>Tôi vui mừng thông báo rằng bạn đã được chọn tham gia Chương trình Cố vấn (Mentoring Program) mới của chúng tôi. Người cố vấn của bạn sẽ là Jeff Brown. Sẽ có người từ văn phòng của Jeff liên hệ với bạn để sắp xếp buổi gặp đầu tiên. Nếu bạn có thắc mắc, hãy cho tôi biết nhé.</w:t>
      </w:r>
    </w:p>
    <w:p>
      <w:pPr>
        <w:spacing w:after="80"/>
      </w:pPr>
      <w:r>
        <w:rPr>
          <w:b w:val="0"/>
          <w:i w:val="0"/>
        </w:rPr>
        <w:t>Debbie há hốc miệng vì kinh ngạc.</w:t>
      </w:r>
      <w:r>
        <w:rPr>
          <w:b w:val="0"/>
          <w:i/>
        </w:rPr>
        <w:t>Chắc chắn là có nhầm lẫn rồi. Jeff Brown là chủ tịch công ty! Không đời nào anh ấy có thể là người cố vấn của mình được</w:t>
      </w:r>
      <w:r>
        <w:rPr>
          <w:b w:val="0"/>
          <w:i w:val="0"/>
        </w:rPr>
        <w:t>.</w:t>
      </w:r>
    </w:p>
    <w:p>
      <w:pPr>
        <w:spacing w:after="80"/>
      </w:pPr>
      <w:r>
        <w:rPr>
          <w:b w:val="0"/>
          <w:i w:val="0"/>
        </w:rPr>
        <w:t>Cô nhấc điện thoại và gọi đến văn phòng của Melissa Arnold. Trợ lý của Melissa trả lời điện thoại.</w:t>
      </w:r>
    </w:p>
    <w:p>
      <w:pPr>
        <w:spacing w:after="80"/>
      </w:pPr>
      <w:r>
        <w:rPr>
          <w:b w:val="0"/>
          <w:i w:val="0"/>
        </w:rPr>
        <w:t>“Tôi là Todd. Tôi có thể giúp gì cho bạn?”</w:t>
      </w:r>
    </w:p>
    <w:p>
      <w:pPr>
        <w:spacing w:after="80"/>
      </w:pPr>
      <w:r>
        <w:rPr>
          <w:b w:val="0"/>
          <w:i w:val="0"/>
        </w:rPr>
        <w:t>“Tôi gọi để gặp Melissa Arnold. Cô ấy có ở đó không?”</w:t>
      </w:r>
    </w:p>
    <w:p>
      <w:pPr>
        <w:spacing w:after="80"/>
      </w:pPr>
      <w:r>
        <w:rPr>
          <w:b w:val="0"/>
          <w:i w:val="0"/>
        </w:rPr>
        <w:t>“Không, tôi xin lỗi, cô ấy đang đi ăn trưa. Tôi có thể giúp gì cho bạn?”</w:t>
      </w:r>
    </w:p>
    <w:p>
      <w:pPr>
        <w:spacing w:after="80"/>
      </w:pPr>
      <w:r>
        <w:rPr>
          <w:b w:val="0"/>
          <w:i w:val="0"/>
        </w:rPr>
        <w:t>“Không có gì đâu ạ,” Debbie trả lời. “Tôi vừa được nhận vào chương trình cố vấn (mentoring program) mới, và có sự nhầm lẫn về người cố vấn (mentor) của tôi.”</w:t>
      </w:r>
    </w:p>
    <w:p>
      <w:pPr>
        <w:spacing w:after="80"/>
      </w:pPr>
      <w:r>
        <w:rPr>
          <w:b w:val="0"/>
          <w:i w:val="0"/>
        </w:rPr>
        <w:t>“Để tôi kiểm tra cho bạn. Tên bạn là gì?”</w:t>
      </w:r>
    </w:p>
    <w:p>
      <w:pPr>
        <w:spacing w:after="80"/>
      </w:pPr>
      <w:r>
        <w:rPr>
          <w:b w:val="0"/>
          <w:i w:val="0"/>
        </w:rPr>
        <w:t>“Debbie Brewster.”</w:t>
      </w:r>
    </w:p>
    <w:p>
      <w:pPr>
        <w:spacing w:after="80"/>
      </w:pPr>
      <w:r>
        <w:rPr>
          <w:b w:val="0"/>
          <w:i w:val="0"/>
        </w:rPr>
        <w:t>“Vâng, Debbie, tôi thấy tên bạn rồi. Và người cố vấn của bạn là—” Cảm giác như cả tuần trôi qua trước khi Todd nói hết câu. “Jeff Brown.”</w:t>
      </w:r>
    </w:p>
    <w:p>
      <w:pPr>
        <w:spacing w:after="80"/>
      </w:pPr>
      <w:r>
        <w:rPr>
          <w:b w:val="0"/>
          <w:i w:val="0"/>
        </w:rPr>
        <w:t>“Không thể nào!” Debbie đáp với vẻ không tin nổi.</w:t>
      </w:r>
    </w:p>
    <w:p>
      <w:pPr>
        <w:spacing w:after="80"/>
      </w:pPr>
      <w:r>
        <w:rPr>
          <w:b w:val="0"/>
          <w:i w:val="0"/>
        </w:rPr>
        <w:t>“Tại sao không?”</w:t>
      </w:r>
    </w:p>
    <w:p>
      <w:pPr>
        <w:spacing w:after="80"/>
      </w:pPr>
      <w:r>
        <w:rPr>
          <w:b w:val="0"/>
          <w:i w:val="0"/>
        </w:rPr>
        <w:t>“Ông ấy là chủ tịch công ty!”</w:t>
      </w:r>
    </w:p>
    <w:p>
      <w:pPr>
        <w:spacing w:after="80"/>
      </w:pPr>
      <w:r>
        <w:rPr>
          <w:b w:val="0"/>
          <w:i w:val="0"/>
        </w:rPr>
        <w:t>“Đúng vậy,” Todd đáp.</w:t>
      </w:r>
    </w:p>
    <w:p>
      <w:pPr>
        <w:spacing w:after="80"/>
      </w:pPr>
      <w:r>
        <w:rPr>
          <w:b w:val="0"/>
          <w:i w:val="0"/>
        </w:rPr>
        <w:t>“Tại sao Jeff Brown lại dành thời gian cố vấn cho tôi, hay bất kỳ ai khác?” Debbie hỏi.</w:t>
      </w:r>
    </w:p>
    <w:p>
      <w:pPr>
        <w:spacing w:after="80"/>
      </w:pPr>
      <w:r>
        <w:rPr>
          <w:b w:val="0"/>
          <w:i w:val="0"/>
        </w:rPr>
        <w:t>“Khi bạn có buổi gặp đầu tiên, sao bạn không tự mình hỏi anh ấy?” Todd gợi ý.</w:t>
      </w:r>
    </w:p>
    <w:p>
      <w:pPr>
        <w:spacing w:after="80"/>
      </w:pPr>
      <w:r>
        <w:rPr>
          <w:b w:val="0"/>
          <w:i w:val="0"/>
        </w:rPr>
        <w:t>“Tôi nghĩ tôi sẽ làm vậy. Cảm ơn bạn đã giúp đỡ.”</w:t>
      </w:r>
    </w:p>
    <w:p>
      <w:pPr>
        <w:spacing w:after="80"/>
      </w:pPr>
      <w:r>
        <w:rPr>
          <w:b w:val="0"/>
          <w:i w:val="0"/>
        </w:rPr>
        <w:t>“Rất vui được giúp bạn.”</w:t>
      </w:r>
    </w:p>
    <w:p>
      <w:pPr>
        <w:jc w:val="center"/>
      </w:pPr>
      <w:r>
        <w:drawing>
          <wp:inline xmlns:a="http://schemas.openxmlformats.org/drawingml/2006/main" xmlns:pic="http://schemas.openxmlformats.org/drawingml/2006/picture">
            <wp:extent cx="952500" cy="447675"/>
            <wp:docPr id="7" name="Picture 7"/>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Ngày hôm sau, Debbie vẫn khó có thể tin rằng người cố vấn của cô là chủ tịch công ty. Giữa buổi sáng, cô nhận được cuộc gọi từ Ashley, trợ lý của ông Brown.</w:t>
      </w:r>
    </w:p>
    <w:p>
      <w:pPr>
        <w:spacing w:after="80"/>
      </w:pPr>
      <w:r>
        <w:rPr>
          <w:b w:val="0"/>
          <w:i w:val="0"/>
        </w:rPr>
        <w:t>“Jeff rất mong được làm việc với bạn. Anh ấy rảnh vào sáng ngày 15 và chiều ngày 24. Nếu những khung giờ đó không thuận tiện cho bạn, chúng ta có thể chuyển sang tuần ngày 28. Khoảng thời gian nào phù hợp nhất với lịch của bạn? Jeff muốn buổi gặp đầu tiên kéo dài khoảng một giờ, nếu có thể,” cô nói.</w:t>
      </w:r>
    </w:p>
    <w:p>
      <w:pPr>
        <w:spacing w:after="80"/>
      </w:pPr>
      <w:r>
        <w:rPr>
          <w:b w:val="0"/>
          <w:i w:val="0"/>
        </w:rPr>
        <w:t>Debbie lại bối rối.</w:t>
      </w:r>
      <w:r>
        <w:rPr>
          <w:b w:val="0"/>
          <w:i/>
        </w:rPr>
        <w:t>Tại sao cô ấy lại hỏi tôi khi nào thuận tiện cho tôi? Lịch của chủ tịch chẳng phải nên được ưu tiên hơn lịch của tôi sao?</w:t>
      </w:r>
    </w:p>
    <w:p>
      <w:pPr>
        <w:spacing w:after="80"/>
      </w:pPr>
      <w:r>
        <w:rPr>
          <w:b w:val="0"/>
          <w:i w:val="0"/>
        </w:rPr>
        <w:t>Debbie rụt rè gợi ý: “Hay là ngày 15 nhé?”</w:t>
      </w:r>
    </w:p>
    <w:p>
      <w:pPr>
        <w:spacing w:after="80"/>
      </w:pPr>
      <w:r>
        <w:rPr>
          <w:b w:val="0"/>
          <w:i w:val="0"/>
        </w:rPr>
        <w:t>“Được thôi, mấy giờ? Bạn chọn đi. Tám, chín, mười, hay mười một giờ?”</w:t>
      </w:r>
    </w:p>
    <w:p>
      <w:pPr>
        <w:spacing w:after="80"/>
      </w:pPr>
      <w:r>
        <w:rPr>
          <w:b w:val="0"/>
          <w:i w:val="0"/>
        </w:rPr>
        <w:t>“Chín giờ nghe ổn đấy.”</w:t>
      </w:r>
    </w:p>
    <w:p>
      <w:pPr>
        <w:spacing w:after="80"/>
      </w:pPr>
      <w:r>
        <w:rPr>
          <w:b w:val="0"/>
          <w:i w:val="0"/>
        </w:rPr>
        <w:t>“Tuyệt. Jeff sẽ gặp bạn vào lúc 9:00 sáng ngày 15 tháng 7 tại văn phòng của anh ấy.”</w:t>
      </w:r>
    </w:p>
    <w:p>
      <w:pPr>
        <w:spacing w:after="80"/>
      </w:pPr>
      <w:r>
        <w:rPr>
          <w:b w:val="0"/>
          <w:i w:val="0"/>
        </w:rPr>
        <w:t>“Cảm ơn, nhưng tôi còn một câu hỏi nữa,” Debbie nói thêm. “Bạn có thể gửi cho tôi ít thông tin cơ bản về Mr. Brown được không? Tôi thực sự không biết nhiều về ông ấy.”</w:t>
      </w:r>
    </w:p>
    <w:p>
      <w:pPr>
        <w:spacing w:after="80"/>
      </w:pPr>
      <w:r>
        <w:rPr>
          <w:b w:val="0"/>
          <w:i w:val="0"/>
        </w:rPr>
        <w:t>“Tôi rất sẵn lòng. Bạn sẽ nhận được email vào cuối ngày hôm nay.”</w:t>
      </w:r>
    </w:p>
    <w:p>
      <w:pPr>
        <w:spacing w:after="80"/>
      </w:pPr>
      <w:r>
        <w:rPr>
          <w:b w:val="0"/>
          <w:i w:val="0"/>
        </w:rPr>
        <w:t>Khi email đến, Debbie rất ấn tượng trước sự hiệu quả của Ashley—cũng như trước chiều sâu thông tin mà cô ấy cung cấp. Cô biết được rằng Mr. Brown có học vấn cao và có bề dày thành tích tại một số công ty khác. Khi không bận việc công ty, ông ấy tham gia công tác tình nguyện. Debbie cũng tự tìm kiếm trên mạng và phát hiện ra rằng Mr. Brown đã viết nhiều bài báo và diễn thuyết tại nhiều trường cao đẳng và đại học. Chủ đề của ông luôn chỉ có một: lãnh đạo.</w:t>
      </w:r>
    </w:p>
    <w:p>
      <w:pPr>
        <w:jc w:val="center"/>
      </w:pPr>
      <w:r>
        <w:drawing>
          <wp:inline xmlns:a="http://schemas.openxmlformats.org/drawingml/2006/main" xmlns:pic="http://schemas.openxmlformats.org/drawingml/2006/picture">
            <wp:extent cx="952500" cy="447675"/>
            <wp:docPr id="8" name="Picture 8"/>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Vào đêm trước buổi gặp đầu tiên giữa Debbie và Mr. Brown, cuộc trò chuyện trong bữa tối ở nhà chỉ xoay quanh một chủ đề duy nhất.</w:t>
      </w:r>
    </w:p>
    <w:p>
      <w:pPr>
        <w:spacing w:after="80"/>
      </w:pPr>
      <w:r>
        <w:rPr>
          <w:b w:val="0"/>
          <w:i w:val="0"/>
        </w:rPr>
        <w:t>“Em cảm thấy mình nên chuẩn bị kỹ hơn,” Debbie nói khi cô chuyển đĩa bánh mì cho John. “Đây là cơ hội đặc biệt được gặp chủ tịch công ty, và em muốn tận dụng tối đa thời gian.”</w:t>
      </w:r>
    </w:p>
    <w:p>
      <w:pPr>
        <w:spacing w:after="80"/>
      </w:pPr>
      <w:r>
        <w:rPr>
          <w:b w:val="0"/>
          <w:i w:val="0"/>
        </w:rPr>
        <w:t>“Có lẽ em nên nghĩ trước một số câu hỏi em muốn hỏi ông ấy,” John gợi ý.</w:t>
      </w:r>
    </w:p>
    <w:p>
      <w:pPr>
        <w:spacing w:after="80"/>
      </w:pPr>
      <w:r>
        <w:rPr>
          <w:b w:val="0"/>
          <w:i w:val="0"/>
        </w:rPr>
        <w:t>“Hỏi về điều gì?” Debbie hỏi.</w:t>
      </w:r>
    </w:p>
    <w:p>
      <w:pPr>
        <w:spacing w:after="80"/>
      </w:pPr>
      <w:r>
        <w:rPr>
          <w:b w:val="0"/>
          <w:i w:val="0"/>
        </w:rPr>
        <w:t>“Đó là điều em cần quyết định. Em có bao nhiêu cuộc gặp với ông ấy?”</w:t>
      </w:r>
    </w:p>
    <w:p>
      <w:pPr>
        <w:spacing w:after="80"/>
      </w:pPr>
      <w:r>
        <w:rPr>
          <w:b w:val="0"/>
          <w:i w:val="0"/>
        </w:rPr>
        <w:t>“Em không biết. Có thể đó là một phần của buổi họp phổ biến thông tin mà em đã bỏ lỡ. Nhưng nếu ông ấy có thể giải quyết vấn đề hiệu suất của em chỉ trong một buổi gặp, thì em thấy vậy là ổn.”</w:t>
      </w:r>
    </w:p>
    <w:p>
      <w:pPr>
        <w:spacing w:after="80"/>
      </w:pPr>
      <w:r>
        <w:rPr>
          <w:b w:val="0"/>
          <w:i w:val="0"/>
        </w:rPr>
        <w:t>Chồng cô nhíu mày. “Nếu em chỉ được hỏi ông ấy một câu hỏi, em sẽ hỏi gì?”</w:t>
      </w:r>
    </w:p>
    <w:p>
      <w:pPr>
        <w:spacing w:after="80"/>
      </w:pPr>
      <w:r>
        <w:rPr>
          <w:b w:val="0"/>
          <w:i w:val="0"/>
        </w:rPr>
        <w:t>Debbie chưa có câu trả lời ngay lập tức.</w:t>
      </w:r>
    </w:p>
    <w:p>
      <w:pPr>
        <w:spacing w:after="80"/>
      </w:pPr>
      <w:r>
        <w:rPr>
          <w:b w:val="0"/>
          <w:i w:val="0"/>
        </w:rPr>
        <w:t>“Thế nào?” John thúc giục.</w:t>
      </w:r>
    </w:p>
    <w:p>
      <w:pPr>
        <w:spacing w:after="80"/>
      </w:pPr>
      <w:r>
        <w:rPr>
          <w:b w:val="0"/>
          <w:i w:val="0"/>
        </w:rPr>
        <w:t>“Nếu tôi chỉ được đặt một câu hỏi, thì đó sẽ là thế này,” Debbie nói. “‘Ông Brown, bí quyết của những nhà lãnh đạo vĩ đại là gì?’”</w:t>
      </w:r>
    </w:p>
    <w:p>
      <w:pPr>
        <w:jc w:val="center"/>
      </w:pPr>
      <w:r>
        <w:drawing>
          <wp:inline xmlns:a="http://schemas.openxmlformats.org/drawingml/2006/main" xmlns:pic="http://schemas.openxmlformats.org/drawingml/2006/picture">
            <wp:extent cx="952500" cy="447675"/>
            <wp:docPr id="9" name="Picture 9"/>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Sáng hôm sau, Debbie đến văn phòng của ông Brown sớm vài phút.</w:t>
      </w:r>
    </w:p>
    <w:p>
      <w:pPr>
        <w:spacing w:after="80"/>
      </w:pPr>
      <w:r>
        <w:rPr>
          <w:b w:val="0"/>
          <w:i w:val="0"/>
        </w:rPr>
        <w:t>“Mời vào ngay nhé,” ông nói khi ra đón cô ở cửa.</w:t>
      </w:r>
    </w:p>
    <w:p>
      <w:pPr>
        <w:spacing w:after="80"/>
      </w:pPr>
      <w:r>
        <w:rPr>
          <w:b w:val="0"/>
          <w:i w:val="0"/>
        </w:rPr>
        <w:t>“Cảm ơn ông Brown vì đã dành thời gian gặp tôi.”</w:t>
      </w:r>
    </w:p>
    <w:p>
      <w:pPr>
        <w:spacing w:after="80"/>
      </w:pPr>
      <w:r>
        <w:rPr>
          <w:b w:val="0"/>
          <w:i w:val="0"/>
        </w:rPr>
        <w:t>Ông mỉm cười ấm áp. “Xin hãy gọi tôi là Jeff.”</w:t>
      </w:r>
    </w:p>
    <w:p>
      <w:pPr>
        <w:spacing w:after="80"/>
      </w:pPr>
      <w:r>
        <w:rPr>
          <w:b w:val="0"/>
          <w:i w:val="0"/>
        </w:rPr>
        <w:t>“Vâng, thưa ông... ừm... Jeff,” Debbie ấp úng. “Như tôi đã nói, cảm ơn ông vì hôm nay đã dành thời gian gặp tôi.”</w:t>
      </w:r>
    </w:p>
    <w:p>
      <w:pPr>
        <w:spacing w:after="80"/>
      </w:pPr>
      <w:r>
        <w:rPr>
          <w:b w:val="0"/>
          <w:i w:val="0"/>
        </w:rPr>
        <w:t>“Mời bạn ngồi,” Jeff nói.</w:t>
      </w:r>
    </w:p>
    <w:p>
      <w:pPr>
        <w:spacing w:after="80"/>
      </w:pPr>
      <w:r>
        <w:rPr>
          <w:b w:val="0"/>
          <w:i w:val="0"/>
        </w:rPr>
        <w:t>Debbie bắt đầu kéo chiếc ghế trước bàn làm việc của ông ra, nhưng ông đưa cô sang một khu vực tiếp khách nhỏ ở phía bên kia phòng và ngồi cùng cô ở đó.</w:t>
      </w:r>
    </w:p>
    <w:p>
      <w:pPr>
        <w:spacing w:after="80"/>
      </w:pPr>
      <w:r>
        <w:rPr>
          <w:b w:val="0"/>
          <w:i w:val="0"/>
        </w:rPr>
        <w:t>Cô không khỏi nhận thấy rằng tuy đó là một văn phòng đẹp nhưng không rộng lắm, cũng không được bài trí xa hoa. Cô đã kỳ vọng điều gì đó bề thế hơn cho văn phòng chủ tịch. Cô cũng để ý một điều có vẻ hơi kỳ lạ: Anh ấy có một chiếc bảng trắng lớn trên tường.</w:t>
      </w:r>
    </w:p>
    <w:p>
      <w:pPr>
        <w:spacing w:after="80"/>
        <w:ind w:left="360"/>
      </w:pPr>
      <w:r>
        <w:rPr>
          <w:b/>
          <w:i/>
        </w:rPr>
        <w:t>Mọi sự thành bại đều phụ thuộc vào khả năng lãnh đạo.</w:t>
      </w:r>
    </w:p>
    <w:p>
      <w:pPr>
        <w:spacing w:after="80"/>
      </w:pPr>
      <w:r>
        <w:rPr>
          <w:b w:val="0"/>
          <w:i w:val="0"/>
        </w:rPr>
        <w:t>Jeff bắt đầu cuộc trò chuyện. “Tôi rất hào hứng với khoảng thời gian chúng ta có cùng nhau. Tôi thích làm việc với những nhà lãnh đạo trẻ.”</w:t>
      </w:r>
    </w:p>
    <w:p>
      <w:pPr>
        <w:spacing w:after="80"/>
      </w:pPr>
      <w:r>
        <w:rPr>
          <w:b w:val="0"/>
          <w:i w:val="0"/>
        </w:rPr>
        <w:t>“Tôi cũng hào hứng, nhưng chẳng phải anh còn nhiều việc quan trọng hơn để làm sao?” Debbie hỏi.</w:t>
      </w:r>
    </w:p>
    <w:p>
      <w:pPr>
        <w:spacing w:after="80"/>
      </w:pPr>
      <w:r>
        <w:rPr>
          <w:b w:val="0"/>
          <w:i w:val="0"/>
        </w:rPr>
        <w:t>“Tôi tin rằng phát triển các nhà lãnh đạo là ưu tiên chiến lược cao nhất của tổ chức chúng ta. Mọi sự thành bại đều phụ thuộc vào khả năng lãnh đạo. Nếu tôi không dành thời gian giúp những nhà lãnh đạo khác trưởng thành và phát triển, thì những người làm việc cùng tôi sẽ không xem đó là ưu tiên, và họ cũng sẽ không dành thời gian. Tôi tin rằng chúng ta thể hiện các ưu tiên của mình qua cách phân bổ nguồn lực—và điều đó bao gồm cả thời gian. Vì vậy, tôi rất vui mừng khi có bạn là người được cố vấn (mentee) đầu tiên trong chương trình mới của chúng ta.” Một lần nữa, anh ấy nở một nụ cười ấm áp với cô.</w:t>
      </w:r>
    </w:p>
    <w:p>
      <w:pPr>
        <w:spacing w:after="80"/>
      </w:pPr>
      <w:r>
        <w:rPr>
          <w:b w:val="0"/>
          <w:i w:val="0"/>
        </w:rPr>
        <w:t>“Tôi nghĩ chúng ta nên gặp nhau khoảng một giờ, cứ mỗi bốn đến sáu tuần một lần,” Jeff nói tiếp. “Nếu chúng ta hết chuyện để nói thì sẽ kết thúc sớm. Nếu chúng ta thấy cần thêm thời gian, chúng ta có thể cùng nhau điều chỉnh lịch. Thường thì chúng ta sẽ kết thúc các buổi gặp bằng một bài tập về nhà.”</w:t>
      </w:r>
    </w:p>
    <w:p>
      <w:pPr>
        <w:spacing w:after="80"/>
      </w:pPr>
      <w:r>
        <w:rPr>
          <w:b w:val="0"/>
          <w:i w:val="0"/>
        </w:rPr>
        <w:t>“Bài tập về nhà?” Debbie hỏi.</w:t>
      </w:r>
    </w:p>
    <w:p>
      <w:pPr>
        <w:spacing w:after="80"/>
      </w:pPr>
      <w:r>
        <w:rPr>
          <w:b w:val="0"/>
          <w:i w:val="0"/>
        </w:rPr>
        <w:t>“Đúng vậy, đôi khi tôi sẽ giao cho bạn một hoạt động, và những lúc khác là các câu hỏi để bạn suy ngẫm giữa các buổi gặp. Hôm nay, chúng ta hãy làm quen với nhau nhé. Tôi sẽ bắt đầu bằng cách kể cho bạn nghe một chút về bản thân mình.”</w:t>
      </w:r>
    </w:p>
    <w:p>
      <w:pPr>
        <w:spacing w:after="80"/>
      </w:pPr>
      <w:r>
        <w:rPr>
          <w:b w:val="0"/>
          <w:i w:val="0"/>
        </w:rPr>
        <w:t>Trong hai mươi phút tiếp theo, Debbie biết về Jeff nhiều hơn tất cả những gì cô đã tìm hiểu trước đó. Anh là một người hấp dẫn và toàn diện. “Giờ hãy kể cho tôi nghe về cô đi,” Jeff nói.</w:t>
      </w:r>
    </w:p>
    <w:p>
      <w:pPr>
        <w:spacing w:after="80"/>
      </w:pPr>
      <w:r>
        <w:rPr>
          <w:b w:val="0"/>
          <w:i w:val="0"/>
        </w:rPr>
        <w:t>Cô bắt đầu kể cho anh nghe về công việc của mình suốt năm năm qua ở công ty. Cô nhận ra ngay anh là một người lắng nghe rất giỏi, hoàn toàn tập trung khi cô nói. Sau vài phút, cô kết thúc. “Và đó gần như là tất cả về tôi.”</w:t>
      </w:r>
    </w:p>
    <w:p>
      <w:pPr>
        <w:spacing w:after="80"/>
      </w:pPr>
      <w:r>
        <w:rPr>
          <w:b w:val="0"/>
          <w:i w:val="0"/>
        </w:rPr>
        <w:t>“Cảm ơn cô đã chia sẻ tất cả những điều về công việc của mình,” Jeff nói. “Giờ hãy kể cho tôi nghe về gia đình và những sở thích ngoài công việc của cô đi.”</w:t>
      </w:r>
    </w:p>
    <w:p>
      <w:pPr>
        <w:spacing w:after="80"/>
      </w:pPr>
      <w:r>
        <w:rPr>
          <w:b w:val="0"/>
          <w:i w:val="0"/>
        </w:rPr>
        <w:t>“Ngoài công việc ư?” Debbie không chắc tại sao anh lại muốn biết. “À, tôi có một người chồng tuyệt vời, anh ấy dạy lớp chín.”</w:t>
      </w:r>
    </w:p>
    <w:p>
      <w:pPr>
        <w:spacing w:after="80"/>
      </w:pPr>
      <w:r>
        <w:rPr>
          <w:b w:val="0"/>
          <w:i w:val="0"/>
        </w:rPr>
        <w:t>“Tuyệt quá,” Jeff nói.</w:t>
      </w:r>
    </w:p>
    <w:p>
      <w:pPr>
        <w:spacing w:after="80"/>
      </w:pPr>
      <w:r>
        <w:rPr>
          <w:b w:val="0"/>
          <w:i w:val="0"/>
        </w:rPr>
        <w:t>“Chúng tôi chưa có con,” cô nói thêm, chặn trước câu hỏi hiển nhiên tiếp theo.</w:t>
      </w:r>
    </w:p>
    <w:p>
      <w:pPr>
        <w:spacing w:after="80"/>
      </w:pPr>
      <w:r>
        <w:rPr>
          <w:b w:val="0"/>
          <w:i w:val="0"/>
        </w:rPr>
        <w:t>“Cô làm gì để giải trí khi không chăm lo quan hệ khách hàng cho công ty chúng ta?” anh hỏi.</w:t>
      </w:r>
    </w:p>
    <w:p>
      <w:pPr>
        <w:spacing w:after="80"/>
      </w:pPr>
      <w:r>
        <w:rPr>
          <w:b w:val="0"/>
          <w:i w:val="0"/>
        </w:rPr>
        <w:t>“Vợ chồng tôi có chơi tennis, nhưng không thường xuyên.”</w:t>
      </w:r>
    </w:p>
    <w:p>
      <w:pPr>
        <w:spacing w:after="80"/>
      </w:pPr>
      <w:r>
        <w:rPr>
          <w:b w:val="0"/>
          <w:i w:val="0"/>
        </w:rPr>
        <w:t>“Còn môn thể thao nào khác không?” Jeff hỏi.</w:t>
      </w:r>
    </w:p>
    <w:p>
      <w:pPr>
        <w:spacing w:after="80"/>
      </w:pPr>
      <w:r>
        <w:rPr>
          <w:b w:val="0"/>
          <w:i w:val="0"/>
        </w:rPr>
        <w:t>“Tôi từng là một vận động viên bóng chuyền thi đấu, mặc dù tôi chưa chơi lại kể từ thời đại học,” Debbie trả lời. Cô cảm thấy hơi ngớ ngẩn khi nói điều đó và không thể tưởng tượng nổi tại sao chủ tịch công ty của cô lại quan tâm. Tuy nhiên, trước sự ngạc nhiên của cô, ông hỏi thêm vài câu về kinh nghiệm thi đấu của cô, khiến cô cảm thấy như ông thực sự quan tâm.</w:t>
      </w:r>
    </w:p>
    <w:p>
      <w:pPr>
        <w:spacing w:after="80"/>
      </w:pPr>
      <w:r>
        <w:rPr>
          <w:b w:val="0"/>
          <w:i w:val="0"/>
        </w:rPr>
        <w:t>Sau khi họ trò chuyện về cuộc sống ngoài công việc của cô một lúc, Debbie hỏi: “Ông còn muốn biết thêm điều gì không?”</w:t>
      </w:r>
    </w:p>
    <w:p>
      <w:pPr>
        <w:spacing w:after="80"/>
      </w:pPr>
      <w:r>
        <w:rPr>
          <w:b w:val="0"/>
          <w:i w:val="0"/>
        </w:rPr>
        <w:t>“Cô nghĩ tôi có thể hỗ trợ cô tốt nhất bằng cách nào trong những tháng tới?” Jeff đáp.</w:t>
      </w:r>
    </w:p>
    <w:p>
      <w:pPr>
        <w:spacing w:after="80"/>
      </w:pPr>
      <w:r>
        <w:rPr>
          <w:b w:val="0"/>
          <w:i w:val="0"/>
        </w:rPr>
        <w:t>Debbie thú nhận rằng cô không chắc lắm. Cô mô tả một số thách thức mà nhóm của cô đang gặp phải. Một lần nữa, Jeff chăm chú lắng nghe và thậm chí còn ghi vội vài ghi chú. Sau khi cô cố gắng hết sức để tóm tắt tình hình của mình, cô hỏi: “Ông có gợi ý gì không?”</w:t>
      </w:r>
    </w:p>
    <w:p>
      <w:pPr>
        <w:spacing w:after="80"/>
      </w:pPr>
      <w:r>
        <w:rPr>
          <w:b w:val="0"/>
          <w:i w:val="0"/>
        </w:rPr>
        <w:t>“Tôi không chắc mình sẽ có nhiều gợi ý cho cô, Debbie. Điều tôi có thể hứa với cô là trong vài tháng tới, cô sẽ tìm ra câu trả lời cho nhiều câu hỏi của mình. Và nhìn đồng hồ, hôm nay có lẽ chúng ta chỉ còn đủ thời gian cho một câu hỏi nữa thôi.”</w:t>
      </w:r>
    </w:p>
    <w:p>
      <w:pPr>
        <w:spacing w:after="80"/>
      </w:pPr>
      <w:r>
        <w:rPr>
          <w:b w:val="0"/>
          <w:i w:val="0"/>
        </w:rPr>
        <w:t>“Tôi hiểu. Và tôi đã quyết định rằng nếu chỉ được hỏi một câu, tôi biết mình sẽ hỏi gì.”</w:t>
      </w:r>
    </w:p>
    <w:p>
      <w:pPr>
        <w:spacing w:after="80"/>
      </w:pPr>
      <w:r>
        <w:rPr>
          <w:b w:val="0"/>
          <w:i w:val="0"/>
        </w:rPr>
        <w:t>“Và đó là gì?” Jeff hỏi.</w:t>
      </w:r>
    </w:p>
    <w:p>
      <w:pPr>
        <w:spacing w:after="80"/>
      </w:pPr>
      <w:r>
        <w:rPr>
          <w:b w:val="0"/>
          <w:i w:val="0"/>
        </w:rPr>
        <w:t>Bí quyết của những nhà lãnh đạo vĩ đại là gì?</w:t>
      </w:r>
    </w:p>
    <w:p>
      <w:pPr>
        <w:spacing w:after="80"/>
      </w:pPr>
      <w:r>
        <w:rPr>
          <w:b w:val="0"/>
          <w:i w:val="0"/>
        </w:rPr>
        <w:t>Anh ấy mỉm cười. “Đó là một câu hỏi xuất sắc—và là một câu hỏi lớn. Tôi e rằng điều đó còn nhiều hơn những gì tôi muốn giải quyết trong thời gian còn lại của chúng ta. Thế này nhé, để lần sau chúng ta cùng tìm hiểu? Chúng ta sẽ dành thời gian trong vài buổi gặp để giúp bạn không chỉ học được bí quyết của những nhà lãnh đạo vĩ đại mà còn cách áp dụng nó vào công việc—và cuộc sống của bạn.”</w:t>
      </w:r>
    </w:p>
    <w:p>
      <w:pPr>
        <w:spacing w:after="80"/>
      </w:pPr>
      <w:r>
        <w:rPr>
          <w:b w:val="0"/>
          <w:i w:val="0"/>
        </w:rPr>
        <w:t xml:space="preserve">Debbie cảm thấy thất vọng. Cô đã hy vọng rằng Jeff sẽ có một câu trả lời đơn giản và rằng anh ấy có thể giúp giải quyết vấn đề của cô </w:t>
      </w:r>
      <w:r>
        <w:rPr>
          <w:b w:val="0"/>
          <w:i/>
        </w:rPr>
        <w:t>hôm nay</w:t>
      </w:r>
      <w:r>
        <w:rPr>
          <w:b w:val="0"/>
          <w:i w:val="0"/>
        </w:rPr>
        <w:t>. Tuy nhiên, cô bị thu hút bởi lời hứa của anh ấy về việc tiết lộ bí quyết và cảm thấy vui vì anh ấy dường như thực sự cam kết giúp cô thành công với tư cách là một nhà lãnh đạo.</w:t>
      </w:r>
    </w:p>
    <w:p>
      <w:pPr>
        <w:spacing w:after="80"/>
      </w:pPr>
      <w:r>
        <w:rPr>
          <w:b w:val="0"/>
          <w:i w:val="0"/>
        </w:rPr>
        <w:t>Cô đứng dậy để ra về. “Cảm ơn lần nữa vì đã dành thời gian. Tôi rất mong được nghe thêm về bí quyết trong buổi gặp tới của chúng ta!”</w:t>
      </w:r>
    </w:p>
    <w:p>
      <w:pPr>
        <w:jc w:val="center"/>
      </w:pPr>
      <w:r>
        <w:drawing>
          <wp:inline xmlns:a="http://schemas.openxmlformats.org/drawingml/2006/main" xmlns:pic="http://schemas.openxmlformats.org/drawingml/2006/picture">
            <wp:extent cx="952500" cy="1524000"/>
            <wp:docPr id="10" name="Picture 10"/>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The Secret</w:t>
      </w:r>
    </w:p>
    <w:p>
      <w:pPr>
        <w:spacing w:after="80"/>
      </w:pPr>
      <w:r>
        <w:rPr>
          <w:b w:val="0"/>
          <w:i w:val="0"/>
        </w:rPr>
        <w:t>Tối hôm đó, John gặp Debbie ở cửa khi cô về đến nhà.</w:t>
      </w:r>
    </w:p>
    <w:p>
      <w:pPr>
        <w:spacing w:after="80"/>
      </w:pPr>
      <w:r>
        <w:rPr>
          <w:b w:val="0"/>
          <w:i w:val="0"/>
        </w:rPr>
        <w:t>“Buổi gặp thế nào?” anh ấy hỏi một cách hào hứng.</w:t>
      </w:r>
    </w:p>
    <w:p>
      <w:pPr>
        <w:spacing w:after="80"/>
      </w:pPr>
      <w:r>
        <w:rPr>
          <w:b w:val="0"/>
          <w:i w:val="0"/>
        </w:rPr>
        <w:t>“Em xin lỗi vì đã quên gọi cho anh,” cô trả lời với giọng căng thẳng cho thấy rất nhiều điều về một ngày của cô. “Buổi gặp rất tốt. Nhưng khi em trở lại văn phòng, nơi đó như bốc cháy, và em không có một phút nào để gọi.”</w:t>
      </w:r>
    </w:p>
    <w:p>
      <w:pPr>
        <w:spacing w:after="80"/>
      </w:pPr>
      <w:r>
        <w:rPr>
          <w:b w:val="0"/>
          <w:i w:val="0"/>
        </w:rPr>
        <w:t>“Ông ấy đã khuyên bạn điều gì?”</w:t>
      </w:r>
    </w:p>
    <w:p>
      <w:pPr>
        <w:spacing w:after="80"/>
      </w:pPr>
      <w:r>
        <w:rPr>
          <w:b w:val="0"/>
          <w:i w:val="0"/>
        </w:rPr>
        <w:t>“Chưa có gì cả.”</w:t>
      </w:r>
    </w:p>
    <w:p>
      <w:pPr>
        <w:spacing w:after="80"/>
      </w:pPr>
      <w:r>
        <w:rPr>
          <w:b w:val="0"/>
          <w:i w:val="0"/>
        </w:rPr>
        <w:t>“Không có gì à?” John hỏi, vẻ không tin nổi.</w:t>
      </w:r>
    </w:p>
    <w:p>
      <w:pPr>
        <w:spacing w:after="80"/>
      </w:pPr>
      <w:r>
        <w:rPr>
          <w:b w:val="0"/>
          <w:i w:val="0"/>
        </w:rPr>
        <w:t>“Không. Ông ấy nói muốn tìm hiểu tôi và cho tôi cơ hội tìm hiểu ông ấy. Ông ấy nói chúng tôi sẽ có thời gian trong những tháng tới để tìm ra câu trả lời cho câu hỏi của tôi về điều gì làm nên một nhà lãnh đạo vĩ đại.”</w:t>
      </w:r>
    </w:p>
    <w:p>
      <w:pPr>
        <w:spacing w:after="80"/>
      </w:pPr>
      <w:r>
        <w:rPr>
          <w:b w:val="0"/>
          <w:i w:val="0"/>
        </w:rPr>
        <w:t>“Vậy là bạn đã hỏi ông ấy à?”</w:t>
      </w:r>
    </w:p>
    <w:p>
      <w:pPr>
        <w:spacing w:after="80"/>
      </w:pPr>
      <w:r>
        <w:rPr>
          <w:b w:val="0"/>
          <w:i w:val="0"/>
        </w:rPr>
        <w:t>“Ừ. Ông ấy nói đó là một câu hỏi xuất sắc, và chúng tôi sẽ cùng nhau khám phá câu trả lời.”</w:t>
      </w:r>
    </w:p>
    <w:p>
      <w:pPr>
        <w:spacing w:after="80"/>
      </w:pPr>
      <w:r>
        <w:rPr>
          <w:b w:val="0"/>
          <w:i w:val="0"/>
        </w:rPr>
        <w:t>“Hai người đã dành bao lâu để tìm hiểu nhau?”</w:t>
      </w:r>
    </w:p>
    <w:p>
      <w:pPr>
        <w:spacing w:after="80"/>
      </w:pPr>
      <w:r>
        <w:rPr>
          <w:b w:val="0"/>
          <w:i w:val="0"/>
        </w:rPr>
        <w:t>“Gần một tiếng,” Debbie nói.</w:t>
      </w:r>
    </w:p>
    <w:p>
      <w:pPr>
        <w:spacing w:after="80"/>
      </w:pPr>
      <w:r>
        <w:rPr>
          <w:b w:val="0"/>
          <w:i w:val="0"/>
        </w:rPr>
        <w:t>“Chà! Anh đã học được gì?”</w:t>
      </w:r>
    </w:p>
    <w:p>
      <w:pPr>
        <w:spacing w:after="80"/>
      </w:pPr>
      <w:r>
        <w:rPr>
          <w:b w:val="0"/>
          <w:i w:val="0"/>
        </w:rPr>
        <w:t>“Tôi đã rút ra hai kết luận từ buổi họp hôm nay,” Debbie trả lời. “Một là, Jeff là người biết lắng nghe. Hai là, tôi biết rất ít về những người trong nhóm của mình.”</w:t>
      </w:r>
    </w:p>
    <w:p>
      <w:pPr>
        <w:spacing w:after="80"/>
      </w:pPr>
      <w:r>
        <w:rPr>
          <w:b w:val="0"/>
          <w:i w:val="0"/>
        </w:rPr>
        <w:t>“Điều gì ở anh ấy khiến bạn ấn tượng?” John hỏi.</w:t>
      </w:r>
    </w:p>
    <w:p>
      <w:pPr>
        <w:spacing w:after="80"/>
      </w:pPr>
      <w:r>
        <w:rPr>
          <w:b w:val="0"/>
          <w:i w:val="0"/>
        </w:rPr>
        <w:t>“Anh ấy liên tục hỏi tôi những câu xoay quanh bản thân tôi và góc nhìn của tôi.”</w:t>
      </w:r>
    </w:p>
    <w:p>
      <w:pPr>
        <w:spacing w:after="80"/>
      </w:pPr>
      <w:r>
        <w:rPr>
          <w:b w:val="0"/>
          <w:i w:val="0"/>
        </w:rPr>
        <w:t>John thừa nhận rằng anh ấy không biết nhiều người có hành vi như vậy. “Thực ra, có vẻ hầu hết mọi người đều quá bận nghĩ về điều họ muốn nói tiếp theo nên họ thực sự không thể nghe điều bạn đang nói.”</w:t>
      </w:r>
    </w:p>
    <w:p>
      <w:pPr>
        <w:spacing w:after="80"/>
      </w:pPr>
      <w:r>
        <w:rPr>
          <w:b w:val="0"/>
          <w:i w:val="0"/>
        </w:rPr>
        <w:t>“Jeff thì khác,” Debbie trầm ngâm. “Tôi nghĩ đó là lý do tôi nói anh ấy là một người lắng nghe tuyệt vời.”</w:t>
      </w:r>
    </w:p>
    <w:p>
      <w:pPr>
        <w:spacing w:after="80"/>
      </w:pPr>
      <w:r>
        <w:rPr>
          <w:b w:val="0"/>
          <w:i w:val="0"/>
        </w:rPr>
        <w:t>“Khi nào là buổi họp tiếp theo của bạn?”</w:t>
      </w:r>
    </w:p>
    <w:p>
      <w:pPr>
        <w:spacing w:after="80"/>
      </w:pPr>
      <w:r>
        <w:rPr>
          <w:b w:val="0"/>
          <w:i w:val="0"/>
        </w:rPr>
        <w:t>“Tháng tới. Từ giờ đến lúc đó, tôi sẽ chăm chỉ rèn luyện kỹ năng lắng nghe và xem mình có thể học được gì về mọi người trong nhóm.”</w:t>
      </w:r>
    </w:p>
    <w:p>
      <w:pPr>
        <w:spacing w:after="80"/>
      </w:pPr>
      <w:r>
        <w:rPr>
          <w:b w:val="0"/>
          <w:i w:val="0"/>
        </w:rPr>
        <w:t>“Nghe có vẻ là một kế hoạch hay đấy,” John nói.</w:t>
      </w:r>
    </w:p>
    <w:p>
      <w:pPr>
        <w:jc w:val="center"/>
      </w:pPr>
      <w:r>
        <w:drawing>
          <wp:inline xmlns:a="http://schemas.openxmlformats.org/drawingml/2006/main" xmlns:pic="http://schemas.openxmlformats.org/drawingml/2006/picture">
            <wp:extent cx="952500" cy="447675"/>
            <wp:docPr id="11" name="Picture 11"/>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Sáng hôm sau, Debbie đến văn phòng với quyết tâm thực hiện kế hoạch của mình. Cô bắt đầu với Brenda. Cô nghĩ ban đầu việc này sẽ khó khăn ở hai mặt. Thứ nhất, Debbie tự hỏi liệu cô có thể lắng nghe—thực sự lắng nghe hay không. Thứ hai, cô sợ Brenda sẽ nghi ngờ trước sự thay đổi đột ngột trong cách cư xử của cô. Nhưng cô đã quá ấn tượng với khoảng thời gian bên Jeff nên quyết định cứ tiếp tục.</w:t>
      </w:r>
    </w:p>
    <w:p>
      <w:pPr>
        <w:spacing w:after="80"/>
      </w:pPr>
      <w:r>
        <w:rPr>
          <w:b w:val="0"/>
          <w:i w:val="0"/>
        </w:rPr>
        <w:t>“Brenda, lần trước em đến gặp chị để nói về một vấn đề cá nhân, và chị đã bảo là chị không có thời gian. Chị xin lỗi vì đã không thu xếp thời gian. Hôm nay chúng ta ăn trưa cùng nhau nhé?”</w:t>
      </w:r>
    </w:p>
    <w:p>
      <w:pPr>
        <w:spacing w:after="80"/>
      </w:pPr>
      <w:r>
        <w:rPr>
          <w:b w:val="0"/>
          <w:i w:val="0"/>
        </w:rPr>
        <w:t>Brenda cau mày. “Chị có chắc là chị rảnh không? Nếu không thì em cũng hiểu mà. Chị lúc nào cũng bận rộn đủ thứ.”</w:t>
      </w:r>
    </w:p>
    <w:p>
      <w:pPr>
        <w:spacing w:after="80"/>
      </w:pPr>
      <w:r>
        <w:rPr>
          <w:b w:val="0"/>
          <w:i w:val="0"/>
        </w:rPr>
        <w:t>“Hôm nay chúng ta cứ đi ăn trưa đi,” Debbie nói một cách dứt khoát.</w:t>
      </w:r>
    </w:p>
    <w:p>
      <w:pPr>
        <w:jc w:val="center"/>
      </w:pPr>
      <w:r>
        <w:drawing>
          <wp:inline xmlns:a="http://schemas.openxmlformats.org/drawingml/2006/main" xmlns:pic="http://schemas.openxmlformats.org/drawingml/2006/picture">
            <wp:extent cx="952500" cy="447675"/>
            <wp:docPr id="12" name="Picture 12"/>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Debbie đã cố gắng hết sức để lắng nghe Brenda trong suốt bữa trưa. Cô phát hiện ra rằng con trai Brenda đã bị ốm nhiều tuần, và điều này đã góp phần gây ra một số vấn đề về hiệu suất công việc mà Debbie từng nhận thấy. Brenda hỏi về khả năng có một lịch làm việc linh hoạt hơn cho đến khi con cô khỏi bệnh. Debbie cam đoan rằng họ có thể làm được điều này.</w:t>
      </w:r>
    </w:p>
    <w:p>
      <w:pPr>
        <w:spacing w:after="80"/>
      </w:pPr>
      <w:r>
        <w:rPr>
          <w:b w:val="0"/>
          <w:i w:val="0"/>
        </w:rPr>
        <w:t>Được khích lệ bởi trải nghiệm với Brenda, Debbie háo hức muốn biết cô có thể học được gì về những người còn lại trong nhóm. Nhưng khi quay lại văn phòng, cô nhanh chóng lại bị cuốn vào việc chữa cháy một lần nữa. Theo cách Debbie nhìn nhận, cô không có nhiều thời gian để lắng nghe.</w:t>
      </w:r>
    </w:p>
    <w:p>
      <w:pPr>
        <w:spacing w:after="80"/>
      </w:pPr>
      <w:r>
        <w:rPr>
          <w:b w:val="0"/>
          <w:i w:val="0"/>
        </w:rPr>
        <w:t>Những ngày trôi qua nhanh vì nhịp sống cuồng quay của Debbie. Ngay giữa những ngày làm việc điên cuồng, cô nhận thấy lịch linh hoạt đang giúp ích cho Brenda. Nhưng bất chấp sự cải thiện đó, cả nhóm vẫn làm việc chưa đạt yêu cầu. Tia hy vọng duy nhất phía trước là cuộc gặp sắp tới giữa Debbie và Jeff. Trong cuộc gặp kế tiếp này, họ sẽ tìm hiểu câu trả lời cho câu hỏi của cô—và hy vọng giải quyết được một số vấn đề hiệu suất của nhóm cô.</w:t>
      </w:r>
    </w:p>
    <w:p>
      <w:pPr>
        <w:jc w:val="center"/>
      </w:pPr>
      <w:r>
        <w:drawing>
          <wp:inline xmlns:a="http://schemas.openxmlformats.org/drawingml/2006/main" xmlns:pic="http://schemas.openxmlformats.org/drawingml/2006/picture">
            <wp:extent cx="952500" cy="447675"/>
            <wp:docPr id="13" name="Picture 13"/>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Ngày diễn ra buổi gặp cố vấn tiếp theo của cô cuối cùng cũng đến. Debbie hài lòng vì mình đã đúng giờ. Như cô mong đợi, Jeff cũng đến đúng giờ.</w:t>
      </w:r>
    </w:p>
    <w:p>
      <w:pPr>
        <w:spacing w:after="80"/>
      </w:pPr>
      <w:r>
        <w:rPr>
          <w:b w:val="0"/>
          <w:i w:val="0"/>
        </w:rPr>
        <w:t>“Mọi việc thế nào kể từ buổi gặp đầu tiên của chúng ta?” Jeff hỏi.</w:t>
      </w:r>
    </w:p>
    <w:p>
      <w:pPr>
        <w:spacing w:after="80"/>
      </w:pPr>
      <w:r>
        <w:rPr>
          <w:b w:val="0"/>
          <w:i w:val="0"/>
        </w:rPr>
        <w:t>“Ổn, tôi đoán vậy. Nhóm của tôi vẫn còn vấn đề về hiệu suất. Tôi đang cố gắng trở thành người biết lắng nghe hơn, và tôi cũng đã cố gắng tìm hiểu nhiều hơn về từng cá nhân trong nhóm của mình.”</w:t>
      </w:r>
    </w:p>
    <w:p>
      <w:pPr>
        <w:spacing w:after="80"/>
      </w:pPr>
      <w:r>
        <w:rPr>
          <w:b w:val="0"/>
          <w:i w:val="0"/>
        </w:rPr>
        <w:t>“Toàn những việc nên làm!” Jeff mỉm cười động viên cô. “Hôm nay chúng ta nên bắt đầu từ đâu?” anh hỏi.</w:t>
      </w:r>
    </w:p>
    <w:p>
      <w:pPr>
        <w:spacing w:after="80"/>
      </w:pPr>
      <w:r>
        <w:rPr>
          <w:b w:val="0"/>
          <w:i w:val="0"/>
        </w:rPr>
        <w:t>“Tôi cứ nghĩ là sẽ có một công thức hoặc một khuôn mẫu nào đó để chúng ta làm theo,” Debbie nói. “Nhưng nếu không có, chúng ta có thể bắt đầu với câu hỏi của tôi.”</w:t>
      </w:r>
    </w:p>
    <w:p>
      <w:pPr>
        <w:spacing w:after="80"/>
      </w:pPr>
      <w:r>
        <w:rPr>
          <w:b w:val="0"/>
          <w:i w:val="0"/>
        </w:rPr>
        <w:t>“Đúng vậy, câu hỏi của bạn về bí quyết của những nhà lãnh đạo giỏi. Như tôi đã nói với bạn ở buổi gặp trước, tôi nghĩ đó là một câu hỏi rất hay. Nhưng trước khi chúng ta đi tiếp, tại sao bạn muốn biết?”</w:t>
      </w:r>
    </w:p>
    <w:p>
      <w:pPr>
        <w:spacing w:after="80"/>
      </w:pPr>
      <w:r>
        <w:rPr>
          <w:b w:val="0"/>
          <w:i w:val="0"/>
        </w:rPr>
        <w:t>“Để tôi có thể trở thành một nhà lãnh đạo giỏi,” Debbie trả lời không chút do dự.</w:t>
      </w:r>
    </w:p>
    <w:p>
      <w:pPr>
        <w:spacing w:after="80"/>
      </w:pPr>
      <w:r>
        <w:rPr>
          <w:b w:val="0"/>
          <w:i w:val="0"/>
        </w:rPr>
        <w:t>Jeff mở laptop ra. “Tôi đang xem đơn đăng ký tham gia chương trình cố vấn của bạn,” anh nói. “Trả lời cho câu hỏi ‘Lãnh đạo là gì?’, bạn đã viết rằng ‘lãnh đạo là người ở vị trí quyền lực, chịu trách nhiệm về kết quả của những người dưới quyền họ.’”</w:t>
      </w:r>
    </w:p>
    <w:p>
      <w:pPr>
        <w:spacing w:after="80"/>
      </w:pPr>
      <w:r>
        <w:rPr>
          <w:b w:val="0"/>
          <w:i w:val="0"/>
        </w:rPr>
        <w:t>Debbie gật đầu. “Với tôi điều đó có vẻ khá hiển nhiên,” cô nói.</w:t>
      </w:r>
    </w:p>
    <w:p>
      <w:pPr>
        <w:spacing w:after="80"/>
        <w:ind w:left="360"/>
      </w:pPr>
      <w:r>
        <w:rPr>
          <w:b/>
          <w:i/>
        </w:rPr>
        <w:t>Lãnh đạo thực sự không liên quan gì đến vị trí của một người trong tổ chức.</w:t>
      </w:r>
    </w:p>
    <w:p>
      <w:pPr>
        <w:spacing w:after="80"/>
      </w:pPr>
      <w:r>
        <w:rPr>
          <w:b w:val="0"/>
          <w:i w:val="0"/>
        </w:rPr>
        <w:t>“Thực ra, Debbie à, lãnh đạo thực sự không liên quan gì đến vị trí của một người trong tổ chức. Trên thế giới có nhiều người không giữ vị trí lãnh đạo, nhưng họ vẫn luôn thể hiện khả năng lãnh đạo, cũng như có nhiều người khác giữ vị trí lãnh đạo nhưng lại chẳng thể hiện được bao nhiêu khả năng lãnh đạo.”</w:t>
      </w:r>
    </w:p>
    <w:p>
      <w:pPr>
        <w:spacing w:after="80"/>
      </w:pPr>
      <w:r>
        <w:rPr>
          <w:b w:val="0"/>
          <w:i w:val="0"/>
        </w:rPr>
        <w:t xml:space="preserve">Trường hợp thứ hai khiến Debbie cảm thấy nhức nhối vì cô biết Jeff hoàn toàn có thể đang nói về cô. Cô đang ở một </w:t>
      </w:r>
      <w:r>
        <w:rPr>
          <w:b w:val="0"/>
          <w:i/>
        </w:rPr>
        <w:t>vị trí</w:t>
      </w:r>
      <w:r>
        <w:rPr>
          <w:b w:val="0"/>
          <w:i w:val="0"/>
        </w:rPr>
        <w:t xml:space="preserve"> lãnh đạo, nhưng dựa trên kết quả làm việc của nhóm, rõ ràng cô đã không thể hiện được nhiều khả năng lãnh đạo.</w:t>
      </w:r>
    </w:p>
    <w:p>
      <w:pPr>
        <w:spacing w:after="80"/>
      </w:pPr>
      <w:r>
        <w:rPr>
          <w:b w:val="0"/>
          <w:i w:val="0"/>
        </w:rPr>
        <w:t>Debbie ngập ngừng một lát, rồi hỏi: “Nếu không phải là vị trí, thì lãnh đạo là gì?”</w:t>
      </w:r>
    </w:p>
    <w:p>
      <w:pPr>
        <w:spacing w:after="80"/>
      </w:pPr>
      <w:r>
        <w:rPr>
          <w:b w:val="0"/>
          <w:i w:val="0"/>
        </w:rPr>
        <w:t>“Để tôi giải thích bằng một hình vẽ nhé,” Jeff vừa nói vừa bước đến chiếc bảng trắng. “Lãnh đạo rất giống một tảng băng trôi. Có hai phần chính: những gì cô có thể nhìn thấy phía trên mực nước và những gì cô không thể nhìn thấy, phía dưới mặt nước. Để xem cô có nhớ khái niệm này từ tiết khoa học hồi lớp năm không nhé. Bao nhiêu phần của một tảng băng trôi thường nổi phía trên mặt nước?”</w:t>
      </w:r>
    </w:p>
    <w:p>
      <w:pPr>
        <w:spacing w:after="80"/>
      </w:pPr>
      <w:r>
        <w:rPr>
          <w:b w:val="0"/>
          <w:i w:val="0"/>
        </w:rPr>
        <w:t>Debbie suy nghĩ một lát. “Em nghĩ hôm học về tảng băng trôi em đã nghỉ học.” Cả hai cùng bật cười. “Em đoán là chưa đến 20 percent của một tảng băng trôi nổi phía trên mặt nước,” cô nói.</w:t>
      </w:r>
    </w:p>
    <w:p>
      <w:pPr>
        <w:spacing w:after="80"/>
      </w:pPr>
      <w:r>
        <w:rPr>
          <w:b w:val="0"/>
          <w:i w:val="0"/>
        </w:rPr>
        <w:t>“Đoán giỏi lắm. Trung bình chỉ có khoảng 10 percent của một tảng băng trôi là có thể nhìn thấy được. Nguyên tắc tương tự cũng áp dụng cho lãnh đạo. Lãnh đạo liên quan nhiều hơn đến những gì người khác không thấy so với những gì họ thấy.”</w:t>
      </w:r>
    </w:p>
    <w:p>
      <w:pPr>
        <w:spacing w:after="80"/>
      </w:pPr>
      <w:r>
        <w:rPr>
          <w:b w:val="0"/>
          <w:i w:val="0"/>
        </w:rPr>
        <w:t>Debbie bắt đầu cảm thấy lạc lõng trước lời giải thích này. “Anh cứ nói tiếp đi,” cô nói.</w:t>
      </w:r>
    </w:p>
    <w:p>
      <w:pPr>
        <w:spacing w:after="80"/>
      </w:pPr>
      <w:r>
        <w:rPr>
          <w:b w:val="0"/>
          <w:i w:val="0"/>
        </w:rPr>
        <w:t>“Hãy gọi tên những gì chúng ta vừa thảo luận,” Jeff nói khi bắt đầu vẽ lên bảng trắng. “Dưới mặt nước là phẩm chất của người lãnh đạo. Trên mặt nước là kỹ năng của người lãnh đạo—những hành động hay hoạt động họ thực hiện. Một cách nghĩ khác là lãnh đạo có hai thành phần:</w:t>
      </w:r>
      <w:r>
        <w:rPr>
          <w:b w:val="0"/>
          <w:i/>
        </w:rPr>
        <w:t>bản chất</w:t>
      </w:r>
      <w:r>
        <w:rPr>
          <w:b w:val="0"/>
          <w:i w:val="0"/>
        </w:rPr>
        <w:t xml:space="preserve"> và </w:t>
      </w:r>
      <w:r>
        <w:rPr>
          <w:b w:val="0"/>
          <w:i/>
        </w:rPr>
        <w:t>hành động</w:t>
      </w:r>
      <w:r>
        <w:rPr>
          <w:b w:val="0"/>
          <w:i w:val="0"/>
        </w:rPr>
        <w:t>.”</w:t>
      </w:r>
    </w:p>
    <w:p>
      <w:pPr>
        <w:jc w:val="center"/>
      </w:pPr>
      <w:r>
        <w:drawing>
          <wp:inline xmlns:a="http://schemas.openxmlformats.org/drawingml/2006/main" xmlns:pic="http://schemas.openxmlformats.org/drawingml/2006/picture">
            <wp:extent cx="5486400" cy="3968496"/>
            <wp:docPr id="14" name="Picture 14"/>
            <wp:cNvGraphicFramePr>
              <a:graphicFrameLocks noChangeAspect="1"/>
            </wp:cNvGraphicFramePr>
            <a:graphic>
              <a:graphicData uri="http://schemas.openxmlformats.org/drawingml/2006/picture">
                <pic:pic>
                  <pic:nvPicPr>
                    <pic:cNvPr id="0" name="f0026-01.jpg"/>
                    <pic:cNvPicPr/>
                  </pic:nvPicPr>
                  <pic:blipFill>
                    <a:blip r:embed="rId13"/>
                    <a:stretch>
                      <a:fillRect/>
                    </a:stretch>
                  </pic:blipFill>
                  <pic:spPr>
                    <a:xfrm>
                      <a:off x="0" y="0"/>
                      <a:ext cx="5486400" cy="3968496"/>
                    </a:xfrm>
                    <a:prstGeom prst="rect"/>
                  </pic:spPr>
                </pic:pic>
              </a:graphicData>
            </a:graphic>
          </wp:inline>
        </w:drawing>
      </w:r>
    </w:p>
    <w:p>
      <w:pPr>
        <w:spacing w:after="80"/>
      </w:pPr>
      <w:r>
        <w:rPr>
          <w:b w:val="0"/>
          <w:i w:val="0"/>
        </w:rPr>
        <w:t>“Hãy nghĩ về một trăm năm trước. Khi tàu thuyền đi trên các vùng biển phía bắc, nhiều chiếc đã trở thành nạn nhân của những tảng băng trôi. Trong hầu hết những thảm kịch đó, điều gì đã làm chìm tàu? Phần nhìn thấy được của tảng băng, hay phần chìm dưới nước, không nhìn thấy được?”</w:t>
      </w:r>
    </w:p>
    <w:p>
      <w:pPr>
        <w:spacing w:after="80"/>
      </w:pPr>
      <w:r>
        <w:rPr>
          <w:b w:val="0"/>
          <w:i w:val="0"/>
        </w:rPr>
        <w:t>Debbie nói: “Có lẽ là phần chìm dưới nước.”</w:t>
      </w:r>
    </w:p>
    <w:p>
      <w:pPr>
        <w:spacing w:after="80"/>
      </w:pPr>
      <w:r>
        <w:rPr>
          <w:b w:val="0"/>
          <w:i w:val="0"/>
        </w:rPr>
        <w:t xml:space="preserve">“Chính xác,” Jeff đáp. “Phẩm chất lãnh đạo—hoặc sự thiếu phẩm chất đó—chính là khắc tinh của hầu hết các nhà lãnh đạo trong thế giới ngày nay. Kỹ năng rất quan trọng để lãnh đạo hiệu quả, nhưng phẩm chất cũng vậy. Nhiều người tin rằng họ có thể trở thành nhà lãnh đạo hiệu quả nếu chỉ cần có kỹ năng. Những người khác lại tin rằng họ có thể trở thành nhà lãnh đạo giỏi nếu chỉ cần phát triển phẩm chất của mình. Cả hai đều sai. Cần có cả kỹ năng </w:t>
      </w:r>
      <w:r>
        <w:rPr>
          <w:b w:val="0"/>
          <w:i/>
        </w:rPr>
        <w:t>và</w:t>
      </w:r>
      <w:r>
        <w:rPr>
          <w:b w:val="0"/>
          <w:i w:val="0"/>
        </w:rPr>
        <w:t xml:space="preserve"> phẩm chất.”</w:t>
      </w:r>
    </w:p>
    <w:p>
      <w:pPr>
        <w:spacing w:after="80"/>
      </w:pPr>
      <w:r>
        <w:rPr>
          <w:b w:val="0"/>
          <w:i w:val="0"/>
        </w:rPr>
        <w:t>“Tôi hiểu rồi,” Debbie nói.</w:t>
      </w:r>
    </w:p>
    <w:p>
      <w:pPr>
        <w:spacing w:after="80"/>
      </w:pPr>
      <w:r>
        <w:rPr>
          <w:b w:val="0"/>
          <w:i w:val="0"/>
        </w:rPr>
        <w:t>“Với tư cách là một tổ chức, bất cứ khi nào có thể, chúng tôi chọn những nhà lãnh đạo có cả phẩm chất lẫn kỹ năng. Nhưng nếu phải chọn giữa kỹ năng và phẩm chất, chúng tôi đã đưa ra một quyết định nền tảng về vấn đề này. Đó là lý do hôm nay bạn có mặt ở đây.”</w:t>
      </w:r>
    </w:p>
    <w:p>
      <w:pPr>
        <w:spacing w:after="80"/>
      </w:pPr>
      <w:r>
        <w:rPr>
          <w:b w:val="0"/>
          <w:i w:val="0"/>
        </w:rPr>
        <w:t>“Và quyết định đó là gì?” Debbie hỏi.</w:t>
      </w:r>
    </w:p>
    <w:p>
      <w:pPr>
        <w:spacing w:after="80"/>
      </w:pPr>
      <w:r>
        <w:rPr>
          <w:b w:val="0"/>
          <w:i w:val="0"/>
        </w:rPr>
        <w:t>Chúng tôi sẽ tuyển chọn những người đàn ông và phụ nữ có phẩm chất và phát triển kỹ năng của họ.</w:t>
      </w:r>
    </w:p>
    <w:p>
      <w:pPr>
        <w:spacing w:after="80"/>
      </w:pPr>
      <w:r>
        <w:rPr>
          <w:b w:val="0"/>
          <w:i w:val="0"/>
        </w:rPr>
        <w:t>Debbie ghi nhanh vài ghi chú.</w:t>
      </w:r>
      <w:r>
        <w:rPr>
          <w:b w:val="0"/>
          <w:i/>
        </w:rPr>
        <w:t>Được rồi, mình sắp hiểu ra rồi</w:t>
      </w:r>
      <w:r>
        <w:rPr>
          <w:b w:val="0"/>
          <w:i w:val="0"/>
        </w:rPr>
        <w:t>, cô nghĩ. “Vậy, Jeff, bí quyết của những nhà lãnh đạo vĩ đại là gì?” cô hỏi.</w:t>
      </w:r>
    </w:p>
    <w:p>
      <w:pPr>
        <w:spacing w:after="80"/>
      </w:pPr>
      <w:r>
        <w:rPr>
          <w:b w:val="0"/>
          <w:i w:val="0"/>
        </w:rPr>
        <w:t>“Bí quyết là, những nhà lãnh đạo vĩ đại</w:t>
      </w:r>
      <w:r>
        <w:rPr>
          <w:b/>
          <w:i w:val="0"/>
        </w:rPr>
        <w:t>SERVE</w:t>
      </w:r>
      <w:r>
        <w:rPr>
          <w:b w:val="0"/>
          <w:i w:val="0"/>
        </w:rPr>
        <w:t>.” Jeff dừng lại để những lời đó thấm vào.</w:t>
      </w:r>
    </w:p>
    <w:p>
      <w:pPr>
        <w:spacing w:after="80"/>
      </w:pPr>
      <w:r>
        <w:rPr>
          <w:b w:val="0"/>
          <w:i w:val="0"/>
        </w:rPr>
        <w:t>“</w:t>
      </w:r>
      <w:r>
        <w:rPr>
          <w:b w:val="0"/>
          <w:i/>
        </w:rPr>
        <w:t>Serve?</w:t>
      </w:r>
      <w:r>
        <w:rPr>
          <w:b w:val="0"/>
          <w:i w:val="0"/>
        </w:rPr>
        <w:t xml:space="preserve"> Ý anh là gì?” Giọng điệu của Debbie rõ ràng thể hiện sự hoài nghi. “Lãnh đạo không phục vụ—họ dẫn dắt! Và điều đó thì liên quan gì đến tảng băng trôi?”</w:t>
      </w:r>
    </w:p>
    <w:p>
      <w:pPr>
        <w:spacing w:after="80"/>
      </w:pPr>
      <w:r>
        <w:rPr>
          <w:b w:val="0"/>
          <w:i w:val="0"/>
        </w:rPr>
        <w:t>“Để tôi giải thích. Động cơ hay ý định của một nhà lãnh đạo là vấn đề về phẩm chất. Điều đó nằm dưới bề mặt. Các nhà lãnh đạo—bất kể trình độ kỹ năng của họ—phải liên tục tự hỏi: ‘Vì sao tôi lãnh đạo?’ Nếu tôi lãnh đạo với ý định phục vụ mọi người và tổ chức của mình, tôi sẽ hành xử theo cách khác về cơ bản so với khi động cơ của tôi là tư lợi. Một câu hỏi quan trọng bạn phải liên tục tự hỏi mình là: ‘Tôi là nhà lãnh đạo tư lợi hay nhà lãnh đạo phục vụ?’”</w:t>
      </w:r>
    </w:p>
    <w:p>
      <w:pPr>
        <w:spacing w:after="80"/>
        <w:ind w:left="360"/>
      </w:pPr>
      <w:r>
        <w:rPr>
          <w:b/>
          <w:i/>
        </w:rPr>
        <w:t>Một câu hỏi quan trọng bạn phải liên tục tự hỏi mình là: “Tôi là nhà lãnh đạo tư lợi hay nhà lãnh đạo phục vụ?”</w:t>
      </w:r>
    </w:p>
    <w:p>
      <w:pPr>
        <w:spacing w:after="80"/>
      </w:pPr>
      <w:r>
        <w:rPr>
          <w:b w:val="0"/>
          <w:i w:val="0"/>
        </w:rPr>
        <w:t xml:space="preserve">“Tôi bối rối,” Debbie nói trong một khoảnh khắc hoàn toàn thẳng thắn. “Tôi đang gặp khó khăn khi chuyển ý tưởng ấm áp, mơ hồ về SERVE này thành điều gì đó cho đội của mình. Giả sử động cơ của tôi tốt và tôi có kiểu phẩm chất giúp tôi phục vụ người khác, thì tôi phải </w:t>
      </w:r>
      <w:r>
        <w:rPr>
          <w:b w:val="0"/>
          <w:i/>
        </w:rPr>
        <w:t>làm gì</w:t>
      </w:r>
      <w:r>
        <w:rPr>
          <w:b w:val="0"/>
          <w:i w:val="0"/>
        </w:rPr>
        <w:t xml:space="preserve"> để lãnh đạo tốt?”</w:t>
      </w:r>
    </w:p>
    <w:p>
      <w:pPr>
        <w:spacing w:after="80"/>
      </w:pPr>
      <w:r>
        <w:rPr>
          <w:b w:val="0"/>
          <w:i w:val="0"/>
        </w:rPr>
        <w:t>“Ý tưởng SERVE rất khớp với phép ẩn dụ về tảng băng trôi. Trong những tháng tới, chúng ta sẽ dành thời gian để nói về những điều bạn có thể làm để gia tăng tầm ảnh hưởng của mình—những hoạt động ở cả bên trên và bên dưới mực nước,” Jeff nói. “Chúng ta sẽ tập trung phần lớn thời gian vào việc giúp bạn học và áp dụng những kỹ năng cần thiết để phục vụ đội của bạn và tổ chức này hằng ngày. Nhưng chúng ta sẽ không dừng lại ở đó. Chúng ta cũng sẽ đào sâu vào những phần khó thấy hơn nhiều—những điều dưới mực nước, những yếu tố cuối cùng quyết định hiệu quả của bạn.”</w:t>
      </w:r>
    </w:p>
    <w:p>
      <w:pPr>
        <w:spacing w:after="80"/>
      </w:pPr>
      <w:r>
        <w:rPr>
          <w:b w:val="0"/>
          <w:i w:val="0"/>
        </w:rPr>
        <w:t>“Phục vụ nghe có vẻ là một ý tưởng lớn. Thực ra, tôi có cảm giác mình có thể dành cả đời để tìm hiểu cách phục vụ.”</w:t>
      </w:r>
    </w:p>
    <w:p>
      <w:pPr>
        <w:spacing w:after="80"/>
      </w:pPr>
      <w:r>
        <w:rPr>
          <w:b w:val="0"/>
          <w:i w:val="0"/>
        </w:rPr>
        <w:t>“Đúng vậy. Tôi nghĩ chúng ta vừa có một bước đột phá!” Jeff thốt lên.</w:t>
      </w:r>
    </w:p>
    <w:p>
      <w:pPr>
        <w:spacing w:after="80"/>
      </w:pPr>
      <w:r>
        <w:rPr>
          <w:b w:val="0"/>
          <w:i w:val="0"/>
        </w:rPr>
        <w:t>“Tôi đã nói gì? Tôi đã đột phá được điều gì?” Debbie hỏi.</w:t>
      </w:r>
    </w:p>
    <w:p>
      <w:pPr>
        <w:spacing w:after="80"/>
      </w:pPr>
      <w:r>
        <w:rPr>
          <w:b w:val="0"/>
          <w:i w:val="0"/>
        </w:rPr>
        <w:t>“Bạn đã nói rằng bạn có thể dành cả đời để tìm ra điều này. Điều đó hoàn toàn chính xác. Những nhà lãnh đạo vĩ đại không trở nên vĩ đại trong một khoảnh khắc—hay trong một tháng hay một năm. Họ trở thành những nhà lãnh đạo vĩ đại từng ngày một trong suốt cuộc đời mình. Bạn sẽ không bao giờ hoàn thành. Bạn sẽ không bao giờ thật sự đến đích. Bạn sẽ liên tục và không ngừng tìm ra những cách mới để phục vụ, và mỗi khi làm vậy, kỹ năng lãnh đạo của bạn sẽ được cải thiện, và bạn sẽ trở thành một nhà lãnh đạo tốt hơn.”</w:t>
      </w:r>
    </w:p>
    <w:p>
      <w:pPr>
        <w:spacing w:after="80"/>
      </w:pPr>
      <w:r>
        <w:rPr>
          <w:b w:val="0"/>
          <w:i w:val="0"/>
        </w:rPr>
        <w:t>“Điều này có vẻ quá sức. Phải có hàng triệu điều một nhà lãnh đạo có thể làm để phục vụ.”</w:t>
      </w:r>
    </w:p>
    <w:p>
      <w:pPr>
        <w:spacing w:after="80"/>
      </w:pPr>
      <w:r>
        <w:rPr>
          <w:b w:val="0"/>
          <w:i w:val="0"/>
        </w:rPr>
        <w:t>“Đúng vậy, có hàng triệu điều. Nhưng cũng có một danh sách ngắn.”</w:t>
      </w:r>
    </w:p>
    <w:p>
      <w:pPr>
        <w:spacing w:after="80"/>
      </w:pPr>
      <w:r>
        <w:rPr>
          <w:b w:val="0"/>
          <w:i w:val="0"/>
        </w:rPr>
        <w:t>“Một danh sách ngắn ư?” Giọng Debbie có chút hy vọng.</w:t>
      </w:r>
    </w:p>
    <w:p>
      <w:pPr>
        <w:spacing w:after="80"/>
      </w:pPr>
      <w:r>
        <w:rPr>
          <w:b w:val="0"/>
          <w:i w:val="0"/>
        </w:rPr>
        <w:t xml:space="preserve">“Đúng vậy. Tôi tin có năm cách thiết yếu mà mọi nhà lãnh đạo vĩ đại đều phục vụ. Tôi gọi chúng là </w:t>
      </w:r>
      <w:r>
        <w:rPr>
          <w:b w:val="0"/>
          <w:i/>
        </w:rPr>
        <w:t>những nguyên tắc nền tảng (fundamentals)</w:t>
      </w:r>
      <w:r>
        <w:rPr>
          <w:b w:val="0"/>
          <w:i w:val="0"/>
        </w:rPr>
        <w:t>.”</w:t>
      </w:r>
    </w:p>
    <w:p>
      <w:pPr>
        <w:spacing w:after="80"/>
      </w:pPr>
      <w:r>
        <w:rPr>
          <w:b w:val="0"/>
          <w:i w:val="0"/>
        </w:rPr>
        <w:t>Debbie cầm máy tính bảng lên. “Chúng là gì vậy?”</w:t>
      </w:r>
    </w:p>
    <w:p>
      <w:pPr>
        <w:spacing w:after="80"/>
      </w:pPr>
      <w:r>
        <w:rPr>
          <w:b w:val="0"/>
          <w:i w:val="0"/>
        </w:rPr>
        <w:t>Jeff nói: “Chúng ta sẽ giải quyết từng điều một, bắt đầu vào lần gặp tới. Hôm nay, tôi muốn giao cho cô bài tập đầu tiên. Từ giờ cho đến lần gặp tới, hãy xem cô có thể phục vụ những người mình lãnh đạo như thế nào. Không chỉ những việc lớn, mà cả những việc nhỏ nữa. Hãy ghi lại danh sách, và chúng ta sẽ nói về nó vào tháng sau.”</w:t>
      </w:r>
    </w:p>
    <w:p>
      <w:pPr>
        <w:spacing w:after="80"/>
      </w:pPr>
      <w:r>
        <w:rPr>
          <w:b w:val="0"/>
          <w:i w:val="0"/>
        </w:rPr>
        <w:t>Debbie rời văn phòng Jeff với nhiều câu hỏi chưa được giải đáp, nhưng cô cũng có trực giác rằng mình sẽ không bao giờ nhìn nhận vai trò lãnh đạo theo cách cũ nữa.</w:t>
      </w:r>
    </w:p>
    <w:p>
      <w:pPr>
        <w:jc w:val="center"/>
      </w:pPr>
      <w:r>
        <w:drawing>
          <wp:inline xmlns:a="http://schemas.openxmlformats.org/drawingml/2006/main" xmlns:pic="http://schemas.openxmlformats.org/drawingml/2006/picture">
            <wp:extent cx="952500" cy="447675"/>
            <wp:docPr id="15" name="Picture 15"/>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Trong vài tuần sau đó, Debbie đã rất nỗ lực để phục vụ các thành viên trong nhóm, dù không phải lúc nào cô cũng chắc chắn cách làm tốt nhất. Nhiều nỗ lực của cô có vẻ nhỏ nhặt, nhưng cô cảm nhận được sự thay đổi trong cách tiếp cận trách nhiệm lãnh đạo của mình, và có thể cả sự thay đổi trong nhóm. Cô lập danh sách những trải nghiệm của mình để chia sẻ với Jeff vào lần gặp tới.</w:t>
      </w:r>
    </w:p>
    <w:p>
      <w:pPr>
        <w:spacing w:after="80"/>
      </w:pPr>
      <w:r>
        <w:rPr>
          <w:b w:val="0"/>
          <w:i w:val="0"/>
        </w:rPr>
        <w:t>Một trong những cuộc gặp gỡ của cô đặc biệt đáng chú ý. Charles vẫn đang chật vật với vai trò của mình. Hiệu suất của anh chỉ cải thiện đôi chút kể từ tháng đầu tiên. Nếu mọi việc không sớm khá hơn, Debbie biết cô sẽ buộc phải cho anh thôi việc. Cô quyết định gặp Charles, đặt một số câu hỏi mở và tìm cách phục vụ anh.</w:t>
      </w:r>
    </w:p>
    <w:p>
      <w:pPr>
        <w:spacing w:after="80"/>
      </w:pPr>
      <w:r>
        <w:rPr>
          <w:b w:val="0"/>
          <w:i w:val="0"/>
        </w:rPr>
        <w:t>“Chào Charles,” Debbie nói khi bước vào văn phòng của anh.</w:t>
      </w:r>
    </w:p>
    <w:p>
      <w:pPr>
        <w:spacing w:after="80"/>
      </w:pPr>
      <w:r>
        <w:rPr>
          <w:b w:val="0"/>
          <w:i w:val="0"/>
        </w:rPr>
        <w:t>“Không biết tôi có vinh dự gì mà được cô ghé thăm bất ngờ thế này?” Charles hỏi, hơi mỉa mai.</w:t>
      </w:r>
    </w:p>
    <w:p>
      <w:pPr>
        <w:spacing w:after="80"/>
      </w:pPr>
      <w:r>
        <w:rPr>
          <w:b w:val="0"/>
          <w:i w:val="0"/>
        </w:rPr>
        <w:t>“Không biết chúng ta có thể nói chuyện vài phút được không.”</w:t>
      </w:r>
    </w:p>
    <w:p>
      <w:pPr>
        <w:spacing w:after="80"/>
      </w:pPr>
      <w:r>
        <w:rPr>
          <w:b w:val="0"/>
          <w:i w:val="0"/>
        </w:rPr>
        <w:t>“Chắc chắn rồi. Bạn muốn nói về chuyện gì?”</w:t>
      </w:r>
    </w:p>
    <w:p>
      <w:pPr>
        <w:spacing w:after="80"/>
      </w:pPr>
      <w:r>
        <w:rPr>
          <w:b w:val="0"/>
          <w:i w:val="0"/>
        </w:rPr>
        <w:t>Debbie biết cô ấy đã có được toàn bộ sự chú ý của anh ấy. “Như chúng ta đã trao đổi trước đây, tôi lo ngại về hiệu quả làm việc của bạn.”</w:t>
      </w:r>
    </w:p>
    <w:p>
      <w:pPr>
        <w:spacing w:after="80"/>
      </w:pPr>
      <w:r>
        <w:rPr>
          <w:b w:val="0"/>
          <w:i w:val="0"/>
        </w:rPr>
        <w:t>“Vâng, tôi biết. Bạn đã nói với tôi rồi.”</w:t>
      </w:r>
    </w:p>
    <w:p>
      <w:pPr>
        <w:spacing w:after="80"/>
      </w:pPr>
      <w:r>
        <w:rPr>
          <w:b w:val="0"/>
          <w:i w:val="0"/>
        </w:rPr>
        <w:t>“Đây là một câu hỏi mà tôi không nghĩ mình đã từng hỏi: Tôi có thể giúp gì cho bạn?”</w:t>
      </w:r>
    </w:p>
    <w:p>
      <w:pPr>
        <w:spacing w:after="80"/>
      </w:pPr>
      <w:r>
        <w:rPr>
          <w:b w:val="0"/>
          <w:i w:val="0"/>
        </w:rPr>
        <w:t xml:space="preserve">“Đó </w:t>
      </w:r>
      <w:r>
        <w:rPr>
          <w:b w:val="0"/>
          <w:i/>
        </w:rPr>
        <w:t>là</w:t>
      </w:r>
      <w:r>
        <w:rPr>
          <w:b w:val="0"/>
          <w:i w:val="0"/>
        </w:rPr>
        <w:t xml:space="preserve"> một câu hỏi khác,” Charles nói với vẻ ngạc nhiên. “Tôi không chắc chắn lắm về cách trả lời.”</w:t>
      </w:r>
    </w:p>
    <w:p>
      <w:pPr>
        <w:spacing w:after="80"/>
      </w:pPr>
      <w:r>
        <w:rPr>
          <w:b w:val="0"/>
          <w:i w:val="0"/>
        </w:rPr>
        <w:t>“Bạn nghĩ thử thách lớn nhất của mình là gì?” Debbie có quan điểm riêng của mình, nhưng cô ấy cần nghe câu trả lời của anh ấy.</w:t>
      </w:r>
    </w:p>
    <w:p>
      <w:pPr>
        <w:spacing w:after="80"/>
      </w:pPr>
      <w:r>
        <w:rPr>
          <w:b w:val="0"/>
          <w:i w:val="0"/>
        </w:rPr>
        <w:t>“Nói thật nhé?” Charles buông một tiếng thở dài sâu. “Thử thách lớn nhất của tôi là xử lý khâu hậu cần (logistics). Dù tôi có làm gì đi nữa, tôi cũng không thể khiến nhân viên bán hàng hay khách hàng của chúng tôi hài lòng. Có lẽ tôi không đủ ngăn nắp cho công việc này. Tôi làm việc chăm chỉ, nhưng bằng cách nào đó mọi thứ cứ bị rối tung lên. Khách hàng của chúng tôi có thể nhận được thứ họ muốn nhưng không nhận được đúng lúc hay đúng nơi họ muốn. Những lúc khác, họ thậm chí còn không nhận được thứ họ muốn. Tôi đã làm phiền lòng một số khách hàng đến mức chúng tôi mất đi cơ hội làm ăn với họ. Đó giống như cơn ác mộng tồi tệ nhất của tôi—tôi là một quản lý dự án (project manager) mà lại không thể quản lý các dự án.”</w:t>
      </w:r>
    </w:p>
    <w:p>
      <w:pPr>
        <w:spacing w:after="80"/>
      </w:pPr>
      <w:r>
        <w:rPr>
          <w:b w:val="0"/>
          <w:i w:val="0"/>
        </w:rPr>
        <w:t>Khi lắng nghe Charles, Debbie có thể nhận ra rằng anh ấy thực sự quan tâm và muốn phục vụ. Ý định của anh ấy rất tốt. Kỹ năng quản lý dự án (project management) của anh ấy cần được cải thiện thêm.</w:t>
      </w:r>
    </w:p>
    <w:p>
      <w:pPr>
        <w:spacing w:after="80"/>
      </w:pPr>
      <w:r>
        <w:rPr>
          <w:b w:val="0"/>
          <w:i w:val="0"/>
        </w:rPr>
        <w:t>Debbie nghĩ một lát. “Được rồi, Charles, thế này nhé. Khi tôi còn ở vị trí như anh, tôi là một quản lý dự án giỏi. Nếu anh muốn, tôi sẽ dành một ngày cùng anh để xem anh có thể đang sai ở đâu. Tôi thậm chí sẽ nhận vài cuộc gọi giúp anh để anh có thể quan sát tôi, nếu anh nghĩ điều đó có ích.”</w:t>
      </w:r>
    </w:p>
    <w:p>
      <w:pPr>
        <w:spacing w:after="80"/>
      </w:pPr>
      <w:r>
        <w:rPr>
          <w:b w:val="0"/>
          <w:i w:val="0"/>
        </w:rPr>
        <w:t>“Anh đang đùa phải không? Anh sẽ làm việc kề vai sát cánh với tôi sao? Tại sao?”</w:t>
      </w:r>
    </w:p>
    <w:p>
      <w:pPr>
        <w:spacing w:after="80"/>
      </w:pPr>
      <w:r>
        <w:rPr>
          <w:b w:val="0"/>
          <w:i w:val="0"/>
        </w:rPr>
        <w:t>“Tôi muốn làm mọi điều có thể để giúp bạn thành công.”</w:t>
      </w:r>
    </w:p>
    <w:p>
      <w:pPr>
        <w:spacing w:after="80"/>
      </w:pPr>
      <w:r>
        <w:rPr>
          <w:b w:val="0"/>
          <w:i w:val="0"/>
        </w:rPr>
        <w:t>Lần đầu tiên trong buổi sáng hôm đó, Charles mỉm cười. “Làm thôi! Khi nào bạn rảnh?”</w:t>
      </w:r>
    </w:p>
    <w:p>
      <w:pPr>
        <w:spacing w:after="80"/>
      </w:pPr>
      <w:r>
        <w:rPr>
          <w:b w:val="0"/>
          <w:i w:val="0"/>
        </w:rPr>
        <w:t>“Tôi có thể sắp xếp thời gian vào thứ Năm hoặc thứ Sáu tuần tới. Ngày nào thuận tiện nhất cho bạn?”</w:t>
      </w:r>
    </w:p>
    <w:p>
      <w:pPr>
        <w:spacing w:after="80"/>
      </w:pPr>
      <w:r>
        <w:rPr>
          <w:b w:val="0"/>
          <w:i w:val="0"/>
        </w:rPr>
        <w:t>“Vậy mình làm vào thứ Năm đi,” Charles nói. “Sớm được ngày nào hay ngày đó!”</w:t>
      </w:r>
    </w:p>
    <w:p>
      <w:pPr>
        <w:spacing w:after="80"/>
      </w:pPr>
      <w:r>
        <w:rPr>
          <w:b w:val="0"/>
          <w:i w:val="0"/>
        </w:rPr>
        <w:t>Debbie không chắc chắn, nhưng khi cuộc trò chuyện kết thúc, cô cảm thấy như mình đang bắt đầu hiểu ý tưởng đằng sau SERVE.</w:t>
      </w:r>
    </w:p>
    <w:p>
      <w:pPr>
        <w:jc w:val="center"/>
      </w:pPr>
      <w:r>
        <w:drawing>
          <wp:inline xmlns:a="http://schemas.openxmlformats.org/drawingml/2006/main" xmlns:pic="http://schemas.openxmlformats.org/drawingml/2006/picture">
            <wp:extent cx="952500" cy="1524000"/>
            <wp:docPr id="16" name="Picture 16"/>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Bạn đang đi đâu?</w:t>
      </w:r>
    </w:p>
    <w:p>
      <w:pPr>
        <w:spacing w:after="80"/>
      </w:pPr>
      <w:r>
        <w:rPr>
          <w:b w:val="0"/>
          <w:i w:val="0"/>
        </w:rPr>
        <w:t>Thời gian trôi qua thật nhanh, và chẳng mấy chốc đã đến buổi gặp tiếp theo giữa Debbie và Jeff. Khi đến gần văn phòng của anh, cô thấy vui vì có thể chia sẻ những cách cô đã phục vụ kể từ lần gặp trước.</w:t>
      </w:r>
    </w:p>
    <w:p>
      <w:pPr>
        <w:spacing w:after="80"/>
      </w:pPr>
      <w:r>
        <w:rPr>
          <w:b w:val="0"/>
          <w:i w:val="0"/>
        </w:rPr>
        <w:t>“Chào buổi sáng, Jeff,” cô nói khi bước vào, mang theo một hộp bánh donut anh thích.</w:t>
      </w:r>
    </w:p>
    <w:p>
      <w:pPr>
        <w:spacing w:after="80"/>
      </w:pPr>
      <w:r>
        <w:rPr>
          <w:b w:val="0"/>
          <w:i w:val="0"/>
        </w:rPr>
        <w:t>“Sao em biết hay vậy?” Jeff hỏi.</w:t>
      </w:r>
    </w:p>
    <w:p>
      <w:pPr>
        <w:spacing w:after="80"/>
      </w:pPr>
      <w:r>
        <w:rPr>
          <w:b w:val="0"/>
          <w:i w:val="0"/>
        </w:rPr>
        <w:t>Debbie mỉm cười. “Em đang học cách lắng nghe và quan sát kỹ hơn,” cô nói.</w:t>
      </w:r>
    </w:p>
    <w:p>
      <w:pPr>
        <w:spacing w:after="80"/>
      </w:pPr>
      <w:r>
        <w:rPr>
          <w:b w:val="0"/>
          <w:i w:val="0"/>
        </w:rPr>
        <w:t>“Cảm ơn Debbie. Em thật chu đáo.”</w:t>
      </w:r>
    </w:p>
    <w:p>
      <w:pPr>
        <w:spacing w:after="80"/>
      </w:pPr>
      <w:r>
        <w:rPr>
          <w:b w:val="0"/>
          <w:i w:val="0"/>
        </w:rPr>
        <w:t>“Jeff, anh đã đúng. Em nhận ra rằng em có thể phục vụ mọi người bất kể vị trí của mình trong tổ chức. Em đã lập một danh sách đúng như anh yêu cầu.”</w:t>
      </w:r>
    </w:p>
    <w:p>
      <w:pPr>
        <w:spacing w:after="80"/>
      </w:pPr>
      <w:r>
        <w:rPr>
          <w:b w:val="0"/>
          <w:i w:val="0"/>
        </w:rPr>
        <w:t>“Tuyệt vời! Để anh xem nào.”</w:t>
      </w:r>
    </w:p>
    <w:p>
      <w:pPr>
        <w:spacing w:after="80"/>
      </w:pPr>
      <w:r>
        <w:rPr>
          <w:b w:val="0"/>
          <w:i w:val="0"/>
        </w:rPr>
        <w:t>“Em đã mua cà phê cho nhân viên của mình. Hôm nọ, trên đường vào văn phòng, em nhặt rác ở bãi đỗ xe. Em đã lắng nghe hai thành viên trong nhóm muốn tâm sự về chuyện cá nhân. Em đã đồng ý làm việc cùng Charles để phát triển kỹ năng quản lý dự án cho cậu ấy. Còn một số việc khác nữa, nhưng em nghĩ em đang dần hiểu ra rồi.”</w:t>
      </w:r>
    </w:p>
    <w:p>
      <w:pPr>
        <w:spacing w:after="80"/>
      </w:pPr>
      <w:r>
        <w:rPr>
          <w:b w:val="0"/>
          <w:i w:val="0"/>
        </w:rPr>
        <w:t>“Tình hình công việc của nhóm em thế nào?” Jeff hỏi.</w:t>
      </w:r>
    </w:p>
    <w:p>
      <w:pPr>
        <w:spacing w:after="80"/>
      </w:pPr>
      <w:r>
        <w:rPr>
          <w:b w:val="0"/>
          <w:i w:val="0"/>
        </w:rPr>
        <w:t>“Không có cải thiện đáng kể nào,” Debbie nói với giọng điệu lộ rõ sự vô vọng.</w:t>
      </w:r>
    </w:p>
    <w:p>
      <w:pPr>
        <w:spacing w:after="80"/>
      </w:pPr>
      <w:r>
        <w:rPr>
          <w:b w:val="0"/>
          <w:i w:val="0"/>
        </w:rPr>
        <w:t>“Đừng lo,” Jeff nói. “Anh tin em đang đi đúng hướng. Hãy tiếp tục tìm cách phục vụ mọi người trong nhóm của em. Tuy nhiên, còn một điều nữa em cần biết. Những việc tốt và hành động phục vụ đó sẽ không khiến em trở thành một nhà lãnh đạo vĩ đại. Em sẽ trở thành một người dễ chịu hơn để làm việc cùng, đúng vậy—còn một nhà lãnh đạo vĩ đại thì không.”</w:t>
      </w:r>
    </w:p>
    <w:p>
      <w:pPr>
        <w:spacing w:after="80"/>
      </w:pPr>
      <w:r>
        <w:rPr>
          <w:b w:val="0"/>
          <w:i w:val="0"/>
        </w:rPr>
        <w:t>“Em lại bối rối nữa rồi. Em tưởng anh nói em phải phục vụ,” Debbie phản đối.</w:t>
      </w:r>
    </w:p>
    <w:p>
      <w:pPr>
        <w:spacing w:after="80"/>
      </w:pPr>
      <w:r>
        <w:rPr>
          <w:b w:val="0"/>
          <w:i w:val="0"/>
        </w:rPr>
        <w:t>“Đúng vậy,” Jeff khẳng định.</w:t>
      </w:r>
    </w:p>
    <w:p>
      <w:pPr>
        <w:spacing w:after="80"/>
      </w:pPr>
      <w:r>
        <w:rPr>
          <w:b w:val="0"/>
          <w:i w:val="0"/>
        </w:rPr>
        <w:t>“Bằng vô số cách,” cô nói.</w:t>
      </w:r>
    </w:p>
    <w:p>
      <w:pPr>
        <w:spacing w:after="80"/>
      </w:pPr>
      <w:r>
        <w:rPr>
          <w:b w:val="0"/>
          <w:i w:val="0"/>
        </w:rPr>
        <w:t>“Chính xác,” Jeff đồng tình.</w:t>
      </w:r>
    </w:p>
    <w:p>
      <w:pPr>
        <w:spacing w:after="80"/>
      </w:pPr>
      <w:r>
        <w:rPr>
          <w:b w:val="0"/>
          <w:i w:val="0"/>
        </w:rPr>
        <w:t>“Và em đã làm vậy.”</w:t>
      </w:r>
    </w:p>
    <w:p>
      <w:pPr>
        <w:spacing w:after="80"/>
      </w:pPr>
      <w:r>
        <w:rPr>
          <w:b w:val="0"/>
          <w:i w:val="0"/>
        </w:rPr>
        <w:t>“Đúng vậy, bạn nói đúng, bạn đã phục vụ. Và bạn cần tiếp tục phục vụ, vì càng phục vụ, bạn sẽ càng muốn phục vụ. Nhưng còn nhiều hơn thế. Bạn có nhớ trong buổi gặp trước tôi đã nói có một danh sách ngắn những điều mà mọi nhà lãnh đạo giỏi đều làm không? Những việc bạn đã làm, kể cả nhặt rác và mua cà phê, không nằm trong danh sách ngắn đó.”</w:t>
      </w:r>
    </w:p>
    <w:p>
      <w:pPr>
        <w:spacing w:after="80"/>
      </w:pPr>
      <w:r>
        <w:rPr>
          <w:b w:val="0"/>
          <w:i w:val="0"/>
        </w:rPr>
        <w:t>Debbie nói: “Tôi không hiểu.”</w:t>
      </w:r>
    </w:p>
    <w:p>
      <w:pPr>
        <w:spacing w:after="80"/>
      </w:pPr>
      <w:r>
        <w:rPr>
          <w:b w:val="0"/>
          <w:i w:val="0"/>
        </w:rPr>
        <w:t>“Rồi bạn sẽ hiểu,” Jeff lạc quan đáp. “Việc bạn sẵn lòng phục vụ trong những việc nhỏ là một dấu hiệu nữa cho thấy trái tim bạn đã sẵn sàng khám phá những cách phục vụ mang tính chiến lược hơn.”</w:t>
      </w:r>
    </w:p>
    <w:p>
      <w:pPr>
        <w:spacing w:after="80"/>
      </w:pPr>
      <w:r>
        <w:rPr>
          <w:b w:val="0"/>
          <w:i w:val="0"/>
        </w:rPr>
        <w:t>“Tôi nghĩ tôi đã sẵn sàng,” Debbie thận trọng nói, vì cô không biết “những cách phục vụ mang tính chiến lược hơn” nghĩa là gì.</w:t>
      </w:r>
    </w:p>
    <w:p>
      <w:pPr>
        <w:spacing w:after="80"/>
      </w:pPr>
      <w:r>
        <w:rPr>
          <w:b w:val="0"/>
          <w:i w:val="0"/>
        </w:rPr>
        <w:t xml:space="preserve">Jeff bước đến bảng trắng và viết chữ </w:t>
      </w:r>
      <w:r>
        <w:rPr>
          <w:b/>
          <w:i w:val="0"/>
        </w:rPr>
        <w:t>SERVE</w:t>
      </w:r>
      <w:r>
        <w:rPr>
          <w:b w:val="0"/>
          <w:i w:val="0"/>
        </w:rPr>
        <w:t>.</w:t>
      </w:r>
    </w:p>
    <w:p>
      <w:pPr>
        <w:spacing w:after="80"/>
      </w:pPr>
      <w:r>
        <w:rPr>
          <w:b w:val="0"/>
          <w:i w:val="0"/>
        </w:rPr>
        <w:t>Debbie lấy máy tính bảng ra và bắt đầu ghi chú.</w:t>
      </w:r>
    </w:p>
    <w:p>
      <w:pPr>
        <w:spacing w:after="80"/>
      </w:pPr>
      <w:r>
        <w:rPr>
          <w:b w:val="0"/>
          <w:i w:val="0"/>
        </w:rPr>
        <w:t>“Tôi đã tạo ra cách đơn giản này để giúp mình nhớ năm nguyên tắc nền tảng của lãnh đạo—năm cách tôi phải phục vụ nếu muốn đạt đến tiềm năng lãnh đạo trọn vẹn của mình,” Jeff nói.</w:t>
      </w:r>
    </w:p>
    <w:p>
      <w:pPr>
        <w:spacing w:after="80"/>
        <w:ind w:left="360"/>
      </w:pPr>
      <w:r>
        <w:rPr>
          <w:b/>
          <w:i/>
        </w:rPr>
        <w:t>Một người có thể phục vụ mà không cần lãnh đạo, nhưng một nhà lãnh đạo không thể lãnh đạo tốt nếu không phục vụ.</w:t>
      </w:r>
    </w:p>
    <w:p>
      <w:pPr>
        <w:spacing w:after="80"/>
      </w:pPr>
      <w:r>
        <w:rPr>
          <w:b w:val="0"/>
          <w:i w:val="0"/>
        </w:rPr>
        <w:t>Đây là những điều mà nhà lãnh đạo làm để họ thực sự là lãnh đạo, chứ không chỉ là người phục vụ. Phục vụ thì chẳng có gì sai, nhưng chỉ phục vụ thôi sẽ không khiến ai trở thành lãnh đạo. Một người có thể phục vụ mà không lãnh đạo, nhưng một nhà lãnh đạo không thể lãnh đạo tốt nếu không phục vụ.</w:t>
      </w:r>
    </w:p>
    <w:p>
      <w:pPr>
        <w:spacing w:after="80"/>
      </w:pPr>
      <w:r>
        <w:rPr>
          <w:b w:val="0"/>
          <w:i w:val="0"/>
        </w:rPr>
        <w:t>“Như tôi đã nói,” Jeff tiếp tục, “có năm cách chính mà nhà lãnh đạo SERVE thông qua các hành động thường xuyên của họ.”</w:t>
      </w:r>
    </w:p>
    <w:p>
      <w:pPr>
        <w:spacing w:after="80"/>
      </w:pPr>
      <w:r>
        <w:rPr>
          <w:b w:val="0"/>
          <w:i w:val="0"/>
        </w:rPr>
        <w:t>“Những cách mang tính chiến lược à?” Debbie hỏi.</w:t>
      </w:r>
    </w:p>
    <w:p>
      <w:pPr>
        <w:spacing w:after="80"/>
      </w:pPr>
      <w:r>
        <w:rPr>
          <w:b w:val="0"/>
          <w:i w:val="0"/>
        </w:rPr>
        <w:t>“Chính xác!” Jeff hào hứng nói. “Hôm nay, chúng ta sẽ nói về chữ S. Chúng ta sẽ khám phá những chữ khác trong các buổi gặp tới. Giờ, tôi có một câu hỏi rất quan trọng dành cho bạn. Bạn đang đưa đội ngũ của mình đi đến đâu?”</w:t>
      </w:r>
    </w:p>
    <w:p>
      <w:pPr>
        <w:spacing w:after="80"/>
      </w:pPr>
      <w:r>
        <w:rPr>
          <w:b w:val="0"/>
          <w:i w:val="0"/>
        </w:rPr>
        <w:t>“Ý anh là sao?” Debbie chưa từng nghĩ về điều này trước đây.</w:t>
      </w:r>
    </w:p>
    <w:p>
      <w:pPr>
        <w:spacing w:after="80"/>
      </w:pPr>
      <w:r>
        <w:rPr>
          <w:b w:val="0"/>
          <w:i w:val="0"/>
        </w:rPr>
        <w:t>“Bạn đang cố gắng đạt được điều gì?”</w:t>
      </w:r>
    </w:p>
    <w:p>
      <w:pPr>
        <w:spacing w:after="80"/>
      </w:pPr>
      <w:r>
        <w:rPr>
          <w:b w:val="0"/>
          <w:i w:val="0"/>
        </w:rPr>
        <w:t>“Tôi muốn đội ngũ bán hàng và khách hàng của chúng tôi cảm thấy hài lòng.” Debbie cảm thấy đây là một câu trả lời an toàn và hợp lý.</w:t>
      </w:r>
    </w:p>
    <w:p>
      <w:pPr>
        <w:spacing w:after="80"/>
      </w:pPr>
      <w:r>
        <w:rPr>
          <w:b w:val="0"/>
          <w:i w:val="0"/>
        </w:rPr>
        <w:t>“Chỉ vậy thôi sao?”</w:t>
      </w:r>
    </w:p>
    <w:p>
      <w:pPr>
        <w:spacing w:after="80"/>
      </w:pPr>
      <w:r>
        <w:rPr>
          <w:b w:val="0"/>
          <w:i w:val="0"/>
        </w:rPr>
        <w:t>“Như vậy vẫn chưa đủ sao?” Debbie hỏi.</w:t>
      </w:r>
    </w:p>
    <w:p>
      <w:pPr>
        <w:spacing w:after="80"/>
      </w:pPr>
      <w:r>
        <w:rPr>
          <w:b w:val="0"/>
          <w:i w:val="0"/>
        </w:rPr>
        <w:t xml:space="preserve">“Tôi không chắc việc làm hài lòng nhân viên bán hàng và khách hàng của chúng ta có sức hút lắm không. Chữ </w:t>
      </w:r>
      <w:r>
        <w:rPr>
          <w:b w:val="0"/>
          <w:i/>
        </w:rPr>
        <w:t>S</w:t>
      </w:r>
      <w:r>
        <w:rPr>
          <w:b w:val="0"/>
          <w:i w:val="0"/>
        </w:rPr>
        <w:t xml:space="preserve"> là viết tắt của </w:t>
      </w:r>
      <w:r>
        <w:rPr>
          <w:b/>
          <w:i w:val="0"/>
        </w:rPr>
        <w:t>Nhìn thấy Tương lai (See the Future)</w:t>
      </w:r>
      <w:r>
        <w:rPr>
          <w:b w:val="0"/>
          <w:i w:val="0"/>
        </w:rPr>
        <w:t xml:space="preserve">. Đó là về tầm nhìn của bạn với tư cách là người lãnh đạo cho tương lai của nhóm bạn.” Jeff viết những từ đó bên cạnh chữ </w:t>
      </w:r>
      <w:r>
        <w:rPr>
          <w:b w:val="0"/>
          <w:i/>
        </w:rPr>
        <w:t>S</w:t>
      </w:r>
      <w:r>
        <w:rPr>
          <w:b w:val="0"/>
          <w:i w:val="0"/>
        </w:rPr>
        <w:t>.</w:t>
      </w:r>
    </w:p>
    <w:p>
      <w:pPr>
        <w:jc w:val="center"/>
      </w:pPr>
      <w:r>
        <w:drawing>
          <wp:inline xmlns:a="http://schemas.openxmlformats.org/drawingml/2006/main" xmlns:pic="http://schemas.openxmlformats.org/drawingml/2006/picture">
            <wp:extent cx="5486400" cy="3977640"/>
            <wp:docPr id="17" name="Picture 17"/>
            <wp:cNvGraphicFramePr>
              <a:graphicFrameLocks noChangeAspect="1"/>
            </wp:cNvGraphicFramePr>
            <a:graphic>
              <a:graphicData uri="http://schemas.openxmlformats.org/drawingml/2006/picture">
                <pic:pic>
                  <pic:nvPicPr>
                    <pic:cNvPr id="0" name="f0036-01.jpg"/>
                    <pic:cNvPicPr/>
                  </pic:nvPicPr>
                  <pic:blipFill>
                    <a:blip r:embed="rId14"/>
                    <a:stretch>
                      <a:fillRect/>
                    </a:stretch>
                  </pic:blipFill>
                  <pic:spPr>
                    <a:xfrm>
                      <a:off x="0" y="0"/>
                      <a:ext cx="5486400" cy="3977640"/>
                    </a:xfrm>
                    <a:prstGeom prst="rect"/>
                  </pic:spPr>
                </pic:pic>
              </a:graphicData>
            </a:graphic>
          </wp:inline>
        </w:drawing>
      </w:r>
    </w:p>
    <w:p>
      <w:pPr>
        <w:spacing w:after="80"/>
      </w:pPr>
      <w:r>
        <w:rPr>
          <w:b w:val="0"/>
          <w:i w:val="0"/>
        </w:rPr>
        <w:t>“Một tầm nhìn hấp dẫn khơi dậy niềm đam mê trong bạn. Nó cho tất cả những người làm việc cùng bạn biết bạn là ai, bạn đang đi đâu, và điều gì sẽ thúc đẩy cách hành xử của bạn. Bạn có đam mê với việc làm hài lòng nhân viên bán hàng và khách hàng của mình không?”</w:t>
      </w:r>
    </w:p>
    <w:p>
      <w:pPr>
        <w:spacing w:after="80"/>
      </w:pPr>
      <w:r>
        <w:rPr>
          <w:b w:val="0"/>
          <w:i w:val="0"/>
        </w:rPr>
        <w:t>“Cũng tốt thôi,” Debbie nói, nhún vai.</w:t>
      </w:r>
    </w:p>
    <w:p>
      <w:pPr>
        <w:spacing w:after="80"/>
      </w:pPr>
      <w:r>
        <w:rPr>
          <w:b w:val="0"/>
          <w:i w:val="0"/>
        </w:rPr>
        <w:t>“Đó chính là ý tôi. Nếu bạn không đam mê một điều gì đó trong tương lai—nếu điều đó không thắp lửa cho bạn và kéo bạn ra khỏi giường vào buổi sáng—thì bạn có thể chắc chắn đội ngũ của bạn cũng sẽ không đam mê đâu.</w:t>
      </w:r>
    </w:p>
    <w:p>
      <w:pPr>
        <w:spacing w:after="80"/>
      </w:pPr>
      <w:r>
        <w:rPr>
          <w:b w:val="0"/>
          <w:i w:val="0"/>
        </w:rPr>
        <w:t>“Hôm qua trên máy bay, tôi chợt nghĩ về anh em nhà Wright. Đúng là một tầm nhìn đầy đam mê! Họ chỉ là hai người thợ sửa xe đạp không được đào tạo chính quy hay có bằng cấp. Nhưng họ có một tầm nhìn đầy đam mê rằng với một cỗ máy phù hợp, con người có thể bay.”</w:t>
      </w:r>
    </w:p>
    <w:p>
      <w:pPr>
        <w:spacing w:after="80"/>
      </w:pPr>
      <w:r>
        <w:rPr>
          <w:b w:val="0"/>
          <w:i w:val="0"/>
        </w:rPr>
        <w:t>“Anh em nhà Wright thực sự đã nhìn thấy tương lai, phải không?” Debbie nói.</w:t>
      </w:r>
    </w:p>
    <w:p>
      <w:pPr>
        <w:spacing w:after="80"/>
      </w:pPr>
      <w:r>
        <w:rPr>
          <w:b w:val="0"/>
          <w:i w:val="0"/>
        </w:rPr>
        <w:t>“Chắc chắn rồi. Họ đã phát minh ra chiếc máy bay thành công đầu tiên. Thành tựu của họ cho thấy điều gì là khả thi, và những người khác đã noi theo. Lãnh đạo là đưa người khác từ nơi này đến nơi khác. Khi bạn là người lãnh đạo, mọi người nhìn vào bạn để biết nên làm gì. Nếu bạn không có một bức tranh về tương lai và một niềm đam mê thôi thúc bạn, sẽ chẳng ai đi theo bạn đâu.”</w:t>
      </w:r>
    </w:p>
    <w:p>
      <w:pPr>
        <w:spacing w:after="80"/>
      </w:pPr>
      <w:r>
        <w:rPr>
          <w:b w:val="0"/>
          <w:i w:val="0"/>
        </w:rPr>
        <w:t>“Vậy về bản chất, Nhìn thấy Tương lai (Seeing the Future) chính là việc tạo ra một tầm nhìn cuốn hút và đảm bảo nhóm của bạn biết nơi bạn đang hướng đến,” Debbie nói.</w:t>
      </w:r>
    </w:p>
    <w:p>
      <w:pPr>
        <w:spacing w:after="80"/>
      </w:pPr>
      <w:r>
        <w:rPr>
          <w:b w:val="0"/>
          <w:i w:val="0"/>
        </w:rPr>
        <w:t>“Đúng vậy,” Jeff đáp. “Đó là một trong những ưu tiên hàng đầu của người lãnh đạo. Đôi khi có thể khó xác định doanh nghiệp nên đi về đâu, nhưng phải đi về một hướng nào đó. Tạo ra một tầm nhìn hướng tới tương lai là một phần rất lớn của việc lãnh đạo. Tôi sẽ nói thêm một bước nữa—mọi sự lãnh đạo đích thực đều bắt đầu bằng một bức tranh về tương lai.”</w:t>
      </w:r>
    </w:p>
    <w:p>
      <w:pPr>
        <w:spacing w:after="80"/>
      </w:pPr>
      <w:r>
        <w:rPr>
          <w:b w:val="0"/>
          <w:i w:val="0"/>
        </w:rPr>
        <w:t>“Mục tiêu và chiến lược có nằm trong bức tranh đó không?” Debbie hỏi.</w:t>
      </w:r>
    </w:p>
    <w:p>
      <w:pPr>
        <w:spacing w:after="80"/>
      </w:pPr>
      <w:r>
        <w:rPr>
          <w:b w:val="0"/>
          <w:i w:val="0"/>
        </w:rPr>
        <w:t>“Chắc chắn rồi,” Jeff nói. “Chúng thực sự mang ý nghĩa khi được đặt trong bối cảnh của một tầm nhìn cuốn hút.”</w:t>
      </w:r>
    </w:p>
    <w:p>
      <w:pPr>
        <w:spacing w:after="80"/>
      </w:pPr>
      <w:r>
        <w:rPr>
          <w:b w:val="0"/>
          <w:i w:val="0"/>
        </w:rPr>
        <w:t>“Tôi chưa bao giờ nghĩ đến phần đó của việc lãnh đạo,” Debbie nói. “Tôi đoán mình đã suy nghĩ quá nhiều về hôm nay và rất ít về tương lai cũng như nơi chúng ta nên hướng đến.”</w:t>
      </w:r>
    </w:p>
    <w:p>
      <w:pPr>
        <w:spacing w:after="80"/>
      </w:pPr>
      <w:r>
        <w:rPr>
          <w:b w:val="0"/>
          <w:i w:val="0"/>
        </w:rPr>
        <w:t>Jeff gật đầu. “Trong tâm trí người lãnh đạo luôn có một sự giằng co giữa hai điều đó. Tôi thường gọi đó là thử thách ‘ngẩng đầu lên hay cúi đầu xuống’.”</w:t>
      </w:r>
    </w:p>
    <w:p>
      <w:pPr>
        <w:spacing w:after="80"/>
      </w:pPr>
      <w:r>
        <w:rPr>
          <w:b w:val="0"/>
          <w:i w:val="0"/>
        </w:rPr>
        <w:t>Debbie nói, “Tôi nghĩ tôi biết anh đang định nói tới điều gì, nhưng tôi không muốn giả định gì cả. Làm ơn nói thêm cho tôi nghe.”</w:t>
      </w:r>
    </w:p>
    <w:p>
      <w:pPr>
        <w:spacing w:after="80"/>
      </w:pPr>
      <w:r>
        <w:rPr>
          <w:b w:val="0"/>
          <w:i w:val="0"/>
        </w:rPr>
        <w:t>“Ví dụ, cuộc trò chuyện này là một hoạt động ngẩng đầu lên vì chúng ta đang bàn về tầm nhìn và phương hướng. Và đây không phải là việc chỉ làm một lần—các nhà lãnh đạo sẽ luôn cần dành thời gian để nhìn thấy tương lai vì họ có thể cần điều chỉnh lộ trình hoặc chính điểm đến.”</w:t>
      </w:r>
    </w:p>
    <w:p>
      <w:pPr>
        <w:spacing w:after="80"/>
      </w:pPr>
      <w:r>
        <w:rPr>
          <w:b w:val="0"/>
          <w:i w:val="0"/>
        </w:rPr>
        <w:t>“Thế còn chuyện ‘cúi đầu’ (heads-down) này thì sao?” Debbie hỏi.</w:t>
      </w:r>
    </w:p>
    <w:p>
      <w:pPr>
        <w:spacing w:after="80"/>
      </w:pPr>
      <w:r>
        <w:rPr>
          <w:b w:val="0"/>
          <w:i w:val="0"/>
        </w:rPr>
        <w:t>“Đó là khi người lãnh đạo giúp mọi người trong việc triển khai—biến tầm nhìn thành hiện thực. Người lãnh đạo phải liên tục đánh giá cách họ đầu tư thời gian. Phải dành một phần thời gian cho các hoạt động ‘ngẩng đầu’ (heads-up), và một phần cho các hoạt động ‘cúi đầu’ (heads-down).”</w:t>
      </w:r>
    </w:p>
    <w:p>
      <w:pPr>
        <w:spacing w:after="80"/>
      </w:pPr>
      <w:r>
        <w:rPr>
          <w:b w:val="0"/>
          <w:i w:val="0"/>
        </w:rPr>
        <w:t>“Một câu hỏi,” Debbie nói. “Là một người lãnh đạo, anh có phải tự mình làm tất cả công việc ‘ngẩng đầu’ (heads-up) không?”</w:t>
      </w:r>
    </w:p>
    <w:p>
      <w:pPr>
        <w:spacing w:after="80"/>
      </w:pPr>
      <w:r>
        <w:rPr>
          <w:b w:val="0"/>
          <w:i w:val="0"/>
        </w:rPr>
        <w:t>“Không,” Jeff nói. “Khi để mọi người tham gia, bạn sẽ nhận được sự cam kết của họ. Nhưng trách nhiệm của bạn là đảm bảo công việc ‘ngẩng đầu’ (heads-up) được hoàn thành. Vậy có giúp ích không?”</w:t>
      </w:r>
    </w:p>
    <w:p>
      <w:pPr>
        <w:spacing w:after="80"/>
      </w:pPr>
      <w:r>
        <w:rPr>
          <w:b w:val="0"/>
          <w:i w:val="0"/>
        </w:rPr>
        <w:t>“Vâng, cảm ơn.” Debbie liếc nhìn ghi chú của mình. “Anh nói rằng một tầm nhìn hấp dẫn cho mọi người biết bạn là ai, bạn đang hướng tới đâu, và điều gì sẽ chi phối cách hành xử của bạn. Làm thế nào một tầm nhìn có thể làm được tất cả những điều đó?”</w:t>
      </w:r>
    </w:p>
    <w:p>
      <w:pPr>
        <w:spacing w:after="80"/>
      </w:pPr>
      <w:r>
        <w:rPr>
          <w:b w:val="0"/>
          <w:i w:val="0"/>
        </w:rPr>
        <w:t>“Một cách là thông qua các giá trị của tổ chức.”</w:t>
      </w:r>
    </w:p>
    <w:p>
      <w:pPr>
        <w:spacing w:after="80"/>
      </w:pPr>
      <w:r>
        <w:rPr>
          <w:b w:val="0"/>
          <w:i w:val="0"/>
        </w:rPr>
        <w:t>“Chúng ta—ý tôi là, công ty chúng ta—có các giá trị không?” Debbie hỏi.</w:t>
      </w:r>
    </w:p>
    <w:p>
      <w:pPr>
        <w:spacing w:after="80"/>
      </w:pPr>
      <w:r>
        <w:rPr>
          <w:b w:val="0"/>
          <w:i w:val="0"/>
        </w:rPr>
        <w:t>“Vừa có vừa không. Mọi tổ chức đều có các giá trị. Chúng có thể được lãnh đạo chủ động tạo ra, hoặc sẽ tự hình thành. Tuy nhiên, để chúng tự hình thành một cách mặc định không phải là cách xây dựng một văn hóa mạnh mẽ và thống nhất. Bất kể chúng được phát triển như thế nào, luôn có những giá trị vận hành cốt lõi. Vì tổ chức của chúng ta chưa bao giờ chính thức nêu rõ các giá trị đó, chúng ta đang bỏ lỡ một cơ hội đáng kể.”</w:t>
      </w:r>
    </w:p>
    <w:p>
      <w:pPr>
        <w:spacing w:after="80"/>
      </w:pPr>
      <w:r>
        <w:rPr>
          <w:b w:val="0"/>
          <w:i w:val="0"/>
        </w:rPr>
        <w:t>“Sao lại như vậy?”</w:t>
      </w:r>
    </w:p>
    <w:p>
      <w:pPr>
        <w:spacing w:after="80"/>
      </w:pPr>
      <w:r>
        <w:rPr>
          <w:b w:val="0"/>
          <w:i w:val="0"/>
        </w:rPr>
        <w:t>“Nếu các giá trị được công bố, chúng có thể được lặp lại, ghi nhận và khen thưởng—với kết quả tích cực. Vì tôi vẫn còn khá mới ở công ty, tôi quyết định dành vài tháng quan sát văn hóa để xem những giá trị nào đã có sẵn, cũng như những giá trị nào chúng ta có thể muốn bổ sung trong tương lai. Trước khi công bố rộng rãi bất kỳ giá trị mới nào mà tôi tin là nên định hình hành vi của chúng ta, tôi muốn chắc chắn rằng tất cả chúng đều có căn cứ vào một số sự thật và cảm nhận thực tế nào đó. Nếu không, chúng ta sẽ mất uy tín.”</w:t>
      </w:r>
    </w:p>
    <w:p>
      <w:pPr>
        <w:spacing w:after="80"/>
      </w:pPr>
      <w:r>
        <w:rPr>
          <w:b w:val="0"/>
          <w:i w:val="0"/>
        </w:rPr>
        <w:t>“Các giá trị của chúng ta sẽ được nêu bật tại cuộc họp thường niên sắp tới,” Jeff nói thêm. “Bạn cũng sẽ thấy rất nhiều điều khác củng cố chúng trong những tháng và năm tới. Giá trị là điều rất quan trọng. Chúng là nền tảng của văn hóa mà người lãnh đạo đang cố gắng xây dựng. Hãy nhớ điều này: Giá trị là những niềm tin định hướng hành vi của chúng ta.”</w:t>
      </w:r>
    </w:p>
    <w:p>
      <w:pPr>
        <w:spacing w:after="80"/>
        <w:ind w:left="360"/>
      </w:pPr>
      <w:r>
        <w:rPr>
          <w:b/>
          <w:i/>
        </w:rPr>
        <w:t>Giá trị là những niềm tin định hướng hành vi của chúng ta.</w:t>
      </w:r>
    </w:p>
    <w:p>
      <w:pPr>
        <w:spacing w:after="80"/>
      </w:pPr>
      <w:r>
        <w:rPr>
          <w:b w:val="0"/>
          <w:i w:val="0"/>
        </w:rPr>
        <w:t>Debbie gật đầu trầm ngâm. “Tôi cho là đúng vậy. Các giá trị của chúng ta là gì?”</w:t>
      </w:r>
    </w:p>
    <w:p>
      <w:pPr>
        <w:spacing w:after="80"/>
      </w:pPr>
      <w:r>
        <w:rPr>
          <w:b w:val="0"/>
          <w:i w:val="0"/>
        </w:rPr>
        <w:t>“Bạn có thể đọc về các giá trị của chúng ta trong báo cáo thường niên, dự kiến sẽ được phát hành vào tuần tới. Hãy xem thử và cho tôi biết bạn nghĩ gì nhé.”</w:t>
      </w:r>
    </w:p>
    <w:p>
      <w:pPr>
        <w:spacing w:after="80"/>
      </w:pPr>
      <w:r>
        <w:rPr>
          <w:b w:val="0"/>
          <w:i w:val="0"/>
        </w:rPr>
        <w:t>“Được rồi, tôi sẽ xem,” Debbie nói.</w:t>
      </w:r>
    </w:p>
    <w:p>
      <w:pPr>
        <w:spacing w:after="80"/>
      </w:pPr>
      <w:r>
        <w:rPr>
          <w:b w:val="0"/>
          <w:i w:val="0"/>
        </w:rPr>
        <w:t>“Cuộc họp nhóm tiếp theo của bạn là khi nào?” Jeff hỏi.</w:t>
      </w:r>
    </w:p>
    <w:p>
      <w:pPr>
        <w:spacing w:after="80"/>
      </w:pPr>
      <w:r>
        <w:rPr>
          <w:b w:val="0"/>
          <w:i w:val="0"/>
        </w:rPr>
        <w:t>"Chúng tôi không còn họp nhóm nữa," Debbie trả lời.</w:t>
      </w:r>
    </w:p>
    <w:p>
      <w:pPr>
        <w:spacing w:after="80"/>
      </w:pPr>
      <w:r>
        <w:rPr>
          <w:b w:val="0"/>
          <w:i w:val="0"/>
        </w:rPr>
        <w:t>"Thật sao?" Jeff trông có vẻ ngạc nhiên.</w:t>
      </w:r>
    </w:p>
    <w:p>
      <w:pPr>
        <w:spacing w:after="80"/>
      </w:pPr>
      <w:r>
        <w:rPr>
          <w:b w:val="0"/>
          <w:i w:val="0"/>
        </w:rPr>
        <w:t>"Không, tôi đã hủy các buổi họp đó từ vài tháng trước vì hiệu suất quá tệ. Tôi không muốn lãng phí thời gian họp hành trong khi mọi người có thể chăm sóc khách hàng."</w:t>
      </w:r>
    </w:p>
    <w:p>
      <w:pPr>
        <w:spacing w:after="80"/>
      </w:pPr>
      <w:r>
        <w:rPr>
          <w:b w:val="0"/>
          <w:i w:val="0"/>
        </w:rPr>
        <w:t>"Thú vị đấy. Tôi muốn nói thêm về chuyện đó trong một buổi gặp tới. Trong lúc này, để tôi đưa cho cô vài câu hỏi để suy ngẫm. Cô có thể sẽ muốn tự mình trả lời tất cả, nhưng tôi đoán cô sẽ cần trao đổi với một số thành viên trong nhóm."</w:t>
      </w:r>
    </w:p>
    <w:p>
      <w:pPr>
        <w:spacing w:after="80"/>
      </w:pPr>
      <w:r>
        <w:rPr>
          <w:b w:val="0"/>
          <w:i w:val="0"/>
        </w:rPr>
        <w:t>"Tôi sẵn sàng rồi. Đưa cho tôi đi." Khi Jeff đặt những câu hỏi gợi suy nghĩ, Debbie ghi nhanh lại:</w:t>
      </w:r>
    </w:p>
    <w:p>
      <w:pPr>
        <w:spacing w:after="80"/>
        <w:ind w:left="360"/>
      </w:pPr>
      <w:r>
        <w:t xml:space="preserve">• </w:t>
      </w:r>
      <w:r>
        <w:rPr>
          <w:b w:val="0"/>
          <w:i w:val="0"/>
        </w:rPr>
        <w:t>Mục đích của nhóm bạn là gì?</w:t>
      </w:r>
    </w:p>
    <w:p>
      <w:pPr>
        <w:spacing w:after="80"/>
        <w:ind w:left="360"/>
      </w:pPr>
      <w:r>
        <w:t xml:space="preserve">• </w:t>
      </w:r>
      <w:r>
        <w:rPr>
          <w:b w:val="0"/>
          <w:i w:val="0"/>
        </w:rPr>
        <w:t>Bạn muốn nhóm của mình ở đâu trong năm năm tới?</w:t>
      </w:r>
    </w:p>
    <w:p>
      <w:pPr>
        <w:spacing w:after="80"/>
        <w:ind w:left="360"/>
      </w:pPr>
      <w:r>
        <w:t xml:space="preserve">• </w:t>
      </w:r>
      <w:r>
        <w:rPr>
          <w:b w:val="0"/>
          <w:i w:val="0"/>
        </w:rPr>
        <w:t>Có bao nhiêu thành viên trong nhóm có thể nói cho bạn biết nhóm đang cố gắng trở thành/đạt được điều gì?</w:t>
      </w:r>
    </w:p>
    <w:p>
      <w:pPr>
        <w:spacing w:after="80"/>
        <w:ind w:left="360"/>
      </w:pPr>
      <w:r>
        <w:t xml:space="preserve">• </w:t>
      </w:r>
      <w:r>
        <w:rPr>
          <w:b w:val="0"/>
          <w:i w:val="0"/>
        </w:rPr>
        <w:t>Bạn muốn những giá trị nào dẫn dắt hành vi của đội ngũ mình?</w:t>
      </w:r>
    </w:p>
    <w:p>
      <w:pPr>
        <w:spacing w:after="80"/>
        <w:ind w:left="360"/>
      </w:pPr>
      <w:r>
        <w:t xml:space="preserve">• </w:t>
      </w:r>
      <w:r>
        <w:rPr>
          <w:b w:val="0"/>
          <w:i w:val="0"/>
        </w:rPr>
        <w:t>Làm thế nào bạn có thể truyền đạt tầm nhìn của mình về tương lai cho đội ngũ?</w:t>
      </w:r>
    </w:p>
    <w:p>
      <w:pPr>
        <w:spacing w:after="80"/>
      </w:pPr>
      <w:r>
        <w:rPr>
          <w:b w:val="0"/>
          <w:i w:val="0"/>
        </w:rPr>
        <w:t>“Những câu hỏi này sẽ cho bạn điều gì đó để suy ngẫm trước buổi gặp tiếp theo của chúng ta,” Jeff nói.</w:t>
      </w:r>
    </w:p>
    <w:p>
      <w:pPr>
        <w:spacing w:after="80"/>
      </w:pPr>
      <w:r>
        <w:rPr>
          <w:b w:val="0"/>
          <w:i w:val="0"/>
        </w:rPr>
        <w:t>“Bạn nói không ngoa chút nào. Tôi sẽ dành không ít thời gian để xử lý việc này.”</w:t>
      </w:r>
    </w:p>
    <w:p>
      <w:pPr>
        <w:spacing w:after="80"/>
      </w:pPr>
      <w:r>
        <w:rPr>
          <w:b w:val="0"/>
          <w:i w:val="0"/>
        </w:rPr>
        <w:t>“Bạn bắt đầu hiểu ra rồi đấy. Những nhà lãnh đạo xuất sắc luôn đặt ra những câu hỏi như thế này—và nhiều câu hỏi khác mà chúng ta sẽ thảo luận trong các buổi gặp tới. Hẹn gặp lại trong vài tuần nữa.”</w:t>
      </w:r>
    </w:p>
    <w:p>
      <w:pPr>
        <w:spacing w:after="80"/>
      </w:pPr>
      <w:r>
        <w:rPr>
          <w:b w:val="0"/>
          <w:i w:val="0"/>
        </w:rPr>
        <w:t>Debbie rời văn phòng Jeff với nhận thức rằng cô đang học được bí quyết của những nhà lãnh đạo xuất sắc. Nhưng một câu hỏi lớn khiến cô trăn trở: Liệu cô có thể trở thành một nhà lãnh đạo xuất sắc hay không? Cô lạc quan một cách thận trọng.</w:t>
      </w:r>
    </w:p>
    <w:p>
      <w:pPr>
        <w:jc w:val="center"/>
      </w:pPr>
      <w:r>
        <w:drawing>
          <wp:inline xmlns:a="http://schemas.openxmlformats.org/drawingml/2006/main" xmlns:pic="http://schemas.openxmlformats.org/drawingml/2006/picture">
            <wp:extent cx="952500" cy="1524000"/>
            <wp:docPr id="18" name="Picture 18"/>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Điều gì quan trọng nhất?</w:t>
      </w:r>
    </w:p>
    <w:p>
      <w:pPr>
        <w:spacing w:after="80"/>
      </w:pPr>
      <w:r>
        <w:rPr>
          <w:b w:val="0"/>
          <w:i w:val="0"/>
        </w:rPr>
        <w:t>Debbie bắt đầu tuần mới bằng cách giải quyết những câu hỏi Jeff đã giao cho cô. Cô biết mình chưa làm tốt việc Nhìn thấy Tương lai (Seeing the Future). Tương lai duy nhất cô đang theo đuổi là bắt kịp tiến độ với đội ngũ bán hàng và các nhu cầu của khách hàng. Dù biết đó là những mối quan tâm quan trọng, cô nhận ra rằng mô hình SERVE mà Jeff mô tả đại diện cho một cấp độ tư duy cao hơn và một cấp độ lãnh đạo cao hơn.</w:t>
      </w:r>
    </w:p>
    <w:p>
      <w:pPr>
        <w:spacing w:after="80"/>
      </w:pPr>
      <w:r>
        <w:rPr>
          <w:b w:val="0"/>
          <w:i w:val="0"/>
        </w:rPr>
        <w:t>Nhiều nhà lãnh đạo có khả năng nhìn thấy tương lai (See the Future) và chỉ ra phương hướng đã hiện lên trong tâm trí Debbie. Nhiều người là những nhân vật lịch sử: John F. Kennedy với khát vọng đưa con người lên mặt trăng; Martin Luther King Jr. với giấc mơ về sự hòa hợp giữa mọi người thuộc mọi chủng tộc; Mẹ Teresa với tầm nhìn về sự an ủi cho những người đau khổ ở Ấn Độ.</w:t>
      </w:r>
    </w:p>
    <w:p>
      <w:pPr>
        <w:spacing w:after="80"/>
      </w:pPr>
      <w:r>
        <w:rPr>
          <w:b w:val="0"/>
          <w:i w:val="0"/>
        </w:rPr>
        <w:t>Khi nghĩ về việc tạo ra một tầm nhìn có sức thuyết phục, Debbie nhớ lại một trong những bài thuyết trình đầu tiên của Jeff sau khi anh đến công ty. Trong buổi nói chuyện đó, anh bày tỏ niềm tin rằng công việc kinh doanh của họ không phải là bán hàng—mà là phục vụ khách hàng và đáp ứng nhu cầu của họ.</w:t>
      </w:r>
      <w:r>
        <w:rPr>
          <w:b w:val="0"/>
          <w:i/>
        </w:rPr>
        <w:t>Phục vụ ư? Anh ấy nói về phục vụsuốt ngày. Và giờ đây, anh ấy đang dạy tôi rằng những nhà lãnh đạo vĩ đại SERVE. Tôi có cảm giác anh ấy chân thành với khái niệm này</w:t>
      </w:r>
      <w:r>
        <w:rPr>
          <w:b w:val="0"/>
          <w:i w:val="0"/>
        </w:rPr>
        <w:t>.</w:t>
      </w:r>
    </w:p>
    <w:p>
      <w:pPr>
        <w:spacing w:after="80"/>
      </w:pPr>
      <w:r>
        <w:rPr>
          <w:b w:val="0"/>
          <w:i w:val="0"/>
        </w:rPr>
        <w:t>Cô muốn trả lời tất cả những câu hỏi Jeff đã đưa cho mình, nhưng cô chưa tiến xa được bao nhiêu trong quá trình này thì Jennifer, một thành viên trong nhóm của cô, xuất hiện ở cửa với một vấn đề.</w:t>
      </w:r>
    </w:p>
    <w:p>
      <w:pPr>
        <w:spacing w:after="80"/>
      </w:pPr>
      <w:r>
        <w:rPr>
          <w:b w:val="0"/>
          <w:i w:val="0"/>
        </w:rPr>
        <w:t>Phản ứng đầu tiên của Debbie là xử lý chuyện đó ngay lập tức. Nhưng cô dừng lại và suy nghĩ một lúc.</w:t>
      </w:r>
      <w:r>
        <w:rPr>
          <w:b w:val="0"/>
          <w:i/>
        </w:rPr>
        <w:t>Việc này có thật sự cần mình tham gia không? Jennifer có thể tự giải quyết được không?</w:t>
      </w:r>
      <w:r>
        <w:rPr>
          <w:b w:val="0"/>
          <w:i w:val="0"/>
        </w:rPr>
        <w:t>Cô biết rằng nếu cô tham gia, cô sẽ lại không thể nghĩ về tương lai. Cô nhận ra một phần vấn đề trong cách lãnh đạo của mình là cô quá cắm đầu vào những vấn đề của hôm nay đến mức có rất ít, thậm chí gần như không có, thời gian để ngẩng đầu suy nghĩ cho ngày mai. Tất cả những suy nghĩ này lướt qua tâm trí cô trong tích tắc.</w:t>
      </w:r>
    </w:p>
    <w:p>
      <w:pPr>
        <w:spacing w:after="80"/>
      </w:pPr>
      <w:r>
        <w:rPr>
          <w:b w:val="0"/>
          <w:i w:val="0"/>
        </w:rPr>
        <w:t>“Em nghĩ chúng ta nên làm gì?” Debbie hỏi.</w:t>
      </w:r>
    </w:p>
    <w:p>
      <w:pPr>
        <w:spacing w:after="80"/>
      </w:pPr>
      <w:r>
        <w:rPr>
          <w:b w:val="0"/>
          <w:i w:val="0"/>
        </w:rPr>
        <w:t>Jennifer bị bất ngờ. “À . . . em không biết. Thường thì chị là người quyết định những chuyện này.”</w:t>
      </w:r>
    </w:p>
    <w:p>
      <w:pPr>
        <w:spacing w:after="80"/>
      </w:pPr>
      <w:r>
        <w:rPr>
          <w:b w:val="0"/>
          <w:i w:val="0"/>
        </w:rPr>
        <w:t>“Em có nghĩ em có đủ thông tin cần thiết để đưa ra đề xuất không?”</w:t>
      </w:r>
    </w:p>
    <w:p>
      <w:pPr>
        <w:spacing w:after="80"/>
      </w:pPr>
      <w:r>
        <w:rPr>
          <w:b w:val="0"/>
          <w:i w:val="0"/>
        </w:rPr>
        <w:t>“Em đoán là vậy.”</w:t>
      </w:r>
    </w:p>
    <w:p>
      <w:pPr>
        <w:spacing w:after="80"/>
      </w:pPr>
      <w:r>
        <w:rPr>
          <w:b w:val="0"/>
          <w:i w:val="0"/>
        </w:rPr>
        <w:t>“Hãy quay lại sau bữa trưa và cho tôi biết bạn nghĩ chúng ta nên làm gì. Nếu bạn cần thêm thông tin từ tôi, lúc đó chúng ta có thể nói chuyện.”</w:t>
      </w:r>
    </w:p>
    <w:p>
      <w:pPr>
        <w:spacing w:after="80"/>
      </w:pPr>
      <w:r>
        <w:rPr>
          <w:b w:val="0"/>
          <w:i w:val="0"/>
        </w:rPr>
        <w:t>Jennifer rời đi, trông có vẻ hơi sốc.</w:t>
      </w:r>
    </w:p>
    <w:p>
      <w:pPr>
        <w:spacing w:after="80"/>
      </w:pPr>
      <w:r>
        <w:rPr>
          <w:b w:val="0"/>
          <w:i w:val="0"/>
        </w:rPr>
        <w:t>Debbie trở lại bàn làm việc với cảm giác rằng cô vừa bước một bước quan trọng trên hành trình lãnh đạo của mình. Cô một lần nữa hướng sự chú ý đến những câu hỏi về tương lai.</w:t>
      </w:r>
    </w:p>
    <w:p>
      <w:pPr>
        <w:spacing w:after="80"/>
      </w:pPr>
      <w:r>
        <w:rPr>
          <w:b w:val="0"/>
          <w:i/>
        </w:rPr>
        <w:t>Tôi muốn đội ngũ của mình ở đâu trong năm năm tới?</w:t>
      </w:r>
      <w:r>
        <w:rPr>
          <w:b w:val="0"/>
          <w:i w:val="0"/>
        </w:rPr>
        <w:t>Khi xem xét câu hỏi đó, cô nhớ ra rằng cô thực sự không có một đội ngũ. Cô đã từ bỏ khái niệm đội nhóm. Những gì cô có lúc này là một nhóm các cá nhân làm việc độc lập. Không có cơ hội cho sự cộng lực, học hỏi lẫn nhau, khích lệ, trách nhiệm giải trình của cả nhóm, hay bất kỳ lợi ích nào khác của việc làm việc cùng nhau. Trước giờ cô chưa bao giờ dành thời gian để nghĩ về điều đó.</w:t>
      </w:r>
    </w:p>
    <w:p>
      <w:pPr>
        <w:spacing w:after="80"/>
      </w:pPr>
      <w:r>
        <w:rPr>
          <w:b w:val="0"/>
          <w:i w:val="0"/>
        </w:rPr>
        <w:t>Hành động đầu tiên của Debbie là khôi phục lại đội nhóm. Cùng nhau, họ không chỉ có thể trả lời các câu hỏi của Jeff mà còn vạch ra lộ trình riêng để đạt được bất cứ điều gì họ quyết tâm thực hiện.</w:t>
      </w:r>
    </w:p>
    <w:p>
      <w:pPr>
        <w:spacing w:after="80"/>
      </w:pPr>
      <w:r>
        <w:rPr>
          <w:b w:val="0"/>
          <w:i w:val="0"/>
        </w:rPr>
        <w:t>Khi thư từ buổi sáng đến, báo cáo thường niên nằm trong chồng tài liệu. Cô gần như không thể chờ đợi để xem Jeff đã viết gì về các giá trị của công ty. Cô mở báo cáo đến trang thư của chủ tịch.</w:t>
      </w:r>
    </w:p>
    <w:p>
      <w:pPr>
        <w:spacing w:after="80"/>
        <w:ind w:left="360"/>
      </w:pPr>
      <w:r>
        <w:rPr>
          <w:b/>
          <w:i w:val="0"/>
        </w:rPr>
        <w:t>Làm sao chúng ta đảm bảo thành công trong tương lai?</w:t>
      </w:r>
    </w:p>
    <w:p>
      <w:pPr>
        <w:spacing w:after="80"/>
        <w:ind w:left="360"/>
      </w:pPr>
      <w:r>
        <w:rPr>
          <w:b w:val="0"/>
          <w:i w:val="0"/>
        </w:rPr>
        <w:t>Làm thế nào chúng ta sẽ đạt được lợi nhuận tài chính vượt trội và những mối quan hệ lâu dài, đôi bên cùng có lợi? Tôi tin rằng chúng ta sẽ làm được điều này bằng cách đưa vào và sống theo một số giá trị cốt lõi. Khi bạn xem xét những điều dưới đây, bạn sẽ thấy rất ít điều mới mẻ hay khác biệt. Trong khoảng thời gian ngắn ở tổ chức này, tôi đã thấy vô số ví dụ về những người sống theo các giá trị này. Ý định của tôi khi công bố chúng ở đây là để làm nổi bật chúng và tuyên bố công khai: Đây là những niềm tin sẽ dẫn dắt hành vi của chúng ta và đảm bảo sự thành công liên tục.</w:t>
      </w:r>
    </w:p>
    <w:p>
      <w:pPr>
        <w:spacing w:after="80"/>
        <w:ind w:left="360"/>
      </w:pPr>
      <w:r>
        <w:rPr>
          <w:b/>
          <w:i w:val="0"/>
        </w:rPr>
        <w:t>Đặt Khách Hàng Lên Hàng Đầu</w:t>
      </w:r>
    </w:p>
    <w:p>
      <w:pPr>
        <w:spacing w:after="80"/>
        <w:ind w:left="360"/>
      </w:pPr>
      <w:r>
        <w:rPr>
          <w:b w:val="0"/>
          <w:i w:val="0"/>
        </w:rPr>
        <w:t>Khách hàng là lý do mỗi người trong chúng ta có công việc. Suy nghĩ và hành động của chúng ta phải luôn hướng tới việc trả lời câu hỏi: “Quyết định hay hành động này sẽ ảnh hưởng thế nào đến khách hàng?” Chúng ta sẽ tiếp tục đặt khách hàng lên hàng đầu trong các ưu tiên và trong việc ra quyết định.</w:t>
      </w:r>
    </w:p>
    <w:p>
      <w:pPr>
        <w:spacing w:after="80"/>
        <w:ind w:left="360"/>
      </w:pPr>
      <w:r>
        <w:rPr>
          <w:b/>
          <w:i w:val="0"/>
        </w:rPr>
        <w:t>Phục Vụ Người Khác</w:t>
      </w:r>
    </w:p>
    <w:p>
      <w:pPr>
        <w:spacing w:after="80"/>
        <w:ind w:left="360"/>
      </w:pPr>
      <w:r>
        <w:rPr>
          <w:b w:val="0"/>
          <w:i w:val="0"/>
        </w:rPr>
        <w:t>Chúng ta đã gặt hái thành công trong quá khứ nhờ sự sẵn lòng phục vụ của đội ngũ. Khi phục vụ người khác, chúng ta gần như luôn nhận lại phần thưởng. Không phải động cơ phục vụ của chúng ta là để nhận lại điều gì—đó chỉ là cách mọi chuyện thường diễn ra cuối cùng. Tôi tin rằng</w:t>
      </w:r>
      <w:r>
        <w:rPr>
          <w:b w:val="0"/>
          <w:i/>
        </w:rPr>
        <w:t>những ai muốn trở nên vĩ đại phải sẵn lòng phục vụ</w:t>
      </w:r>
      <w:r>
        <w:rPr>
          <w:b w:val="0"/>
          <w:i w:val="0"/>
        </w:rPr>
        <w:t>. Chúng ta sẽ tiếp tục là một tổ chức được biết đến với “tinh thần phục vụ (servant spirit).”</w:t>
      </w:r>
    </w:p>
    <w:p>
      <w:pPr>
        <w:spacing w:after="80"/>
        <w:ind w:left="360"/>
      </w:pPr>
      <w:r>
        <w:rPr>
          <w:b/>
          <w:i w:val="0"/>
        </w:rPr>
        <w:t>Thực Hành Tinh Thần Quản Lý Tài Sản</w:t>
      </w:r>
    </w:p>
    <w:p>
      <w:pPr>
        <w:spacing w:after="80"/>
        <w:ind w:left="360"/>
      </w:pPr>
      <w:r>
        <w:rPr>
          <w:b w:val="0"/>
          <w:i w:val="0"/>
        </w:rPr>
        <w:t>Một</w:t>
      </w:r>
      <w:r>
        <w:rPr>
          <w:b w:val="0"/>
          <w:i/>
        </w:rPr>
        <w:t>người quản lý tài sản (steward)</w:t>
      </w:r>
      <w:r>
        <w:rPr>
          <w:b w:val="0"/>
          <w:i w:val="0"/>
        </w:rPr>
        <w:t xml:space="preserve"> là người được chủ sở hữu ủy thác và giao trách nhiệm quản lý tài sản của chủ. Tôi tin rằng tất cả những gì chúng ta có trong tay đều là tài sản vay mượn. Chúng ta không thể mang theo khi rời đi, nhưng chúng ta có thể sử dụng chúng khi còn ở trên Trái Đất. Tôi cũng tin rằng chúng ta phải chịu trách nhiệm về tất cả những gì đã được giao phó—thời gian, tài năng, nguồn lực tài chính và các mối quan hệ. Chúng ta sẽ hành động theo niềm tin đó. Chúng ta sẽ tiếp tục là những người quản lý tài sản tốt.</w:t>
      </w:r>
    </w:p>
    <w:p>
      <w:pPr>
        <w:spacing w:after="80"/>
        <w:ind w:left="360"/>
      </w:pPr>
      <w:r>
        <w:rPr>
          <w:b/>
          <w:i w:val="0"/>
        </w:rPr>
        <w:t>Nuôi Dưỡng Sự Sáng Tạo</w:t>
      </w:r>
    </w:p>
    <w:p>
      <w:pPr>
        <w:spacing w:after="80"/>
        <w:ind w:left="360"/>
      </w:pPr>
      <w:r>
        <w:rPr>
          <w:b w:val="0"/>
          <w:i w:val="0"/>
        </w:rPr>
        <w:t>Điều này đã—và sẽ luôn là—một dấu ấn đặc trưng của tổ chức chúng ta. Chúng ta sẽ trân trọng sự sáng tạo, ghi nhận nó, tuyển dụng những người giàu sáng tạo, và khơi dậy sự sáng tạo ở những người còn tiềm ẩn. Khả năng tư duy sáng tạo là món quà mà tất cả chúng ta đều đã được ban tặng, và chúng ta quyết tâm sử dụng món quà đó một cách trọn vẹn nhất. Chúng ta sẽ không bao giờ hài lòng với hiện trạng.</w:t>
      </w:r>
    </w:p>
    <w:p>
      <w:pPr>
        <w:spacing w:after="80"/>
        <w:ind w:left="360"/>
      </w:pPr>
      <w:r>
        <w:rPr>
          <w:b w:val="0"/>
          <w:i w:val="0"/>
        </w:rPr>
        <w:t>Quý vị sẽ còn được nghe nhiều hơn về những giá trị này trong những tháng năm sắp tới. Gửi tới toàn thể nhân viên—đội ngũ của chúng tôi—cảm ơn các bạn đã sống theo những giá trị đó mỗi ngày. Gửi tới các cổ đông, cảm ơn vì sự tin tưởng mà quý vị dành cho chúng tôi. Tôi lấy làm vinh hạnh được phục vụ quý vị!</w:t>
      </w:r>
    </w:p>
    <w:p>
      <w:pPr>
        <w:jc w:val="center"/>
      </w:pPr>
      <w:r>
        <w:drawing>
          <wp:inline xmlns:a="http://schemas.openxmlformats.org/drawingml/2006/main" xmlns:pic="http://schemas.openxmlformats.org/drawingml/2006/picture">
            <wp:extent cx="571500" cy="476250"/>
            <wp:docPr id="19" name="Picture 19"/>
            <wp:cNvGraphicFramePr>
              <a:graphicFrameLocks noChangeAspect="1"/>
            </wp:cNvGraphicFramePr>
            <a:graphic>
              <a:graphicData uri="http://schemas.openxmlformats.org/drawingml/2006/picture">
                <pic:pic>
                  <pic:nvPicPr>
                    <pic:cNvPr id="0" name="f0047-01.jpg"/>
                    <pic:cNvPicPr/>
                  </pic:nvPicPr>
                  <pic:blipFill>
                    <a:blip r:embed="rId15"/>
                    <a:stretch>
                      <a:fillRect/>
                    </a:stretch>
                  </pic:blipFill>
                  <pic:spPr>
                    <a:xfrm>
                      <a:off x="0" y="0"/>
                      <a:ext cx="571500" cy="476250"/>
                    </a:xfrm>
                    <a:prstGeom prst="rect"/>
                  </pic:spPr>
                </pic:pic>
              </a:graphicData>
            </a:graphic>
          </wp:inline>
        </w:drawing>
      </w:r>
    </w:p>
    <w:p>
      <w:pPr>
        <w:spacing w:after="80"/>
        <w:ind w:left="360"/>
      </w:pPr>
      <w:r>
        <w:rPr>
          <w:b w:val="0"/>
          <w:i w:val="0"/>
        </w:rPr>
        <w:t>Jeff Brown</w:t>
      </w:r>
    </w:p>
    <w:p>
      <w:pPr>
        <w:spacing w:after="80"/>
        <w:ind w:left="360"/>
      </w:pPr>
      <w:r>
        <w:rPr>
          <w:b w:val="0"/>
          <w:i w:val="0"/>
        </w:rPr>
        <w:t>Chủ tịch &amp; Giám đốc Điều hành</w:t>
      </w:r>
    </w:p>
    <w:p>
      <w:pPr>
        <w:spacing w:after="80"/>
      </w:pPr>
      <w:r>
        <w:rPr>
          <w:b w:val="0"/>
          <w:i w:val="0"/>
        </w:rPr>
        <w:t>Khi Debbie đọc xong bức thư, cô cảm thấy tự hào vì là một phần của tổ chức mình. Cô biết ơn khoảng thời gian đã ở bên Jeff và nóng lòng chờ đợi buổi gặp tiếp theo của họ.</w:t>
      </w:r>
    </w:p>
    <w:p>
      <w:pPr>
        <w:jc w:val="center"/>
      </w:pPr>
      <w:r>
        <w:drawing>
          <wp:inline xmlns:a="http://schemas.openxmlformats.org/drawingml/2006/main" xmlns:pic="http://schemas.openxmlformats.org/drawingml/2006/picture">
            <wp:extent cx="952500" cy="1524000"/>
            <wp:docPr id="20" name="Picture 20"/>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Một cuộc trò chuyện cuốn hút</w:t>
      </w:r>
    </w:p>
    <w:p>
      <w:pPr>
        <w:spacing w:after="80"/>
      </w:pPr>
      <w:r>
        <w:rPr>
          <w:b w:val="0"/>
          <w:i w:val="0"/>
        </w:rPr>
        <w:t>Trong những ngày sau đó, Debbie nhận ra rằng thói quen cũ rất khó bỏ. Đã vài lần cô thấy mình lại sa vào những hoạt động quá đỗi quen thuộc: cụ thể là chữa cháy và đưa ra những quyết định mà lẽ ra người khác nên hoặc có thể tự đưa ra. Tuy nhiên, cô không còn làm những việc đó thường xuyên như trước, và khi kiềm chế được bản thân, cô nhận thấy mình có nhiều thời gian hơn để suy nghĩ về các câu hỏi trong buổi gặp gần nhất với Jeff. Càng nghiền ngẫm các câu hỏi, cô càng phấn khích. Cô cảm thấy như thể bức tranh tương lai mà mình đang vẽ ra đang thắp lên trong cô niềm đam mê. Thêm vào đó, khi bắt đầu chia sẻ tầm nhìn của mình, cô thấy mọi người cũng muốn tham gia.</w:t>
      </w:r>
    </w:p>
    <w:p>
      <w:pPr>
        <w:spacing w:after="80"/>
      </w:pPr>
      <w:r>
        <w:rPr>
          <w:b w:val="0"/>
          <w:i w:val="0"/>
        </w:rPr>
        <w:t>Debbie đã trò chuyện với từng thành viên trong nhóm của mình. Với sự giúp đỡ của họ, cô đã có thể xây dựng ít nhất một phần câu trả lời cho mỗi câu hỏi của Jeff về việc Nhìn thấy Tương lai (Seeing the Future). Cô háo hức chia sẻ những hiểu biết và tiến bộ của mình với anh.</w:t>
      </w:r>
    </w:p>
    <w:p>
      <w:pPr>
        <w:spacing w:after="80"/>
      </w:pPr>
      <w:r>
        <w:rPr>
          <w:b w:val="0"/>
          <w:i w:val="0"/>
        </w:rPr>
        <w:t>Ngày diễn ra buổi gặp cố vấn tiếp theo cuối cùng cũng đến. Khi Debbie đến gần văn phòng của Jeff, Ashley đã chào cô. “Sáng nay Jeff sẽ đến muộn khoảng năm phút. Để tôi lấy cho chị một ít cà phê nhé?”</w:t>
      </w:r>
    </w:p>
    <w:p>
      <w:pPr>
        <w:spacing w:after="80"/>
      </w:pPr>
      <w:r>
        <w:rPr>
          <w:b w:val="0"/>
          <w:i w:val="0"/>
        </w:rPr>
        <w:t>“Không, cảm ơn.” Trong lúc chờ đợi, Debbie tận hưởng những khoảnh khắc yên bình hiếm hoi. Vài phút sau, Jeff bước vào và treo áo khoác lên.</w:t>
      </w:r>
    </w:p>
    <w:p>
      <w:pPr>
        <w:spacing w:after="80"/>
      </w:pPr>
      <w:r>
        <w:rPr>
          <w:b w:val="0"/>
          <w:i w:val="0"/>
        </w:rPr>
        <w:t>“Tôi xin lỗi vì đến muộn,” anh nói. “Tôi luôn cố gắng đúng giờ. Với tôi, đó là trân trọng thời gian của người khác. Tôi rất tiếc, nhưng tôi vừa hoàn thành một buổi phỏng vấn với một ứng viên cho một trong những vị trí mới của chúng ta. Đây là buổi gặp thứ ba và cũng là buổi cuối cùng. Tôi nghĩ chúng tôi sắp đưa ra quyết định rồi.”</w:t>
      </w:r>
    </w:p>
    <w:p>
      <w:pPr>
        <w:spacing w:after="80"/>
      </w:pPr>
      <w:r>
        <w:rPr>
          <w:b w:val="0"/>
          <w:i w:val="0"/>
        </w:rPr>
        <w:t>“Anh đã phỏng vấn cùng một ứng viên tới ba lần sao?” Debbie hỏi với giọng khó tin.</w:t>
      </w:r>
    </w:p>
    <w:p>
      <w:pPr>
        <w:spacing w:after="80"/>
      </w:pPr>
      <w:r>
        <w:rPr>
          <w:b w:val="0"/>
          <w:i w:val="0"/>
        </w:rPr>
        <w:t>“Đúng vậy. Tại sao điều đó khiến bạn ngạc nhiên?”</w:t>
      </w:r>
    </w:p>
    <w:p>
      <w:pPr>
        <w:spacing w:after="80"/>
      </w:pPr>
      <w:r>
        <w:rPr>
          <w:b w:val="0"/>
          <w:i w:val="0"/>
        </w:rPr>
        <w:t>“Tôi thường chỉ dành ba mươi phút với một nhân viên tiềm năng.”</w:t>
      </w:r>
    </w:p>
    <w:p>
      <w:pPr>
        <w:spacing w:after="80"/>
      </w:pPr>
      <w:r>
        <w:rPr>
          <w:b w:val="0"/>
          <w:i w:val="0"/>
        </w:rPr>
        <w:t>Jeff dừng lại một lúc, như thể đang ghi nhớ lời nhận xét của cô. “Tôi rất mong được nghe về cách suy nghĩ của bạn về việc đó trong một buổi họp tới,” anh nói. “Còn bây giờ, tôi muốn bạn báo cáo nhanh cho tôi về những gì bạn đã làm kể từ lần gặp trước.”</w:t>
      </w:r>
    </w:p>
    <w:p>
      <w:pPr>
        <w:spacing w:after="80"/>
      </w:pPr>
      <w:r>
        <w:rPr>
          <w:b w:val="0"/>
          <w:i w:val="0"/>
        </w:rPr>
        <w:t>“Trước tiên, chúc mừng anh vì lá thư trong báo cáo thường niên!” Debbie hào hứng nói. “Nó giúp tôi khẳng định lý do vì sao tôi gắn bó với tổ chức này.”</w:t>
      </w:r>
    </w:p>
    <w:p>
      <w:pPr>
        <w:spacing w:after="80"/>
      </w:pPr>
      <w:r>
        <w:rPr>
          <w:b w:val="0"/>
          <w:i w:val="0"/>
        </w:rPr>
        <w:t>“Cảm ơn,” Jeff nói. “Từ lần gặp trước đến giờ, bạn đã học được điều gì có thể giúp bạn và nhóm của bạn đạt được tầm nhìn của mình?”</w:t>
      </w:r>
    </w:p>
    <w:p>
      <w:pPr>
        <w:spacing w:after="80"/>
      </w:pPr>
      <w:r>
        <w:rPr>
          <w:b w:val="0"/>
          <w:i w:val="0"/>
        </w:rPr>
        <w:t>“Hai điều quan trọng hiện lên trong đầu tôi,” Debbie trả lời. “Đầu tiên, tôi đã cố gắng giao việc nhiều hơn để có thời gian suy nghĩ về tương lai. Bạn thực sự đã mở mắt cho tôi về trách nhiệm của mình trong việc đó. Tôi nhận ra rằng nếu tôi không nghĩ đến việc tạo ra tương lai, thì có lẽ không ai khác trong nhóm sẽ làm điều đó.”</w:t>
      </w:r>
    </w:p>
    <w:p>
      <w:pPr>
        <w:spacing w:after="80"/>
      </w:pPr>
      <w:r>
        <w:rPr>
          <w:b w:val="0"/>
          <w:i w:val="0"/>
        </w:rPr>
        <w:t>“Đúng vậy,” Jeff nói. “Người ta thường nói rằng nhìn thấy tương lai là một trách nhiệm lãnh đạo không thể giao phó được. Nó có thể được chia sẻ, nhưng việc của người lãnh đạo là dành thời gian hôm nay để đảm bảo có một ngày mai.”</w:t>
      </w:r>
    </w:p>
    <w:p>
      <w:pPr>
        <w:spacing w:after="80"/>
        <w:ind w:left="360"/>
      </w:pPr>
      <w:r>
        <w:rPr>
          <w:b/>
          <w:i/>
        </w:rPr>
        <w:t>Việc của người lãnh đạo là dành thời gian hôm nay để đảm bảo có một ngày mai.</w:t>
      </w:r>
    </w:p>
    <w:p>
      <w:pPr>
        <w:spacing w:after="80"/>
      </w:pPr>
      <w:r>
        <w:rPr>
          <w:b w:val="0"/>
          <w:i w:val="0"/>
        </w:rPr>
        <w:t>“Bước đột phá thứ hai là tôi đã quyết định khôi phục lại nhóm của mình. Tôi nhận ra rằng những lợi ích vượt xa những bất lợi và chúng tôi có nhiều khả năng đạt được tương lai mong muốn hơn nếu làm việc cùng nhau.”</w:t>
      </w:r>
    </w:p>
    <w:p>
      <w:pPr>
        <w:spacing w:after="80"/>
      </w:pPr>
      <w:r>
        <w:rPr>
          <w:b w:val="0"/>
          <w:i w:val="0"/>
        </w:rPr>
        <w:t>“Nghe có vẻ đó là một tháng quan trọng đối với bạn. Còn gì nữa không?” Jeff hỏi.</w:t>
      </w:r>
    </w:p>
    <w:p>
      <w:pPr>
        <w:spacing w:after="80"/>
      </w:pPr>
      <w:r>
        <w:rPr>
          <w:b w:val="0"/>
          <w:i w:val="0"/>
        </w:rPr>
        <w:t>“Tôi đã trao đổi với các thành viên trong nhóm về những câu hỏi của bạn. Chúng tôi có một số suy nghĩ ban đầu về tất cả các câu hỏi đó, nhưng chúng tôi sẽ tiếp tục hoàn thiện các câu trả lời trong những ngày tới.”</w:t>
      </w:r>
    </w:p>
    <w:p>
      <w:pPr>
        <w:spacing w:after="80"/>
      </w:pPr>
      <w:r>
        <w:rPr>
          <w:b w:val="0"/>
          <w:i w:val="0"/>
        </w:rPr>
        <w:t>“Hãy xem những gì bạn có,” Jeff nói.</w:t>
      </w:r>
    </w:p>
    <w:p>
      <w:pPr>
        <w:spacing w:after="80"/>
      </w:pPr>
      <w:r>
        <w:rPr>
          <w:b w:val="0"/>
          <w:i w:val="0"/>
        </w:rPr>
        <w:t>Họ đã dành vài phút tiếp theo để xem lại công việc của Debbie. Như thường lệ, Jeff chăm chú lắng nghe, thỉnh thoảng dừng lại để hỏi cô một hoặc hai câu hỏi khơi gợi suy nghĩ. Debbie không thể trả lời ngay lập tức hầu hết các câu hỏi của anh, nhưng cô đã ghi chép cẩn thận.</w:t>
      </w:r>
    </w:p>
    <w:p>
      <w:pPr>
        <w:spacing w:after="80"/>
      </w:pPr>
      <w:r>
        <w:rPr>
          <w:b w:val="0"/>
          <w:i w:val="0"/>
        </w:rPr>
        <w:t>“Hãy dùng khoảng thời gian còn lại sáng nay để nói về đội ngũ của bạn nhé,” Jeff nói.</w:t>
      </w:r>
    </w:p>
    <w:p>
      <w:pPr>
        <w:spacing w:after="80"/>
      </w:pPr>
      <w:r>
        <w:rPr>
          <w:b w:val="0"/>
          <w:i w:val="0"/>
        </w:rPr>
        <w:t xml:space="preserve">“Tôi tưởng chúng ta sẽ nói về chữ </w:t>
      </w:r>
      <w:r>
        <w:rPr>
          <w:b w:val="0"/>
          <w:i/>
        </w:rPr>
        <w:t>E</w:t>
      </w:r>
      <w:r>
        <w:rPr>
          <w:b w:val="0"/>
          <w:i w:val="0"/>
        </w:rPr>
        <w:t xml:space="preserve"> trong mô hình SERVE,” Debbie lịch sự phản đối.</w:t>
      </w:r>
    </w:p>
    <w:p>
      <w:pPr>
        <w:spacing w:after="80"/>
      </w:pPr>
      <w:r>
        <w:rPr>
          <w:b w:val="0"/>
          <w:i w:val="0"/>
        </w:rPr>
        <w:t xml:space="preserve">“Đúng vậy,” Jeff khẳng định khi bước đến bảng trắng và viết bên cạnh chữ </w:t>
      </w:r>
      <w:r>
        <w:rPr>
          <w:b w:val="0"/>
          <w:i/>
        </w:rPr>
        <w:t>E</w:t>
      </w:r>
      <w:r>
        <w:rPr>
          <w:b w:val="0"/>
          <w:i w:val="0"/>
        </w:rPr>
        <w:t>.</w:t>
      </w:r>
    </w:p>
    <w:p>
      <w:pPr>
        <w:jc w:val="center"/>
      </w:pPr>
      <w:r>
        <w:drawing>
          <wp:inline xmlns:a="http://schemas.openxmlformats.org/drawingml/2006/main" xmlns:pic="http://schemas.openxmlformats.org/drawingml/2006/picture">
            <wp:extent cx="5486400" cy="3977640"/>
            <wp:docPr id="21" name="Picture 21"/>
            <wp:cNvGraphicFramePr>
              <a:graphicFrameLocks noChangeAspect="1"/>
            </wp:cNvGraphicFramePr>
            <a:graphic>
              <a:graphicData uri="http://schemas.openxmlformats.org/drawingml/2006/picture">
                <pic:pic>
                  <pic:nvPicPr>
                    <pic:cNvPr id="0" name="f0052-01.jpg"/>
                    <pic:cNvPicPr/>
                  </pic:nvPicPr>
                  <pic:blipFill>
                    <a:blip r:embed="rId16"/>
                    <a:stretch>
                      <a:fillRect/>
                    </a:stretch>
                  </pic:blipFill>
                  <pic:spPr>
                    <a:xfrm>
                      <a:off x="0" y="0"/>
                      <a:ext cx="5486400" cy="3977640"/>
                    </a:xfrm>
                    <a:prstGeom prst="rect"/>
                  </pic:spPr>
                </pic:pic>
              </a:graphicData>
            </a:graphic>
          </wp:inline>
        </w:drawing>
      </w:r>
    </w:p>
    <w:p>
      <w:pPr>
        <w:spacing w:after="80"/>
      </w:pPr>
      <w:r>
        <w:rPr>
          <w:b w:val="0"/>
          <w:i w:val="0"/>
        </w:rPr>
        <w:t xml:space="preserve">“Như bạn có thể thấy, chữ </w:t>
      </w:r>
      <w:r>
        <w:rPr>
          <w:b w:val="0"/>
          <w:i/>
        </w:rPr>
        <w:t>E</w:t>
      </w:r>
      <w:r>
        <w:rPr>
          <w:b w:val="0"/>
          <w:i w:val="0"/>
        </w:rPr>
        <w:t xml:space="preserve"> là viết tắt của </w:t>
      </w:r>
      <w:r>
        <w:rPr>
          <w:b/>
          <w:i w:val="0"/>
        </w:rPr>
        <w:t>Gắn kết và Phát triển Người khác (Engage and Develop Others)</w:t>
      </w:r>
      <w:r>
        <w:rPr>
          <w:b w:val="0"/>
          <w:i w:val="0"/>
        </w:rPr>
        <w:t>,” Jeff tiếp tục. “Ý của tôi là thế này. Bạn phải có đúng người, đúng vai trò và họ phải thực sự gắn kết nếu bạn muốn hoàn thành những điều đã xác định trong phần See the Future. Mọi điều bạn đạt được với cương vị là một nhà lãnh đạo cuối cùng đều phụ thuộc vào những người xung quanh bạn. Nếu thiếu mảnh ghép này, thành công của bạn trong vai trò lãnh đạo sẽ bị giới hạn rất nhiều.”</w:t>
      </w:r>
    </w:p>
    <w:p>
      <w:pPr>
        <w:spacing w:after="80"/>
      </w:pPr>
      <w:r>
        <w:rPr>
          <w:b w:val="0"/>
          <w:i w:val="0"/>
        </w:rPr>
        <w:t>“Hãy nói cho tôi biết ý của bạn khi nói đến ‘gắn kết’ (engage),” Debbie nói với vẻ mặt tò mò.</w:t>
      </w:r>
    </w:p>
    <w:p>
      <w:pPr>
        <w:spacing w:after="80"/>
      </w:pPr>
      <w:r>
        <w:rPr>
          <w:b w:val="0"/>
          <w:i w:val="0"/>
        </w:rPr>
        <w:t>“Rất sẵn lòng. Theo tôi, việc gắn kết có hai phần rõ rệt. Phần thứ nhất liên quan đến việc tuyển chọn. Nếu chúng ta không chọn đúng người cho đúng việc, chúng ta đã phạm một sai lầm lãnh đạo nghiêm trọng.”</w:t>
      </w:r>
    </w:p>
    <w:p>
      <w:pPr>
        <w:spacing w:after="80"/>
      </w:pPr>
      <w:r>
        <w:rPr>
          <w:b w:val="0"/>
          <w:i w:val="0"/>
        </w:rPr>
        <w:t>“Và sau đó chúng ta phải khắc phục nó,” Debbie nói thêm.</w:t>
      </w:r>
    </w:p>
    <w:p>
      <w:pPr>
        <w:spacing w:after="80"/>
      </w:pPr>
      <w:r>
        <w:rPr>
          <w:b w:val="0"/>
          <w:i w:val="0"/>
        </w:rPr>
        <w:t>“Đúng vậy, nhưng đừng bao giờ đánh giá thấp thời gian và công sức cần thiết để ‘khắc phục nó’. Cái giá phải trả cho một quyết định tuyển chọn sai lầm là khổng lồ. Việc ‘khắc phục’, như bạn gọi, đòi hỏi thời gian, công sức trí óc và công sức cảm xúc. Và trong khi chúng ta đang khắc phục, hầu như luôn có thêm những cái giá khác cho tổ chức: cái giá của hiệu suất giảm sút và các cơ hội bị bỏ lỡ, cũng như cái giá của việc tuyển dụng, tuyển chọn và đào tạo một người mới. Và đừng quên cái giá đối với tinh thần làm việc.”</w:t>
      </w:r>
    </w:p>
    <w:p>
      <w:pPr>
        <w:spacing w:after="80"/>
      </w:pPr>
      <w:r>
        <w:rPr>
          <w:b w:val="0"/>
          <w:i w:val="0"/>
        </w:rPr>
        <w:t>“Chính xác thì khi anh nói ‘cái giá phải trả về tinh thần’ (cost to morale), ý anh là gì?” Debbie hỏi.</w:t>
      </w:r>
    </w:p>
    <w:p>
      <w:pPr>
        <w:spacing w:after="80"/>
      </w:pPr>
      <w:r>
        <w:rPr>
          <w:b w:val="0"/>
          <w:i w:val="0"/>
        </w:rPr>
        <w:t>“Những người khác sẽ phải chịu thiệt khi trong nhóm có một người làm việc kém,” Jeff đáp. “Các thành viên trong nhóm không phải lúc nào cũng lên tiếng nói ra, nhưng điều đó thực sự ảnh hưởng đến họ. Họ có thể dễ dàng trở nên chán nản.” Vẻ mặt nghiêm túc của Jeff cho Debbie biết anh đang nói từ trải nghiệm của chính mình.</w:t>
      </w:r>
    </w:p>
    <w:p>
      <w:pPr>
        <w:spacing w:after="80"/>
      </w:pPr>
      <w:r>
        <w:rPr>
          <w:b w:val="0"/>
          <w:i w:val="0"/>
        </w:rPr>
        <w:t>“Tôi từng thấy chuyện đó xảy ra rồi,” cô chia sẻ.</w:t>
      </w:r>
    </w:p>
    <w:p>
      <w:pPr>
        <w:spacing w:after="80"/>
      </w:pPr>
      <w:r>
        <w:rPr>
          <w:b w:val="0"/>
          <w:i w:val="0"/>
        </w:rPr>
        <w:t>Jeff gật đầu. “Là người lãnh đạo, nếu chúng ta không nhận trách nhiệm về những quyết định sai lầm của mình và khắc phục tình hình, chúng ta sẽ mất uy tín với đội ngũ của mình. Tuy nhiên, không phải lúc nào người lãnh đạo cũng dễ dàng thừa nhận sai lầm và thực hiện hành động khắc phục cần thiết. Đó là lý do những nhà lãnh đạo giỏi nhất luôn nỗ lực hết mình để chọn được những người giỏi. Đó cũng là lý do tôi vừa hoàn thành buổi phỏng vấn thứ ba với một ứng viên.”</w:t>
      </w:r>
    </w:p>
    <w:p>
      <w:pPr>
        <w:spacing w:after="80"/>
      </w:pPr>
      <w:r>
        <w:rPr>
          <w:b w:val="0"/>
          <w:i w:val="0"/>
        </w:rPr>
        <w:t>“Ba buổi phỏng vấn có thực sự cần thiết không?” Debbie hỏi.</w:t>
      </w:r>
    </w:p>
    <w:p>
      <w:pPr>
        <w:spacing w:after="80"/>
      </w:pPr>
      <w:r>
        <w:rPr>
          <w:b w:val="0"/>
          <w:i w:val="0"/>
        </w:rPr>
        <w:t>“Số lượng không phải là điều quan trọng nhất ở đây. Ba buổi phỏng vấn không phải lúc nào cũng cần thiết; điều đó còn tùy vào vị trí. Nhưng hãy nhớ rằng, quy trình này có thể sẽ bao gồm nhiều buổi phỏng vấn. Chúng ta không chỉ cần chắc chắn về ứng viên, mà còn muốn ứng viên cũng chắc chắn về chúng ta. Một trong những điều tôi làm với tất cả các ứng viên là dành cho họ nhiều thời gian để phỏng vấn tôi trong suốt quy trình.”</w:t>
      </w:r>
    </w:p>
    <w:p>
      <w:pPr>
        <w:spacing w:after="80"/>
      </w:pPr>
      <w:r>
        <w:rPr>
          <w:b w:val="0"/>
          <w:i w:val="0"/>
        </w:rPr>
        <w:t>Ý tưởng này nghe hoàn toàn xa lạ với Debbie. “Phỏng vấn anh sao?”</w:t>
      </w:r>
    </w:p>
    <w:p>
      <w:pPr>
        <w:spacing w:after="80"/>
      </w:pPr>
      <w:r>
        <w:rPr>
          <w:b w:val="0"/>
          <w:i w:val="0"/>
        </w:rPr>
        <w:t>“Đúng vậy, tôi luôn dành thời gian để họ có thể hỏi tôi bất kỳ câu hỏi nào họ có về tôi, về công việc, hoặc về tổ chức. Bạn có thể học được rất nhiều về con người qua những câu hỏi mà họ đặt ra. Vì vậy, đó thực sự là tình huống đôi bên cùng có lợi (win-win). Họ biết được những điều họ cần biết để đưa ra quyết định đúng đắn, và tôi cũng vậy. Tôi muốn cả hai bên đều có được càng nhiều câu trả lời cho các câu hỏi của mình càng tốt trước khi tôi nhận họ vào nhóm của mình.”</w:t>
      </w:r>
    </w:p>
    <w:p>
      <w:pPr>
        <w:spacing w:after="80"/>
      </w:pPr>
      <w:r>
        <w:rPr>
          <w:b w:val="0"/>
          <w:i w:val="0"/>
        </w:rPr>
        <w:t>“Đó là một ý tưởng tuyệt vời,” Debbie nói.</w:t>
      </w:r>
    </w:p>
    <w:p>
      <w:pPr>
        <w:spacing w:after="80"/>
      </w:pPr>
      <w:r>
        <w:rPr>
          <w:b w:val="0"/>
          <w:i w:val="0"/>
        </w:rPr>
        <w:t>“Quy trình còn một phần nữa,” Jeff nói thêm.</w:t>
      </w:r>
    </w:p>
    <w:p>
      <w:pPr>
        <w:spacing w:after="80"/>
      </w:pPr>
      <w:r>
        <w:rPr>
          <w:b w:val="0"/>
          <w:i w:val="0"/>
        </w:rPr>
        <w:t>“Anh còn có thể làm gì nữa chứ?” Debbie hỏi, vẻ không tin nổi.</w:t>
      </w:r>
    </w:p>
    <w:p>
      <w:pPr>
        <w:spacing w:after="80"/>
      </w:pPr>
      <w:r>
        <w:rPr>
          <w:b w:val="0"/>
          <w:i w:val="0"/>
        </w:rPr>
        <w:t>“Tôi đưa cho ứng viên một bản danh sách người tham khảo cá nhân và chuyên môn của mình để họ có thể tìm hiểu về tôi trước khi gia nhập nhóm. Tôi sẽ kiểm tra người tham khảo của họ, vậy tại sao không để họ kiểm tra của tôi?”</w:t>
      </w:r>
    </w:p>
    <w:p>
      <w:pPr>
        <w:spacing w:after="80"/>
      </w:pPr>
      <w:r>
        <w:rPr>
          <w:b w:val="0"/>
          <w:i w:val="0"/>
        </w:rPr>
        <w:t>Debbie không thể tin được những gì mình đang nghe. Trong hầu hết trường hợp, cô chỉ dành chưa đến nửa giờ với các ứng viên. Cô đã không xem xét phần trách nhiệm lãnh đạo này một cách nghiêm túc như Jeff dường như nghĩ nó xứng đáng. Có lẽ đây chính là câu trả lời cho vấn đề tỷ lệ nhân viên nghỉ việc cao của cô.</w:t>
      </w:r>
    </w:p>
    <w:p>
      <w:pPr>
        <w:spacing w:after="80"/>
      </w:pPr>
      <w:r>
        <w:rPr>
          <w:b w:val="0"/>
          <w:i w:val="0"/>
        </w:rPr>
        <w:t>“Còn gì nữa không?” Debbie hỏi, nửa đùa nửa thật.</w:t>
      </w:r>
    </w:p>
    <w:p>
      <w:pPr>
        <w:spacing w:after="80"/>
      </w:pPr>
      <w:r>
        <w:rPr>
          <w:b w:val="0"/>
          <w:i w:val="0"/>
        </w:rPr>
        <w:t>Jeff suy nghĩ một lát. “Có chứ. Tôi luôn dành chút thời gian trong buổi phỏng vấn cuối để cố thuyết phục ứng viên đừng nhận công việc đó.”</w:t>
      </w:r>
    </w:p>
    <w:p>
      <w:pPr>
        <w:spacing w:after="80"/>
      </w:pPr>
      <w:r>
        <w:rPr>
          <w:b w:val="0"/>
          <w:i w:val="0"/>
        </w:rPr>
        <w:t>“Anh đùa chắc! Sau tất cả những gì anh đã đầu tư vào quy trình, em cứ nghĩ anh sẽ cố gắng chốt thương vụ chứ.”</w:t>
      </w:r>
    </w:p>
    <w:p>
      <w:pPr>
        <w:spacing w:after="80"/>
      </w:pPr>
      <w:r>
        <w:rPr>
          <w:b w:val="0"/>
          <w:i w:val="0"/>
        </w:rPr>
        <w:t>“Nếu tôi có thể thuyết phục ứng viên từ bỏ nhận việc, thì họ không cần gia nhập đội của chúng tôi. Tôi thà để họ quyết định ngay bây giờ rằng họ không muốn làm việc ở đây, còn hơn là sáu tháng hay một năm sau. Tôi thà mất một ứng viên còn hơn mất một thành viên trong đội.”</w:t>
      </w:r>
    </w:p>
    <w:p>
      <w:pPr>
        <w:spacing w:after="80"/>
      </w:pPr>
      <w:r>
        <w:rPr>
          <w:b w:val="0"/>
          <w:i w:val="0"/>
        </w:rPr>
        <w:t>“Tôi sẽ cần suy nghĩ về chuyện này một thời gian đã,” Debbie thú nhận.</w:t>
      </w:r>
    </w:p>
    <w:p>
      <w:pPr>
        <w:spacing w:after="80"/>
      </w:pPr>
      <w:r>
        <w:rPr>
          <w:b w:val="0"/>
          <w:i w:val="0"/>
        </w:rPr>
        <w:t>“Tốt. Để tôi đưa cho bạn một câu trích dẫn để suy ngẫm. Đó là của Peter Drucker, bậc thầy về quản lý và lãnh đạo. Drucker từng được hỏi: ‘Quyết định quan trọng nhất mà một nhà điều hành đưa ra là gì?’ Ông trả lời: ‘Ai làm việc gì.’ Đưa đúng người vào đúng việc là phần đầu tiên của</w:t>
      </w:r>
      <w:r>
        <w:rPr>
          <w:b w:val="0"/>
          <w:i/>
        </w:rPr>
        <w:t>Gắn kết người khác (Engaging Others)</w:t>
      </w:r>
      <w:r>
        <w:rPr>
          <w:b w:val="0"/>
          <w:i w:val="0"/>
        </w:rPr>
        <w:t>.</w:t>
      </w:r>
    </w:p>
    <w:p>
      <w:pPr>
        <w:spacing w:after="80"/>
      </w:pPr>
      <w:r>
        <w:rPr>
          <w:b w:val="0"/>
          <w:i w:val="0"/>
        </w:rPr>
        <w:t>“Một phần khác liên quan đến mức độ đồng thuận (buy-in) hay sự quan tâm mà mọi người dành cho tầm nhìn, công việc của họ và nhà lãnh đạo. Bạn muốn làm nhiều hơn là chỉ thuê đôi tay của họ—bạn cũng muốn thu hút cả khối óc và trái tim họ nữa. Tôi thường nói rằng với mỗi đôi tay bạn thuê, bạn có thêm một bộ não miễn phí. Đáng tiếc là nhiều nhà lãnh đạo hành xử như thể điều đó không đúng. Cứ như thể họ có một tấm biển lớn treo trên cửa trước của doanh nghiệp ghi rằng:</w:t>
      </w:r>
    </w:p>
    <w:p>
      <w:pPr>
        <w:spacing w:after="80"/>
        <w:ind w:left="360"/>
      </w:pPr>
      <w:r>
        <w:rPr>
          <w:b/>
          <w:i w:val="0"/>
        </w:rPr>
        <w:t>Hãy để bộ não của bạn ở cửa. Chúng sẽ được trả lại cho bạn khi bạn rời khỏi tòa nhà.</w:t>
      </w:r>
    </w:p>
    <w:p>
      <w:pPr>
        <w:spacing w:after="80"/>
        <w:ind w:left="360"/>
      </w:pPr>
      <w:r>
        <w:rPr>
          <w:b w:val="0"/>
          <w:i w:val="0"/>
        </w:rPr>
        <w:t>—Ban Quản lý</w:t>
      </w:r>
    </w:p>
    <w:p>
      <w:pPr>
        <w:spacing w:after="80"/>
      </w:pPr>
      <w:r>
        <w:rPr>
          <w:b w:val="0"/>
          <w:i w:val="0"/>
        </w:rPr>
        <w:t>“Mặc dù tôi chưa bao giờ thực sự nhìn thấy một tấm biển như thế này, tôi thấy các nhà lãnh đạo đối xử với nhân viên của mình theo cách này ở các doanh nghiệp lớn nhỏ trên toàn thế giới. Đó là một bi kịch! Tiềm năng con người bị lãng phí là không thể đong đếm được. Những nhà lãnh đạo giỏi không dung thứ cho kiểu môi trường này.”</w:t>
      </w:r>
    </w:p>
    <w:p>
      <w:pPr>
        <w:spacing w:after="80"/>
      </w:pPr>
      <w:r>
        <w:rPr>
          <w:b w:val="0"/>
          <w:i w:val="0"/>
        </w:rPr>
        <w:t>Debbie có thể cảm nhận được niềm đam mê mãnh liệt của Jeff về vấn đề cụ thể này.</w:t>
      </w:r>
    </w:p>
    <w:p>
      <w:pPr>
        <w:spacing w:after="80"/>
      </w:pPr>
      <w:r>
        <w:rPr>
          <w:b w:val="0"/>
          <w:i w:val="0"/>
        </w:rPr>
        <w:t>Jeff nói tiếp, “Cách duy nhất để sử dụng được những bộ óc miễn phí này là lôi cuốn mọi người vào sứ mệnh và công việc. Và khi bạn có được khối óc của họ, bạn thường có thể có được cả trái tim của họ. Khi đó bạn mới thật sự có được điều gì đó!”</w:t>
      </w:r>
    </w:p>
    <w:p>
      <w:pPr>
        <w:spacing w:after="80"/>
      </w:pPr>
      <w:r>
        <w:rPr>
          <w:b w:val="0"/>
          <w:i w:val="0"/>
        </w:rPr>
        <w:t>“Một trong những ví dụ lịch sử mà tôi thích nhất về điều này là câu chuyện về Spartacus. Ông ấy là một người nô lệ đã lãnh đạo một cuộc khởi nghĩa chống lại chính quyền La Mã. Nếu bạn đã từng xem bộ phim đó, có lẽ bạn nhớ cảnh gần cuối khi quân La Mã bắt được những người nô lệ. Vị tướng La Mã bảo họ rằng nếu họ chỉ ra Spartacus cho ông ta, ông ta sẽ tha mạng cho họ. Đúng lúc đó, Spartacus đứng lên và nói: ‘Tôi là Spartacus.’ Một cách bất ngờ, người nô lệ bên cạnh ông cũng đứng lên và nói: ‘Tôi là Spartacus.’ Rồi người tiếp theo cũng làm như vậy, và người tiếp theo nữa, cho đến khi toàn bộ đoàn quân đều đứng lên.”</w:t>
      </w:r>
    </w:p>
    <w:p>
      <w:pPr>
        <w:spacing w:after="80"/>
      </w:pPr>
      <w:r>
        <w:rPr>
          <w:b w:val="0"/>
          <w:i w:val="0"/>
        </w:rPr>
        <w:t>“Tôi đã xem bộ phim đó rồi,” Debbie nói. “Đó là một cảnh khá truyền cảm hứng.”</w:t>
      </w:r>
    </w:p>
    <w:p>
      <w:pPr>
        <w:spacing w:after="80"/>
      </w:pPr>
      <w:r>
        <w:rPr>
          <w:b w:val="0"/>
          <w:i w:val="0"/>
        </w:rPr>
        <w:t>“Đó là một trong những thách thức chính của chúng ta khi làm lãnh đạo,” Jeff nói. “Đó là tạo ra mức độ gắn kết sao cho khi chúng ta, trên cương vị lãnh đạo, bày tỏ lập trường về một vấn đề, người của chúng ta sẽ đứng về phía chúng ta.”</w:t>
      </w:r>
    </w:p>
    <w:p>
      <w:pPr>
        <w:spacing w:after="80"/>
      </w:pPr>
      <w:r>
        <w:rPr>
          <w:b w:val="0"/>
          <w:i w:val="0"/>
        </w:rPr>
        <w:t>“Nhưng làm thế nào để anh gắn kết mọi người được như vậy?” Debbie hỏi.</w:t>
      </w:r>
    </w:p>
    <w:p>
      <w:pPr>
        <w:spacing w:after="80"/>
      </w:pPr>
      <w:r>
        <w:rPr>
          <w:b w:val="0"/>
          <w:i w:val="0"/>
        </w:rPr>
        <w:t>“Không phải lúc nào chúng ta cũng có thể gắn kết họ đến mức như Spartacus đã làm,” Jeff thừa nhận với một nụ cười. “Tuy nhiên, tất cả chúng ta đều có một cơ hội to lớn để chinh phục trái tim và khối óc của mọi người. Là một người lãnh đạo, bạn sẽ dành một phần lớn cuộc đời mình để tìm cách làm điều đó.”</w:t>
      </w:r>
    </w:p>
    <w:p>
      <w:pPr>
        <w:spacing w:after="80"/>
      </w:pPr>
      <w:r>
        <w:rPr>
          <w:b w:val="0"/>
          <w:i w:val="0"/>
        </w:rPr>
        <w:t>“Anh có thể giải thích rõ hơn được không?” Debbie hỏi.</w:t>
      </w:r>
    </w:p>
    <w:p>
      <w:pPr>
        <w:spacing w:after="80"/>
      </w:pPr>
      <w:r>
        <w:rPr>
          <w:b w:val="0"/>
          <w:i w:val="0"/>
        </w:rPr>
        <w:t>“Hãy nghĩ về một thời điểm trong đời khi bạn thực sự say mê công việc của mình. Những điều kiện nào đã hiện diện khiến bạn hoàn toàn gắn kết như vậy?”</w:t>
      </w:r>
    </w:p>
    <w:p>
      <w:pPr>
        <w:spacing w:after="80"/>
      </w:pPr>
      <w:r>
        <w:rPr>
          <w:b w:val="0"/>
          <w:i w:val="0"/>
        </w:rPr>
        <w:t>Debbie im lặng một lúc. “Khi nghĩ lại, tôi thấy có vài điều hiện lên trong tâm trí.”</w:t>
      </w:r>
    </w:p>
    <w:p>
      <w:pPr>
        <w:spacing w:after="80"/>
      </w:pPr>
      <w:r>
        <w:rPr>
          <w:b w:val="0"/>
          <w:i w:val="0"/>
        </w:rPr>
        <w:t>Jeff nói: “Viết chúng lên bảng đi. Tôi thấy việc nhìn thấy những gì mình đang nghĩ được viết ra thường giúp ích cho tôi.”</w:t>
      </w:r>
    </w:p>
    <w:p>
      <w:pPr>
        <w:spacing w:after="80"/>
      </w:pPr>
      <w:r>
        <w:rPr>
          <w:b w:val="0"/>
          <w:i w:val="0"/>
        </w:rPr>
        <w:t>Debbie bước lên bảng trắng và viết danh sách sau:</w:t>
      </w:r>
    </w:p>
    <w:p>
      <w:pPr>
        <w:jc w:val="center"/>
      </w:pPr>
      <w:r>
        <w:drawing>
          <wp:inline xmlns:a="http://schemas.openxmlformats.org/drawingml/2006/main" xmlns:pic="http://schemas.openxmlformats.org/drawingml/2006/picture">
            <wp:extent cx="5486400" cy="3977640"/>
            <wp:docPr id="22" name="Picture 22"/>
            <wp:cNvGraphicFramePr>
              <a:graphicFrameLocks noChangeAspect="1"/>
            </wp:cNvGraphicFramePr>
            <a:graphic>
              <a:graphicData uri="http://schemas.openxmlformats.org/drawingml/2006/picture">
                <pic:pic>
                  <pic:nvPicPr>
                    <pic:cNvPr id="0" name="f0058-01.jpg"/>
                    <pic:cNvPicPr/>
                  </pic:nvPicPr>
                  <pic:blipFill>
                    <a:blip r:embed="rId17"/>
                    <a:stretch>
                      <a:fillRect/>
                    </a:stretch>
                  </pic:blipFill>
                  <pic:spPr>
                    <a:xfrm>
                      <a:off x="0" y="0"/>
                      <a:ext cx="5486400" cy="3977640"/>
                    </a:xfrm>
                    <a:prstGeom prst="rect"/>
                  </pic:spPr>
                </pic:pic>
              </a:graphicData>
            </a:graphic>
          </wp:inline>
        </w:drawing>
      </w:r>
    </w:p>
    <w:p>
      <w:pPr>
        <w:spacing w:after="80"/>
        <w:ind w:left="360"/>
      </w:pPr>
      <w:r>
        <w:rPr>
          <w:b w:val="0"/>
          <w:i w:val="0"/>
        </w:rPr>
        <w:t>Danh sách gạch đầu dòng: Mục tiêu của chúng tôi được xác lập rõ ràng; Tôi biết cách làm những gì mình phải làm—tôi được đào tạo tốt; Tôi được cung cấp thông tin cần thiết một cách kịp thời; Sếp tin tưởng tôi; Sếp luôn có mặt khi tôi cần giúp đỡ; Tôi đang đóng góp vào thành công của nhóm; Nhóm của tôi và tôi đều đang học hỏi và phát triển.</w:t>
      </w:r>
    </w:p>
    <w:p>
      <w:pPr>
        <w:spacing w:after="80"/>
      </w:pPr>
      <w:r>
        <w:rPr>
          <w:b w:val="0"/>
          <w:i w:val="0"/>
        </w:rPr>
        <w:t>Nói xong, cô ngồi xuống và nhìn vào danh sách. Ký ức về những ngày đó thật tuyệt vời.</w:t>
      </w:r>
    </w:p>
    <w:p>
      <w:pPr>
        <w:spacing w:after="80"/>
      </w:pPr>
      <w:r>
        <w:rPr>
          <w:b w:val="0"/>
          <w:i w:val="0"/>
        </w:rPr>
        <w:t>Jeff nói: “Có vẻ như cô biết chính xác một môi trường gắn kết (engaging environment) trông như thế nào. Tôi cá là tôi có thể bổ sung thêm vài điều nữa mà cô chưa nhắc tới. Đầu tiên, tôi đoán là ranh giới của cô khá rõ ràng.”</w:t>
      </w:r>
    </w:p>
    <w:p>
      <w:pPr>
        <w:spacing w:after="80"/>
      </w:pPr>
      <w:r>
        <w:rPr>
          <w:b w:val="0"/>
          <w:i w:val="0"/>
        </w:rPr>
        <w:t>“Đúng vậy,” Debbie đồng tình. “Tôi biết chúng ngay từ khi dự án bắt đầu. Tất cả thành viên trong nhóm đều biết.”</w:t>
      </w:r>
    </w:p>
    <w:p>
      <w:pPr>
        <w:spacing w:after="80"/>
      </w:pPr>
      <w:r>
        <w:rPr>
          <w:b w:val="0"/>
          <w:i w:val="0"/>
        </w:rPr>
        <w:t>“Và cô cũng được kỳ vọng phải tự mình suy nghĩ chứ không chỉ làm theo những gì sếp muốn,” Jeff bổ sung.</w:t>
      </w:r>
    </w:p>
    <w:p>
      <w:pPr>
        <w:spacing w:after="80"/>
      </w:pPr>
      <w:r>
        <w:rPr>
          <w:b w:val="0"/>
          <w:i w:val="0"/>
        </w:rPr>
        <w:t>“Đúng vậy. Tôi được cho biết mục tiêu là gì, và tôi được trao khá nhiều tự do về cách hoàn thành. Tôi có thể đem trí tuệ của mình vào công việc.”</w:t>
      </w:r>
    </w:p>
    <w:p>
      <w:pPr>
        <w:spacing w:after="80"/>
      </w:pPr>
      <w:r>
        <w:rPr>
          <w:b w:val="0"/>
          <w:i w:val="0"/>
        </w:rPr>
        <w:t>“Tôi đoán là bạn cũng phải chịu trách nhiệm về kết quả.”</w:t>
      </w:r>
    </w:p>
    <w:p>
      <w:pPr>
        <w:spacing w:after="80"/>
      </w:pPr>
      <w:r>
        <w:rPr>
          <w:b w:val="0"/>
          <w:i w:val="0"/>
        </w:rPr>
        <w:t>“Ồ, đúng vậy. Tôi biết cần tạo ra điều gì, khi nào, và với chi phí bao nhiêu. Tôi phải chịu trách nhiệm. Tất cả chúng tôi đều vậy.”</w:t>
      </w:r>
    </w:p>
    <w:p>
      <w:pPr>
        <w:spacing w:after="80"/>
      </w:pPr>
      <w:r>
        <w:rPr>
          <w:b w:val="0"/>
          <w:i w:val="0"/>
        </w:rPr>
        <w:t>“Kết quả thế nào?” Jeff hỏi.</w:t>
      </w:r>
    </w:p>
    <w:p>
      <w:pPr>
        <w:spacing w:after="80"/>
      </w:pPr>
      <w:r>
        <w:rPr>
          <w:b w:val="0"/>
          <w:i w:val="0"/>
        </w:rPr>
        <w:t>“Tuyệt vời! Tôi đã làm được một số công việc tốt nhất trong sự nghiệp của mình khi là một phần của nhóm đó,” Debbie nói với nụ cười rạng rỡ.</w:t>
      </w:r>
    </w:p>
    <w:p>
      <w:pPr>
        <w:spacing w:after="80"/>
      </w:pPr>
      <w:r>
        <w:rPr>
          <w:b w:val="0"/>
          <w:i w:val="0"/>
        </w:rPr>
        <w:t>“Bạn cảm thấy thế nào khi dự án đang diễn ra?”</w:t>
      </w:r>
    </w:p>
    <w:p>
      <w:pPr>
        <w:spacing w:after="80"/>
      </w:pPr>
      <w:r>
        <w:rPr>
          <w:b w:val="0"/>
          <w:i w:val="0"/>
        </w:rPr>
        <w:t>“Công việc rất vất vả, và chúng tôi đã phải tăng ca rất nhiều. Chúng tôi mệt, nhưng tràn đầy năng lượng. Tôi nhớ người quản lý của tôi đã đến một buổi họp khuya của chúng tôi. Cô ấy mang pizza cho tất cả mọi người và nói rằng cô rất tự hào về công việc chúng tôi đang làm. Cô ấy nhắc chúng tôi rằng dự án này sẽ tạo ra sự khác biệt.”</w:t>
      </w:r>
    </w:p>
    <w:p>
      <w:pPr>
        <w:spacing w:after="80"/>
      </w:pPr>
      <w:r>
        <w:rPr>
          <w:b w:val="0"/>
          <w:i w:val="0"/>
        </w:rPr>
        <w:t>“Tôi nghĩ vậy. Bạn cảm thấy</w:t>
      </w:r>
      <w:r>
        <w:rPr>
          <w:b w:val="0"/>
          <w:i/>
        </w:rPr>
        <w:t>được coi trọng và đánh giá cao</w:t>
      </w:r>
      <w:r>
        <w:rPr>
          <w:b w:val="0"/>
          <w:i w:val="0"/>
        </w:rPr>
        <w:t>,” Jeff nói, nhấn mạnh ba từ cuối cùng.”</w:t>
      </w:r>
    </w:p>
    <w:p>
      <w:pPr>
        <w:spacing w:after="80"/>
      </w:pPr>
      <w:r>
        <w:rPr>
          <w:b w:val="0"/>
          <w:i w:val="0"/>
        </w:rPr>
        <w:t>“Vâng. Tôi không nghĩ mình từng dừng lại để nghĩ về điều đó, nhưng tôi đã nghĩ. Tất cả chúng tôi đều đã nghĩ. Công việc đó quan trọng với tổ chức, và nó cũng quan trọng với chúng tôi.” Khi Debbie nghĩ về điều này, cô cảm thấy tò mò. “Sao anh biết nhiều về dự án của chúng tôi đến vậy?”</w:t>
      </w:r>
    </w:p>
    <w:p>
      <w:pPr>
        <w:spacing w:after="80"/>
      </w:pPr>
      <w:r>
        <w:rPr>
          <w:b w:val="0"/>
          <w:i w:val="0"/>
        </w:rPr>
        <w:t>“Tôi không biết gì về dự án của bạn. Nhưng tôi có biết một số nguyên tắc để gắn kết mọi người. Dự án thay đổi, con người thay đổi, nhưng các nguyên tắc thì không. Khi các nhà lãnh đạo nhận ra rằng về lâu dài họ làm việc vì nhân viên của mình, thì những điều này sẽ được thực hiện.”</w:t>
      </w:r>
    </w:p>
    <w:p>
      <w:pPr>
        <w:spacing w:after="80"/>
      </w:pPr>
      <w:r>
        <w:rPr>
          <w:b w:val="0"/>
          <w:i w:val="0"/>
        </w:rPr>
        <w:t>Debbie xem xét danh sách và cân nhắc những điểm Jeff đã nêu. “Tôi e rằng mình không cung cấp những điều này cho nhân viên của mình đủ thường xuyên,” cô nói, suy nghĩ thành tiếng.</w:t>
      </w:r>
    </w:p>
    <w:p>
      <w:pPr>
        <w:spacing w:after="80"/>
      </w:pPr>
      <w:r>
        <w:rPr>
          <w:b w:val="0"/>
          <w:i w:val="0"/>
        </w:rPr>
        <w:t>“Nhưng bạn biết mình cần cung cấp điều gì. Tôi tin tưởng rằng bạn sẽ làm những việc cần thiết để giúp nhân viên của bạn có được trải nghiệm tích cực giống như bạn đã mô tả với tôi.”</w:t>
      </w:r>
    </w:p>
    <w:p>
      <w:pPr>
        <w:spacing w:after="80"/>
      </w:pPr>
      <w:r>
        <w:rPr>
          <w:b w:val="0"/>
          <w:i w:val="0"/>
        </w:rPr>
        <w:t>“Cảm ơn! Niềm tin của anh có ý nghĩa rất lớn với tôi. Tôi chỉ cần tìm cách để họ tham gia bằng cả cái đầu và trái tim, chứ không chỉ đôi bàn tay,” Debbie bày tỏ.</w:t>
      </w:r>
    </w:p>
    <w:p>
      <w:pPr>
        <w:spacing w:after="80"/>
      </w:pPr>
      <w:r>
        <w:rPr>
          <w:b w:val="0"/>
          <w:i w:val="0"/>
        </w:rPr>
        <w:t>“Chính xác!” Jeff nói.</w:t>
      </w:r>
    </w:p>
    <w:p>
      <w:pPr>
        <w:spacing w:after="80"/>
      </w:pPr>
      <w:r>
        <w:rPr>
          <w:b w:val="0"/>
          <w:i w:val="0"/>
        </w:rPr>
        <w:t>Debbie nhìn lại mô hình SERVE trên bảng trắng. “Tôi nghĩ tôi hiểu ý anh khi nói về Gắn kết người khác (Engaging Others). Nhưng còn Phát triển người khác (Developing Others) thì sao?”</w:t>
      </w:r>
    </w:p>
    <w:p>
      <w:pPr>
        <w:spacing w:after="80"/>
        <w:ind w:left="360"/>
      </w:pPr>
      <w:r>
        <w:rPr>
          <w:b/>
          <w:i/>
        </w:rPr>
        <w:t>Những nhà lãnh đạo giỏi nhất đầu tư vào sự phát triển đội ngũ của họ.</w:t>
      </w:r>
    </w:p>
    <w:p>
      <w:pPr>
        <w:spacing w:after="80"/>
      </w:pPr>
      <w:r>
        <w:rPr>
          <w:b w:val="0"/>
          <w:i w:val="0"/>
        </w:rPr>
        <w:t>“Khá đơn giản thôi,” Jeff đáp. “Những nhà lãnh đạo giỏi nhất đầu tư vào sự phát triển của con người của họ. Những nhà lãnh đạo kém hơn thì không.”</w:t>
      </w:r>
    </w:p>
    <w:p>
      <w:pPr>
        <w:spacing w:after="80"/>
      </w:pPr>
      <w:r>
        <w:rPr>
          <w:b w:val="0"/>
          <w:i w:val="0"/>
        </w:rPr>
        <w:t>“Phát triển người khác trông như thế nào?” Debbie hỏi.</w:t>
      </w:r>
    </w:p>
    <w:p>
      <w:pPr>
        <w:spacing w:after="80"/>
      </w:pPr>
      <w:r>
        <w:rPr>
          <w:b w:val="0"/>
          <w:i w:val="0"/>
        </w:rPr>
        <w:t>“Nó có thể diễn ra dưới nhiều hình thức,” Jeff nói. “Phát triển người khác bao gồm việc tạo ra kỳ vọng học hỏi và phát triển; tạo ra các cơ hội đào tạo và phát triển; cung cấp các nguồn tài liệu giáo dục—”</w:t>
      </w:r>
    </w:p>
    <w:p>
      <w:pPr>
        <w:spacing w:after="80"/>
      </w:pPr>
      <w:r>
        <w:rPr>
          <w:b w:val="0"/>
          <w:i w:val="0"/>
        </w:rPr>
        <w:t>“Và cố vấn kèm cặp nữa!” Debbie xen vào.</w:t>
      </w:r>
    </w:p>
    <w:p>
      <w:pPr>
        <w:spacing w:after="80"/>
      </w:pPr>
      <w:r>
        <w:rPr>
          <w:b w:val="0"/>
          <w:i w:val="0"/>
        </w:rPr>
        <w:t>“Đúng vậy, kể cả cố vấn kèm cặp,” Jeff nói. “Có thể cô muốn thêm chủ đề này vào kế hoạch phát triển cá nhân cho năm tới,” anh nói thêm.</w:t>
      </w:r>
    </w:p>
    <w:p>
      <w:pPr>
        <w:spacing w:after="80"/>
      </w:pPr>
      <w:r>
        <w:rPr>
          <w:b w:val="0"/>
          <w:i w:val="0"/>
        </w:rPr>
        <w:t>Debbie nhanh chóng ghi chú về kế hoạch phát triển cá nhân. Không chỉ cô ấy không có một bản nào, mà cô còn không chắc nó sẽ trông như thế nào.</w:t>
      </w:r>
    </w:p>
    <w:p>
      <w:pPr>
        <w:spacing w:after="80"/>
      </w:pPr>
      <w:r>
        <w:rPr>
          <w:b w:val="0"/>
          <w:i w:val="0"/>
        </w:rPr>
        <w:t>“Anh có câu hỏi cuối cùng nào cho tôi suy ngẫm trong tháng tới không?” cô hỏi.</w:t>
      </w:r>
    </w:p>
    <w:p>
      <w:pPr>
        <w:spacing w:after="80"/>
      </w:pPr>
      <w:r>
        <w:rPr>
          <w:b w:val="0"/>
          <w:i w:val="0"/>
        </w:rPr>
        <w:t>“Có chứ,” Jeff nói. Anh nói chậm rãi và có chủ ý để cô có thể ghi chép hết:</w:t>
      </w:r>
    </w:p>
    <w:p>
      <w:pPr>
        <w:spacing w:after="80"/>
        <w:ind w:left="360"/>
      </w:pPr>
      <w:r>
        <w:rPr>
          <w:b w:val="0"/>
          <w:i/>
        </w:rPr>
        <w:t>Bạn dành bao nhiêu thời gian để tìm kiếm những người tài năng về gia nhập tổ chức của chúng ta?</w:t>
      </w:r>
    </w:p>
    <w:p>
      <w:pPr>
        <w:spacing w:after="80"/>
        <w:ind w:left="360"/>
      </w:pPr>
      <w:r>
        <w:rPr>
          <w:b w:val="0"/>
          <w:i/>
        </w:rPr>
        <w:t>Những đặc điểm chính bạn tìm kiếm ở những người mà bạn chọn là gì?</w:t>
      </w:r>
    </w:p>
    <w:p>
      <w:pPr>
        <w:spacing w:after="80"/>
        <w:ind w:left="360"/>
      </w:pPr>
      <w:r>
        <w:rPr>
          <w:b w:val="0"/>
          <w:i/>
        </w:rPr>
        <w:t>Bạn đã thành công đến mức nào trong việc gắn kết từng thành viên trong nhóm của mình?</w:t>
      </w:r>
    </w:p>
    <w:p>
      <w:pPr>
        <w:spacing w:after="80"/>
        <w:ind w:left="360"/>
      </w:pPr>
      <w:r>
        <w:rPr>
          <w:b w:val="0"/>
          <w:i/>
        </w:rPr>
        <w:t>Mười điều cụ thể bạn có thể làm để gắn kết từng người một cách hiệu quả hơn với công việc của nhóm và tổ chức là gì?</w:t>
      </w:r>
    </w:p>
    <w:p>
      <w:pPr>
        <w:spacing w:after="80"/>
        <w:ind w:left="360"/>
      </w:pPr>
      <w:r>
        <w:rPr>
          <w:b w:val="0"/>
          <w:i/>
        </w:rPr>
        <w:t>Bạn đã làm gì để cho họ thấy rằng, khi nói đến các hoạt động triển khai đòi hỏi sự tập trung cao độ, bạn làm việc cho họ?</w:t>
      </w:r>
    </w:p>
    <w:p>
      <w:pPr>
        <w:spacing w:after="80"/>
        <w:ind w:left="360"/>
      </w:pPr>
      <w:r>
        <w:rPr>
          <w:b w:val="0"/>
          <w:i/>
        </w:rPr>
        <w:t>Bạn đang khuyến khích sự phát triển của đội ngũ của mình như thế nào?</w:t>
      </w:r>
    </w:p>
    <w:p>
      <w:pPr>
        <w:spacing w:after="80"/>
      </w:pPr>
      <w:r>
        <w:rPr>
          <w:b w:val="0"/>
          <w:i w:val="0"/>
        </w:rPr>
        <w:t>“Tôi sẽ bắt tay ngay vào việc giải quyết những câu hỏi này,” Debbie nói. “Điều này thực sự giúp ích cho tôi, và tôi tin rằng tôi đang tiến bộ.”</w:t>
      </w:r>
    </w:p>
    <w:p>
      <w:pPr>
        <w:spacing w:after="80"/>
      </w:pPr>
      <w:r>
        <w:rPr>
          <w:b w:val="0"/>
          <w:i w:val="0"/>
        </w:rPr>
        <w:t>“Tôi biết là cô đang tiến bộ. Tôi sẽ gặp cô trong vài tuần nữa. Nếu có bất kỳ câu hỏi nào trong quá trình thực hiện, hãy gọi cho tôi.”</w:t>
      </w:r>
    </w:p>
    <w:p>
      <w:pPr>
        <w:jc w:val="center"/>
      </w:pPr>
      <w:r>
        <w:drawing>
          <wp:inline xmlns:a="http://schemas.openxmlformats.org/drawingml/2006/main" xmlns:pic="http://schemas.openxmlformats.org/drawingml/2006/picture">
            <wp:extent cx="952500" cy="447675"/>
            <wp:docPr id="23" name="Picture 23"/>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Tối hôm đó ở nhà, John lắng nghe Debbie kể lại những gì Jeff đã dạy cô về Gắn kết và Phát triển người khác (Engaging and Developing Others). Ban đầu còn hoài nghi, anh hỏi vài câu—thường là những câu chính cô đã từng hỏi Jeff.</w:t>
      </w:r>
    </w:p>
    <w:p>
      <w:pPr>
        <w:spacing w:after="80"/>
      </w:pPr>
      <w:r>
        <w:rPr>
          <w:b w:val="0"/>
          <w:i w:val="0"/>
        </w:rPr>
        <w:t>“Được rồi,” cuối cùng anh nói. “Nghe hay đấy. Nhưng em định áp dụng những khái niệm này vào tình huống ở văn phòng của em thế nào?”</w:t>
      </w:r>
    </w:p>
    <w:p>
      <w:pPr>
        <w:spacing w:after="80"/>
      </w:pPr>
      <w:r>
        <w:rPr>
          <w:b w:val="0"/>
          <w:i w:val="0"/>
        </w:rPr>
        <w:t>“Em đang lo việc đó,” cô đáp. “À mà, Jeff có nhắc tới một thứ gọi là kế hoạch phát triển cá nhân (personal development plan). Chính xác thì đó là gì vậy?”</w:t>
      </w:r>
    </w:p>
    <w:p>
      <w:pPr>
        <w:spacing w:after="80"/>
      </w:pPr>
      <w:r>
        <w:rPr>
          <w:b w:val="0"/>
          <w:i w:val="0"/>
        </w:rPr>
        <w:t>John nhún vai. “Anh không chắc, nhưng nghe có vẻ là một thứ nên có.”</w:t>
      </w:r>
    </w:p>
    <w:p>
      <w:pPr>
        <w:spacing w:after="80"/>
      </w:pPr>
      <w:r>
        <w:rPr>
          <w:b w:val="0"/>
          <w:i w:val="0"/>
        </w:rPr>
        <w:t>“Em sẽ tìm hiểu thêm,” Debbie nói.</w:t>
      </w:r>
    </w:p>
    <w:p>
      <w:pPr>
        <w:jc w:val="center"/>
      </w:pPr>
      <w:r>
        <w:drawing>
          <wp:inline xmlns:a="http://schemas.openxmlformats.org/drawingml/2006/main" xmlns:pic="http://schemas.openxmlformats.org/drawingml/2006/picture">
            <wp:extent cx="952500" cy="1524000"/>
            <wp:docPr id="24" name="Picture 24"/>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Một hiểu biết đầy tác động</w:t>
      </w:r>
    </w:p>
    <w:p>
      <w:pPr>
        <w:spacing w:after="80"/>
      </w:pPr>
      <w:r>
        <w:rPr>
          <w:b w:val="0"/>
          <w:i w:val="0"/>
        </w:rPr>
        <w:t>Khi tuần mới bắt đầu, Debbie có một cái nhìn mới mẻ về thế giới. Cô thậm chí còn mang một ít hoa vào văn phòng và đặt cạnh quầy lễ tân để mọi người đều có thể ngắm. Cô có một buổi phỏng vấn tuyển nhân viên mới được lên lịch vào thứ Ba. Lần này, cô nhờ Phòng Nhân sự sắp xếp hai buổi gặp với ứng viên và lên lịch chín mươi phút cho mỗi buổi—không phải ba mươi phút như thường lệ của cô. Học theo cách của Jeff, Debbie chuẩn bị một danh sách ngắn những người tham khảo cho ứng viên. Cô biết một số người có thể không đưa ra nhận xét hoàn toàn tích cực về cô, nhưng cô muốn thẳng thắn và trung thực.</w:t>
      </w:r>
    </w:p>
    <w:p>
      <w:pPr>
        <w:spacing w:after="80"/>
      </w:pPr>
      <w:r>
        <w:rPr>
          <w:b w:val="0"/>
          <w:i w:val="0"/>
        </w:rPr>
        <w:t>Vào thứ Ba, Debbie gặp ứng viên, một người phụ nữ lớn hơn cô vài tuổi. Kết thúc buổi gặp, Debbie nói: “Cảm ơn chị đã dành thời gian hôm nay. Nếu chị vẫn còn hứng thú với công việc này, tôi muốn chị quay lại buổi gặp tiếp theo. Tôi biết đây là một quyết định quan trọng với cả hai chúng ta, nên lần tới, tôi muốn chị phỏng vấn tôi. Chị cứ hỏi bất cứ điều gì chị muốn. Ngoài ra, tôi đã chuẩn bị một danh sách ngắn những người tham khảo cá nhân và chuyên môn cho chị. Chị có thể gọi cho bất kỳ ai trong số họ. Tôi phải thành thật với chị: Một số người trong đó có thể không có những lời khen ngợi nồng nhiệt nhất về cách lãnh đạo trước đây của tôi. Nhưng tôi cam kết trở thành một nhà lãnh đạo giỏi, và tôi coi đó là một hành trình. Đội ngũ này sẽ làm nên những điều tuyệt vời, và chị có thể là một trong những người giúp chúng tôi.”</w:t>
      </w:r>
    </w:p>
    <w:p>
      <w:pPr>
        <w:spacing w:after="80"/>
      </w:pPr>
      <w:r>
        <w:rPr>
          <w:b w:val="0"/>
          <w:i w:val="0"/>
        </w:rPr>
        <w:t>Ứng viên trông kinh ngạc. “Cả đời tôi chưa từng có nhà tuyển dụng tiềm năng nào đưa cho tôi người tham khảo,” cô nói. “Tôi cảm kích sự thẳng thắn của chị. Nhưng—” Cô ngập ngừng.</w:t>
      </w:r>
    </w:p>
    <w:p>
      <w:pPr>
        <w:spacing w:after="80"/>
      </w:pPr>
      <w:r>
        <w:rPr>
          <w:b w:val="0"/>
          <w:i w:val="0"/>
        </w:rPr>
        <w:t>“Nhưng sao?” Debbie hỏi.</w:t>
      </w:r>
    </w:p>
    <w:p>
      <w:pPr>
        <w:spacing w:after="80"/>
      </w:pPr>
      <w:r>
        <w:rPr>
          <w:b w:val="0"/>
          <w:i w:val="0"/>
        </w:rPr>
        <w:t>“Tôi sẽ gọi cho những người tham khảo của chị, nhưng tôi đã có cảm giác chúng ta có thể dễ dàng làm việc cùng nhau,” người phụ nữ nói với một nụ cười.</w:t>
      </w:r>
    </w:p>
    <w:p>
      <w:pPr>
        <w:jc w:val="center"/>
      </w:pPr>
      <w:r>
        <w:drawing>
          <wp:inline xmlns:a="http://schemas.openxmlformats.org/drawingml/2006/main" xmlns:pic="http://schemas.openxmlformats.org/drawingml/2006/picture">
            <wp:extent cx="952500" cy="447675"/>
            <wp:docPr id="25" name="Picture 25"/>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Cuối buổi chiều hôm đó, Debbie quay lại thư viện. Cô đã tìm kiếm trên mạng để tìm hiểu về các kế hoạch phát triển—giờ cô cần bắt đầu xây dựng kế hoạch của riêng mình.</w:t>
      </w:r>
    </w:p>
    <w:p>
      <w:pPr>
        <w:spacing w:after="80"/>
      </w:pPr>
      <w:r>
        <w:rPr>
          <w:b w:val="0"/>
          <w:i w:val="0"/>
        </w:rPr>
        <w:t>Khi bước vào, Debbie được người thủ thư mà cô đã gặp trong lần ghé thăm trước chào đón.</w:t>
      </w:r>
    </w:p>
    <w:p>
      <w:pPr>
        <w:spacing w:after="80"/>
      </w:pPr>
      <w:r>
        <w:rPr>
          <w:b w:val="0"/>
          <w:i w:val="0"/>
        </w:rPr>
        <w:t>“Xin chào lần nữa. Nhóm của chị thế nào rồi?” người phụ nữ hỏi.</w:t>
      </w:r>
    </w:p>
    <w:p>
      <w:pPr>
        <w:spacing w:after="80"/>
      </w:pPr>
      <w:r>
        <w:rPr>
          <w:b w:val="0"/>
          <w:i w:val="0"/>
        </w:rPr>
        <w:t>Debbie rất ấn tượng với trí nhớ của cô ấy. “Chúng tôi đang khá hơn rồi, cảm ơn chị. Tôi tên là Debbie và tôi xin lỗi, tôi không nghĩ là mình đã biết tên chị trong lần ghé thăm trước.”</w:t>
      </w:r>
    </w:p>
    <w:p>
      <w:pPr>
        <w:spacing w:after="80"/>
      </w:pPr>
      <w:r>
        <w:rPr>
          <w:b w:val="0"/>
          <w:i w:val="0"/>
        </w:rPr>
        <w:t>“Tôi là Jill,” người thủ thư trả lời. “Hôm nay tôi có thể giúp gì cho chị?”</w:t>
      </w:r>
    </w:p>
    <w:p>
      <w:pPr>
        <w:spacing w:after="80"/>
      </w:pPr>
      <w:r>
        <w:rPr>
          <w:b w:val="0"/>
          <w:i w:val="0"/>
        </w:rPr>
        <w:t>“Chị chỉ cần một nơi yên tĩnh để làm việc. Chị đang lập kế hoạch phát triển cá nhân (personal development plan) đầu tiên của mình và có quá nhiều chuyện đang diễn ra ở văn phòng nên chị cần phải thoát ra.”</w:t>
      </w:r>
    </w:p>
    <w:p>
      <w:pPr>
        <w:spacing w:after="80"/>
      </w:pPr>
      <w:r>
        <w:rPr>
          <w:b w:val="0"/>
          <w:i w:val="0"/>
        </w:rPr>
        <w:t>“Em hiểu,” Jill nói khi cô ấy đưa Debbie quay lại đúng góc sáng sủa mà Debbie đã ngồi trong lần ghé trước. “Hôm nay em còn có thể giúp gì thêm cho chị không ạ?”</w:t>
      </w:r>
    </w:p>
    <w:p>
      <w:pPr>
        <w:spacing w:after="80"/>
      </w:pPr>
      <w:r>
        <w:rPr>
          <w:b w:val="0"/>
          <w:i w:val="0"/>
        </w:rPr>
        <w:t>Vào lúc đó, Debbie nhớ lại nhận xét của Jeff rằng những nhà lãnh đạo giỏi luôn tìm kiếm những người tài năng để gia nhập tổ chức của họ. Trước đây cô chưa bao giờ chủ động tìm người; cô luôn dựa vào phòng Nhân sự (HR) để họ gửi cho cô bất kỳ ai họ tìm được. Tuy nhiên, cuối tuần qua Debbie đã trả lời một trong những câu hỏi Jeff đưa cho cô về Gắn kết và Phát triển Người khác (Engaging and Developing Others):</w:t>
      </w:r>
      <w:r>
        <w:rPr>
          <w:b w:val="0"/>
          <w:i/>
        </w:rPr>
        <w:t>Những đặc điểm chính mà bạn tìm kiếm ở những người bạn tuyển chọn là gì?</w:t>
      </w:r>
    </w:p>
    <w:p>
      <w:pPr>
        <w:spacing w:after="80"/>
      </w:pPr>
      <w:r>
        <w:rPr>
          <w:b w:val="0"/>
          <w:i w:val="0"/>
        </w:rPr>
        <w:t>Danh sách của cô bao gồm sự sẵn sàng phục vụ, tính cách ấm áp, trí óc sắc bén và kỹ năng giao tiếp tốt. Cô đang đứng đối diện với một người dường như khớp với mô tả đó.</w:t>
      </w:r>
    </w:p>
    <w:p>
      <w:pPr>
        <w:spacing w:after="80"/>
      </w:pPr>
      <w:r>
        <w:rPr>
          <w:b w:val="0"/>
          <w:i w:val="0"/>
        </w:rPr>
        <w:t>“Jill, em đã bao giờ nghĩ đến việc chuyển nghề chưa?”</w:t>
      </w:r>
    </w:p>
    <w:p>
      <w:pPr>
        <w:spacing w:after="80"/>
      </w:pPr>
      <w:r>
        <w:rPr>
          <w:b w:val="0"/>
          <w:i w:val="0"/>
        </w:rPr>
        <w:t>“Thật ra thì em có. Chỉ là em chưa tìm được vị trí phù hợp ở đúng công ty.”</w:t>
      </w:r>
    </w:p>
    <w:p>
      <w:pPr>
        <w:spacing w:after="80"/>
      </w:pPr>
      <w:r>
        <w:rPr>
          <w:b w:val="0"/>
          <w:i w:val="0"/>
        </w:rPr>
        <w:t>“Em nghĩ sao về việc gia nhập nhóm của chị?” Debbie hỏi.</w:t>
      </w:r>
    </w:p>
    <w:p>
      <w:pPr>
        <w:spacing w:after="80"/>
      </w:pPr>
      <w:r>
        <w:rPr>
          <w:b w:val="0"/>
          <w:i w:val="0"/>
        </w:rPr>
        <w:t>“Cụ thể là làm gì ạ?”</w:t>
      </w:r>
    </w:p>
    <w:p>
      <w:pPr>
        <w:spacing w:after="80"/>
      </w:pPr>
      <w:r>
        <w:rPr>
          <w:b w:val="0"/>
          <w:i w:val="0"/>
        </w:rPr>
        <w:t>“Làm những gì bạn làm ở đây.”</w:t>
      </w:r>
    </w:p>
    <w:p>
      <w:pPr>
        <w:spacing w:after="80"/>
      </w:pPr>
      <w:r>
        <w:rPr>
          <w:b w:val="0"/>
          <w:i w:val="0"/>
        </w:rPr>
        <w:t>“Giúp mọi người tìm kiếm nguồn lực à?”</w:t>
      </w:r>
    </w:p>
    <w:p>
      <w:pPr>
        <w:spacing w:after="80"/>
      </w:pPr>
      <w:r>
        <w:rPr>
          <w:b w:val="0"/>
          <w:i w:val="0"/>
        </w:rPr>
        <w:t>“Bạn nói đúng một phần—giúp đỡ mọi người. Chúng tôi có bán sản phẩm, nhưng đam mê của chúng tôi là phục vụ con người. Có vẻ bạn nhận được rất nhiều sự hài lòng từ việc đó.”</w:t>
      </w:r>
    </w:p>
    <w:p>
      <w:pPr>
        <w:spacing w:after="80"/>
      </w:pPr>
      <w:r>
        <w:rPr>
          <w:b w:val="0"/>
          <w:i w:val="0"/>
        </w:rPr>
        <w:t>“Đúng vậy,” Jill thừa nhận.</w:t>
      </w:r>
    </w:p>
    <w:p>
      <w:pPr>
        <w:spacing w:after="80"/>
      </w:pPr>
      <w:r>
        <w:rPr>
          <w:b w:val="0"/>
          <w:i w:val="0"/>
        </w:rPr>
        <w:t>“Tôi sẽ gửi email cho bạn bản mô tả công việc. Nếu bạn vẫn quan tâm, bạn có thể vào trang web công ty của chúng tôi và nộp đơn. Đó là một quy trình tốn nhiều thời gian và nghiêm ngặt với nhiều vòng phỏng vấn. Chúng ta sẽ cùng nhau xác định xem việc bạn gia nhập công ty chúng tôi có hợp lý hay không. Chúng tôi muốn tìm được sự phù hợp tốt cho cả hai bên. Nếu không thể, chúng tôi thà chia tay như những người bạn và để bạn làm việc ở nơi khác.”</w:t>
      </w:r>
    </w:p>
    <w:p>
      <w:pPr>
        <w:spacing w:after="80"/>
      </w:pPr>
      <w:r>
        <w:rPr>
          <w:b w:val="0"/>
          <w:i w:val="0"/>
        </w:rPr>
        <w:t>“Cảm ơn,” Jill nói. “Tôi chắc chắn rất quan tâm.” Cô ghi nhanh email của mình lên một mảnh giấy và đưa cho Debbie. “Tôi rất mong nhận được tin từ bạn.”</w:t>
      </w:r>
    </w:p>
    <w:p>
      <w:pPr>
        <w:spacing w:after="80"/>
      </w:pPr>
      <w:r>
        <w:rPr>
          <w:b w:val="0"/>
          <w:i w:val="0"/>
        </w:rPr>
        <w:t>Một giờ sau, Debbie bước ra khỏi cửa thư viện với sự khởi đầu của bản kế hoạch phát triển cá nhân đầu tiên trong đời. Có lẽ cũng quan trọng không kém, cô còn có một đầu mối đầy hứa hẹn về một thành viên mới cho nhóm.</w:t>
      </w:r>
    </w:p>
    <w:p>
      <w:pPr>
        <w:jc w:val="center"/>
      </w:pPr>
      <w:r>
        <w:drawing>
          <wp:inline xmlns:a="http://schemas.openxmlformats.org/drawingml/2006/main" xmlns:pic="http://schemas.openxmlformats.org/drawingml/2006/picture">
            <wp:extent cx="952500" cy="447675"/>
            <wp:docPr id="26" name="Picture 26"/>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Trở lại văn phòng, Debbie bắt đầu thực hiện Gắn kết và Phát triển người khác (Engaging and Developing Others). Tuyển dụng là một phần trong công việc, và cô cảm thấy hài lòng về cuộc trò chuyện với Jill, nhưng cô biết mình cần gắn kết với đội ngũ nhân viên hiện tại. Cuộc họp nhóm sắp tới sẽ là một nơi tốt để bắt đầu.</w:t>
      </w:r>
    </w:p>
    <w:p>
      <w:pPr>
        <w:spacing w:after="80"/>
      </w:pPr>
      <w:r>
        <w:rPr>
          <w:b w:val="0"/>
          <w:i w:val="0"/>
        </w:rPr>
        <w:t>Mặc dù Debbie đã nhận được một số ý kiến từ từng thành viên trong nhóm về những câu hỏi của Jeff về tương lai, đây sẽ là cuộc họp đầu tiên kể từ khi cô tái lập nhóm. Dĩ nhiên, cô đoán trước sẽ có chút hoài nghi.</w:t>
      </w:r>
    </w:p>
    <w:p>
      <w:pPr>
        <w:spacing w:after="80"/>
      </w:pPr>
      <w:r>
        <w:rPr>
          <w:b w:val="0"/>
          <w:i w:val="0"/>
        </w:rPr>
        <w:t>“Tôi rất vui khi mọi người đã quay lại bên nhau,” Debbie nói khi cuộc họp bắt đầu. “Tôi có một điều cần thú nhận. Tôi đã phạm sai lầm. Lẽ ra tôi không nên hủy các buổi họp nhóm. Chúng có thể là một diễn đàn để động viên, giải quyết vấn đề, hợp tác, sáng tạo và tinh thần trách nhiệm. Nếu biết sử dụng một cách khôn ngoan, thời gian chúng ta ở bên nhau có thể nhân rộng tác động của chúng ta. Chúng ta mạnh mẽ hơn khi ở bên nhau so với khi tách rời. Và chúng ta chỉ có thể đến được nơi mình muốn bằng cách làm việc cùng nhau.”</w:t>
      </w:r>
    </w:p>
    <w:p>
      <w:pPr>
        <w:spacing w:after="80"/>
      </w:pPr>
      <w:r>
        <w:rPr>
          <w:b w:val="0"/>
          <w:i w:val="0"/>
        </w:rPr>
        <w:t>Charles giơ tay.</w:t>
      </w:r>
    </w:p>
    <w:p>
      <w:pPr>
        <w:spacing w:after="80"/>
      </w:pPr>
      <w:r>
        <w:rPr>
          <w:b w:val="0"/>
          <w:i w:val="0"/>
        </w:rPr>
        <w:t>“Vâng, Charles,” Debbie nói.</w:t>
      </w:r>
    </w:p>
    <w:p>
      <w:pPr>
        <w:spacing w:after="80"/>
      </w:pPr>
      <w:r>
        <w:rPr>
          <w:b w:val="0"/>
          <w:i w:val="0"/>
        </w:rPr>
        <w:t>“Chính xác thì chúng ta muốn đi đến đâu?”</w:t>
      </w:r>
    </w:p>
    <w:p>
      <w:pPr>
        <w:spacing w:after="80"/>
      </w:pPr>
      <w:r>
        <w:rPr>
          <w:b w:val="0"/>
          <w:i w:val="0"/>
        </w:rPr>
        <w:t>Trong một khoảnh khắc, Debbie đứng hình. Rồi cô nhớ lại Jeff đã phản hồi chu đáo như thế nào trước mọi câu hỏi của cô. “Đó là một câu hỏi xuất sắc,” cô mỉm cười đáp. “Chúng ta hãy nói về điều đó.”</w:t>
      </w:r>
    </w:p>
    <w:p>
      <w:pPr>
        <w:spacing w:after="80"/>
      </w:pPr>
      <w:r>
        <w:rPr>
          <w:b w:val="0"/>
          <w:i w:val="0"/>
        </w:rPr>
        <w:t>Điều này đã khởi đầu cho cuộc trò chuyện có lẽ là hiệu quả nhất mà nhóm từng có. Debbie lắng nghe ý kiến của các thành viên trong nhóm và chia sẻ quan điểm của mình trong suốt buổi. Đến cuối cuộc họp, mọi người đều đã hình dung khá rõ họ muốn tương lai trông như thế nào. Nhóm quyết định theo đuổi một mục tiêu táo bạo—chuyển từ “Worst to First” và biến cả nhân viên bán hàng lẫn khách hàng của họ thành những người hâm mộ cuồng nhiệt. Đó sẽ là thử thách hiệu suất đầy thuyết phục của họ trong những tháng tới. “Những người hâm mộ cuồng nhiệt sẽ khoe về chúng ta và hành động như thể họ là một phần trong lực lượng bán hàng của chúng ta,” Debbie tóm tắt.</w:t>
      </w:r>
    </w:p>
    <w:p>
      <w:pPr>
        <w:spacing w:after="80"/>
      </w:pPr>
      <w:r>
        <w:rPr>
          <w:b w:val="0"/>
          <w:i w:val="0"/>
        </w:rPr>
        <w:t>Cô kết thúc cuộc họp bằng cách nói: “Tôi nhận ra rằng tất cả chúng ta dành nhiều giờ thức trong ngày cho công việc. Tôi muốn làm mọi điều có thể để khiến công việc trở nên bổ ích và phong phú nhất có thể cho từng người. Trong buổi họp tới, chúng ta hãy cùng thảo luận xem làm thế nào để đạt được những gì chúng ta đã bàn hôm nay. Bài tập về nhà của mọi người là bắt đầu suy nghĩ về những trở ngại chúng ta cần vượt qua và những mục tiêu ngắn hạn mà chúng ta có thể muốn đặt ra.”</w:t>
      </w:r>
    </w:p>
    <w:p>
      <w:pPr>
        <w:spacing w:after="80"/>
      </w:pPr>
      <w:r>
        <w:rPr>
          <w:b w:val="0"/>
          <w:i w:val="0"/>
        </w:rPr>
        <w:t>Debbie cảm thấy được khích lệ trước những gương mặt chăm chú của các thành viên trong nhóm. “Cảm ơn mọi người đã chia sẻ tâm tư về những vấn đề này. Tôi nhận ra rằng trước đây tôi đã sao nhãng và hơi căng thẳng quá mức. Xin hãy tin rằng tôi rất chân thành khi nói rằng tôi rất muốn được trao đổi riêng với từng người về chuyện này trước buổi họp tiếp theo. Và hãy kiên nhẫn với tôi. Về chuyện làm trưởng nhóm này, tôi vẫn đang hoàn thiện bản thân từng ngày!”</w:t>
      </w:r>
    </w:p>
    <w:p>
      <w:pPr>
        <w:spacing w:after="80"/>
      </w:pPr>
      <w:r>
        <w:rPr>
          <w:b w:val="0"/>
          <w:i w:val="0"/>
        </w:rPr>
        <w:t>Sau khi cuộc họp kết thúc, bốn trong số tám thành viên nhóm của Debbie ghé qua đưa ra những nhận xét tích cực. Debbie có thể cảm nhận được nguồn năng lượng mới mẻ từ cả nhóm.</w:t>
      </w:r>
      <w:r>
        <w:rPr>
          <w:b w:val="0"/>
          <w:i/>
        </w:rPr>
        <w:t>Có lẽ cách tiếp cận lãnh đạo mới này</w:t>
      </w:r>
      <w:r>
        <w:rPr>
          <w:b w:val="0"/>
          <w:i w:val="0"/>
        </w:rPr>
        <w:t xml:space="preserve"> đang </w:t>
      </w:r>
      <w:r>
        <w:rPr>
          <w:b w:val="0"/>
          <w:i/>
        </w:rPr>
        <w:t>phát huy tác dụng</w:t>
      </w:r>
      <w:r>
        <w:rPr>
          <w:b w:val="0"/>
          <w:i w:val="0"/>
        </w:rPr>
        <w:t>, cô nghĩ.</w:t>
      </w:r>
    </w:p>
    <w:p>
      <w:pPr>
        <w:spacing w:after="80"/>
      </w:pPr>
      <w:r>
        <w:rPr>
          <w:b w:val="0"/>
          <w:i w:val="0"/>
        </w:rPr>
        <w:t>Tối hôm đó, Debbie bắt tay vào bài tập của mình—nghiên cứu những tài liệu cô đã thu thập về các kế hoạch phát triển cá nhân. Khi đọc, cô bắt gặp một ý tưởng khiến cô thấy vô cùng thuyết phục. Đó là một điều hiển nhiên, vậy mà trước đây cô chưa từng nghĩ tới. Ý tưởng ấy đơn giản, trực diện và sâu sắc:</w:t>
      </w:r>
    </w:p>
    <w:p>
      <w:pPr>
        <w:spacing w:after="80"/>
        <w:ind w:left="360"/>
      </w:pPr>
      <w:r>
        <w:rPr>
          <w:b/>
          <w:i/>
        </w:rPr>
        <w:t>Phát huy điểm mạnh của bạn.</w:t>
      </w:r>
    </w:p>
    <w:p>
      <w:pPr>
        <w:spacing w:after="80"/>
        <w:ind w:left="360"/>
      </w:pPr>
      <w:r>
        <w:rPr>
          <w:b w:val="0"/>
          <w:i/>
        </w:rPr>
        <w:t>Ý tưởng này có thể không chỉ giúp ích cho tôi</w:t>
      </w:r>
      <w:r>
        <w:rPr>
          <w:b w:val="0"/>
          <w:i/>
        </w:rPr>
        <w:t>, cô nghĩ,</w:t>
      </w:r>
      <w:r>
        <w:rPr>
          <w:b w:val="0"/>
          <w:i/>
        </w:rPr>
        <w:t>mà nó còn có thể giúp ích cho mọi thành viên trong nhóm của tôi</w:t>
      </w:r>
      <w:r>
        <w:rPr>
          <w:b w:val="0"/>
          <w:i/>
        </w:rPr>
        <w:t>.</w:t>
      </w:r>
    </w:p>
    <w:p>
      <w:pPr>
        <w:jc w:val="center"/>
      </w:pPr>
      <w:r>
        <w:drawing>
          <wp:inline xmlns:a="http://schemas.openxmlformats.org/drawingml/2006/main" xmlns:pic="http://schemas.openxmlformats.org/drawingml/2006/picture">
            <wp:extent cx="952500" cy="447675"/>
            <wp:docPr id="27" name="Picture 27"/>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Ngày diễn ra buổi gặp tiếp theo với Jeff đã đến. Debbie háo hức mong chờ cơ hội được kể cho ông nghe tất cả những gì đã xảy ra.</w:t>
      </w:r>
    </w:p>
    <w:p>
      <w:pPr>
        <w:spacing w:after="80"/>
      </w:pPr>
      <w:r>
        <w:rPr>
          <w:b w:val="0"/>
          <w:i w:val="0"/>
        </w:rPr>
        <w:t>Điều đầu tiên cô nói khi bước vào văn phòng Jeff là: “Tôi nhận ra hôm nay lẽ ra chúng ta nên nói về chữ R, và tôi thực sự muốn tìm hiểu về nó. Nhưng tôi có quá nhiều chuyện muốn kể với ông đến mức có thể phải để đến buổi gặp sau. Ông có phiền không?”</w:t>
      </w:r>
    </w:p>
    <w:p>
      <w:pPr>
        <w:spacing w:after="80"/>
      </w:pPr>
      <w:r>
        <w:rPr>
          <w:b w:val="0"/>
          <w:i w:val="0"/>
        </w:rPr>
        <w:t>Jeff hài lòng với sự nhiệt tình của cô. “Đây là buổi gặp của cô. Cô muốn bắt đầu từ đâu?”</w:t>
      </w:r>
    </w:p>
    <w:p>
      <w:pPr>
        <w:spacing w:after="80"/>
      </w:pPr>
      <w:r>
        <w:rPr>
          <w:b w:val="0"/>
          <w:i w:val="0"/>
        </w:rPr>
        <w:t>Cô kể cho anh nghe về buổi họp nhóm, những tiến triển mà họ đang đạt được, và cảm giác của cô rằng Jill sẽ là một sự bổ sung hoàn hảo.</w:t>
      </w:r>
    </w:p>
    <w:p>
      <w:pPr>
        <w:spacing w:after="80"/>
      </w:pPr>
      <w:r>
        <w:rPr>
          <w:b w:val="0"/>
          <w:i w:val="0"/>
        </w:rPr>
        <w:t>“Qua mức năng lượng và những điều em đang chia sẻ, anh có thể nhận ra em đang bắt đầu thực sự hiểu vấn đề,” Jeff nói. “Anh có thể giúp gì cho em?”</w:t>
      </w:r>
    </w:p>
    <w:p>
      <w:pPr>
        <w:spacing w:after="80"/>
      </w:pPr>
      <w:r>
        <w:rPr>
          <w:b w:val="0"/>
          <w:i w:val="0"/>
        </w:rPr>
        <w:t>“Hãy cho em biết em có đang đi đúng hướng không. Em có tìm hiểu về các kế hoạch phát triển cá nhân, và em tình cờ gặp một ý tưởng khiến em như bị sét đánh trúng. Như anh biết, em luôn nghĩ mình phải ‘sửa chữa’ (fix) con người. Dựa trên những gì em đã đọc, em muốn ‘đặt họ vào’ (fit) đúng công việc và giúp họ phát huy điểm mạnh, hơn là ‘sửa chữa’ họ sau đó. Nếu ý tưởng này đúng, nó sẽ thay đổi cách em làm việc. Anh nghĩ sao?”</w:t>
      </w:r>
    </w:p>
    <w:p>
      <w:pPr>
        <w:spacing w:after="80"/>
      </w:pPr>
      <w:r>
        <w:rPr>
          <w:b w:val="0"/>
          <w:i w:val="0"/>
        </w:rPr>
        <w:t>“Đó là một bước đột phá nữa của em với tư cách là người lãnh đạo,” Jeff mỉm cười nói. “Nhiều nhà lãnh đạo không bao giờ hiểu được điều đó. Họ dành cả sự nghiệp để cố làm cho người khác làm những việc mà họ không có năng khiếu hay thiên hướng tự nhiên. Đó là lý do việc chọn đúng người rất quan trọng. Thay đổi con người—hay như em nói là ‘sửa chữa’ họ—là điều rất khó làm.”</w:t>
      </w:r>
    </w:p>
    <w:p>
      <w:pPr>
        <w:spacing w:after="80"/>
      </w:pPr>
      <w:r>
        <w:rPr>
          <w:b w:val="0"/>
          <w:i w:val="0"/>
        </w:rPr>
        <w:t>Jeff nói tiếp, “Để anh nói thêm rằng con người có thể học những kỹ năng mới, và con người có thể nâng cao những khả năng hiện có. Điều này thậm chí có thể xảy ra ngoài thế mạnh tự nhiên của một người. Đó là lý do chúng ta tin rằng đào tạo là thiết yếu. Nhưng mục đích của đào tạo không phải là cố ‘sửa chữa’ con người. Nhiều năm trước anh nghe một câu nói hay: ‘Dù đường băng có dài đến đâu, con lợn đó cũng không bay được.’ Nhiều nhà lãnh đạo đầu tư rất nhiều thời gian, năng lượng và tiền bạc vào việc dạy bay cho những người sẽ không bao giờ bay. Là những nhà lãnh đạo, chúng ta phải sẵn sàng chấp nhận thực tế rằng có một số việc mà một số cá nhân sẽ không bao giờ học để làm tốt. Và điều đó không sao cả.”</w:t>
      </w:r>
    </w:p>
    <w:p>
      <w:pPr>
        <w:spacing w:after="80"/>
      </w:pPr>
      <w:r>
        <w:rPr>
          <w:b w:val="0"/>
          <w:i w:val="0"/>
        </w:rPr>
        <w:t>“Vậy thì . . .?” Debbie nghĩ cô đã học được điều gì đó, nhưng cô không chắc lắm về ý nghĩa của nó.</w:t>
      </w:r>
    </w:p>
    <w:p>
      <w:pPr>
        <w:spacing w:after="80"/>
      </w:pPr>
      <w:r>
        <w:rPr>
          <w:b w:val="0"/>
          <w:i w:val="0"/>
        </w:rPr>
        <w:t>“Vậy nên, anh sẽ trích lời Peter Drucker một lần nữa: ‘Mục tiêu của nhà lãnh đạo là phát huy điểm mạnh của con người và làm cho điểm yếu của họ trở nên không còn quan trọng.’”</w:t>
      </w:r>
    </w:p>
    <w:p>
      <w:pPr>
        <w:spacing w:after="80"/>
      </w:pPr>
      <w:r>
        <w:rPr>
          <w:b w:val="0"/>
          <w:i w:val="0"/>
        </w:rPr>
        <w:t>“Hãy giúp em hiểu những tác động hằng ngày của điều đó,” Debbie nói.</w:t>
      </w:r>
    </w:p>
    <w:p>
      <w:pPr>
        <w:spacing w:after="80"/>
      </w:pPr>
      <w:r>
        <w:rPr>
          <w:b w:val="0"/>
          <w:i w:val="0"/>
        </w:rPr>
        <w:t>“Được rồi, hãy bắt đầu bằng một câu hỏi nhé. Trong nhóm của bạn có ai đang gặp khó khăn không?”</w:t>
      </w:r>
    </w:p>
    <w:p>
      <w:pPr>
        <w:spacing w:after="80"/>
      </w:pPr>
      <w:r>
        <w:rPr>
          <w:b w:val="0"/>
          <w:i w:val="0"/>
        </w:rPr>
        <w:t>“Có. Charles gặp khó khăn từ khi cậu ấy mới đến. Tôi đã làm việc sát cánh với cậu ấy suốt một ngày—nhưng thành thật mà nói, điều đó dường như không giúp được gì.”</w:t>
      </w:r>
    </w:p>
    <w:p>
      <w:pPr>
        <w:spacing w:after="80"/>
      </w:pPr>
      <w:r>
        <w:rPr>
          <w:b w:val="0"/>
          <w:i w:val="0"/>
        </w:rPr>
        <w:t>“Bạn có thể cần làm việc với cậu ấy để tìm ra câu trả lời cho câu hỏi về ‘sự phù hợp’. Điểm mạnh của cậu ấy là gì? Chúng có khớp với vai trò không? Cậu ấy có đang ở đúng vai trò không? Nếu bạn nghĩ cậu ấy đang ở đúng vị trí, bạn sẽ cần hỏi thêm một số câu hỏi. Cậu ấy có được đào tạo đúng cách không? Cậu ấy có hiểu rõ trách nhiệm của mình không?</w:t>
      </w:r>
    </w:p>
    <w:p>
      <w:pPr>
        <w:spacing w:after="80"/>
        <w:ind w:left="360"/>
      </w:pPr>
      <w:r>
        <w:rPr>
          <w:b/>
          <w:i/>
        </w:rPr>
        <w:t>Giúp mọi người phát huy điểm mạnh của họ là một trong những phần bổ ích nhất trong vai trò của người lãnh đạo.</w:t>
      </w:r>
    </w:p>
    <w:p>
      <w:pPr>
        <w:spacing w:after="80"/>
      </w:pPr>
      <w:r>
        <w:rPr>
          <w:b w:val="0"/>
          <w:i w:val="0"/>
        </w:rPr>
        <w:t>“Nếu bạn tin rằng Charles phù hợp với vị trí này, việc phát triển có thể làm mịn những góc cạnh thô ráp, thu hẹp bất kỳ khoảng cách nào có thể đang cản trở cậu ấy, và thậm chí chuẩn bị cho cậu ấy những cơ hội trong tương lai. Tất cả những điều này đều khả thi nếu Charles đang ở đúng công việc. Giúp mọi người phát huy điểm mạnh của họ là một trong những phần bổ ích nhất trong vai trò của người lãnh đạo.”</w:t>
      </w:r>
    </w:p>
    <w:p>
      <w:pPr>
        <w:spacing w:after="80"/>
      </w:pPr>
      <w:r>
        <w:rPr>
          <w:b w:val="0"/>
          <w:i/>
        </w:rPr>
        <w:t>Tôi biết điều này rất quan trọng</w:t>
      </w:r>
      <w:r>
        <w:rPr>
          <w:b w:val="0"/>
          <w:i w:val="0"/>
        </w:rPr>
        <w:t>, Debbie nghĩ. Cô cũng biết rằng một cuộc trò chuyện với Charles có thể mang lại nhiều hiểu biết sâu sắc. Cô ghi chú để sắp xếp một cuộc gặp với cậu ấy càng sớm càng tốt.</w:t>
      </w:r>
    </w:p>
    <w:p>
      <w:pPr>
        <w:spacing w:after="80"/>
      </w:pPr>
      <w:r>
        <w:rPr>
          <w:b w:val="0"/>
          <w:i w:val="0"/>
        </w:rPr>
        <w:t>“Cảm ơn anh, Jeff. Anh đã giúp tôi hiểu vì sao và bằng cách nào việc phát huy điểm mạnh lại quan trọng đến vậy. Dù chúng ta chưa nói về R, tôi đã có bài tập về nhà của mình rồi.”</w:t>
      </w:r>
    </w:p>
    <w:p>
      <w:pPr>
        <w:spacing w:after="80"/>
      </w:pPr>
      <w:r>
        <w:rPr>
          <w:b w:val="0"/>
          <w:i w:val="0"/>
        </w:rPr>
        <w:t>“Bài tập gì vậy?” Jeff hỏi.</w:t>
      </w:r>
    </w:p>
    <w:p>
      <w:pPr>
        <w:spacing w:after="80"/>
      </w:pPr>
      <w:r>
        <w:rPr>
          <w:b w:val="0"/>
          <w:i w:val="0"/>
        </w:rPr>
        <w:t>“Tôi sẽ gặp Charles và xem mình có thể giúp gì.”</w:t>
      </w:r>
    </w:p>
    <w:p>
      <w:pPr>
        <w:jc w:val="center"/>
      </w:pPr>
      <w:r>
        <w:drawing>
          <wp:inline xmlns:a="http://schemas.openxmlformats.org/drawingml/2006/main" xmlns:pic="http://schemas.openxmlformats.org/drawingml/2006/picture">
            <wp:extent cx="952500" cy="1524000"/>
            <wp:docPr id="28" name="Picture 28"/>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Làm Thế Nào Để Tốt Hơn?</w:t>
      </w:r>
    </w:p>
    <w:p>
      <w:pPr>
        <w:spacing w:after="80"/>
      </w:pPr>
      <w:r>
        <w:rPr>
          <w:b w:val="0"/>
          <w:i w:val="0"/>
        </w:rPr>
        <w:t>Sáng hôm sau, Debbie gọi Charles để hẹn gặp. Họ đồng ý gặp nhau lúc 3:00 p.m. ngày hôm sau. Cô giải thích rằng mục tiêu chính của cô là giúp anh ấy, và để làm được điều đó, cô cần hiểu rõ hoàn cảnh của anh ấy một cách đầy đủ.</w:t>
      </w:r>
    </w:p>
    <w:p>
      <w:pPr>
        <w:spacing w:after="80"/>
      </w:pPr>
      <w:r>
        <w:rPr>
          <w:b w:val="0"/>
          <w:i w:val="0"/>
        </w:rPr>
        <w:t>Khi đến văn phòng của Charles đúng giờ hẹn, Debbie vừa lo lắng vừa lạc quan. Cô tin rằng cuộc trò chuyện này sẽ giúp cô hỗ trợ Charles. Cô muốn anh ấy yêu thích công việc của mình và muốn anh ấy thành công.</w:t>
      </w:r>
    </w:p>
    <w:p>
      <w:pPr>
        <w:spacing w:after="80"/>
      </w:pPr>
      <w:r>
        <w:rPr>
          <w:b w:val="0"/>
          <w:i w:val="0"/>
        </w:rPr>
        <w:t>Hóa ra đó là một buổi gặp gỡ đầy phấn khởi. Debbie đã làm tốt việc định hướng vấn đề. Cô đặt các câu hỏi mở và lắng nghe cẩn thận. Dù họ chưa đưa ra kết luận cuối cùng nào, Charles hoàn toàn tán thành ý tưởng phát huy thế mạnh của mình. Anh thừa nhận rằng anh chưa hoàn toàn rõ những thế mạnh đó là gì trong bối cảnh công việc quản lý dự án, và cam kết sẽ suy nghĩ về điều đó. Đồng thời, Debbie nhận ra cô có thể giúp Charles bằng cách cung cấp thêm đào tạo và định hướng.</w:t>
      </w:r>
    </w:p>
    <w:p>
      <w:pPr>
        <w:spacing w:after="80"/>
      </w:pPr>
      <w:r>
        <w:rPr>
          <w:b w:val="0"/>
          <w:i w:val="0"/>
        </w:rPr>
        <w:t>Cả hai đều cảm thấy họ đã có tiến triển. Họ đồng ý gặp lại vào tuần sau để tiếp tục cuộc trò chuyện.</w:t>
      </w:r>
    </w:p>
    <w:p>
      <w:pPr>
        <w:spacing w:after="80"/>
      </w:pPr>
      <w:r>
        <w:rPr>
          <w:b w:val="0"/>
          <w:i w:val="0"/>
        </w:rPr>
        <w:t>Debbie nhận ra cô đang làm ngày càng nhiều những điều mà các nhà lãnh đạo giỏi làm. Cô đang giúp nhóm của mình xây dựng một tầm nhìn hấp dẫn mà họ muốn theo đuổi, và cô đang dành nhiều thời gian hơn để hỗ trợ họ khi họ nỗ lực đạt được mục tiêu. Cô cũng đang làm việc để đưa đúng người vào nhóm và gắn kết hoàn toàn những người đã ở bên cô. Cô thấy vai trò trưởng nhóm được định nghĩa lại của mình thật sự thú vị. Mọi người đang phản hồi tích cực, và kết quả đang cải thiện. Cô mong chờ được báo cáo đầy đủ cho Jeff.</w:t>
      </w:r>
    </w:p>
    <w:p>
      <w:pPr>
        <w:jc w:val="center"/>
      </w:pPr>
      <w:r>
        <w:drawing>
          <wp:inline xmlns:a="http://schemas.openxmlformats.org/drawingml/2006/main" xmlns:pic="http://schemas.openxmlformats.org/drawingml/2006/picture">
            <wp:extent cx="952500" cy="447675"/>
            <wp:docPr id="29" name="Picture 29"/>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Khi ngày diễn ra cuộc gặp tiếp theo đến, Debbie đã sẵn sàng.</w:t>
      </w:r>
    </w:p>
    <w:p>
      <w:pPr>
        <w:spacing w:after="80"/>
      </w:pPr>
      <w:r>
        <w:rPr>
          <w:b w:val="0"/>
          <w:i w:val="0"/>
        </w:rPr>
        <w:t>“Chào buổi sáng, Jeff.”</w:t>
      </w:r>
    </w:p>
    <w:p>
      <w:pPr>
        <w:spacing w:after="80"/>
      </w:pPr>
      <w:r>
        <w:rPr>
          <w:b w:val="0"/>
          <w:i w:val="0"/>
        </w:rPr>
        <w:t>“Chào buổi sáng, Debbie.”</w:t>
      </w:r>
    </w:p>
    <w:p>
      <w:pPr>
        <w:spacing w:after="80"/>
      </w:pPr>
      <w:r>
        <w:rPr>
          <w:b w:val="0"/>
          <w:i w:val="0"/>
        </w:rPr>
        <w:t xml:space="preserve">Trước khi kịp ngồi xuống, cô ấy đã nói: “Em cần biết phần còn lại của bí mật. Em cảm thấy mình chỉ vừa đủ dẫn trước nhóm của mình về chuyện này. Hôm nay chúng ta hãy xem chữ </w:t>
      </w:r>
      <w:r>
        <w:rPr>
          <w:b w:val="0"/>
          <w:i/>
        </w:rPr>
        <w:t>R</w:t>
      </w:r>
      <w:r>
        <w:rPr>
          <w:b w:val="0"/>
          <w:i w:val="0"/>
        </w:rPr>
        <w:t xml:space="preserve"> nhé, được không?”</w:t>
      </w:r>
    </w:p>
    <w:p>
      <w:pPr>
        <w:spacing w:after="80"/>
      </w:pPr>
      <w:r>
        <w:rPr>
          <w:b w:val="0"/>
          <w:i w:val="0"/>
        </w:rPr>
        <w:t>Jeff mỉm cười. Anh hài lòng vì cô ấy có tinh thần khẩn trương. “Em đã làm bài tập được giao chưa?”</w:t>
      </w:r>
    </w:p>
    <w:p>
      <w:pPr>
        <w:spacing w:after="80"/>
      </w:pPr>
      <w:r>
        <w:rPr>
          <w:b w:val="0"/>
          <w:i w:val="0"/>
        </w:rPr>
        <w:t>“Vâng, em đã có vài cuộc gặp rất tốt với Charles. Em sẽ cập nhật cho anh. Nếu phần còn lại của mô hình SERVE mang lại hiệu quả tốt như hai phần đầu, thì không có giới hạn nào cho những gì chúng ta có thể đạt được!”</w:t>
      </w:r>
    </w:p>
    <w:p>
      <w:pPr>
        <w:spacing w:after="80"/>
      </w:pPr>
      <w:r>
        <w:rPr>
          <w:b w:val="0"/>
          <w:i w:val="0"/>
        </w:rPr>
        <w:t>“Em có nhận ra điều mình vừa khám phá ra không?”</w:t>
      </w:r>
    </w:p>
    <w:p>
      <w:pPr>
        <w:spacing w:after="80"/>
      </w:pPr>
      <w:r>
        <w:rPr>
          <w:b w:val="0"/>
          <w:i w:val="0"/>
        </w:rPr>
        <w:t>“Em nghĩ là vậy,” Debbie nói, lần đầu tiên suy ngẫm về điều đó. “Sức mạnh của sự lãnh đạo hiệu quả.”</w:t>
      </w:r>
    </w:p>
    <w:p>
      <w:pPr>
        <w:spacing w:after="80"/>
      </w:pPr>
      <w:r>
        <w:rPr>
          <w:b w:val="0"/>
          <w:i w:val="0"/>
        </w:rPr>
        <w:t>“Em nói đúng—sức mạnh của sự lãnh đạo được tiếp sức bởi niềm đam mê phục vụ người khác. Đừng quên luôn tự thử thách bản thân bằng câu hỏi then chốt.”</w:t>
      </w:r>
    </w:p>
    <w:p>
      <w:pPr>
        <w:spacing w:after="80"/>
      </w:pPr>
      <w:r>
        <w:rPr>
          <w:b w:val="0"/>
          <w:i w:val="0"/>
        </w:rPr>
        <w:t>“Câu hỏi đó là gì vậy?” Debbie hỏi.</w:t>
      </w:r>
    </w:p>
    <w:p>
      <w:pPr>
        <w:spacing w:after="80"/>
      </w:pPr>
      <w:r>
        <w:rPr>
          <w:b w:val="0"/>
          <w:i w:val="0"/>
        </w:rPr>
        <w:t>“Tôi là nhà lãnh đạo phục vụ hay nhà lãnh đạo vụ lợi? Câu trả lời đúng cho câu hỏi đó tạo nên tất cả sự khác biệt trên đời.” Jeff ngừng một lát để ý nghĩ đó đọng lại trong tâm trí cô.</w:t>
      </w:r>
    </w:p>
    <w:p>
      <w:pPr>
        <w:spacing w:after="80"/>
      </w:pPr>
      <w:r>
        <w:rPr>
          <w:b w:val="0"/>
          <w:i w:val="0"/>
        </w:rPr>
        <w:t xml:space="preserve">“Được rồi,” anh tiếp tục, “cô nghĩ chữ </w:t>
      </w:r>
      <w:r>
        <w:rPr>
          <w:b w:val="0"/>
          <w:i/>
        </w:rPr>
        <w:t>R</w:t>
      </w:r>
      <w:r>
        <w:rPr>
          <w:b w:val="0"/>
          <w:i w:val="0"/>
        </w:rPr>
        <w:t xml:space="preserve"> là viết tắt của từ gì?”</w:t>
      </w:r>
    </w:p>
    <w:p>
      <w:pPr>
        <w:spacing w:after="80"/>
      </w:pPr>
      <w:r>
        <w:rPr>
          <w:b w:val="0"/>
          <w:i w:val="0"/>
        </w:rPr>
        <w:t>“Tôi đã nghĩ về điều đó. Đây là những phỏng đoán của tôi:</w:t>
      </w:r>
    </w:p>
    <w:p>
      <w:pPr>
        <w:spacing w:after="80"/>
        <w:ind w:left="360"/>
      </w:pPr>
      <w:r>
        <w:rPr>
          <w:b w:val="0"/>
          <w:i/>
        </w:rPr>
        <w:t>Tập hợp đội ngũ?</w:t>
      </w:r>
    </w:p>
    <w:p>
      <w:pPr>
        <w:spacing w:after="80"/>
        <w:ind w:left="360"/>
      </w:pPr>
      <w:r>
        <w:rPr>
          <w:b w:val="0"/>
          <w:i/>
        </w:rPr>
        <w:t>Tiếp thêm năng lượng cho tổ chức?</w:t>
      </w:r>
    </w:p>
    <w:p>
      <w:pPr>
        <w:spacing w:after="80"/>
        <w:ind w:left="360"/>
      </w:pPr>
      <w:r>
        <w:rPr>
          <w:b w:val="0"/>
          <w:i/>
        </w:rPr>
        <w:t>Remember the Titans?</w:t>
      </w:r>
    </w:p>
    <w:p>
      <w:pPr>
        <w:spacing w:after="80"/>
        <w:ind w:left="360"/>
      </w:pPr>
      <w:r>
        <w:rPr>
          <w:b w:val="0"/>
          <w:i/>
        </w:rPr>
        <w:t>Thật sự cố gắng hơn nữa?”</w:t>
      </w:r>
    </w:p>
    <w:p>
      <w:pPr>
        <w:spacing w:after="80"/>
      </w:pPr>
      <w:r>
        <w:rPr>
          <w:b w:val="0"/>
          <w:i w:val="0"/>
        </w:rPr>
        <w:t xml:space="preserve">Jeff cười toe toét. “Đều là những phỏng đoán hay, nhưng cậu sai bét rồi.” Anh bước tới bảng trắng và viết đúng hai từ bên cạnh chữ </w:t>
      </w:r>
      <w:r>
        <w:rPr>
          <w:b w:val="0"/>
          <w:i/>
        </w:rPr>
        <w:t>R</w:t>
      </w:r>
      <w:r>
        <w:rPr>
          <w:b w:val="0"/>
          <w:i w:val="0"/>
        </w:rPr>
        <w:t>.</w:t>
      </w:r>
    </w:p>
    <w:p>
      <w:pPr>
        <w:jc w:val="center"/>
      </w:pPr>
      <w:r>
        <w:drawing>
          <wp:inline xmlns:a="http://schemas.openxmlformats.org/drawingml/2006/main" xmlns:pic="http://schemas.openxmlformats.org/drawingml/2006/picture">
            <wp:extent cx="5486400" cy="3977640"/>
            <wp:docPr id="30" name="Picture 30"/>
            <wp:cNvGraphicFramePr>
              <a:graphicFrameLocks noChangeAspect="1"/>
            </wp:cNvGraphicFramePr>
            <a:graphic>
              <a:graphicData uri="http://schemas.openxmlformats.org/drawingml/2006/picture">
                <pic:pic>
                  <pic:nvPicPr>
                    <pic:cNvPr id="0" name="f0075-01.jpg"/>
                    <pic:cNvPicPr/>
                  </pic:nvPicPr>
                  <pic:blipFill>
                    <a:blip r:embed="rId18"/>
                    <a:stretch>
                      <a:fillRect/>
                    </a:stretch>
                  </pic:blipFill>
                  <pic:spPr>
                    <a:xfrm>
                      <a:off x="0" y="0"/>
                      <a:ext cx="5486400" cy="3977640"/>
                    </a:xfrm>
                    <a:prstGeom prst="rect"/>
                  </pic:spPr>
                </pic:pic>
              </a:graphicData>
            </a:graphic>
          </wp:inline>
        </w:drawing>
      </w:r>
    </w:p>
    <w:p>
      <w:pPr>
        <w:spacing w:after="80"/>
      </w:pPr>
      <w:r>
        <w:rPr>
          <w:b w:val="0"/>
          <w:i w:val="0"/>
        </w:rPr>
        <w:t>“</w:t>
      </w:r>
      <w:r>
        <w:rPr>
          <w:b/>
          <w:i w:val="0"/>
        </w:rPr>
        <w:t>Liên tục đổi mới</w:t>
      </w:r>
      <w:r>
        <w:rPr>
          <w:b w:val="0"/>
          <w:i w:val="0"/>
        </w:rPr>
        <w:t xml:space="preserve"> (Reinvent Continuously),” Debbie đọc. “Nghe giống như một từ thông dụng của mấy nhà tư vấn.”</w:t>
      </w:r>
    </w:p>
    <w:p>
      <w:pPr>
        <w:spacing w:after="80"/>
      </w:pPr>
      <w:r>
        <w:rPr>
          <w:b w:val="0"/>
          <w:i w:val="0"/>
        </w:rPr>
        <w:t xml:space="preserve">“Có thể vậy, nhưng đó là cách diễn đạt hay nhất mà tôi tìm được để mô tả những hành vi mà nó bao hàm. Tôi đã nghe nhiều cụm từ khác được dùng: ‘sự bất mãn sáng tạo,’ ‘sự coi thường lành mạnh đối với hiện trạng,’ ‘cải tiến liên tục,’ v.v. Mặc dù tất cả đều là những khái niệm tuyệt vời, nhưng không cái nào dường như nắm bắt được tất cả những gì Liên tục đổi mới làm. Vả lại, không cái nào bắt đầu bằng chữ </w:t>
      </w:r>
      <w:r>
        <w:rPr>
          <w:b w:val="0"/>
          <w:i/>
        </w:rPr>
        <w:t>R</w:t>
      </w:r>
      <w:r>
        <w:rPr>
          <w:b w:val="0"/>
          <w:i w:val="0"/>
        </w:rPr>
        <w:t>.”</w:t>
      </w:r>
    </w:p>
    <w:p>
      <w:pPr>
        <w:spacing w:after="80"/>
      </w:pPr>
      <w:r>
        <w:rPr>
          <w:b w:val="0"/>
          <w:i w:val="0"/>
        </w:rPr>
        <w:t>Debbie cười và nói thêm, “Tôi nghĩ mô hình sẽ mất đi điều gì đó nếu nó được viết là SECVE hoặc SEDVE!”</w:t>
      </w:r>
    </w:p>
    <w:p>
      <w:pPr>
        <w:spacing w:after="80"/>
      </w:pPr>
      <w:r>
        <w:rPr>
          <w:b w:val="0"/>
          <w:i w:val="0"/>
        </w:rPr>
        <w:t>“Cậu nói đúng!” Jeff cười khúc khích nói.</w:t>
      </w:r>
    </w:p>
    <w:p>
      <w:pPr>
        <w:spacing w:after="80"/>
      </w:pPr>
      <w:r>
        <w:rPr>
          <w:b w:val="0"/>
          <w:i w:val="0"/>
        </w:rPr>
        <w:t>“Vậy tôi nên áp dụng ý tưởng này hằng ngày như thế nào?” Debbie hỏi.</w:t>
      </w:r>
    </w:p>
    <w:p>
      <w:pPr>
        <w:spacing w:after="80"/>
      </w:pPr>
      <w:r>
        <w:rPr>
          <w:b w:val="0"/>
          <w:i w:val="0"/>
        </w:rPr>
        <w:t>“Đây là một khái niệm lớn. Và nó có tác động to lớn đến những gì các nhà lãnh đạo giỏi làm. Để giúp giải thích nó, tôi đã chia nó thành ba thành phần.”</w:t>
      </w:r>
    </w:p>
    <w:p>
      <w:pPr>
        <w:spacing w:after="80"/>
      </w:pPr>
      <w:r>
        <w:rPr>
          <w:b w:val="0"/>
          <w:i w:val="0"/>
        </w:rPr>
        <w:t>“Tôi sẵn sàng rồi,” Debbie nói, chuẩn bị ghi chép.</w:t>
      </w:r>
    </w:p>
    <w:p>
      <w:pPr>
        <w:spacing w:after="80"/>
      </w:pPr>
      <w:r>
        <w:rPr>
          <w:b w:val="0"/>
          <w:i w:val="0"/>
        </w:rPr>
        <w:t>Trước tiên, những nhà lãnh đạo vĩ đại Liên tục Tái tạo ở cấp độ cá nhân—họ tái tạo</w:t>
      </w:r>
      <w:r>
        <w:rPr>
          <w:b/>
          <w:i w:val="0"/>
        </w:rPr>
        <w:t>Bản thân.</w:t>
      </w:r>
      <w:r>
        <w:rPr>
          <w:b w:val="0"/>
          <w:i w:val="0"/>
        </w:rPr>
        <w:t>Họ luôn quan tâm đến những cách nâng cao kiến thức và kỹ năng của chính mình. Những nhà lãnh đạo giỏi nhất là những người học hỏi, luôn cởi mở với thông tin, ý tưởng và sự đào tạo giúp họ làm việc tốt hơn. Các nhà lãnh đạo vĩ đại tìm ra cách học riêng của mình—một số đọc sách, một số xem video, một số nghe sách nói hoặc podcast, một số dành thời gian với người cố vấn—nhưng tất cả họ đều làm bất cứ điều gì cần thiết để tiếp tục học hỏi. Tôi tin điều này là đúng: Nếu bạn ngừng học, bạn sẽ ngừng lãnh đạo.</w:t>
      </w:r>
    </w:p>
    <w:p>
      <w:pPr>
        <w:spacing w:after="80"/>
        <w:ind w:left="360"/>
      </w:pPr>
      <w:r>
        <w:rPr>
          <w:b/>
          <w:i/>
        </w:rPr>
        <w:t>Nếu bạn ngừng học, bạn sẽ ngừng lãnh đạo.</w:t>
      </w:r>
    </w:p>
    <w:p>
      <w:pPr>
        <w:spacing w:after="80"/>
      </w:pPr>
      <w:r>
        <w:rPr>
          <w:b w:val="0"/>
          <w:i w:val="0"/>
        </w:rPr>
        <w:t>Debbie suy nghĩ một lúc. “Tại sao việc học lại quan trọng đến vậy với người lãnh đạo? Có vẻ như một khi bạn biết cách làm công việc của mình, bạn có thể dành thời gian và sự chú ý cho những vấn đề quan trọng hơn.”</w:t>
      </w:r>
    </w:p>
    <w:p>
      <w:pPr>
        <w:spacing w:after="80"/>
      </w:pPr>
      <w:r>
        <w:rPr>
          <w:b w:val="0"/>
          <w:i w:val="0"/>
        </w:rPr>
        <w:t>“Có nhiều lý do. Một là người lãnh đạo phải làm gương cho hành vi mà họ muốn mọi người noi theo. Nếu tôi không nghiêm túc về việc tái tạo cá nhân, bạn có thể chắc rằng phần lớn người của tôi cũng sẽ không nghiêm túc.</w:t>
      </w:r>
    </w:p>
    <w:p>
      <w:pPr>
        <w:spacing w:after="80"/>
      </w:pPr>
      <w:r>
        <w:rPr>
          <w:b w:val="0"/>
          <w:i w:val="0"/>
        </w:rPr>
        <w:t>“Một lý do khác khiến việc học quan trọng là sự sống còn. Tất cả chúng ta phải học cách Liên tục Tái tạo để theo kịp các đối thủ cạnh tranh và tốc độ thay đổi của thế giới.</w:t>
      </w:r>
    </w:p>
    <w:p>
      <w:pPr>
        <w:spacing w:after="80"/>
      </w:pPr>
      <w:r>
        <w:rPr>
          <w:b w:val="0"/>
          <w:i w:val="0"/>
        </w:rPr>
        <w:t>“Tiếp theo là thực tế rằng nhiều câu trả lời từng hiệu quả trong quá khứ thì ngày nay không còn hiệu quả. Chúng ta phải có tư duy mới mẻ, sáng tạo và những ý tưởng mới để chuẩn bị những phản ứng phù hợp trước các thách thức mà tổ chức của chúng ta đang đối mặt.</w:t>
      </w:r>
    </w:p>
    <w:p>
      <w:pPr>
        <w:spacing w:after="80"/>
      </w:pPr>
      <w:r>
        <w:rPr>
          <w:b w:val="0"/>
          <w:i w:val="0"/>
        </w:rPr>
        <w:t>“Và cuối cùng,” Jeff nói, “nếu tất cả những điều đó vẫn chưa đủ, tôi tin rằng tái tạo cá nhân nên là một trong những ưu tiên cao nhất của người lãnh đạo vì chúng ta có trách nhiệm quản lý để phát huy tối đa những tài năng trời ban. Chúng ta chỉ có thể làm điều đó khi liên tục học hỏi và phát triển. Đó là một cách chúng ta tận dụng điểm mạnh của mình, như chúng ta đã thảo luận trong buổi gặp trước.”</w:t>
      </w:r>
    </w:p>
    <w:p>
      <w:pPr>
        <w:spacing w:after="80"/>
      </w:pPr>
      <w:r>
        <w:rPr>
          <w:b w:val="0"/>
          <w:i w:val="0"/>
        </w:rPr>
        <w:t>“Được rồi,” Debbie mỉm cười nói, “anh đã thuyết phục được tôi.”</w:t>
      </w:r>
    </w:p>
    <w:p>
      <w:pPr>
        <w:spacing w:after="80"/>
      </w:pPr>
      <w:r>
        <w:rPr>
          <w:b w:val="0"/>
          <w:i w:val="0"/>
        </w:rPr>
        <w:t xml:space="preserve">“Phần thứ hai của Tái tạo Liên tục (Reinventing Continuously) áp dụng cho </w:t>
      </w:r>
      <w:r>
        <w:rPr>
          <w:b/>
          <w:i w:val="0"/>
        </w:rPr>
        <w:t>Hệ thống</w:t>
      </w:r>
      <w:r>
        <w:rPr>
          <w:b w:val="0"/>
          <w:i w:val="0"/>
        </w:rPr>
        <w:t xml:space="preserve"> và quy trình làm việc. Những nhà lãnh đạo giỏi luôn tìm kiếm câu trả lời cho những câu hỏi như: Làm thế nào chúng ta có thể làm công việc tốt hơn? Làm thế nào chúng ta có thể làm việc với ít sai sót hơn? Làm thế nào chúng ta có thể làm nhanh hơn? Làm thế nào chúng ta có thể làm với chi phí thấp hơn? Người lãnh đạo phải nỗ lực truyền cho những người thực hiện công việc hằng ngày mong muốn cải tiến. Người lãnh đạo có thể cổ vũ cho mục tiêu này, nhưng chính mọi người mới là người biến nó thành hiện thực—hoặc không.”</w:t>
      </w:r>
    </w:p>
    <w:p>
      <w:pPr>
        <w:spacing w:after="80"/>
      </w:pPr>
      <w:r>
        <w:rPr>
          <w:b w:val="0"/>
          <w:i w:val="0"/>
        </w:rPr>
        <w:t>“Nhóm của chúng ta cần đặt những câu hỏi đó,” Debbie nhận xét. “Kết quả của chúng ta đã cải thiện đôi chút trong những tháng gần đây, nhưng vẫn chưa gần đạt đến mức cần thiết.”</w:t>
      </w:r>
    </w:p>
    <w:p>
      <w:pPr>
        <w:spacing w:after="80"/>
      </w:pPr>
      <w:r>
        <w:rPr>
          <w:b w:val="0"/>
          <w:i w:val="0"/>
        </w:rPr>
        <w:t>“Tôi nghĩ những câu hỏi này, và những câu hỏi tương tự, sẽ hỗ trợ tốt cho nhóm của chị trong quá trình lập kế hoạch,” Jeff nói. “Hãy nhớ rằng với tư cách là một nhà lãnh đạo, chị muốn hỏi những câu hỏi này mọi lúc.”</w:t>
      </w:r>
    </w:p>
    <w:p>
      <w:pPr>
        <w:spacing w:after="80"/>
      </w:pPr>
      <w:r>
        <w:rPr>
          <w:b w:val="0"/>
          <w:i w:val="0"/>
        </w:rPr>
        <w:t xml:space="preserve">“Phần thứ ba của Tái tạo Liên tục là </w:t>
      </w:r>
      <w:r>
        <w:rPr>
          <w:b/>
          <w:i w:val="0"/>
        </w:rPr>
        <w:t>Cấu trúc</w:t>
      </w:r>
      <w:r>
        <w:rPr>
          <w:b w:val="0"/>
          <w:i w:val="0"/>
        </w:rPr>
        <w:t>,” Jeff tiếp tục. “Nhiều người cho rằng cấu trúc tổ chức là cố định hoặc lâu dài. Trong nhiều trường hợp, cấu trúc tổ chức không còn phục vụ doanh nghiệp nữa—mà con người đang phục vụ cấu trúc. Những nhà lãnh đạo giỏi không thay đổi cấu trúc chỉ để có việc mà làm. Tuy nhiên, họ hiểu rằng cấu trúc tổ chức của mình nên linh hoạt và uyển chuyển. Những nhà lãnh đạo kém thành thạo hơn có xu hướng để cấu trúc chi phối các quyết định của mình thay vì điều chỉnh cấu trúc để đáp ứng những đòi hỏi luôn thay đổi của doanh nghiệp.”</w:t>
      </w:r>
    </w:p>
    <w:p>
      <w:pPr>
        <w:spacing w:after="80"/>
      </w:pPr>
      <w:r>
        <w:rPr>
          <w:b w:val="0"/>
          <w:i w:val="0"/>
        </w:rPr>
        <w:t>“Tái tạo Liên tục là một khái niệm lớn,” Debbie thừa nhận. “Tôi nghĩ tôi còn rất nhiều việc phải làm về điều này.”</w:t>
      </w:r>
    </w:p>
    <w:p>
      <w:pPr>
        <w:spacing w:after="80"/>
      </w:pPr>
      <w:r>
        <w:rPr>
          <w:b w:val="0"/>
          <w:i w:val="0"/>
        </w:rPr>
        <w:t>“Chị đã bắt đầu rồi. Chị đang thực hiện kế hoạch phát triển của mình—đó là tái tạo bản thân. Chị đang hỏi nhóm của mình làm thế nào để thay đổi quy trình làm việc nhằm cải thiện hiệu quả—đó là tái tạo hệ thống. Và cuối cùng, chị đã tái lập nhóm vì chị cảm thấy điều đó sẽ mang lại một cấu trúc tốt hơn để hoàn thành những gì cần làm. Tôi nghĩ chị đang đi đúng hướng!”</w:t>
      </w:r>
    </w:p>
    <w:p>
      <w:pPr>
        <w:spacing w:after="80"/>
      </w:pPr>
      <w:r>
        <w:rPr>
          <w:b w:val="0"/>
          <w:i w:val="0"/>
        </w:rPr>
        <w:t>“Tôi trân trọng sự tín nhiệm của anh,” Debbie nói. “Tôi đang cố gắng. Anh có câu hỏi nào để tôi suy nghĩ về chủ đề này không?”</w:t>
      </w:r>
    </w:p>
    <w:p>
      <w:pPr>
        <w:spacing w:after="80"/>
      </w:pPr>
      <w:r>
        <w:rPr>
          <w:b w:val="0"/>
          <w:i w:val="0"/>
        </w:rPr>
        <w:t>“Dĩ nhiên rồi. Đây là một vài câu hỏi:</w:t>
      </w:r>
    </w:p>
    <w:p>
      <w:pPr>
        <w:spacing w:after="80"/>
        <w:ind w:left="360"/>
      </w:pPr>
      <w:r>
        <w:rPr>
          <w:b w:val="0"/>
          <w:i/>
        </w:rPr>
        <w:t>Ai là những người cố vấn (mentor) của em—ngoài anh ra?</w:t>
      </w:r>
    </w:p>
    <w:p>
      <w:pPr>
        <w:spacing w:after="80"/>
        <w:ind w:left="360"/>
      </w:pPr>
      <w:r>
        <w:rPr>
          <w:b w:val="0"/>
          <w:i/>
        </w:rPr>
        <w:t>Em đang đọc gì?</w:t>
      </w:r>
    </w:p>
    <w:p>
      <w:pPr>
        <w:spacing w:after="80"/>
        <w:ind w:left="360"/>
      </w:pPr>
      <w:r>
        <w:rPr>
          <w:b w:val="0"/>
          <w:i/>
        </w:rPr>
        <w:t>Em đang nghe podcast nào?</w:t>
      </w:r>
    </w:p>
    <w:p>
      <w:pPr>
        <w:spacing w:after="80"/>
        <w:ind w:left="360"/>
      </w:pPr>
      <w:r>
        <w:rPr>
          <w:b w:val="0"/>
          <w:i/>
        </w:rPr>
        <w:t>Em học được gì từ những gì em đọc và nghe?</w:t>
      </w:r>
    </w:p>
    <w:p>
      <w:pPr>
        <w:spacing w:after="80"/>
        <w:ind w:left="360"/>
      </w:pPr>
      <w:r>
        <w:rPr>
          <w:b w:val="0"/>
          <w:i/>
        </w:rPr>
        <w:t>Những hệ thống hoặc quy trình làm việc nào trong lĩnh vực em chịu trách nhiệm cần được thay đổi để nâng cao hiệu quả?</w:t>
      </w:r>
    </w:p>
    <w:p>
      <w:pPr>
        <w:spacing w:after="80"/>
        <w:ind w:left="360"/>
      </w:pPr>
      <w:r>
        <w:rPr>
          <w:b w:val="0"/>
          <w:i/>
        </w:rPr>
        <w:t>Các lĩnh vực dưới sự lãnh đạo của em có thể được cấu trúc khác đi như thế nào để nâng cao hiệu quả?</w:t>
      </w:r>
    </w:p>
    <w:p>
      <w:pPr>
        <w:spacing w:after="80"/>
      </w:pPr>
      <w:r>
        <w:rPr>
          <w:b w:val="0"/>
          <w:i w:val="0"/>
        </w:rPr>
        <w:t>“Cảm ơn anh Jeff,” Debbie nói khi cô ghi xong các câu hỏi. “Những nhận xét và sự động viên của anh có ý nghĩa với em nhiều hơn anh từng biết. Như mọi khi, em rất mong chờ buổi gặp tiếp theo của chúng ta.”</w:t>
      </w:r>
    </w:p>
    <w:p>
      <w:pPr>
        <w:jc w:val="center"/>
      </w:pPr>
      <w:r>
        <w:drawing>
          <wp:inline xmlns:a="http://schemas.openxmlformats.org/drawingml/2006/main" xmlns:pic="http://schemas.openxmlformats.org/drawingml/2006/picture">
            <wp:extent cx="952500" cy="1524000"/>
            <wp:docPr id="31" name="Picture 31"/>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Thành công là gì?</w:t>
      </w:r>
    </w:p>
    <w:p>
      <w:pPr>
        <w:spacing w:after="80"/>
      </w:pPr>
      <w:r>
        <w:rPr>
          <w:b w:val="0"/>
          <w:i w:val="0"/>
        </w:rPr>
        <w:t>Trở lại văn phòng, có thể thấy rõ qua những nụ cười, tiếng cười và những lời trêu đùa rằng tinh thần đang đi lên. Debbie hy vọng hiệu suất cũng sẽ theo sau. Dạo này cô sắp xếp thời gian khác hẳn. Thay vì làm một “lính cứu hỏa” toàn thời gian, cô dành nhiều thời gian hơn để lắng nghe và chủ động tìm cách phục vụ nhóm của mình. Cô giao việc thường xuyên hơn, điều đó cho cô thêm thời gian để nghĩ về tương lai. Cô chủ động tìm kiếm nhân tài thay vì chỉ ngồi chờ HR gửi người đến cho đủ chỗ. Cô đầu tư nhiều thời gian hơn vào quy trình phỏng vấn và có chủ đích chạm đến cả trái tim lẫn khối óc của mọi người.</w:t>
      </w:r>
    </w:p>
    <w:p>
      <w:pPr>
        <w:spacing w:after="80"/>
      </w:pPr>
      <w:r>
        <w:rPr>
          <w:b w:val="0"/>
          <w:i w:val="0"/>
        </w:rPr>
        <w:t>Đôi khi, mọi thứ tưởng như quá sức. Nhưng trong thâm tâm, Debbie biết cô đang đặt nền móng cho những điều lớn lao và tốt đẹp hơn.</w:t>
      </w:r>
    </w:p>
    <w:p>
      <w:pPr>
        <w:spacing w:after="80"/>
      </w:pPr>
      <w:r>
        <w:rPr>
          <w:b w:val="0"/>
          <w:i w:val="0"/>
        </w:rPr>
        <w:t>Khi chuẩn bị cho cuộc họp nhóm sắp tới, cô thực sự muốn lôi cuốn cả nhóm vào việc Liên tục Đổi mới (Reinventing Continuously). Vì vậy, cô gửi một email.</w:t>
      </w:r>
    </w:p>
    <w:p>
      <w:pPr>
        <w:spacing w:after="80"/>
        <w:ind w:left="360"/>
      </w:pPr>
      <w:r>
        <w:rPr>
          <w:b w:val="0"/>
          <w:i w:val="0"/>
        </w:rPr>
        <w:t>Gửi đến: Nhóm 7</w:t>
      </w:r>
    </w:p>
    <w:p>
      <w:pPr>
        <w:spacing w:after="80"/>
        <w:ind w:left="360"/>
      </w:pPr>
      <w:r>
        <w:rPr>
          <w:b w:val="0"/>
          <w:i w:val="0"/>
        </w:rPr>
        <w:t>Từ: Debbie</w:t>
      </w:r>
    </w:p>
    <w:p>
      <w:pPr>
        <w:spacing w:after="80"/>
        <w:ind w:left="360"/>
      </w:pPr>
      <w:r>
        <w:rPr>
          <w:b w:val="0"/>
          <w:i w:val="0"/>
        </w:rPr>
        <w:t>Chủ đề: Cuộc họp sắp tới</w:t>
      </w:r>
    </w:p>
    <w:p>
      <w:pPr>
        <w:spacing w:after="80"/>
        <w:ind w:left="360"/>
      </w:pPr>
      <w:r>
        <w:rPr>
          <w:b w:val="0"/>
          <w:i w:val="0"/>
        </w:rPr>
        <w:t>Ngày: 1 tháng 3</w:t>
      </w:r>
    </w:p>
    <w:p>
      <w:pPr>
        <w:spacing w:after="80"/>
        <w:ind w:left="360"/>
      </w:pPr>
      <w:r>
        <w:rPr>
          <w:b w:val="0"/>
          <w:i w:val="0"/>
        </w:rPr>
        <w:t>Hành động yêu cầu: Xem bên dưới</w:t>
      </w:r>
    </w:p>
    <w:p>
      <w:pPr>
        <w:spacing w:after="80"/>
        <w:ind w:left="360"/>
      </w:pPr>
      <w:r>
        <w:rPr>
          <w:b w:val="0"/>
          <w:i w:val="0"/>
        </w:rPr>
        <w:t>Khi chuẩn bị cho buổi họp nhóm sắp tới, hãy cố gắng xác định ít nhất một việc mà hiện tại bộ phận chúng ta đang làm mà bạn tin rằng chúng ta có thể loại bỏ mà ít hoặc không gây hậu quả xấu. Nếu chúng ta muốn hoàn thành tất cả những gì đã thảo luận trong buổi họp lần trước, chúng ta phải loại bỏ bất cứ điều gì không mang lại giá trị đáng kể cho khách hàng, cho nhóm, hoặc cho tổ chức của chúng ta. Tôi rất mong được nghe ý kiến của các bạn!</w:t>
      </w:r>
    </w:p>
    <w:p>
      <w:pPr>
        <w:spacing w:after="80"/>
      </w:pPr>
      <w:r>
        <w:rPr>
          <w:b w:val="0"/>
          <w:i/>
        </w:rPr>
        <w:t>Điều này hẳn sẽ làm cho guồng quay tái đổi mới bắt đầu chuyển động</w:t>
      </w:r>
      <w:r>
        <w:rPr>
          <w:b w:val="0"/>
          <w:i w:val="0"/>
        </w:rPr>
        <w:t>, cô nghĩ. Và nó đã diễn ra đúng như vậy.</w:t>
      </w:r>
    </w:p>
    <w:p>
      <w:pPr>
        <w:jc w:val="center"/>
      </w:pPr>
      <w:r>
        <w:drawing>
          <wp:inline xmlns:a="http://schemas.openxmlformats.org/drawingml/2006/main" xmlns:pic="http://schemas.openxmlformats.org/drawingml/2006/picture">
            <wp:extent cx="952500" cy="447675"/>
            <wp:docPr id="32" name="Picture 32"/>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Debbie bắt đầu buổi họp bằng cách giới thiệu ý tưởng Tái tạo liên tục (Reinventing Continuously). Cô thách thức cả nhóm bắt tay ngay vào việc loại bỏ những công việc đã giảm dần giá trị. Cô cam kết nỗ lực hết mình để giúp họ cải tiến quy trình làm việc, làm cho mọi việc tốt hơn, nhanh hơn và tốn ít chi phí hơn cho tổ chức. Debbie giải thích rằng dù không phải mọi ý tưởng đều có thể được áp dụng, cô chắc chắn tổ chức sẽ được hưởng lợi từ trí tuệ tập thể của họ.</w:t>
      </w:r>
    </w:p>
    <w:p>
      <w:pPr>
        <w:spacing w:after="80"/>
      </w:pPr>
      <w:r>
        <w:rPr>
          <w:b w:val="0"/>
          <w:i w:val="0"/>
        </w:rPr>
        <w:t>Lúc đầu, các thành viên trong nhóm còn ngần ngại chia sẻ vì họ vẫn nghi ngờ động cơ của Debbie. Nhưng dần dần, người này tiếp người kia bắt đầu đưa ra ý tưởng. Glenda đề nghị loại bỏ một trong những báo cáo hàng tháng mà cô phải làm. Cô nói cô không chắc có bao nhiêu người sử dụng nó, hơn nữa mọi người đều có thể truy cập thông tin đó trên mạng nội bộ (intranet) của công ty. Khi Debbie hỏi cả nhóm nghĩ sao, mọi người đều đồng ý. Hầu hết không dùng báo cáo đó, còn số ít có dùng thì nói họ chưa từng nghĩ đến việc dữ liệu đã có sẵn trên mạng của công ty.</w:t>
      </w:r>
    </w:p>
    <w:p>
      <w:pPr>
        <w:spacing w:after="80"/>
      </w:pPr>
      <w:r>
        <w:rPr>
          <w:b w:val="0"/>
          <w:i w:val="0"/>
        </w:rPr>
        <w:t>Tiếp theo, họ chuyển sang thảo luận về những gì họ có thể muốn tái tạo trong năm mới. Debbie lấy một tờ giấy flip chart còn trắng treo lên tường. “Đây là hiện trạng kế hoạch cho năm tới của chúng ta,” cô nói.</w:t>
      </w:r>
    </w:p>
    <w:p>
      <w:pPr>
        <w:spacing w:after="80"/>
      </w:pPr>
      <w:r>
        <w:rPr>
          <w:b w:val="0"/>
          <w:i w:val="0"/>
        </w:rPr>
        <w:t>Charles nhận xét: “Nó trống trơn.”</w:t>
      </w:r>
    </w:p>
    <w:p>
      <w:pPr>
        <w:spacing w:after="80"/>
      </w:pPr>
      <w:r>
        <w:rPr>
          <w:b w:val="0"/>
          <w:i w:val="0"/>
        </w:rPr>
        <w:t>“Đúng vậy, và đó chính là ý nghĩa cốt lõi! Chúng ta được tạo ra một kế hoạch giúp chúng ta đạt mục tiêu tạo ra những người hâm mộ cuồng nhiệt ở đội ngũ bán hàng và khách hàng—bắt đầu từ một tờ giấy trắng.”</w:t>
      </w:r>
    </w:p>
    <w:p>
      <w:pPr>
        <w:spacing w:after="80"/>
      </w:pPr>
      <w:r>
        <w:rPr>
          <w:b w:val="0"/>
          <w:i w:val="0"/>
        </w:rPr>
        <w:t>Điều đó dẫn đến một cuộc tranh luận rất hiệu quả về mục tiêu, chiến lược và chiến thuật. Câu hỏi dường như tiếp thêm nhiều năng lượng nhất là: “Chúng ta sẽ cần làm gì khác đi để cải thiện đáng kể dịch vụ của mình trong năm tới?”</w:t>
      </w:r>
    </w:p>
    <w:p>
      <w:pPr>
        <w:jc w:val="center"/>
      </w:pPr>
      <w:r>
        <w:drawing>
          <wp:inline xmlns:a="http://schemas.openxmlformats.org/drawingml/2006/main" xmlns:pic="http://schemas.openxmlformats.org/drawingml/2006/picture">
            <wp:extent cx="952500" cy="447675"/>
            <wp:docPr id="33" name="Picture 33"/>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Debbie chưa kịp nhận ra thì đã lại đến giờ gặp Jeff. Cô háo hức muốn kể cho anh nghe cách nhóm của cô đã bắt đầu đổi mới công việc bằng việc loại bỏ những điều không tạo ra giá trị. Cô cũng muốn kể cho anh nghe về Jill, người sẽ tham gia nhóm của cô trong vài ngày tới.</w:t>
      </w:r>
    </w:p>
    <w:p>
      <w:pPr>
        <w:spacing w:after="80"/>
      </w:pPr>
      <w:r>
        <w:rPr>
          <w:b w:val="0"/>
          <w:i w:val="0"/>
        </w:rPr>
        <w:t>Khi Debbie đến văn phòng của Jeff, anh ấy đang nhìn chằm chằm vào máy tính xách tay, trầm ngâm suy nghĩ.</w:t>
      </w:r>
    </w:p>
    <w:p>
      <w:pPr>
        <w:spacing w:after="80"/>
      </w:pPr>
      <w:r>
        <w:rPr>
          <w:b w:val="0"/>
          <w:i w:val="0"/>
        </w:rPr>
        <w:t>“Sáng nay anh đang làm gì vậy?” Debbie mỉm cười hỏi.</w:t>
      </w:r>
    </w:p>
    <w:p>
      <w:pPr>
        <w:spacing w:after="80"/>
      </w:pPr>
      <w:r>
        <w:rPr>
          <w:b w:val="0"/>
          <w:i w:val="0"/>
        </w:rPr>
        <w:t>“Tôi chỉ đang cố theo dõi hiệu suất của các đơn vị khác nhau,” Jeff nói. “Tôi nhận thấy hiệu suất nhóm của cô đã được cải thiện.”</w:t>
      </w:r>
    </w:p>
    <w:p>
      <w:pPr>
        <w:spacing w:after="80"/>
      </w:pPr>
      <w:r>
        <w:rPr>
          <w:b w:val="0"/>
          <w:i w:val="0"/>
        </w:rPr>
        <w:t>“Vâng, nhưng chúng tôi vẫn còn một chặng đường dài phía trước.”</w:t>
      </w:r>
    </w:p>
    <w:p>
      <w:pPr>
        <w:spacing w:after="80"/>
      </w:pPr>
      <w:r>
        <w:rPr>
          <w:b w:val="0"/>
          <w:i w:val="0"/>
        </w:rPr>
        <w:t>“Chúc mừng tiến bộ của cô. Tôi nghĩ điều đó rất ăn khớp với những gì chúng ta sẽ trao đổi hôm nay.”</w:t>
      </w:r>
    </w:p>
    <w:p>
      <w:pPr>
        <w:spacing w:after="80"/>
      </w:pPr>
      <w:r>
        <w:rPr>
          <w:b w:val="0"/>
          <w:i w:val="0"/>
        </w:rPr>
        <w:t xml:space="preserve">“Chúng ta sẽ đề cập đến chữ </w:t>
      </w:r>
      <w:r>
        <w:rPr>
          <w:b w:val="0"/>
          <w:i/>
        </w:rPr>
        <w:t>V</w:t>
      </w:r>
      <w:r>
        <w:rPr>
          <w:b w:val="0"/>
          <w:i w:val="0"/>
        </w:rPr>
        <w:t xml:space="preserve"> phải không?” Debbie hỏi.</w:t>
      </w:r>
    </w:p>
    <w:p>
      <w:pPr>
        <w:spacing w:after="80"/>
      </w:pPr>
      <w:r>
        <w:rPr>
          <w:b w:val="0"/>
          <w:i w:val="0"/>
        </w:rPr>
        <w:t>“Đúng vậy. Hôm nay chúng ta sẽ nói về thành công.”</w:t>
      </w:r>
    </w:p>
    <w:p>
      <w:pPr>
        <w:spacing w:after="80"/>
      </w:pPr>
      <w:r>
        <w:rPr>
          <w:b w:val="0"/>
          <w:i w:val="0"/>
        </w:rPr>
        <w:t>“Thành công?” Debbie trông bối rối. “Giúp tôi kết nối thành công với một chữ</w:t>
      </w:r>
      <w:r>
        <w:rPr>
          <w:b w:val="0"/>
          <w:i/>
        </w:rPr>
        <w:t>V</w:t>
      </w:r>
      <w:r>
        <w:rPr>
          <w:b w:val="0"/>
          <w:i w:val="0"/>
        </w:rPr>
        <w:t>.”</w:t>
      </w:r>
    </w:p>
    <w:p>
      <w:pPr>
        <w:spacing w:after="80"/>
      </w:pPr>
      <w:r>
        <w:rPr>
          <w:b w:val="0"/>
          <w:i w:val="0"/>
        </w:rPr>
        <w:t>“Ngày nay, nhiều người bối rối về việc thành công là gì. Điều này thường bắt nguồn từ việc ai cũng muốn thấy lợi nhuận hàng quý. Đừng hiểu lầm tôi—lợi nhuận thực sự rất cần thiết. Nhưng tôi nghĩ thành công còn nhiều hơn thế.”</w:t>
      </w:r>
    </w:p>
    <w:p>
      <w:pPr>
        <w:spacing w:after="80"/>
      </w:pPr>
      <w:r>
        <w:rPr>
          <w:b w:val="0"/>
          <w:i w:val="0"/>
        </w:rPr>
        <w:t>“Lợi nhuận và thành công thì có liên quan gì đến chữ</w:t>
      </w:r>
      <w:r>
        <w:rPr>
          <w:b w:val="0"/>
          <w:i/>
        </w:rPr>
        <w:t>V</w:t>
      </w:r>
      <w:r>
        <w:rPr>
          <w:b w:val="0"/>
          <w:i w:val="0"/>
        </w:rPr>
        <w:t>?”</w:t>
      </w:r>
    </w:p>
    <w:p>
      <w:pPr>
        <w:spacing w:after="80"/>
      </w:pPr>
      <w:r>
        <w:rPr>
          <w:b w:val="0"/>
          <w:i w:val="0"/>
        </w:rPr>
        <w:t>Jeff quay lại và viết lên bảng trắng.</w:t>
      </w:r>
    </w:p>
    <w:p>
      <w:pPr>
        <w:jc w:val="center"/>
      </w:pPr>
      <w:r>
        <w:drawing>
          <wp:inline xmlns:a="http://schemas.openxmlformats.org/drawingml/2006/main" xmlns:pic="http://schemas.openxmlformats.org/drawingml/2006/picture">
            <wp:extent cx="5486400" cy="3968496"/>
            <wp:docPr id="34" name="Picture 34"/>
            <wp:cNvGraphicFramePr>
              <a:graphicFrameLocks noChangeAspect="1"/>
            </wp:cNvGraphicFramePr>
            <a:graphic>
              <a:graphicData uri="http://schemas.openxmlformats.org/drawingml/2006/picture">
                <pic:pic>
                  <pic:nvPicPr>
                    <pic:cNvPr id="0" name="f0085-01.jpg"/>
                    <pic:cNvPicPr/>
                  </pic:nvPicPr>
                  <pic:blipFill>
                    <a:blip r:embed="rId19"/>
                    <a:stretch>
                      <a:fillRect/>
                    </a:stretch>
                  </pic:blipFill>
                  <pic:spPr>
                    <a:xfrm>
                      <a:off x="0" y="0"/>
                      <a:ext cx="5486400" cy="3968496"/>
                    </a:xfrm>
                    <a:prstGeom prst="rect"/>
                  </pic:spPr>
                </pic:pic>
              </a:graphicData>
            </a:graphic>
          </wp:inline>
        </w:drawing>
      </w:r>
    </w:p>
    <w:p>
      <w:pPr>
        <w:spacing w:after="80"/>
      </w:pPr>
      <w:r>
        <w:rPr>
          <w:b w:val="0"/>
          <w:i w:val="0"/>
        </w:rPr>
        <w:t>“Chữ</w:t>
      </w:r>
      <w:r>
        <w:rPr>
          <w:b w:val="0"/>
          <w:i/>
        </w:rPr>
        <w:t>V</w:t>
      </w:r>
      <w:r>
        <w:rPr>
          <w:b w:val="0"/>
          <w:i w:val="0"/>
        </w:rPr>
        <w:t xml:space="preserve"> là viết tắt của</w:t>
      </w:r>
      <w:r>
        <w:rPr>
          <w:b/>
          <w:i w:val="0"/>
        </w:rPr>
        <w:t>Coi trọng Kết quả và Mối quan hệ (Value Results and Relationships)</w:t>
      </w:r>
      <w:r>
        <w:rPr>
          <w:b w:val="0"/>
          <w:i w:val="0"/>
        </w:rPr>
        <w:t>,” ông giải thích. “Những nhà lãnh đạo vĩ đại—những người lãnh đạo ở cấp độ cao hơn—làm được cả hai. Cả hai đều quan trọng cho thành công lâu dài. Không phải là hoặc cái này hoặc cái kia, mà là cả hai. Trong một thời gian quá dài, nhiều nhà lãnh đạo đã cảm thấy họ phải chọn. Quá nhiều lãnh đạo doanh nghiệp đã nói tất cả chỉ là kết quả. Trên thực tế, có hai bài kiểm tra dành cho một nhà lãnh đạo: Họ có đạt được kết quả không? Và họ có người đi theo không? Nhân tiện, nếu bạn không có người đi theo, rất khó để có được kết quả lâu dài.</w:t>
      </w:r>
    </w:p>
    <w:p>
      <w:pPr>
        <w:spacing w:after="80"/>
      </w:pPr>
      <w:r>
        <w:rPr>
          <w:b w:val="0"/>
          <w:i w:val="0"/>
        </w:rPr>
        <w:t>“Cách để tối đa hóa kết quả của bạn với tư cách là một nhà lãnh đạo là đặt kỳ vọng cao cho</w:t>
      </w:r>
      <w:r>
        <w:rPr>
          <w:b w:val="0"/>
          <w:i/>
        </w:rPr>
        <w:t>cả</w:t>
      </w:r>
      <w:r>
        <w:rPr>
          <w:b w:val="0"/>
          <w:i w:val="0"/>
        </w:rPr>
        <w:t>kết quả</w:t>
      </w:r>
      <w:r>
        <w:rPr>
          <w:b w:val="0"/>
          <w:i/>
        </w:rPr>
        <w:t>lẫn</w:t>
      </w:r>
      <w:r>
        <w:rPr>
          <w:b w:val="0"/>
          <w:i w:val="0"/>
        </w:rPr>
        <w:t>mối quan hệ. Nếu chúng ta có thể chăm sóc khách hàng và tạo ra một môi trường làm việc tạo động lực cho nhân viên của mình, thì lợi nhuận và sức mạnh tài chính chính là tràng pháo tay chúng ta nhận được khi hoàn thành tốt công việc. Bạn thấy đấy, thành công là cả kết quả lẫn mối quan hệ. Đó là một công thức đã được chứng minh.”</w:t>
      </w:r>
    </w:p>
    <w:p>
      <w:pPr>
        <w:spacing w:after="80"/>
      </w:pPr>
      <w:r>
        <w:rPr>
          <w:b w:val="0"/>
          <w:i w:val="0"/>
        </w:rPr>
        <w:t>Debbie gật đầu. Điều đó nghe rất hợp lý với cô.</w:t>
      </w:r>
    </w:p>
    <w:p>
      <w:pPr>
        <w:spacing w:after="80"/>
      </w:pPr>
      <w:r>
        <w:rPr>
          <w:b w:val="0"/>
          <w:i w:val="0"/>
        </w:rPr>
        <w:t>“Debbie, ở buổi gặp đầu tiên chúng ta đã nói về trải nghiệm bóng chuyền thời đại học của bạn. Theo tôi nhớ, đội của bạn thực sự rất giỏi.”</w:t>
      </w:r>
    </w:p>
    <w:p>
      <w:pPr>
        <w:spacing w:after="80"/>
        <w:ind w:left="360"/>
      </w:pPr>
      <w:r>
        <w:rPr>
          <w:b/>
          <w:i/>
        </w:rPr>
        <w:t>Lợi nhuận và sức mạnh tài chính là tràng pháo tay chúng ta nhận được khi hoàn thành tốt công việc.</w:t>
      </w:r>
    </w:p>
    <w:p>
      <w:pPr>
        <w:spacing w:after="80"/>
      </w:pPr>
      <w:r>
        <w:rPr>
          <w:b w:val="0"/>
          <w:i w:val="0"/>
        </w:rPr>
        <w:t>“Vâng, chúng tôi đã hai lần lọt vào giải đấu toàn quốc.”</w:t>
      </w:r>
    </w:p>
    <w:p>
      <w:pPr>
        <w:spacing w:after="80"/>
      </w:pPr>
      <w:r>
        <w:rPr>
          <w:b w:val="0"/>
          <w:i w:val="0"/>
        </w:rPr>
        <w:t>Jeff có thể nghe thấy niềm tự hào trong giọng nói của cô ấy. “Huấn luyện viên của bạn là ai?”</w:t>
      </w:r>
    </w:p>
    <w:p>
      <w:pPr>
        <w:spacing w:after="80"/>
      </w:pPr>
      <w:r>
        <w:rPr>
          <w:b w:val="0"/>
          <w:i w:val="0"/>
        </w:rPr>
        <w:t>“Joan Hammond.”</w:t>
      </w:r>
    </w:p>
    <w:p>
      <w:pPr>
        <w:spacing w:after="80"/>
      </w:pPr>
      <w:r>
        <w:rPr>
          <w:b w:val="0"/>
          <w:i w:val="0"/>
        </w:rPr>
        <w:t>“Tôi không biết cô ấy, nhưng tôi cá là tôi có thể kể cho bạn vài điều về cô Hammond. Cô ấy kỳ vọng kết quả, và bạn có mối quan hệ tốt với cô ấy, phải không?”</w:t>
      </w:r>
    </w:p>
    <w:p>
      <w:pPr>
        <w:spacing w:after="80"/>
      </w:pPr>
      <w:r>
        <w:rPr>
          <w:b w:val="0"/>
          <w:i w:val="0"/>
        </w:rPr>
        <w:t>Debbie rạng rỡ. “Bạn nói đúng. Cô ấy rất nghiêm khắc, và chúng tôi biết mình phải tạo ra kết quả. Nhưng chúng tôi cũng rất quý cô ấy.”</w:t>
      </w:r>
    </w:p>
    <w:p>
      <w:pPr>
        <w:spacing w:after="80"/>
      </w:pPr>
      <w:r>
        <w:rPr>
          <w:b w:val="0"/>
          <w:i w:val="0"/>
        </w:rPr>
        <w:t>“Vì đội của bạn rõ ràng đã từng giỏi như vậy, rất có thể cô Hammond là một nhà lãnh đạo xuất sắc. Những nhà lãnh đạo tầm cỡ như cô ấy mang lại cả thử thách lẫn sự hỗ trợ. Họ kỳ vọng kết quả và có mối quan hệ rất tốt với những người họ muốn dẫn dắt.”</w:t>
      </w:r>
    </w:p>
    <w:p>
      <w:pPr>
        <w:spacing w:after="80"/>
      </w:pPr>
      <w:r>
        <w:rPr>
          <w:b w:val="0"/>
          <w:i w:val="0"/>
        </w:rPr>
        <w:t>“Chúng tôi sẽ làm bất cứ điều gì cô ấy yêu cầu. Chúng tôi tin tưởng vào sự lãnh đạo của cô ấy. Nhưng đó chỉ là thể thao. Là một nhà lãnh đạo trong thế giới kinh doanh, làm thế nào để tôi thể hiện rằng mình Coi trọng Kết quả và Mối quan hệ?” Debbie hỏi.</w:t>
      </w:r>
    </w:p>
    <w:p>
      <w:pPr>
        <w:spacing w:after="80"/>
      </w:pPr>
      <w:r>
        <w:rPr>
          <w:b w:val="0"/>
          <w:i w:val="0"/>
        </w:rPr>
        <w:t>“Cũng giống như cách cô Hammond đã làm. Làm sao bạn biết cô ấy coi trọng kết quả?”</w:t>
      </w:r>
    </w:p>
    <w:p>
      <w:pPr>
        <w:spacing w:after="80"/>
      </w:pPr>
      <w:r>
        <w:rPr>
          <w:b w:val="0"/>
          <w:i w:val="0"/>
        </w:rPr>
        <w:t>“Tôi đoán là có rất nhiều cách. Tôi chưa bao giờ thực sự nghĩ về điều đó. Cô ấy có kỳ vọng cao, và chúng tôi có những mục tiêu rõ ràng. Tinh thần trách nhiệm rất cao, và chúng tôi đã làm việc chăm chỉ để giải quyết những vấn đề đang ảnh hưởng tiêu cực đến hiệu suất của mình. Thêm nữa, chúng tôi có những bữa tiệc tuyệt vời để ăn mừng thành công.”</w:t>
      </w:r>
    </w:p>
    <w:p>
      <w:pPr>
        <w:spacing w:after="80"/>
      </w:pPr>
      <w:r>
        <w:rPr>
          <w:b w:val="0"/>
          <w:i w:val="0"/>
        </w:rPr>
        <w:t>“Chính xác! Huấn luyện viên của bạn biết rằng tất cả những điều này đều truyền đạt rõ ràng rằng cô ấy coi trọng kết quả.”</w:t>
      </w:r>
    </w:p>
    <w:p>
      <w:pPr>
        <w:spacing w:after="80"/>
      </w:pPr>
      <w:r>
        <w:rPr>
          <w:b w:val="0"/>
          <w:i w:val="0"/>
        </w:rPr>
        <w:t>“Đó là những điều tôi đã làm ở một mức độ nào đó, nhưng tôi chắc chắn có thể cải thiện ở từng lĩnh vực đó,” Debbie thừa nhận.</w:t>
      </w:r>
    </w:p>
    <w:p>
      <w:pPr>
        <w:spacing w:after="80"/>
      </w:pPr>
      <w:r>
        <w:rPr>
          <w:b w:val="0"/>
          <w:i w:val="0"/>
        </w:rPr>
        <w:t>“Còn về khía cạnh mối quan hệ thì sao? Làm sao bạn biết cô ấy coi trọng các mối quan hệ?”</w:t>
      </w:r>
    </w:p>
    <w:p>
      <w:pPr>
        <w:spacing w:after="80"/>
      </w:pPr>
      <w:r>
        <w:rPr>
          <w:b w:val="0"/>
          <w:i w:val="0"/>
        </w:rPr>
        <w:t>Khi Debbie bắt đầu chia sẻ những suy nghĩ của mình, Jeff viết chúng lên bảng trắng.</w:t>
      </w:r>
    </w:p>
    <w:p>
      <w:pPr>
        <w:spacing w:after="80"/>
      </w:pPr>
      <w:r>
        <w:rPr>
          <w:b w:val="0"/>
          <w:i w:val="0"/>
        </w:rPr>
        <w:t>“Cô Hammond là một người lắng nghe tuyệt vời,” Debbie nhận xét.</w:t>
      </w:r>
    </w:p>
    <w:p>
      <w:pPr>
        <w:spacing w:after="80"/>
      </w:pPr>
      <w:r>
        <w:rPr>
          <w:b w:val="0"/>
          <w:i w:val="0"/>
        </w:rPr>
        <w:t>“Tốt, còn gì nữa không?” Jeff thúc giục.</w:t>
      </w:r>
    </w:p>
    <w:p>
      <w:pPr>
        <w:spacing w:after="80"/>
      </w:pPr>
      <w:r>
        <w:rPr>
          <w:b w:val="0"/>
          <w:i w:val="0"/>
        </w:rPr>
        <w:t>“Cô ấy luôn dường như dành thời gian cho chúng tôi. Cô ấy thực sự quan tâm sâu sắc đến từng người trong chúng tôi như những cá nhân riêng biệt. Cô ấy cũng trân trọng những nỗ lực của chúng tôi.”</w:t>
      </w:r>
    </w:p>
    <w:p>
      <w:pPr>
        <w:spacing w:after="80"/>
      </w:pPr>
      <w:r>
        <w:rPr>
          <w:b w:val="0"/>
          <w:i w:val="0"/>
        </w:rPr>
        <w:t>“Vậy là cô ấy nhấn mạnh vào điều tích cực?” Jeff hỏi.</w:t>
      </w:r>
    </w:p>
    <w:p>
      <w:pPr>
        <w:spacing w:after="80"/>
      </w:pPr>
      <w:r>
        <w:rPr>
          <w:b w:val="0"/>
          <w:i w:val="0"/>
        </w:rPr>
        <w:t>“Đúng vậy. Tôi từng nghe người ta mô tả đó là ‘bắt gặp mọi người đang làm đúng việc’.”</w:t>
      </w:r>
    </w:p>
    <w:p>
      <w:pPr>
        <w:spacing w:after="80"/>
      </w:pPr>
      <w:r>
        <w:rPr>
          <w:b w:val="0"/>
          <w:i w:val="0"/>
        </w:rPr>
        <w:t>“Còn gì nữa không?”</w:t>
      </w:r>
    </w:p>
    <w:p>
      <w:pPr>
        <w:spacing w:after="80"/>
      </w:pPr>
      <w:r>
        <w:rPr>
          <w:b w:val="0"/>
          <w:i w:val="0"/>
        </w:rPr>
        <w:t>“Có lẽ còn nữa, nhưng đó là những điều tôi nghĩ đến ngay lập tức.” Khi Jeff viết xong, họ nhìn vào danh sách của Debbie:</w:t>
      </w:r>
    </w:p>
    <w:p>
      <w:pPr>
        <w:spacing w:after="80"/>
        <w:ind w:left="360"/>
      </w:pPr>
      <w:r>
        <w:t xml:space="preserve">• </w:t>
      </w:r>
      <w:r>
        <w:rPr>
          <w:b w:val="0"/>
          <w:i w:val="0"/>
        </w:rPr>
        <w:t>Lắng nghe</w:t>
      </w:r>
    </w:p>
    <w:p>
      <w:pPr>
        <w:spacing w:after="80"/>
        <w:ind w:left="360"/>
      </w:pPr>
      <w:r>
        <w:t xml:space="preserve">• </w:t>
      </w:r>
      <w:r>
        <w:rPr>
          <w:b w:val="0"/>
          <w:i w:val="0"/>
        </w:rPr>
        <w:t>Dành thời gian</w:t>
      </w:r>
    </w:p>
    <w:p>
      <w:pPr>
        <w:spacing w:after="80"/>
        <w:ind w:left="360"/>
      </w:pPr>
      <w:r>
        <w:t xml:space="preserve">• </w:t>
      </w:r>
      <w:r>
        <w:rPr>
          <w:b w:val="0"/>
          <w:i w:val="0"/>
        </w:rPr>
        <w:t>Quan tâm sâu sắc</w:t>
      </w:r>
    </w:p>
    <w:p>
      <w:pPr>
        <w:spacing w:after="80"/>
        <w:ind w:left="360"/>
      </w:pPr>
      <w:r>
        <w:t xml:space="preserve">• </w:t>
      </w:r>
      <w:r>
        <w:rPr>
          <w:b w:val="0"/>
          <w:i w:val="0"/>
        </w:rPr>
        <w:t>Nhấn mạnh điều tích cực</w:t>
      </w:r>
    </w:p>
    <w:p>
      <w:pPr>
        <w:spacing w:after="80"/>
      </w:pPr>
      <w:r>
        <w:rPr>
          <w:b w:val="0"/>
          <w:i w:val="0"/>
        </w:rPr>
        <w:t>“Đó là một danh sách tốt,” Jeff nói. “Nó có lẽ bao quát những điều cơ bản mà một mối quan hệ tốt đẹp cần có. Tuy nhiên, có một điều quan trọng cần ghi nhớ khi anh nỗ lực xây dựng và nuôi dưỡng những mối quan hệ quan trọng: Dù tất cả chúng ta có nhiều điểm chung, mọi người vẫn khác nhau. Mỗi người có cá tính và khí chất riêng. Việc xây dựng những mối quan hệ ý nghĩa không bao giờ có thể gói gọn trong một danh sách các hoạt động cần làm. Nếu lòng anh ngay thẳng và động cơ của anh chân chính, hầu hết mọi người sẽ gặp anh nửa đường khi thiết lập mối quan hệ. Đó còn là một điều nữa mà anh, với tư cách là một nhà lãnh đạo, phải luôn nhận thức rõ.”</w:t>
      </w:r>
    </w:p>
    <w:p>
      <w:pPr>
        <w:spacing w:after="80"/>
        <w:ind w:left="360"/>
      </w:pPr>
      <w:r>
        <w:rPr>
          <w:b/>
          <w:i/>
        </w:rPr>
        <w:t>“Người ta sẽ không trao cho bạn bàn tay cho đến khi họ có thể nhìn thấy trái tim bạn.”</w:t>
      </w:r>
    </w:p>
    <w:p>
      <w:pPr>
        <w:spacing w:after="80"/>
        <w:ind w:left="360"/>
      </w:pPr>
      <w:r>
        <w:rPr>
          <w:b/>
          <w:i/>
        </w:rPr>
        <w:t>—John Maxwell</w:t>
      </w:r>
    </w:p>
    <w:p>
      <w:pPr>
        <w:spacing w:after="80"/>
      </w:pPr>
      <w:r>
        <w:rPr>
          <w:b w:val="0"/>
          <w:i w:val="0"/>
        </w:rPr>
        <w:t>“Coi trọng các mối quan hệ rất quan trọng,” Jeff tiếp tục. “John Maxwell nói rằng ‘mọi người sẽ không trao cho bạn bàn tay của họ cho đến khi họ có thể thấy trái tim bạn.’ Điều này sẽ đòi hỏi sự chú tâm liên tục của bạn.”</w:t>
      </w:r>
    </w:p>
    <w:p>
      <w:pPr>
        <w:spacing w:after="80"/>
      </w:pPr>
      <w:r>
        <w:rPr>
          <w:b w:val="0"/>
          <w:i w:val="0"/>
        </w:rPr>
        <w:t>“Tôi sẵn sàng cố gắng hết sức mình,” Debbie nói. “Nhưng nếu tôi ở trong tình huống mà coi trọng kết quả lại làm tổn hại các mối quan hệ—hoặc ngược lại thì sao?”</w:t>
      </w:r>
    </w:p>
    <w:p>
      <w:pPr>
        <w:spacing w:after="80"/>
      </w:pPr>
      <w:r>
        <w:rPr>
          <w:b w:val="0"/>
          <w:i w:val="0"/>
        </w:rPr>
        <w:t>“Thường thì có nhiều cách để làm trọn vẹn cả hai,” Jeff trả lời, “nhưng thỉnh thoảng chuyện đó cũng xảy ra. Trong những trường hợp hiếm gặp đó, bạn đưa ra quyết định tốt nhất có thể với thông tin mình có. Bạn học hỏi từ kết quả, và lần sau khi đối mặt với điều tương tự, bạn sẽ khôn ngoan hơn.”</w:t>
      </w:r>
    </w:p>
    <w:p>
      <w:pPr>
        <w:spacing w:after="80"/>
      </w:pPr>
      <w:r>
        <w:rPr>
          <w:b w:val="0"/>
          <w:i w:val="0"/>
        </w:rPr>
        <w:t>Debbie gật đầu trầm ngâm khi ghi chú trên máy tính bảng của cô ấy.</w:t>
      </w:r>
    </w:p>
    <w:p>
      <w:pPr>
        <w:spacing w:after="80"/>
      </w:pPr>
      <w:r>
        <w:rPr>
          <w:b w:val="0"/>
          <w:i w:val="0"/>
        </w:rPr>
        <w:t>“Trong lúc cô đang ghi chép,” Jeff nói, “tôi muốn gợi ý một vài câu hỏi để cô suy nghĩ liên quan đến chủ đề hôm nay:</w:t>
      </w:r>
    </w:p>
    <w:p>
      <w:pPr>
        <w:spacing w:after="80"/>
        <w:ind w:left="360"/>
      </w:pPr>
      <w:r>
        <w:rPr>
          <w:b w:val="0"/>
          <w:i/>
        </w:rPr>
        <w:t>Bạn coi trọng việc đạt được kết quả đến mức nào?</w:t>
      </w:r>
    </w:p>
    <w:p>
      <w:pPr>
        <w:spacing w:after="80"/>
        <w:ind w:left="360"/>
      </w:pPr>
      <w:r>
        <w:rPr>
          <w:b w:val="0"/>
          <w:i/>
        </w:rPr>
        <w:t>Có bao nhiêu nhân viên của bạn sẽ nói rằng bạn đã đầu tư đáng kể vào cuộc sống của họ?</w:t>
      </w:r>
    </w:p>
    <w:p>
      <w:pPr>
        <w:spacing w:after="80"/>
        <w:ind w:left="360"/>
      </w:pPr>
      <w:r>
        <w:rPr>
          <w:b w:val="0"/>
          <w:i/>
        </w:rPr>
        <w:t>Bạn đã thể hiện sự trân trọng đối với những việc làm tốt trong ba mươi ngày qua bằng những cách nào?”</w:t>
      </w:r>
    </w:p>
    <w:p>
      <w:pPr>
        <w:spacing w:after="80"/>
      </w:pPr>
      <w:r>
        <w:rPr>
          <w:b w:val="0"/>
          <w:i w:val="0"/>
        </w:rPr>
        <w:t>Khi cô ghi xong các câu hỏi của Jeff, Debbie nhận ra đã muộn và đứng dậy ra về. “Một lần nữa, Jeff, anh đã mở rộng suy nghĩ của tôi.”</w:t>
      </w:r>
    </w:p>
    <w:p>
      <w:pPr>
        <w:spacing w:after="80"/>
      </w:pPr>
      <w:r>
        <w:rPr>
          <w:b w:val="0"/>
          <w:i w:val="0"/>
        </w:rPr>
        <w:t>“Tôi rất vui! Hãy gọi cho tôi nếu tôi có thể giúp gì cho cô trước buổi gặp tiếp theo của chúng ta.”</w:t>
      </w:r>
    </w:p>
    <w:p>
      <w:pPr>
        <w:jc w:val="center"/>
      </w:pPr>
      <w:r>
        <w:drawing>
          <wp:inline xmlns:a="http://schemas.openxmlformats.org/drawingml/2006/main" xmlns:pic="http://schemas.openxmlformats.org/drawingml/2006/picture">
            <wp:extent cx="952500" cy="1524000"/>
            <wp:docPr id="35" name="Picture 35"/>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Tôi có thể giúp gì?</w:t>
      </w:r>
    </w:p>
    <w:p>
      <w:pPr>
        <w:spacing w:after="80"/>
      </w:pPr>
      <w:r>
        <w:rPr>
          <w:b w:val="0"/>
          <w:i w:val="0"/>
        </w:rPr>
        <w:t>Việc lập kế hoạch giờ đã diễn ra sôi nổi, và mọi người đều tham gia vào quá trình này. Nhóm đã quyết định rằng một số vấn đề về hiệu suất mà họ muốn cải thiện không thể chờ đợi thêm, vì vậy họ đã tổ chức một cuộc họp đặc biệt và xác định những gì họ có thể làm để giải quyết ngay các vấn đề này. Debbie tự hào về họ. Sự chủ động này thật mới mẻ, và ý tưởng cả nhóm cùng giải quyết một vấn đề hiệu suất thật tuyệt vời. Trên hết, hiệu suất vẫn tiếp tục cải thiện.</w:t>
      </w:r>
    </w:p>
    <w:p>
      <w:pPr>
        <w:spacing w:after="80"/>
      </w:pPr>
      <w:r>
        <w:rPr>
          <w:b w:val="0"/>
          <w:i w:val="0"/>
        </w:rPr>
        <w:t>Debbie muốn nhóm của cô biết cô trân trọng những nỗ lực của họ đến mức nào, vì vậy cô quyết định mời cả nhóm đi ăn trưa. Trước đây cô chưa bao giờ làm điều này, nhưng cô cảm thấy đây là việc nên làm. Trong lúc chờ đồ ăn được mang ra, mọi người cùng chia sẻ những kỷ niệm thời thơ ấu yêu thích của mình. Đây là ý tưởng của Jill. Cô ấy nói rằng mình muốn hiểu thêm về các đồng nghiệp nhiều hơn những gì cô thường biết ở chỗ làm. Cô ấy rất có duyên; rõ ràng là cô yêu quý mọi người và mọi người cũng yêu quý cô. Nhận ra điều này, vài ngày sau Debbie lại mời Jill đi ăn trưa.</w:t>
      </w:r>
    </w:p>
    <w:p>
      <w:pPr>
        <w:jc w:val="center"/>
      </w:pPr>
      <w:r>
        <w:drawing>
          <wp:inline xmlns:a="http://schemas.openxmlformats.org/drawingml/2006/main" xmlns:pic="http://schemas.openxmlformats.org/drawingml/2006/picture">
            <wp:extent cx="952500" cy="447675"/>
            <wp:docPr id="36" name="Picture 36"/>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“Cảm ơn bạn đã đi ăn trưa với tôi hôm nay,” Debbie nói.</w:t>
      </w:r>
    </w:p>
    <w:p>
      <w:pPr>
        <w:spacing w:after="80"/>
      </w:pPr>
      <w:r>
        <w:rPr>
          <w:b w:val="0"/>
          <w:i w:val="0"/>
        </w:rPr>
        <w:t>“Rất hân hạnh,” Jill đáp lại một cách ấm áp.</w:t>
      </w:r>
    </w:p>
    <w:p>
      <w:pPr>
        <w:spacing w:after="80"/>
      </w:pPr>
      <w:r>
        <w:rPr>
          <w:b w:val="0"/>
          <w:i w:val="0"/>
        </w:rPr>
        <w:t>“Quá trình chuyển từ thư viện sang môi trường doanh nghiệp Mỹ (corporate America) của bạn dạo này thế nào?”</w:t>
      </w:r>
    </w:p>
    <w:p>
      <w:pPr>
        <w:spacing w:after="80"/>
      </w:pPr>
      <w:r>
        <w:rPr>
          <w:b w:val="0"/>
          <w:i w:val="0"/>
        </w:rPr>
        <w:t>“Mọi việc rất suôn sẻ. Mọi người đều rất tuyệt vời. Tôi thích công việc này, và ánh sáng ở văn phòng mới của tôi cũng tốt hơn nhiều!”</w:t>
      </w:r>
    </w:p>
    <w:p>
      <w:pPr>
        <w:spacing w:after="80"/>
      </w:pPr>
      <w:r>
        <w:rPr>
          <w:b w:val="0"/>
          <w:i w:val="0"/>
        </w:rPr>
        <w:t>Debbie bật cười. “Tôi luôn tự hỏi liệu có phải mình tưởng tượng không, nhưng hầu hết thư viện đối với tôi đều có vẻ hơi tối.”</w:t>
      </w:r>
    </w:p>
    <w:p>
      <w:pPr>
        <w:spacing w:after="80"/>
      </w:pPr>
      <w:r>
        <w:rPr>
          <w:b w:val="0"/>
          <w:i w:val="0"/>
        </w:rPr>
        <w:t>Sau khi họ gọi món trưa, Debbie hỏi: “Có cách nào tôi có thể giúp bạn trong công việc không?”</w:t>
      </w:r>
    </w:p>
    <w:p>
      <w:pPr>
        <w:spacing w:after="80"/>
      </w:pPr>
      <w:r>
        <w:rPr>
          <w:b w:val="0"/>
          <w:i w:val="0"/>
        </w:rPr>
        <w:t>Jill đáp: “Hiện tại tôi chưa nghĩ ra điều gì cả. Tôi chỉ rất cảm kích vì bạn đã mời tôi tham gia nhóm của bạn. Có điều gì tôi có thể làm cho bạn không?”</w:t>
      </w:r>
    </w:p>
    <w:p>
      <w:pPr>
        <w:spacing w:after="80"/>
      </w:pPr>
      <w:r>
        <w:rPr>
          <w:b w:val="0"/>
          <w:i w:val="0"/>
        </w:rPr>
        <w:t>“Vì bạn đã hỏi,” Debbie ngập ngừng nói, “thì có một điều. Tôi nhận thấy bạn đã kết nối ngay lập tức với hầu hết mọi người trong nhóm.”</w:t>
      </w:r>
    </w:p>
    <w:p>
      <w:pPr>
        <w:spacing w:after="80"/>
      </w:pPr>
      <w:r>
        <w:rPr>
          <w:b w:val="0"/>
          <w:i w:val="0"/>
        </w:rPr>
        <w:t>“Vâng, họ là những người tuyệt vời. Tất cả bọn họ đều rất nhiệt tình giúp đỡ.”</w:t>
      </w:r>
    </w:p>
    <w:p>
      <w:pPr>
        <w:spacing w:after="80"/>
      </w:pPr>
      <w:r>
        <w:rPr>
          <w:b w:val="0"/>
          <w:i w:val="0"/>
        </w:rPr>
        <w:t>“Hôm nọ vào bữa trưa, bạn có nói một điều. Bạn nói rằng bạn muốn tìm hiểu về mọi người vượt ra ngoài việc họ là ai ở công ty và họ làm gì ở đó.”</w:t>
      </w:r>
    </w:p>
    <w:p>
      <w:pPr>
        <w:spacing w:after="80"/>
      </w:pPr>
      <w:r>
        <w:rPr>
          <w:b w:val="0"/>
          <w:i w:val="0"/>
        </w:rPr>
        <w:t>“Vâng, tôi nhớ mình đã nói vậy. Có vấn đề gì sao?” Jill hỏi.</w:t>
      </w:r>
    </w:p>
    <w:p>
      <w:pPr>
        <w:spacing w:after="80"/>
      </w:pPr>
      <w:r>
        <w:rPr>
          <w:b w:val="0"/>
          <w:i w:val="0"/>
        </w:rPr>
        <w:t>“Không, không hề. Những gì bạn đang làm rất tuyệt. Tôi đã nhận được góp ý rằng mình cần nỗ lực hơn để giúp mọi người hiểu rằng tôi coi trọng kết quả</w:t>
      </w:r>
      <w:r>
        <w:rPr>
          <w:b w:val="0"/>
          <w:i/>
        </w:rPr>
        <w:t>và</w:t>
      </w:r>
      <w:r>
        <w:rPr>
          <w:b w:val="0"/>
          <w:i w:val="0"/>
        </w:rPr>
        <w:t>các mối quan hệ. Có vẻ như tôi vẫn dồn phần lớn năng lượng vào việc đạt kết quả.”</w:t>
      </w:r>
    </w:p>
    <w:p>
      <w:pPr>
        <w:spacing w:after="80"/>
      </w:pPr>
      <w:r>
        <w:rPr>
          <w:b w:val="0"/>
          <w:i w:val="0"/>
        </w:rPr>
        <w:t>“Vậy tôi có thể giúp gì được?” Jill hỏi.</w:t>
      </w:r>
    </w:p>
    <w:p>
      <w:pPr>
        <w:spacing w:after="80"/>
      </w:pPr>
      <w:r>
        <w:rPr>
          <w:b w:val="0"/>
          <w:i w:val="0"/>
        </w:rPr>
        <w:t>“Tôi không chắc nữa. Bạn có vẻ như có năng khiếu bẩm sinh trong việc kết nối với mọi người. Tôi không có yêu cầu cụ thể nào. Chỉ là—” Debbie ngập ngừng, cố gắng diễn đạt suy nghĩ thành lời. “Nếu bạn có lời khuyên nào cho tôi về kỹ năng xây dựng mối quan hệ, tôi sẽ rất trân trọng sự giúp đỡ của bạn. Tôi cảm thấy tấm lòng mình đặt đúng chỗ. Chỉ là tôi dường như không thể bày tỏ cảm xúc của mình.”</w:t>
      </w:r>
    </w:p>
    <w:p>
      <w:pPr>
        <w:spacing w:after="80"/>
      </w:pPr>
      <w:r>
        <w:rPr>
          <w:b w:val="0"/>
          <w:i w:val="0"/>
        </w:rPr>
        <w:t>Sau khi ngẫm nghĩ về lời đề nghị của Debbie một lúc, Jill nói, “Một nơi tốt để bắt đầu là tìm hiểu về cuộc sống của mọi người bên ngoài công việc. Ước mơ và những khó khăn của họ là gì?</w:t>
      </w:r>
    </w:p>
    <w:p>
      <w:pPr>
        <w:spacing w:after="80"/>
        <w:ind w:left="360"/>
      </w:pPr>
      <w:r>
        <w:rPr>
          <w:b/>
          <w:i/>
        </w:rPr>
        <w:t>Người ta không quan tâm bạn biết nhiều đến đâu, cho đến khi họ biết bạn quan tâm đến họ nhiều thế nào.</w:t>
      </w:r>
    </w:p>
    <w:p>
      <w:pPr>
        <w:spacing w:after="80"/>
      </w:pPr>
      <w:r>
        <w:rPr>
          <w:b w:val="0"/>
          <w:i w:val="0"/>
        </w:rPr>
        <w:t xml:space="preserve">“Ví dụ, vài phút trước bạn hỏi tôi rằng bạn có thể giúp tôi việc gì trong </w:t>
      </w:r>
      <w:r>
        <w:rPr>
          <w:b w:val="0"/>
          <w:i/>
        </w:rPr>
        <w:t>công việc</w:t>
      </w:r>
      <w:r>
        <w:rPr>
          <w:b w:val="0"/>
          <w:i w:val="0"/>
        </w:rPr>
        <w:t xml:space="preserve"> không. Sao không nói, ‘Có việc gì tôi có thể giúp không?’—chấm hết? Biết đâu ai đó cần giúp đỡ ngoài công việc, và nếu bạn hỏi vậy, người đó có thể cho bạn bước vào thế giới của họ. Ai đó đã nói với tôi một điều từ lâu rất có lý: ‘Người ta không quan tâm bạn biết nhiều đến đâu, cho đến khi họ biết bạn quan tâm đến họ nhiều thế nào.’”</w:t>
      </w:r>
    </w:p>
    <w:p>
      <w:pPr>
        <w:jc w:val="center"/>
      </w:pPr>
      <w:r>
        <w:drawing>
          <wp:inline xmlns:a="http://schemas.openxmlformats.org/drawingml/2006/main" xmlns:pic="http://schemas.openxmlformats.org/drawingml/2006/picture">
            <wp:extent cx="952500" cy="447675"/>
            <wp:docPr id="37" name="Picture 37"/>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Trong tuần sau đó, Debbie suy nghĩ về lời khuyên của Jill. Việc quan tâm đến đời sống cá nhân của người khác khiến cô thấy kỳ lạ—không hẳn đúng lắm. Vì vậy, cô quyết định hỏi Jeff về chuyện đó. Cuộc gặp của họ vẫn còn một tuần nữa, nhưng anh ấy đã vài lần gợi ý rằng cô có thể gọi nếu có thắc mắc. Cô đã lên lịch một cuộc điện thoại mười phút với anh ấy vào chiều hôm sau và gọi đúng giờ như kế hoạch.</w:t>
      </w:r>
    </w:p>
    <w:p>
      <w:pPr>
        <w:spacing w:after="80"/>
      </w:pPr>
      <w:r>
        <w:rPr>
          <w:b w:val="0"/>
          <w:i w:val="0"/>
        </w:rPr>
        <w:t>“Chào Jeff, Debbie đây. Tôi có một câu hỏi mà tôi nghĩ bạn có thể giúp tôi.”</w:t>
      </w:r>
    </w:p>
    <w:p>
      <w:pPr>
        <w:spacing w:after="80"/>
      </w:pPr>
      <w:r>
        <w:rPr>
          <w:b w:val="0"/>
          <w:i w:val="0"/>
        </w:rPr>
        <w:t>“Được chứ, đó là gì vậy?” Jeff hỏi.</w:t>
      </w:r>
    </w:p>
    <w:p>
      <w:pPr>
        <w:spacing w:after="80"/>
      </w:pPr>
      <w:r>
        <w:rPr>
          <w:b w:val="0"/>
          <w:i w:val="0"/>
        </w:rPr>
        <w:t>“Tôi vẫn đang nỗ lực coi trọng các mối quan hệ, và tôi muốn xin ý kiến của bạn về một điều. Tôi nên quan tâm đến mức nào về những gì một người làm ngoài văn phòng?”</w:t>
      </w:r>
    </w:p>
    <w:p>
      <w:pPr>
        <w:spacing w:after="80"/>
      </w:pPr>
      <w:r>
        <w:rPr>
          <w:b w:val="0"/>
          <w:i w:val="0"/>
        </w:rPr>
        <w:t>“Nói rõ hơn cho tôi nghe xem,” Jeff nói. “Tôi cần biết vì sao bạn hỏi vậy.”</w:t>
      </w:r>
    </w:p>
    <w:p>
      <w:pPr>
        <w:spacing w:after="80"/>
      </w:pPr>
      <w:r>
        <w:rPr>
          <w:b w:val="0"/>
          <w:i w:val="0"/>
        </w:rPr>
        <w:t>“Tôi muốn mọi người biết rằng tôi thật sự quan tâm đến họ, vậy tôi có nên tham gia vào chuyện cá nhân của họ không—những gì họ thích làm lúc rảnh rỗi, mục tiêu cá nhân, quá khứ của họ?”</w:t>
      </w:r>
    </w:p>
    <w:p>
      <w:pPr>
        <w:spacing w:after="80"/>
      </w:pPr>
      <w:r>
        <w:rPr>
          <w:b w:val="0"/>
          <w:i w:val="0"/>
        </w:rPr>
        <w:t>Được rồi, giờ tôi nghĩ tôi đã hiểu câu hỏi rồi. Bạn muốn biết liệu mình có thể vừa là bạn của họ vừa là đồng nghiệp của họ không.</w:t>
      </w:r>
    </w:p>
    <w:p>
      <w:pPr>
        <w:spacing w:after="80"/>
      </w:pPr>
      <w:r>
        <w:rPr>
          <w:b w:val="0"/>
          <w:i w:val="0"/>
        </w:rPr>
        <w:t>“Không phải đồng nghiệp của họ—mà là sếp của họ!” Debbie nói.</w:t>
      </w:r>
    </w:p>
    <w:p>
      <w:pPr>
        <w:spacing w:after="80"/>
      </w:pPr>
      <w:r>
        <w:rPr>
          <w:b w:val="0"/>
          <w:i w:val="0"/>
        </w:rPr>
        <w:t>“Tôi hiểu ý bạn. Điều đó quay lại cách bạn, với tư cách là người lãnh đạo, định nghĩa thành công. Nếu thành công là về kết quả và các mối quan hệ, bạn sẽ phải chấp nhận một vài rủi ro trong quan hệ trên đường đi. Theo định nghĩa thành công này, bạn phải có khả năng nói với Sally hay Steve hoặc bất kỳ ai rằng, ‘Tôi muốn có một mối quan hệ cá nhân với bạn, và bạn vẫn phải đáp ứng những kỳ vọng về vai trò của mình trong công ty.’ Tôi tin cả hai đều có thể.”</w:t>
      </w:r>
    </w:p>
    <w:p>
      <w:pPr>
        <w:spacing w:after="80"/>
      </w:pPr>
      <w:r>
        <w:rPr>
          <w:b w:val="0"/>
          <w:i w:val="0"/>
        </w:rPr>
        <w:t>Jeff nói tiếp: “Bạn có thể trở thành bạn thân nhất với từng thành viên trong nhóm của mình không? Có lẽ là không. Tuy nhiên, bạn có thể có một mối quan hệ cá nhân đầy ý nghĩa với mỗi người trong số họ.”</w:t>
      </w:r>
    </w:p>
    <w:p>
      <w:pPr>
        <w:spacing w:after="80"/>
      </w:pPr>
      <w:r>
        <w:rPr>
          <w:b w:val="0"/>
          <w:i w:val="0"/>
        </w:rPr>
        <w:t>“Nhưng làm sao cô làm được điều đó?” Debbie hỏi.</w:t>
      </w:r>
    </w:p>
    <w:p>
      <w:pPr>
        <w:spacing w:after="80"/>
      </w:pPr>
      <w:r>
        <w:rPr>
          <w:b w:val="0"/>
          <w:i w:val="0"/>
        </w:rPr>
        <w:t>“Đây là một việc tôi đã làm với cấp dưới trực tiếp ở công ty cũ để vun đắp mối quan hệ. Cách này có thể không phù hợp với bạn—và thời điểm rất quan trọng—nhưng khi chúng tôi bắt đầu lập kế hoạch năm cách đây vài năm, tôi đã ngồi lại với từng người và xem xét kế hoạch và mục tiêu của họ trong năm. Tôi nói: ‘Tôi sẽ giúp bạn thực hiện kế hoạch này và đạt được những mục tiêu này—đó là việc tôi được trả lương để làm. Nhưng tôi cũng muốn giúp bạn theo những cách khác nữa.’”</w:t>
      </w:r>
    </w:p>
    <w:p>
      <w:pPr>
        <w:spacing w:after="80"/>
      </w:pPr>
      <w:r>
        <w:rPr>
          <w:b w:val="0"/>
          <w:i w:val="0"/>
        </w:rPr>
        <w:t>Jeff có thể cảm nhận được sự do dự của Debbie qua sự im lặng ở đầu dây bên kia.</w:t>
      </w:r>
    </w:p>
    <w:p>
      <w:pPr>
        <w:spacing w:after="80"/>
      </w:pPr>
      <w:r>
        <w:rPr>
          <w:b w:val="0"/>
          <w:i w:val="0"/>
        </w:rPr>
        <w:t>“Và hầu hết họ đều trở nên im lặng giống như bạn vừa làm. Họ không hiểu tôi đang nói gì. Đây là điều tôi đã nói: ‘Tôi không biết mình có thể giúp bạn thế nào ngoài những kế hoạch và mục tiêu bạn vừa trình bày, nhưng nếu bạn chia sẻ với tôi những điều bạn muốn đạt được trong cuộc sống ngoài công việc, tôi sẽ giúp bằng mọi cách có thể.’”</w:t>
      </w:r>
    </w:p>
    <w:p>
      <w:pPr>
        <w:spacing w:after="80"/>
      </w:pPr>
      <w:r>
        <w:rPr>
          <w:b w:val="0"/>
          <w:i w:val="0"/>
        </w:rPr>
        <w:t>Jeff giải thích thêm: “Tôi đã nói với họ rằng cá nhân tôi được truyền cảm hứng từ công việc của Bobb Biehl, người đã dạy tôi khuôn khổ Trở thành, Làm, Có và Giúp đỡ (Be, Do, Have, and Help). Tôi nói rằng nếu họ chia sẻ với tôi năm điều hàng đầu họ muốn trở thành, làm, có và giúp đỡ trong đời mình, tôi sẽ làm tất cả những gì có thể để hỗ trợ họ đạt được hai mươi điều đó.”</w:t>
      </w:r>
    </w:p>
    <w:p>
      <w:pPr>
        <w:spacing w:after="80"/>
      </w:pPr>
      <w:r>
        <w:rPr>
          <w:b w:val="0"/>
          <w:i w:val="0"/>
        </w:rPr>
        <w:t>“Họ có nói cho anh biết mọi điều họ thực sự muốn không?”</w:t>
      </w:r>
    </w:p>
    <w:p>
      <w:pPr>
        <w:spacing w:after="80"/>
      </w:pPr>
      <w:r>
        <w:rPr>
          <w:b w:val="0"/>
          <w:i w:val="0"/>
        </w:rPr>
        <w:t>“Không phải tất cả – ít nhất là lúc đầu thì không. Tuy nhiên, trong khoảng hai năm, tôi đoán là tất cả họ đều đã chia sẻ.”</w:t>
      </w:r>
    </w:p>
    <w:p>
      <w:pPr>
        <w:spacing w:after="80"/>
      </w:pPr>
      <w:r>
        <w:rPr>
          <w:b w:val="0"/>
          <w:i w:val="0"/>
        </w:rPr>
        <w:t>“Hãy cho tôi một ví dụ về điều mà ai đó có thể đưa vào danh sách của họ.”</w:t>
      </w:r>
    </w:p>
    <w:p>
      <w:pPr>
        <w:spacing w:after="80"/>
      </w:pPr>
      <w:r>
        <w:rPr>
          <w:b w:val="0"/>
          <w:i w:val="0"/>
        </w:rPr>
        <w:t xml:space="preserve">“Rất sẵn lòng. Một người đàn ông nói anh ấy muốn </w:t>
      </w:r>
      <w:r>
        <w:rPr>
          <w:b w:val="0"/>
          <w:i/>
        </w:rPr>
        <w:t>trở thành</w:t>
      </w:r>
      <w:r>
        <w:rPr>
          <w:b w:val="0"/>
          <w:i w:val="0"/>
        </w:rPr>
        <w:t xml:space="preserve"> một người cha tuyệt vời. Khi tôi nghe một podcast về chủ đề đó mà tôi nghĩ anh ấy có thể thích, tôi đã gửi cho anh ấy đường link.</w:t>
      </w:r>
    </w:p>
    <w:p>
      <w:pPr>
        <w:spacing w:after="80"/>
      </w:pPr>
      <w:r>
        <w:rPr>
          <w:b w:val="0"/>
          <w:i w:val="0"/>
        </w:rPr>
        <w:t xml:space="preserve">“Một người nói rằng một điều họ muốn </w:t>
      </w:r>
      <w:r>
        <w:rPr>
          <w:b w:val="0"/>
          <w:i/>
        </w:rPr>
        <w:t>làm</w:t>
      </w:r>
      <w:r>
        <w:rPr>
          <w:b w:val="0"/>
          <w:i w:val="0"/>
        </w:rPr>
        <w:t xml:space="preserve"> là tham dự giải golf Masters ở Augusta. Chỉ vài tháng sau tôi đã có thể xin được vé cho cô ấy tham dự sự kiện đó.</w:t>
      </w:r>
    </w:p>
    <w:p>
      <w:pPr>
        <w:spacing w:after="80"/>
      </w:pPr>
      <w:r>
        <w:rPr>
          <w:b w:val="0"/>
          <w:i w:val="0"/>
        </w:rPr>
        <w:t xml:space="preserve">“Một người khác nói cô ấy muốn </w:t>
      </w:r>
      <w:r>
        <w:rPr>
          <w:b w:val="0"/>
          <w:i/>
        </w:rPr>
        <w:t>có</w:t>
      </w:r>
      <w:r>
        <w:rPr>
          <w:b w:val="0"/>
          <w:i w:val="0"/>
        </w:rPr>
        <w:t xml:space="preserve"> một cuộc sống cân bằng hơn. Chúng tôi đã cùng nhau xem xét vấn đề. Chúng tôi bắt đầu bằng cách xác định một cuộc sống cân bằng có thể trông như thế nào từ góc nhìn của cô ấy. Sau đó, chúng tôi xác định một số điều cụ thể mà cả hai có thể làm để giúp cô ấy tiến theo hướng đó. Điều đó cũng cho chúng tôi điều gì đó để theo dõi thường xuyên. Tôi đã không làm việc với người phụ nữ đó khoảng hai năm, nhưng chỉ tuần trước tôi đã gửi cho cô ấy một cuốn sách mới mà tôi nghĩ có thể giúp cô ấy khi cô ấy tiếp tục hành trình của mình.</w:t>
      </w:r>
    </w:p>
    <w:p>
      <w:pPr>
        <w:spacing w:after="80"/>
      </w:pPr>
      <w:r>
        <w:rPr>
          <w:b w:val="0"/>
          <w:i w:val="0"/>
        </w:rPr>
        <w:t xml:space="preserve">“Cuối cùng, một thành viên trong nhóm trước đây của tôi bày tỏ mong muốn </w:t>
      </w:r>
      <w:r>
        <w:rPr>
          <w:b w:val="0"/>
          <w:i/>
        </w:rPr>
        <w:t>giúp đỡ</w:t>
      </w:r>
      <w:r>
        <w:rPr>
          <w:b w:val="0"/>
          <w:i w:val="0"/>
        </w:rPr>
        <w:t xml:space="preserve"> những người vô gia cư trong thành phố của chúng tôi. Tôi tình cờ nằm trong hội đồng quản trị của một công ty khác cùng với chủ tịch trung tâm hỗ trợ người vô gia cư ở trung tâm thành phố. Tôi đã có thể giới thiệu họ với nhau.”</w:t>
      </w:r>
    </w:p>
    <w:p>
      <w:pPr>
        <w:spacing w:after="80"/>
      </w:pPr>
      <w:r>
        <w:rPr>
          <w:b w:val="0"/>
          <w:i w:val="0"/>
        </w:rPr>
        <w:t>“Anh thật là hào phóng,” Debbie nói.</w:t>
      </w:r>
    </w:p>
    <w:p>
      <w:pPr>
        <w:spacing w:after="80"/>
      </w:pPr>
      <w:r>
        <w:rPr>
          <w:b w:val="0"/>
          <w:i w:val="0"/>
        </w:rPr>
        <w:t>“Tôi muốn đầu tư vào cuộc sống của đội ngũ mình. Tôi không thể giúp tất cả họ mọi thứ trong danh sách cá nhân của từng người, nhưng tôi thường có thể làm điều gì đó. Đó là một cách tôi có thể cho thấy mình coi trọng các mối quan hệ. Như vậy có giúp ích cho câu hỏi của cô không?”</w:t>
      </w:r>
    </w:p>
    <w:p>
      <w:pPr>
        <w:spacing w:after="80"/>
      </w:pPr>
      <w:r>
        <w:rPr>
          <w:b w:val="0"/>
          <w:i w:val="0"/>
        </w:rPr>
        <w:t>“Vâng, cảm ơn anh. Hẹn gặp anh vào thứ Năm tuần sau.”</w:t>
      </w:r>
    </w:p>
    <w:p>
      <w:pPr>
        <w:spacing w:after="80"/>
      </w:pPr>
      <w:r>
        <w:rPr>
          <w:b w:val="0"/>
          <w:i w:val="0"/>
        </w:rPr>
        <w:t xml:space="preserve">Khi cúp máy, Debbie nghĩ, </w:t>
      </w:r>
      <w:r>
        <w:rPr>
          <w:b w:val="0"/>
          <w:i/>
        </w:rPr>
        <w:t>Mình có nhiều dư địa hơn mình tưởng trong mảng quan hệ này. Ở đâu đó trên đường đời, mình đã nảy ra ý nghĩ rằng phải giữ khoảng cách tình cảm với những người dưới quyền mình. Mình sẽ phải liên tục điều chỉnh lại suy nghĩ của mình về điều này</w:t>
      </w:r>
      <w:r>
        <w:rPr>
          <w:b w:val="0"/>
          <w:i w:val="0"/>
        </w:rPr>
        <w:t>.</w:t>
      </w:r>
    </w:p>
    <w:p>
      <w:pPr>
        <w:jc w:val="center"/>
      </w:pPr>
      <w:r>
        <w:drawing>
          <wp:inline xmlns:a="http://schemas.openxmlformats.org/drawingml/2006/main" xmlns:pic="http://schemas.openxmlformats.org/drawingml/2006/picture">
            <wp:extent cx="952500" cy="1524000"/>
            <wp:docPr id="38" name="Picture 38"/>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Cốt lõi của vấn đề</w:t>
      </w:r>
    </w:p>
    <w:p>
      <w:pPr>
        <w:spacing w:after="80"/>
      </w:pPr>
      <w:r>
        <w:rPr>
          <w:b w:val="0"/>
          <w:i w:val="0"/>
        </w:rPr>
        <w:t>Buổi gặp tiếp theo của Debbie với Jeff đến rất nhanh. Điều đầu tiên anh ấy muốn biết là cô đã suy nghĩ gì về việc Coi trọng Kết quả và Các mối quan hệ.</w:t>
      </w:r>
    </w:p>
    <w:p>
      <w:pPr>
        <w:spacing w:after="80"/>
      </w:pPr>
      <w:r>
        <w:rPr>
          <w:b w:val="0"/>
          <w:i w:val="0"/>
        </w:rPr>
        <w:t>“Tôi nghĩ mình có thể làm tốt phần kết quả,” Debbie bắt đầu, “nhưng tôi vẫn đang suy nghĩ về cách coi trọng các mối quan hệ. Tôi đang cố gắng lắng nghe tốt hơn và dành thời gian để xây dựng các mối quan hệ. Tôi không nghĩ mình đã sẵn sàng để hỏi nhóm của mình những loại câu hỏi chúng ta đã thảo luận qua điện thoại. Tôi cũng không chắc họ đã sẵn sàng cho việc đó chưa. Có lẽ tôi sẽ bắt đầu với Jill và xem tình hình thế nào. Có thể vào một thời điểm nào đó trong tương lai, tôi sẽ thử những câu hỏi sâu hơn với cả nhóm.”</w:t>
      </w:r>
    </w:p>
    <w:p>
      <w:pPr>
        <w:spacing w:after="80"/>
      </w:pPr>
      <w:r>
        <w:rPr>
          <w:b w:val="0"/>
          <w:i w:val="0"/>
        </w:rPr>
        <w:t>“Điều đó có lẽ là khôn ngoan. Như tôi đã nói khi chia sẻ ý tưởng đó, cô phải cảm nhận được khi nào là thời điểm thích hợp. Đầu sự nghiệp, tôi thậm chí chưa bao giờ nghĩ đến việc hỏi những loại câu hỏi như vậy vì cuộc sống lúc đó không xoay quanh chúng—</w:t>
      </w:r>
      <w:r>
        <w:rPr>
          <w:b w:val="0"/>
          <w:i/>
        </w:rPr>
        <w:t>mà tất cả chỉ xoay quanh tôi</w:t>
      </w:r>
      <w:r>
        <w:rPr>
          <w:b w:val="0"/>
          <w:i w:val="0"/>
        </w:rPr>
        <w:t>. Tôi không tự hào về điều đó, nhưng tôi biết ơn vì trải nghiệm này. Tôi đã học được những bài học to lớn trong giai đoạn lãnh đạo đó.”</w:t>
      </w:r>
    </w:p>
    <w:p>
      <w:pPr>
        <w:spacing w:after="80"/>
      </w:pPr>
      <w:r>
        <w:rPr>
          <w:b w:val="0"/>
          <w:i w:val="0"/>
        </w:rPr>
        <w:t xml:space="preserve">Debbie khó mà hình dung được Jeff là người ích kỷ. </w:t>
      </w:r>
      <w:r>
        <w:rPr>
          <w:b w:val="0"/>
          <w:i/>
        </w:rPr>
        <w:t>Có lẽ mình vẫn còn hy vọng</w:t>
      </w:r>
      <w:r>
        <w:rPr>
          <w:b w:val="0"/>
          <w:i w:val="0"/>
        </w:rPr>
        <w:t>, cô nghĩ.</w:t>
      </w:r>
    </w:p>
    <w:p>
      <w:pPr>
        <w:spacing w:after="80"/>
      </w:pPr>
      <w:r>
        <w:rPr>
          <w:b w:val="0"/>
          <w:i w:val="0"/>
        </w:rPr>
        <w:t>“Em đã sẵn sàng cho chủ đề hôm nay chưa?” Jeff hỏi.</w:t>
      </w:r>
    </w:p>
    <w:p>
      <w:pPr>
        <w:spacing w:after="80"/>
      </w:pPr>
      <w:r>
        <w:rPr>
          <w:b w:val="0"/>
          <w:i w:val="0"/>
        </w:rPr>
        <w:t xml:space="preserve">“Ý anh là chữ </w:t>
      </w:r>
      <w:r>
        <w:rPr>
          <w:b w:val="0"/>
          <w:i/>
        </w:rPr>
        <w:t>E</w:t>
      </w:r>
      <w:r>
        <w:rPr>
          <w:b w:val="0"/>
          <w:i w:val="0"/>
        </w:rPr>
        <w:t xml:space="preserve"> cuối cùng ạ? Tất nhiên rồi.”</w:t>
      </w:r>
    </w:p>
    <w:p>
      <w:pPr>
        <w:spacing w:after="80"/>
      </w:pPr>
      <w:r>
        <w:rPr>
          <w:b w:val="0"/>
          <w:i w:val="0"/>
        </w:rPr>
        <w:t>“Em có biết mọi sự lãnh đạo chính đáng đều được xây dựng trên nền tảng gì không?”</w:t>
      </w:r>
    </w:p>
    <w:p>
      <w:pPr>
        <w:spacing w:after="80"/>
      </w:pPr>
      <w:r>
        <w:rPr>
          <w:b w:val="0"/>
          <w:i w:val="0"/>
        </w:rPr>
        <w:t>“Không hẳn ạ,” Debbie thú nhận.</w:t>
      </w:r>
    </w:p>
    <w:p>
      <w:pPr>
        <w:spacing w:after="80"/>
      </w:pPr>
      <w:r>
        <w:rPr>
          <w:b w:val="0"/>
          <w:i w:val="0"/>
        </w:rPr>
        <w:t>“Tinh thần phục tùng (followership),” Jeff nói.</w:t>
      </w:r>
    </w:p>
    <w:p>
      <w:pPr>
        <w:spacing w:after="80"/>
      </w:pPr>
      <w:r>
        <w:rPr>
          <w:b w:val="0"/>
          <w:i w:val="0"/>
        </w:rPr>
        <w:t xml:space="preserve">“Tinh thần phục tùng ạ?” Debbie không thấy mối liên hệ giữa tinh thần phục tùng và chữ </w:t>
      </w:r>
      <w:r>
        <w:rPr>
          <w:b w:val="0"/>
          <w:i/>
        </w:rPr>
        <w:t>E</w:t>
      </w:r>
      <w:r>
        <w:rPr>
          <w:b w:val="0"/>
          <w:i w:val="0"/>
        </w:rPr>
        <w:t>. Và, nếu thành thật mà nói, cô cũng không hoàn toàn chắc “followership” nghĩa là gì.</w:t>
      </w:r>
    </w:p>
    <w:p>
      <w:pPr>
        <w:spacing w:after="80"/>
      </w:pPr>
      <w:r>
        <w:rPr>
          <w:b w:val="0"/>
          <w:i w:val="0"/>
        </w:rPr>
        <w:t>“</w:t>
      </w:r>
      <w:r>
        <w:rPr>
          <w:b w:val="0"/>
          <w:i/>
        </w:rPr>
        <w:t>Followership</w:t>
      </w:r>
      <w:r>
        <w:rPr>
          <w:b w:val="0"/>
          <w:i w:val="0"/>
        </w:rPr>
        <w:t xml:space="preserve"> không bắt đầu bằng chữ </w:t>
      </w:r>
      <w:r>
        <w:rPr>
          <w:b w:val="0"/>
          <w:i/>
        </w:rPr>
        <w:t>E</w:t>
      </w:r>
      <w:r>
        <w:rPr>
          <w:b w:val="0"/>
          <w:i w:val="0"/>
        </w:rPr>
        <w:t>,” cô phản đối.</w:t>
      </w:r>
    </w:p>
    <w:p>
      <w:pPr>
        <w:spacing w:after="80"/>
      </w:pPr>
      <w:r>
        <w:rPr>
          <w:b w:val="0"/>
          <w:i w:val="0"/>
        </w:rPr>
        <w:t xml:space="preserve">“Bạn nói đúng. Tuy nhiên, nếu bạn muốn trở thành một nhà lãnh đạo giỏi, bạn phải là kiểu lãnh đạo mà mọi người </w:t>
      </w:r>
      <w:r>
        <w:rPr>
          <w:b w:val="0"/>
          <w:i/>
        </w:rPr>
        <w:t>muốn</w:t>
      </w:r>
      <w:r>
        <w:rPr>
          <w:b w:val="0"/>
          <w:i w:val="0"/>
        </w:rPr>
        <w:t xml:space="preserve"> đi theo.”</w:t>
      </w:r>
    </w:p>
    <w:p>
      <w:pPr>
        <w:spacing w:after="80"/>
      </w:pPr>
      <w:r>
        <w:rPr>
          <w:b w:val="0"/>
          <w:i w:val="0"/>
        </w:rPr>
        <w:t>“Nếu bạn là lãnh đạo, chẳng phải họ phải đi theo bạn sao?” Debbie hỏi.</w:t>
      </w:r>
    </w:p>
    <w:p>
      <w:pPr>
        <w:spacing w:after="80"/>
      </w:pPr>
      <w:r>
        <w:rPr>
          <w:b w:val="0"/>
          <w:i w:val="0"/>
        </w:rPr>
        <w:t xml:space="preserve">“Ừm, hãy nghĩ về điều đó một chút. Những người trong nhóm của bạn có </w:t>
      </w:r>
      <w:r>
        <w:rPr>
          <w:b w:val="0"/>
          <w:i/>
        </w:rPr>
        <w:t>bắt buộc phải</w:t>
      </w:r>
      <w:r>
        <w:rPr>
          <w:b w:val="0"/>
          <w:i w:val="0"/>
        </w:rPr>
        <w:t xml:space="preserve"> chia sẻ ý tưởng với bạn không?”</w:t>
      </w:r>
    </w:p>
    <w:p>
      <w:pPr>
        <w:spacing w:after="80"/>
      </w:pPr>
      <w:r>
        <w:rPr>
          <w:b w:val="0"/>
          <w:i w:val="0"/>
        </w:rPr>
        <w:t>“Không, tôi đoán là không.”</w:t>
      </w:r>
    </w:p>
    <w:p>
      <w:pPr>
        <w:spacing w:after="80"/>
      </w:pPr>
      <w:r>
        <w:rPr>
          <w:b w:val="0"/>
          <w:i w:val="0"/>
        </w:rPr>
        <w:t xml:space="preserve">“Họ có </w:t>
      </w:r>
      <w:r>
        <w:rPr>
          <w:b w:val="0"/>
          <w:i/>
        </w:rPr>
        <w:t>bắt buộc phải</w:t>
      </w:r>
      <w:r>
        <w:rPr>
          <w:b w:val="0"/>
          <w:i w:val="0"/>
        </w:rPr>
        <w:t xml:space="preserve"> nỗ lực thêm không?”</w:t>
      </w:r>
    </w:p>
    <w:p>
      <w:pPr>
        <w:spacing w:after="80"/>
      </w:pPr>
      <w:r>
        <w:rPr>
          <w:b w:val="0"/>
          <w:i w:val="0"/>
        </w:rPr>
        <w:t>“Không hẳn.”</w:t>
      </w:r>
    </w:p>
    <w:p>
      <w:pPr>
        <w:spacing w:after="80"/>
      </w:pPr>
      <w:r>
        <w:rPr>
          <w:b w:val="0"/>
          <w:i w:val="0"/>
        </w:rPr>
        <w:t xml:space="preserve">“Họ có </w:t>
      </w:r>
      <w:r>
        <w:rPr>
          <w:b w:val="0"/>
          <w:i/>
        </w:rPr>
        <w:t>bắt buộc phải</w:t>
      </w:r>
      <w:r>
        <w:rPr>
          <w:b w:val="0"/>
          <w:i w:val="0"/>
        </w:rPr>
        <w:t xml:space="preserve"> quan tâm đến bất kỳ mục tiêu nào mà nhóm đã đề ra không?”</w:t>
      </w:r>
    </w:p>
    <w:p>
      <w:pPr>
        <w:spacing w:after="80"/>
      </w:pPr>
      <w:r>
        <w:rPr>
          <w:b w:val="0"/>
          <w:i w:val="0"/>
        </w:rPr>
        <w:t>“Không.”</w:t>
      </w:r>
    </w:p>
    <w:p>
      <w:pPr>
        <w:spacing w:after="80"/>
      </w:pPr>
      <w:r>
        <w:rPr>
          <w:b w:val="0"/>
          <w:i w:val="0"/>
        </w:rPr>
        <w:t xml:space="preserve">“Các thành viên trong nhóm của bạn có </w:t>
      </w:r>
      <w:r>
        <w:rPr>
          <w:b w:val="0"/>
          <w:i/>
        </w:rPr>
        <w:t>phải[/I] giúp đỡ lẫn nhau để hoàn thành công việc không?”</w:t>
      </w:r>
    </w:p>
    <w:p>
      <w:pPr>
        <w:spacing w:after="80"/>
      </w:pPr>
      <w:r>
        <w:rPr>
          <w:b w:val="0"/>
          <w:i w:val="0"/>
        </w:rPr>
        <w:t>“Được rồi, được rồi. Tôi nghĩ tôi hiểu ý anh rồi.”</w:t>
      </w:r>
    </w:p>
    <w:p>
      <w:pPr>
        <w:spacing w:after="80"/>
      </w:pPr>
      <w:r>
        <w:rPr>
          <w:b w:val="0"/>
          <w:i w:val="0"/>
        </w:rPr>
        <w:t>“Kết luận của bạn là gì?” Jeff hỏi.</w:t>
      </w:r>
    </w:p>
    <w:p>
      <w:pPr>
        <w:spacing w:after="80"/>
      </w:pPr>
      <w:r>
        <w:rPr>
          <w:b w:val="0"/>
          <w:i w:val="0"/>
        </w:rPr>
        <w:t>“Nhóm của tôi đúng là phải làm một số việc để giữ việc, nhưng những điều anh đang mô tả đòi hỏi nỗ lực tự nguyện (discretionary effort).”</w:t>
      </w:r>
    </w:p>
    <w:p>
      <w:pPr>
        <w:spacing w:after="80"/>
      </w:pPr>
      <w:r>
        <w:rPr>
          <w:b w:val="0"/>
          <w:i w:val="0"/>
        </w:rPr>
        <w:t>“Chính xác. Và chìa khóa mở ra nỗ lực tự nguyện của mọi người chính là sự sẵn lòng đi theo sự lãnh đạo của bạn. Bạn phải trở thành một nhà lãnh đạo mà mọi người muốn đi theo.”</w:t>
      </w:r>
    </w:p>
    <w:p>
      <w:pPr>
        <w:spacing w:after="80"/>
      </w:pPr>
      <w:r>
        <w:rPr>
          <w:b w:val="0"/>
          <w:i w:val="0"/>
        </w:rPr>
        <w:t xml:space="preserve">“Được rồi—nhưng tất cả những điều này thì liên quan gì đến chữ </w:t>
      </w:r>
      <w:r>
        <w:rPr>
          <w:b w:val="0"/>
          <w:i/>
        </w:rPr>
        <w:t>E</w:t>
      </w:r>
      <w:r>
        <w:rPr>
          <w:b w:val="0"/>
          <w:i w:val="0"/>
        </w:rPr>
        <w:t>?”</w:t>
      </w:r>
    </w:p>
    <w:p>
      <w:pPr>
        <w:spacing w:after="80"/>
      </w:pPr>
      <w:r>
        <w:rPr>
          <w:b w:val="0"/>
          <w:i w:val="0"/>
        </w:rPr>
        <w:t xml:space="preserve">“Chữ </w:t>
      </w:r>
      <w:r>
        <w:rPr>
          <w:b w:val="0"/>
          <w:i/>
        </w:rPr>
        <w:t>E</w:t>
      </w:r>
      <w:r>
        <w:rPr>
          <w:b w:val="0"/>
          <w:i w:val="0"/>
        </w:rPr>
        <w:t xml:space="preserve"> có nghĩa là </w:t>
      </w:r>
      <w:r>
        <w:rPr>
          <w:b/>
          <w:i w:val="0"/>
        </w:rPr>
        <w:t>Thể hiện Trái tim của Nhà lãnh đạo</w:t>
      </w:r>
      <w:r>
        <w:rPr>
          <w:b w:val="0"/>
          <w:i w:val="0"/>
        </w:rPr>
        <w:t>.” Jeff bước tới và viết điều đó lên bảng.</w:t>
      </w:r>
    </w:p>
    <w:p>
      <w:pPr>
        <w:jc w:val="center"/>
      </w:pPr>
      <w:r>
        <w:drawing>
          <wp:inline xmlns:a="http://schemas.openxmlformats.org/drawingml/2006/main" xmlns:pic="http://schemas.openxmlformats.org/drawingml/2006/picture">
            <wp:extent cx="5486400" cy="3977640"/>
            <wp:docPr id="39" name="Picture 39"/>
            <wp:cNvGraphicFramePr>
              <a:graphicFrameLocks noChangeAspect="1"/>
            </wp:cNvGraphicFramePr>
            <a:graphic>
              <a:graphicData uri="http://schemas.openxmlformats.org/drawingml/2006/picture">
                <pic:pic>
                  <pic:nvPicPr>
                    <pic:cNvPr id="0" name="f0101-01.jpg"/>
                    <pic:cNvPicPr/>
                  </pic:nvPicPr>
                  <pic:blipFill>
                    <a:blip r:embed="rId20"/>
                    <a:stretch>
                      <a:fillRect/>
                    </a:stretch>
                  </pic:blipFill>
                  <pic:spPr>
                    <a:xfrm>
                      <a:off x="0" y="0"/>
                      <a:ext cx="5486400" cy="3977640"/>
                    </a:xfrm>
                    <a:prstGeom prst="rect"/>
                  </pic:spPr>
                </pic:pic>
              </a:graphicData>
            </a:graphic>
          </wp:inline>
        </w:drawing>
      </w:r>
    </w:p>
    <w:p>
      <w:pPr>
        <w:spacing w:after="80"/>
      </w:pPr>
      <w:r>
        <w:rPr>
          <w:b w:val="0"/>
          <w:i w:val="0"/>
        </w:rPr>
        <w:t>“Điều đó có nghĩa là gì, ‘trái tim của nhà lãnh đạo’?” Debbie hỏi.</w:t>
      </w:r>
    </w:p>
    <w:p>
      <w:pPr>
        <w:spacing w:after="80"/>
      </w:pPr>
      <w:r>
        <w:rPr>
          <w:b w:val="0"/>
          <w:i w:val="0"/>
        </w:rPr>
        <w:t>“Chuyện này quay ngược lại đúng cuộc trò chuyện của chúng ta về tảng băng trôi,” Jeff đáp.</w:t>
      </w:r>
    </w:p>
    <w:p>
      <w:pPr>
        <w:spacing w:after="80"/>
      </w:pPr>
      <w:r>
        <w:rPr>
          <w:b w:val="0"/>
          <w:i w:val="0"/>
        </w:rPr>
        <w:t>Debbie gật đầu và lướt lại xem các ghi chú của mình.</w:t>
      </w:r>
    </w:p>
    <w:p>
      <w:pPr>
        <w:spacing w:after="80"/>
      </w:pPr>
      <w:r>
        <w:rPr>
          <w:b w:val="0"/>
          <w:i w:val="0"/>
        </w:rPr>
        <w:t>“Đố nhanh nhé,” Jeff nói. “Chúng ta đã nói gì về tảng băng trôi?”</w:t>
      </w:r>
    </w:p>
    <w:p>
      <w:pPr>
        <w:spacing w:after="80"/>
      </w:pPr>
      <w:r>
        <w:rPr>
          <w:b w:val="0"/>
          <w:i w:val="0"/>
        </w:rPr>
        <w:t>Ngước lên khỏi ghi chú, Debbie tự tin đáp: “Tảng băng trôi là hình ảnh hoàn hảo về khả năng lãnh đạo. Khoảng 10 phần trăm tác động lãnh đạo của chúng ta sẽ được quyết định bởi các kỹ năng—phần nổi trên mặt nước—và phần còn lại của tầm ảnh hưởng sẽ được quyết định bởi 90 phần trăm nằm dưới mặt nước. Anh đã gọi đó là phẩm chất của người lãnh đạo.”</w:t>
      </w:r>
    </w:p>
    <w:p>
      <w:pPr>
        <w:spacing w:after="80"/>
      </w:pPr>
      <w:r>
        <w:rPr>
          <w:b w:val="0"/>
          <w:i w:val="0"/>
        </w:rPr>
        <w:t>“Giỏi lắm!” Jeff nói với nụ cười thật tươi. “Câu hỏi thứ hai: Mấy tháng qua chúng ta đã nói về điều gì?”</w:t>
      </w:r>
    </w:p>
    <w:p>
      <w:pPr>
        <w:spacing w:after="80"/>
      </w:pPr>
      <w:r>
        <w:rPr>
          <w:b w:val="0"/>
          <w:i w:val="0"/>
        </w:rPr>
        <w:t>“Các nguyên tắc cơ bản của lãnh đạo?” Debbie thận trọng đáp.</w:t>
      </w:r>
    </w:p>
    <w:p>
      <w:pPr>
        <w:spacing w:after="80"/>
      </w:pPr>
      <w:r>
        <w:rPr>
          <w:b w:val="0"/>
          <w:i w:val="0"/>
        </w:rPr>
        <w:t>“Đúng vậy. Và cho đến nay, tất cả những nguyên tắc cơ bản đó đều nằm trên mặt nước. Chúng ta đã và đang nói về các kỹ năng lãnh đạo.”</w:t>
      </w:r>
    </w:p>
    <w:p>
      <w:pPr>
        <w:spacing w:after="80"/>
      </w:pPr>
      <w:r>
        <w:rPr>
          <w:b w:val="0"/>
          <w:i w:val="0"/>
        </w:rPr>
        <w:t>Debbie nhướng mày. “Vậy hôm nay chúng ta sẽ nói về 90 phần trăm nằm dưới mặt nước phải không?”</w:t>
      </w:r>
    </w:p>
    <w:p>
      <w:pPr>
        <w:spacing w:after="80"/>
      </w:pPr>
      <w:r>
        <w:rPr>
          <w:b w:val="0"/>
          <w:i w:val="0"/>
        </w:rPr>
        <w:t>“Bạn nói đúng rồi! Hôm nay chúng ta sẽ bàn về phẩm chất của người lãnh đạo. Phẩm chất—tấm lòng của bạn—là yếu tố quyết định cuối cùng trong việc mọi người có muốn đi theo bạn hay không.”</w:t>
      </w:r>
    </w:p>
    <w:p>
      <w:pPr>
        <w:spacing w:after="80"/>
      </w:pPr>
      <w:r>
        <w:rPr>
          <w:b w:val="0"/>
          <w:i w:val="0"/>
        </w:rPr>
        <w:t>“Sự khác biệt giữa kỹ năng của người lãnh đạo và tấm lòng của người lãnh đạo là gì?” Debbie hỏi.</w:t>
      </w:r>
    </w:p>
    <w:p>
      <w:pPr>
        <w:spacing w:after="80"/>
      </w:pPr>
      <w:r>
        <w:rPr>
          <w:b w:val="0"/>
          <w:i w:val="0"/>
        </w:rPr>
        <w:t>“Kỹ năng là những gì bạn làm. Tấm lòng phản ánh động lực của bạn. Những nhà lãnh đạo vĩ đại thể hiện và minh chứng cho nhiều phẩm chất đáng ngưỡng mộ.”</w:t>
      </w:r>
    </w:p>
    <w:p>
      <w:pPr>
        <w:spacing w:after="80"/>
      </w:pPr>
      <w:r>
        <w:rPr>
          <w:b w:val="0"/>
          <w:i w:val="0"/>
        </w:rPr>
        <w:t>“Ý cô là như sự quyết đoán chăng?” Debbie gợi ý.</w:t>
      </w:r>
    </w:p>
    <w:p>
      <w:pPr>
        <w:spacing w:after="80"/>
      </w:pPr>
      <w:r>
        <w:rPr>
          <w:b w:val="0"/>
          <w:i w:val="0"/>
        </w:rPr>
        <w:t>“Có thể, nhưng còn có sự khiêm tốn (humility) và sự dễ bị tổn thương (vulnerability) nữa. Những nhà lãnh đạo giỏi nhất là những người học hỏi, biết gạt cái tôi sang một bên và thừa nhận rằng họ không biết tất cả các câu trả lời. Còn sự tò mò (curiosity) thì sao?”</w:t>
      </w:r>
    </w:p>
    <w:p>
      <w:pPr>
        <w:spacing w:after="80"/>
      </w:pPr>
      <w:r>
        <w:rPr>
          <w:b w:val="0"/>
          <w:i w:val="0"/>
        </w:rPr>
        <w:t>“Vì sao sự tò mò lại là một phẩm chất lãnh đạo quan trọng?” Debbie hỏi.</w:t>
      </w:r>
    </w:p>
    <w:p>
      <w:pPr>
        <w:spacing w:after="80"/>
      </w:pPr>
      <w:r>
        <w:rPr>
          <w:b w:val="0"/>
          <w:i w:val="0"/>
        </w:rPr>
        <w:t>“Bởi vì sự tò mò chính là cách một nhà lãnh đạo duy trì được sự phù hợp trong một thế giới đầy biến động. Mọi thứ đang thay đổi quá nhanh, những nhà lãnh đạo muốn tiếp tục tạo ra giá trị phải luôn học hỏi và phát triển. Sự tò mò chính là chất xúc tác.”</w:t>
      </w:r>
    </w:p>
    <w:p>
      <w:pPr>
        <w:spacing w:after="80"/>
      </w:pPr>
      <w:r>
        <w:rPr>
          <w:b w:val="0"/>
          <w:i w:val="0"/>
        </w:rPr>
        <w:t>Debbie nói: “Khiêm tốn, dễ bị tổn thương và tò mò,” khi cô ghi chú những từ đó vào máy tính bảng của mình.</w:t>
      </w:r>
    </w:p>
    <w:p>
      <w:pPr>
        <w:spacing w:after="80"/>
      </w:pPr>
      <w:r>
        <w:rPr>
          <w:b w:val="0"/>
          <w:i w:val="0"/>
        </w:rPr>
        <w:t>“Tôi kết hợp tất cả những phẩm chất này thành một thói quen gọi là Khao khát Trí tuệ (Hunger for Wisdom),” Jeff nói. “Được rồi, một câu đố nhanh nữa: Khi có chuyện gì đó không ổn trong nhóm của bạn, ai là người chịu trách nhiệm?”</w:t>
      </w:r>
    </w:p>
    <w:p>
      <w:pPr>
        <w:spacing w:after="80"/>
      </w:pPr>
      <w:r>
        <w:rPr>
          <w:b w:val="0"/>
          <w:i w:val="0"/>
        </w:rPr>
        <w:t>Debbie nghĩ một lát. “Điều đó còn tùy vào hoàn cảnh, phải không?”</w:t>
      </w:r>
    </w:p>
    <w:p>
      <w:pPr>
        <w:spacing w:after="80"/>
      </w:pPr>
      <w:r>
        <w:rPr>
          <w:b w:val="0"/>
          <w:i w:val="0"/>
        </w:rPr>
        <w:t>“Hãy xem một ví dụ. Có phải lỗi của HR khi bạn phải sa thải Bob không?”</w:t>
      </w:r>
    </w:p>
    <w:p>
      <w:pPr>
        <w:spacing w:after="80"/>
      </w:pPr>
      <w:r>
        <w:rPr>
          <w:b w:val="0"/>
          <w:i w:val="0"/>
        </w:rPr>
        <w:t>“Ừm, họ đã gửi anh ấy đến cho tôi mà.”</w:t>
      </w:r>
    </w:p>
    <w:p>
      <w:pPr>
        <w:spacing w:after="80"/>
      </w:pPr>
      <w:r>
        <w:rPr>
          <w:b w:val="0"/>
          <w:i w:val="0"/>
        </w:rPr>
        <w:t>“Ai đã chọn anh ấy?”</w:t>
      </w:r>
    </w:p>
    <w:p>
      <w:pPr>
        <w:spacing w:after="80"/>
      </w:pPr>
      <w:r>
        <w:rPr>
          <w:b w:val="0"/>
          <w:i w:val="0"/>
        </w:rPr>
        <w:t>“Tôi đã chọn,” Debbie thừa nhận.</w:t>
      </w:r>
    </w:p>
    <w:p>
      <w:pPr>
        <w:spacing w:after="80"/>
      </w:pPr>
      <w:r>
        <w:rPr>
          <w:b w:val="0"/>
          <w:i w:val="0"/>
        </w:rPr>
        <w:t>“Ngay cả khi bạn không chọn anh ấy, thì ai sẽ chịu trách nhiệm về hiệu suất làm việc của anh ấy?”</w:t>
      </w:r>
    </w:p>
    <w:p>
      <w:pPr>
        <w:spacing w:after="80"/>
      </w:pPr>
      <w:r>
        <w:rPr>
          <w:b w:val="0"/>
          <w:i w:val="0"/>
        </w:rPr>
        <w:t>“Anh ấy sẽ chịu—tôi đoán vậy. Giờ thì tôi không chắc nữa.”</w:t>
      </w:r>
    </w:p>
    <w:p>
      <w:pPr>
        <w:spacing w:after="80"/>
      </w:pPr>
      <w:r>
        <w:rPr>
          <w:b w:val="0"/>
          <w:i w:val="0"/>
        </w:rPr>
        <w:t>“Nói đơn giản, những nhà lãnh đạo giỏi nhất nhận trách nhiệm, họ không đổ lỗi. Bạn rất dễ đùn đẩy trách nhiệm—‘Tôi không tuyển anh ta, tôi không đào tạo anh ta, tôi đã nói anh ta phải làm gì rồi.’ Ngay cả khi tất cả điều đó là thật, bạn vẫn nhận trách nhiệm khi mọi việc không diễn ra như kế hoạch.”</w:t>
      </w:r>
    </w:p>
    <w:p>
      <w:pPr>
        <w:spacing w:after="80"/>
      </w:pPr>
      <w:r>
        <w:rPr>
          <w:b w:val="0"/>
          <w:i w:val="0"/>
        </w:rPr>
        <w:t>“Điều đó đòi hỏi cái tôi của tôi rất nhiều,” Debbie mỉm cười nói.</w:t>
      </w:r>
    </w:p>
    <w:p>
      <w:pPr>
        <w:spacing w:after="80"/>
      </w:pPr>
      <w:r>
        <w:rPr>
          <w:b w:val="0"/>
          <w:i w:val="0"/>
        </w:rPr>
        <w:t>“Còn khó hơn cho cái tôi nữa. Khi cả đội làm tốt, thử đoán xem ai được ghi công?”</w:t>
      </w:r>
    </w:p>
    <w:p>
      <w:pPr>
        <w:spacing w:after="80"/>
      </w:pPr>
      <w:r>
        <w:rPr>
          <w:b w:val="0"/>
          <w:i w:val="0"/>
        </w:rPr>
        <w:t>“Tôi đoán là cả đội.”</w:t>
      </w:r>
    </w:p>
    <w:p>
      <w:pPr>
        <w:spacing w:after="80"/>
      </w:pPr>
      <w:r>
        <w:rPr>
          <w:b w:val="0"/>
          <w:i w:val="0"/>
        </w:rPr>
        <w:t>“Chính xác,” Jeff nói. “Một nhà lãnh đạo giỏi không đổ lỗi cho người khác khi có sai sót, nhưng họ lại sẵn sàng trao cho mọi người ánh đèn sân khấu khi mọi việc suôn sẻ.”</w:t>
      </w:r>
    </w:p>
    <w:p>
      <w:pPr>
        <w:spacing w:after="80"/>
      </w:pPr>
      <w:r>
        <w:rPr>
          <w:b w:val="0"/>
          <w:i w:val="0"/>
        </w:rPr>
        <w:t>“Tôi bắt đầu hình dung ra sự khác biệt giữa kỹ năng và cái tâm,” Debbie nói.</w:t>
      </w:r>
    </w:p>
    <w:p>
      <w:pPr>
        <w:spacing w:after="80"/>
      </w:pPr>
      <w:r>
        <w:rPr>
          <w:b w:val="0"/>
          <w:i w:val="0"/>
        </w:rPr>
        <w:t>“Đây là một câu hỏi có thể giúp bạn hiểu sự khác biệt rõ hơn. Khi bạn bước vào một cuộc họp với nhóm của mình, hay bất kỳ căn phòng nào, ý định của bạn là gì?”</w:t>
      </w:r>
    </w:p>
    <w:p>
      <w:pPr>
        <w:spacing w:after="80"/>
      </w:pPr>
      <w:r>
        <w:rPr>
          <w:b w:val="0"/>
          <w:i w:val="0"/>
        </w:rPr>
        <w:t>“Tôi thú thật là tôi không nghĩ mình có ý định cụ thể nào khi bước vào một cuộc họp hay một căn phòng nói chung.”</w:t>
      </w:r>
    </w:p>
    <w:p>
      <w:pPr>
        <w:spacing w:after="80"/>
      </w:pPr>
      <w:r>
        <w:rPr>
          <w:b w:val="0"/>
          <w:i w:val="0"/>
        </w:rPr>
        <w:t xml:space="preserve">“Điều đó không có gì lạ,” Jeff khẳng định. “Nhiều nhà lãnh đạo bỏ lỡ cơ hội vì thiếu suy tính trước và chủ đích. Tệ hơn nữa là nhiều nhà lãnh đạo bước vào với mục tiêu sai lầm: thể hiện quyền lãnh đạo của </w:t>
      </w:r>
      <w:r>
        <w:rPr>
          <w:b w:val="0"/>
          <w:i/>
        </w:rPr>
        <w:t>họ</w:t>
      </w:r>
      <w:r>
        <w:rPr>
          <w:b w:val="0"/>
          <w:i w:val="0"/>
        </w:rPr>
        <w:t>.”</w:t>
      </w:r>
    </w:p>
    <w:p>
      <w:pPr>
        <w:spacing w:after="80"/>
      </w:pPr>
      <w:r>
        <w:rPr>
          <w:b w:val="0"/>
          <w:i w:val="0"/>
        </w:rPr>
        <w:t>“Chẳng phải đó là điều các nhà lãnh đạo làm sao?” Debbie hỏi.</w:t>
      </w:r>
    </w:p>
    <w:p>
      <w:pPr>
        <w:spacing w:after="80"/>
      </w:pPr>
      <w:r>
        <w:rPr>
          <w:b w:val="0"/>
          <w:i w:val="0"/>
        </w:rPr>
        <w:t>“Không hẳn. Những nhà lãnh đạo giỏi nhất có một định hướng khác. Khi bước vào một căn phòng, họ tìm cách tạo ra giá trị tối đa nhất có thể (add value). Đôi khi điều đó có nghĩa là nắm quyền chỉ huy; những lúc khác, lại có nghĩa là đi đổ rác.”</w:t>
      </w:r>
    </w:p>
    <w:p>
      <w:pPr>
        <w:spacing w:after="80"/>
      </w:pPr>
      <w:r>
        <w:rPr>
          <w:b w:val="0"/>
          <w:i w:val="0"/>
        </w:rPr>
        <w:t>“Làm thế nào một nhà lãnh đạo biết được cách tốt nhất để tạo ra giá trị?” Debbie hỏi.</w:t>
      </w:r>
    </w:p>
    <w:p>
      <w:pPr>
        <w:spacing w:after="80"/>
      </w:pPr>
      <w:r>
        <w:rPr>
          <w:b w:val="0"/>
          <w:i w:val="0"/>
        </w:rPr>
        <w:t xml:space="preserve">“Bằng cách chuyển trọng tâm từ bản thân sang người khác. Đối với hầu hết các nhà lãnh đạo, và con người nói chung, bản năng đầu tiên của chúng ta là nghĩ về bản thân trước—chương trình nghị sự của </w:t>
      </w:r>
      <w:r>
        <w:rPr>
          <w:b w:val="0"/>
          <w:i/>
        </w:rPr>
        <w:t>tôi</w:t>
      </w:r>
      <w:r>
        <w:rPr>
          <w:b w:val="0"/>
          <w:i w:val="0"/>
        </w:rPr>
        <w:t xml:space="preserve">, mục tiêu của </w:t>
      </w:r>
      <w:r>
        <w:rPr>
          <w:b w:val="0"/>
          <w:i/>
        </w:rPr>
        <w:t>tôi</w:t>
      </w:r>
      <w:r>
        <w:rPr>
          <w:b w:val="0"/>
          <w:i w:val="0"/>
        </w:rPr>
        <w:t xml:space="preserve">, sự nghiệp của </w:t>
      </w:r>
      <w:r>
        <w:rPr>
          <w:b w:val="0"/>
          <w:i/>
        </w:rPr>
        <w:t>tôi</w:t>
      </w:r>
      <w:r>
        <w:rPr>
          <w:b w:val="0"/>
          <w:i w:val="0"/>
        </w:rPr>
        <w:t xml:space="preserve">, kế hoạch của </w:t>
      </w:r>
      <w:r>
        <w:rPr>
          <w:b w:val="0"/>
          <w:i/>
        </w:rPr>
        <w:t>tôi</w:t>
      </w:r>
      <w:r>
        <w:rPr>
          <w:b w:val="0"/>
          <w:i w:val="0"/>
        </w:rPr>
        <w:t xml:space="preserve">, tiền thưởng của </w:t>
      </w:r>
      <w:r>
        <w:rPr>
          <w:b w:val="0"/>
          <w:i/>
        </w:rPr>
        <w:t>tôi</w:t>
      </w:r>
      <w:r>
        <w:rPr>
          <w:b w:val="0"/>
          <w:i w:val="0"/>
        </w:rPr>
        <w:t xml:space="preserve">, điều gì tốt nhất cho </w:t>
      </w:r>
      <w:r>
        <w:rPr>
          <w:b w:val="0"/>
          <w:i/>
        </w:rPr>
        <w:t>tôi</w:t>
      </w:r>
      <w:r>
        <w:rPr>
          <w:b w:val="0"/>
          <w:i w:val="0"/>
        </w:rPr>
        <w:t>, đại loại như vậy. Những nhà lãnh đạo giỏi nhất rèn luyện khả năng nghĩ về người khác trước.”</w:t>
      </w:r>
    </w:p>
    <w:p>
      <w:pPr>
        <w:spacing w:after="80"/>
        <w:ind w:left="360"/>
      </w:pPr>
      <w:r>
        <w:rPr>
          <w:b/>
          <w:i/>
        </w:rPr>
        <w:t>Những nhà lãnh đạo giỏi nhất rèn luyện khả năng nghĩ về người khác trước.</w:t>
      </w:r>
    </w:p>
    <w:p>
      <w:pPr>
        <w:spacing w:after="80"/>
      </w:pPr>
      <w:r>
        <w:rPr>
          <w:b w:val="0"/>
          <w:i w:val="0"/>
        </w:rPr>
        <w:t>“Tôi thú nhận, đây là một suy nghĩ hoàn toàn mới đối với tôi.”</w:t>
      </w:r>
    </w:p>
    <w:p>
      <w:pPr>
        <w:spacing w:after="80"/>
      </w:pPr>
      <w:r>
        <w:rPr>
          <w:b w:val="0"/>
          <w:i w:val="0"/>
        </w:rPr>
        <w:t>“Tôi cũng từng như vậy. Đầu sự nghiệp, tôi có tất cả các kỹ năng cần thiết để lãnh đạo ở cấp độ cao, nhưng không ai muốn đi theo tôi.”</w:t>
      </w:r>
    </w:p>
    <w:p>
      <w:pPr>
        <w:spacing w:after="80"/>
      </w:pPr>
      <w:r>
        <w:rPr>
          <w:b w:val="0"/>
          <w:i w:val="0"/>
        </w:rPr>
        <w:t>“Thật sao?” Giọng Debbie thể hiện sự hoài nghi. “Chuyện gì đã xảy ra?”</w:t>
      </w:r>
    </w:p>
    <w:p>
      <w:pPr>
        <w:spacing w:after="80"/>
      </w:pPr>
      <w:r>
        <w:rPr>
          <w:b w:val="0"/>
          <w:i w:val="0"/>
        </w:rPr>
        <w:t>“Tôi đã được ghép tim,” Jeff trả lời.</w:t>
      </w:r>
    </w:p>
    <w:p>
      <w:pPr>
        <w:spacing w:after="80"/>
      </w:pPr>
      <w:r>
        <w:rPr>
          <w:b w:val="0"/>
          <w:i w:val="0"/>
        </w:rPr>
        <w:t>“Tôi chưa đọc thấy điều đó trong tiểu sử của anh.”</w:t>
      </w:r>
    </w:p>
    <w:p>
      <w:pPr>
        <w:spacing w:after="80"/>
      </w:pPr>
      <w:r>
        <w:rPr>
          <w:b w:val="0"/>
          <w:i w:val="0"/>
        </w:rPr>
        <w:t>“Cô sẽ không đọc thấy đâu. Đó không phải là ca ghép tim theo nghĩa đen, nhưng tôi thực sự có một trái tim mới. Nhiều năm trước, tôi bắt đầu một hành trình để chuyển từ một nhà lãnh đạo vị kỷ (self-serving leader) thành một nhà lãnh đạo phục vụ (serving leader). Vấn đề của tôi luôn nằm ở trái tim.”</w:t>
      </w:r>
    </w:p>
    <w:p>
      <w:pPr>
        <w:spacing w:after="80"/>
      </w:pPr>
      <w:r>
        <w:rPr>
          <w:b w:val="0"/>
          <w:i w:val="0"/>
        </w:rPr>
        <w:t>“Anh đã thay đổi như thế nào?” Debbie hỏi.</w:t>
      </w:r>
    </w:p>
    <w:p>
      <w:pPr>
        <w:spacing w:after="80"/>
      </w:pPr>
      <w:r>
        <w:rPr>
          <w:b w:val="0"/>
          <w:i w:val="0"/>
        </w:rPr>
        <w:t>“Tôi có một người cố vấn, người đã nhìn thấy tiềm năng ở tôi và đầu tư vào cuộc sống cũng như khả năng lãnh đạo của tôi. Ông ấy giúp tôi hiểu rằng phần thưởng của việc trở thành một nhà lãnh đạo phục vụ lớn hơn nhiều so với việc trở thành một nhà lãnh đạo vị kỷ. Ông ấy cũng kèm cặp tôi về những điều tôi cần làm khác đi, bao gồm cả việc nghĩ đến người khác trước tiên.”</w:t>
      </w:r>
    </w:p>
    <w:p>
      <w:pPr>
        <w:spacing w:after="80"/>
      </w:pPr>
      <w:r>
        <w:rPr>
          <w:b w:val="0"/>
          <w:i w:val="0"/>
        </w:rPr>
        <w:t>“Theo thời gian, tôi nhận ra rằng dù các kỹ năng lãnh đạo có quan trọng đến đâu, bạn không thể lãnh đạo hết tiềm năng chỉ bằng kỹ năng. Nếu trái tim bạn không ngay thẳng, không ai quan tâm đến kỹ năng của bạn.”</w:t>
      </w:r>
    </w:p>
    <w:p>
      <w:pPr>
        <w:spacing w:after="80"/>
      </w:pPr>
      <w:r>
        <w:rPr>
          <w:b w:val="0"/>
          <w:i w:val="0"/>
        </w:rPr>
        <w:t>Debbie nhận ra thời gian bên nhau của họ sắp hết. “Như thường lệ, anh đã cho tôi rất nhiều điều để suy nghĩ. Hôm nay anh có bài tập nào cho tôi không?”</w:t>
      </w:r>
    </w:p>
    <w:p>
      <w:pPr>
        <w:spacing w:after="80"/>
      </w:pPr>
      <w:r>
        <w:rPr>
          <w:b w:val="0"/>
          <w:i w:val="0"/>
        </w:rPr>
        <w:t>“Ừ, đây là bài tập về nhà của bạn: Hãy cố gắng tạo thêm giá trị cho mọi người bạn gặp.”</w:t>
      </w:r>
    </w:p>
    <w:p>
      <w:pPr>
        <w:spacing w:after="80"/>
      </w:pPr>
      <w:r>
        <w:rPr>
          <w:b w:val="0"/>
          <w:i w:val="0"/>
        </w:rPr>
        <w:t>“Đó là một bài tập khó nhằn. Tôi phải làm điều đó bằng cách nào?”</w:t>
      </w:r>
    </w:p>
    <w:p>
      <w:pPr>
        <w:spacing w:after="80"/>
      </w:pPr>
      <w:r>
        <w:rPr>
          <w:b w:val="0"/>
          <w:i w:val="0"/>
        </w:rPr>
        <w:t>“Chúng ta hãy cùng động não nhé,” Jeff nói khi quay sang bảng trắng.</w:t>
      </w:r>
    </w:p>
    <w:p>
      <w:pPr>
        <w:spacing w:after="80"/>
      </w:pPr>
      <w:r>
        <w:rPr>
          <w:b w:val="0"/>
          <w:i w:val="0"/>
        </w:rPr>
        <w:t>Trong chưa đầy năm phút, Debbie và Jeff đã có những mục sau trên bảng.</w:t>
      </w:r>
    </w:p>
    <w:p>
      <w:pPr>
        <w:jc w:val="center"/>
      </w:pPr>
      <w:r>
        <w:drawing>
          <wp:inline xmlns:a="http://schemas.openxmlformats.org/drawingml/2006/main" xmlns:pic="http://schemas.openxmlformats.org/drawingml/2006/picture">
            <wp:extent cx="5486400" cy="3968496"/>
            <wp:docPr id="40" name="Picture 40"/>
            <wp:cNvGraphicFramePr>
              <a:graphicFrameLocks noChangeAspect="1"/>
            </wp:cNvGraphicFramePr>
            <a:graphic>
              <a:graphicData uri="http://schemas.openxmlformats.org/drawingml/2006/picture">
                <pic:pic>
                  <pic:nvPicPr>
                    <pic:cNvPr id="0" name="f0106-01.jpg"/>
                    <pic:cNvPicPr/>
                  </pic:nvPicPr>
                  <pic:blipFill>
                    <a:blip r:embed="rId21"/>
                    <a:stretch>
                      <a:fillRect/>
                    </a:stretch>
                  </pic:blipFill>
                  <pic:spPr>
                    <a:xfrm>
                      <a:off x="0" y="0"/>
                      <a:ext cx="5486400" cy="3968496"/>
                    </a:xfrm>
                    <a:prstGeom prst="rect"/>
                  </pic:spPr>
                </pic:pic>
              </a:graphicData>
            </a:graphic>
          </wp:inline>
        </w:drawing>
      </w:r>
    </w:p>
    <w:p>
      <w:pPr>
        <w:spacing w:after="80"/>
        <w:ind w:left="360"/>
      </w:pPr>
      <w:r>
        <w:rPr>
          <w:b w:val="0"/>
          <w:i w:val="0"/>
        </w:rPr>
        <w:t>Một danh sách gạch đầu dòng: Khuyến khích họ; Thử thách họ; Kèm cặp họ; Định hướng lại cho họ; Hỏi ý kiến họ; Khen ngợi họ; Lắng nghe họ; Cảm ơn họ; Ghi nhận điểm mạnh của họ; Cung cấp nguồn lực; Đồng cảm với hoàn cảnh của họ.</w:t>
      </w:r>
    </w:p>
    <w:p>
      <w:pPr>
        <w:spacing w:after="80"/>
      </w:pPr>
      <w:r>
        <w:rPr>
          <w:b w:val="0"/>
          <w:i w:val="0"/>
        </w:rPr>
        <w:t>“Còn một điều nữa cho danh sách hôm nay,” Jeff nói. “Chỉ cần có mặt thôi.”</w:t>
      </w:r>
    </w:p>
    <w:p>
      <w:pPr>
        <w:spacing w:after="80"/>
      </w:pPr>
      <w:r>
        <w:rPr>
          <w:b w:val="0"/>
          <w:i w:val="0"/>
        </w:rPr>
        <w:t>“Điều đó có nghĩa là gì? Có mặt ở chỗ làm à?”</w:t>
      </w:r>
    </w:p>
    <w:p>
      <w:pPr>
        <w:spacing w:after="80"/>
      </w:pPr>
      <w:r>
        <w:rPr>
          <w:b w:val="0"/>
          <w:i w:val="0"/>
        </w:rPr>
        <w:t>“Không, hãy có mặt khi mọi chuyện trở nên khó khăn.”</w:t>
      </w:r>
    </w:p>
    <w:p>
      <w:pPr>
        <w:spacing w:after="80"/>
      </w:pPr>
      <w:r>
        <w:rPr>
          <w:b w:val="0"/>
          <w:i w:val="0"/>
        </w:rPr>
        <w:t>“Tôi không hiểu ý anh.”</w:t>
      </w:r>
    </w:p>
    <w:p>
      <w:pPr>
        <w:spacing w:after="80"/>
      </w:pPr>
      <w:r>
        <w:rPr>
          <w:b w:val="0"/>
          <w:i w:val="0"/>
        </w:rPr>
        <w:t>“Tôi rời cuộc họp này để đến một đám tang. Mẹ của Rebecca mất rồi.”</w:t>
      </w:r>
    </w:p>
    <w:p>
      <w:pPr>
        <w:spacing w:after="80"/>
      </w:pPr>
      <w:r>
        <w:rPr>
          <w:b w:val="0"/>
          <w:i w:val="0"/>
        </w:rPr>
        <w:t>“Rebecca là ai?”</w:t>
      </w:r>
    </w:p>
    <w:p>
      <w:pPr>
        <w:spacing w:after="80"/>
      </w:pPr>
      <w:r>
        <w:rPr>
          <w:b w:val="0"/>
          <w:i w:val="0"/>
        </w:rPr>
        <w:t>“Cô ấy làm ở phòng Kế toán.”</w:t>
      </w:r>
    </w:p>
    <w:p>
      <w:pPr>
        <w:spacing w:after="80"/>
      </w:pPr>
      <w:r>
        <w:rPr>
          <w:b w:val="0"/>
          <w:i w:val="0"/>
        </w:rPr>
        <w:t>“Anh có phát biểu ở đám tang không?”</w:t>
      </w:r>
    </w:p>
    <w:p>
      <w:pPr>
        <w:spacing w:after="80"/>
      </w:pPr>
      <w:r>
        <w:rPr>
          <w:b w:val="0"/>
          <w:i w:val="0"/>
        </w:rPr>
        <w:t>“Không, tôi chỉ đến thôi. Mục tiêu duy nhất của tôi là ôm Becca một cái.”</w:t>
      </w:r>
    </w:p>
    <w:p>
      <w:pPr>
        <w:spacing w:after="80"/>
      </w:pPr>
      <w:r>
        <w:rPr>
          <w:b w:val="0"/>
          <w:i w:val="0"/>
        </w:rPr>
        <w:t>Debbie để điều đó ngấm dần. “Điều này thực sự mở rộng hiểu biết của tôi về việc tạo giá trị cho người khác. Có vẻ tôi có nhiều việc phải làm rồi.” Cô đứng dậy ra về.</w:t>
      </w:r>
    </w:p>
    <w:p>
      <w:pPr>
        <w:spacing w:after="80"/>
      </w:pPr>
      <w:r>
        <w:rPr>
          <w:b w:val="0"/>
          <w:i w:val="0"/>
        </w:rPr>
        <w:t>Jeff mỉm cười khi tiễn cô ra cửa. “Cô sẽ làm tốt thôi. Chỉ cần đi theo trái tim và nghĩ cho người khác trước.”</w:t>
      </w:r>
    </w:p>
    <w:p>
      <w:pPr>
        <w:jc w:val="center"/>
      </w:pPr>
      <w:r>
        <w:drawing>
          <wp:inline xmlns:a="http://schemas.openxmlformats.org/drawingml/2006/main" xmlns:pic="http://schemas.openxmlformats.org/drawingml/2006/picture">
            <wp:extent cx="952500" cy="1524000"/>
            <wp:docPr id="41" name="Picture 41"/>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Những nhà lãnh đạo phục vụ</w:t>
      </w:r>
    </w:p>
    <w:p>
      <w:pPr>
        <w:spacing w:after="80"/>
      </w:pPr>
      <w:r>
        <w:rPr>
          <w:b w:val="0"/>
          <w:i w:val="0"/>
        </w:rPr>
        <w:t>Debbie đón nhận thử thách của Jeff một cách nghiêm túc. Cô bắt đầu ngay khi bước ra khỏi văn phòng của anh, dừng lại để cảm ơn Ashley vì tất cả những gì cô ấy đã làm cho Jeff và tổ chức.</w:t>
      </w:r>
    </w:p>
    <w:p>
      <w:pPr>
        <w:spacing w:after="80"/>
      </w:pPr>
      <w:r>
        <w:rPr>
          <w:b w:val="0"/>
          <w:i w:val="0"/>
        </w:rPr>
        <w:t>Ashley quay sang Debbie với ánh mắt đầy biết ơn chân thành. “Chị vừa khiến em thấy hôm nay thật tuyệt. Cảm ơn chị!”</w:t>
      </w:r>
    </w:p>
    <w:p>
      <w:pPr>
        <w:spacing w:after="80"/>
      </w:pPr>
      <w:r>
        <w:rPr>
          <w:b w:val="0"/>
          <w:i w:val="0"/>
        </w:rPr>
        <w:t>Vì nghĩ rằng Ashley không thiếu những lời khen, Debbie khá bất ngờ trước phản ứng của cô ấy. Điểm dừng tiếp theo của cô là ghé thăm Charles. Cô cảm ơn anh vì công việc anh đã hoàn thành ngày hôm trước và đưa ra một vài góp ý mang tính xây dựng để giúp anh thúc đẩy dự án tiến lên. Anh cũng cảm ơn cô, gương mặt rạng rỡ với nụ cười.</w:t>
      </w:r>
    </w:p>
    <w:p>
      <w:pPr>
        <w:spacing w:after="80"/>
      </w:pPr>
      <w:r>
        <w:rPr>
          <w:b w:val="0"/>
          <w:i w:val="0"/>
        </w:rPr>
        <w:t>Kiểu phản ứng này cứ lặp đi lặp lại suốt cả ngày. Cô càng hành động để tạo thêm giá trị, mọi người càng bày tỏ sự trân trọng đối với những nỗ lực của cô.</w:t>
      </w:r>
    </w:p>
    <w:p>
      <w:pPr>
        <w:spacing w:after="80"/>
      </w:pPr>
      <w:r>
        <w:rPr>
          <w:b w:val="0"/>
          <w:i w:val="0"/>
        </w:rPr>
        <w:t>Trên đường về nhà, Debbie quyết định sẽ thử một thí nghiệm với John.</w:t>
      </w:r>
      <w:r>
        <w:rPr>
          <w:b w:val="0"/>
          <w:i/>
        </w:rPr>
        <w:t>Để xem việc tạo thêm giá trị này có hiệu quả ở nhà không</w:t>
      </w:r>
      <w:r>
        <w:rPr>
          <w:b w:val="0"/>
          <w:i w:val="0"/>
        </w:rPr>
        <w:t>, cô nghĩ. Khi về đến nơi, cô hỏi John xem có điều gì cô có thể giúp anh với dự án mà cô biết anh đang chật vật hoàn thành không.</w:t>
      </w:r>
    </w:p>
    <w:p>
      <w:pPr>
        <w:spacing w:after="80"/>
      </w:pPr>
      <w:r>
        <w:rPr>
          <w:b w:val="0"/>
          <w:i w:val="0"/>
        </w:rPr>
        <w:t>John trông có vẻ ngạc nhiên. “Nếu em có vài phút, anh rất muốn nghe quan điểm của em. Anh vẫn chưa chắc phần trình bày cuối cùng của mình đã đủ chặt chẽ hay chưa. Đôi mắt tươi mới và trí óc sắc bén của em sẽ là một món quà thật sự. Cảm ơn em!”</w:t>
      </w:r>
    </w:p>
    <w:p>
      <w:pPr>
        <w:spacing w:after="80"/>
      </w:pPr>
      <w:r>
        <w:rPr>
          <w:b w:val="0"/>
          <w:i w:val="0"/>
        </w:rPr>
        <w:t>“Em chưa làm gì cả mà,” Debbie nói.</w:t>
      </w:r>
    </w:p>
    <w:p>
      <w:pPr>
        <w:spacing w:after="80"/>
      </w:pPr>
      <w:r>
        <w:rPr>
          <w:b w:val="0"/>
          <w:i w:val="0"/>
        </w:rPr>
        <w:t>“Em biết, nhưng anh sẵn lòng giúp đỡ. Điều đó có ý nghĩa rất lớn với em.”</w:t>
      </w:r>
    </w:p>
    <w:p>
      <w:pPr>
        <w:spacing w:after="80"/>
      </w:pPr>
      <w:r>
        <w:rPr>
          <w:b w:val="0"/>
          <w:i w:val="0"/>
        </w:rPr>
        <w:t>Câu trả lời của John khiến Debbie vô cùng xúc động. Cô nghĩ về tất cả những phản hồi chân thành mà cô đã nhận được từ những nỗ lực đơn giản của mình để tạo thêm giá trị trong suốt vài giờ qua. Đột nhiên, cô nhận ra vô số cơ hội mà mình đã bỏ lỡ để tạo nên sự khác biệt tích cực trong cuộc sống của mọi người. Nước mắt trào ra.</w:t>
      </w:r>
    </w:p>
    <w:p>
      <w:pPr>
        <w:spacing w:after="80"/>
      </w:pPr>
      <w:r>
        <w:rPr>
          <w:b w:val="0"/>
          <w:i w:val="0"/>
        </w:rPr>
        <w:t>“Có chuyện gì vậy, em yêu?” John hỏi.</w:t>
      </w:r>
    </w:p>
    <w:p>
      <w:pPr>
        <w:spacing w:after="80"/>
      </w:pPr>
      <w:r>
        <w:rPr>
          <w:b w:val="0"/>
          <w:i w:val="0"/>
        </w:rPr>
        <w:t>“Em đã quá ích kỷ trong một thời gian dài. Em không cố ý như vậy. Chỉ là đến bây giờ em mới nhìn rõ. Hãy tha thứ cho em.”</w:t>
      </w:r>
    </w:p>
    <w:p>
      <w:pPr>
        <w:spacing w:after="80"/>
      </w:pPr>
      <w:r>
        <w:rPr>
          <w:b w:val="0"/>
          <w:i w:val="0"/>
        </w:rPr>
        <w:t>“Em chỉ đang tập trung vào công việc thôi,” John nói, “và anh ủng hộ điều đó. Anh biết nó có ý nghĩa thế nào với em.”</w:t>
      </w:r>
    </w:p>
    <w:p>
      <w:pPr>
        <w:spacing w:after="80"/>
      </w:pPr>
      <w:r>
        <w:rPr>
          <w:b w:val="0"/>
          <w:i w:val="0"/>
        </w:rPr>
        <w:t>“Vâng, công việc rất quan trọng với em. Nhưng anh còn quan trọng hơn nhiều. Và cả những người mà em được giao phục vụ nữa. Em sẽ cố gắng hơn.” Cô ôm John. “Tối nay sau bữa tối, chúng ta sẽ hoàn thiện bài thuyết trình đó.”</w:t>
      </w:r>
    </w:p>
    <w:p>
      <w:pPr>
        <w:spacing w:after="80"/>
      </w:pPr>
      <w:r>
        <w:rPr>
          <w:b w:val="0"/>
          <w:i w:val="0"/>
        </w:rPr>
        <w:t>Khi ngày gặp gỡ tiếp theo với Jeff đến gần, Debbie tiếp tục tập trung vào người khác và tạo thêm giá trị. Hết lần này đến lần khác, cô chứng kiến tác động tích cực từ sự cố vấn của anh ấy trong thực tế.</w:t>
      </w:r>
    </w:p>
    <w:p>
      <w:pPr>
        <w:jc w:val="center"/>
      </w:pPr>
      <w:r>
        <w:drawing>
          <wp:inline xmlns:a="http://schemas.openxmlformats.org/drawingml/2006/main" xmlns:pic="http://schemas.openxmlformats.org/drawingml/2006/picture">
            <wp:extent cx="952500" cy="447675"/>
            <wp:docPr id="42" name="Picture 42"/>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Vào buổi sáng của buổi gặp, Debbie đến văn phòng Jeff với một cảm giác lạc quan mới mẻ.</w:t>
      </w:r>
    </w:p>
    <w:p>
      <w:pPr>
        <w:spacing w:after="80"/>
      </w:pPr>
      <w:r>
        <w:rPr>
          <w:b w:val="0"/>
          <w:i w:val="0"/>
        </w:rPr>
        <w:t>Họ bắt đầu bằng việc chia sẻ những gì đang diễn ra trong cuộc sống cá nhân. Ngay từ đầu, Jeff đã bày tỏ sự quan tâm đến cuộc sống của Debbie, cả ở nơi làm việc lẫn ngoài văn phòng. Ban đầu điều này khiến cô ngạc nhiên, vì cô vẫn nghĩ rằng lãnh đạo có nhiều việc quan trọng hơn để làm thay vì nói chuyện về chuyện cá nhân. Nhận thấy cách Jeff luôn đối xử với cô như một con người trọn vẹn—chứ không chỉ là một đôi tay được thuê—Debbie đã học được rằng những nhà lãnh đạo giỏi luôn dành thời gian để tìm hiểu về người khác.</w:t>
      </w:r>
    </w:p>
    <w:p>
      <w:pPr>
        <w:spacing w:after="80"/>
      </w:pPr>
      <w:r>
        <w:rPr>
          <w:b w:val="0"/>
          <w:i w:val="0"/>
        </w:rPr>
        <w:t>Hôm nay, họ dành nhiều thời gian hơn thường lệ để hàn huyên. Jeff và vợ anh vừa có một chuyến đi Iceland và Debbie có rất nhiều câu hỏi tiếp nối, vì cô luôn thích thú với việc du lịch đến đó.</w:t>
      </w:r>
    </w:p>
    <w:p>
      <w:pPr>
        <w:spacing w:after="80"/>
      </w:pPr>
      <w:r>
        <w:rPr>
          <w:b w:val="0"/>
          <w:i w:val="0"/>
        </w:rPr>
        <w:t>Quay sang công việc chính, cuối cùng Jeff hỏi: “Từ buổi gặp lần trước đến giờ, em có nhận ra điều gì mới mẻ không?”</w:t>
      </w:r>
    </w:p>
    <w:p>
      <w:pPr>
        <w:spacing w:after="80"/>
      </w:pPr>
      <w:r>
        <w:rPr>
          <w:b w:val="0"/>
          <w:i w:val="0"/>
        </w:rPr>
        <w:t>“Vâng, khá nhiều,” Debbie nói với giọng có chút hài lòng. “Bài tập lần trước của anh đã thay đổi cuộc đời em. Những nỗ lực đơn giản của em nhằm tạo thêm giá trị cho người khác đã tạo ra sự khác biệt không thể tin nổi.”</w:t>
      </w:r>
    </w:p>
    <w:p>
      <w:pPr>
        <w:spacing w:after="80"/>
      </w:pPr>
      <w:r>
        <w:rPr>
          <w:b w:val="0"/>
          <w:i w:val="0"/>
        </w:rPr>
        <w:t>“Kể cho anh nghe thêm đi,” Jeff nói.</w:t>
      </w:r>
    </w:p>
    <w:p>
      <w:pPr>
        <w:spacing w:after="80"/>
      </w:pPr>
      <w:r>
        <w:rPr>
          <w:b w:val="0"/>
          <w:i w:val="0"/>
        </w:rPr>
        <w:t>Debbie kể cho anh nghe về tất cả những phản hồi tích cực mà cô nhận được. “Không phải cuộc gặp nào cũng dẫn đến một khoảnh khắc biết ơn lớn lao, nhưng nhìn chung, tác động tích cực là rất rõ rệt. Ngay tối hôm buổi gặp lần trước của chúng ta, em đã có một sự thấu hiểu bất ngờ.”</w:t>
      </w:r>
    </w:p>
    <w:p>
      <w:pPr>
        <w:spacing w:after="80"/>
      </w:pPr>
      <w:r>
        <w:rPr>
          <w:b w:val="0"/>
          <w:i w:val="0"/>
        </w:rPr>
        <w:t>“Thật sao? Đó là gì thế?”</w:t>
      </w:r>
    </w:p>
    <w:p>
      <w:pPr>
        <w:spacing w:after="80"/>
      </w:pPr>
      <w:r>
        <w:rPr>
          <w:b w:val="0"/>
          <w:i w:val="0"/>
        </w:rPr>
        <w:t>Debbie kể cho Jeff về việc cô đề nghị giúp chồng mình thực hiện dự án và việc cô chợt nhận ra rằng cô đã quá tập trung vào mục tiêu của riêng mình đến mức xao nhãng người khác.</w:t>
      </w:r>
    </w:p>
    <w:p>
      <w:pPr>
        <w:spacing w:after="80"/>
      </w:pPr>
      <w:r>
        <w:rPr>
          <w:b w:val="0"/>
          <w:i w:val="0"/>
        </w:rPr>
        <w:t>“Tôi thấy mình hối tiếc về tất cả những lần lẽ ra tôi có thể giúp nhưng đã không giúp,” cô thừa nhận. “Điều đó thật đau lòng.”</w:t>
      </w:r>
    </w:p>
    <w:p>
      <w:pPr>
        <w:spacing w:after="80"/>
      </w:pPr>
      <w:r>
        <w:rPr>
          <w:b w:val="0"/>
          <w:i w:val="0"/>
        </w:rPr>
        <w:t>“Đừng lãng phí năng lượng vào sự hối tiếc,” Jeff nói. “Người lãnh đạo học hỏi từ quá khứ, nhưng chúng ta không sống ở đó. Người lãnh đạo là những kiến trúc sư của tương lai. Chúng ta không thể cho phép mình chìm đắm trong quá khứ.”</w:t>
      </w:r>
    </w:p>
    <w:p>
      <w:pPr>
        <w:spacing w:after="80"/>
      </w:pPr>
      <w:r>
        <w:rPr>
          <w:b w:val="0"/>
          <w:i w:val="0"/>
        </w:rPr>
        <w:t>“Nhắc đến những nhà lãnh đạo, tối hôm nọ John và tôi dự một bữa tiệc tối, chủ nhà yêu cầu mọi người quanh bàn mỗi người nêu tên hai người—trong quá khứ hoặc hiện tại—mà chúng tôi muốn được ăn tối cùng vào một buổi tối nào đó. Điều đó khiến tôi tự hỏi: Ai là những nhà lãnh đạo—trong quá khứ hay hiện tại—mà bạn nghĩ thể hiện tốt nhất cách tiếp cận lãnh đạo SERVE?”</w:t>
      </w:r>
    </w:p>
    <w:p>
      <w:pPr>
        <w:spacing w:after="80"/>
        <w:ind w:left="360"/>
      </w:pPr>
      <w:r>
        <w:rPr>
          <w:b/>
          <w:i/>
        </w:rPr>
        <w:t>Người lãnh đạo là những kiến trúc sư của tương lai.</w:t>
      </w:r>
    </w:p>
    <w:p>
      <w:pPr>
        <w:spacing w:after="80"/>
      </w:pPr>
      <w:r>
        <w:rPr>
          <w:b w:val="0"/>
          <w:i w:val="0"/>
        </w:rPr>
        <w:t>“Đó là một câu hỏi thú vị!” Jeff ngừng lại một lúc, trầm ngâm suy nghĩ. “Một người hiện lên trong tâm trí tôi là Nelson Mandela. Đây là một người đã bị bỏ tù oan gần hai mươi tám năm, vậy mà khi cuối cùng được trả tự do, ông ấy không hề giận dữ. Ông bước ra với khát khao được phục vụ và giúp đỡ. Ông ấy thậm chí còn mời những người cai tù của mình đến lễ nhậm chức khi được bầu làm tổng thống của Liên bang Nam Phi. Ông ấy có một tầm nhìn về tương lai. Ông quy tụ những người xung quanh để phát triển họ, và dường như ông luôn không ngừng học hỏi, ngay cả khi còn ở trong tù. Mandela chắc chắn coi trọng con người và kết quả, và ông sống đúng với các giá trị. Ông ấy thực sự đã làm được tất cả.”</w:t>
      </w:r>
    </w:p>
    <w:p>
      <w:pPr>
        <w:spacing w:after="80"/>
      </w:pPr>
      <w:r>
        <w:rPr>
          <w:b w:val="0"/>
          <w:i w:val="0"/>
        </w:rPr>
        <w:t>“Bạn nói đúng—ông ấy là một con người phi thường,” Debbie nói. “Bạn biết đấy, một người tương tự Mandela mà tôi muốn ăn tối cùng là Jimmy Carter. Ý tôi là, ông ấy không được xem là tổng thống vĩ đại nhất khi còn tại nhiệm, nhưng ông ấy là một cựu tổng thống tuyệt vời. Ông ấy đã xây dựng một đội ngũ tuyệt vời để xây hàng nghìn ngôi nhà cho người nghèo thông qua Habitat for Humanity. Và ông đã giành được một giải Nobel Hòa bình cho những nỗ lực thúc đẩy các cuộc đàm phán hòa bình ở những khu vực nhiều xung đột trên thế giới. Ông ấy chắc chắn là hình mẫu của một nhà lãnh đạo vị tha và sẵn sàng phục vụ.”</w:t>
      </w:r>
    </w:p>
    <w:p>
      <w:pPr>
        <w:spacing w:after="80"/>
      </w:pPr>
      <w:r>
        <w:rPr>
          <w:b w:val="0"/>
          <w:i w:val="0"/>
        </w:rPr>
        <w:t>“Đó là một ví dụ hay,” Jeff nói. “Dù Tổng thống Carter không còn ở bên chúng ta nữa, Habitat for Humanity vẫn đang tiếp nối công việc tốt đẹp mà ông đã khởi xướng. Còn ai nữa không?”</w:t>
      </w:r>
    </w:p>
    <w:p>
      <w:pPr>
        <w:spacing w:after="80"/>
      </w:pPr>
      <w:r>
        <w:rPr>
          <w:b w:val="0"/>
          <w:i w:val="0"/>
        </w:rPr>
        <w:t>Debbie suy nghĩ một phút. “Còn Martin Luther King Jr. thì sao? Trong tất cả những nhà lãnh đạo vĩ đại mà tôi nhớ đã từng đọc, ông là người có một tầm nhìn thực sự mạnh mẽ—một giấc mơ rằng một ngày nào đó con người sẽ không bị đánh giá ‘bởi màu da, mà bởi phẩm chất của họ.’ Ông nhìn thấy tương lai, thu hút sự tham gia của người khác, và thể hiện tất cả những phẩm chất khác mà chúng ta đã bàn đến.”</w:t>
      </w:r>
    </w:p>
    <w:p>
      <w:pPr>
        <w:spacing w:after="80"/>
      </w:pPr>
      <w:r>
        <w:rPr>
          <w:b w:val="0"/>
          <w:i w:val="0"/>
        </w:rPr>
        <w:t>Ừ, Dr. King sẽ là một lựa chọn rất hay.</w:t>
      </w:r>
    </w:p>
    <w:p>
      <w:pPr>
        <w:spacing w:after="80"/>
      </w:pPr>
      <w:r>
        <w:rPr>
          <w:b w:val="0"/>
          <w:i w:val="0"/>
        </w:rPr>
        <w:t>Bỗng nhiên, nụ cười của Debbie biến mất và cô thở dài nặng nề. “Hãy đối diện với sự thật đi. Dù tôi có cố gắng đến đâu, tôi sẽ không bao giờ lãnh đạo được như Nelson Mandela, Jimmy Carter, hay Martin Luther King Jr.”</w:t>
      </w:r>
    </w:p>
    <w:p>
      <w:pPr>
        <w:spacing w:after="80"/>
      </w:pPr>
      <w:r>
        <w:rPr>
          <w:b w:val="0"/>
          <w:i w:val="0"/>
        </w:rPr>
        <w:t>“Tôi cũng không,” Jeff nói. “Nhưng những tấm gương có thể là nguồn cảm hứng. Họ cho thấy điều gì là khả thi và thúc đẩy chúng ta phục vụ tốt hơn. Họ có thể truyền cho chúng ta tia lửa để vươn cao hơn.”</w:t>
      </w:r>
    </w:p>
    <w:p>
      <w:pPr>
        <w:spacing w:after="80"/>
        <w:ind w:left="360"/>
      </w:pPr>
      <w:r>
        <w:rPr>
          <w:b/>
          <w:i/>
        </w:rPr>
        <w:t>Những tấm gương có thể là nguồn cảm hứng. Họ cho thấy điều gì là khả thi và thúc đẩy chúng ta phục vụ tốt hơn.</w:t>
      </w:r>
    </w:p>
    <w:p>
      <w:pPr>
        <w:spacing w:after="80"/>
      </w:pPr>
      <w:r>
        <w:rPr>
          <w:b w:val="0"/>
          <w:i w:val="0"/>
        </w:rPr>
        <w:t>“Tôi không biết,” Debbie nói. “Nếu đó là điều cần có để trở thành một nhà lãnh đạo phục vụ (serving leader), thì tôi tiêu rồi.”</w:t>
      </w:r>
    </w:p>
    <w:p>
      <w:pPr>
        <w:spacing w:after="80"/>
      </w:pPr>
      <w:r>
        <w:rPr>
          <w:b w:val="0"/>
          <w:i w:val="0"/>
        </w:rPr>
        <w:t>“Tất nhiên là không! Hãy nghĩ đến những người trong chính cuộc đời bạn, những người có cách lãnh đạo từng khích lệ bạn. Có thể đó là một giáo viên hoặc huấn luyện viên. Nếu bạn may mắn, có thể đó là cha mẹ hoặc người thân. Họ đã làm gương các thực hành mà chúng ta đã bàn đến bằng những cách nào? Họ lãnh đạo bằng chính tấm gương của họ.”</w:t>
      </w:r>
    </w:p>
    <w:p>
      <w:pPr>
        <w:spacing w:after="80"/>
      </w:pPr>
      <w:r>
        <w:rPr>
          <w:b w:val="0"/>
          <w:i w:val="0"/>
        </w:rPr>
        <w:t>“Điều đó nghe khả thi hơn nhiều.” Debbie thấy thời gian của họ sắp hết. “Bạn có câu hỏi bài tập nào cho tôi tuần này không?” cô hỏi.</w:t>
      </w:r>
    </w:p>
    <w:p>
      <w:pPr>
        <w:spacing w:after="80"/>
      </w:pPr>
      <w:r>
        <w:rPr>
          <w:b w:val="0"/>
          <w:i w:val="0"/>
        </w:rPr>
        <w:t>“Không,” anh ấy đáp. “Bạn chỉ cần ôn lại ghi chú của mình. Vào buổi gặp tới—mà bạn biết đấy, là buổi gặp cuối cùng của chúng ta—chúng ta sẽ dành thời gian xem lại những gì đã trao đổi trong khoảng một năm qua. Bạn đã làm rất tốt, nên đó sẽ là một buổi thú vị.”</w:t>
      </w:r>
    </w:p>
    <w:p>
      <w:pPr>
        <w:spacing w:after="80"/>
      </w:pPr>
      <w:r>
        <w:rPr>
          <w:b w:val="0"/>
          <w:i w:val="0"/>
        </w:rPr>
        <w:t>Debbie vừa thấy vui vì lời khen của Jeff, vừa thấy buồn vì những buổi gặp gỡ giữa họ sắp kết thúc.</w:t>
      </w:r>
    </w:p>
    <w:p>
      <w:pPr>
        <w:spacing w:after="80"/>
      </w:pPr>
      <w:r>
        <w:rPr>
          <w:b w:val="0"/>
          <w:i w:val="0"/>
        </w:rPr>
        <w:t>“Đây là một cuộc thảo luận thú vị,” cô nói khi bước về phía cửa. “Thú vị đến mức tôi sẽ phải suy nghĩ thêm về chủ đề hình mẫu lãnh đạo.”</w:t>
      </w:r>
    </w:p>
    <w:p>
      <w:pPr>
        <w:spacing w:after="80"/>
      </w:pPr>
      <w:r>
        <w:rPr>
          <w:b w:val="0"/>
          <w:i w:val="0"/>
        </w:rPr>
        <w:t>Jeff mỉm cười và nhắc lại điều cô đã từng nghe anh nói trước đây: “Những người lãnh đạo luôn có rất nhiều điều để suy nghĩ, Debbie à.”</w:t>
      </w:r>
    </w:p>
    <w:p>
      <w:pPr>
        <w:jc w:val="center"/>
      </w:pPr>
      <w:r>
        <w:drawing>
          <wp:inline xmlns:a="http://schemas.openxmlformats.org/drawingml/2006/main" xmlns:pic="http://schemas.openxmlformats.org/drawingml/2006/picture">
            <wp:extent cx="952500" cy="1524000"/>
            <wp:docPr id="43" name="Picture 43"/>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Thử thách tiếp theo của bạn</w:t>
      </w:r>
    </w:p>
    <w:p>
      <w:pPr>
        <w:spacing w:after="80"/>
      </w:pPr>
      <w:r>
        <w:rPr>
          <w:b w:val="0"/>
          <w:i w:val="0"/>
        </w:rPr>
        <w:t>Trong những ngày sau đó, Debbie ngẫm nghĩ về tất cả những điều cô đã học được trong các buổi gặp với Jeff. Cô nhận ra khoảng thời gian bên anh đã tác động sâu sắc đến mình. Nó chắc chắn đã thay đổi quan điểm của cô—cô sẽ không bao giờ nhìn nhận việc lãnh đạo hay nhóm của mình theo cách cũ nữa.</w:t>
      </w:r>
    </w:p>
    <w:p>
      <w:pPr>
        <w:spacing w:after="80"/>
      </w:pPr>
      <w:r>
        <w:rPr>
          <w:b w:val="0"/>
          <w:i w:val="0"/>
        </w:rPr>
        <w:t>Cả nhóm có một nguồn năng lượng và sự nhiệt tình mới khiến cô thực sự ngạc nhiên. Hiệu quả làm việc của nhóm tiếp tục được cải thiện. Những mục tiêu họ đặt ra xoay quanh việc tạo ra những người hâm mộ cuồng nhiệt (raving fans) rất tham vọng, nhưng mọi người đều cảm thấy chúng có thể đạt được. Tất cả họ đều tin rằng họ có thể đi từ “Tệ nhất” đến “Dẫn đầu”. Họ quyết định yếu tố then chốt sẽ gồm hai phần: thứ nhất, đạt được mức độ dịch vụ khách hàng chưa từng có; thứ hai, làm việc cùng nhau như một nhóm—chứ không phải độc lập, như thói quen trước đây của họ.</w:t>
      </w:r>
    </w:p>
    <w:p>
      <w:pPr>
        <w:spacing w:after="80"/>
      </w:pPr>
      <w:r>
        <w:rPr>
          <w:b w:val="0"/>
          <w:i/>
        </w:rPr>
        <w:t>Tất cả những thay đổi này là kết quả của những hành động bắt nguồn từ những cuộc trò chuyện của tôi với Jeff</w:t>
      </w:r>
      <w:r>
        <w:rPr>
          <w:b w:val="0"/>
          <w:i w:val="0"/>
        </w:rPr>
        <w:t>, Debbie nghĩ.</w:t>
      </w:r>
      <w:r>
        <w:rPr>
          <w:b w:val="0"/>
          <w:i/>
        </w:rPr>
        <w:t>Anh ấy đã thúc đẩy tôi trở thành một kiểu lãnh đạo khác, và điều đó đã tạo nên tất cả sự khác biệt. Tôi đoán điều đó thật đúng: Mọi sự thăng trầm đều phụ thuộc vào năng lực lãnh đạo</w:t>
      </w:r>
      <w:r>
        <w:rPr>
          <w:b w:val="0"/>
          <w:i w:val="0"/>
        </w:rPr>
        <w:t>.</w:t>
      </w:r>
    </w:p>
    <w:p>
      <w:pPr>
        <w:spacing w:after="80"/>
      </w:pPr>
      <w:r>
        <w:rPr>
          <w:b w:val="0"/>
          <w:i w:val="0"/>
        </w:rPr>
        <w:t>Trên đường đi xuống hành lang, cô tình cờ gặp Charles.</w:t>
      </w:r>
    </w:p>
    <w:p>
      <w:pPr>
        <w:spacing w:after="80"/>
      </w:pPr>
      <w:r>
        <w:rPr>
          <w:b w:val="0"/>
          <w:i w:val="0"/>
        </w:rPr>
        <w:t>“Tôi vừa định đến gặp chị,” anh nói. “Tôi muốn cảm ơn chị vì tất cả sự giúp đỡ chị đã dành cho tôi trong mấy tháng qua. Những buổi gặp để bàn về điểm mạnh của tôi thực sự khiến tôi suy nghĩ. Dù tôi thật lòng rất thích làm việc cùng chị—đặc biệt là gần đây—tôi đã quyết định chuyển sang trung tâm chăm sóc khách hàng qua catalog.”</w:t>
      </w:r>
    </w:p>
    <w:p>
      <w:pPr>
        <w:spacing w:after="80"/>
      </w:pPr>
      <w:r>
        <w:rPr>
          <w:b w:val="0"/>
          <w:i w:val="0"/>
        </w:rPr>
        <w:t>“Em có chắc không?” Debbie hỏi.</w:t>
      </w:r>
    </w:p>
    <w:p>
      <w:pPr>
        <w:spacing w:after="80"/>
      </w:pPr>
      <w:r>
        <w:rPr>
          <w:b w:val="0"/>
          <w:i w:val="0"/>
        </w:rPr>
        <w:t>“Em chắc chắn,” Charles nói. “Điểm mạnh của em thực sự nằm ở lĩnh vực đó, không phải ở quản lý dự án. Làm việc sát cánh cùng chị đã giúp em nhận ra cần những tố chất gì để trở thành một người quản lý dự án giỏi—và đó không phải là bộ kỹ năng của em. Ngày làm việc cuối cùng của em sẽ là trong hai tuần nữa.”</w:t>
      </w:r>
    </w:p>
    <w:p>
      <w:pPr>
        <w:spacing w:after="80"/>
      </w:pPr>
      <w:r>
        <w:rPr>
          <w:b w:val="0"/>
          <w:i w:val="0"/>
        </w:rPr>
        <w:t>“Chị cũng rất thích khoảng thời gian làm việc cùng em,” Debbie đáp một cách ấm áp. “Chị tôn trọng quyết định của em, nhưng chị sẽ nhớ em.”</w:t>
      </w:r>
    </w:p>
    <w:p>
      <w:pPr>
        <w:spacing w:after="80"/>
      </w:pPr>
      <w:r>
        <w:rPr>
          <w:b w:val="0"/>
          <w:i w:val="0"/>
        </w:rPr>
        <w:t>“Em cũng vậy,” Charles nói. “Nhân tiện, có một người phụ nữ tuyệt vời ở bên kia mà em nghĩ sẽ rất phù hợp với công việc của em. Em tin là cô ấy có lịch hẹn với chị vào tuần tới.”</w:t>
      </w:r>
    </w:p>
    <w:p>
      <w:pPr>
        <w:spacing w:after="80"/>
      </w:pPr>
      <w:r>
        <w:rPr>
          <w:b w:val="0"/>
          <w:i w:val="0"/>
        </w:rPr>
        <w:t>Debbie mỉm cười. “Cảm ơn em đã chiêu mộ người cho chúng ta!”</w:t>
      </w:r>
    </w:p>
    <w:p>
      <w:pPr>
        <w:spacing w:after="80"/>
      </w:pPr>
      <w:r>
        <w:rPr>
          <w:b w:val="0"/>
          <w:i w:val="0"/>
        </w:rPr>
        <w:t>“Một điều nữa,” Charles nói thêm. “Cảm ơn chị đã lắng nghe.”</w:t>
      </w:r>
    </w:p>
    <w:p>
      <w:pPr>
        <w:spacing w:after="80"/>
      </w:pPr>
      <w:r>
        <w:rPr>
          <w:b w:val="0"/>
          <w:i w:val="0"/>
        </w:rPr>
        <w:t>“Lắng nghe ư?” Debbie hỏi.</w:t>
      </w:r>
    </w:p>
    <w:p>
      <w:pPr>
        <w:spacing w:after="80"/>
      </w:pPr>
      <w:r>
        <w:rPr>
          <w:b w:val="0"/>
          <w:i w:val="0"/>
        </w:rPr>
        <w:t>“Vâng, tôi biết mình đã chia sẻ rất nhiều chuyện cá nhân trong các buổi gặp gỡ của chúng ta. Tôi rất cảm kích vì cô đã lắng nghe.”</w:t>
      </w:r>
    </w:p>
    <w:p>
      <w:pPr>
        <w:spacing w:after="80"/>
      </w:pPr>
      <w:r>
        <w:rPr>
          <w:b w:val="0"/>
          <w:i w:val="0"/>
        </w:rPr>
        <w:t>“Nếu tôi có thể giúp gì cho anh, Charles, kể cả khi anh đã chuyển sang trung tâm cuộc gọi, xin hãy cho tôi biết.”</w:t>
      </w:r>
    </w:p>
    <w:p>
      <w:pPr>
        <w:spacing w:after="80"/>
      </w:pPr>
      <w:r>
        <w:rPr>
          <w:b w:val="0"/>
          <w:i w:val="0"/>
        </w:rPr>
        <w:t>Khi vòng qua góc, Debbie tình cờ gặp Jill.</w:t>
      </w:r>
    </w:p>
    <w:p>
      <w:pPr>
        <w:spacing w:after="80"/>
      </w:pPr>
      <w:r>
        <w:rPr>
          <w:b w:val="0"/>
          <w:i w:val="0"/>
        </w:rPr>
        <w:t>“Chào Deb! Có vẻ hôm nay chị quản lý bằng cách đi dạo quanh nhỉ!” Jill nói với nụ cười tươi.</w:t>
      </w:r>
    </w:p>
    <w:p>
      <w:pPr>
        <w:spacing w:after="80"/>
      </w:pPr>
      <w:r>
        <w:rPr>
          <w:b w:val="0"/>
          <w:i w:val="0"/>
        </w:rPr>
        <w:t>“Không bao giờ là quá già để học điều mới,” Debbie cười đáp. “Nhân tiện,” cô nói thêm, “điểm phản hồi về chăm sóc khách hàng và bán hàng tháng trước của chị xuất sắc lắm.”</w:t>
      </w:r>
    </w:p>
    <w:p>
      <w:pPr>
        <w:spacing w:after="80"/>
      </w:pPr>
      <w:r>
        <w:rPr>
          <w:b w:val="0"/>
          <w:i w:val="0"/>
        </w:rPr>
        <w:t>“Cảm ơn. Đó là cách chúng ta sẽ đi từ ‘Worst to First’ (Tệ nhất thành Đứng đầu)!”</w:t>
      </w:r>
    </w:p>
    <w:p>
      <w:pPr>
        <w:spacing w:after="80"/>
      </w:pPr>
      <w:r>
        <w:rPr>
          <w:b w:val="0"/>
          <w:i w:val="0"/>
        </w:rPr>
        <w:t>Debbie trở về văn phòng. Cô đã dọn trống lịch để xem lại các ghi chú từ những buổi gặp với Jeff. Khi bắt tay vào xem, cô nhận ra quá trình xem lại này hữu ích thế nào: Nó giúp mô hình SERVE trở nên rõ ràng với cô, và quan trọng hơn, nó sắp xếp tư duy của cô để cô có thể dạy người khác những gì cô đã học được.</w:t>
      </w:r>
    </w:p>
    <w:p>
      <w:pPr>
        <w:spacing w:after="80"/>
      </w:pPr>
      <w:r>
        <w:rPr>
          <w:b w:val="0"/>
          <w:i w:val="0"/>
        </w:rPr>
        <w:t>Khi Debbie xem xong các ghi chú, cô nhận ra mình vẫn còn khá nhiều câu hỏi. Cô không hề hoảng. Dù buổi gặp cuối cùng của họ đang đến gần, Debbie biết rằng cô luôn có thể gọi cho Jeff để hỏi.</w:t>
      </w:r>
    </w:p>
    <w:p>
      <w:pPr>
        <w:jc w:val="center"/>
      </w:pPr>
      <w:r>
        <w:drawing>
          <wp:inline xmlns:a="http://schemas.openxmlformats.org/drawingml/2006/main" xmlns:pic="http://schemas.openxmlformats.org/drawingml/2006/picture">
            <wp:extent cx="952500" cy="447675"/>
            <wp:docPr id="44" name="Picture 44"/>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Buổi sáng của cuộc gặp cuối cùng đến thật nhanh. Một lần nữa, Debbie và Jeff dành vài phút đầu để hỏi thăm chuyện cá nhân và gia đình. Vào lúc nào đó trên hành trình, họ đã trở thành những người bạn tốt của nhau.</w:t>
      </w:r>
    </w:p>
    <w:p>
      <w:pPr>
        <w:spacing w:after="80"/>
      </w:pPr>
      <w:r>
        <w:rPr>
          <w:b w:val="0"/>
          <w:i w:val="0"/>
        </w:rPr>
        <w:t>“Từ lần gặp trước đến giờ, bạn có thêm hiểu biết sâu sắc nào muốn chia sẻ không?” Jeff hỏi.</w:t>
      </w:r>
    </w:p>
    <w:p>
      <w:pPr>
        <w:spacing w:after="80"/>
      </w:pPr>
      <w:r>
        <w:rPr>
          <w:b w:val="0"/>
          <w:i w:val="0"/>
        </w:rPr>
        <w:t>“Có chứ, đúng là có chuyện,” Debbie nói với vẻ tinh nghịch.</w:t>
      </w:r>
    </w:p>
    <w:p>
      <w:pPr>
        <w:spacing w:after="80"/>
      </w:pPr>
      <w:r>
        <w:rPr>
          <w:b w:val="0"/>
          <w:i w:val="0"/>
        </w:rPr>
        <w:t>“Như là gì nào?”</w:t>
      </w:r>
    </w:p>
    <w:p>
      <w:pPr>
        <w:spacing w:after="80"/>
      </w:pPr>
      <w:r>
        <w:rPr>
          <w:b w:val="0"/>
          <w:i w:val="0"/>
        </w:rPr>
        <w:t>“Tôi đã học được rằng những ý tưởng bạn chia sẻ thực sự có tác dụng!</w:t>
      </w:r>
    </w:p>
    <w:p>
      <w:pPr>
        <w:spacing w:after="80"/>
      </w:pPr>
      <w:r>
        <w:rPr>
          <w:b w:val="0"/>
          <w:i w:val="0"/>
        </w:rPr>
        <w:t>“Tuyệt vời!” Jeff hào hứng đáp lại.</w:t>
      </w:r>
    </w:p>
    <w:p>
      <w:pPr>
        <w:spacing w:after="80"/>
      </w:pPr>
      <w:r>
        <w:rPr>
          <w:b w:val="0"/>
          <w:i w:val="0"/>
        </w:rPr>
        <w:t>Debbie nói tiếp: “Khi tôi chọn sống với trái tim của một người lãnh đạo, tôi đặt ra không khí và tấm gương cho nhóm của mình. Không ai có thể kiểm soát việc tôi làm điều này tốt đến mức nào ngoài chính tôi.”</w:t>
      </w:r>
    </w:p>
    <w:p>
      <w:pPr>
        <w:spacing w:after="80"/>
      </w:pPr>
      <w:r>
        <w:rPr>
          <w:b w:val="0"/>
          <w:i w:val="0"/>
        </w:rPr>
        <w:t>“Tại sao bạn nghĩ việc làm gương lại quan trọng đến vậy đối với người lãnh đạo?” Jeff hỏi.</w:t>
      </w:r>
    </w:p>
    <w:p>
      <w:pPr>
        <w:spacing w:after="80"/>
      </w:pPr>
      <w:r>
        <w:rPr>
          <w:b w:val="0"/>
          <w:i w:val="0"/>
        </w:rPr>
        <w:t>Debbie suy nghĩ một lúc rồi nói: “Mọi người luôn dõi theo người lãnh đạo.”</w:t>
      </w:r>
    </w:p>
    <w:p>
      <w:pPr>
        <w:spacing w:after="80"/>
      </w:pPr>
      <w:r>
        <w:rPr>
          <w:b w:val="0"/>
          <w:i w:val="0"/>
        </w:rPr>
        <w:t>“Đúng vậy. Và khi bạn mang trong mình trái tim của người lãnh đạo, bạn sẽ nhận được thêm hai lợi ích: thứ nhất, bạn sẽ trở thành người lãnh đạo mà mọi người muốn theo; thứ hai, khi bạn cho mọi người thấy trái tim lãnh đạo của mình, điều đó sẽ nhân lên tác động từ các kỹ năng của bạn.”</w:t>
      </w:r>
    </w:p>
    <w:p>
      <w:pPr>
        <w:spacing w:after="80"/>
      </w:pPr>
      <w:r>
        <w:rPr>
          <w:b w:val="0"/>
          <w:i w:val="0"/>
        </w:rPr>
        <w:t>Tiếp theo, cuộc trò chuyện chuyển sang phần đánh giá của Debbie về mô hình SERVE.</w:t>
      </w:r>
    </w:p>
    <w:p>
      <w:pPr>
        <w:spacing w:after="80"/>
      </w:pPr>
      <w:r>
        <w:rPr>
          <w:b w:val="0"/>
          <w:i w:val="0"/>
        </w:rPr>
        <w:t>“Tôi bắt đầu bằng việc viết tóm tắt từng phần. Bạn có muốn nghe những gì tôi đã đúc kết được không?”</w:t>
      </w:r>
    </w:p>
    <w:p>
      <w:pPr>
        <w:spacing w:after="80"/>
      </w:pPr>
      <w:r>
        <w:rPr>
          <w:b w:val="0"/>
          <w:i w:val="0"/>
        </w:rPr>
        <w:t>“Vâng, mời cô,” Jeff nói.</w:t>
      </w:r>
    </w:p>
    <w:p>
      <w:pPr>
        <w:spacing w:after="80"/>
      </w:pPr>
      <w:r>
        <w:rPr>
          <w:b w:val="0"/>
          <w:i w:val="0"/>
        </w:rPr>
        <w:t>“Được rồi, tôi xin bắt đầu. Ý tưởng lớn là: bất kể chức danh hay vị trí chính thức của họ là gì, những người muốn trở thành nhà lãnh đạo giỏi đều phải đón nhận tinh thần phục vụ người khác.</w:t>
      </w:r>
    </w:p>
    <w:p>
      <w:pPr>
        <w:spacing w:after="80"/>
      </w:pPr>
      <w:r>
        <w:rPr>
          <w:b w:val="0"/>
          <w:i w:val="0"/>
        </w:rPr>
        <w:t>“Các nhà lãnh đạo có thể tìm thấy vô số cách để phục vụ những người mình dẫn dắt, và họ nên luôn tìm kiếm những cách mới và khác biệt để làm điều này. Tuy nhiên, có ít nhất năm cách cơ bản mà các nhà lãnh đạo phải thực hiện SERVE nếu họ muốn đạt hiệu quả cao nhất có thể.</w:t>
      </w:r>
    </w:p>
    <w:p>
      <w:pPr>
        <w:spacing w:after="80"/>
      </w:pPr>
      <w:r>
        <w:rPr>
          <w:b w:val="0"/>
          <w:i w:val="0"/>
        </w:rPr>
        <w:t xml:space="preserve">“Trước tiên, họ phải sẵn lòng và có khả năng </w:t>
      </w:r>
      <w:r>
        <w:rPr>
          <w:b/>
          <w:i w:val="0"/>
        </w:rPr>
        <w:t>Nhìn thấy Tương lai</w:t>
      </w:r>
      <w:r>
        <w:rPr>
          <w:b w:val="0"/>
          <w:i w:val="0"/>
        </w:rPr>
        <w:t>. Họ phải giúp những người mình dẫn dắt thấy được đích đến, cũng như những lợi ích khi đến đó. Những nhà lãnh đạo có cơ hội và trách nhiệm dệt nên những sợi chỉ từ những điều họ biết là đúng cùng với những điều họ muốn trở thành đúng thành một bức tranh đầy thuyết phục về một ngày mai tốt đẹp hơn.”</w:t>
      </w:r>
    </w:p>
    <w:p>
      <w:pPr>
        <w:spacing w:after="80"/>
      </w:pPr>
      <w:r>
        <w:rPr>
          <w:b w:val="0"/>
          <w:i w:val="0"/>
        </w:rPr>
        <w:t>“Khởi đầu tốt đấy,” Jeff nhận xét. “Tiếp theo là gì?”</w:t>
      </w:r>
    </w:p>
    <w:p>
      <w:pPr>
        <w:spacing w:after="80"/>
      </w:pPr>
      <w:r>
        <w:rPr>
          <w:b w:val="0"/>
          <w:i w:val="0"/>
        </w:rPr>
        <w:t xml:space="preserve">“Chữ </w:t>
      </w:r>
      <w:r>
        <w:rPr>
          <w:b w:val="0"/>
          <w:i/>
        </w:rPr>
        <w:t>E</w:t>
      </w:r>
      <w:r>
        <w:rPr>
          <w:b w:val="0"/>
          <w:i w:val="0"/>
        </w:rPr>
        <w:t xml:space="preserve"> đầu tiên trong SERVE là </w:t>
      </w:r>
      <w:r>
        <w:rPr>
          <w:b/>
          <w:i w:val="0"/>
        </w:rPr>
        <w:t>Gắn kết và Phát triển người khác (Engage and Develop Others)</w:t>
      </w:r>
      <w:r>
        <w:rPr>
          <w:b w:val="0"/>
          <w:i w:val="0"/>
        </w:rPr>
        <w:t>. Chúng ta phải giúp những người mình lãnh đạo quan tâm sâu sắc đến công việc, đồng nghiệp và tổ chức, đồng thời thúc đẩy sự phát triển của họ trên suốt chặng đường.</w:t>
      </w:r>
    </w:p>
    <w:p>
      <w:pPr>
        <w:spacing w:after="80"/>
      </w:pPr>
      <w:r>
        <w:rPr>
          <w:b w:val="0"/>
          <w:i w:val="0"/>
        </w:rPr>
        <w:t>“Thầy đã nói với em rằng đây là một đề xuất gồm hai phần. Phần thứ nhất là tuyển dụng và chọn đúng người cho đúng việc. Điều đó có nghĩa là đưa đúng cầu thủ vào đội. Phần thứ hai là làm mọi điều cần thiết để chạm đến trái tim và khối óc của những con người đó. Thầy nói rằng, trong lịch sử, nhiều nhà lãnh đạo chỉ sử dụng đôi tay của người khác mà thôi. Có lẽ thuật ngữ ‘hired hands’ (người làm thuê) xuất phát từ đó. Chúng ta phải nhận được nhiều hơn từ con người chứ không chỉ đôi bàn tay của họ.”</w:t>
      </w:r>
    </w:p>
    <w:p>
      <w:pPr>
        <w:spacing w:after="80"/>
      </w:pPr>
      <w:r>
        <w:rPr>
          <w:b w:val="0"/>
          <w:i w:val="0"/>
        </w:rPr>
        <w:t>“Em là một học trò giỏi,” Jeff mỉm cười nói. “Tiếp theo là gì?”</w:t>
      </w:r>
    </w:p>
    <w:p>
      <w:pPr>
        <w:spacing w:after="80"/>
      </w:pPr>
      <w:r>
        <w:rPr>
          <w:b w:val="0"/>
          <w:i w:val="0"/>
        </w:rPr>
        <w:t xml:space="preserve">“Sau đó là chữ </w:t>
      </w:r>
      <w:r>
        <w:rPr>
          <w:b w:val="0"/>
          <w:i/>
        </w:rPr>
        <w:t>R</w:t>
      </w:r>
      <w:r>
        <w:rPr>
          <w:b w:val="0"/>
          <w:i w:val="0"/>
        </w:rPr>
        <w:t xml:space="preserve">, viết tắt của </w:t>
      </w:r>
      <w:r>
        <w:rPr>
          <w:b/>
          <w:i w:val="0"/>
        </w:rPr>
        <w:t>Không ngừng Đổi mới (Reinvent Continuously)</w:t>
      </w:r>
      <w:r>
        <w:rPr>
          <w:b w:val="0"/>
          <w:i w:val="0"/>
        </w:rPr>
        <w:t>. Đây chính là nơi giá trị sáng tạo của chúng ta có thể thực sự tỏa sáng.</w:t>
      </w:r>
    </w:p>
    <w:p>
      <w:pPr>
        <w:spacing w:after="80"/>
      </w:pPr>
      <w:r>
        <w:rPr>
          <w:b w:val="0"/>
          <w:i w:val="0"/>
        </w:rPr>
        <w:t>“Nhà lãnh đạo phải sẵn sàng đổi mới ở ít nhất ba cấp độ. Đầu tiên là cấp độ cá nhân—nhà lãnh đạo phải tự đổi mới Bản thân (Self). Một số câu hỏi then chốt cần đặt ra là: Tôi đang học hỏi và phát triển như một nhà lãnh đạo như thế nào? Tôi đang làm gì để khuyến khích những người khác trong nhóm liên tục học hỏi và tự đổi mới chính họ?</w:t>
      </w:r>
    </w:p>
    <w:p>
      <w:pPr>
        <w:spacing w:after="80"/>
      </w:pPr>
      <w:r>
        <w:rPr>
          <w:b w:val="0"/>
          <w:i w:val="0"/>
        </w:rPr>
        <w:t>“Kiểu đổi mới thứ hai liên quan đến Hệ thống và quy trình. Chúng ta phải tự hỏi chính mình và nhân viên của mình: Chúng ta đang thực hiện công việc như thế nào? Làm sao để làm tốt hơn? Những thay đổi nào sẽ nâng cao khả năng phục vụ khách hàng và lẫn nhau của chúng ta?</w:t>
      </w:r>
    </w:p>
    <w:p>
      <w:pPr>
        <w:spacing w:after="80"/>
      </w:pPr>
      <w:r>
        <w:rPr>
          <w:b w:val="0"/>
          <w:i w:val="0"/>
        </w:rPr>
        <w:t>“Và cuối cùng, kiểu đổi mới thứ ba liên quan đến Cấu trúc của tổ chức. Một câu hỏi hay cần đặt ra ở đây là: Chúng ta cần thực hiện những thay đổi cấu trúc nào để trở nên hiệu quả và năng suất hơn? Các nhà lãnh đạo cần liên tục đặt những loại câu hỏi như vậy.”</w:t>
      </w:r>
    </w:p>
    <w:p>
      <w:pPr>
        <w:spacing w:after="80"/>
      </w:pPr>
      <w:r>
        <w:rPr>
          <w:b w:val="0"/>
          <w:i w:val="0"/>
        </w:rPr>
        <w:t>“Cứ tiếp tục đi,” Jeff khích lệ.</w:t>
      </w:r>
    </w:p>
    <w:p>
      <w:pPr>
        <w:spacing w:after="80"/>
      </w:pPr>
      <w:r>
        <w:rPr>
          <w:b w:val="0"/>
          <w:i w:val="0"/>
        </w:rPr>
        <w:t>“Chữ</w:t>
      </w:r>
      <w:r>
        <w:rPr>
          <w:b w:val="0"/>
          <w:i/>
        </w:rPr>
        <w:t>V</w:t>
      </w:r>
      <w:r>
        <w:rPr>
          <w:b w:val="0"/>
          <w:i w:val="0"/>
        </w:rPr>
        <w:t>là viết tắt của</w:t>
      </w:r>
      <w:r>
        <w:rPr>
          <w:b/>
          <w:i w:val="0"/>
        </w:rPr>
        <w:t>Coi trọng Kết quả và Các mối quan hệ</w:t>
      </w:r>
      <w:r>
        <w:rPr>
          <w:b w:val="0"/>
          <w:i w:val="0"/>
        </w:rPr>
        <w:t>. Chúng ta phải vượt qua thành công những thử thách trong việc tôn trọng những người mình lãnh đạo trong khi vẫn duy trì hiệu suất cao.”</w:t>
      </w:r>
    </w:p>
    <w:p>
      <w:pPr>
        <w:spacing w:after="80"/>
      </w:pPr>
      <w:r>
        <w:rPr>
          <w:b w:val="0"/>
          <w:i w:val="0"/>
        </w:rPr>
        <w:t>Jeff nhanh chóng nói thêm: “Điều mà hầu hết mọi người không hiểu là họ có thể đạt được kết quả tài chính tốt hơn nếu có những mối quan hệ tốt—không chỉ với khách hàng mà còn với đồng nghiệp. Chúng ta phải nâng giá trị của các mối quan hệ lên ngang tầm quan trọng với kết quả. Phải là cả hai, chứ không phải một trong hai.”</w:t>
      </w:r>
    </w:p>
    <w:p>
      <w:pPr>
        <w:spacing w:after="80"/>
      </w:pPr>
      <w:r>
        <w:rPr>
          <w:b w:val="0"/>
          <w:i w:val="0"/>
        </w:rPr>
        <w:t>“Tôi đang bắt đầu hiểu điều đó,” Debbie thừa nhận. “Theo truyền thống, chúng ta dạy mọi người những kỹ năng quan trọng cần có để đạt kết quả: giải quyết vấn đề, ra quyết định, v.v. Điều tôi cần tiếp tục rèn luyện là xây dựng các mối quan hệ và kết nối với mọi người—đồng thời giúp họ làm việc tốt hơn. Tôi đã nhận ra rằng chúng ta coi trọng các mối quan hệ khi lắng nghe mọi người, dành thời gian cho họ, thực sự quan tâm đến họ và ghi nhận những nỗ lực của họ.”</w:t>
      </w:r>
    </w:p>
    <w:p>
      <w:pPr>
        <w:spacing w:after="80"/>
      </w:pPr>
      <w:r>
        <w:rPr>
          <w:b w:val="0"/>
          <w:i w:val="0"/>
        </w:rPr>
        <w:t>“Việc lãnh đạo ở cấp độ cao hơn bao gồm tập trung vào cả kết quả</w:t>
      </w:r>
      <w:r>
        <w:rPr>
          <w:b w:val="0"/>
          <w:i/>
        </w:rPr>
        <w:t>và</w:t>
      </w:r>
      <w:r>
        <w:rPr>
          <w:b w:val="0"/>
          <w:i w:val="0"/>
        </w:rPr>
        <w:t>các mối quan hệ,” Jeff mỉm cười nói.</w:t>
      </w:r>
    </w:p>
    <w:p>
      <w:pPr>
        <w:spacing w:after="80"/>
      </w:pPr>
      <w:r>
        <w:rPr>
          <w:b w:val="0"/>
          <w:i w:val="0"/>
        </w:rPr>
        <w:t>Debbie gật đầu. “Chữ</w:t>
      </w:r>
      <w:r>
        <w:rPr>
          <w:b w:val="0"/>
          <w:i/>
        </w:rPr>
        <w:t>E</w:t>
      </w:r>
      <w:r>
        <w:rPr>
          <w:b w:val="0"/>
          <w:i w:val="0"/>
        </w:rPr>
        <w:t>cuối cùng là</w:t>
      </w:r>
      <w:r>
        <w:rPr>
          <w:b/>
          <w:i w:val="0"/>
        </w:rPr>
        <w:t>Thể hiện Trái tim của Người lãnh đạo</w:t>
      </w:r>
      <w:r>
        <w:rPr>
          <w:b w:val="0"/>
          <w:i w:val="0"/>
        </w:rPr>
        <w:t>. Là những nhà lãnh đạo, chúng ta phải sống và lãnh đạo theo cách khiến chúng ta trở thành những nhà lãnh đạo mà mọi người muốn đi theo. Yếu tố cốt lõi này nói về những phẩm chất bộc lộ trái tim của người lãnh đạo. Đây chính là những phẩm chất khiến các nhà lãnh đạo trở nên khác biệt.”</w:t>
      </w:r>
    </w:p>
    <w:p>
      <w:pPr>
        <w:spacing w:after="80"/>
        <w:ind w:left="360"/>
      </w:pPr>
      <w:r>
        <w:rPr>
          <w:b/>
          <w:i/>
        </w:rPr>
        <w:t>Khát khao sự khôn ngoan, sẵn sàng nhận trách nhiệm và thói quen nghĩ về người khác trước tiên. Đây là những phẩm chất bạn thường thấy ở những nhà lãnh đạo xuất sắc nhất.</w:t>
      </w:r>
    </w:p>
    <w:p>
      <w:pPr>
        <w:spacing w:after="80"/>
      </w:pPr>
      <w:r>
        <w:rPr>
          <w:b w:val="0"/>
          <w:i w:val="0"/>
        </w:rPr>
        <w:t>Jeff rất ấn tượng—anh ấy và Debbie chưa từng nói về điều này. “Hãy kể cho tôi nghe thêm về điều gì khiến một nhà lãnh đạo khác biệt với những người khác,” anh nói.</w:t>
      </w:r>
    </w:p>
    <w:p>
      <w:pPr>
        <w:spacing w:after="80"/>
      </w:pPr>
      <w:r>
        <w:rPr>
          <w:b w:val="0"/>
          <w:i w:val="0"/>
        </w:rPr>
        <w:t>“Trái tim của một người lãnh đạo khác với người không làm lãnh đạo. Không phải tốt hơn, chỉ là khác biệt. Đó là lý do một số người không phù hợp để làm lãnh đạo.”</w:t>
      </w:r>
    </w:p>
    <w:p>
      <w:pPr>
        <w:spacing w:after="80"/>
      </w:pPr>
      <w:r>
        <w:rPr>
          <w:b w:val="0"/>
          <w:i w:val="0"/>
        </w:rPr>
        <w:t>“Anh có thể cho tôi một ví dụ được không?” Jeff hỏi.</w:t>
      </w:r>
    </w:p>
    <w:p>
      <w:pPr>
        <w:spacing w:after="80"/>
      </w:pPr>
      <w:r>
        <w:rPr>
          <w:b w:val="0"/>
          <w:i w:val="0"/>
        </w:rPr>
        <w:t>“Hãy bắt đầu với những ví dụ chúng ta đã thảo luận: khao khát sự khôn ngoan, sẵn lòng nhận trách nhiệm, và thói quen nghĩ cho người khác trước tiên. Đây là những phẩm chất bạn thường thấy ở những nhà lãnh đạo giỏi nhất, và ít thấy ở những người chọn không lãnh đạo. Nhưng tôi nghĩ còn những điều khác nữa.”</w:t>
      </w:r>
    </w:p>
    <w:p>
      <w:pPr>
        <w:spacing w:after="80"/>
      </w:pPr>
      <w:r>
        <w:rPr>
          <w:b w:val="0"/>
          <w:i w:val="0"/>
        </w:rPr>
        <w:t>“Như là gì?” Jeff rất vui khi thấy Debbie đã tiếp thu sâu sắc những gì họ đã thảo luận.</w:t>
      </w:r>
    </w:p>
    <w:p>
      <w:pPr>
        <w:spacing w:after="80"/>
      </w:pPr>
      <w:r>
        <w:rPr>
          <w:b w:val="0"/>
          <w:i w:val="0"/>
        </w:rPr>
        <w:t>“Còn lòng can đảm thì sao? Người lãnh đạo phải dũng cảm. Hầu như mọi việc một người lãnh đạo làm đều cần đến lòng can đảm. Đôi khi chỉ cần một chút, nhưng thường là một liều rất lớn.”</w:t>
      </w:r>
    </w:p>
    <w:p>
      <w:pPr>
        <w:spacing w:after="80"/>
      </w:pPr>
      <w:r>
        <w:rPr>
          <w:b w:val="0"/>
          <w:i w:val="0"/>
        </w:rPr>
        <w:t>“Tôi hoàn toàn đồng ý,” Jeff nói. “Còn gì nữa không?”</w:t>
      </w:r>
    </w:p>
    <w:p>
      <w:pPr>
        <w:spacing w:after="80"/>
      </w:pPr>
      <w:r>
        <w:rPr>
          <w:b w:val="0"/>
          <w:i w:val="0"/>
        </w:rPr>
        <w:t>“Có—sự lạc quan. Người lãnh đạo luôn tràn đầy hy vọng và truyền cảm hứng tin tưởng vào tương lai. Mọi người hiếm khi muốn đi theo một người bi quan.”</w:t>
      </w:r>
    </w:p>
    <w:p>
      <w:pPr>
        <w:spacing w:after="80"/>
      </w:pPr>
      <w:r>
        <w:rPr>
          <w:b w:val="0"/>
          <w:i w:val="0"/>
        </w:rPr>
        <w:t>“Xuất sắc!” Jeff thốt lên. “Tôi nghĩ bạn hiểu trái tim của một người lãnh đạo tốt hơn nhiều so với hầu hết mọi người. Điều tuyệt vời nhất là bất cứ ai muốn đều có thể nuôi dưỡng những thói quen của trái tim này. Giờ đây, thử thách suốt đời trước mắt bạn và tôi là thể hiện những phẩm chất mà bạn vừa trình bày thật xuất sắc.”</w:t>
      </w:r>
    </w:p>
    <w:p>
      <w:pPr>
        <w:spacing w:after="80"/>
      </w:pPr>
      <w:r>
        <w:rPr>
          <w:b w:val="0"/>
          <w:i w:val="0"/>
        </w:rPr>
        <w:t>“Tôi nghĩ mình sẵn sàng cho thử thách đó,” Debbie nói.</w:t>
      </w:r>
    </w:p>
    <w:p>
      <w:pPr>
        <w:spacing w:after="80"/>
      </w:pPr>
      <w:r>
        <w:rPr>
          <w:b w:val="0"/>
          <w:i w:val="0"/>
        </w:rPr>
        <w:t>“Nói đúng kiểu một nhà lãnh đạo thực thụ! Trước khi kết thúc buổi hôm nay, cô đã sẵn sàng cho thử thách tiếp theo chưa?”</w:t>
      </w:r>
    </w:p>
    <w:p>
      <w:pPr>
        <w:spacing w:after="80"/>
      </w:pPr>
      <w:r>
        <w:rPr>
          <w:b w:val="0"/>
          <w:i w:val="0"/>
        </w:rPr>
        <w:t>“Chắc chắn rồi. Anh có gì cho tôi?” Debbie hỏi.</w:t>
      </w:r>
    </w:p>
    <w:p>
      <w:pPr>
        <w:spacing w:after="80"/>
      </w:pPr>
      <w:r>
        <w:rPr>
          <w:b w:val="0"/>
          <w:i w:val="0"/>
        </w:rPr>
        <w:t>“Tôi cần cô tìm cách giúp hàng nghìn nhà lãnh đạo khác học được những điều cô đã học,” ông mỉm cười nói.</w:t>
      </w:r>
    </w:p>
    <w:p>
      <w:pPr>
        <w:spacing w:after="80"/>
      </w:pPr>
      <w:r>
        <w:rPr>
          <w:b w:val="0"/>
          <w:i w:val="0"/>
        </w:rPr>
        <w:t>Debbie trông bối rối. “Ý anh là gì, ‘hàng nghìn’ ạ?”</w:t>
      </w:r>
    </w:p>
    <w:p>
      <w:pPr>
        <w:spacing w:after="80"/>
      </w:pPr>
      <w:r>
        <w:rPr>
          <w:b w:val="0"/>
          <w:i w:val="0"/>
        </w:rPr>
        <w:t>“Tôi muốn cô trở thành người đứng đầu bộ phận Phát triển Lãnh đạo mới của tổ chức chúng ta. Nếu cô cởi mở với ý tưởng này, tôi muốn cô bắt đầu sau hai tuần.”</w:t>
      </w:r>
    </w:p>
    <w:p>
      <w:pPr>
        <w:spacing w:after="80"/>
      </w:pPr>
      <w:r>
        <w:rPr>
          <w:b w:val="0"/>
          <w:i w:val="0"/>
        </w:rPr>
        <w:t>Debbie sững sờ. “Tôi không biết nữa, Jeff à. Tôi vẫn còn nhiều câu hỏi về việc lãnh đạo. Vả lại,” cô đùa, “anh vẫn chưa cho tôi trải qua ba vòng phỏng vấn nữa.”</w:t>
      </w:r>
    </w:p>
    <w:p>
      <w:pPr>
        <w:spacing w:after="80"/>
      </w:pPr>
      <w:r>
        <w:rPr>
          <w:b w:val="0"/>
          <w:i w:val="0"/>
        </w:rPr>
        <w:t>“Cô không nghĩ tất cả thời gian chúng ta dành cho nhau suốt một năm qua đều có giá trị sao?” Jeff hỏi.</w:t>
      </w:r>
    </w:p>
    <w:p>
      <w:pPr>
        <w:spacing w:after="80"/>
      </w:pPr>
      <w:r>
        <w:rPr>
          <w:b w:val="0"/>
          <w:i w:val="0"/>
        </w:rPr>
        <w:t>“Có lẽ bạn nói đúng.”</w:t>
      </w:r>
    </w:p>
    <w:p>
      <w:pPr>
        <w:spacing w:after="80"/>
      </w:pPr>
      <w:r>
        <w:rPr>
          <w:b w:val="0"/>
          <w:i w:val="0"/>
        </w:rPr>
        <w:t>“Tôi biết bạn vẫn còn nhiều câu hỏi, nhưng điều đó có nghĩa là bạn có sự khiêm tốn,” Jeff nói. “Những người thầy giỏi nhất luôn là những người biết rằng mình chưa hiểu hết mọi điều.”</w:t>
      </w:r>
    </w:p>
    <w:p>
      <w:pPr>
        <w:spacing w:after="80"/>
      </w:pPr>
      <w:r>
        <w:rPr>
          <w:b w:val="0"/>
          <w:i w:val="0"/>
        </w:rPr>
        <w:t>“Tôi trân trọng sự tin tưởng của bạn dành cho tôi, nhưng tôi có một mối lo ngại lớn. Ai sẽ lãnh đạo nhóm của tôi?”</w:t>
      </w:r>
    </w:p>
    <w:p>
      <w:pPr>
        <w:spacing w:after="80"/>
      </w:pPr>
      <w:r>
        <w:rPr>
          <w:b w:val="0"/>
          <w:i w:val="0"/>
        </w:rPr>
        <w:t>“Theo tôi, bạn đang có một người rất xuất sắc là Jill,” Jeff nói.</w:t>
      </w:r>
    </w:p>
    <w:p>
      <w:pPr>
        <w:spacing w:after="80"/>
      </w:pPr>
      <w:r>
        <w:rPr>
          <w:b w:val="0"/>
          <w:i w:val="0"/>
        </w:rPr>
        <w:t>Debbie ngay lập tức biết anh ấy nói đúng. Jill sẽ là một trưởng nhóm tuyệt vời. Nhưng cô vẫn chưa hoàn toàn tin chắc. “Tôi có đủ uy tín để đảm nhận một vị trí lãnh đạo quan trọng như vậy không?”</w:t>
      </w:r>
    </w:p>
    <w:p>
      <w:pPr>
        <w:spacing w:after="80"/>
      </w:pPr>
      <w:r>
        <w:rPr>
          <w:b w:val="0"/>
          <w:i w:val="0"/>
        </w:rPr>
        <w:t>“Bạn có tất cả những nền tảng cần thiết để xây dựng uy tín của mình. Bạn đã giúp xoay chuyển nhóm của bạn. Và trong thời gian làm việc tại công ty, bạn được đánh giá là người có tiềm năng rất lớn. Bạn có năng lượng, đam mê, tinh thần cầu thị, và quan trọng nhất, bạn đã trở thành một nhà lãnh đạo phục vụ (serving leader). Bạn có sự ủng hộ của tôi và của đội ngũ lãnh đạo cấp cao. Vị trí tại Leadership Development này chỉ là cơ hội tiếp theo của bạn trong một sự nghiệp mà tôi tin rằng sẽ dài lâu và thú vị.”</w:t>
      </w:r>
    </w:p>
    <w:p>
      <w:pPr>
        <w:spacing w:after="80"/>
      </w:pPr>
      <w:r>
        <w:rPr>
          <w:b w:val="0"/>
          <w:i w:val="0"/>
        </w:rPr>
        <w:t>“Được rồi, tôi sẽ làm!” Debbie nói.</w:t>
      </w:r>
    </w:p>
    <w:p>
      <w:pPr>
        <w:spacing w:after="80"/>
      </w:pPr>
      <w:r>
        <w:rPr>
          <w:b w:val="0"/>
          <w:i w:val="0"/>
        </w:rPr>
        <w:t>“Chúc mừng!” Jeff chìa tay ra. “Tôi sẽ đến buổi họp nhóm tiếp theo của bạn và thông báo tin này.”</w:t>
      </w:r>
    </w:p>
    <w:p>
      <w:pPr>
        <w:jc w:val="center"/>
      </w:pPr>
      <w:r>
        <w:drawing>
          <wp:inline xmlns:a="http://schemas.openxmlformats.org/drawingml/2006/main" xmlns:pic="http://schemas.openxmlformats.org/drawingml/2006/picture">
            <wp:extent cx="952500" cy="1524000"/>
            <wp:docPr id="45" name="Picture 45"/>
            <wp:cNvGraphicFramePr>
              <a:graphicFrameLocks noChangeAspect="1"/>
            </wp:cNvGraphicFramePr>
            <a:graphic>
              <a:graphicData uri="http://schemas.openxmlformats.org/drawingml/2006/picture">
                <pic:pic>
                  <pic:nvPicPr>
                    <pic:cNvPr id="0" name="commonc.jpg"/>
                    <pic:cNvPicPr/>
                  </pic:nvPicPr>
                  <pic:blipFill>
                    <a:blip r:embed="rId11"/>
                    <a:stretch>
                      <a:fillRect/>
                    </a:stretch>
                  </pic:blipFill>
                  <pic:spPr>
                    <a:xfrm>
                      <a:off x="0" y="0"/>
                      <a:ext cx="952500" cy="1524000"/>
                    </a:xfrm>
                    <a:prstGeom prst="rect"/>
                  </pic:spPr>
                </pic:pic>
              </a:graphicData>
            </a:graphic>
          </wp:inline>
        </w:drawing>
      </w:r>
    </w:p>
    <w:p>
      <w:pPr>
        <w:pStyle w:val="Heading1"/>
      </w:pPr>
      <w:r>
        <w:rPr>
          <w:rFonts w:ascii="Calibri" w:hAnsi="Calibri"/>
          <w:b/>
          <w:i w:val="0"/>
          <w:sz w:val="40"/>
        </w:rPr>
        <w:t>Trao gậy</w:t>
      </w:r>
    </w:p>
    <w:p>
      <w:pPr>
        <w:spacing w:after="80"/>
      </w:pPr>
      <w:r>
        <w:rPr>
          <w:b w:val="0"/>
          <w:i w:val="0"/>
        </w:rPr>
        <w:t>Debbie đã xuất sắc trong vai trò mới phụ trách Phát triển Lãnh đạo. Những ghi chú tỉ mỉ cô đã ghi trong thời gian làm việc với Jeff đã trở thành nền tảng cho chương trình giảng dạy về lãnh đạo. Cô dùng những câu hỏi Jeff đã đưa cho mình để thiết kế các bài tập khơi gợi suy nghĩ mà mọi người có thể thực hiện khi họ tự mình áp dụng các nguyên tắc của SERVE.</w:t>
      </w:r>
    </w:p>
    <w:p>
      <w:pPr>
        <w:spacing w:after="80"/>
      </w:pPr>
      <w:r>
        <w:rPr>
          <w:b w:val="0"/>
          <w:i w:val="0"/>
        </w:rPr>
        <w:t>Đội của Debbie không chỉ hoàn thành năm đó mà không có cô, mà còn vươn lên từ “Tệ nhất thành Xuất sắc nhất.” Họ thực sự đã tạo ra những người hâm mộ cuồng nhiệt từ cả đội ngũ bán hàng lẫn khách hàng. Khi Debbie nhận được tin, đó là dưới dạng lời mời từ đội ngũ đến tham dự một sự kiện đặc biệt để ăn mừng thành tích của họ.</w:t>
      </w:r>
    </w:p>
    <w:p>
      <w:pPr>
        <w:spacing w:after="80"/>
      </w:pPr>
      <w:r>
        <w:rPr>
          <w:b w:val="0"/>
          <w:i w:val="0"/>
        </w:rPr>
        <w:t>Debbie đưa tấm thiệp mời cho John ngay khi về đến nhà.</w:t>
      </w:r>
    </w:p>
    <w:p>
      <w:pPr>
        <w:spacing w:after="80"/>
      </w:pPr>
      <w:r>
        <w:rPr>
          <w:b w:val="0"/>
          <w:i w:val="0"/>
        </w:rPr>
        <w:t>“Em cảm thấy thế nào khi họ làm được điều đó mà không có em?” anh hỏi.</w:t>
      </w:r>
    </w:p>
    <w:p>
      <w:pPr>
        <w:spacing w:after="80"/>
      </w:pPr>
      <w:r>
        <w:rPr>
          <w:b w:val="0"/>
          <w:i w:val="0"/>
        </w:rPr>
        <w:t>“Em cảm thấy rất tuyệt về điều đó,” cô nói với nụ cười.</w:t>
      </w:r>
    </w:p>
    <w:p>
      <w:pPr>
        <w:spacing w:after="80"/>
      </w:pPr>
      <w:r>
        <w:rPr>
          <w:b w:val="0"/>
          <w:i w:val="0"/>
        </w:rPr>
        <w:t>“Vì sao?”</w:t>
      </w:r>
    </w:p>
    <w:p>
      <w:pPr>
        <w:spacing w:after="80"/>
      </w:pPr>
      <w:r>
        <w:rPr>
          <w:b w:val="0"/>
          <w:i w:val="0"/>
        </w:rPr>
        <w:t>“Bằng cách phục vụ họ, em đã giúp họ sẵn sàng để thành công. Em cảm thấy chiến thắng của họ, một phần, cũng là chiến thắng của em.”</w:t>
      </w:r>
    </w:p>
    <w:p>
      <w:pPr>
        <w:spacing w:after="80"/>
      </w:pPr>
      <w:r>
        <w:rPr>
          <w:b w:val="0"/>
          <w:i w:val="0"/>
        </w:rPr>
        <w:t>“Anh cũng đã chuẩn bị người kế nhiệm rồi đấy,” John nói thêm.</w:t>
      </w:r>
    </w:p>
    <w:p>
      <w:pPr>
        <w:spacing w:after="80"/>
      </w:pPr>
      <w:r>
        <w:rPr>
          <w:b w:val="0"/>
          <w:i w:val="0"/>
        </w:rPr>
        <w:t>“Đúng vậy. Jill đã chủ động đứng ra và làm rất tốt. Tôi cảm thấy rất tuyệt về điều đó.”</w:t>
      </w:r>
    </w:p>
    <w:p>
      <w:pPr>
        <w:spacing w:after="80"/>
      </w:pPr>
      <w:r>
        <w:rPr>
          <w:b w:val="0"/>
          <w:i w:val="0"/>
        </w:rPr>
        <w:t>“Anh và Jill vẫn gặp nhau thường xuyên chứ?”</w:t>
      </w:r>
    </w:p>
    <w:p>
      <w:pPr>
        <w:spacing w:after="80"/>
      </w:pPr>
      <w:r>
        <w:rPr>
          <w:b w:val="0"/>
          <w:i w:val="0"/>
        </w:rPr>
        <w:t>“Đúng vậy. Tuần tới chúng tôi sẽ gặp lại,” Debbie nói. “Cô ấy giờ đã tham gia chương trình cố vấn chính thức của chúng tôi, và cô ấy là người được cố vấn đầu tiên của tôi.”</w:t>
      </w:r>
    </w:p>
    <w:p>
      <w:pPr>
        <w:spacing w:after="80"/>
      </w:pPr>
      <w:r>
        <w:rPr>
          <w:b w:val="0"/>
          <w:i w:val="0"/>
        </w:rPr>
        <w:t>“Người ta nói đó là bài kiểm tra cuối cùng về năng lực lãnh đạo,” John nói.</w:t>
      </w:r>
    </w:p>
    <w:p>
      <w:pPr>
        <w:spacing w:after="80"/>
      </w:pPr>
      <w:r>
        <w:rPr>
          <w:b w:val="0"/>
          <w:i w:val="0"/>
        </w:rPr>
        <w:t>“Đó là gì?” Debbie hỏi.</w:t>
      </w:r>
    </w:p>
    <w:p>
      <w:pPr>
        <w:spacing w:after="80"/>
      </w:pPr>
      <w:r>
        <w:rPr>
          <w:b w:val="0"/>
          <w:i w:val="0"/>
        </w:rPr>
        <w:t>“Đó là cách nhóm của bạn vận hành khi bạn không có mặt. Nếu bạn có thể tìm được một người kế nhiệm có thể tiếp tục sau khi giai đoạn lãnh đạo của bạn kết thúc, đó là dấu hiệu của một nhà lãnh đạo vĩ đại. Khi những người của bạn có thể làm công việc mà không cần bạn, bạn đã thành công trong việc phát triển những nhà lãnh đạo khác.”</w:t>
      </w:r>
    </w:p>
    <w:p>
      <w:pPr>
        <w:spacing w:after="80"/>
        <w:ind w:left="360"/>
      </w:pPr>
      <w:r>
        <w:rPr>
          <w:b/>
          <w:i/>
        </w:rPr>
        <w:t>Khi những người của bạn có thể làm công việc mà không cần bạn, bạn đã thành công trong việc phát triển những nhà lãnh đạo khác.</w:t>
      </w:r>
    </w:p>
    <w:p>
      <w:pPr>
        <w:spacing w:after="80"/>
      </w:pPr>
      <w:r>
        <w:rPr>
          <w:b w:val="0"/>
          <w:i w:val="0"/>
        </w:rPr>
        <w:t>Nhớ lại điều Jeff đã nói về Jimmy Carter và cách Habitat for Humanity đang tiếp nối những việc tốt đẹp mà ông khởi xướng, Debbie coi lời nhận xét của John như một lời khen thật sự.</w:t>
      </w:r>
    </w:p>
    <w:p>
      <w:pPr>
        <w:spacing w:after="80"/>
      </w:pPr>
      <w:r>
        <w:rPr>
          <w:b w:val="0"/>
          <w:i w:val="0"/>
        </w:rPr>
        <w:t>“Cảm ơn vì đã ủng hộ,” cô nói. “Tôi chưa từng nghĩ đến khía cạnh đó của khả năng lãnh đạo. Tôi cứ tưởng mình chỉ may mắn vì có Jill ở đó để tiếp quản khi tôi rời đi.”</w:t>
      </w:r>
    </w:p>
    <w:p>
      <w:pPr>
        <w:spacing w:after="80"/>
      </w:pPr>
      <w:r>
        <w:rPr>
          <w:b w:val="0"/>
          <w:i w:val="0"/>
        </w:rPr>
        <w:t>“Có thể em đã may mắn. Nhưng em cũng đã làm nhiều điều để giúp Jill và đội ngũ của cô ấy chiến thắng mà không cần em.”</w:t>
      </w:r>
    </w:p>
    <w:p>
      <w:pPr>
        <w:spacing w:after="80"/>
      </w:pPr>
      <w:r>
        <w:rPr>
          <w:b w:val="0"/>
          <w:i w:val="0"/>
        </w:rPr>
        <w:t>“Cảm ơn anh.” Debbie ôm chồng. “Em có một đội cổ vũ tuyệt vời.”</w:t>
      </w:r>
    </w:p>
    <w:p>
      <w:pPr>
        <w:jc w:val="center"/>
      </w:pPr>
      <w:r>
        <w:drawing>
          <wp:inline xmlns:a="http://schemas.openxmlformats.org/drawingml/2006/main" xmlns:pic="http://schemas.openxmlformats.org/drawingml/2006/picture">
            <wp:extent cx="952500" cy="447675"/>
            <wp:docPr id="46" name="Picture 46"/>
            <wp:cNvGraphicFramePr>
              <a:graphicFrameLocks noChangeAspect="1"/>
            </wp:cNvGraphicFramePr>
            <a:graphic>
              <a:graphicData uri="http://schemas.openxmlformats.org/drawingml/2006/picture">
                <pic:pic>
                  <pic:nvPicPr>
                    <pic:cNvPr id="0" name="commons.jpg"/>
                    <pic:cNvPicPr/>
                  </pic:nvPicPr>
                  <pic:blipFill>
                    <a:blip r:embed="rId12"/>
                    <a:stretch>
                      <a:fillRect/>
                    </a:stretch>
                  </pic:blipFill>
                  <pic:spPr>
                    <a:xfrm>
                      <a:off x="0" y="0"/>
                      <a:ext cx="952500" cy="447675"/>
                    </a:xfrm>
                    <a:prstGeom prst="rect"/>
                  </pic:spPr>
                </pic:pic>
              </a:graphicData>
            </a:graphic>
          </wp:inline>
        </w:drawing>
      </w:r>
    </w:p>
    <w:p>
      <w:pPr>
        <w:spacing w:after="80"/>
      </w:pPr>
      <w:r>
        <w:rPr>
          <w:b w:val="0"/>
          <w:i w:val="0"/>
        </w:rPr>
        <w:t>Vài ngày sau, đã đến lúc tổ chức tiệc ăn mừng. Tin tức về màn lội ngược dòng ngoạn mục về thành tích của phòng dịch vụ khách hàng doanh nghiệp của Jill đã lan truyền. Mọi người đều sẵn sàng để tiệc tùng. Phòng họp đầy ắp đồ ăn, bóng bay, đồ uống và các vị khách VIP—gồm cả sếp cũ của Debbie, Tom, và chủ tịch công ty, Jeff.</w:t>
      </w:r>
    </w:p>
    <w:p>
      <w:pPr>
        <w:spacing w:after="80"/>
      </w:pPr>
      <w:r>
        <w:rPr>
          <w:b w:val="0"/>
          <w:i w:val="0"/>
        </w:rPr>
        <w:t>Jill đứng trước đám đông và vỗ tay để thu hút sự chú ý của mọi người. “Tôi biết mọi người đang nhìn chằm chằm vào đồ ăn ngon, nhưng tôi muốn nói vài điều với cả đội trước khi chúng ta bắt đầu ăn. Trước hết, chúc mừng mọi người vì đã đạt được một thành tích tuyệt vời—và đó là điều đội này sẽ không bao giờ làm lại nữa. Chúng ta sẽ không bao giờ phải đi từ ‘Tệ nhất thành Đứng đầu’ nữa. Chúng ta sẽ không cần phải làm vậy!”</w:t>
      </w:r>
    </w:p>
    <w:p>
      <w:pPr>
        <w:spacing w:after="80"/>
      </w:pPr>
      <w:r>
        <w:rPr>
          <w:b w:val="0"/>
          <w:i w:val="0"/>
        </w:rPr>
        <w:t>Căn phòng tràn ngập tiếng vỗ tay tự phát.</w:t>
      </w:r>
    </w:p>
    <w:p>
      <w:pPr>
        <w:spacing w:after="80"/>
      </w:pPr>
      <w:r>
        <w:rPr>
          <w:b w:val="0"/>
          <w:i w:val="0"/>
        </w:rPr>
        <w:t>Jill tiếp tục: “Thứ hai, lý do điều này xảy ra là vì tất cả mọi người đã làm một công việc xuất sắc. Đó thực sự là điểm mấu chốt! Mọi người đã sống trọn vẹn các giá trị cốt lõi của chúng ta. Mọi người đã ở bên cạnh đội ngũ bán hàng và chăm sóc khách hàng, mọi người đã phục vụ lẫn nhau, mọi người đã quản lý rất tốt những gì được giao, mọi người đã sáng tạo—rất sáng tạo—nhưng chúng ta đừng đi sâu vào chuyện đó nữa.” Mọi người quanh phòng bắt đầu cười vì rõ ràng đó là một câu chuyện đùa nội bộ. “Dựa trên những gì tôi thấy, năm sau sẽ còn tốt đẹp hơn nữa.”</w:t>
      </w:r>
    </w:p>
    <w:p>
      <w:pPr>
        <w:spacing w:after="80"/>
      </w:pPr>
      <w:r>
        <w:rPr>
          <w:b w:val="0"/>
          <w:i w:val="0"/>
        </w:rPr>
        <w:t>Đám đông lại vỗ tay lần nữa.</w:t>
      </w:r>
    </w:p>
    <w:p>
      <w:pPr>
        <w:spacing w:after="80"/>
      </w:pPr>
      <w:r>
        <w:rPr>
          <w:b w:val="0"/>
          <w:i w:val="0"/>
        </w:rPr>
        <w:t>“Cuối cùng, dù vậy, tất cả chúng ta đều biết rằng không điều nào trong số này có thể thành hiện thực nếu thiếu sự giúp đỡ, tận tâm và niềm tin vững chắc của một người vô cùng đặc biệt—Debbie Brewster.”</w:t>
      </w:r>
    </w:p>
    <w:p>
      <w:pPr>
        <w:spacing w:after="80"/>
      </w:pPr>
      <w:r>
        <w:rPr>
          <w:b w:val="0"/>
          <w:i w:val="0"/>
        </w:rPr>
        <w:t>Nghe vậy, mọi người đứng dậy vỗ tay tán thưởng Debbie. Điều này còn hơn cả những gì cô chuẩn bị tinh thần. Nước mắt dâng lên trong mắt cô khi Jill giục cô bước lên phía trước.</w:t>
      </w:r>
    </w:p>
    <w:p>
      <w:pPr>
        <w:spacing w:after="80"/>
      </w:pPr>
      <w:r>
        <w:rPr>
          <w:b w:val="0"/>
          <w:i w:val="0"/>
        </w:rPr>
        <w:t>Debbie tiến lên phía trước khán phòng trong khi Jill giơ lên một tấm bảng khắc chữ mạ vàng.</w:t>
      </w:r>
    </w:p>
    <w:p>
      <w:pPr>
        <w:spacing w:after="80"/>
      </w:pPr>
      <w:r>
        <w:rPr>
          <w:b w:val="0"/>
          <w:i w:val="0"/>
        </w:rPr>
        <w:t>“Thay mặt toàn đội, tôi rất vui mừng và vinh dự trao tặng cô món quà nhỏ này thay cho lời cảm ơn vì sự lãnh đạo xuất sắc của cô.”</w:t>
      </w:r>
    </w:p>
    <w:p>
      <w:pPr>
        <w:spacing w:after="80"/>
      </w:pPr>
      <w:r>
        <w:rPr>
          <w:b w:val="0"/>
          <w:i w:val="0"/>
        </w:rPr>
        <w:t>Qua đôi mắt đẫm lệ, Jill đọc những dòng chữ khắc trên tấm bảng:</w:t>
      </w:r>
    </w:p>
    <w:p>
      <w:pPr>
        <w:jc w:val="center"/>
      </w:pPr>
      <w:r>
        <w:drawing>
          <wp:inline xmlns:a="http://schemas.openxmlformats.org/drawingml/2006/main" xmlns:pic="http://schemas.openxmlformats.org/drawingml/2006/picture">
            <wp:extent cx="5486400" cy="3913632"/>
            <wp:docPr id="47" name="Picture 47"/>
            <wp:cNvGraphicFramePr>
              <a:graphicFrameLocks noChangeAspect="1"/>
            </wp:cNvGraphicFramePr>
            <a:graphic>
              <a:graphicData uri="http://schemas.openxmlformats.org/drawingml/2006/picture">
                <pic:pic>
                  <pic:nvPicPr>
                    <pic:cNvPr id="0" name="f0130-01.jpg"/>
                    <pic:cNvPicPr/>
                  </pic:nvPicPr>
                  <pic:blipFill>
                    <a:blip r:embed="rId22"/>
                    <a:stretch>
                      <a:fillRect/>
                    </a:stretch>
                  </pic:blipFill>
                  <pic:spPr>
                    <a:xfrm>
                      <a:off x="0" y="0"/>
                      <a:ext cx="5486400" cy="3913632"/>
                    </a:xfrm>
                    <a:prstGeom prst="rect"/>
                  </pic:spPr>
                </pic:pic>
              </a:graphicData>
            </a:graphic>
          </wp:inline>
        </w:drawing>
      </w:r>
    </w:p>
    <w:p>
      <w:pPr>
        <w:spacing w:after="80"/>
        <w:ind w:left="360"/>
      </w:pPr>
      <w:r>
        <w:rPr>
          <w:b w:val="0"/>
          <w:i w:val="0"/>
        </w:rPr>
        <w:t>Dòng chữ khắc ghi: “Cảm ơn Debbie Brewster vì đã cho chúng tôi thấy cách trở nên vĩ đại bằng cách chỉ cho chúng tôi cách phục vụ.” Bên dưới là câu nói của Tiến sĩ Martin Luther King Jr.: “Mọi người đều có thể trở nên vĩ đại, vì mọi người đều có thể phục vụ.”</w:t>
      </w:r>
    </w:p>
    <w:p>
      <w:pPr>
        <w:pStyle w:val="Heading1"/>
      </w:pPr>
      <w:r>
        <w:rPr>
          <w:rFonts w:ascii="Calibri" w:hAnsi="Calibri"/>
          <w:b/>
          <w:i w:val="0"/>
          <w:sz w:val="40"/>
        </w:rPr>
        <w:t>Hướng dẫn dành cho người điều phối</w:t>
      </w:r>
    </w:p>
    <w:p>
      <w:pPr>
        <w:spacing w:after="80"/>
      </w:pPr>
      <w:r>
        <w:rPr>
          <w:b w:val="0"/>
          <w:i w:val="0"/>
        </w:rPr>
        <w:t xml:space="preserve">Chúng tôi tin rằng bạn đã tìm thấy giá trị trong ấn bản lần thứ tư của </w:t>
      </w:r>
      <w:r>
        <w:rPr>
          <w:b w:val="0"/>
          <w:i/>
        </w:rPr>
        <w:t>The Secret</w:t>
      </w:r>
      <w:r>
        <w:rPr>
          <w:b w:val="0"/>
          <w:i w:val="0"/>
        </w:rPr>
        <w:t xml:space="preserve">. Những bài học về lãnh đạo trong cuốn sách này đã thay đổi vô số cuộc đời. Nếu bạn nhận được giá trị từ nội dung này, hãy chia sẻ nó. Hãy nhớ: </w:t>
      </w:r>
      <w:r>
        <w:rPr>
          <w:b/>
          <w:i w:val="0"/>
        </w:rPr>
        <w:t>Hãy gắn kết và phát triển người khác!</w:t>
      </w:r>
    </w:p>
    <w:p>
      <w:pPr>
        <w:spacing w:after="80"/>
      </w:pPr>
      <w:r>
        <w:rPr>
          <w:b w:val="0"/>
          <w:i w:val="0"/>
        </w:rPr>
        <w:t>Cẩm nang dành cho người điều phối này được tạo ra dành cho bạn. Khi sử dụng cẩm nang này, bạn sẽ đảm nhận vai trò mà Jeff đã đóng với Debbie. Bạn có thể thực hiện theo hình thức một kèm một hoặc trong một nhóm nhỏ. Dù theo cách nào, định dạng chúng tôi cung cấp đều đơn giản và rõ ràng.</w:t>
      </w:r>
    </w:p>
    <w:p>
      <w:pPr>
        <w:spacing w:after="80"/>
      </w:pPr>
      <w:r>
        <w:rPr>
          <w:b w:val="0"/>
          <w:i w:val="0"/>
        </w:rPr>
        <w:t>Các câu hỏi thảo luận đã được sắp xếp thành bảy buổi. Bạn có thể quyết định tổ chức nhiều buổi hơn, nhưng chúng tôi thực sự không khuyến nghị làm ít hơn. Điều kỳ diệu của hành trình sẽ xảy ra theo thời gian khi mọi người áp dụng các nguyên tắc và thực hành được trình bày trong cuốn sách này.</w:t>
      </w:r>
    </w:p>
    <w:p>
      <w:pPr>
        <w:spacing w:after="80"/>
      </w:pPr>
      <w:r>
        <w:rPr>
          <w:b w:val="0"/>
          <w:i w:val="0"/>
        </w:rPr>
        <w:t>Vai trò của bạn là một người hướng dẫn. Bạn có thể đã nhận thấy cách tiếp cận của Jeff: luôn hỗ trợ và tò mò. Đừng cảm thấy áp lực phải biết mọi câu trả lời. Thay vì đưa ra câu trả lời dứt khoát cho mọi câu hỏi, trong nhiều trường hợp, câu trả lời tốt nhất sẽ là một câu hỏi của chính bạn để mời những người bạn đang dẫn dắt suy nghĩ và phản hồi. Hãy sẵn sàng chia sẻ trải nghiệm của mình khi điều đó hữu ích. Việc sẵn sàng chia sẻ điểm yếu sẽ góp phần rất lớn trong việc xây dựng bầu không khí tin cậy và thúc đẩy sự cởi mở. Bạn đã gặp khó khăn ở đâu? Bạn đã thất bại khi nào? Bạn đã học được gì?</w:t>
      </w:r>
    </w:p>
    <w:p>
      <w:pPr>
        <w:spacing w:after="80"/>
        <w:ind w:left="360"/>
      </w:pPr>
      <w:r>
        <w:rPr>
          <w:b w:val="0"/>
          <w:i/>
        </w:rPr>
        <w:t>Dưới đây là một số hướng dẫn bạn có thể thấy hữu ích:</w:t>
      </w:r>
    </w:p>
    <w:p>
      <w:pPr>
        <w:spacing w:after="80"/>
        <w:ind w:left="360"/>
      </w:pPr>
      <w:r>
        <w:rPr>
          <w:b/>
          <w:i/>
        </w:rPr>
        <w:t>Bạn có thể sử dụng dàn ý và các câu hỏi được trình bày trong phần sau đây kèm theo hoặc không kèm theo cuốn sách.</w:t>
      </w:r>
    </w:p>
    <w:p>
      <w:pPr>
        <w:spacing w:after="80"/>
        <w:ind w:left="360"/>
      </w:pPr>
      <w:r>
        <w:rPr>
          <w:b w:val="0"/>
          <w:i/>
        </w:rPr>
        <w:t>Nếu bạn sử dụng cuốn sách, chúng tôi gợi ý bạn nên yêu cầu người (hoặc những người) bạn sẽ gặp đọc các trang được chỉ định trước khi gặp.</w:t>
      </w:r>
    </w:p>
    <w:p>
      <w:pPr>
        <w:spacing w:after="80"/>
        <w:ind w:left="360"/>
      </w:pPr>
      <w:r>
        <w:rPr>
          <w:b/>
          <w:i/>
        </w:rPr>
        <w:t>Hãy quyết định phân bổ bao nhiêu thời gian cho mỗi buổi.</w:t>
      </w:r>
    </w:p>
    <w:p>
      <w:pPr>
        <w:spacing w:after="80"/>
        <w:ind w:left="360"/>
      </w:pPr>
      <w:r>
        <w:rPr>
          <w:b w:val="0"/>
          <w:i/>
        </w:rPr>
        <w:t>Quyết định này sẽ bị ảnh hưởng bởi hai yếu tố chính: bạn đang làm việc với một cá nhân hay một nhóm, và bạn có bao nhiêu thời gian để đầu tư. Một buổi lunch-and-learn có thể cần ngắn hơn một buổi cố vấn hoặc đào tạo chuyên sâu. Những yếu tố này cũng sẽ ảnh hưởng đến số lượng câu hỏi bạn cố gắng khám phá trong mỗi buổi.</w:t>
      </w:r>
    </w:p>
    <w:p>
      <w:pPr>
        <w:spacing w:after="80"/>
        <w:ind w:left="360"/>
      </w:pPr>
      <w:r>
        <w:rPr>
          <w:b/>
          <w:i/>
        </w:rPr>
        <w:t>Điều chỉnh các câu hỏi theo nhu cầu của bạn.</w:t>
      </w:r>
    </w:p>
    <w:p>
      <w:pPr>
        <w:spacing w:after="80"/>
        <w:ind w:left="360"/>
      </w:pPr>
      <w:r>
        <w:rPr>
          <w:b w:val="0"/>
          <w:i/>
        </w:rPr>
        <w:t>Bạn không cần phải giải quyết tất cả các câu hỏi trong mỗi buổi. Nhồi nhét nhiều nội dung vào một buổi có thể giúp bạn đạt mục tiêu “đi hết tài liệu”, nhưng mục tiêu tốt hơn là giúp những người bạn đang hỗ trợ hiểu, đón nhận và áp dụng nội dung.</w:t>
      </w:r>
    </w:p>
    <w:p>
      <w:pPr>
        <w:spacing w:after="80"/>
        <w:ind w:left="360"/>
      </w:pPr>
      <w:r>
        <w:rPr>
          <w:b/>
          <w:i/>
        </w:rPr>
        <w:t>Tạo các câu hỏi của riêng bạn.</w:t>
      </w:r>
    </w:p>
    <w:p>
      <w:pPr>
        <w:spacing w:after="80"/>
        <w:ind w:left="360"/>
      </w:pPr>
      <w:r>
        <w:rPr>
          <w:b w:val="0"/>
          <w:i/>
        </w:rPr>
        <w:t>Bạn có thể bổ sung các câu hỏi được trình bày ở đây bằng những câu hỏi thêm của riêng mình. Câu hỏi mở là tốt nhất vì chúng khơi gợi những phản hồi sâu sắc và cuộc trò chuyện. Một câu hỏi có thể trả lời đơn giản bằng có hoặc không thường khiến cuộc trò chuyện kết thúc.</w:t>
      </w:r>
    </w:p>
    <w:p>
      <w:pPr>
        <w:spacing w:after="80"/>
        <w:ind w:left="360"/>
      </w:pPr>
      <w:r>
        <w:rPr>
          <w:b/>
          <w:i/>
        </w:rPr>
        <w:t>Gửi trước các câu hỏi.</w:t>
      </w:r>
    </w:p>
    <w:p>
      <w:pPr>
        <w:spacing w:after="80"/>
        <w:ind w:left="360"/>
      </w:pPr>
      <w:r>
        <w:rPr>
          <w:b w:val="0"/>
          <w:i/>
        </w:rPr>
        <w:t>Điều này cho mọi người thời gian suy nghĩ và dẫn đến những cuộc thảo luận ý nghĩa hơn.</w:t>
      </w:r>
    </w:p>
    <w:p>
      <w:pPr>
        <w:spacing w:after="80"/>
        <w:ind w:left="360"/>
      </w:pPr>
      <w:r>
        <w:rPr>
          <w:b/>
          <w:i/>
        </w:rPr>
        <w:t>Kết thúc mỗi buổi bằng ít nhất một hành động cụ thể.</w:t>
      </w:r>
    </w:p>
    <w:p>
      <w:pPr>
        <w:spacing w:after="80"/>
        <w:ind w:left="360"/>
      </w:pPr>
      <w:r>
        <w:rPr>
          <w:b w:val="0"/>
          <w:i/>
        </w:rPr>
        <w:t>Các dàn ý buổi học sau đây không có mục hành động cụ thể nào được nêu. Bạn có thể tự tạo hoặc dùng các câu hỏi Jeff đã đưa cho Debbie ở cuối các buổi gặp của họ.</w:t>
      </w:r>
    </w:p>
    <w:p>
      <w:pPr>
        <w:spacing w:after="80"/>
      </w:pPr>
      <w:r>
        <w:rPr>
          <w:b w:val="0"/>
          <w:i w:val="0"/>
        </w:rPr>
        <w:t>Khi bạn khám phá những bài học từ</w:t>
      </w:r>
      <w:r>
        <w:rPr>
          <w:b w:val="0"/>
          <w:i/>
        </w:rPr>
        <w:t>The Secret</w:t>
      </w:r>
      <w:r>
        <w:rPr>
          <w:b w:val="0"/>
          <w:i w:val="0"/>
        </w:rPr>
        <w:t>, chúng tôi rất muốn nghe về trải nghiệm của bạn. Hãy gửi câu hỏi, nhận xét, quan sát và những câu chuyện thành công tới mark@leadeveryday.com.</w:t>
      </w:r>
    </w:p>
    <w:p>
      <w:pPr>
        <w:spacing w:after="80"/>
      </w:pPr>
      <w:r>
        <w:rPr>
          <w:b w:val="0"/>
          <w:i w:val="0"/>
        </w:rPr>
        <w:t>Bắt đầu thôi nào!</w:t>
      </w:r>
    </w:p>
    <w:p>
      <w:pPr>
        <w:pStyle w:val="Heading1"/>
      </w:pPr>
      <w:r>
        <w:rPr>
          <w:rFonts w:ascii="Calibri" w:hAnsi="Calibri"/>
          <w:b/>
          <w:i w:val="0"/>
          <w:sz w:val="40"/>
        </w:rPr>
        <w:t>Câu hỏi nghiên cứu và thảo luận</w:t>
      </w:r>
    </w:p>
    <w:p>
      <w:pPr>
        <w:spacing w:after="80"/>
      </w:pPr>
      <w:r>
        <w:rPr>
          <w:b w:val="0"/>
          <w:i w:val="0"/>
        </w:rPr>
        <w:t>Để đào sâu hơn vào các bài học từ</w:t>
      </w:r>
      <w:r>
        <w:rPr>
          <w:b w:val="0"/>
          <w:i/>
        </w:rPr>
        <w:t>The Secret</w:t>
      </w:r>
      <w:r>
        <w:rPr>
          <w:b w:val="0"/>
          <w:i w:val="0"/>
        </w:rPr>
        <w:t>, bạn có thể dùng những câu hỏi này một mình, cùng nhóm đọc sách, hoặc cùng một hay nhiều thành viên trong nhóm của bạn.</w:t>
      </w:r>
    </w:p>
    <w:p>
      <w:pPr>
        <w:pStyle w:val="Heading2"/>
      </w:pPr>
      <w:r>
        <w:rPr>
          <w:rFonts w:ascii="Calibri" w:hAnsi="Calibri"/>
          <w:b/>
          <w:i w:val="0"/>
          <w:sz w:val="32"/>
        </w:rPr>
        <w:t>Buổi #1: The Secret</w:t>
      </w:r>
    </w:p>
    <w:p>
      <w:pPr>
        <w:spacing w:after="80"/>
        <w:ind w:left="360"/>
      </w:pPr>
      <w:r>
        <w:t xml:space="preserve">1. </w:t>
      </w:r>
      <w:r>
        <w:rPr>
          <w:b w:val="0"/>
          <w:i w:val="0"/>
        </w:rPr>
        <w:t>Bạn đã trở thành người lãnh đạo như thế nào? Trải nghiệm của bạn khác với kỳ vọng ra sao?</w:t>
      </w:r>
    </w:p>
    <w:p>
      <w:pPr>
        <w:spacing w:after="80"/>
        <w:ind w:left="360"/>
      </w:pPr>
      <w:r>
        <w:t xml:space="preserve">2. </w:t>
      </w:r>
      <w:r>
        <w:rPr>
          <w:b w:val="0"/>
          <w:i w:val="0"/>
        </w:rPr>
        <w:t>Thực tế lãnh đạo hiện tại của bạn là gì?</w:t>
      </w:r>
    </w:p>
    <w:p>
      <w:pPr>
        <w:spacing w:after="80"/>
        <w:ind w:left="360"/>
      </w:pPr>
      <w:r>
        <w:t xml:space="preserve">3. </w:t>
      </w:r>
      <w:r>
        <w:rPr>
          <w:b w:val="0"/>
          <w:i w:val="0"/>
        </w:rPr>
        <w:t>Điều gì đang ngăn cản bạn lãnh đạo hết tiềm năng của mình?</w:t>
      </w:r>
    </w:p>
    <w:p>
      <w:pPr>
        <w:spacing w:after="80"/>
        <w:ind w:left="360"/>
      </w:pPr>
      <w:r>
        <w:t xml:space="preserve">4. </w:t>
      </w:r>
      <w:r>
        <w:rPr>
          <w:b w:val="0"/>
          <w:i w:val="0"/>
        </w:rPr>
        <w:t>Dựa trên cách tiếp cận và thực hành lãnh đạo hiện tại của bạn, cuộc sống của bạn sẽ như thế nào trong năm năm tới? Mười năm tới?</w:t>
      </w:r>
    </w:p>
    <w:p>
      <w:pPr>
        <w:spacing w:after="80"/>
        <w:ind w:left="360"/>
      </w:pPr>
      <w:r>
        <w:t xml:space="preserve">5. </w:t>
      </w:r>
      <w:r>
        <w:rPr>
          <w:b w:val="0"/>
          <w:i w:val="0"/>
        </w:rPr>
        <w:t>Nếu bạn có thể vung đũa thần và được ban một điều ước duy nhất về khả năng lãnh đạo của mình, bạn sẽ ước điều gì?</w:t>
      </w:r>
    </w:p>
    <w:p>
      <w:pPr>
        <w:pStyle w:val="Heading2"/>
      </w:pPr>
      <w:r>
        <w:rPr>
          <w:rFonts w:ascii="Calibri" w:hAnsi="Calibri"/>
          <w:b/>
          <w:i w:val="0"/>
          <w:sz w:val="32"/>
        </w:rPr>
        <w:t>Buổi #2: Nhìn thấy tương lai</w:t>
      </w:r>
    </w:p>
    <w:p>
      <w:pPr>
        <w:spacing w:after="80"/>
        <w:ind w:left="360"/>
      </w:pPr>
      <w:r>
        <w:t xml:space="preserve">1. </w:t>
      </w:r>
      <w:r>
        <w:rPr>
          <w:b w:val="0"/>
          <w:i w:val="0"/>
        </w:rPr>
        <w:t>Hãy chia sẻ một câu chuyện trong đời bạn khi bạn làm việc với một người lãnh đạo có tầm nhìn hấp dẫn về tương lai. Cảm giác đó như thế nào?</w:t>
      </w:r>
    </w:p>
    <w:p>
      <w:pPr>
        <w:spacing w:after="80"/>
        <w:ind w:left="360"/>
      </w:pPr>
      <w:r>
        <w:t xml:space="preserve">2. </w:t>
      </w:r>
      <w:r>
        <w:rPr>
          <w:b w:val="0"/>
          <w:i w:val="0"/>
        </w:rPr>
        <w:t>Nếu bạn đã từng trải qua điều ngược lại—làm việc với một người lãnh đạo thiếu tầm nhìn—cảm giác đó như thế nào?</w:t>
      </w:r>
    </w:p>
    <w:p>
      <w:pPr>
        <w:spacing w:after="80"/>
        <w:ind w:left="360"/>
      </w:pPr>
      <w:r>
        <w:t xml:space="preserve">3. </w:t>
      </w:r>
      <w:r>
        <w:rPr>
          <w:b w:val="0"/>
          <w:i w:val="0"/>
        </w:rPr>
        <w:t>Tầm nhìn của bạn hấp dẫn đến mức nào? Nó có tạo ra niềm đam mê trong bạn không? Bạn có dấu hiệu nào cho thấy người khác cũng chia sẻ niềm đam mê với tầm nhìn đó không?</w:t>
      </w:r>
    </w:p>
    <w:p>
      <w:pPr>
        <w:spacing w:after="80"/>
        <w:ind w:left="360"/>
      </w:pPr>
      <w:r>
        <w:t xml:space="preserve">4. </w:t>
      </w:r>
      <w:r>
        <w:rPr>
          <w:b w:val="0"/>
          <w:i w:val="0"/>
        </w:rPr>
        <w:t>Nếu chưa có đủ niềm đam mê cho tầm nhìn, các bước tiếp theo của bạn là gì?</w:t>
      </w:r>
    </w:p>
    <w:p>
      <w:pPr>
        <w:spacing w:after="80"/>
        <w:ind w:left="360"/>
      </w:pPr>
      <w:r>
        <w:t xml:space="preserve">5. </w:t>
      </w:r>
      <w:r>
        <w:rPr>
          <w:b w:val="0"/>
          <w:i w:val="0"/>
        </w:rPr>
        <w:t>Nếu tầm nhìn của bạn chưa rõ ràng, khi nào bạn có thể dành thời gian trên lịch để làm việc về nó?</w:t>
      </w:r>
    </w:p>
    <w:p>
      <w:pPr>
        <w:spacing w:after="80"/>
        <w:ind w:left="360"/>
      </w:pPr>
      <w:r>
        <w:t xml:space="preserve">6. </w:t>
      </w:r>
      <w:r>
        <w:rPr>
          <w:b w:val="0"/>
          <w:i w:val="0"/>
        </w:rPr>
        <w:t>Bạn muốn điều gì trở thành hiện thực trong một thập kỷ nữa mà ngày nay chưa trở thành hiện thực?</w:t>
      </w:r>
    </w:p>
    <w:p>
      <w:pPr>
        <w:pStyle w:val="Heading2"/>
      </w:pPr>
      <w:r>
        <w:rPr>
          <w:rFonts w:ascii="Calibri" w:hAnsi="Calibri"/>
          <w:b/>
          <w:i w:val="0"/>
          <w:sz w:val="32"/>
        </w:rPr>
        <w:t>Buổi #3: Gắn kết và Phát triển Người khác</w:t>
      </w:r>
    </w:p>
    <w:p>
      <w:pPr>
        <w:spacing w:after="80"/>
        <w:ind w:left="360"/>
      </w:pPr>
      <w:r>
        <w:t xml:space="preserve">1. </w:t>
      </w:r>
      <w:r>
        <w:rPr>
          <w:b w:val="0"/>
          <w:i w:val="0"/>
        </w:rPr>
        <w:t>Khi nào bạn từng trực tiếp trải nghiệm tác động của một đội ngũ thiếu gắn kết? Trải nghiệm đó như thế nào?</w:t>
      </w:r>
    </w:p>
    <w:p>
      <w:pPr>
        <w:spacing w:after="80"/>
        <w:ind w:left="360"/>
      </w:pPr>
      <w:r>
        <w:t xml:space="preserve">2. </w:t>
      </w:r>
      <w:r>
        <w:rPr>
          <w:b w:val="0"/>
          <w:i w:val="0"/>
        </w:rPr>
        <w:t>Khi nào bạn từng là một phần của một nhóm hoặc tổ chức có mức độ gắn kết cao? Bạn cảm thấy thế nào?</w:t>
      </w:r>
    </w:p>
    <w:p>
      <w:pPr>
        <w:spacing w:after="80"/>
        <w:ind w:left="360"/>
      </w:pPr>
      <w:r>
        <w:t xml:space="preserve">3. </w:t>
      </w:r>
      <w:r>
        <w:rPr>
          <w:b w:val="0"/>
          <w:i w:val="0"/>
        </w:rPr>
        <w:t>Những dấu hiệu nào cho thấy ai đó trong nhóm của bạn đang hoàn toàn gắn kết?</w:t>
      </w:r>
    </w:p>
    <w:p>
      <w:pPr>
        <w:spacing w:after="80"/>
        <w:ind w:left="360"/>
      </w:pPr>
      <w:r>
        <w:t xml:space="preserve">4. </w:t>
      </w:r>
      <w:r>
        <w:rPr>
          <w:b w:val="0"/>
          <w:i w:val="0"/>
        </w:rPr>
        <w:t>Trong quá khứ, yếu tố nào đã khiến bạn hoàn toàn gắn kết?</w:t>
      </w:r>
    </w:p>
    <w:p>
      <w:pPr>
        <w:spacing w:after="80"/>
        <w:ind w:left="360"/>
      </w:pPr>
      <w:r>
        <w:t xml:space="preserve">5. </w:t>
      </w:r>
      <w:r>
        <w:rPr>
          <w:b w:val="0"/>
          <w:i w:val="0"/>
        </w:rPr>
        <w:t>Yếu tố nào trong số này đang thiếu đối với những người bạn lãnh đạo?</w:t>
      </w:r>
    </w:p>
    <w:p>
      <w:pPr>
        <w:spacing w:after="80"/>
        <w:ind w:left="360"/>
      </w:pPr>
      <w:r>
        <w:t xml:space="preserve">6. </w:t>
      </w:r>
      <w:r>
        <w:rPr>
          <w:b w:val="0"/>
          <w:i w:val="0"/>
        </w:rPr>
        <w:t>Bạn có thể làm gì để giúp những người xung quanh trưởng thành?</w:t>
      </w:r>
    </w:p>
    <w:p>
      <w:pPr>
        <w:pStyle w:val="Heading2"/>
      </w:pPr>
      <w:r>
        <w:rPr>
          <w:rFonts w:ascii="Calibri" w:hAnsi="Calibri"/>
          <w:b/>
          <w:i w:val="0"/>
          <w:sz w:val="32"/>
        </w:rPr>
        <w:t>Buổi #4: Liên tục đổi mới bản thân</w:t>
      </w:r>
    </w:p>
    <w:p>
      <w:pPr>
        <w:spacing w:after="80"/>
        <w:ind w:left="360"/>
      </w:pPr>
      <w:r>
        <w:t xml:space="preserve">1. </w:t>
      </w:r>
      <w:r>
        <w:rPr>
          <w:b w:val="0"/>
          <w:i w:val="0"/>
        </w:rPr>
        <w:t>Bạn muốn học hỏi và phát triển ở những lĩnh vực nào trong mười hai tháng tới?</w:t>
      </w:r>
    </w:p>
    <w:p>
      <w:pPr>
        <w:spacing w:after="80"/>
        <w:ind w:left="360"/>
      </w:pPr>
      <w:r>
        <w:t xml:space="preserve">2. </w:t>
      </w:r>
      <w:r>
        <w:rPr>
          <w:b w:val="0"/>
          <w:i w:val="0"/>
        </w:rPr>
        <w:t>Bạn sẽ lập luận thế nào để bảo vệ nhận định “Tạo ra và duy trì thay đổi tích cực là trách nhiệm chính của người lãnh đạo”?</w:t>
      </w:r>
    </w:p>
    <w:p>
      <w:pPr>
        <w:spacing w:after="80"/>
        <w:ind w:left="360"/>
      </w:pPr>
      <w:r>
        <w:t xml:space="preserve">3. </w:t>
      </w:r>
      <w:r>
        <w:rPr>
          <w:b w:val="0"/>
          <w:i w:val="0"/>
        </w:rPr>
        <w:t>Khi nghĩ về hiệu suất của bản thân hoặc của nhóm, bạn đang bị tụt lại ở đâu?</w:t>
      </w:r>
    </w:p>
    <w:p>
      <w:pPr>
        <w:spacing w:after="80"/>
        <w:ind w:left="360"/>
      </w:pPr>
      <w:r>
        <w:t xml:space="preserve">4. </w:t>
      </w:r>
      <w:r>
        <w:rPr>
          <w:b w:val="0"/>
          <w:i w:val="0"/>
        </w:rPr>
        <w:t>Bạn có thể thực hiện những hành động nào để cải thiện hiệu suất?</w:t>
      </w:r>
    </w:p>
    <w:p>
      <w:pPr>
        <w:spacing w:after="80"/>
        <w:ind w:left="360"/>
      </w:pPr>
      <w:r>
        <w:t xml:space="preserve">5. </w:t>
      </w:r>
      <w:r>
        <w:rPr>
          <w:b w:val="0"/>
          <w:i w:val="0"/>
        </w:rPr>
        <w:t>Có thể thực hiện những thay đổi cấu trúc nào để đẩy nhanh tiến độ?</w:t>
      </w:r>
    </w:p>
    <w:p>
      <w:pPr>
        <w:pStyle w:val="Heading2"/>
      </w:pPr>
      <w:r>
        <w:rPr>
          <w:rFonts w:ascii="Calibri" w:hAnsi="Calibri"/>
          <w:b/>
          <w:i w:val="0"/>
          <w:sz w:val="32"/>
        </w:rPr>
        <w:t>Buổi #5: Coi trọng kết quả và các mối quan hệ</w:t>
      </w:r>
    </w:p>
    <w:p>
      <w:pPr>
        <w:spacing w:after="80"/>
        <w:ind w:left="360"/>
      </w:pPr>
      <w:r>
        <w:t xml:space="preserve">1. </w:t>
      </w:r>
      <w:r>
        <w:rPr>
          <w:b w:val="0"/>
          <w:i w:val="0"/>
        </w:rPr>
        <w:t>Bạn định nghĩa thành công trong công việc như thế nào? Bạn định nghĩa thành công ngoài công việc ra sao? Câu trả lời của bạn cho hai câu hỏi này đồng nhất (hoặc lệch nhau) đến mức nào?</w:t>
      </w:r>
    </w:p>
    <w:p>
      <w:pPr>
        <w:spacing w:after="80"/>
        <w:ind w:left="360"/>
      </w:pPr>
      <w:r>
        <w:t xml:space="preserve">2. </w:t>
      </w:r>
      <w:r>
        <w:rPr>
          <w:b w:val="0"/>
          <w:i w:val="0"/>
        </w:rPr>
        <w:t>Điều gì xảy ra nếu bạn quá coi trọng các mối quan hệ?</w:t>
      </w:r>
    </w:p>
    <w:p>
      <w:pPr>
        <w:spacing w:after="80"/>
        <w:ind w:left="360"/>
      </w:pPr>
      <w:r>
        <w:t xml:space="preserve">3. </w:t>
      </w:r>
      <w:r>
        <w:rPr>
          <w:b w:val="0"/>
          <w:i w:val="0"/>
        </w:rPr>
        <w:t>Thiên hướng cá nhân của bạn với tư cách là người lãnh đạo là gì—kết quả hay mối quan hệ? Nếu bạn hỏi những người thân thiết nhất với bạn để xác định thiên hướng của bạn, bạn tự tin đến đâu rằng câu trả lời của họ sẽ khớp với câu trả lời của bạn? Sao không thử hỏi năm người và xem họ nói gì?</w:t>
      </w:r>
    </w:p>
    <w:p>
      <w:pPr>
        <w:spacing w:after="80"/>
        <w:ind w:left="360"/>
      </w:pPr>
      <w:r>
        <w:t xml:space="preserve">4. </w:t>
      </w:r>
      <w:r>
        <w:rPr>
          <w:b w:val="0"/>
          <w:i w:val="0"/>
        </w:rPr>
        <w:t>Làm thế nào bạn có thể bù đắp cho lĩnh vực không phải là điểm mạnh tự nhiên của mình? Đội nhóm của bạn có thể giúp bạn ở lĩnh vực này như thế nào?</w:t>
      </w:r>
    </w:p>
    <w:p>
      <w:pPr>
        <w:spacing w:after="80"/>
        <w:ind w:left="360"/>
      </w:pPr>
      <w:r>
        <w:t xml:space="preserve">5. </w:t>
      </w:r>
      <w:r>
        <w:rPr>
          <w:b w:val="0"/>
          <w:i w:val="0"/>
        </w:rPr>
        <w:t>Hãy nghĩ về một nhà lãnh đạo chỉ coi trọng một khía cạnh: kết quả hoặc mối quan hệ. Mọi chuyện đang diễn ra với họ như thế nào? Hậu quả dài hạn có thể xảy ra nếu họ không mở rộng định nghĩa về thành công là gì?</w:t>
      </w:r>
    </w:p>
    <w:p>
      <w:pPr>
        <w:spacing w:after="80"/>
        <w:ind w:left="360"/>
      </w:pPr>
      <w:r>
        <w:t xml:space="preserve">6. </w:t>
      </w:r>
      <w:r>
        <w:rPr>
          <w:b w:val="0"/>
          <w:i w:val="0"/>
        </w:rPr>
        <w:t>Hãy nghĩ về một nhà lãnh đạo thể hiện khả năng coi trọng cả kết quả lẫn mối quan hệ. Bạn có thể học được điều gì từ họ?</w:t>
      </w:r>
    </w:p>
    <w:p>
      <w:pPr>
        <w:pStyle w:val="Heading2"/>
      </w:pPr>
      <w:r>
        <w:rPr>
          <w:rFonts w:ascii="Calibri" w:hAnsi="Calibri"/>
          <w:b/>
          <w:i w:val="0"/>
          <w:sz w:val="32"/>
        </w:rPr>
        <w:t>Buổi #6: Thể hiện trái tim của một nhà lãnh đạo</w:t>
      </w:r>
    </w:p>
    <w:p>
      <w:pPr>
        <w:spacing w:after="80"/>
        <w:ind w:left="360"/>
      </w:pPr>
      <w:r>
        <w:t xml:space="preserve">1. </w:t>
      </w:r>
      <w:r>
        <w:rPr>
          <w:b w:val="0"/>
          <w:i w:val="0"/>
        </w:rPr>
        <w:t>Hãy nghĩ về một nhà lãnh đạo bạn từng gặp, người có vẻ có kỹ năng lãnh đạo nhưng bạn lại chọn không đi theo. Tại sao bạn đã không đi theo họ?</w:t>
      </w:r>
    </w:p>
    <w:p>
      <w:pPr>
        <w:spacing w:after="80"/>
        <w:ind w:left="360"/>
      </w:pPr>
      <w:r>
        <w:t xml:space="preserve">2. </w:t>
      </w:r>
      <w:r>
        <w:rPr>
          <w:b w:val="0"/>
          <w:i w:val="0"/>
        </w:rPr>
        <w:t>Nếu ai đó phỏng vấn mười đồng nghiệp của bạn để hiểu tấm lòng bạn, có bao nhiêu người sẽ nhắc đến niềm khao khát sự khôn ngoan của bạn? Vì sao?</w:t>
      </w:r>
    </w:p>
    <w:p>
      <w:pPr>
        <w:spacing w:after="80"/>
        <w:ind w:left="360"/>
      </w:pPr>
      <w:r>
        <w:t xml:space="preserve">3. </w:t>
      </w:r>
      <w:r>
        <w:rPr>
          <w:b w:val="0"/>
          <w:i w:val="0"/>
        </w:rPr>
        <w:t>Bạn lạc quan hay bi quan nhiều hơn? Nếu bạn nghiêng về bi quan, rủi ro là gì? Bạn có thể làm gì để cán cân nghiêng về phía cái nhìn tích cực hơn?</w:t>
      </w:r>
    </w:p>
    <w:p>
      <w:pPr>
        <w:spacing w:after="80"/>
        <w:ind w:left="360"/>
      </w:pPr>
      <w:r>
        <w:t xml:space="preserve">4. </w:t>
      </w:r>
      <w:r>
        <w:rPr>
          <w:b w:val="0"/>
          <w:i w:val="0"/>
        </w:rPr>
        <w:t>Bạn có thường xuyên đổ lỗi cho người khác khi kết quả không tốt không? Hậu quả của những hành vi đó theo thời gian là gì?</w:t>
      </w:r>
    </w:p>
    <w:p>
      <w:pPr>
        <w:spacing w:after="80"/>
        <w:ind w:left="360"/>
      </w:pPr>
      <w:r>
        <w:t xml:space="preserve">5. </w:t>
      </w:r>
      <w:r>
        <w:rPr>
          <w:b w:val="0"/>
          <w:i w:val="0"/>
        </w:rPr>
        <w:t>Bạn can đảm đến đâu trong vai trò lãnh đạo? Có điều gì bạn biết mình cần làm nhưng vẫn chưa làm không? Điều gì đang ngăn cản bạn?</w:t>
      </w:r>
    </w:p>
    <w:p>
      <w:pPr>
        <w:spacing w:after="80"/>
        <w:ind w:left="360"/>
      </w:pPr>
      <w:r>
        <w:t xml:space="preserve">6. </w:t>
      </w:r>
      <w:r>
        <w:rPr>
          <w:b w:val="0"/>
          <w:i w:val="0"/>
        </w:rPr>
        <w:t>Bạn giỏi đến đâu trong việc nghĩ đến người khác trước tiên?</w:t>
      </w:r>
    </w:p>
    <w:p>
      <w:pPr>
        <w:pStyle w:val="Heading2"/>
      </w:pPr>
      <w:r>
        <w:rPr>
          <w:rFonts w:ascii="Calibri" w:hAnsi="Calibri"/>
          <w:b/>
          <w:i w:val="0"/>
          <w:sz w:val="32"/>
        </w:rPr>
        <w:t>Buổi #7: Tiếp theo là gì?</w:t>
      </w:r>
    </w:p>
    <w:p>
      <w:pPr>
        <w:spacing w:after="80"/>
        <w:ind w:left="360"/>
      </w:pPr>
      <w:r>
        <w:t xml:space="preserve">1. </w:t>
      </w:r>
      <w:r>
        <w:rPr>
          <w:b w:val="0"/>
          <w:i w:val="0"/>
        </w:rPr>
        <w:t>Bạn đã học được gì về lãnh đạo trong suốt hành trình này?</w:t>
      </w:r>
    </w:p>
    <w:p>
      <w:pPr>
        <w:spacing w:after="80"/>
        <w:ind w:left="360"/>
      </w:pPr>
      <w:r>
        <w:t xml:space="preserve">2. </w:t>
      </w:r>
      <w:r>
        <w:rPr>
          <w:b w:val="0"/>
          <w:i w:val="0"/>
        </w:rPr>
        <w:t>Bạn đã sở hữu những điểm mạnh nào trong vai trò lãnh đạo? Bạn có thể tận dụng chúng tốt hơn bằng cách nào?</w:t>
      </w:r>
    </w:p>
    <w:p>
      <w:pPr>
        <w:spacing w:after="80"/>
        <w:ind w:left="360"/>
      </w:pPr>
      <w:r>
        <w:t xml:space="preserve">3. </w:t>
      </w:r>
      <w:r>
        <w:rPr>
          <w:b w:val="0"/>
          <w:i w:val="0"/>
        </w:rPr>
        <w:t>Bạn đã nhận ra những cơ hội lãnh đạo nào? Bạn có thể làm gì để xây dựng năng lực ở những lĩnh vực này?</w:t>
      </w:r>
    </w:p>
    <w:p>
      <w:pPr>
        <w:spacing w:after="80"/>
        <w:ind w:left="360"/>
      </w:pPr>
      <w:r>
        <w:t xml:space="preserve">4. </w:t>
      </w:r>
      <w:r>
        <w:rPr>
          <w:b w:val="0"/>
          <w:i w:val="0"/>
        </w:rPr>
        <w:t>Điều gì sẽ xảy ra nếu bạn thành lập nhóm phát triển khả năng lãnh đạo của riêng mình? Bạn sẽ mời ai?</w:t>
      </w:r>
    </w:p>
    <w:p>
      <w:pPr>
        <w:spacing w:after="80"/>
        <w:ind w:left="360"/>
      </w:pPr>
      <w:r>
        <w:t xml:space="preserve">5. </w:t>
      </w:r>
      <w:r>
        <w:rPr>
          <w:b w:val="0"/>
          <w:i w:val="0"/>
        </w:rPr>
        <w:t>Nhà khoa học máy tính Alan Kay từng nói: “Cách tốt nhất để dự đoán tương lai là phát minh ra nó.” Bạn đang tạo ra tương lai nào cho chính mình, đội ngũ và tổ chức của mình?</w:t>
      </w:r>
    </w:p>
    <w:p>
      <w:pPr>
        <w:pStyle w:val="Heading1"/>
      </w:pPr>
      <w:r>
        <w:rPr>
          <w:rFonts w:ascii="Calibri" w:hAnsi="Calibri"/>
          <w:b/>
          <w:i w:val="0"/>
          <w:sz w:val="40"/>
        </w:rPr>
        <w:t>Tự đánh giá: Kiểm tra SERVE của bạn</w:t>
      </w:r>
    </w:p>
    <w:p>
      <w:pPr>
        <w:spacing w:after="80"/>
      </w:pPr>
      <w:r>
        <w:rPr>
          <w:b w:val="0"/>
          <w:i w:val="0"/>
        </w:rPr>
        <w:t>Khả năng lãnh đạo xuất sắc bắt đầu từ sự tự nhận thức. Lợi ích của việc nâng cao tự nhận thức qua một bài đánh giá như bài dưới đây vượt xa hiểu biết cá nhân. Khi hiểu rõ chính mình, bạn có thể đưa ra những quyết định có chủ đích thay vì phản ứng nhất thời. Sự rõ ràng này giúp bạn phát huy điểm mạnh và giải quyết điểm yếu trước khi chúng trở thành rào cản.</w:t>
      </w:r>
    </w:p>
    <w:p>
      <w:pPr>
        <w:spacing w:after="80"/>
      </w:pPr>
      <w:r>
        <w:rPr>
          <w:b w:val="0"/>
          <w:i w:val="0"/>
        </w:rPr>
        <w:t>Những nhà lãnh đạo tự nhận thức tốt xây dựng các mối quan hệ bền chặt hơn, giao tiếp hiệu quả hơn, giao việc một cách tự tin hơn và tạo ra sự an toàn tâm lý giúp đội ngũ phát huy toàn bộ tiềm năng.</w:t>
      </w:r>
    </w:p>
    <w:p>
      <w:pPr>
        <w:spacing w:after="80"/>
      </w:pPr>
      <w:r>
        <w:rPr>
          <w:b w:val="0"/>
          <w:i w:val="0"/>
        </w:rPr>
        <w:t>Ngoài việc nâng cao tự nhận thức, hoàn thành bài đánh giá này còn mang lại cho bạn một số lợi ích mạnh mẽ khác:</w:t>
      </w:r>
    </w:p>
    <w:p>
      <w:pPr>
        <w:spacing w:after="80"/>
        <w:ind w:left="360"/>
      </w:pPr>
      <w:r>
        <w:t xml:space="preserve">• </w:t>
      </w:r>
      <w:r>
        <w:rPr>
          <w:b w:val="0"/>
          <w:i w:val="0"/>
        </w:rPr>
        <w:t>Một lộ trình rõ ràng để ưu tiên các nỗ lực phát triển của bạn</w:t>
      </w:r>
    </w:p>
    <w:p>
      <w:pPr>
        <w:spacing w:after="80"/>
        <w:ind w:left="360"/>
      </w:pPr>
      <w:r>
        <w:t xml:space="preserve">• </w:t>
      </w:r>
      <w:r>
        <w:rPr>
          <w:b w:val="0"/>
          <w:i w:val="0"/>
        </w:rPr>
        <w:t>Các thước đo khách quan để theo dõi tiến bộ của bạn theo thời gian</w:t>
      </w:r>
    </w:p>
    <w:p>
      <w:pPr>
        <w:spacing w:after="80"/>
        <w:ind w:left="360"/>
      </w:pPr>
      <w:r>
        <w:t xml:space="preserve">• </w:t>
      </w:r>
      <w:r>
        <w:rPr>
          <w:b w:val="0"/>
          <w:i w:val="0"/>
        </w:rPr>
        <w:t>Những hiểu biết cụ thể về hành vi lãnh đạo nào của bạn đang giúp ích hoặc cản trở hiệu suất của nhóm</w:t>
      </w:r>
    </w:p>
    <w:p>
      <w:pPr>
        <w:spacing w:after="80"/>
        <w:ind w:left="360"/>
      </w:pPr>
      <w:r>
        <w:t xml:space="preserve">• </w:t>
      </w:r>
      <w:r>
        <w:rPr>
          <w:b w:val="0"/>
          <w:i w:val="0"/>
        </w:rPr>
        <w:t>Sự rõ ràng về việc nên đầu tư thời gian và năng lượng có hạn vào đâu để tạo tác động tối đa cho tổ chức</w:t>
      </w:r>
    </w:p>
    <w:p>
      <w:pPr>
        <w:spacing w:after="80"/>
        <w:ind w:left="360"/>
      </w:pPr>
      <w:r>
        <w:t xml:space="preserve">• </w:t>
      </w:r>
      <w:r>
        <w:rPr>
          <w:b w:val="0"/>
          <w:i w:val="0"/>
        </w:rPr>
        <w:t>Hiểu chính xác hơn về cách người khác có thể đang nhìn nhận khả năng lãnh đạo của bạn—kiến thức rất quan trọng để xây dựng lòng tin và sức ảnh hưởng</w:t>
      </w:r>
    </w:p>
    <w:p>
      <w:pPr>
        <w:spacing w:after="80"/>
        <w:ind w:left="360"/>
      </w:pPr>
      <w:r>
        <w:t xml:space="preserve">• </w:t>
      </w:r>
      <w:r>
        <w:rPr>
          <w:b w:val="0"/>
          <w:i w:val="0"/>
        </w:rPr>
        <w:t>Hiểu rõ hơn về vị trí của bạn so với những nguyên tắc nền tảng được nhắc đến xuyên suốt cuốn sách này</w:t>
      </w:r>
    </w:p>
    <w:p>
      <w:pPr>
        <w:spacing w:after="80"/>
      </w:pPr>
      <w:r>
        <w:rPr>
          <w:b w:val="0"/>
          <w:i/>
        </w:rPr>
        <w:t>Nếu bạn thích phiên bản trực tuyến của công cụ này, bạn sẽ tìm thấy nó tại leadeveryday.com/assessments-uncommon-greatness. Phiên bản trực tuyến bao gồm các đề xuất cho bước tiếp theo dựa trên điểm số của bạn</w:t>
      </w:r>
      <w:r>
        <w:rPr>
          <w:b w:val="0"/>
          <w:i w:val="0"/>
        </w:rPr>
        <w:t>.</w:t>
      </w:r>
    </w:p>
    <w:p>
      <w:pPr>
        <w:pStyle w:val="Heading2"/>
      </w:pPr>
      <w:r>
        <w:rPr>
          <w:rFonts w:ascii="Calibri" w:hAnsi="Calibri"/>
          <w:b/>
          <w:i w:val="0"/>
          <w:sz w:val="32"/>
        </w:rPr>
        <w:t>Bài đánh giá</w:t>
      </w:r>
    </w:p>
    <w:p>
      <w:pPr>
        <w:spacing w:after="80"/>
      </w:pPr>
      <w:r>
        <w:rPr>
          <w:b w:val="0"/>
          <w:i w:val="0"/>
        </w:rPr>
        <w:t>Hãy đánh giá từng nhận định theo thang điểm sau:</w:t>
      </w:r>
    </w:p>
    <w:p>
      <w:pPr>
        <w:spacing w:after="80"/>
        <w:ind w:left="360"/>
      </w:pPr>
      <w:r>
        <w:rPr>
          <w:b/>
          <w:i/>
        </w:rPr>
        <w:t>7</w:t>
      </w:r>
      <w:r>
        <w:rPr>
          <w:b w:val="0"/>
          <w:i/>
        </w:rPr>
        <w:t>= Hoàn toàn đúng với tôi</w:t>
      </w:r>
    </w:p>
    <w:p>
      <w:pPr>
        <w:spacing w:after="80"/>
        <w:ind w:left="360"/>
      </w:pPr>
      <w:r>
        <w:rPr>
          <w:b/>
          <w:i/>
        </w:rPr>
        <w:t>6</w:t>
      </w:r>
      <w:r>
        <w:rPr>
          <w:b w:val="0"/>
          <w:i/>
        </w:rPr>
        <w:t>= Phần lớn đúng với tôi</w:t>
      </w:r>
    </w:p>
    <w:p>
      <w:pPr>
        <w:spacing w:after="80"/>
        <w:ind w:left="360"/>
      </w:pPr>
      <w:r>
        <w:rPr>
          <w:b/>
          <w:i/>
        </w:rPr>
        <w:t>5</w:t>
      </w:r>
      <w:r>
        <w:rPr>
          <w:b w:val="0"/>
          <w:i/>
        </w:rPr>
        <w:t>= Đúng với tôi ở mức nào đó</w:t>
      </w:r>
    </w:p>
    <w:p>
      <w:pPr>
        <w:spacing w:after="80"/>
        <w:ind w:left="360"/>
      </w:pPr>
      <w:r>
        <w:rPr>
          <w:b/>
          <w:i/>
        </w:rPr>
        <w:t>4</w:t>
      </w:r>
      <w:r>
        <w:rPr>
          <w:b w:val="0"/>
          <w:i/>
        </w:rPr>
        <w:t>= Trung lập</w:t>
      </w:r>
    </w:p>
    <w:p>
      <w:pPr>
        <w:spacing w:after="80"/>
        <w:ind w:left="360"/>
      </w:pPr>
      <w:r>
        <w:rPr>
          <w:b/>
          <w:i/>
        </w:rPr>
        <w:t>3</w:t>
      </w:r>
      <w:r>
        <w:rPr>
          <w:b w:val="0"/>
          <w:i/>
        </w:rPr>
        <w:t>= Hơi không đúng với tôi</w:t>
      </w:r>
    </w:p>
    <w:p>
      <w:pPr>
        <w:spacing w:after="80"/>
        <w:ind w:left="360"/>
      </w:pPr>
      <w:r>
        <w:rPr>
          <w:b/>
          <w:i/>
        </w:rPr>
        <w:t>2</w:t>
      </w:r>
      <w:r>
        <w:rPr>
          <w:b w:val="0"/>
          <w:i/>
        </w:rPr>
        <w:t>= Phần lớn không đúng với tôi</w:t>
      </w:r>
    </w:p>
    <w:p>
      <w:pPr>
        <w:spacing w:after="80"/>
        <w:ind w:left="360"/>
      </w:pPr>
      <w:r>
        <w:rPr>
          <w:b/>
          <w:i/>
        </w:rPr>
        <w:t>1</w:t>
      </w:r>
      <w:r>
        <w:rPr>
          <w:b w:val="0"/>
          <w:i/>
        </w:rPr>
        <w:t>= Hoàn toàn không đúng với tôi</w:t>
      </w:r>
    </w:p>
    <w:tbl>
      <w:tblPr>
        <w:tblStyle w:val="TableGrid"/>
        <w:tblW w:type="auto" w:w="0"/>
        <w:tblLook w:firstColumn="1" w:firstRow="1" w:lastColumn="0" w:lastRow="0" w:noHBand="0" w:noVBand="1" w:val="04A0"/>
      </w:tblPr>
      <w:tblGrid>
        <w:gridCol w:w="4680"/>
        <w:gridCol w:w="4680"/>
      </w:tblGrid>
      <w:tr>
        <w:tc>
          <w:tcPr>
            <w:tcW w:type="dxa" w:w="4680"/>
          </w:tcPr>
          <w:p>
            <w:r/>
          </w:p>
        </w:tc>
        <w:tc>
          <w:tcPr>
            <w:tcW w:type="dxa" w:w="4680"/>
          </w:tcPr>
          <w:p>
            <w:r/>
            <w:r>
              <w:rPr>
                <w:b/>
                <w:i w:val="0"/>
                <w:sz w:val="19"/>
              </w:rPr>
              <w:t>Điểm của bạn</w:t>
            </w:r>
          </w:p>
        </w:tc>
      </w:tr>
      <w:tr>
        <w:tc>
          <w:tcPr>
            <w:tcW w:type="dxa" w:w="4680"/>
          </w:tcPr>
          <w:p>
            <w:r/>
            <w:r>
              <w:rPr>
                <w:b w:val="0"/>
                <w:i w:val="0"/>
                <w:sz w:val="19"/>
              </w:rPr>
              <w:t>1. Trong chín mươi ngày qua, tôi đã ghi nhận một thành viên trong nhóm đã cho thấy sự tiến bộ.</w:t>
            </w:r>
          </w:p>
        </w:tc>
        <w:tc>
          <w:tcPr>
            <w:tcW w:type="dxa" w:w="4680"/>
          </w:tcPr>
          <w:p>
            <w:r/>
            <w:r>
              <w:rPr>
                <w:b w:val="0"/>
                <w:i w:val="0"/>
                <w:sz w:val="19"/>
              </w:rPr>
              <w:t>_____</w:t>
            </w:r>
          </w:p>
        </w:tc>
      </w:tr>
      <w:tr>
        <w:tc>
          <w:tcPr>
            <w:tcW w:type="dxa" w:w="4680"/>
          </w:tcPr>
          <w:p>
            <w:r/>
            <w:r>
              <w:rPr>
                <w:b w:val="0"/>
                <w:i w:val="0"/>
                <w:sz w:val="19"/>
              </w:rPr>
              <w:t>2. Tôi đã viết ra một tầm nhìn chiến lược về việc tổ chức của chúng ta nên như thế nào trong năm năm hoặc hơn nữa, và tầm nhìn đó định hướng cho các quyết định của tôi hôm nay.</w:t>
            </w:r>
          </w:p>
        </w:tc>
        <w:tc>
          <w:tcPr>
            <w:tcW w:type="dxa" w:w="4680"/>
          </w:tcPr>
          <w:p>
            <w:r/>
            <w:r>
              <w:rPr>
                <w:b w:val="0"/>
                <w:i w:val="0"/>
                <w:sz w:val="19"/>
              </w:rPr>
              <w:t>_____</w:t>
            </w:r>
          </w:p>
        </w:tc>
      </w:tr>
      <w:tr>
        <w:tc>
          <w:tcPr>
            <w:tcW w:type="dxa" w:w="4680"/>
          </w:tcPr>
          <w:p>
            <w:r/>
            <w:r>
              <w:rPr>
                <w:b w:val="0"/>
                <w:i w:val="0"/>
                <w:sz w:val="19"/>
              </w:rPr>
              <w:t>3. Trong tháng qua, tôi đã gặp riêng từng người mà tôi lãnh đạo để giúp họ cải thiện hiệu suất làm việc.</w:t>
            </w:r>
          </w:p>
        </w:tc>
        <w:tc>
          <w:tcPr>
            <w:tcW w:type="dxa" w:w="4680"/>
          </w:tcPr>
          <w:p>
            <w:r/>
            <w:r>
              <w:rPr>
                <w:b w:val="0"/>
                <w:i w:val="0"/>
                <w:sz w:val="19"/>
              </w:rPr>
              <w:t>_____</w:t>
            </w:r>
          </w:p>
        </w:tc>
      </w:tr>
      <w:tr>
        <w:tc>
          <w:tcPr>
            <w:tcW w:type="dxa" w:w="4680"/>
          </w:tcPr>
          <w:p>
            <w:r/>
            <w:r>
              <w:rPr>
                <w:b w:val="0"/>
                <w:i w:val="0"/>
                <w:sz w:val="19"/>
              </w:rPr>
              <w:t>4. Mọi người trong nhóm của tôi đều cảm thấy an toàn khi đóng góp phản hồi, câu hỏi và ý tưởng.</w:t>
            </w:r>
          </w:p>
        </w:tc>
        <w:tc>
          <w:tcPr>
            <w:tcW w:type="dxa" w:w="4680"/>
          </w:tcPr>
          <w:p>
            <w:r/>
            <w:r>
              <w:rPr>
                <w:b w:val="0"/>
                <w:i w:val="0"/>
                <w:sz w:val="19"/>
              </w:rPr>
              <w:t>_____</w:t>
            </w:r>
          </w:p>
        </w:tc>
      </w:tr>
      <w:tr>
        <w:tc>
          <w:tcPr>
            <w:tcW w:type="dxa" w:w="4680"/>
          </w:tcPr>
          <w:p>
            <w:r/>
            <w:r>
              <w:rPr>
                <w:b w:val="0"/>
                <w:i w:val="0"/>
                <w:sz w:val="19"/>
              </w:rPr>
              <w:t>5. Trong 90 ngày qua, tôi đã dành thời gian để lắng nghe phản hồi và ý tưởng từ nhiều nhóm đối tượng (ví dụ: khách hàng, nhân viên, khách hàng doanh nghiệp, các bên liên quan nội bộ).</w:t>
            </w:r>
          </w:p>
        </w:tc>
        <w:tc>
          <w:tcPr>
            <w:tcW w:type="dxa" w:w="4680"/>
          </w:tcPr>
          <w:p>
            <w:r/>
            <w:r>
              <w:rPr>
                <w:b w:val="0"/>
                <w:i w:val="0"/>
                <w:sz w:val="19"/>
              </w:rPr>
              <w:t>_____</w:t>
            </w:r>
          </w:p>
        </w:tc>
      </w:tr>
      <w:tr>
        <w:tc>
          <w:tcPr>
            <w:tcW w:type="dxa" w:w="4680"/>
          </w:tcPr>
          <w:p>
            <w:r/>
            <w:r>
              <w:rPr>
                <w:b w:val="0"/>
                <w:i w:val="0"/>
                <w:sz w:val="19"/>
              </w:rPr>
              <w:t>6. Trong cuộc họp gần đây nhất, tôi đã khuyến khích những người ít nói hơn chia sẻ suy nghĩ của họ.</w:t>
            </w:r>
          </w:p>
        </w:tc>
        <w:tc>
          <w:tcPr>
            <w:tcW w:type="dxa" w:w="4680"/>
          </w:tcPr>
          <w:p>
            <w:r/>
            <w:r>
              <w:rPr>
                <w:b w:val="0"/>
                <w:i w:val="0"/>
                <w:sz w:val="19"/>
              </w:rPr>
              <w:t>_____</w:t>
            </w:r>
          </w:p>
        </w:tc>
      </w:tr>
      <w:tr>
        <w:tc>
          <w:tcPr>
            <w:tcW w:type="dxa" w:w="4680"/>
          </w:tcPr>
          <w:p>
            <w:r/>
            <w:r>
              <w:rPr>
                <w:b w:val="0"/>
                <w:i w:val="0"/>
                <w:sz w:val="19"/>
              </w:rPr>
              <w:t>7. Trong 90 ngày qua, tôi đã dành thời gian trong lịch trình của mình để tìm hiểu những xu hướng và diễn biến mới nhất trong ngành của mình.</w:t>
            </w:r>
          </w:p>
        </w:tc>
        <w:tc>
          <w:tcPr>
            <w:tcW w:type="dxa" w:w="4680"/>
          </w:tcPr>
          <w:p>
            <w:r/>
            <w:r>
              <w:rPr>
                <w:b w:val="0"/>
                <w:i w:val="0"/>
                <w:sz w:val="19"/>
              </w:rPr>
              <w:t>_____</w:t>
            </w:r>
          </w:p>
        </w:tc>
      </w:tr>
      <w:tr>
        <w:tc>
          <w:tcPr>
            <w:tcW w:type="dxa" w:w="4680"/>
          </w:tcPr>
          <w:p>
            <w:r/>
            <w:r>
              <w:rPr>
                <w:b w:val="0"/>
                <w:i w:val="0"/>
                <w:sz w:val="19"/>
              </w:rPr>
              <w:t>8. Trong 90 ngày qua, tôi đã chủ động tìm kiếm ý kiến từ những người có quan điểm khác với tôi.</w:t>
            </w:r>
          </w:p>
        </w:tc>
        <w:tc>
          <w:tcPr>
            <w:tcW w:type="dxa" w:w="4680"/>
          </w:tcPr>
          <w:p>
            <w:r/>
            <w:r>
              <w:rPr>
                <w:b w:val="0"/>
                <w:i w:val="0"/>
                <w:sz w:val="19"/>
              </w:rPr>
              <w:t>_____</w:t>
            </w:r>
          </w:p>
        </w:tc>
      </w:tr>
      <w:tr>
        <w:tc>
          <w:tcPr>
            <w:tcW w:type="dxa" w:w="4680"/>
          </w:tcPr>
          <w:p>
            <w:r/>
            <w:r>
              <w:rPr>
                <w:b w:val="0"/>
                <w:i w:val="0"/>
                <w:sz w:val="19"/>
              </w:rPr>
              <w:t>9. Trong năm qua, tôi đã tiến hành rà soát tất cả các dự án mà nhóm chúng tôi đã hoàn thành để xác định các cơ hội cải thiện.</w:t>
            </w:r>
          </w:p>
        </w:tc>
        <w:tc>
          <w:tcPr>
            <w:tcW w:type="dxa" w:w="4680"/>
          </w:tcPr>
          <w:p>
            <w:r/>
            <w:r>
              <w:rPr>
                <w:b w:val="0"/>
                <w:i w:val="0"/>
                <w:sz w:val="19"/>
              </w:rPr>
              <w:t>_____</w:t>
            </w:r>
          </w:p>
        </w:tc>
      </w:tr>
      <w:tr>
        <w:tc>
          <w:tcPr>
            <w:tcW w:type="dxa" w:w="4680"/>
          </w:tcPr>
          <w:p>
            <w:r/>
            <w:r>
              <w:rPr>
                <w:b w:val="0"/>
                <w:i w:val="0"/>
                <w:sz w:val="19"/>
              </w:rPr>
              <w:t>10. Trong nhóm của tôi, chúng tôi không cho phép mọi người làm nhụt chí hoặc hạ thấp ý kiến và đóng góp của người khác (ví dụ: mỉa mai, tiêu cực thái quá).</w:t>
            </w:r>
          </w:p>
        </w:tc>
        <w:tc>
          <w:tcPr>
            <w:tcW w:type="dxa" w:w="4680"/>
          </w:tcPr>
          <w:p>
            <w:r/>
            <w:r>
              <w:rPr>
                <w:b w:val="0"/>
                <w:i w:val="0"/>
                <w:sz w:val="19"/>
              </w:rPr>
              <w:t>_____</w:t>
            </w:r>
          </w:p>
        </w:tc>
      </w:tr>
      <w:tr>
        <w:tc>
          <w:tcPr>
            <w:tcW w:type="dxa" w:w="4680"/>
          </w:tcPr>
          <w:p>
            <w:r/>
            <w:r>
              <w:rPr>
                <w:b w:val="0"/>
                <w:i w:val="0"/>
                <w:sz w:val="19"/>
              </w:rPr>
              <w:t>11. Tôi tin rằng một trong những vai trò chính của tôi với tư cách là người lãnh đạo là tạo ra một tầm nhìn đầy khát vọng về tương lai cho nhóm của mình.</w:t>
            </w:r>
          </w:p>
        </w:tc>
        <w:tc>
          <w:tcPr>
            <w:tcW w:type="dxa" w:w="4680"/>
          </w:tcPr>
          <w:p>
            <w:r/>
            <w:r>
              <w:rPr>
                <w:b w:val="0"/>
                <w:i w:val="0"/>
                <w:sz w:val="19"/>
              </w:rPr>
              <w:t>_____</w:t>
            </w:r>
          </w:p>
        </w:tc>
      </w:tr>
      <w:tr>
        <w:tc>
          <w:tcPr>
            <w:tcW w:type="dxa" w:w="4680"/>
          </w:tcPr>
          <w:p>
            <w:r/>
            <w:r>
              <w:rPr>
                <w:b w:val="0"/>
                <w:i w:val="0"/>
                <w:sz w:val="19"/>
              </w:rPr>
              <w:t>12. Trong chín mươi ngày qua, tôi đã khuyến khích nhóm của mình thử những điều mới, ngay cả khi có nguy cơ thất bại.</w:t>
            </w:r>
          </w:p>
        </w:tc>
        <w:tc>
          <w:tcPr>
            <w:tcW w:type="dxa" w:w="4680"/>
          </w:tcPr>
          <w:p>
            <w:r/>
            <w:r>
              <w:rPr>
                <w:b w:val="0"/>
                <w:i w:val="0"/>
                <w:sz w:val="19"/>
              </w:rPr>
              <w:t>_____</w:t>
            </w:r>
          </w:p>
        </w:tc>
      </w:tr>
      <w:tr>
        <w:tc>
          <w:tcPr>
            <w:tcW w:type="dxa" w:w="4680"/>
          </w:tcPr>
          <w:p>
            <w:r/>
            <w:r>
              <w:rPr>
                <w:b w:val="0"/>
                <w:i w:val="0"/>
                <w:sz w:val="19"/>
              </w:rPr>
              <w:t>13. Trong tuần vừa qua, tôi đã nhiều lần nhắc đến mối liên hệ giữa công việc của nhóm chúng tôi và tầm nhìn mà chúng tôi đang theo đuổi.</w:t>
            </w:r>
          </w:p>
        </w:tc>
        <w:tc>
          <w:tcPr>
            <w:tcW w:type="dxa" w:w="4680"/>
          </w:tcPr>
          <w:p>
            <w:r/>
            <w:r>
              <w:rPr>
                <w:b w:val="0"/>
                <w:i w:val="0"/>
                <w:sz w:val="19"/>
              </w:rPr>
              <w:t>_____</w:t>
            </w:r>
          </w:p>
        </w:tc>
      </w:tr>
      <w:tr>
        <w:tc>
          <w:tcPr>
            <w:tcW w:type="dxa" w:w="4680"/>
          </w:tcPr>
          <w:p>
            <w:r/>
            <w:r>
              <w:rPr>
                <w:b w:val="0"/>
                <w:i w:val="0"/>
                <w:sz w:val="19"/>
              </w:rPr>
              <w:t>14. Nhóm của tôi có bề dày thành tích dẫn dắt các sáng kiến thành công làm thay đổi cách chúng tôi làm việc.</w:t>
            </w:r>
          </w:p>
        </w:tc>
        <w:tc>
          <w:tcPr>
            <w:tcW w:type="dxa" w:w="4680"/>
          </w:tcPr>
          <w:p>
            <w:r/>
            <w:r>
              <w:rPr>
                <w:b w:val="0"/>
                <w:i w:val="0"/>
                <w:sz w:val="19"/>
              </w:rPr>
              <w:t>_____</w:t>
            </w:r>
          </w:p>
        </w:tc>
      </w:tr>
      <w:tr>
        <w:tc>
          <w:tcPr>
            <w:tcW w:type="dxa" w:w="4680"/>
          </w:tcPr>
          <w:p>
            <w:r/>
            <w:r>
              <w:rPr>
                <w:b w:val="0"/>
                <w:i w:val="0"/>
                <w:sz w:val="19"/>
              </w:rPr>
              <w:t>15. Nhóm của tôi biết các hành động của mình tác động thế nào đến toàn bộ tổ chức.</w:t>
            </w:r>
          </w:p>
        </w:tc>
        <w:tc>
          <w:tcPr>
            <w:tcW w:type="dxa" w:w="4680"/>
          </w:tcPr>
          <w:p>
            <w:r/>
            <w:r>
              <w:rPr>
                <w:b w:val="0"/>
                <w:i w:val="0"/>
                <w:sz w:val="19"/>
              </w:rPr>
              <w:t>_____</w:t>
            </w:r>
          </w:p>
        </w:tc>
      </w:tr>
      <w:tr>
        <w:tc>
          <w:tcPr>
            <w:tcW w:type="dxa" w:w="4680"/>
          </w:tcPr>
          <w:p>
            <w:r/>
            <w:r>
              <w:rPr>
                <w:b w:val="0"/>
                <w:i w:val="0"/>
                <w:sz w:val="19"/>
              </w:rPr>
              <w:t>16. Những người khác trong tổ chức của tôi sẽ nói rằng tôi đặt những câu hỏi hay.</w:t>
            </w:r>
          </w:p>
        </w:tc>
        <w:tc>
          <w:tcPr>
            <w:tcW w:type="dxa" w:w="4680"/>
          </w:tcPr>
          <w:p>
            <w:r/>
            <w:r>
              <w:rPr>
                <w:b w:val="0"/>
                <w:i w:val="0"/>
                <w:sz w:val="19"/>
              </w:rPr>
              <w:t>_____</w:t>
            </w:r>
          </w:p>
        </w:tc>
      </w:tr>
      <w:tr>
        <w:tc>
          <w:tcPr>
            <w:tcW w:type="dxa" w:w="4680"/>
          </w:tcPr>
          <w:p>
            <w:r/>
            <w:r>
              <w:rPr>
                <w:b w:val="0"/>
                <w:i w:val="0"/>
                <w:sz w:val="19"/>
              </w:rPr>
              <w:t>17. Trong tháng vừa qua, tôi đã nhận thấy hành vi của một thành viên trong nhóm thay đổi đáng kể như là kết quả trực tiếp từ sự huấn luyện của tôi.</w:t>
            </w:r>
          </w:p>
        </w:tc>
        <w:tc>
          <w:tcPr>
            <w:tcW w:type="dxa" w:w="4680"/>
          </w:tcPr>
          <w:p>
            <w:r/>
            <w:r>
              <w:rPr>
                <w:b w:val="0"/>
                <w:i w:val="0"/>
                <w:sz w:val="19"/>
              </w:rPr>
              <w:t>_____</w:t>
            </w:r>
          </w:p>
        </w:tc>
      </w:tr>
      <w:tr>
        <w:tc>
          <w:tcPr>
            <w:tcW w:type="dxa" w:w="4680"/>
          </w:tcPr>
          <w:p>
            <w:r/>
            <w:r>
              <w:rPr>
                <w:b w:val="0"/>
                <w:i w:val="0"/>
                <w:sz w:val="19"/>
              </w:rPr>
              <w:t>18. Các cá nhân trong nhóm của tôi chịu trách nhiệm hoàn thành các mục tiêu hiệu suất đầy tham vọng.</w:t>
            </w:r>
          </w:p>
        </w:tc>
        <w:tc>
          <w:tcPr>
            <w:tcW w:type="dxa" w:w="4680"/>
          </w:tcPr>
          <w:p>
            <w:r/>
            <w:r>
              <w:rPr>
                <w:b w:val="0"/>
                <w:i w:val="0"/>
                <w:sz w:val="19"/>
              </w:rPr>
              <w:t>_____</w:t>
            </w:r>
          </w:p>
        </w:tc>
      </w:tr>
      <w:tr>
        <w:tc>
          <w:tcPr>
            <w:tcW w:type="dxa" w:w="4680"/>
          </w:tcPr>
          <w:p>
            <w:r/>
            <w:r>
              <w:rPr>
                <w:b w:val="0"/>
                <w:i w:val="0"/>
                <w:sz w:val="19"/>
              </w:rPr>
              <w:t>19. Trong chín mươi ngày qua, tôi đã dành một lượng thời gian đáng kể để phát triển những ý tưởng mới nhằm cải thiện tổ chức của chúng tôi hoặc nhóm mà tôi lãnh đạo.</w:t>
            </w:r>
          </w:p>
        </w:tc>
        <w:tc>
          <w:tcPr>
            <w:tcW w:type="dxa" w:w="4680"/>
          </w:tcPr>
          <w:p>
            <w:r/>
            <w:r>
              <w:rPr>
                <w:b w:val="0"/>
                <w:i w:val="0"/>
                <w:sz w:val="19"/>
              </w:rPr>
              <w:t>_____</w:t>
            </w:r>
          </w:p>
        </w:tc>
      </w:tr>
      <w:tr>
        <w:tc>
          <w:tcPr>
            <w:tcW w:type="dxa" w:w="4680"/>
          </w:tcPr>
          <w:p>
            <w:r/>
            <w:r>
              <w:rPr>
                <w:b w:val="0"/>
                <w:i w:val="0"/>
                <w:sz w:val="19"/>
              </w:rPr>
              <w:t>20. Trong tháng vừa qua, tôi đã có chủ đích nỗ lực làm sâu sắc thêm các mối quan hệ cá nhân giữa các thành viên trong nhóm của mình.</w:t>
            </w:r>
          </w:p>
        </w:tc>
        <w:tc>
          <w:tcPr>
            <w:tcW w:type="dxa" w:w="4680"/>
          </w:tcPr>
          <w:p>
            <w:r/>
            <w:r>
              <w:rPr>
                <w:b w:val="0"/>
                <w:i w:val="0"/>
                <w:sz w:val="19"/>
              </w:rPr>
              <w:t>_____</w:t>
            </w:r>
          </w:p>
        </w:tc>
      </w:tr>
      <w:tr>
        <w:tc>
          <w:tcPr>
            <w:tcW w:type="dxa" w:w="4680"/>
          </w:tcPr>
          <w:p>
            <w:r/>
            <w:r>
              <w:rPr>
                <w:b w:val="0"/>
                <w:i w:val="0"/>
                <w:sz w:val="19"/>
              </w:rPr>
              <w:t>Trong chín mươi ngày qua, nhóm của tôi đã nỗ lực tìm ra các giải pháp mới và sáng tạo cho những vấn đề khó khăn nhất của chúng tôi.</w:t>
            </w:r>
          </w:p>
        </w:tc>
        <w:tc>
          <w:tcPr>
            <w:tcW w:type="dxa" w:w="4680"/>
          </w:tcPr>
          <w:p>
            <w:r/>
            <w:r>
              <w:rPr>
                <w:b w:val="0"/>
                <w:i w:val="0"/>
                <w:sz w:val="19"/>
              </w:rPr>
              <w:t>_____</w:t>
            </w:r>
          </w:p>
        </w:tc>
      </w:tr>
      <w:tr>
        <w:tc>
          <w:tcPr>
            <w:tcW w:type="dxa" w:w="4680"/>
          </w:tcPr>
          <w:p>
            <w:r/>
            <w:r>
              <w:rPr>
                <w:b w:val="0"/>
                <w:i w:val="0"/>
                <w:sz w:val="19"/>
              </w:rPr>
              <w:t>22. Những quyết định tôi đưa ra với tư cách người lãnh đạo sẽ có tác động tích cực đến hiệu suất làm việc của nhóm tôi.</w:t>
            </w:r>
          </w:p>
        </w:tc>
        <w:tc>
          <w:tcPr>
            <w:tcW w:type="dxa" w:w="4680"/>
          </w:tcPr>
          <w:p>
            <w:r/>
            <w:r>
              <w:rPr>
                <w:b w:val="0"/>
                <w:i w:val="0"/>
                <w:sz w:val="19"/>
              </w:rPr>
              <w:t>_____</w:t>
            </w:r>
          </w:p>
        </w:tc>
      </w:tr>
      <w:tr>
        <w:tc>
          <w:tcPr>
            <w:tcW w:type="dxa" w:w="4680"/>
          </w:tcPr>
          <w:p>
            <w:r/>
            <w:r>
              <w:rPr>
                <w:b w:val="0"/>
                <w:i w:val="0"/>
                <w:sz w:val="19"/>
              </w:rPr>
              <w:t>23. Tôi cảm thấy thoải mái khi hoàn toàn trung thực trong phản hồi với nhóm của mình khi mọi việc không suôn sẻ.</w:t>
            </w:r>
          </w:p>
        </w:tc>
        <w:tc>
          <w:tcPr>
            <w:tcW w:type="dxa" w:w="4680"/>
          </w:tcPr>
          <w:p>
            <w:r/>
            <w:r>
              <w:rPr>
                <w:b w:val="0"/>
                <w:i w:val="0"/>
                <w:sz w:val="19"/>
              </w:rPr>
              <w:t>_____</w:t>
            </w:r>
          </w:p>
        </w:tc>
      </w:tr>
      <w:tr>
        <w:tc>
          <w:tcPr>
            <w:tcW w:type="dxa" w:w="4680"/>
          </w:tcPr>
          <w:p>
            <w:r/>
            <w:r>
              <w:rPr>
                <w:b w:val="0"/>
                <w:i w:val="0"/>
                <w:sz w:val="19"/>
              </w:rPr>
              <w:t>24. Tôi tin rằng để trở thành một người lãnh đạo hiệu quả nhất, điều quan trọng là phải hiểu biết về cuộc sống ngoài công việc của các đồng nghiệp để thấu hiểu động lực, giá trị và hoàn cảnh của họ.</w:t>
            </w:r>
          </w:p>
        </w:tc>
        <w:tc>
          <w:tcPr>
            <w:tcW w:type="dxa" w:w="4680"/>
          </w:tcPr>
          <w:p>
            <w:r/>
            <w:r>
              <w:rPr>
                <w:b w:val="0"/>
                <w:i w:val="0"/>
                <w:sz w:val="19"/>
              </w:rPr>
              <w:t>_____</w:t>
            </w:r>
          </w:p>
        </w:tc>
      </w:tr>
      <w:tr>
        <w:tc>
          <w:tcPr>
            <w:tcW w:type="dxa" w:w="4680"/>
          </w:tcPr>
          <w:p>
            <w:r/>
            <w:r>
              <w:rPr>
                <w:b w:val="0"/>
                <w:i w:val="0"/>
                <w:sz w:val="19"/>
              </w:rPr>
              <w:t>25. Tôi hào phóng khen ngợi tất cả các thành viên trong nhóm khi chúng tôi hoàn thành tốt trách nhiệm hằng ngày.</w:t>
            </w:r>
          </w:p>
        </w:tc>
        <w:tc>
          <w:tcPr>
            <w:tcW w:type="dxa" w:w="4680"/>
          </w:tcPr>
          <w:p>
            <w:r/>
            <w:r>
              <w:rPr>
                <w:b w:val="0"/>
                <w:i w:val="0"/>
                <w:sz w:val="19"/>
              </w:rPr>
              <w:t>_____</w:t>
            </w:r>
          </w:p>
        </w:tc>
      </w:tr>
      <w:tr>
        <w:tc>
          <w:tcPr>
            <w:tcW w:type="dxa" w:w="4680"/>
          </w:tcPr>
          <w:p>
            <w:r/>
            <w:r>
              <w:rPr>
                <w:b w:val="0"/>
                <w:i w:val="0"/>
                <w:sz w:val="19"/>
              </w:rPr>
              <w:t>26. Tôi tin rằng khi một dự án mang lại kết quả kém, người lãnh đạo nên chịu trách nhiệm cuối cùng.</w:t>
            </w:r>
          </w:p>
        </w:tc>
        <w:tc>
          <w:tcPr>
            <w:tcW w:type="dxa" w:w="4680"/>
          </w:tcPr>
          <w:p>
            <w:r/>
            <w:r>
              <w:rPr>
                <w:b w:val="0"/>
                <w:i w:val="0"/>
                <w:sz w:val="19"/>
              </w:rPr>
              <w:t>_____</w:t>
            </w:r>
          </w:p>
        </w:tc>
      </w:tr>
      <w:tr>
        <w:tc>
          <w:tcPr>
            <w:tcW w:type="dxa" w:w="4680"/>
          </w:tcPr>
          <w:p>
            <w:r/>
            <w:r>
              <w:rPr>
                <w:b w:val="0"/>
                <w:i w:val="0"/>
                <w:sz w:val="19"/>
              </w:rPr>
              <w:t>27. Mỗi ngày, tôi tìm kiếm cơ hội để thể hiện sự quan tâm đến ai đó trong tổ chức của mình.</w:t>
            </w:r>
          </w:p>
        </w:tc>
        <w:tc>
          <w:tcPr>
            <w:tcW w:type="dxa" w:w="4680"/>
          </w:tcPr>
          <w:p>
            <w:r/>
            <w:r>
              <w:rPr>
                <w:b w:val="0"/>
                <w:i w:val="0"/>
                <w:sz w:val="19"/>
              </w:rPr>
              <w:t>_____</w:t>
            </w:r>
          </w:p>
        </w:tc>
      </w:tr>
      <w:tr>
        <w:tc>
          <w:tcPr>
            <w:tcW w:type="dxa" w:w="4680"/>
          </w:tcPr>
          <w:p>
            <w:r/>
            <w:r>
              <w:rPr>
                <w:b w:val="0"/>
                <w:i w:val="0"/>
                <w:sz w:val="19"/>
              </w:rPr>
              <w:t>28. Trong 90 ngày qua, tôi đã chủ động cố gắng gia tăng giá trị cho cuộc sống của từng người mà tôi lãnh đạo.</w:t>
            </w:r>
          </w:p>
        </w:tc>
        <w:tc>
          <w:tcPr>
            <w:tcW w:type="dxa" w:w="4680"/>
          </w:tcPr>
          <w:p>
            <w:r/>
            <w:r>
              <w:rPr>
                <w:b w:val="0"/>
                <w:i w:val="0"/>
                <w:sz w:val="19"/>
              </w:rPr>
              <w:t>_____</w:t>
            </w:r>
          </w:p>
        </w:tc>
      </w:tr>
      <w:tr>
        <w:tc>
          <w:tcPr>
            <w:tcW w:type="dxa" w:w="4680"/>
          </w:tcPr>
          <w:p>
            <w:r/>
            <w:r>
              <w:rPr>
                <w:b w:val="0"/>
                <w:i w:val="0"/>
                <w:sz w:val="19"/>
              </w:rPr>
              <w:t>29. Tôi xem lại bản kế hoạch phát triển cá nhân đã viết của mình ít nhất một lần mỗi tháng.</w:t>
            </w:r>
          </w:p>
        </w:tc>
        <w:tc>
          <w:tcPr>
            <w:tcW w:type="dxa" w:w="4680"/>
          </w:tcPr>
          <w:p>
            <w:r/>
            <w:r>
              <w:rPr>
                <w:b w:val="0"/>
                <w:i w:val="0"/>
                <w:sz w:val="19"/>
              </w:rPr>
              <w:t>_____</w:t>
            </w:r>
          </w:p>
        </w:tc>
      </w:tr>
      <w:tr>
        <w:tc>
          <w:tcPr>
            <w:tcW w:type="dxa" w:w="4680"/>
          </w:tcPr>
          <w:p>
            <w:r/>
            <w:r>
              <w:rPr>
                <w:b w:val="0"/>
                <w:i w:val="0"/>
                <w:sz w:val="19"/>
              </w:rPr>
              <w:t>30. Người khác sẽ mô tả tôi là một người lãnh đạo không để những trở ngại ngăn cản tôi hoặc nhóm của tôi đạt được mục tiêu chung.</w:t>
            </w:r>
          </w:p>
        </w:tc>
        <w:tc>
          <w:tcPr>
            <w:tcW w:type="dxa" w:w="4680"/>
          </w:tcPr>
          <w:p>
            <w:r/>
            <w:r>
              <w:rPr>
                <w:b w:val="0"/>
                <w:i w:val="0"/>
                <w:sz w:val="19"/>
              </w:rPr>
              <w:t>_____</w:t>
            </w:r>
          </w:p>
        </w:tc>
      </w:tr>
      <w:tr>
        <w:tc>
          <w:tcPr>
            <w:tcW w:type="dxa" w:w="4680"/>
          </w:tcPr>
          <w:p>
            <w:r/>
            <w:r>
              <w:rPr>
                <w:b w:val="0"/>
                <w:i w:val="0"/>
                <w:sz w:val="19"/>
              </w:rPr>
              <w:t>31. Trong năm qua, mỗi khi gặp trở ngại trong công việc, tôi luôn dành thời gian phân tích xem điều gì đã không ổn và cách cải thiện trong tương lai.</w:t>
            </w:r>
          </w:p>
        </w:tc>
        <w:tc>
          <w:tcPr>
            <w:tcW w:type="dxa" w:w="4680"/>
          </w:tcPr>
          <w:p>
            <w:r/>
            <w:r>
              <w:rPr>
                <w:b w:val="0"/>
                <w:i w:val="0"/>
                <w:sz w:val="19"/>
              </w:rPr>
              <w:t>_____</w:t>
            </w:r>
          </w:p>
        </w:tc>
      </w:tr>
    </w:tbl>
    <w:p>
      <w:pPr>
        <w:spacing w:after="0"/>
      </w:pPr>
    </w:p>
    <w:p>
      <w:pPr>
        <w:pStyle w:val="Heading2"/>
      </w:pPr>
      <w:r>
        <w:rPr>
          <w:rFonts w:ascii="Calibri" w:hAnsi="Calibri"/>
          <w:b/>
          <w:i w:val="0"/>
          <w:sz w:val="32"/>
        </w:rPr>
        <w:t>Chấm điểm bài đánh giá của bạn</w:t>
      </w:r>
    </w:p>
    <w:p>
      <w:pPr>
        <w:spacing w:after="80"/>
      </w:pPr>
      <w:r>
        <w:rPr>
          <w:b w:val="0"/>
          <w:i w:val="0"/>
        </w:rPr>
        <w:t>Các hướng dẫn chấm điểm dưới đây được tạo ra để đảm bảo tính chính xác của bài đánh giá. Bạn có thể đã nhận thấy rằng có ba mươi mốt câu hỏi. Kết hợp với thang điểm bảy mức, điều này có nghĩa là bạn cần tính toán một chút để tính điểm cuối cùng theo từng yếu tố cơ bản và tổng thể. Chúng tôi tin rằng nỗ lực thêm này sẽ giúp bạn có thêm sự rõ ràng và tự tin khi lập kế hoạch cho các bước tiếp theo.</w:t>
      </w:r>
    </w:p>
    <w:p>
      <w:pPr>
        <w:spacing w:after="80"/>
      </w:pPr>
      <w:r>
        <w:rPr>
          <w:b/>
          <w:i w:val="0"/>
        </w:rPr>
        <w:t>Nguyên tắc nền tảng 1: Nhìn thấy tương lai.</w:t>
      </w:r>
    </w:p>
    <w:p>
      <w:pPr>
        <w:spacing w:after="80"/>
      </w:pPr>
      <w:r>
        <w:rPr>
          <w:b w:val="0"/>
          <w:i w:val="0"/>
        </w:rPr>
        <w:t>Các câu hỏi 2, 5, 7, 8, 9 và 11 liên quan đến Nhìn thấy tương lai. Hãy điền điểm số của bạn cho những câu hỏi này vào các chỗ trống bên dưới và cộng chúng lại để xác định tổng điểm cho nguyên tắc nền tảng này.</w:t>
      </w:r>
    </w:p>
    <w:p>
      <w:pPr>
        <w:spacing w:after="80"/>
      </w:pPr>
      <w:r>
        <w:rPr>
          <w:b w:val="0"/>
          <w:i w:val="0"/>
        </w:rPr>
        <w:t>Điểm của bạn: ___ + ___ + ___ + ___ + ___ + ___ = ___</w:t>
      </w:r>
    </w:p>
    <w:p>
      <w:pPr>
        <w:spacing w:after="80"/>
      </w:pPr>
      <w:r>
        <w:rPr>
          <w:b/>
          <w:i w:val="0"/>
        </w:rPr>
        <w:t>Nguyên tắc nền tảng 2: Gắn kết và phát triển người khác.</w:t>
      </w:r>
    </w:p>
    <w:p>
      <w:pPr>
        <w:spacing w:after="80"/>
      </w:pPr>
      <w:r>
        <w:rPr>
          <w:b w:val="0"/>
          <w:i w:val="0"/>
        </w:rPr>
        <w:t>Các câu hỏi 1, 4, 6, 10, 13 và 15 liên quan đến Gắn kết và phát triển người khác. Hãy lặp lại các hướng dẫn ở trên để xác định tổng điểm của bạn.</w:t>
      </w:r>
    </w:p>
    <w:p>
      <w:pPr>
        <w:spacing w:after="80"/>
      </w:pPr>
      <w:r>
        <w:rPr>
          <w:b w:val="0"/>
          <w:i w:val="0"/>
        </w:rPr>
        <w:t>Điểm của bạn: ___ + ___ + ___ + ___ + ___ + ___ = ___</w:t>
      </w:r>
    </w:p>
    <w:p>
      <w:pPr>
        <w:spacing w:after="80"/>
      </w:pPr>
      <w:r>
        <w:rPr>
          <w:b/>
          <w:i w:val="0"/>
        </w:rPr>
        <w:t>Nguyên tắc nền tảng 3: Không ngừng đổi mới.</w:t>
      </w:r>
    </w:p>
    <w:p>
      <w:pPr>
        <w:spacing w:after="80"/>
      </w:pPr>
      <w:r>
        <w:rPr>
          <w:b w:val="0"/>
          <w:i w:val="0"/>
        </w:rPr>
        <w:t>Các câu hỏi 12, 14, 16, 19, 21 và 31 liên quan đến Không ngừng đổi mới. Hãy lặp lại các hướng dẫn ở trên để xác định tổng điểm của bạn.</w:t>
      </w:r>
    </w:p>
    <w:p>
      <w:pPr>
        <w:spacing w:after="80"/>
      </w:pPr>
      <w:r>
        <w:rPr>
          <w:b w:val="0"/>
          <w:i w:val="0"/>
        </w:rPr>
        <w:t>Điểm của bạn: ___ + ___ + ___ + ___ + ___ + ___ = ___</w:t>
      </w:r>
    </w:p>
    <w:p>
      <w:pPr>
        <w:spacing w:after="80"/>
      </w:pPr>
      <w:r>
        <w:rPr>
          <w:b/>
          <w:i w:val="0"/>
        </w:rPr>
        <w:t>Nguyên tắc 4: Coi trọng Kết quả và Mối quan hệ.</w:t>
      </w:r>
    </w:p>
    <w:p>
      <w:pPr>
        <w:spacing w:after="80"/>
      </w:pPr>
      <w:r>
        <w:rPr>
          <w:b w:val="0"/>
          <w:i w:val="0"/>
        </w:rPr>
        <w:t>Các câu hỏi 3, 17, 18, 20, 24 và 25 liên quan đến Coi trọng Kết quả và Mối quan hệ. Lặp lại các hướng dẫn ở trên để xác định tổng điểm của bạn.</w:t>
      </w:r>
    </w:p>
    <w:p>
      <w:pPr>
        <w:spacing w:after="80"/>
      </w:pPr>
      <w:r>
        <w:rPr>
          <w:b w:val="0"/>
          <w:i w:val="0"/>
        </w:rPr>
        <w:t>Điểm của bạn: ___ + ___ + ___ ___ + ___ + ___ + ___ = ___</w:t>
      </w:r>
    </w:p>
    <w:p>
      <w:pPr>
        <w:spacing w:after="80"/>
      </w:pPr>
      <w:r>
        <w:rPr>
          <w:b/>
          <w:i w:val="0"/>
        </w:rPr>
        <w:t>Nguyên tắc 5: Thể hiện Trái tim của Người lãnh đạo.</w:t>
      </w:r>
    </w:p>
    <w:p>
      <w:pPr>
        <w:spacing w:after="80"/>
      </w:pPr>
      <w:r>
        <w:rPr>
          <w:b w:val="0"/>
          <w:i w:val="0"/>
        </w:rPr>
        <w:t>Các câu hỏi 22, 23, 26, 27, 28, 29 và 30 liên quan đến Thể hiện Trái tim của Người lãnh đạo. Lặp lại các hướng dẫn ở trên để xác định tổng điểm của bạn.</w:t>
      </w:r>
    </w:p>
    <w:p>
      <w:pPr>
        <w:spacing w:after="80"/>
      </w:pPr>
      <w:r>
        <w:rPr>
          <w:b w:val="0"/>
          <w:i w:val="0"/>
        </w:rPr>
        <w:t>Điểm của bạn: ___ + ___ + ___ ___ + ___ + ___ + ___ = ___</w:t>
      </w:r>
    </w:p>
    <w:p>
      <w:pPr>
        <w:spacing w:after="80"/>
      </w:pPr>
      <w:r>
        <w:rPr>
          <w:b w:val="0"/>
          <w:i w:val="0"/>
        </w:rPr>
        <w:t>Còn một bước cuối cùng để tính tổng điểm chung của bạn: Điền tổng điểm của năm nguyên tắc vào các chỗ trống bên dưới và làm phép tính như đã chỉ dẫn.</w:t>
      </w:r>
      <w:r>
        <w:rPr>
          <w:b w:val="0"/>
          <w:i/>
        </w:rPr>
        <w:t>Lưu ý: Vì có thêm một câu hỏi liên quan đến nguyên tắc Thể hiện Trái tim của Người lãnh đạo, nên phần đó có hệ số nhân khác</w:t>
      </w:r>
      <w:r>
        <w:rPr>
          <w:b w:val="0"/>
          <w:i w:val="0"/>
        </w:rPr>
        <w:t>.</w:t>
      </w:r>
    </w:p>
    <w:p>
      <w:pPr>
        <w:spacing w:after="80"/>
      </w:pPr>
      <w:r>
        <w:rPr>
          <w:b/>
          <w:i w:val="0"/>
        </w:rPr>
        <w:t>Nhìn thấy Tương lai:</w:t>
      </w:r>
    </w:p>
    <w:p>
      <w:pPr>
        <w:spacing w:after="80"/>
      </w:pPr>
      <w:r>
        <w:rPr>
          <w:b w:val="0"/>
          <w:i w:val="0"/>
        </w:rPr>
        <w:t>___ × .476 = ___ trên 20 điểm có thể</w:t>
      </w:r>
    </w:p>
    <w:p>
      <w:pPr>
        <w:spacing w:after="80"/>
      </w:pPr>
      <w:r>
        <w:rPr>
          <w:b/>
          <w:i w:val="0"/>
        </w:rPr>
        <w:t>Gắn kết và Phát triển Người khác:</w:t>
      </w:r>
    </w:p>
    <w:p>
      <w:pPr>
        <w:spacing w:after="80"/>
      </w:pPr>
      <w:r>
        <w:rPr>
          <w:b w:val="0"/>
          <w:i w:val="0"/>
        </w:rPr>
        <w:t>___ × .476= ___ trên 20 điểm có thể</w:t>
      </w:r>
    </w:p>
    <w:p>
      <w:pPr>
        <w:spacing w:after="80"/>
      </w:pPr>
      <w:r>
        <w:rPr>
          <w:b/>
          <w:i w:val="0"/>
        </w:rPr>
        <w:t>Liên tục Đổi mới:</w:t>
      </w:r>
    </w:p>
    <w:p>
      <w:pPr>
        <w:spacing w:after="80"/>
      </w:pPr>
      <w:r>
        <w:rPr>
          <w:b w:val="0"/>
          <w:i w:val="0"/>
        </w:rPr>
        <w:t>___ × .476 = ___ trên 20 điểm có thể</w:t>
      </w:r>
    </w:p>
    <w:p>
      <w:pPr>
        <w:spacing w:after="80"/>
      </w:pPr>
      <w:r>
        <w:rPr>
          <w:b/>
          <w:i w:val="0"/>
        </w:rPr>
        <w:t>Đề cao Kết quả và Mối quan hệ:</w:t>
      </w:r>
    </w:p>
    <w:p>
      <w:pPr>
        <w:spacing w:after="80"/>
      </w:pPr>
      <w:r>
        <w:rPr>
          <w:b w:val="0"/>
          <w:i w:val="0"/>
        </w:rPr>
        <w:t>___ × .476 = ___ trên 20 điểm có thể</w:t>
      </w:r>
    </w:p>
    <w:p>
      <w:pPr>
        <w:spacing w:after="80"/>
      </w:pPr>
      <w:r>
        <w:rPr>
          <w:b/>
          <w:i w:val="0"/>
        </w:rPr>
        <w:t>Thể hiện Trái tim của Người lãnh đạo:</w:t>
      </w:r>
    </w:p>
    <w:p>
      <w:pPr>
        <w:spacing w:after="80"/>
      </w:pPr>
      <w:r>
        <w:rPr>
          <w:b w:val="0"/>
          <w:i w:val="0"/>
        </w:rPr>
        <w:t>___ × .417 = ___ trên 20 điểm có thể</w:t>
      </w:r>
    </w:p>
    <w:p>
      <w:pPr>
        <w:spacing w:after="80"/>
      </w:pPr>
      <w:r>
        <w:rPr>
          <w:b/>
          <w:i w:val="0"/>
        </w:rPr>
        <w:t>Tổng điểm của bạn:</w:t>
      </w:r>
      <w:r>
        <w:rPr>
          <w:b w:val="0"/>
          <w:i w:val="0"/>
        </w:rPr>
        <w:t>___ trên 100 điểm có thể</w:t>
      </w:r>
    </w:p>
    <w:p>
      <w:pPr>
        <w:spacing w:after="80"/>
      </w:pPr>
      <w:r>
        <w:rPr>
          <w:b w:val="0"/>
          <w:i w:val="0"/>
        </w:rPr>
        <w:t>Chúc mừng bạn! Bạn vừa thực hiện một bước quan trọng—một bước mà những nhà lãnh đạo kém cỏi hơn không sẵn lòng thực hiện. Dù điểm số của bạn là bao nhiêu, hãy nhớ một sự thật cơ bản này: Bạn và tổ chức của bạn có khả năng đạt được nhiều hơn những gì bạn hiện đang tin. Những kết quả này không phải là một lời phán xét; chúng là điểm khởi đầu để bạn khơi dậy niềm đam mê và hiệu suất của mọi người xung quanh.</w:t>
      </w:r>
    </w:p>
    <w:p>
      <w:pPr>
        <w:spacing w:after="80"/>
      </w:pPr>
      <w:r>
        <w:rPr>
          <w:b w:val="0"/>
          <w:i w:val="0"/>
        </w:rPr>
        <w:t>Chúng tôi khuyến khích bạn đừng quá tập trung vào bản thân điểm số. Thay vào đó, hãy dùng điểm số làm gợi ý để trả lời những câu hỏi sau:</w:t>
      </w:r>
    </w:p>
    <w:p>
      <w:pPr>
        <w:spacing w:after="80"/>
        <w:ind w:left="360"/>
      </w:pPr>
      <w:r>
        <w:t xml:space="preserve">• </w:t>
      </w:r>
      <w:r>
        <w:rPr>
          <w:b w:val="0"/>
          <w:i w:val="0"/>
        </w:rPr>
        <w:t>Bạn cảm thấy thế nào về kết quả của mình theo từng yếu tố cơ bản và tổng thể?</w:t>
      </w:r>
    </w:p>
    <w:p>
      <w:pPr>
        <w:spacing w:after="80"/>
        <w:ind w:left="360"/>
      </w:pPr>
      <w:r>
        <w:t xml:space="preserve">• </w:t>
      </w:r>
      <w:r>
        <w:rPr>
          <w:b w:val="0"/>
          <w:i w:val="0"/>
        </w:rPr>
        <w:t>Điều gì khiến bạn ngạc nhiên?</w:t>
      </w:r>
    </w:p>
    <w:p>
      <w:pPr>
        <w:spacing w:after="80"/>
        <w:ind w:left="360"/>
      </w:pPr>
      <w:r>
        <w:t xml:space="preserve">• </w:t>
      </w:r>
      <w:r>
        <w:rPr>
          <w:b w:val="0"/>
          <w:i w:val="0"/>
        </w:rPr>
        <w:t>Điều gì bạn thấy được khẳng định nhiều nhất?</w:t>
      </w:r>
    </w:p>
    <w:p>
      <w:pPr>
        <w:spacing w:after="80"/>
        <w:ind w:left="360"/>
      </w:pPr>
      <w:r>
        <w:t xml:space="preserve">• </w:t>
      </w:r>
      <w:r>
        <w:rPr>
          <w:b w:val="0"/>
          <w:i w:val="0"/>
        </w:rPr>
        <w:t>Bạn muốn cải thiện điều cơ bản nào?</w:t>
      </w:r>
    </w:p>
    <w:p>
      <w:pPr>
        <w:spacing w:after="80"/>
        <w:ind w:left="360"/>
      </w:pPr>
      <w:r>
        <w:t xml:space="preserve">• </w:t>
      </w:r>
      <w:r>
        <w:rPr>
          <w:b w:val="0"/>
          <w:i w:val="0"/>
        </w:rPr>
        <w:t>Bạn có thể nhờ ai giúp bạn cải thiện?</w:t>
      </w:r>
    </w:p>
    <w:p>
      <w:pPr>
        <w:spacing w:after="80"/>
        <w:ind w:left="360"/>
      </w:pPr>
      <w:r>
        <w:t xml:space="preserve">• </w:t>
      </w:r>
      <w:r>
        <w:rPr>
          <w:b w:val="0"/>
          <w:i w:val="0"/>
        </w:rPr>
        <w:t>Các bước tiếp theo của bạn là gì?</w:t>
      </w:r>
    </w:p>
    <w:p>
      <w:pPr>
        <w:spacing w:after="80"/>
      </w:pPr>
      <w:r>
        <w:rPr>
          <w:b w:val="0"/>
          <w:i w:val="0"/>
        </w:rPr>
        <w:t>Hãy tiến hành với sự khiêm tốn phù hợp, đặc biệt nếu bạn tự đánh giá mình cao. Những nhà lãnh đạo đạt hiệu suất cao nhất xem các bài đánh giá như thế này là nhiên liệu cho sự cải tiến liên tục, không phải là phán quyết cuối cùng về năng lực của họ. Bạn phải bắt đầu từ vị trí hiện tại, nhưng bạn không cần phải dừng lại ở đó.</w:t>
      </w:r>
    </w:p>
    <w:p>
      <w:pPr>
        <w:spacing w:after="80"/>
      </w:pPr>
      <w:r>
        <w:rPr>
          <w:b w:val="0"/>
          <w:i w:val="0"/>
        </w:rPr>
        <w:t>Hãy tận hưởng hành trình!</w:t>
      </w:r>
    </w:p>
    <w:p>
      <w:pPr>
        <w:spacing w:after="80"/>
      </w:pPr>
      <w:r>
        <w:rPr>
          <w:b w:val="0"/>
          <w:i/>
        </w:rPr>
        <w:t>Như chúng tôi đã đề cập trước đó, nếu bạn muốn có bản kỹ thuật số miễn phí của bài đánh giá này với các bước tiếp theo được đề xuất dựa trên điểm số của bạn, hãy truy cập leadeveryday.com/assessments-uncommon-greatness</w:t>
      </w:r>
      <w:r>
        <w:rPr>
          <w:b w:val="0"/>
          <w:i w:val="0"/>
        </w:rPr>
        <w:t>.</w:t>
      </w:r>
    </w:p>
    <w:p>
      <w:pPr>
        <w:pStyle w:val="Heading1"/>
      </w:pPr>
      <w:r>
        <w:rPr>
          <w:rFonts w:ascii="Calibri" w:hAnsi="Calibri"/>
          <w:b/>
          <w:i w:val="0"/>
          <w:sz w:val="40"/>
        </w:rPr>
        <w:t>Lời cảm ơn</w:t>
      </w:r>
    </w:p>
    <w:p>
      <w:pPr>
        <w:spacing w:after="80"/>
      </w:pPr>
      <w:r>
        <w:rPr>
          <w:b w:val="0"/>
          <w:i w:val="0"/>
        </w:rPr>
        <w:t>Những người đầu tiên chúng tôi muốn cảm ơn là những người đã giúp tạo ra mô hình SERVE cho Chick-fil-A: Lee Burn, Mark Conklin, Cynthia Cornog, Phil Orazi và Tim Tassopoulos. Sự thấu hiểu, tận tâm và làm việc chăm chỉ của họ chính là chất xúc tác cho cuốn sách này. Cảm ơn các bạn!</w:t>
      </w:r>
    </w:p>
    <w:p>
      <w:pPr>
        <w:spacing w:after="80"/>
      </w:pPr>
      <w:r>
        <w:rPr>
          <w:b w:val="0"/>
          <w:i w:val="0"/>
        </w:rPr>
        <w:t>Truett Cathy, Jimmy Collins và các nhà lãnh đạo khác của Chick-fil-A đã thử nghiệm thực tế các nguyên tắc trong cuốn sách này trong nhiều thập kỷ. Những con người này đã chỉ đường cho vô số nhà lãnh đạo đang trưởng thành. Họ là minh chứng sống động cho sức mạnh và giá trị của những gì bạn đã đọc trong những trang sách này. Cảm ơn các bạn vì đã cho tất cả chúng tôi thấy cách SERVE!</w:t>
      </w:r>
    </w:p>
    <w:p>
      <w:pPr>
        <w:spacing w:after="80"/>
      </w:pPr>
      <w:r>
        <w:rPr>
          <w:b w:val="0"/>
          <w:i w:val="0"/>
        </w:rPr>
        <w:t>Chúng tôi biết ơn biên tập viên Steve Piersanti và đội ngũ tuyệt vời tại Berrett-Koehler vì đã giúp cuốn sách này trở thành sách bán chạy nhất. Chúng tôi cũng phải cảm ơn Martha Lawrence, Tracy Polite và Rachel Wheeler vì những nỗ lực xuất sắc và sự kiên nhẫn khi họ hỗ trợ biên tập, hiệu đính và viết lại nhiều bản thảo. Họ xứng đáng nhận được phần lớn công lao cho sự dễ đọc của sản phẩm cuối cùng.</w:t>
      </w:r>
    </w:p>
    <w:p>
      <w:pPr>
        <w:spacing w:after="80"/>
      </w:pPr>
      <w:r>
        <w:rPr>
          <w:b w:val="0"/>
          <w:i w:val="0"/>
        </w:rPr>
        <w:t>Chúng tôi cũng muốn ghi nhận một số người đã đưa ra nhận xét và góp ý cho các phiên bản trước của cuốn sách này. Cảm ơn Greg Anderson, Dick Bowley, Bill Dunphy, Jim Fallon, George Flury, Debbie Goins, Nathan Hightower, Thomas Hofler, Jay Kimsey, Rob Martin, Tim Miller, Sonny Newton, Barry Odom, Lee Ross và Beau Sides.</w:t>
      </w:r>
    </w:p>
    <w:p>
      <w:pPr>
        <w:spacing w:after="80"/>
      </w:pPr>
      <w:r>
        <w:rPr>
          <w:b w:val="0"/>
          <w:i w:val="0"/>
        </w:rPr>
        <w:t>Nhiều tác giả và nhà tư tưởng đã dành tâm huyết cho nhiều chủ đề được đề cập trong cuốn sách của chúng tôi. Nhờ đó, họ đã giúp chúng tôi hoàn thiện cách trình bày. Trong số những người chúng tôi muốn ghi nhận ở đây có Warren Bennis, Bobb Biehl, Sheldon Bowles, Marcus Buckingham, Peter F. Drucker, Robert Greenleaf, Phil Hodges, Bill Hybels, Spencer Johnson, John Maxwell, Michael O’Connor, Andy Stanley, Jesse Stoner và Drea Zigarmi.</w:t>
      </w:r>
    </w:p>
    <w:p>
      <w:pPr>
        <w:spacing w:after="80"/>
      </w:pPr>
      <w:r>
        <w:rPr>
          <w:b w:val="0"/>
          <w:i w:val="0"/>
        </w:rPr>
        <w:t>Cuối cùng, chúng tôi muốn cảm ơn tất cả mọi người trên khắp thế giới, những người tin rằng có một hình thức lãnh đạo cao hơn – lãnh đạo không dựa trên quyền lực hay chức vụ; thay vào đó, lãnh đạo xuất phát từ trái tim phục vụ. Bạn là nguồn cảm hứng cho tất cả những ai biết bạn. Cảm ơn bạn!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