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229600"/>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5486400" cy="8229600"/>
                    </a:xfrm>
                    <a:prstGeom prst="rect"/>
                  </pic:spPr>
                </pic:pic>
              </a:graphicData>
            </a:graphic>
          </wp:inline>
        </w:drawing>
      </w:r>
    </w:p>
    <w:p>
      <w:pPr>
        <w:jc w:val="center"/>
      </w:pPr>
      <w:r>
        <w:drawing>
          <wp:inline xmlns:a="http://schemas.openxmlformats.org/drawingml/2006/main" xmlns:pic="http://schemas.openxmlformats.org/drawingml/2006/picture">
            <wp:extent cx="5486400" cy="8083296"/>
            <wp:docPr id="2" name="Picture 2"/>
            <wp:cNvGraphicFramePr>
              <a:graphicFrameLocks noChangeAspect="1"/>
            </wp:cNvGraphicFramePr>
            <a:graphic>
              <a:graphicData uri="http://schemas.openxmlformats.org/drawingml/2006/picture">
                <pic:pic>
                  <pic:nvPicPr>
                    <pic:cNvPr id="0" name="ht.jpg"/>
                    <pic:cNvPicPr/>
                  </pic:nvPicPr>
                  <pic:blipFill>
                    <a:blip r:embed="rId10"/>
                    <a:stretch>
                      <a:fillRect/>
                    </a:stretch>
                  </pic:blipFill>
                  <pic:spPr>
                    <a:xfrm>
                      <a:off x="0" y="0"/>
                      <a:ext cx="5486400" cy="8083296"/>
                    </a:xfrm>
                    <a:prstGeom prst="rect"/>
                  </pic:spPr>
                </pic:pic>
              </a:graphicData>
            </a:graphic>
          </wp:inline>
        </w:drawing>
      </w:r>
    </w:p>
    <w:p>
      <w:pPr>
        <w:pStyle w:val="Heading1"/>
      </w:pPr>
      <w:r>
        <w:rPr>
          <w:rFonts w:ascii="Calibri" w:hAnsi="Calibri"/>
          <w:b/>
          <w:i w:val="0"/>
          <w:sz w:val="40"/>
        </w:rPr>
        <w:t>Cũng của Mel Robbins</w:t>
      </w:r>
    </w:p>
    <w:p>
      <w:pPr>
        <w:spacing w:after="80"/>
      </w:pPr>
      <w:r>
        <w:rPr>
          <w:b/>
          <w:i w:val="0"/>
        </w:rPr>
        <w:t>SÁCH</w:t>
      </w:r>
    </w:p>
    <w:p>
      <w:pPr>
        <w:spacing w:after="80"/>
      </w:pPr>
      <w:r>
        <w:rPr>
          <w:b w:val="0"/>
          <w:i/>
        </w:rPr>
        <w:t>The High 5 Habit: Take Control of Your Life with One Simple Habit*</w:t>
      </w:r>
    </w:p>
    <w:p>
      <w:pPr>
        <w:spacing w:after="80"/>
      </w:pPr>
      <w:r>
        <w:rPr>
          <w:b w:val="0"/>
          <w:i/>
        </w:rPr>
        <w:t>The 5 Second Rule: Transform Your Life, Work, and Confidence with Everyday Courage</w:t>
      </w:r>
    </w:p>
    <w:p>
      <w:pPr>
        <w:spacing w:after="80"/>
      </w:pPr>
      <w:r>
        <w:rPr>
          <w:b w:val="0"/>
          <w:i/>
        </w:rPr>
        <w:t>The High 5 Daily Journal*</w:t>
      </w:r>
    </w:p>
    <w:p>
      <w:pPr>
        <w:spacing w:after="80"/>
      </w:pPr>
      <w:r>
        <w:rPr>
          <w:b/>
          <w:i w:val="0"/>
        </w:rPr>
        <w:t>SÁCH NÓI NGUYÊN BẢN</w:t>
      </w:r>
    </w:p>
    <w:p>
      <w:pPr>
        <w:spacing w:after="80"/>
      </w:pPr>
      <w:r>
        <w:rPr>
          <w:b w:val="0"/>
          <w:i/>
        </w:rPr>
        <w:t>Take Control of Your Life: How to Silence Fear</w:t>
      </w:r>
    </w:p>
    <w:p>
      <w:pPr>
        <w:spacing w:after="80"/>
      </w:pPr>
      <w:r>
        <w:rPr>
          <w:b w:val="0"/>
          <w:i/>
        </w:rPr>
        <w:t>and Win the Mental Game</w:t>
      </w:r>
    </w:p>
    <w:p>
      <w:pPr>
        <w:spacing w:after="80"/>
      </w:pPr>
      <w:r>
        <w:rPr>
          <w:b w:val="0"/>
          <w:i/>
        </w:rPr>
        <w:t>Reinvent Your Life</w:t>
      </w:r>
    </w:p>
    <w:p>
      <w:pPr>
        <w:spacing w:after="80"/>
      </w:pPr>
      <w:r>
        <w:rPr>
          <w:b w:val="0"/>
          <w:i/>
        </w:rPr>
        <w:t>Here’s Exactly What to Do: Simple Tools for a Happier You</w:t>
      </w:r>
    </w:p>
    <w:p>
      <w:pPr>
        <w:spacing w:after="80"/>
      </w:pPr>
      <w:r>
        <w:rPr>
          <w:b w:val="0"/>
          <w:i/>
        </w:rPr>
        <w:t>Start Here: Pep Talks for Life</w:t>
      </w:r>
    </w:p>
    <w:p>
      <w:pPr>
        <w:spacing w:after="80"/>
      </w:pPr>
      <w:r>
        <w:rPr>
          <w:b w:val="0"/>
          <w:i/>
        </w:rPr>
        <w:t>Kick Ass: Life-Changing Advice from the author of The 5 Second Rule</w:t>
      </w:r>
    </w:p>
    <w:p>
      <w:pPr>
        <w:spacing w:after="80"/>
      </w:pPr>
      <w:r>
        <w:rPr>
          <w:b w:val="0"/>
          <w:i/>
        </w:rPr>
        <w:t>Work It Out: The New Rules for Women to Get Ahead at Work</w:t>
      </w:r>
    </w:p>
    <w:p>
      <w:pPr>
        <w:spacing w:after="80"/>
      </w:pPr>
      <w:r>
        <w:rPr>
          <w:b w:val="0"/>
          <w:i w:val="0"/>
        </w:rPr>
        <w:t>*Có sẵn từ Hay House</w:t>
      </w:r>
    </w:p>
    <w:p>
      <w:pPr>
        <w:spacing w:after="80"/>
      </w:pPr>
      <w:r>
        <w:rPr>
          <w:b w:val="0"/>
          <w:i w:val="0"/>
        </w:rPr>
        <w:t>Vui lòng truy cập:</w:t>
      </w:r>
    </w:p>
    <w:p>
      <w:pPr>
        <w:spacing w:after="80"/>
      </w:pPr>
      <w:r>
        <w:rPr>
          <w:b w:val="0"/>
          <w:i w:val="0"/>
        </w:rPr>
        <w:t>Hay House USA: www.hayhouse.com</w:t>
      </w:r>
      <w:r>
        <w:br/>
      </w:r>
      <w:r>
        <w:rPr>
          <w:b w:val="0"/>
          <w:i w:val="0"/>
        </w:rPr>
        <w:t>Hay House Australia: www.hayhouse.com.au</w:t>
      </w:r>
      <w:r>
        <w:br/>
      </w:r>
      <w:r>
        <w:rPr>
          <w:b w:val="0"/>
          <w:i w:val="0"/>
        </w:rPr>
        <w:t>Hay House UK: www.hayhouse.co.uk</w:t>
      </w:r>
      <w:r>
        <w:br/>
      </w:r>
      <w:r>
        <w:rPr>
          <w:b w:val="0"/>
          <w:i w:val="0"/>
        </w:rPr>
        <w:t>Hay House India: www.hayhouse.co.in</w:t>
      </w:r>
    </w:p>
    <w:p>
      <w:pPr>
        <w:jc w:val="center"/>
      </w:pPr>
      <w:r>
        <w:drawing>
          <wp:inline xmlns:a="http://schemas.openxmlformats.org/drawingml/2006/main" xmlns:pic="http://schemas.openxmlformats.org/drawingml/2006/picture">
            <wp:extent cx="5486400" cy="8138160"/>
            <wp:docPr id="3" name="Picture 3"/>
            <wp:cNvGraphicFramePr>
              <a:graphicFrameLocks noChangeAspect="1"/>
            </wp:cNvGraphicFramePr>
            <a:graphic>
              <a:graphicData uri="http://schemas.openxmlformats.org/drawingml/2006/picture">
                <pic:pic>
                  <pic:nvPicPr>
                    <pic:cNvPr id="0" name="title.jpg"/>
                    <pic:cNvPicPr/>
                  </pic:nvPicPr>
                  <pic:blipFill>
                    <a:blip r:embed="rId11"/>
                    <a:stretch>
                      <a:fillRect/>
                    </a:stretch>
                  </pic:blipFill>
                  <pic:spPr>
                    <a:xfrm>
                      <a:off x="0" y="0"/>
                      <a:ext cx="5486400" cy="8138160"/>
                    </a:xfrm>
                    <a:prstGeom prst="rect"/>
                  </pic:spPr>
                </pic:pic>
              </a:graphicData>
            </a:graphic>
          </wp:inline>
        </w:drawing>
      </w:r>
    </w:p>
    <w:p>
      <w:pPr>
        <w:spacing w:after="80"/>
      </w:pPr>
      <w:r>
        <w:rPr>
          <w:b w:val="0"/>
          <w:i w:val="0"/>
        </w:rPr>
        <w:t>Bản quyền © 2024 bởi Mel Robbins</w:t>
      </w:r>
    </w:p>
    <w:p>
      <w:pPr>
        <w:spacing w:after="80"/>
      </w:pPr>
      <w:r>
        <w:rPr>
          <w:b w:val="0"/>
          <w:i/>
        </w:rPr>
        <w:t>Xuất bản tại Hoa Kỳ bởi:</w:t>
      </w:r>
      <w:r>
        <w:rPr>
          <w:b w:val="0"/>
          <w:i w:val="0"/>
        </w:rPr>
        <w:t xml:space="preserve"> Hay House LLC: www.hayhouse.com</w:t>
      </w:r>
      <w:r>
        <w:br/>
      </w:r>
      <w:r>
        <w:rPr>
          <w:b w:val="0"/>
          <w:i/>
        </w:rPr>
        <w:t>Xuất bản tại Úc bởi:</w:t>
      </w:r>
      <w:r>
        <w:rPr>
          <w:b w:val="0"/>
          <w:i w:val="0"/>
        </w:rPr>
        <w:t xml:space="preserve"> Hay House Australia Publishing Pty Ltd: www.hayhouse.com.au</w:t>
      </w:r>
      <w:r>
        <w:br/>
      </w:r>
      <w:r>
        <w:rPr>
          <w:b w:val="0"/>
          <w:i/>
        </w:rPr>
        <w:t>Xuất bản tại Vương quốc Anh bởi:</w:t>
      </w:r>
      <w:r>
        <w:rPr>
          <w:b w:val="0"/>
          <w:i w:val="0"/>
        </w:rPr>
        <w:t xml:space="preserve"> Hay House UK Ltd: www.hayhouse.co.uk</w:t>
      </w:r>
      <w:r>
        <w:br/>
      </w:r>
      <w:r>
        <w:rPr>
          <w:b w:val="0"/>
          <w:i/>
        </w:rPr>
        <w:t>Xuất bản tại Ấn Độ bởi:</w:t>
      </w:r>
      <w:r>
        <w:rPr>
          <w:b w:val="0"/>
          <w:i w:val="0"/>
        </w:rPr>
        <w:t xml:space="preserve"> Hay House Publishers (India) Pvt Ltd: www.hayhouse.co.in</w:t>
      </w:r>
    </w:p>
    <w:p>
      <w:pPr>
        <w:spacing w:after="80"/>
      </w:pPr>
      <w:r>
        <w:rPr>
          <w:b w:val="0"/>
          <w:i w:val="0"/>
        </w:rPr>
        <w:t>Những dòng trích từ “The Summer Day” của Mary Oliver được in lại với sự cho phép của The Charlotte Sheedy Literary Agency với tư cách là đại diện cho tác giả. Bản quyền © 1990, 2006, 2008, 2017 bởi Mary Oliver với sự cho phép của Bill Reichblum.</w:t>
      </w:r>
    </w:p>
    <w:p>
      <w:pPr>
        <w:spacing w:after="80"/>
      </w:pPr>
      <w:r>
        <w:rPr>
          <w:b w:val="0"/>
          <w:i/>
        </w:rPr>
        <w:t>Biên tập dự án:</w:t>
      </w:r>
      <w:r>
        <w:rPr>
          <w:b w:val="0"/>
          <w:i w:val="0"/>
        </w:rPr>
        <w:t xml:space="preserve"> Melody Guy</w:t>
      </w:r>
      <w:r>
        <w:br/>
      </w:r>
      <w:r>
        <w:rPr>
          <w:b w:val="0"/>
          <w:i/>
        </w:rPr>
        <w:t>Thiết kế bìa:</w:t>
      </w:r>
      <w:r>
        <w:rPr>
          <w:b w:val="0"/>
          <w:i w:val="0"/>
        </w:rPr>
        <w:t xml:space="preserve"> Pete Garceau</w:t>
      </w:r>
      <w:r>
        <w:br/>
      </w:r>
      <w:r>
        <w:rPr>
          <w:b w:val="0"/>
          <w:i/>
        </w:rPr>
        <w:t>Thiết kế nội thất và minh họa:</w:t>
      </w:r>
      <w:r>
        <w:rPr>
          <w:b w:val="0"/>
          <w:i w:val="0"/>
        </w:rPr>
        <w:t xml:space="preserve"> Julie Davison</w:t>
      </w:r>
    </w:p>
    <w:p>
      <w:pPr>
        <w:spacing w:after="80"/>
      </w:pPr>
      <w:r>
        <w:rPr>
          <w:b w:val="0"/>
          <w:i w:val="0"/>
        </w:rPr>
        <w:t>Mọi quyền được bảo lưu. Không phần nào của cuốn sách này được phép sao chép bằng bất kỳ quy trình cơ học, nhiếp ảnh hay điện tử nào, hoặc dưới dạng bản ghi âm; cũng không được lưu trữ trong hệ thống truy xuất, truyền tải, hoặc sao chép dưới bất kỳ hình thức nào cho mục đích công cộng hay tư nhân—ngoại trừ “sử dụng hợp lý” như những trích dẫn ngắn gọn được đưa vào bài báo và bài đánh giá—mà không có sự cho phép trước bằng văn bản của nhà xuất bản.</w:t>
      </w:r>
    </w:p>
    <w:p>
      <w:pPr>
        <w:spacing w:after="80"/>
      </w:pPr>
      <w:r>
        <w:rPr>
          <w:b w:val="0"/>
          <w:i w:val="0"/>
        </w:rPr>
        <w:t>Tác giả của cuốn sách này không đưa ra lời khuyên y tế hay kê đơn sử dụng bất kỳ kỹ thuật nào như một hình thức điều trị cho các vấn đề về thể chất, cảm xúc hoặc y tế mà không có lời khuyên của bác sĩ, dù trực tiếp hay gián tiếp. Mục đích của tác giả chỉ là cung cấp thông tin mang tính tổng quát để giúp bạn trên hành trình tìm kiếm sự an lạc về cảm xúc, thể chất và tinh thần. Trong trường hợp bạn tự áp dụng bất kỳ thông tin nào trong cuốn sách này, tác giả và nhà xuất bản không chịu trách nhiệm về hành động của bạn.</w:t>
      </w:r>
    </w:p>
    <w:p>
      <w:pPr>
        <w:spacing w:after="80"/>
      </w:pPr>
      <w:r>
        <w:rPr>
          <w:b/>
          <w:i w:val="0"/>
        </w:rPr>
        <w:t>Dữ liệu Biên mục Xuất bản của Thư viện Quốc hội</w:t>
      </w:r>
    </w:p>
    <w:p>
      <w:pPr>
        <w:spacing w:after="80"/>
      </w:pPr>
      <w:r>
        <w:rPr>
          <w:b/>
          <w:i w:val="0"/>
        </w:rPr>
        <w:t>ISBN bìa cứng:</w:t>
      </w:r>
      <w:r>
        <w:rPr>
          <w:b w:val="0"/>
          <w:i w:val="0"/>
        </w:rPr>
        <w:t xml:space="preserve"> 978-1-4019-7136-6</w:t>
      </w:r>
      <w:r>
        <w:br/>
      </w:r>
      <w:r>
        <w:rPr>
          <w:b/>
          <w:i w:val="0"/>
        </w:rPr>
        <w:t>ISBN bản có chữ ký:</w:t>
      </w:r>
      <w:r>
        <w:rPr>
          <w:b w:val="0"/>
          <w:i w:val="0"/>
        </w:rPr>
        <w:t xml:space="preserve"> 978-1-4019-9706-9</w:t>
      </w:r>
      <w:r>
        <w:br/>
      </w:r>
      <w:r>
        <w:rPr>
          <w:b/>
          <w:i w:val="0"/>
        </w:rPr>
        <w:t>ISBN sách điện tử:</w:t>
      </w:r>
      <w:r>
        <w:rPr>
          <w:b w:val="0"/>
          <w:i w:val="0"/>
        </w:rPr>
        <w:t xml:space="preserve"> 978-1-4019-7137-3</w:t>
      </w:r>
    </w:p>
    <w:p>
      <w:pPr>
        <w:spacing w:after="80"/>
      </w:pPr>
      <w:r>
        <w:rPr>
          <w:b w:val="0"/>
          <w:i w:val="0"/>
        </w:rPr>
        <w:t>Dành tặng con gái Sawyer của mẹ,</w:t>
      </w:r>
      <w:r>
        <w:br/>
      </w:r>
      <w:r>
        <w:rPr>
          <w:b w:val="0"/>
          <w:i w:val="0"/>
        </w:rPr>
        <w:t>người đã cùng viết cuốn sách này với mẹ.</w:t>
      </w:r>
    </w:p>
    <w:p>
      <w:pPr>
        <w:spacing w:after="80"/>
      </w:pPr>
      <w:r>
        <w:rPr>
          <w:b w:val="0"/>
          <w:i w:val="0"/>
        </w:rPr>
        <w:t>Mẹ rất thích được chia sẻ trải nghiệm này với con,</w:t>
      </w:r>
      <w:r>
        <w:br/>
      </w:r>
      <w:r>
        <w:rPr>
          <w:b w:val="0"/>
          <w:i w:val="0"/>
        </w:rPr>
        <w:t>dù có những lúc con muốn giết mẹ.</w:t>
      </w:r>
    </w:p>
    <w:p>
      <w:pPr>
        <w:spacing w:after="80"/>
      </w:pPr>
      <w:r>
        <w:rPr>
          <w:b w:val="0"/>
          <w:i w:val="0"/>
        </w:rPr>
        <w:t xml:space="preserve">Như người ta vẫn nói, </w:t>
      </w:r>
      <w:r>
        <w:rPr>
          <w:b w:val="0"/>
          <w:i/>
        </w:rPr>
        <w:t>Let Them.</w:t>
      </w:r>
    </w:p>
    <w:p>
      <w:pPr>
        <w:pStyle w:val="Heading1"/>
      </w:pPr>
      <w:r>
        <w:rPr>
          <w:rFonts w:ascii="Calibri" w:hAnsi="Calibri"/>
          <w:b/>
          <w:i w:val="0"/>
          <w:sz w:val="40"/>
        </w:rPr>
        <w:t>Mục lục</w:t>
      </w:r>
    </w:p>
    <w:p>
      <w:pPr>
        <w:spacing w:after="80"/>
      </w:pPr>
      <w:r>
        <w:rPr>
          <w:b w:val="0"/>
          <w:i w:val="0"/>
        </w:rPr>
        <w:t>Giới thiệu: Câu chuyện của tôi</w:t>
      </w:r>
    </w:p>
    <w:p>
      <w:pPr>
        <w:spacing w:after="80"/>
      </w:pPr>
      <w:r>
        <w:rPr>
          <w:b/>
          <w:i w:val="0"/>
        </w:rPr>
        <w:t>Học thuyết Let Them</w:t>
      </w:r>
    </w:p>
    <w:p>
      <w:pPr>
        <w:spacing w:after="80"/>
      </w:pPr>
      <w:r>
        <w:rPr>
          <w:b w:val="0"/>
          <w:i w:val="0"/>
        </w:rPr>
        <w:t>1 Ngừng lãng phí cuộc đời vào những thứ bạn không thể kiểm soát</w:t>
      </w:r>
    </w:p>
    <w:p>
      <w:pPr>
        <w:spacing w:after="80"/>
      </w:pPr>
      <w:r>
        <w:rPr>
          <w:b w:val="0"/>
          <w:i w:val="0"/>
        </w:rPr>
        <w:t>2 Bắt đầu: Let Them + Let Me</w:t>
      </w:r>
    </w:p>
    <w:p>
      <w:pPr>
        <w:spacing w:after="80"/>
      </w:pPr>
      <w:r>
        <w:rPr>
          <w:b/>
          <w:i w:val="0"/>
        </w:rPr>
        <w:t>Bạn và Học thuyết Để Họ Tự Lo</w:t>
      </w:r>
    </w:p>
    <w:p>
      <w:pPr>
        <w:spacing w:after="80"/>
      </w:pPr>
      <w:r>
        <w:rPr>
          <w:b/>
          <w:i w:val="0"/>
        </w:rPr>
        <w:t>Quản lý Căng thẳng</w:t>
      </w:r>
    </w:p>
    <w:p>
      <w:pPr>
        <w:spacing w:after="80"/>
      </w:pPr>
      <w:r>
        <w:rPr>
          <w:b w:val="0"/>
          <w:i w:val="0"/>
        </w:rPr>
        <w:t>3 Cú Sốc: Cuộc Sống Vốn Đầy Căng thẳng</w:t>
      </w:r>
    </w:p>
    <w:p>
      <w:pPr>
        <w:spacing w:after="80"/>
      </w:pPr>
      <w:r>
        <w:rPr>
          <w:b w:val="0"/>
          <w:i w:val="0"/>
        </w:rPr>
        <w:t>4 Để Họ Làm Bạn Căng thẳng</w:t>
      </w:r>
    </w:p>
    <w:p>
      <w:pPr>
        <w:spacing w:after="80"/>
      </w:pPr>
      <w:r>
        <w:rPr>
          <w:b/>
          <w:i w:val="0"/>
        </w:rPr>
        <w:t>Sợ Ý Kiến Người Khác</w:t>
      </w:r>
    </w:p>
    <w:p>
      <w:pPr>
        <w:spacing w:after="80"/>
      </w:pPr>
      <w:r>
        <w:rPr>
          <w:b w:val="0"/>
          <w:i w:val="0"/>
        </w:rPr>
        <w:t>5 Để Họ Nghĩ Xấu Về Bạn</w:t>
      </w:r>
    </w:p>
    <w:p>
      <w:pPr>
        <w:spacing w:after="80"/>
      </w:pPr>
      <w:r>
        <w:rPr>
          <w:b w:val="0"/>
          <w:i w:val="0"/>
        </w:rPr>
        <w:t>6 Cách Yêu Thương Những Người Khó Tính</w:t>
      </w:r>
    </w:p>
    <w:p>
      <w:pPr>
        <w:spacing w:after="80"/>
      </w:pPr>
      <w:r>
        <w:rPr>
          <w:b/>
          <w:i w:val="0"/>
        </w:rPr>
        <w:t>Đối Mặt với Cảm Xúc của Người Khác</w:t>
      </w:r>
    </w:p>
    <w:p>
      <w:pPr>
        <w:spacing w:after="80"/>
      </w:pPr>
      <w:r>
        <w:rPr>
          <w:b w:val="0"/>
          <w:i w:val="0"/>
        </w:rPr>
        <w:t>7 Khi Người Lớn Nổi Cơn Thịnh Nộ</w:t>
      </w:r>
    </w:p>
    <w:p>
      <w:pPr>
        <w:spacing w:after="80"/>
      </w:pPr>
      <w:r>
        <w:rPr>
          <w:b w:val="0"/>
          <w:i w:val="0"/>
        </w:rPr>
        <w:t>8 Quyết Định Đúng Thường Cảm Thấy Sai</w:t>
      </w:r>
    </w:p>
    <w:p>
      <w:pPr>
        <w:spacing w:after="80"/>
      </w:pPr>
      <w:r>
        <w:rPr>
          <w:b/>
          <w:i w:val="0"/>
        </w:rPr>
        <w:t>Vượt Qua Thói So Sánh Kinh Niên</w:t>
      </w:r>
    </w:p>
    <w:p>
      <w:pPr>
        <w:spacing w:after="80"/>
      </w:pPr>
      <w:r>
        <w:rPr>
          <w:b w:val="0"/>
          <w:i w:val="0"/>
        </w:rPr>
        <w:t>9 Đúng, Cuộc Sống Vốn Không Công Bằng</w:t>
      </w:r>
    </w:p>
    <w:p>
      <w:pPr>
        <w:spacing w:after="80"/>
      </w:pPr>
      <w:r>
        <w:rPr>
          <w:b w:val="0"/>
          <w:i w:val="0"/>
        </w:rPr>
        <w:t>10 Cách Biến So Sánh Thành Thầy Dạy Bạn</w:t>
      </w:r>
    </w:p>
    <w:p>
      <w:pPr>
        <w:spacing w:after="80"/>
      </w:pPr>
      <w:r>
        <w:rPr>
          <w:b/>
          <w:i w:val="0"/>
        </w:rPr>
        <w:t>Các Mối Quan Hệ của Bạn và Học thuyết Để Họ Tự Lo</w:t>
      </w:r>
    </w:p>
    <w:p>
      <w:pPr>
        <w:spacing w:after="80"/>
      </w:pPr>
      <w:r>
        <w:rPr>
          <w:b/>
          <w:i w:val="0"/>
        </w:rPr>
        <w:t>Làm Chủ Tình Bạn Người Lớn</w:t>
      </w:r>
    </w:p>
    <w:p>
      <w:pPr>
        <w:spacing w:after="80"/>
      </w:pPr>
      <w:r>
        <w:rPr>
          <w:b w:val="0"/>
          <w:i w:val="0"/>
        </w:rPr>
        <w:t>11 Sự Thật Không Ai Nói Với Bạn về Tình Bạn Người Lớn</w:t>
      </w:r>
    </w:p>
    <w:p>
      <w:pPr>
        <w:spacing w:after="80"/>
      </w:pPr>
      <w:r>
        <w:rPr>
          <w:b w:val="0"/>
          <w:i w:val="0"/>
        </w:rPr>
        <w:t>12 Vì sao một số tình bạn tự nhiên phai nhạt</w:t>
      </w:r>
    </w:p>
    <w:p>
      <w:pPr>
        <w:spacing w:after="80"/>
      </w:pPr>
      <w:r>
        <w:rPr>
          <w:b w:val="0"/>
          <w:i w:val="0"/>
        </w:rPr>
        <w:t>13 Cách tạo nên những tình bạn tuyệt vời nhất trong đời bạn</w:t>
      </w:r>
    </w:p>
    <w:p>
      <w:pPr>
        <w:spacing w:after="80"/>
      </w:pPr>
      <w:r>
        <w:rPr>
          <w:b/>
          <w:i w:val="0"/>
        </w:rPr>
        <w:t>Truyền cảm hứng để người khác thay đổi</w:t>
      </w:r>
    </w:p>
    <w:p>
      <w:pPr>
        <w:spacing w:after="80"/>
      </w:pPr>
      <w:r>
        <w:rPr>
          <w:b w:val="0"/>
          <w:i w:val="0"/>
        </w:rPr>
        <w:t>14 Người ta chỉ thay đổi khi chính họ muốn</w:t>
      </w:r>
    </w:p>
    <w:p>
      <w:pPr>
        <w:spacing w:after="80"/>
      </w:pPr>
      <w:r>
        <w:rPr>
          <w:b w:val="0"/>
          <w:i w:val="0"/>
        </w:rPr>
        <w:t>15 Khai mở sức mạnh ảnh hưởng của bạn</w:t>
      </w:r>
    </w:p>
    <w:p>
      <w:pPr>
        <w:spacing w:after="80"/>
      </w:pPr>
      <w:r>
        <w:rPr>
          <w:b/>
          <w:i w:val="0"/>
        </w:rPr>
        <w:t>Giúp đỡ người đang gặp khó khăn</w:t>
      </w:r>
    </w:p>
    <w:p>
      <w:pPr>
        <w:spacing w:after="80"/>
      </w:pPr>
      <w:r>
        <w:rPr>
          <w:b w:val="0"/>
          <w:i w:val="0"/>
        </w:rPr>
        <w:t>16 Bạn càng cứu, họ càng chìm</w:t>
      </w:r>
    </w:p>
    <w:p>
      <w:pPr>
        <w:spacing w:after="80"/>
      </w:pPr>
      <w:r>
        <w:rPr>
          <w:b w:val="0"/>
          <w:i w:val="0"/>
        </w:rPr>
        <w:t>17 Cách hỗ trợ đúng cách</w:t>
      </w:r>
    </w:p>
    <w:p>
      <w:pPr>
        <w:spacing w:after="80"/>
      </w:pPr>
      <w:r>
        <w:rPr>
          <w:b/>
          <w:i w:val="0"/>
        </w:rPr>
        <w:t>Chọn tình yêu mà bạn xứng đáng có</w:t>
      </w:r>
    </w:p>
    <w:p>
      <w:pPr>
        <w:spacing w:after="80"/>
      </w:pPr>
      <w:r>
        <w:rPr>
          <w:b w:val="0"/>
          <w:i w:val="0"/>
        </w:rPr>
        <w:t>18 Hãy để họ cho bạn thấy họ là ai</w:t>
      </w:r>
    </w:p>
    <w:p>
      <w:pPr>
        <w:spacing w:after="80"/>
      </w:pPr>
      <w:r>
        <w:rPr>
          <w:b w:val="0"/>
          <w:i w:val="0"/>
        </w:rPr>
        <w:t>19 Cách đưa mối quan hệ của bạn lên tầm cao mới</w:t>
      </w:r>
    </w:p>
    <w:p>
      <w:pPr>
        <w:spacing w:after="80"/>
      </w:pPr>
      <w:r>
        <w:rPr>
          <w:b w:val="0"/>
          <w:i w:val="0"/>
        </w:rPr>
        <w:t>20 Mọi kết thúc đều là một khởi đầu đẹp đẽ</w:t>
      </w:r>
    </w:p>
    <w:p>
      <w:pPr>
        <w:spacing w:after="80"/>
      </w:pPr>
      <w:r>
        <w:rPr>
          <w:b w:val="0"/>
          <w:i w:val="0"/>
        </w:rPr>
        <w:t>Kết luận: Kỷ nguyên "Let Me" của bạn đã đến</w:t>
      </w:r>
    </w:p>
    <w:p>
      <w:pPr>
        <w:spacing w:after="80"/>
      </w:pPr>
      <w:r>
        <w:rPr>
          <w:b/>
          <w:i w:val="0"/>
        </w:rPr>
        <w:t>Phụ lục</w:t>
      </w:r>
    </w:p>
    <w:p>
      <w:pPr>
        <w:spacing w:after="80"/>
      </w:pPr>
      <w:r>
        <w:rPr>
          <w:b w:val="0"/>
          <w:i w:val="0"/>
        </w:rPr>
        <w:t>Cách áp dụng Let Them vào việc nuôi dạy con</w:t>
      </w:r>
    </w:p>
    <w:p>
      <w:pPr>
        <w:spacing w:after="80"/>
      </w:pPr>
      <w:r>
        <w:rPr>
          <w:b w:val="0"/>
          <w:i w:val="0"/>
        </w:rPr>
        <w:t>Cách áp dụng Let Them vào làm việc nhóm</w:t>
      </w:r>
    </w:p>
    <w:p>
      <w:pPr>
        <w:spacing w:after="80"/>
      </w:pPr>
      <w:r>
        <w:rPr>
          <w:b w:val="0"/>
          <w:i w:val="0"/>
        </w:rPr>
        <w:t>Hãy Để Tôi Ghi Nhận Bạn</w:t>
      </w:r>
    </w:p>
    <w:p>
      <w:pPr>
        <w:spacing w:after="80"/>
      </w:pPr>
      <w:r>
        <w:rPr>
          <w:b w:val="0"/>
          <w:i w:val="0"/>
        </w:rPr>
        <w:t>Tài liệu tham khảo</w:t>
      </w:r>
    </w:p>
    <w:p>
      <w:pPr>
        <w:spacing w:after="80"/>
      </w:pPr>
      <w:r>
        <w:rPr>
          <w:b w:val="0"/>
          <w:i w:val="0"/>
        </w:rPr>
        <w:t>Về Mel</w:t>
      </w:r>
    </w:p>
    <w:p>
      <w:pPr>
        <w:spacing w:after="80"/>
      </w:pPr>
      <w:r>
        <w:rPr>
          <w:b w:val="0"/>
          <w:i w:val="0"/>
        </w:rPr>
        <w:t>Cách Giữ Liên Lạc Với Tôi</w:t>
      </w:r>
    </w:p>
    <w:p>
      <w:pPr>
        <w:pStyle w:val="Heading1"/>
      </w:pPr>
      <w:r>
        <w:rPr>
          <w:rFonts w:ascii="Calibri" w:hAnsi="Calibri"/>
          <w:b/>
          <w:i w:val="0"/>
          <w:sz w:val="40"/>
        </w:rPr>
        <w:t>GIỚI THIỆU</w:t>
      </w:r>
    </w:p>
    <w:p>
      <w:pPr>
        <w:pStyle w:val="Heading1"/>
      </w:pPr>
      <w:r>
        <w:rPr>
          <w:rFonts w:ascii="Calibri" w:hAnsi="Calibri"/>
          <w:b/>
          <w:i w:val="0"/>
          <w:sz w:val="40"/>
        </w:rPr>
        <w:t>Câu Chuyện Của Tôi</w:t>
      </w:r>
    </w:p>
    <w:p>
      <w:pPr>
        <w:spacing w:after="80"/>
      </w:pPr>
      <w:r>
        <w:rPr>
          <w:b w:val="0"/>
          <w:i w:val="0"/>
        </w:rPr>
        <w:t>Ở tuổi 41, tôi thấy mình đang nợ 800.000 đô la, thất nghiệp, và chứng kiến công việc kinh doanh nhà hàng của chồng tôi sụp đổ. Cảm giác như chúng tôi đã thất bại trong cuộc sống mà không còn chút hy vọng nào để thoát khỏi đống nợ.</w:t>
      </w:r>
    </w:p>
    <w:p>
      <w:pPr>
        <w:spacing w:after="80"/>
      </w:pPr>
      <w:r>
        <w:rPr>
          <w:b w:val="0"/>
          <w:i w:val="0"/>
        </w:rPr>
        <w:t>Tôi ghen tị nhìn bạn bè mình liên tiếp gặt hái thành công trong sự nghiệp trong khi chúng tôi chật vật lo từng bữa ăn. Tôi vừa bị sa thải và không biết phải làm gì với cuộc đời mình: tôi đã từng thử làm công tố viên bào chữa cho Legal Aid Society ở thành phố New York, làm luật sư tại một công ty lớn ở Boston, làm việc cho vài công ty khởi nghiệp, làm phát triển kinh doanh tại một công ty quảng cáo, trở thành huấn luyện viên cuộc sống, dẫn một chương trình radio gọi điện trực tiếp, và thậm chí mở một xưởng nhỏ cho khách tự vẽ đồ gốm. Tôi cảm thấy hoàn toàn lạc lối, như thể mọi thứ tôi làm sẽ chẳng bao giờ đủ để kéo chúng tôi ra khỏi cái hố mà mình đang mắc kẹt.</w:t>
      </w:r>
    </w:p>
    <w:p>
      <w:pPr>
        <w:spacing w:after="80"/>
      </w:pPr>
      <w:r>
        <w:rPr>
          <w:b w:val="0"/>
          <w:i w:val="0"/>
        </w:rPr>
        <w:t>Để đối phó với lo lắng và tự ti, chiến lược chính của tôi trở thành né tránh. Né tránh việc thức dậy bằng cách bấm nút báo lại. Né tránh nỗi đau bằng rượu. Né tránh trách nhiệm bằng cách đổ lỗi cho chồng. Né tránh việc tìm việc làm bằng cách trì hoãn bằng mọi cách có thể.</w:t>
      </w:r>
    </w:p>
    <w:p>
      <w:pPr>
        <w:spacing w:after="80"/>
      </w:pPr>
      <w:r>
        <w:rPr>
          <w:b w:val="0"/>
          <w:i w:val="0"/>
        </w:rPr>
        <w:t xml:space="preserve">Nếu bạn từng ở trong hoàn cảnh này, bạn hiểu ngay cả những việc đơn giản nhất cũng trở nên to lớn đến mức nào: ra khỏi giường, mở hóa đơn, hiện diện trọn vẹn với gia đình, nấu một bữa ăn ngon, nộp đơn xin việc, đi dạo, hủy cái gói đăng ký đó, hay thậm chí chỉ là thành thật về mức độ mình đang chật vật. . . Mọi thứ đều có vẻ bất khả thi. Mỗi sáng khi tôi thức dậy, nỗi lo lắng chảy khắp huyết quản, và tôi nghĩ, </w:t>
      </w:r>
      <w:r>
        <w:rPr>
          <w:b w:val="0"/>
          <w:i/>
        </w:rPr>
        <w:t>Đây thật sự là điều sẽ diễn ra suốt phần đời còn lại của mình sao</w:t>
      </w:r>
      <w:r>
        <w:rPr>
          <w:b w:val="0"/>
          <w:i w:val="0"/>
        </w:rPr>
        <w:t>?</w:t>
      </w:r>
    </w:p>
    <w:p>
      <w:pPr>
        <w:spacing w:after="80"/>
      </w:pPr>
      <w:r>
        <w:rPr>
          <w:b w:val="0"/>
          <w:i w:val="0"/>
        </w:rPr>
        <w:t>Nhưng bạn có muốn biết điều thú vị về việc bị mắc kẹt không? Tôi biết chính xác mình cần phải làm gì: thức dậy, giải quyết đống hóa đơn đáng sợ đó, chuẩn bị cho bọn trẻ đi học, bắt mình đi dạo, tìm đến bạn bè để được hỗ trợ, lập ngân sách, tìm việc làm. Vậy mà tôi dường như không thể làm được bất cứ điều gì trong số đó.</w:t>
      </w:r>
    </w:p>
    <w:p>
      <w:pPr>
        <w:pStyle w:val="Heading2"/>
      </w:pPr>
      <w:r>
        <w:rPr>
          <w:rFonts w:ascii="Calibri" w:hAnsi="Calibri"/>
          <w:b/>
          <w:i w:val="0"/>
          <w:sz w:val="32"/>
        </w:rPr>
        <w:t>Cách Tôi Thay Đổi Cuộc Đời Mình</w:t>
      </w:r>
    </w:p>
    <w:p>
      <w:pPr>
        <w:spacing w:after="80"/>
      </w:pPr>
      <w:r>
        <w:rPr>
          <w:b w:val="0"/>
          <w:i w:val="0"/>
        </w:rPr>
        <w:t>Tôi sẽ không bao giờ quên buổi sáng khi mọi thứ thay đổi với tôi. Chuông báo thức reo, và tôi nằm đó, hoàn toàn choáng ngợp bởi những vấn đề của mình. Giống như rất nhiều người trong chúng ta, tôi bị tê liệt bởi chính những suy nghĩ của mình, và điều cuối cùng tôi muốn làm là thức dậy và đối mặt với một ngày mới.</w:t>
      </w:r>
    </w:p>
    <w:p>
      <w:pPr>
        <w:spacing w:after="80"/>
      </w:pPr>
      <w:r>
        <w:rPr>
          <w:b w:val="0"/>
          <w:i w:val="0"/>
        </w:rPr>
        <w:t xml:space="preserve">Nhưng rồi, một điều kỳ lạ xảy ra. Một ý nghĩ lóe lên trong đầu tôi, và cuối cùng nó đã thay đổi cuộc đời tôi. Nó đơn giản đến mức gần như ngớ ngẩn. Tôi nhớ mình đã xem một vụ phóng tên lửa và cách NASA đếm ngược để phóng: </w:t>
      </w:r>
      <w:r>
        <w:rPr>
          <w:b w:val="0"/>
          <w:i/>
        </w:rPr>
        <w:t>5-4-3-2-1</w:t>
      </w:r>
      <w:r>
        <w:rPr>
          <w:b w:val="0"/>
          <w:i w:val="0"/>
        </w:rPr>
        <w:t xml:space="preserve">. Tôi nghĩ, </w:t>
      </w:r>
      <w:r>
        <w:rPr>
          <w:b w:val="0"/>
          <w:i/>
        </w:rPr>
        <w:t>Nếu mình chỉ đếm ngược như vậy và phóng mình ra khỏi giường thì sao nhỉ</w:t>
      </w:r>
      <w:r>
        <w:rPr>
          <w:b w:val="0"/>
          <w:i w:val="0"/>
        </w:rPr>
        <w:t>?</w:t>
      </w:r>
    </w:p>
    <w:p>
      <w:pPr>
        <w:spacing w:after="80"/>
      </w:pPr>
      <w:r>
        <w:rPr>
          <w:b w:val="0"/>
          <w:i w:val="0"/>
        </w:rPr>
        <w:t xml:space="preserve">Nghe có vẻ nực cười, nhưng tôi đã tuyệt vọng, nên tôi thử một lần. Tôi đếm ngược: </w:t>
      </w:r>
      <w:r>
        <w:rPr>
          <w:b w:val="0"/>
          <w:i/>
        </w:rPr>
        <w:t>5-4-3-2-1</w:t>
      </w:r>
      <w:r>
        <w:rPr>
          <w:b w:val="0"/>
          <w:i w:val="0"/>
        </w:rPr>
        <w:t xml:space="preserve">—và tôi ra khỏi giường. Chỉ đơn giản như vậy. Tôi không nghĩ về việc mình mệt đến mức nào hay mình không muốn đối mặt với các vấn đề của mình đến nhường nào. Tôi chỉ đơn giản là hành động trước khi não tôi kịp thuyết phục tôi từ bỏ. Nó giống như phóng một tên lửa: Một khi bạn bắt đầu đếm ngược, </w:t>
      </w:r>
      <w:r>
        <w:rPr>
          <w:b w:val="0"/>
          <w:i/>
        </w:rPr>
        <w:t>5-4-3-2-1</w:t>
      </w:r>
      <w:r>
        <w:rPr>
          <w:b w:val="0"/>
          <w:i w:val="0"/>
        </w:rPr>
        <w:t>, không có đường quay lại.</w:t>
      </w:r>
    </w:p>
    <w:p>
      <w:pPr>
        <w:spacing w:after="80"/>
      </w:pPr>
      <w:r>
        <w:rPr>
          <w:b w:val="0"/>
          <w:i w:val="0"/>
        </w:rPr>
        <w:t xml:space="preserve">Vào thời điểm đó trong cuộc đời tôi, tôi đã quá quen với việc để những suy nghĩ làm mình tê liệt và để nỗi sợ hãi cùng căng thẳng nuốt chửng mình đến mức khái niệm này hoàn toàn xa lạ. Tôi nhớ đó là một sự khám phá lớn lao đến nhường nào khi tôi tự nhủ, </w:t>
      </w:r>
      <w:r>
        <w:rPr>
          <w:b w:val="0"/>
          <w:i/>
        </w:rPr>
        <w:t>Khoan đã, mình có thể cảm thấy tồi tệ mà vẫn làm được điều mình cần làm sao? Đúng vậy, Mel, bạn làm được.</w:t>
      </w:r>
      <w:r>
        <w:rPr>
          <w:b w:val="0"/>
          <w:i w:val="0"/>
        </w:rPr>
        <w:t xml:space="preserve"> Và nó đã hiệu quả.</w:t>
      </w:r>
    </w:p>
    <w:p>
      <w:pPr>
        <w:spacing w:after="80"/>
      </w:pPr>
      <w:r>
        <w:rPr>
          <w:b w:val="0"/>
          <w:i w:val="0"/>
        </w:rPr>
        <w:t>Trong năm giây đó, tôi đã cắt đứt được vòng luẩn quẩn của việc suy nghĩ quá nhiều. Cảm giác như một chiến thắng nhỏ, nhưng nó cũng là một khám phá. Nếu tôi có thể vượt qua năm giây sợ hãi đó, có lẽ tôi có thể vượt qua bất cứ điều gì.</w:t>
      </w:r>
    </w:p>
    <w:p>
      <w:pPr>
        <w:spacing w:after="80"/>
      </w:pPr>
      <w:r>
        <w:rPr>
          <w:b w:val="0"/>
          <w:i w:val="0"/>
        </w:rPr>
        <w:t>Thế là tôi bắt đầu dùng cách đếm ngược này ở mọi nơi trong cuộc sống.</w:t>
      </w:r>
    </w:p>
    <w:p>
      <w:pPr>
        <w:spacing w:after="80"/>
      </w:pPr>
      <w:r>
        <w:rPr>
          <w:b w:val="0"/>
          <w:i/>
        </w:rPr>
        <w:t>5-4-3-2-1</w:t>
      </w:r>
      <w:r>
        <w:rPr>
          <w:b w:val="0"/>
          <w:i w:val="0"/>
        </w:rPr>
        <w:t xml:space="preserve"> Thức dậy khi chuông báo thức reo.</w:t>
      </w:r>
    </w:p>
    <w:p>
      <w:pPr>
        <w:spacing w:after="80"/>
      </w:pPr>
      <w:r>
        <w:rPr>
          <w:b w:val="0"/>
          <w:i/>
        </w:rPr>
        <w:t>5-4-3-2-1</w:t>
      </w:r>
      <w:r>
        <w:rPr>
          <w:b w:val="0"/>
          <w:i w:val="0"/>
        </w:rPr>
        <w:t xml:space="preserve"> Nhấc điện thoại lên và bắt đầu kết nối để tìm việc.</w:t>
      </w:r>
    </w:p>
    <w:p>
      <w:pPr>
        <w:spacing w:after="80"/>
      </w:pPr>
      <w:r>
        <w:rPr>
          <w:b w:val="0"/>
          <w:i/>
        </w:rPr>
        <w:t>5-4-3-2-1</w:t>
      </w:r>
      <w:r>
        <w:rPr>
          <w:b w:val="0"/>
          <w:i w:val="0"/>
        </w:rPr>
        <w:t xml:space="preserve"> Mở những hóa đơn đã chất đống trên quầy suốt bao tháng trời.</w:t>
      </w:r>
    </w:p>
    <w:p>
      <w:pPr>
        <w:spacing w:after="80"/>
      </w:pPr>
      <w:r>
        <w:rPr>
          <w:b w:val="0"/>
          <w:i w:val="0"/>
        </w:rPr>
        <w:t>Tôi bắt đầu gọi đây là “Quy tắc 5 Giây.” Từng bước đi 5 giây một, tôi buộc mình đặt hết chân này đến chân kia và dần dần bước trở lại vào cuộc sống của mình. Tôi sẽ không nói dối bạn đâu. Nó không hề dễ dàng. Vài năm tiếp theo là những năm khó khăn nhất trong đời tôi.</w:t>
      </w:r>
    </w:p>
    <w:p>
      <w:pPr>
        <w:spacing w:after="80"/>
      </w:pPr>
      <w:r>
        <w:rPr>
          <w:b w:val="0"/>
          <w:i w:val="0"/>
        </w:rPr>
        <w:t>Thật không dễ để thoát khỏi nợ nần hay đối mặt với những vấn đề đau đớn trong hôn nhân. Thật không dễ để dập tắt nỗi lo âu hay vượt qua sự tự nghi ngờ. Thật khó để cập nhật sơ yếu lý lịch và tìm việc khi bạn còn đang hoài nghi về giá trị của chính mình. Thật là một cuộc vật lộn để buộc mình lấy lại vóc dáng và tạo những thói quen lành mạnh hơn sau khi đã buông thả bản thân.</w:t>
      </w:r>
    </w:p>
    <w:p>
      <w:pPr>
        <w:spacing w:after="80"/>
      </w:pPr>
      <w:r>
        <w:rPr>
          <w:b w:val="0"/>
          <w:i w:val="0"/>
        </w:rPr>
        <w:t>Và chắc chắn chẳng có gì hào nhoáng khi làm việc cả ngày, rồi về nhà, chăm ba đứa con, dành vài phút với chồng, rồi thức khuya mỗi đêm để cố nghĩ ra cách kiếm thêm tiền.</w:t>
      </w:r>
    </w:p>
    <w:p>
      <w:pPr>
        <w:spacing w:after="80"/>
      </w:pPr>
      <w:r>
        <w:rPr>
          <w:b w:val="0"/>
          <w:i w:val="0"/>
        </w:rPr>
        <w:t>Nhưng đó là những gì tôi đã làm.</w:t>
      </w:r>
    </w:p>
    <w:p>
      <w:pPr>
        <w:spacing w:after="80"/>
      </w:pPr>
      <w:r>
        <w:rPr>
          <w:b w:val="0"/>
          <w:i w:val="0"/>
        </w:rPr>
        <w:t>Quy tắc 5 Giây đã dạy tôi rằng hành động chính là câu trả lời. Suy nghĩ về vấn đề của bạn sẽ không bao giờ giải quyết được chúng. Ngồi chờ cho đến khi cảm thấy muốn làm gì đó nghĩa là bạn sẽ không bao giờ làm. Nó dạy tôi rằng không ai đến cứu bạn đâu. Bạn phải tự cứu mình khỏi chính mình. Bạn phải buộc mình tiến lên từng bước nhỏ, suốt cả ngày, mỗi ngày, đặc biệt là khi bạn không hề muốn làm.</w:t>
      </w:r>
    </w:p>
    <w:p>
      <w:pPr>
        <w:spacing w:after="80"/>
      </w:pPr>
      <w:r>
        <w:rPr>
          <w:b w:val="0"/>
          <w:i w:val="0"/>
        </w:rPr>
        <w:t xml:space="preserve">Dùng </w:t>
      </w:r>
      <w:r>
        <w:rPr>
          <w:b w:val="0"/>
          <w:i/>
        </w:rPr>
        <w:t>5-4-3-2-1</w:t>
      </w:r>
      <w:r>
        <w:rPr>
          <w:b w:val="0"/>
          <w:i w:val="0"/>
        </w:rPr>
        <w:t>, tôi vượt qua những lời bào chữa, nỗi lo âu, sự choáng ngợp và nỗi sợ hãi. Và từng bước, từng ngày, từng tuần, tôi dần thực hiện những hành động đưa cuộc sống và sự nghiệp của mình trở lại đúng hướng. Chồng tôi bắt đầu dùng nó để thúc đẩy bản thân đối mặt trực diện với các vấn đề trong công việc kinh doanh của anh, và nó cũng hiệu quả với anh. Nhưng phải ba năm nữa tôi mới kể cho người khác về Quy tắc 5 Giây. Tôi đã ngần ngại chia sẻ nó với bất kỳ ai vì thứ nhất, tôi không biết tại sao nó lại hiệu quả. Và thứ hai, tôi không cảm thấy mình ở vị trí có thể cho ai lời khuyên.</w:t>
      </w:r>
    </w:p>
    <w:p>
      <w:pPr>
        <w:spacing w:after="80"/>
      </w:pPr>
      <w:r>
        <w:rPr>
          <w:b w:val="0"/>
          <w:i w:val="0"/>
        </w:rPr>
        <w:t xml:space="preserve">Nhưng tất cả đã thay đổi vào một ngày định mệnh khi một người bạn cùng phòng cũ giới thiệu tôi là “người hoàn hảo” để đưa ra lời khuyên về việc chuyển đổi nghề nghiệp tại một sự kiện nhỏ. Tôi đoán cô ấy nghĩ đến tôi vì tôi đã đổi nghề nhiều lần đến mức chính tôi cũng đếm không xuể. Sự kiện đó đề nghị đưa tôi và chồng tôi bay đến San Francisco và sắp xếp chỗ ở khách sạn. Khi bạn đang chật vật tài chính, điều đó nghe như một kỳ nghỉ miễn phí, nên tôi đồng ý. Đây là lần đầu tiên tôi phát biểu trên sân khấu tại một sự kiện. Lớp học nói trước công chúng duy nhất tôi từng học là hồi cấp ba, và ngay khi lên máy bay, đó là lúc nỗi hoảng loạn bắt đầu ập đến: </w:t>
      </w:r>
      <w:r>
        <w:rPr>
          <w:b w:val="0"/>
          <w:i/>
        </w:rPr>
        <w:t>Mình đã tự chuốc lấy chuyện gì thế này?</w:t>
      </w:r>
    </w:p>
    <w:p>
      <w:pPr>
        <w:spacing w:after="80"/>
      </w:pPr>
      <w:r>
        <w:rPr>
          <w:b w:val="0"/>
          <w:i w:val="0"/>
        </w:rPr>
        <w:t>Khi tôi bước lên sân khấu và thấy 700 người trong khán phòng đang nhìn chằm chằm vào mình, đầu óc tôi trống rỗng, và tôi có thể cảm thấy ngực và cổ mình đỏ ửng lên.</w:t>
      </w:r>
    </w:p>
    <w:p>
      <w:pPr>
        <w:spacing w:after="80"/>
      </w:pPr>
      <w:r>
        <w:rPr>
          <w:b w:val="0"/>
          <w:i w:val="0"/>
        </w:rPr>
        <w:t>Sau đó tôi trải qua một cơn hoảng loạn kéo dài 21 phút ngay trên sân khấu. Khoảng phút thứ 19, tôi quên mất cách kết thúc bài nói về chuyển đổi nghề nghiệp, nên tôi buột miệng nói ra Quy tắc 5 Giây và cách tôi dùng nó, vì tôi không nghĩ ra được gì khác để nói. Chắc hẳn tôi đã mất ý thức, vì tôi cũng không nhớ đoạn tôi đưa địa chỉ email của mình cho tất cả mọi người trong khán phòng. Và khi bước xuống khỏi sân khấu đó, tôi nghĩ đó là trải nghiệm tồi tệ nhất trong đời mình. Ơn Chúa là nó đã kết thúc.</w:t>
      </w:r>
    </w:p>
    <w:p>
      <w:pPr>
        <w:spacing w:after="80"/>
      </w:pPr>
      <w:r>
        <w:rPr>
          <w:b w:val="0"/>
          <w:i w:val="0"/>
        </w:rPr>
        <w:t xml:space="preserve">Hóa ra sự kiện nhỏ đó là một trong những hội nghị TEDx đầu tiên từng được tổ chức. Họ quay phim lại, và một năm sau, đăng video lên mạng. Nó không chỉ lan truyền mạnh mẽ—nó còn trở thành một trong những bài nói TEDx được xem nhiều nhất mọi thời đại. Quy tắc 5 Giây và cách đếm ngược </w:t>
      </w:r>
      <w:r>
        <w:rPr>
          <w:b w:val="0"/>
          <w:i/>
        </w:rPr>
        <w:t>5-4-3-2-1</w:t>
      </w:r>
      <w:r>
        <w:rPr>
          <w:b w:val="0"/>
          <w:i w:val="0"/>
        </w:rPr>
        <w:t xml:space="preserve"> của nó lan truyền khắp thế giới qua truyền miệng. Khi nó lan rộng, mọi người bắt đầu viết thư cho tôi tại địa chỉ email đó, chia sẻ những câu chuyện về việc Quy tắc này đang thay đổi cuộc đời họ như thế nào. Tôi xúc động đến mức ngồi dậy khuya khoắt, sau khi đã đưa ba đứa con đi ngủ, để trả lời từng email một.</w:t>
      </w:r>
    </w:p>
    <w:p>
      <w:pPr>
        <w:spacing w:after="80"/>
      </w:pPr>
      <w:r>
        <w:rPr>
          <w:b w:val="0"/>
          <w:i w:val="0"/>
        </w:rPr>
        <w:t>Khi tôi còn đang chìm đắm trong những vấn đề của mình, tôi cảm thấy như mình là người duy nhất gặp khó khăn trong việc làm những điều mình cần làm. Điều đó không đúng. Tất cả chúng ta đều vật lộn với động lực. Đó là một vấn đề phổ quát, và Quy tắc 5 Giây dường như là một giải pháp không chỉ hiệu quả với tôi mà còn hiệu quả với mọi người trên khắp thế giới.</w:t>
      </w:r>
    </w:p>
    <w:p>
      <w:pPr>
        <w:spacing w:after="80"/>
      </w:pPr>
      <w:r>
        <w:rPr>
          <w:b w:val="0"/>
          <w:i w:val="0"/>
        </w:rPr>
        <w:t xml:space="preserve">Những câu chuyện thật tuyệt vời: Người ta đã dùng </w:t>
      </w:r>
      <w:r>
        <w:rPr>
          <w:b w:val="0"/>
          <w:i/>
        </w:rPr>
        <w:t>5-4-3-2-1</w:t>
      </w:r>
      <w:r>
        <w:rPr>
          <w:b w:val="0"/>
          <w:i w:val="0"/>
        </w:rPr>
        <w:t xml:space="preserve"> để vượt qua nỗi sợ, sự trì hoãn và những lý do bào chữa nhằm đổi việc; giảm 100 pound; cai nghiện; khởi nghiệp và bán doanh nghiệp; cải thiện sức khỏe và hôn nhân. Những ứng dụng y khoa và lâm sàng khiến tôi sửng sốt. Các bác sĩ và nhà tâm lý học đang dùng nó để điều trị PTSD, OCD và trầm cảm. Ngay cả khi tôi đang viết phần Giới thiệu này, chúng tôi đã nhận được chia sẻ từ hơn một nghìn người đã dùng Quy tắc 5 Giây để ngăn mình tìm đến cái chết và để cầu xin sự giúp đỡ.</w:t>
      </w:r>
    </w:p>
    <w:p>
      <w:pPr>
        <w:spacing w:after="80"/>
      </w:pPr>
      <w:r>
        <w:rPr>
          <w:b w:val="0"/>
          <w:i w:val="0"/>
        </w:rPr>
        <w:t>Khi bài nói TEDx đó ngày càng phổ biến trên mạng, tôi bắt đầu được mời phát biểu ở những sự kiện nhỏ khác. Tôi nhớ có lần được mời nói chuyện với một nhóm môi giới bất động sản tại một quán bar. Thật xấu hổ khi đứng đó với ly bia trong tay, cố nói át tiếng nhạc và tiếng người ta chuyện trò ở phòng bên cạnh. Nhưng tôi đã sống sót. Tôi nói chuyện ở tầng hầm nhà thờ, một lớp học trung học, rồi bữa ăn trưa mang cơm hộp tại chỗ làm của một người bạn, và cứ thế nó lớn dần lên.</w:t>
      </w:r>
    </w:p>
    <w:p>
      <w:pPr>
        <w:spacing w:after="80"/>
      </w:pPr>
      <w:r>
        <w:rPr>
          <w:b w:val="0"/>
          <w:i w:val="0"/>
        </w:rPr>
        <w:t>Tôi sẽ nổi mề đay khi cầm micro, và tôi chẳng được trả đồng nào. Nhưng càng nói về Quy tắc này và thấy nó mạnh mẽ thế nào với mọi người đã thử, tôi càng bị ám ảnh muốn hiểu vì sao một mẹo đơn giản như vậy lại có thể dẫn đến những kết quả sâu sắc đến thế.</w:t>
      </w:r>
    </w:p>
    <w:p>
      <w:pPr>
        <w:spacing w:after="80"/>
      </w:pPr>
      <w:r>
        <w:rPr>
          <w:b w:val="0"/>
          <w:i w:val="0"/>
        </w:rPr>
        <w:t xml:space="preserve">Thế là tôi đội lại chiếc mũ luật sư của mình và bắt đầu nghiên cứu về thói quen, hành vi con người và khoa học của động lực. Tôi cần xây dựng một lập luận: Vì sao việc đếm </w:t>
      </w:r>
      <w:r>
        <w:rPr>
          <w:b w:val="0"/>
          <w:i/>
        </w:rPr>
        <w:t>5-4-3-2-1</w:t>
      </w:r>
      <w:r>
        <w:rPr>
          <w:b w:val="0"/>
          <w:i w:val="0"/>
        </w:rPr>
        <w:t xml:space="preserve"> lại hiệu quả? Tôi thu thập bằng chứng từ trải nghiệm của những người bình thường đã dùng nó. Tôi tìm thấy những tiền lệ thuyết phục từ lời kể của các nhà trị liệu, chuyên gia cai nghiện và bác sĩ y khoa đã bắt đầu khuyên bệnh nhân của họ dùng nó, và mọi bằng chứng đều chỉ về một lời giải thích đơn giản:</w:t>
      </w:r>
    </w:p>
    <w:p>
      <w:pPr>
        <w:pStyle w:val="Heading2"/>
      </w:pPr>
      <w:r>
        <w:rPr>
          <w:rFonts w:ascii="Calibri" w:hAnsi="Calibri"/>
          <w:b/>
          <w:i w:val="0"/>
          <w:sz w:val="32"/>
        </w:rPr>
        <w:t>Hành động nhỏ, đều đặn thay đổi mọi thứ</w:t>
      </w:r>
    </w:p>
    <w:p>
      <w:pPr>
        <w:spacing w:after="80"/>
      </w:pPr>
      <w:r>
        <w:rPr>
          <w:b w:val="0"/>
          <w:i w:val="0"/>
        </w:rPr>
        <w:t>Trong khi đó, bạn bè và họ hàng xa của tôi không hề biết tôi đang làm gì vì tôi quá sợ để nói với họ. Mel ư? Đưa ra lời khuyên ư? Thôi đi. Cô ấy suýt phá hủy chính cuộc đời mình.</w:t>
      </w:r>
    </w:p>
    <w:p>
      <w:pPr>
        <w:spacing w:after="80"/>
      </w:pPr>
      <w:r>
        <w:rPr>
          <w:b w:val="0"/>
          <w:i w:val="0"/>
        </w:rPr>
        <w:t>Ở thời điểm này trong câu chuyện của tôi, chồng tôi đã rời bỏ nghề nhà hàng và đang vật lộn với trầm cảm. Chúng tôi vẫn ngập trong nợ nần, nên tôi làm một công việc toàn thời gian để cố giữ gia đình năm người nổi trên mặt nước, đồng thời dành các buổi tối và cuối tuần để phát biểu ở những sự kiện nhỏ và về cơ bản là viết một luận án về khoa học của động lực như một việc làm thêm.</w:t>
      </w:r>
    </w:p>
    <w:p>
      <w:pPr>
        <w:spacing w:after="80"/>
      </w:pPr>
      <w:r>
        <w:rPr>
          <w:b w:val="0"/>
          <w:i w:val="0"/>
        </w:rPr>
        <w:t>Tôi biết mình muốn dạy Quy tắc 5 Giây toàn thời gian và bằng cách nào đó biến nó thành sự nghiệp, nhưng tôi không biết phải làm thế nào. Nhìn lại, tôi có thể thấy mình đã tê liệt vì hội chứng kẻ giả mạo đến mức nào. Tôi có quyền gì để tự gọi mình là chuyên gia về bất cứ điều gì? Tôi đoán mình chỉ đang chờ đợi một kiểu sự cho phép nào đó để dám đưa bản thân ra ngoài.</w:t>
      </w:r>
    </w:p>
    <w:p>
      <w:pPr>
        <w:spacing w:after="80"/>
      </w:pPr>
      <w:r>
        <w:rPr>
          <w:b w:val="0"/>
          <w:i w:val="0"/>
        </w:rPr>
        <w:t>Có thể bạn đang làm điều đó ngay lúc này. Chờ đợi thời điểm thích hợp. Chờ đợi cảm thấy sẵn sàng hoặc bớt sợ hãi một chút. Chờ đợi ai đó đến và nói với bạn rằng hôm nay là ngày để bắt đầu. Vấn đề của việc chờ đợi là không ai đến cả. Sự cho phép duy nhất bạn cần là của chính bạn.</w:t>
      </w:r>
    </w:p>
    <w:p>
      <w:pPr>
        <w:spacing w:after="80"/>
      </w:pPr>
      <w:r>
        <w:rPr>
          <w:b w:val="0"/>
          <w:i w:val="0"/>
        </w:rPr>
        <w:t>Quyết định nghiêm túc theo đuổi việc kiếm tiền với tư cách một diễn giả truyền động lực là một trong những quyết định tuyệt vời nhất trong đời tôi. Tôi sẽ chia sẻ thêm với bạn về điều dẫn đến bước đột phá này trong các trang của cuốn sách này.</w:t>
      </w:r>
    </w:p>
    <w:p>
      <w:pPr>
        <w:spacing w:after="80"/>
      </w:pPr>
      <w:r>
        <w:rPr>
          <w:b w:val="0"/>
          <w:i w:val="0"/>
        </w:rPr>
        <w:t>Khi bắt đầu được trả tiền, tôi dồn từng đồng để bào mòn khoản nợ của chúng tôi. Năm đầu tiên đó tôi đã có 17 buổi nói chuyện được trả tiền. Năm sau là 47 buổi, và tôi có thể nghỉ công việc ban ngày. Tôi không thể tin nổi điều đang diễn ra. Đến năm thứ ba, con số là 99 buổi nói chuyện cộng với một chuyến lưu diễn 24 thành phố cùng JPMorganChase. Tôi đã trở thành nữ diễn giả được đặt lịch nhiều nhất thế giới. Tôi được các công ty mà tôi ngưỡng mộ thuê.</w:t>
      </w:r>
    </w:p>
    <w:p>
      <w:pPr>
        <w:spacing w:after="80"/>
      </w:pPr>
      <w:r>
        <w:rPr>
          <w:b w:val="0"/>
          <w:i w:val="0"/>
        </w:rPr>
        <w:t>Điều này xảy ra thế nào? Bằng cách buộc mình ra khỏi giường vào những buổi sáng tôi không muốn dậy. Học cách thúc đẩy bản thân hành động khi bạn sợ hãi, hoặc đầy hoài nghi về bản thân, hoặc ngập trong những lý do bào chữa là một kỹ năng sống mà bạn có thể học được. Một khi thành thạo nó, bạn sẽ hiểu rằng bạn có thể đạt được bất cứ điều gì thông qua những bước tiến nhỏ, đều đặn về phía trước.</w:t>
      </w:r>
    </w:p>
    <w:p>
      <w:pPr>
        <w:spacing w:after="80"/>
      </w:pPr>
      <w:r>
        <w:rPr>
          <w:b w:val="0"/>
          <w:i w:val="0"/>
        </w:rPr>
        <w:t>Tôi thấy mình trên đường 150 ngày mỗi năm, đứng trên các sân khấu dạy Quy tắc 5 Giây và khoa học của động lực trong khi chồng tôi ở nhà chăm sóc ba đứa con của chúng tôi. Tiếng lành về Quy tắc và kỹ năng của tôi trên sân khấu ngày càng lan xa. Có một sự kiện có 27.000 người trong khán phòng. Các CEO của những thương hiệu hàng đầu thế giới, vận động viên chuyên nghiệp, bác sĩ y khoa, nhà khoa học thần kinh và tác giả sách bán chạy đã bắt đầu giới thiệu công việc của tôi cho người khác. Tôi lập một bản tin vì tôi không còn thời gian trả lời email của mọi người một cách cá nhân nữa. Cuối cùng tôi viết thư cho nhóm TEDx và hỏi liệu họ có thể gỡ email của tôi khỏi video trực tuyến không.</w:t>
      </w:r>
    </w:p>
    <w:p>
      <w:pPr>
        <w:spacing w:after="80"/>
      </w:pPr>
      <w:r>
        <w:rPr>
          <w:b w:val="0"/>
          <w:i w:val="0"/>
        </w:rPr>
        <w:t>Khi người ta hỏi liệu tôi có bằng tiến sĩ hay tôi có phải nhà trị liệu không, tôi sẽ nói: "Không, tôi học mọi thứ theo cách khó khăn nhất—bằng cách làm hỏng chính cuộc đời mình rồi phải sửa lại nó."</w:t>
      </w:r>
    </w:p>
    <w:p>
      <w:pPr>
        <w:spacing w:after="80"/>
      </w:pPr>
      <w:r>
        <w:rPr>
          <w:b w:val="0"/>
          <w:i w:val="0"/>
        </w:rPr>
        <w:t xml:space="preserve">Trang bị đầy đủ kinh nghiệm, bằng chứng, lời chứng thực và nghiên cứu qua nhiều năm, cuối cùng tôi đã sẵn sàng trình bày lập luận của mình dưới dạng một cuốn sách. Năm 2017, tôi tự xuất bản </w:t>
      </w:r>
      <w:r>
        <w:rPr>
          <w:b w:val="0"/>
          <w:i/>
        </w:rPr>
        <w:t>The 5 Second Rule</w:t>
      </w:r>
      <w:r>
        <w:rPr>
          <w:b w:val="0"/>
          <w:i w:val="0"/>
        </w:rPr>
        <w:t>.</w:t>
      </w:r>
    </w:p>
    <w:p>
      <w:pPr>
        <w:spacing w:after="80"/>
      </w:pPr>
      <w:r>
        <w:rPr>
          <w:b w:val="0"/>
          <w:i/>
        </w:rPr>
        <w:t>The 5 Second Rule</w:t>
      </w:r>
      <w:r>
        <w:rPr>
          <w:b w:val="0"/>
          <w:i w:val="0"/>
        </w:rPr>
        <w:t xml:space="preserve"> sau đó trở thành sách nói tự xuất bản thành công nhất trong lịch sử, và là cuốn sách được đọc nhiều thứ sáu trong năm trên Amazon. Cuốn sách đó đến nay đã được hàng triệu người đọc và được dịch sang 41 ngôn ngữ.</w:t>
      </w:r>
    </w:p>
    <w:p>
      <w:pPr>
        <w:spacing w:after="80"/>
      </w:pPr>
      <w:r>
        <w:rPr>
          <w:b w:val="0"/>
          <w:i w:val="0"/>
        </w:rPr>
        <w:t>Qua nhiều năm đi khắp đất nước để diễn thuyết trên các sân khấu, tôi đã học được ba điều quan trọng: Thứ nhất, hầu hết chúng ta chỉ đang cố gắng hết sức để tiến lên phía trước, trả hóa đơn, nuôi dạy gia đình, yêu thương ai đó, vui vẻ hơn, và đạt được tiềm năng của cuộc đời mình. Chúng ta chỉ đang tìm kiếm những cách đơn giản để hạnh phúc hơn một chút và làm cho cuộc sống của mình tốt đẹp hơn một chút. Và chúng ta không chỉ tìm kiếm những nguồn lực đó cho bản thân—mà còn tìm cho những người trong cuộc sống của mình đang cần chúng nữa.</w:t>
      </w:r>
    </w:p>
    <w:p>
      <w:pPr>
        <w:spacing w:after="80"/>
      </w:pPr>
      <w:r>
        <w:rPr>
          <w:b w:val="0"/>
          <w:i w:val="0"/>
        </w:rPr>
        <w:t>Thứ hai, tôi đã được nghe đi nghe lại rằng tôi có khả năng tuyệt vời này là chưng cất những ý tưởng phức tạp và nghiên cứu khoa học thành những lời khuyên đơn giản, dễ thực hiện mà bất kỳ ai cũng có thể dùng để cải thiện cuộc sống của mình.</w:t>
      </w:r>
    </w:p>
    <w:p>
      <w:pPr>
        <w:spacing w:after="80"/>
      </w:pPr>
      <w:r>
        <w:rPr>
          <w:b w:val="0"/>
          <w:i w:val="0"/>
        </w:rPr>
        <w:t>Và thứ ba, không có gì mang lại cho tôi niềm vui hơn là chia sẻ những gì tôi đang học được với những người như bạn.</w:t>
      </w:r>
    </w:p>
    <w:p>
      <w:pPr>
        <w:spacing w:after="80"/>
      </w:pPr>
      <w:r>
        <w:rPr>
          <w:b w:val="0"/>
          <w:i w:val="0"/>
        </w:rPr>
        <w:t xml:space="preserve">Vì vậy tôi đã đặt cho mình sứ mệnh là tìm ra và chia sẻ thật nhiều công cụ đơn giản để giúp bất kỳ ai tạo nên một cuộc sống tốt đẹp hơn. Và phần "đơn giản" là mấu chốt, bởi vì nếu bạn nhớ được nó, bạn sẽ dùng nó. Ví dụ, bạn có biết rằng đập tay với chính mình trước gương là một trong những cách nhanh nhất để tái lập trình tư duy của bạn cho sự tự tin không? Tôi cũng không biết, và khi tôi biết về nó, tôi đã đào sâu vào nghiên cứu và nó trở thành chủ đề của cuốn sách bán chạy nhất </w:t>
      </w:r>
      <w:r>
        <w:rPr>
          <w:b w:val="0"/>
          <w:i/>
        </w:rPr>
        <w:t>New York Times</w:t>
      </w:r>
      <w:r>
        <w:rPr>
          <w:b w:val="0"/>
          <w:i w:val="0"/>
        </w:rPr>
        <w:t xml:space="preserve"> của tôi, </w:t>
      </w:r>
      <w:r>
        <w:rPr>
          <w:b w:val="0"/>
          <w:i/>
        </w:rPr>
        <w:t>The High 5 Habit</w:t>
      </w:r>
      <w:r>
        <w:rPr>
          <w:b w:val="0"/>
          <w:i w:val="0"/>
        </w:rPr>
        <w:t>.</w:t>
      </w:r>
    </w:p>
    <w:p>
      <w:pPr>
        <w:spacing w:after="80"/>
      </w:pPr>
      <w:r>
        <w:rPr>
          <w:b w:val="0"/>
          <w:i w:val="0"/>
        </w:rPr>
        <w:t>Càng nhiều người đạt được kết quả khi dùng Quy tắc 5 Giây và Thói quen Đập Tay, thì càng nhiều tổ chức, công ty truyền thông và thương hiệu doanh nghiệp yêu cầu tôi tạo ra các chương trình cho đội ngũ và khán giả của họ.</w:t>
      </w:r>
    </w:p>
    <w:p>
      <w:pPr>
        <w:spacing w:after="80"/>
      </w:pPr>
      <w:r>
        <w:rPr>
          <w:b w:val="0"/>
          <w:i w:val="0"/>
        </w:rPr>
        <w:t>Vì vậy tôi đã thành lập 143 Studios, một công ty sản xuất có trụ sở tại Boston chuyên sản xuất nội dung, sự kiện, chuỗi âm thanh, khóa học trực tuyến, sổ tay, sách và chương trình giáo dục phát triển chuyên môn đạt giải thưởng cho các đối tác như Starbucks, Audible, Ulta Beauty, JPMorganChase, LinkedIn và Headspace.</w:t>
      </w:r>
    </w:p>
    <w:p>
      <w:pPr>
        <w:spacing w:after="80"/>
      </w:pPr>
      <w:r>
        <w:rPr>
          <w:b w:val="0"/>
          <w:i w:val="0"/>
        </w:rPr>
        <w:t xml:space="preserve">Năm 2022, chúng tôi ra mắt và bắt đầu sản xuất </w:t>
      </w:r>
      <w:r>
        <w:rPr>
          <w:b w:val="0"/>
          <w:i/>
        </w:rPr>
        <w:t>The Mel Robbins Podcast</w:t>
      </w:r>
      <w:r>
        <w:rPr>
          <w:b w:val="0"/>
          <w:i w:val="0"/>
        </w:rPr>
        <w:t>, chương trình phát sóng ở 194 quốc gia và là một trong những podcast xếp hạng cao nhất trên toàn thế giới. Chúng tôi đã tạo ra những khóa học trực tuyến miễn phí mà hơn một triệu học viên đã hoàn thành. Và cái bản tin nhỏ mà tôi tạo ra ngày nào giờ đây được một triệu rưỡi người đọc hai lần mỗi tuần. Bạn có thể tìm hiểu thêm về công ty sản xuất truyền thông, podcast, bản tin và các khóa học của chúng tôi tại www.melrobbins.com.</w:t>
      </w:r>
    </w:p>
    <w:p>
      <w:pPr>
        <w:spacing w:after="80"/>
      </w:pPr>
      <w:r>
        <w:rPr>
          <w:b w:val="0"/>
          <w:i w:val="0"/>
        </w:rPr>
        <w:t>Với tất cả những gì tôi đã đạt được, tôi không hề có kinh nghiệm trước đó hay bằng cấp "chuẩn mực" nào để theo đuổi. Tôi chỉ tự bắt mình làm thôi.</w:t>
      </w:r>
    </w:p>
    <w:p>
      <w:pPr>
        <w:spacing w:after="80"/>
      </w:pPr>
      <w:r>
        <w:rPr>
          <w:b w:val="0"/>
          <w:i w:val="0"/>
        </w:rPr>
        <w:t>Tôi 41 tuổi khi bị cơn hoảng loạn đó trên sân khấu TEDx. Tôi 46 tuổi khi nhận được tấm séc diễn thuyết đầu tiên. Tôi 49 tuổi khi tự xuất bản cuốn sách đầu tiên của mình. Tôi 50 tuổi khi thành lập công ty sản xuất của mình. Và tôi 54 tuổi khi ra mắt một trong những podcast phát triển nhanh nhất thế giới.</w:t>
      </w:r>
    </w:p>
    <w:p>
      <w:pPr>
        <w:spacing w:after="80"/>
      </w:pPr>
      <w:r>
        <w:rPr>
          <w:b w:val="0"/>
          <w:i w:val="0"/>
        </w:rPr>
        <w:t xml:space="preserve">Cuộc đời tôi không thay đổi vì một việc tôi đã làm; nó thay đổi vì hàng nghìn buổi sáng tôi thức dậy và không muốn ra khỏi giường, nhưng tôi </w:t>
      </w:r>
      <w:r>
        <w:rPr>
          <w:b w:val="0"/>
          <w:i/>
        </w:rPr>
        <w:t>5-4-3-2-1</w:t>
      </w:r>
      <w:r>
        <w:rPr>
          <w:b w:val="0"/>
          <w:i w:val="0"/>
        </w:rPr>
        <w:t xml:space="preserve"> tự bắt mình làm.</w:t>
      </w:r>
    </w:p>
    <w:p>
      <w:pPr>
        <w:pStyle w:val="Heading2"/>
      </w:pPr>
      <w:r>
        <w:rPr>
          <w:rFonts w:ascii="Calibri" w:hAnsi="Calibri"/>
          <w:b/>
          <w:i w:val="0"/>
          <w:sz w:val="32"/>
        </w:rPr>
        <w:t>Thay Đổi Cuộc Đời Tôi Không Hào Nhoáng; Nó Gian Nan Vô Cùng.</w:t>
      </w:r>
    </w:p>
    <w:p>
      <w:pPr>
        <w:spacing w:after="80"/>
      </w:pPr>
      <w:r>
        <w:rPr>
          <w:b w:val="0"/>
          <w:i w:val="0"/>
        </w:rPr>
        <w:t>Tôi không đạt được thành công hay tự do tài chính nhờ một bí mật nào đó. Tôi làm được vì tôi sẵn sàng làm điều mà hầu hết mọi người không chịu làm: tôi thức dậy mỗi ngày, và bất kể tôi cảm thấy thế nào, tôi vẫn kiên trì bào mòn dần các mục tiêu của mình suốt hơn một thập kỷ, một quá trình chậm đến đau đớn.</w:t>
      </w:r>
    </w:p>
    <w:p>
      <w:pPr>
        <w:spacing w:after="80"/>
      </w:pPr>
      <w:r>
        <w:rPr>
          <w:b w:val="0"/>
          <w:i w:val="0"/>
        </w:rPr>
        <w:t>Có những ngày, tất cả những gì tôi tập trung chỉ là cố gắng tốt hơn một chút so với ngày hôm trước. Thường thì đó là tất cả những gì bạn cần làm. Tôi không đặc biệt, không khác biệt, không có năng khiếu, cũng không may mắn; tôi chỉ tìm ra những công cụ hiệu quả với mình và tôi dùng chúng. Ngày nay, toàn bộ sự nghiệp và mục đích sống của tôi là chia sẻ những công cụ đó với bạn.</w:t>
      </w:r>
    </w:p>
    <w:p>
      <w:pPr>
        <w:spacing w:after="80"/>
      </w:pPr>
      <w:r>
        <w:rPr>
          <w:b w:val="0"/>
          <w:i w:val="0"/>
        </w:rPr>
        <w:t>Tôi không nói những điều này để khoe khoang. Tôi nói điều này để cho bạn biết rằng bạn không hề biết mình có thể làm được gì, và tôi cũng vậy. Nhờ hành động, tôi đã đạt được những điều phi thường, và bạn cũng có thể.</w:t>
      </w:r>
    </w:p>
    <w:p>
      <w:pPr>
        <w:spacing w:after="80"/>
      </w:pPr>
      <w:r>
        <w:rPr>
          <w:b w:val="0"/>
          <w:i w:val="0"/>
        </w:rPr>
        <w:t>Bạn sẽ không bao giờ cảm thấy sẵn sàng để thay đổi cuộc đời mình. Một ngày nào đó, bạn chỉ chán ngấy những lý do của chính mình và buộc mình phải làm. Bạn sẽ không bao giờ cảm thấy muốn đến phòng gym. Một ngày nào đó bạn chỉ tự bắt mình đi. Bạn sẽ không bao giờ cảm thấy muốn có cuộc trò chuyện khó khăn đó. Một ngày nào đó bạn chỉ phát ngán vì né tránh nó, và bạn buộc mình bắt đầu. Bạn sẽ không bao giờ cảm thấy muốn tìm một công việc tốt hơn. Một ngày nào đó bạn chỉ tự thúc mình bắt đầu tìm kiếm.</w:t>
      </w:r>
    </w:p>
    <w:p>
      <w:pPr>
        <w:spacing w:after="80"/>
      </w:pPr>
      <w:r>
        <w:rPr>
          <w:b w:val="0"/>
          <w:i/>
        </w:rPr>
        <w:t>5-4-3-2-1</w:t>
      </w:r>
      <w:r>
        <w:rPr>
          <w:b w:val="0"/>
          <w:i w:val="0"/>
        </w:rPr>
        <w:t xml:space="preserve"> sẽ giúp bạn vượt qua những rào cản nội tâm của chính mình và hành động khi bạn không cảm thấy có động lực để làm. Và nếu bạn dùng nó đủ lâu, bạn sẽ sốc vì những gì mình có thể đạt được.</w:t>
      </w:r>
    </w:p>
    <w:p>
      <w:pPr>
        <w:spacing w:after="80"/>
      </w:pPr>
      <w:r>
        <w:rPr>
          <w:b w:val="0"/>
          <w:i w:val="0"/>
        </w:rPr>
        <w:t xml:space="preserve">Quy tắc 5 Giây hiệu quả vì nó giúp bạn thắng cuộc chiến nội tâm với chính mình. Nhưng đây là điều nó không thể làm: Nó không thể xóa bỏ những cuộc chiến bên ngoài mà bạn phải đối mặt mỗi ngày. Dù bạn có đếm </w:t>
      </w:r>
      <w:r>
        <w:rPr>
          <w:b w:val="0"/>
          <w:i/>
        </w:rPr>
        <w:t>5-4-3-2-1</w:t>
      </w:r>
      <w:r>
        <w:rPr>
          <w:b w:val="0"/>
          <w:i w:val="0"/>
        </w:rPr>
        <w:t xml:space="preserve"> bao nhiêu lần đi nữa, nó cũng không ngăn được kẹt xe, những người xa lạ vô tâm, một ông sếp thích kiểm soát từng ly từng tí, hay những lời phán xét không ngừng nghỉ, những màn gây cảm giác tội lỗi, những câu nói móc mỉa và những đòi hỏi từ gia đình bạn. Và có một điều tôi biết chắc, càng nói </w:t>
      </w:r>
      <w:r>
        <w:rPr>
          <w:b w:val="0"/>
          <w:i/>
        </w:rPr>
        <w:t>5-4-3-2-1</w:t>
      </w:r>
      <w:r>
        <w:rPr>
          <w:b w:val="0"/>
          <w:i w:val="0"/>
        </w:rPr>
        <w:t xml:space="preserve"> và thúc đẩy bản thân thay đổi bao nhiêu, bạn càng ước gì người khác cũng thay đổi bấy nhiêu.</w:t>
      </w:r>
    </w:p>
    <w:p>
      <w:pPr>
        <w:spacing w:after="80"/>
      </w:pPr>
      <w:r>
        <w:rPr>
          <w:b w:val="0"/>
          <w:i w:val="0"/>
        </w:rPr>
        <w:t>Điều đó đưa chúng ta đến cuốn sách này.</w:t>
      </w:r>
    </w:p>
    <w:p>
      <w:pPr>
        <w:spacing w:after="80"/>
      </w:pPr>
      <w:r>
        <w:rPr>
          <w:b w:val="0"/>
          <w:i w:val="0"/>
        </w:rPr>
        <w:t>Suốt một thập kỷ qua, tôi đã quá tập trung vào việc khám phá, sáng tạo, giảng dạy và chia sẻ những cách đơn giản để bạn và tôi cải thiện chính mình. Nhưng trong suốt thời gian đó, tôi chưa bao giờ giải quyết yếu tố số một (dựa trên nghiên cứu) quyết định liệu bạn và tôi có sống một cuộc đời khỏe mạnh và hạnh phúc hay không: các mối quan hệ. Đó chính là lúc Lý thuyết Để Họ (Let Them Theory) phát huy tác dụng. Đã đến lúc chúng ta nói về cách đối xử hiệu quả với người khác và bí mật đáng ngạc nhiên để tạo dựng những mối quan hệ tốt đẹp hơn với mọi người trong cuộc đời bạn.</w:t>
      </w:r>
    </w:p>
    <w:p>
      <w:pPr>
        <w:spacing w:after="80"/>
      </w:pPr>
      <w:r>
        <w:rPr>
          <w:b w:val="0"/>
          <w:i w:val="0"/>
        </w:rPr>
        <w:t xml:space="preserve">Hai năm trước, tôi tình cờ bắt gặp hai từ này: </w:t>
      </w:r>
      <w:r>
        <w:rPr>
          <w:b w:val="0"/>
          <w:i/>
        </w:rPr>
        <w:t>Let Them</w:t>
      </w:r>
      <w:r>
        <w:rPr>
          <w:b w:val="0"/>
          <w:i w:val="0"/>
        </w:rPr>
        <w:t>, và nó như bật công tắc trong cuộc đời tôi.</w:t>
      </w:r>
    </w:p>
    <w:p>
      <w:pPr>
        <w:spacing w:after="80"/>
      </w:pPr>
      <w:r>
        <w:rPr>
          <w:b w:val="0"/>
          <w:i w:val="0"/>
        </w:rPr>
        <w:t>Quy tắc 5 Giây đã thay đổi mối quan hệ của tôi với chính mình.</w:t>
      </w:r>
    </w:p>
    <w:p>
      <w:pPr>
        <w:spacing w:after="80"/>
      </w:pPr>
      <w:r>
        <w:rPr>
          <w:b w:val="0"/>
          <w:i w:val="0"/>
        </w:rPr>
        <w:t>Lý thuyết Để Họ đã thay đổi mối quan hệ của tôi với người khác.</w:t>
      </w:r>
    </w:p>
    <w:p>
      <w:pPr>
        <w:spacing w:after="80"/>
      </w:pPr>
      <w:r>
        <w:rPr>
          <w:b w:val="0"/>
          <w:i w:val="0"/>
        </w:rPr>
        <w:t>Để tôi giải thích.</w:t>
      </w:r>
    </w:p>
    <w:p>
      <w:pPr>
        <w:spacing w:after="80"/>
      </w:pPr>
      <w:r>
        <w:rPr>
          <w:b w:val="0"/>
          <w:i w:val="0"/>
        </w:rPr>
        <w:t>Quy tắc 5 Giây là về việc TỰ cải thiện bản thân. Nó sẽ giúp bạn tự đưa MÌNH ra khỏi giường vào những ngày khó khăn, đến phòng gym, ngồi xuống và bắt đầu viết, mở đống hóa đơn chất cao như núi, chấp nhận rủi ro, đăng ký lớp học, cuối cùng nhìn vào sao kê ngân hàng, giặt đống quần áo tồn đọng hai tuần, hay tham gia lớp học lập trình AI mà bạn biết mình cần phải học.</w:t>
      </w:r>
    </w:p>
    <w:p>
      <w:pPr>
        <w:spacing w:after="80"/>
      </w:pPr>
      <w:r>
        <w:rPr>
          <w:b w:val="0"/>
          <w:i w:val="0"/>
        </w:rPr>
        <w:t xml:space="preserve">Mỗi lần bạn đếm </w:t>
      </w:r>
      <w:r>
        <w:rPr>
          <w:b w:val="0"/>
          <w:i/>
        </w:rPr>
        <w:t>5-4-3-2-1</w:t>
      </w:r>
      <w:r>
        <w:rPr>
          <w:b w:val="0"/>
          <w:i w:val="0"/>
        </w:rPr>
        <w:t>, bạn sẽ thúc đẩy CHÍNH MÌNH vượt qua sự do dự, trì hoãn, suy nghĩ quá nhiều và hoài nghi. Bạn sẽ dạy CHÍNH MÌNH cách hành động bất kể bạn cảm thấy thế nào. Đó là lý do nó hiệu quả.</w:t>
      </w:r>
    </w:p>
    <w:p>
      <w:pPr>
        <w:spacing w:after="80"/>
      </w:pPr>
      <w:r>
        <w:rPr>
          <w:b w:val="0"/>
          <w:i w:val="0"/>
        </w:rPr>
        <w:t xml:space="preserve">Nhưng qua nhiều năm, tôi đã tự hỏi, </w:t>
      </w:r>
      <w:r>
        <w:rPr>
          <w:b w:val="0"/>
          <w:i/>
        </w:rPr>
        <w:t>Tại sao mình phải liên tục ép bản thân tiến về phía trước? Tại sao mình sợ thất bại đến vậy? Tại sao mình lo lắng đến thế khi chấp nhận rủi ro? Tại sao mình khó mở lời đòi hỏi điều mình cần? Chính xác thì điều gì đang cản đường mình?</w:t>
      </w:r>
    </w:p>
    <w:p>
      <w:pPr>
        <w:spacing w:after="80"/>
      </w:pPr>
      <w:r>
        <w:rPr>
          <w:b w:val="0"/>
          <w:i w:val="0"/>
        </w:rPr>
        <w:t>Bạn đã bao giờ thực sự dừng lại và tự hỏi mình những câu này chưa: Tại sao bạn do dự? Điều gì khiến bạn trì hoãn? Hay cảm thấy mệt mỏi đến vậy? Hay suy nghĩ quá nhiều về mọi quyết định? Điều gì nằm dưới tất cả sự hoài nghi đó? Điều gì đang ngăn bạn làm những việc mình cần làm hoặc sống cuộc đời theo cách bạn muốn? Bạn đang sợ điều gì?</w:t>
      </w:r>
    </w:p>
    <w:p>
      <w:pPr>
        <w:spacing w:after="80"/>
      </w:pPr>
      <w:r>
        <w:rPr>
          <w:b w:val="0"/>
          <w:i w:val="0"/>
        </w:rPr>
        <w:t>Tôi đã sốc khi khám phá ra câu trả lời cho chính mình: Đó là người khác. Hay đúng hơn, là cách tôi để người khác tác động đến mình. Tôi đã dành quá nhiều thời gian và năng lượng để quản lý hoặc lo lắng về người khác. Họ làm gì, họ nói gì, họ nghĩ gì, họ cảm thấy thế nào, và họ mong đợi gì ở tôi. Thực tế là, dù bạn cố gắng đến đâu hay làm gì đi nữa, bạn cũng không thể kiểm soát người khác. Vậy mà bạn vẫn sống như thể mình có thể.</w:t>
      </w:r>
    </w:p>
    <w:p>
      <w:pPr>
        <w:spacing w:after="80"/>
      </w:pPr>
      <w:r>
        <w:rPr>
          <w:b w:val="0"/>
          <w:i w:val="0"/>
        </w:rPr>
        <w:t>Bạn sống như thể, nếu bạn nói đúng điều, người ta sẽ thích bạn. Nếu bạn cứ nhận thêm việc, sếp sẽ tôn trọng bạn. Nếu bạn hành xử đúng cách, chiều theo điều mẹ bạn muốn, và đồng thời giữ cho bạn bè vui vẻ, thì bằng cách nào đó bạn sẽ tìm thấy bình yên. Bạn sẽ không đâu.</w:t>
      </w:r>
    </w:p>
    <w:p>
      <w:pPr>
        <w:spacing w:after="80"/>
      </w:pPr>
      <w:r>
        <w:rPr>
          <w:b w:val="0"/>
          <w:i w:val="0"/>
        </w:rPr>
        <w:t>Trong cuốn sách này, bạn sẽ học được cách hai từ—</w:t>
      </w:r>
      <w:r>
        <w:rPr>
          <w:b w:val="0"/>
          <w:i/>
        </w:rPr>
        <w:t>Let Them</w:t>
      </w:r>
      <w:r>
        <w:rPr>
          <w:b w:val="0"/>
          <w:i w:val="0"/>
        </w:rPr>
        <w:t>—có thể giải phóng bạn. Giải phóng khỏi những ý kiến, drama và sự phán xét của người khác. Giải phóng khỏi vòng luẩn quẩn mệt mỏi của việc cố quản lý mọi thứ và mọi người xung quanh bạn.</w:t>
      </w:r>
    </w:p>
    <w:p>
      <w:pPr>
        <w:spacing w:after="80"/>
      </w:pPr>
      <w:r>
        <w:rPr>
          <w:b w:val="0"/>
          <w:i w:val="0"/>
        </w:rPr>
        <w:t>Có một cách sống tốt hơn.</w:t>
      </w:r>
    </w:p>
    <w:p>
      <w:pPr>
        <w:spacing w:after="80"/>
      </w:pPr>
      <w:r>
        <w:rPr>
          <w:b w:val="0"/>
          <w:i w:val="0"/>
        </w:rPr>
        <w:t>Lý thuyết Để Họ là một phương pháp đã được chứng minh, dạy bạn cách bảo vệ thời gian và năng lượng của mình, và tập trung vào điều quan trọng với bạn. Bạn đã dành quá lâu để chạy theo sự chấp thuận, quản lý hạnh phúc của người khác, và để ý kiến của họ kìm hãm bạn. Hãy học cách ngừng trao đi quyền lực của mình và bắt đầu tạo dựng một cuộc sống nơi bạn là ưu tiên hàng đầu—những giấc mơ của bạn, mục tiêu của bạn, hạnh phúc của bạn. Nhưng phần tuyệt nhất? Lý thuyết Để Họ không chỉ thay đổi cuộc đời bạn theo hướng tốt đẹp hơn—nó còn biến đổi cuộc sống của mọi người xung quanh bạn nữa.</w:t>
      </w:r>
    </w:p>
    <w:p>
      <w:pPr>
        <w:pStyle w:val="Heading2"/>
      </w:pPr>
      <w:r>
        <w:rPr>
          <w:rFonts w:ascii="Calibri" w:hAnsi="Calibri"/>
          <w:b/>
          <w:i w:val="0"/>
          <w:sz w:val="32"/>
        </w:rPr>
        <w:t>Cuốn sách này sẽ mang lại lợi ích gì cho bạn</w:t>
      </w:r>
    </w:p>
    <w:p>
      <w:pPr>
        <w:spacing w:after="80"/>
      </w:pPr>
      <w:r>
        <w:rPr>
          <w:b w:val="0"/>
          <w:i w:val="0"/>
        </w:rPr>
        <w:t>Cuốn sách này nói về Thuyết Let Them (Let Them Theory) – nó là gì, tại sao nó hiệu quả, và cách áp dụng nó vào tám lĩnh vực quan trọng trong cuộc sống của bạn, nơi bạn đang cố kiểm soát những thứ mà bạn đơn giản là không thể kiểm soát. Sách chứa đầy nghiên cứu, bằng chứng và những câu chuyện về cách bạn có thể áp dụng Thuyết Let Them – và bạn sẽ học được rằng cách tiếp cận này được ủng hộ bởi các triết lý cổ xưa, các phương pháp trị liệu, và những giáo lý cốt lõi của các tôn giáo lớn trên thế giới, chủ nghĩa Khắc kỷ (Stoicism), và các thực hành tâm linh.</w:t>
      </w:r>
    </w:p>
    <w:p>
      <w:pPr>
        <w:spacing w:after="80"/>
      </w:pPr>
      <w:r>
        <w:rPr>
          <w:b w:val="0"/>
          <w:i w:val="0"/>
        </w:rPr>
        <w:t>Mặc dù phần lớn những gì bạn sắp học được đều dựa trên nghiên cứu khoa học, đây không phải là một cuốn sách giáo khoa hay một bài báo học thuật. Cuốn sách này được viết như một hướng dẫn để áp dụng Thuyết Let Them và những nguyên tắc này vào những lĩnh vực quan trọng nhất trong cuộc sống của bạn. Đó là lý do tại sao nó được viết theo cách dễ hiểu, thú vị khi đọc, và đầy ắp những câu chuyện dễ đồng cảm cùng những bài học cụ thể. Thêm vào đó, bạn sẽ tìm thấy phần tóm tắt ở cuối mỗi mục để những điểm chính nằm ngay trong tầm tay, và bạn có thể áp dụng ngay những gì mình đang học.</w:t>
      </w:r>
    </w:p>
    <w:p>
      <w:pPr>
        <w:spacing w:after="80"/>
      </w:pPr>
      <w:r>
        <w:rPr>
          <w:b w:val="0"/>
          <w:i w:val="0"/>
        </w:rPr>
        <w:t>Tôi rất nóng lòng muốn bạn đọc cuốn sách này và áp dụng mọi thứ bạn học được. Bạn sẽ nhanh chóng nhận ra mình đã trói buộc hạnh phúc của mình vào hành vi, quan điểm và cảm xúc của người khác như thế nào. Kết quả là gì? Bạn đã vô tình phá hoại khả năng trở nên hạnh phúc hơn, khỏe mạnh hơn và đạt được điều mình muốn.</w:t>
      </w:r>
    </w:p>
    <w:p>
      <w:pPr>
        <w:spacing w:after="80"/>
      </w:pPr>
      <w:r>
        <w:rPr>
          <w:b w:val="0"/>
          <w:i w:val="0"/>
        </w:rPr>
        <w:t>Điều đó sẽ chấm dứt với cuốn sách này.</w:t>
      </w:r>
    </w:p>
    <w:p>
      <w:pPr>
        <w:spacing w:after="80"/>
      </w:pPr>
      <w:r>
        <w:rPr>
          <w:b w:val="0"/>
          <w:i w:val="0"/>
        </w:rPr>
        <w:t>Nếu bạn có thể tự hứa với bản thân rằng mình sẽ đồng hành cùng tôi suốt cuốn sách này, đọc, tiếp thu và bắt đầu thực hành ngay những gì mình học được, tôi đảm bảo với bạn: Cuộc sống của bạn sẽ dễ dàng hơn một chút và các mối quan hệ của bạn sẽ tốt đẹp hơn rất nhiều.</w:t>
      </w:r>
    </w:p>
    <w:p>
      <w:pPr>
        <w:spacing w:after="80"/>
      </w:pPr>
      <w:r>
        <w:rPr>
          <w:b w:val="0"/>
          <w:i w:val="0"/>
        </w:rPr>
        <w:t xml:space="preserve">Đây sẽ là một trong những trải nghiệm giải phóng và trao quyền tuyệt vời nhất mà bạn từng có. Và tất cả bắt đầu bằng hai từ đơn giản: </w:t>
      </w:r>
      <w:r>
        <w:rPr>
          <w:b w:val="0"/>
          <w:i/>
        </w:rPr>
        <w:t>Let Them</w:t>
      </w:r>
      <w:r>
        <w:rPr>
          <w:b w:val="0"/>
          <w:i w:val="0"/>
        </w:rPr>
        <w:t>.</w:t>
      </w:r>
    </w:p>
    <w:p>
      <w:pPr>
        <w:pStyle w:val="Heading1"/>
      </w:pPr>
      <w:r>
        <w:rPr>
          <w:rFonts w:ascii="Calibri" w:hAnsi="Calibri"/>
          <w:b/>
          <w:i w:val="0"/>
          <w:sz w:val="40"/>
        </w:rPr>
        <w:t>Thuyết Let Them</w:t>
      </w:r>
    </w:p>
    <w:p>
      <w:pPr>
        <w:pStyle w:val="Heading2"/>
      </w:pPr>
      <w:r>
        <w:rPr>
          <w:rFonts w:ascii="Calibri" w:hAnsi="Calibri"/>
          <w:b/>
          <w:i w:val="0"/>
          <w:sz w:val="32"/>
        </w:rPr>
        <w:t>Let Them + Let Me</w:t>
      </w:r>
    </w:p>
    <w:p>
      <w:pPr>
        <w:pStyle w:val="Heading1"/>
      </w:pPr>
      <w:r>
        <w:rPr>
          <w:rFonts w:ascii="Calibri" w:hAnsi="Calibri"/>
          <w:b/>
          <w:i w:val="0"/>
          <w:sz w:val="40"/>
        </w:rPr>
        <w:t>CHƯƠNG 1</w:t>
      </w:r>
    </w:p>
    <w:p>
      <w:pPr>
        <w:pStyle w:val="Heading1"/>
      </w:pPr>
      <w:r>
        <w:rPr>
          <w:rFonts w:ascii="Calibri" w:hAnsi="Calibri"/>
          <w:b/>
          <w:i w:val="0"/>
          <w:sz w:val="40"/>
        </w:rPr>
        <w:t>Ngừng lãng phí cuộc đời vào những thứ bạn không thể kiểm soát</w:t>
      </w:r>
    </w:p>
    <w:p>
      <w:pPr>
        <w:spacing w:after="80"/>
      </w:pPr>
      <w:r>
        <w:rPr>
          <w:b w:val="0"/>
          <w:i w:val="0"/>
        </w:rPr>
        <w:t xml:space="preserve">Nếu bạn đang chật vật để thay đổi cuộc sống, đạt được mục tiêu, hay cảm thấy hạnh phúc hơn, tôi muốn bạn nghe điều này: </w:t>
      </w:r>
      <w:r>
        <w:rPr>
          <w:b w:val="0"/>
          <w:i/>
        </w:rPr>
        <w:t>Vấn đề không phải ở bạn. Vấn đề nằm ở quyền lực mà bạn vô tình trao cho người khác</w:t>
      </w:r>
      <w:r>
        <w:rPr>
          <w:b w:val="0"/>
          <w:i w:val="0"/>
        </w:rPr>
        <w:t>.</w:t>
      </w:r>
    </w:p>
    <w:p>
      <w:pPr>
        <w:spacing w:after="80"/>
      </w:pPr>
      <w:r>
        <w:rPr>
          <w:b w:val="0"/>
          <w:i w:val="0"/>
        </w:rPr>
        <w:t>Tất cả chúng ta đều làm vậy, thường là mà không nhận ra. Bạn mắc sai lầm khi nghĩ rằng nếu mình nói đúng điều, mọi người sẽ hài lòng. Nếu mình cố gắng hết sức, có lẽ người bạn đời sẽ không thất vọng. Nếu mình đủ thân thiện, có lẽ đồng nghiệp sẽ thích mình hơn. Nếu mình giữ hòa khí, có lẽ gia đình sẽ ngừng phán xét những lựa chọn của mình.</w:t>
      </w:r>
    </w:p>
    <w:p>
      <w:pPr>
        <w:spacing w:after="80"/>
      </w:pPr>
      <w:r>
        <w:rPr>
          <w:b w:val="0"/>
          <w:i w:val="0"/>
        </w:rPr>
        <w:t>Tôi biết điều này vì tôi đã từng sống như vậy. Tôi đã dành nhiều năm cố gắng trở thành mọi thứ cho tất cả mọi người, nghĩ rằng nếu mình chỉ cần làm đủ nhiều, nói đúng điều, và giữ cho mọi người vui vẻ, thì cuối cùng mình sẽ cảm thấy hài lòng về bản thân.</w:t>
      </w:r>
    </w:p>
    <w:p>
      <w:pPr>
        <w:spacing w:after="80"/>
      </w:pPr>
      <w:r>
        <w:rPr>
          <w:b w:val="0"/>
          <w:i w:val="0"/>
        </w:rPr>
        <w:t>Nhưng thay vào đó điều gì xảy ra? Bạn làm việc chăm chỉ hơn, cúi mình sâu hơn, và thu nhỏ bản thân lại, vậy mà vẫn có người thất vọng. Vẫn có người chỉ trích. Vẫn còn đó cảm giác rằng dù bạn cố gắng đến đâu, cũng chẳng bao giờ là đủ.</w:t>
      </w:r>
    </w:p>
    <w:p>
      <w:pPr>
        <w:spacing w:after="80"/>
      </w:pPr>
      <w:r>
        <w:rPr>
          <w:b w:val="0"/>
          <w:i w:val="0"/>
        </w:rPr>
        <w:t>Không nhất thiết phải như vậy. Cuốn sách này ở đây để giúp bạn lấy lại quyền lực của mình. Để ngừng lãng phí thời gian, năng lượng và hạnh phúc của bạn vào việc cố kiểm soát những thứ bạn không thể kiểm soát – như quan điểm, tâm trạng hay hành động của người khác – và thay vào đó, tập trung vào một thứ duy nhất bạn có thể kiểm soát: chính bạn.</w:t>
      </w:r>
    </w:p>
    <w:p>
      <w:pPr>
        <w:spacing w:after="80"/>
      </w:pPr>
      <w:r>
        <w:rPr>
          <w:b w:val="0"/>
          <w:i w:val="0"/>
        </w:rPr>
        <w:t>Và đây là điều đáng kinh ngạc: Khi bạn ngừng quản lý người khác, bạn sẽ nhận ra mình có nhiều quyền lực hơn mình tưởng—chỉ là bạn đã vô tình trao nó đi mà không hay biết.</w:t>
      </w:r>
    </w:p>
    <w:p>
      <w:pPr>
        <w:spacing w:after="80"/>
      </w:pPr>
      <w:r>
        <w:rPr>
          <w:b w:val="0"/>
          <w:i w:val="0"/>
        </w:rPr>
        <w:t>Để tôi giới thiệu với bạn ý tưởng đơn giản nhất, thay đổi cuộc đời nhất mà tôi từng khám phá: Học thuyết Cứ Để Họ (Let Them Theory).</w:t>
      </w:r>
    </w:p>
    <w:p>
      <w:pPr>
        <w:pStyle w:val="Heading2"/>
      </w:pPr>
      <w:r>
        <w:rPr>
          <w:rFonts w:ascii="Calibri" w:hAnsi="Calibri"/>
          <w:b/>
          <w:i w:val="0"/>
          <w:sz w:val="32"/>
        </w:rPr>
        <w:t>Học thuyết Cứ Để Họ là gì?</w:t>
      </w:r>
    </w:p>
    <w:p>
      <w:pPr>
        <w:spacing w:after="80"/>
      </w:pPr>
      <w:r>
        <w:rPr>
          <w:b w:val="0"/>
          <w:i w:val="0"/>
        </w:rPr>
        <w:t>Học thuyết Cứ Để Họ nói về sự tự do. Hai từ đơn giản—</w:t>
      </w:r>
      <w:r>
        <w:rPr>
          <w:b w:val="0"/>
          <w:i/>
        </w:rPr>
        <w:t>Cứ Để Họ</w:t>
      </w:r>
      <w:r>
        <w:rPr>
          <w:b w:val="0"/>
          <w:i w:val="0"/>
        </w:rPr>
        <w:t>—sẽ giải phóng bạn khỏi gánh nặng cố gắng quản lý người khác. Khi bạn ngừng ám ảnh về những gì người khác nghĩ, nói hay làm, cuối cùng bạn mới có năng lượng để tập trung vào cuộc sống của chính mình. Bạn ngừng phản ứng và bắt đầu sống.</w:t>
      </w:r>
    </w:p>
    <w:p>
      <w:pPr>
        <w:spacing w:after="80"/>
      </w:pPr>
      <w:r>
        <w:rPr>
          <w:b w:val="0"/>
          <w:i w:val="0"/>
        </w:rPr>
        <w:t xml:space="preserve">Thay vì tự làm mình phát điên khi cố quản lý hay làm hài lòng người khác, bạn sẽ học cách </w:t>
      </w:r>
      <w:r>
        <w:rPr>
          <w:b w:val="0"/>
          <w:i/>
        </w:rPr>
        <w:t>Cứ Để Họ</w:t>
      </w:r>
      <w:r>
        <w:rPr>
          <w:b w:val="0"/>
          <w:i w:val="0"/>
        </w:rPr>
        <w:t>.</w:t>
      </w:r>
    </w:p>
    <w:p>
      <w:pPr>
        <w:spacing w:after="80"/>
      </w:pPr>
      <w:r>
        <w:rPr>
          <w:b w:val="0"/>
          <w:i w:val="0"/>
        </w:rPr>
        <w:t xml:space="preserve">Vậy điều này trông như thế nào? Hãy tưởng tượng bạn đang ở chỗ làm, và đồng nghiệp của bạn đang có tâm trạng tồi tệ. Thay vì để sự tiêu cực của họ ảnh hưởng đến bạn, chỉ cần nói </w:t>
      </w:r>
      <w:r>
        <w:rPr>
          <w:b w:val="0"/>
          <w:i/>
        </w:rPr>
        <w:t>Cứ Để Họ</w:t>
      </w:r>
      <w:r>
        <w:rPr>
          <w:b w:val="0"/>
          <w:i w:val="0"/>
        </w:rPr>
        <w:t>. Cứ để họ cáu kỉnh. Đó không phải là vấn đề của bạn. Hãy tập trung vào công việc và cảm xúc của chính bạn.</w:t>
      </w:r>
    </w:p>
    <w:p>
      <w:pPr>
        <w:spacing w:after="80"/>
      </w:pPr>
      <w:r>
        <w:rPr>
          <w:b w:val="0"/>
          <w:i w:val="0"/>
        </w:rPr>
        <w:t xml:space="preserve">Hoặc có thể bố bạn lại đưa ra một lời nhận xét về những lựa chọn trong cuộc sống của bạn, và nó đập vào bạn như một viên gạch. Thay vì để nó phá hỏng cả ngày của bạn, chỉ cần nói </w:t>
      </w:r>
      <w:r>
        <w:rPr>
          <w:b w:val="0"/>
          <w:i/>
        </w:rPr>
        <w:t>Cứ Để Ông Ấy</w:t>
      </w:r>
      <w:r>
        <w:rPr>
          <w:b w:val="0"/>
          <w:i w:val="0"/>
        </w:rPr>
        <w:t>. Cứ để ông ấy có ý kiến của mình. Chúng không thay đổi con người bạn, những gì bạn đã đạt được, hay quyền của bạn được đưa ra những quyết định khiến bạn hạnh phúc.</w:t>
      </w:r>
    </w:p>
    <w:p>
      <w:pPr>
        <w:spacing w:after="80"/>
      </w:pPr>
      <w:r>
        <w:rPr>
          <w:b w:val="0"/>
          <w:i w:val="0"/>
        </w:rPr>
        <w:t>Sự thật là, người khác không có quyền lực thực sự nào đối với bạn trừ khi bạn trao nó cho họ.</w:t>
      </w:r>
    </w:p>
    <w:p>
      <w:pPr>
        <w:spacing w:after="80"/>
      </w:pPr>
      <w:r>
        <w:rPr>
          <w:b w:val="0"/>
          <w:i w:val="0"/>
        </w:rPr>
        <w:t>Đây là lý do tại sao điều này hiệu quả: Khi bạn ngừng cố kiểm soát những thứ không thuộc về bạn để kiểm soát, bạn ngừng lãng phí năng lượng của mình. Bạn giành lại thời gian, sự an yên trong tâm trí và sự tập trung của mình. Bạn nhận ra rằng hạnh phúc của bạn gắn liền với hành động của bạn, chứ không phải với hành vi, ý kiến hay tâm trạng của người khác.</w:t>
      </w:r>
    </w:p>
    <w:p>
      <w:pPr>
        <w:spacing w:after="80"/>
      </w:pPr>
      <w:r>
        <w:rPr>
          <w:b w:val="0"/>
          <w:i w:val="0"/>
        </w:rPr>
        <w:t xml:space="preserve">Nghe có vẻ đơn giản—và đúng là như vậy. Nhưng tôi nói với bạn, sự thay đổi này sẽ thay đổi mọi thứ. Và, dù nó được gọi là </w:t>
      </w:r>
      <w:r>
        <w:rPr>
          <w:b w:val="0"/>
          <w:i/>
        </w:rPr>
        <w:t>Cứ Để Họ</w:t>
      </w:r>
      <w:r>
        <w:rPr>
          <w:b w:val="0"/>
          <w:i w:val="0"/>
        </w:rPr>
        <w:t>, cuốn sách này nói về BẠN—thời gian và năng lượng của bạn—bởi vì đây là những nguồn tài nguyên quý giá nhất mà bạn có.</w:t>
      </w:r>
    </w:p>
    <w:p>
      <w:pPr>
        <w:spacing w:after="80"/>
      </w:pPr>
      <w:r>
        <w:rPr>
          <w:b w:val="0"/>
          <w:i w:val="0"/>
        </w:rPr>
        <w:t>Học thuyết Cứ Để Họ sẽ dạy bạn rằng bạn càng để người khác sống cuộc sống của họ, cuộc sống của bạn càng tốt hơn. Và, bạn càng để người ta là chính họ, hay cảm nhận điều họ cảm nhận, hay nghĩ điều họ nghĩ, các mối quan hệ của bạn càng tốt đẹp hơn.</w:t>
      </w:r>
    </w:p>
    <w:p>
      <w:pPr>
        <w:spacing w:after="80"/>
      </w:pPr>
      <w:r>
        <w:rPr>
          <w:b w:val="0"/>
          <w:i w:val="0"/>
        </w:rPr>
        <w:t>Học cách để người lớn được làm người lớn đã thay đổi cuộc đời tôi. Và nó cũng sẽ thay đổi cuộc đời bạn, bởi vì khi bạn cuối cùng ngừng trao quyền lực của mình cho người khác, bạn sẽ thấy mình thực sự có bao nhiêu quyền lực.</w:t>
      </w:r>
    </w:p>
    <w:p>
      <w:pPr>
        <w:spacing w:after="80"/>
      </w:pPr>
      <w:r>
        <w:rPr>
          <w:b w:val="0"/>
          <w:i w:val="0"/>
        </w:rPr>
        <w:t>Nhưng có lẽ điều đáng ngạc nhiên nhất về Học thuyết Cứ Để Họ là cách tôi phát hiện ra nó.</w:t>
      </w:r>
    </w:p>
    <w:p>
      <w:pPr>
        <w:spacing w:after="80"/>
      </w:pPr>
      <w:r>
        <w:rPr>
          <w:b w:val="0"/>
          <w:i w:val="0"/>
        </w:rPr>
        <w:t>Tôi gần như thấy xấu hổ khi kể cho bạn câu chuyện này.</w:t>
      </w:r>
    </w:p>
    <w:p>
      <w:pPr>
        <w:spacing w:after="80"/>
      </w:pPr>
      <w:r>
        <w:rPr>
          <w:b w:val="0"/>
          <w:i w:val="0"/>
        </w:rPr>
        <w:t>Tôi đã khám phá ra một điều thay đổi toàn bộ cách tiếp cận cuộc sống của mình tại. . . một buổi dạ hội prom của trường trung học. (Đúng là một câu mà tôi chưa từng nghĩ mình sẽ viết).</w:t>
      </w:r>
    </w:p>
    <w:p>
      <w:pPr>
        <w:pStyle w:val="Heading2"/>
      </w:pPr>
      <w:r>
        <w:rPr>
          <w:rFonts w:ascii="Calibri" w:hAnsi="Calibri"/>
          <w:b/>
          <w:i w:val="0"/>
          <w:sz w:val="32"/>
        </w:rPr>
        <w:t>Buổi Prom Đã Thay Đổi Cuộc Đời Tôi</w:t>
      </w:r>
    </w:p>
    <w:p>
      <w:pPr>
        <w:spacing w:after="80"/>
      </w:pPr>
      <w:r>
        <w:rPr>
          <w:b w:val="0"/>
          <w:i w:val="0"/>
        </w:rPr>
        <w:t>Tôi không biết mấy buổi prom (dạ hội cuối cấp) có gì đặc biệt, nhưng trời ơi, chúng căng thẳng thật sự. Tôi đã trải qua bốn lần với hai cô con gái, nên tôi tưởng buổi prom của cậu con trai Oakley sẽ nhẹ nhàng thôi. Tôi đã nhầm.</w:t>
      </w:r>
    </w:p>
    <w:p>
      <w:pPr>
        <w:spacing w:after="80"/>
      </w:pPr>
      <w:r>
        <w:rPr>
          <w:b w:val="0"/>
          <w:i w:val="0"/>
        </w:rPr>
        <w:t>Hai cô con gái tôi ám ảnh về từng chi tiết suốt bao nhiêu tháng: váy, bạn đi cùng, màn cầu hôn dạ hội, kiểu tóc, xịt nhuộm da, trang điểm, hoa cài ngực, thuê xe buýt, tiệc sau prom. Chuyện chẳng bao giờ kết thúc, và tôi mừng phát điên khi mấy buổi prom của tụi nó cuối cùng cũng xong.</w:t>
      </w:r>
    </w:p>
    <w:p>
      <w:pPr>
        <w:spacing w:after="80"/>
      </w:pPr>
      <w:r>
        <w:rPr>
          <w:b w:val="0"/>
          <w:i w:val="0"/>
        </w:rPr>
        <w:t>Còn cậu con trai tôi thì lại chẳng chắc mình và đám bạn có đi hay không. Mặc cho tôi gặng hỏi, nó chẳng chia sẻ với chúng tôi một chi tiết hay kế hoạch nào cả. (Tôi biết là ai có con trai, có em trai, hay có bạn trai đang gật gù đồng tình với tôi ngay lúc này.)</w:t>
      </w:r>
    </w:p>
    <w:p>
      <w:pPr>
        <w:spacing w:after="80"/>
      </w:pPr>
      <w:r>
        <w:rPr>
          <w:b w:val="0"/>
          <w:i w:val="0"/>
        </w:rPr>
        <w:t>Rồi dĩ nhiên, đúng tuần diễn ra prom, Oakley quyết định là nó muốn đi. Mọi thứ đều gấp gáp vào phút chót—bộ tuxedo, đôi giày sneaker cụ thể nó muốn mang, mọi khâu sắp xếp. Ngay cả việc tìm bạn đi cùng, điều mà hai cô con gái tôi đã khổ sở suốt bao tháng, cũng bị để đến 48 tiếng trước sự kiện lớn.</w:t>
      </w:r>
    </w:p>
    <w:p>
      <w:pPr>
        <w:spacing w:after="80"/>
      </w:pPr>
      <w:r>
        <w:rPr>
          <w:b w:val="0"/>
          <w:i w:val="0"/>
        </w:rPr>
        <w:t>Khi prom cuối cùng cũng đến, thật kỳ diệu, chúng tôi đã lo xong bộ tuxedo, đôi giày tennis, bạn đi cùng, và địa điểm chụp ảnh trước prom. Không hiểu sao chúng tôi còn bị thuyết phục tổ chức luôn tiệc sau prom. Phù!</w:t>
      </w:r>
    </w:p>
    <w:p>
      <w:pPr>
        <w:spacing w:after="80"/>
      </w:pPr>
      <w:r>
        <w:rPr>
          <w:b w:val="0"/>
          <w:i w:val="0"/>
        </w:rPr>
        <w:t>Ngay trước khi chúng tôi cuống cuồng lao ra cửa, chồng tôi, Chris, chỉnh lại chiếc nơ cổ của Oak lần cuối. Con gái chúng tôi, Kendall, đang về nhà nghỉ từ trường đại học, nhìn em trai và nói: "Trông anh TUYỆT quá đi, Oakley."</w:t>
      </w:r>
    </w:p>
    <w:p>
      <w:pPr>
        <w:spacing w:after="80"/>
      </w:pPr>
      <w:r>
        <w:rPr>
          <w:b w:val="0"/>
          <w:i w:val="0"/>
        </w:rPr>
        <w:t>Tôi đứng đó và tận hưởng khoảnh khắc ấy. Cậu ấy đã lớn thành một chàng trai trẻ đẹp trai biết bao. Tôi không thể tin nổi 18 năm trôi qua nhanh đến vậy. Tôi cũng không thể tin nổi Kendall sắp học xong đại học, và con gái Sawyer của chúng tôi đã tốt nghiệp rồi và hiện đang làm việc tại một công ty công nghệ lớn ở Boston.</w:t>
      </w:r>
    </w:p>
    <w:p>
      <w:pPr>
        <w:spacing w:after="80"/>
      </w:pPr>
      <w:r>
        <w:rPr>
          <w:b w:val="0"/>
          <w:i w:val="0"/>
        </w:rPr>
        <w:t>Khi tôi đứng đó trong bếp, tôi để cho sự thật này tràn qua mình: Thời gian đang trôi, và tôi ước nó chậm lại. Đó là sự thật tàn nhẫn về thời gian. Nó sẽ cứ trôi mãi, dù bạn có chậm lại hay không. Thời gian bạn có với những người bạn yêu thương giống như một viên đá đang tan chảy.</w:t>
      </w:r>
    </w:p>
    <w:p>
      <w:pPr>
        <w:spacing w:after="80"/>
      </w:pPr>
      <w:r>
        <w:rPr>
          <w:b w:val="0"/>
          <w:i w:val="0"/>
        </w:rPr>
        <w:t>Một phút, nó còn đó. . . Phút sau, nó đã biến mất.</w:t>
      </w:r>
    </w:p>
    <w:p>
      <w:pPr>
        <w:spacing w:after="80"/>
      </w:pPr>
      <w:r>
        <w:rPr>
          <w:b w:val="0"/>
          <w:i w:val="0"/>
        </w:rPr>
        <w:t>Và đây là sự thật buồn: Bạn và tôi, chúng ta không thể ngăn viên đá tan chảy. Điều duy nhất chúng ta có thể làm là tận dụng tối đa thời gian mình có với những người mình yêu thương khi còn có thể. Trong những khoảnh khắc như thế này, khi tôi thật sự dừng lại và ngẫm nghĩ, tôi luôn cảm thấy hơi buồn.</w:t>
      </w:r>
    </w:p>
    <w:p>
      <w:pPr>
        <w:spacing w:after="80"/>
      </w:pPr>
      <w:r>
        <w:rPr>
          <w:b w:val="0"/>
          <w:i w:val="0"/>
        </w:rPr>
        <w:t>Tôi không biết bạn thế nào, nhưng tôi cảm thấy như mình đang chạy đua qua cuộc đời và không cho phép bản thân thật sự tận hưởng nó. Và tôi bực bội vì những chuyện chẳng quan trọng đến mức phá hỏng những khoảnh khắc ngắn ngủi mình có với những người mình yêu.</w:t>
      </w:r>
    </w:p>
    <w:p>
      <w:pPr>
        <w:spacing w:after="80"/>
      </w:pPr>
      <w:r>
        <w:rPr>
          <w:b w:val="0"/>
          <w:i w:val="0"/>
        </w:rPr>
        <w:t>Tôi có thật sự cần phải căng thẳng đến vậy vì chuyện gấp gáp phút chót và trút giận lên Oakley không? Không.</w:t>
      </w:r>
    </w:p>
    <w:p>
      <w:pPr>
        <w:spacing w:after="80"/>
      </w:pPr>
      <w:r>
        <w:rPr>
          <w:b w:val="0"/>
          <w:i w:val="0"/>
        </w:rPr>
        <w:t>Tôi chắc bạn cũng thấy đồng cảm, dù bạn không có đứa con nào đi prom. Có thể bạn đã để những lời nhận xét từ gia đình phá hỏng cả một kỳ nghỉ cùng nhau, hoặc bị công việc hay học tập cuốn đi đến mức hủy thêm một kế hoạch nữa với bạn bè. Bạn có thể lãng phí bao nhiêu năm cuộc đời vì bị phân tâm bởi những thứ vô nghĩa hay những đêm muộn ở chỗ làm. Thật dễ để bạn căng thẳng đến mức quên mất rằng toàn bộ ý nghĩa là để sống nó.</w:t>
      </w:r>
    </w:p>
    <w:p>
      <w:pPr>
        <w:spacing w:after="80"/>
      </w:pPr>
      <w:r>
        <w:rPr>
          <w:b w:val="0"/>
          <w:i w:val="0"/>
        </w:rPr>
        <w:t>Khi tôi đứng đó trong bếp nhìn Chris chỉnh lại chiếc nơ cổ cho Oakley, tôi chỉ cố gắng tận hưởng trọn vẹn khoảnh khắc ấy. Tôi hít một hơi thật sâu, bước đến chỗ Oak, và ôm nó. Tôi nhìn nó và nói: "Con trông thật bảnh bao."</w:t>
      </w:r>
    </w:p>
    <w:p>
      <w:pPr>
        <w:spacing w:after="80"/>
      </w:pPr>
      <w:r>
        <w:rPr>
          <w:b w:val="0"/>
          <w:i w:val="0"/>
        </w:rPr>
        <w:t>"Cảm ơn Mẹ." Rồi nó nhìn đồng hồ và nói: "Trời ơi, tụi con phải đi rồi!"</w:t>
      </w:r>
    </w:p>
    <w:p>
      <w:pPr>
        <w:spacing w:after="80"/>
      </w:pPr>
      <w:r>
        <w:rPr>
          <w:b w:val="0"/>
          <w:i w:val="0"/>
        </w:rPr>
        <w:t>Và chỉ như thế, khoảnh khắc ấy biến mất, và thời gian lại tiếp tục trôi. Cuộc sống hài hước như vậy đấy. Phút trước bạn còn rưng rưng vì thời gian trôi qua và lũ trẻ đã lớn đến vậy, phút sau bạn đã cuống cuồng chạy khắp nơi tìm chìa khóa và bực bội vì có đứa nào đó lại để bát đĩa trong bồn rửa, LẠI NỮA.</w:t>
      </w:r>
    </w:p>
    <w:p>
      <w:pPr>
        <w:spacing w:after="80"/>
      </w:pPr>
      <w:r>
        <w:rPr>
          <w:b w:val="0"/>
          <w:i w:val="0"/>
        </w:rPr>
        <w:t>Trên đường ra khỏi cửa, tôi mở tủ lạnh và lấy ra chiếc hoa cài ngực xinh đẹp mà tôi đã đặt làm từ tiệm hoa địa phương cho buổi hẹn của Oakley. Thằng bé nhìn một cái rồi nói: "Mẹ, bạn ấy không muốn đeo hoa cài ngực đâu. ĐỪNG mang theo."</w:t>
      </w:r>
    </w:p>
    <w:p>
      <w:pPr>
        <w:spacing w:after="80"/>
      </w:pPr>
      <w:r>
        <w:rPr>
          <w:b w:val="0"/>
          <w:i w:val="0"/>
        </w:rPr>
        <w:t>Tôi nhìn chằm chằm vào nó. "Nhưng nó đẹp thế này mà," tôi nói. "Con chắc chứ?"</w:t>
      </w:r>
    </w:p>
    <w:p>
      <w:pPr>
        <w:spacing w:after="80"/>
      </w:pPr>
      <w:r>
        <w:rPr>
          <w:b w:val="0"/>
          <w:i w:val="0"/>
        </w:rPr>
        <w:t>"Con đã nói với mẹ rồi, bạn ấy bảo không muốn đeo."</w:t>
      </w:r>
    </w:p>
    <w:p>
      <w:pPr>
        <w:spacing w:after="80"/>
      </w:pPr>
      <w:r>
        <w:rPr>
          <w:b w:val="0"/>
          <w:i w:val="0"/>
        </w:rPr>
        <w:t>"Vậy hay là mẹ cứ mang theo, nếu bạn ấy muốn đeo thì đeo... còn không muốn thì thôi?"</w:t>
      </w:r>
    </w:p>
    <w:p>
      <w:pPr>
        <w:spacing w:after="80"/>
      </w:pPr>
      <w:r>
        <w:rPr>
          <w:b w:val="0"/>
          <w:i w:val="0"/>
        </w:rPr>
        <w:t>Nó gắt lên với tôi: "Mẹ, làm ơn đi. Con không muốn mẹ mang theo."</w:t>
      </w:r>
    </w:p>
    <w:p>
      <w:pPr>
        <w:spacing w:after="80"/>
      </w:pPr>
      <w:r>
        <w:rPr>
          <w:b w:val="0"/>
          <w:i w:val="0"/>
        </w:rPr>
        <w:t>Tôi đảo mắt nhìn con gái Kendall của chúng tôi, tìm chút đồng minh. Con bé lắc đầu với tôi và nói: "Mẹ, bỏ đi. Anh ấy đang lo lắng. Anh ấy thật ra không quen cô gái mà anh ấy mời. Đừng ép nữa."</w:t>
      </w:r>
    </w:p>
    <w:p>
      <w:pPr>
        <w:spacing w:after="80"/>
      </w:pPr>
      <w:r>
        <w:rPr>
          <w:b w:val="0"/>
          <w:i w:val="0"/>
        </w:rPr>
        <w:t>Tôi thừa nhận là mình thấy khó chịu và có lẽ còn hơi tổn thương một chút. Tôi đã dành thời gian lướt mạng tìm hiểu xu hướng hoa cho prom, rồi đặt cho bạn hẹn của nó một món thật đỉnh VÀ còn bỏ thời gian lái xe đến lấy và trả tiền. Tôi đây đang cố làm điều gì đó tử tế cho nó, vậy mà thay vì biết ơn, nó lại quát tôi. Thêm nữa, đây là prom đầu tiên của nó—nó thì biết gì chứ?</w:t>
      </w:r>
    </w:p>
    <w:p>
      <w:pPr>
        <w:spacing w:after="80"/>
      </w:pPr>
      <w:r>
        <w:rPr>
          <w:b w:val="0"/>
          <w:i w:val="0"/>
        </w:rPr>
        <w:t>Thế là tôi nhét chiếc hoa cài ngực vào túi xách, và cả nhà ra khỏi cửa đến chỗ mọi người chụp ảnh trước prom. Khi đến nơi, Oakley giới thiệu chúng tôi với bạn hẹn của nó, cô bé lấy ra một bông hoa cài ve áo cho nó và hỏi Chris có thể giúp cô bé ghim vào không. Tôi thì, tất nhiên, không thể nhịn được.</w:t>
      </w:r>
    </w:p>
    <w:p>
      <w:pPr>
        <w:spacing w:after="80"/>
      </w:pPr>
      <w:r>
        <w:rPr>
          <w:b w:val="0"/>
          <w:i w:val="0"/>
        </w:rPr>
        <w:t>Tôi thò tay vào túi xách, lôi chiếc hoa cài ngực ra như thể đó là tấm vé số trúng độc đắc, và nói với cô bé: "Oakley bảo là cháu không muốn gì, nhưng cô đã đặt làm cái này cho cháu để phòng hờ."</w:t>
      </w:r>
    </w:p>
    <w:p>
      <w:pPr>
        <w:spacing w:after="80"/>
      </w:pPr>
      <w:r>
        <w:rPr>
          <w:b w:val="0"/>
          <w:i w:val="0"/>
        </w:rPr>
        <w:t>Oakley liếc tôi một cái, và tôi lập tức ước gì mình đã im miệng. Nó quay sang bạn hẹn với vẻ xin lỗi. "Bạn không cần phải đeo đâu."</w:t>
      </w:r>
    </w:p>
    <w:p>
      <w:pPr>
        <w:spacing w:after="80"/>
      </w:pPr>
      <w:r>
        <w:rPr>
          <w:b w:val="0"/>
          <w:i w:val="0"/>
        </w:rPr>
        <w:t>Cô bé nhìn lại và nói: "Không sao đâu... cháu sẽ đeo."</w:t>
      </w:r>
    </w:p>
    <w:p>
      <w:pPr>
        <w:spacing w:after="80"/>
      </w:pPr>
      <w:r>
        <w:rPr>
          <w:b w:val="0"/>
          <w:i w:val="0"/>
        </w:rPr>
        <w:t>Và đó là lúc tôi nhận ra cô bé đã tự làm một chiếc hoa cài ngực cho mình, mà cô bé đang đeo sẵn trên một cổ tay. Kendall đảo mắt. Chris nhích người. Nếu lúc đó tôi có thể bốc hơi biến mất, tôi đã làm rồi. Oakley giật lấy hộp nhựa từ tay tôi và luồn chiếc hoa cài ngực vào cổ tay còn trống mà cô bé đã tử tế đưa ra. Rồi Chris ghim bông hoa cài ve áo lên bộ tuxedo của Oakley. Chúng tôi chụp vài tấm ảnh, rồi bỗng nhiên trời bắt đầu mưa. Và mưa ở đây ý tôi là... mưa xối xả. Dự báo thời tiết không hề nói có mưa, nên không một ai trong số 20 đứa trẻ mặc đồ dạ hội, hay bố mẹ chúng, có áo mưa HAY ô che.</w:t>
      </w:r>
    </w:p>
    <w:p>
      <w:pPr>
        <w:spacing w:after="80"/>
      </w:pPr>
      <w:r>
        <w:rPr>
          <w:b w:val="0"/>
          <w:i/>
        </w:rPr>
        <w:t>Mấy đứa nhỏ này sẽ bị ƯỚT SŨNG hết mất</w:t>
      </w:r>
      <w:r>
        <w:rPr>
          <w:b w:val="0"/>
          <w:i w:val="0"/>
        </w:rPr>
        <w:t>, tôi nghĩ. Nhưng điều đó dường như chẳng khiến bọn trẻ bận tâm chút nào. Chúng vẫn tiếp tục nói chuyện theo nhóm, và đó là lúc tôi nghe lỏm được chúng nói: "Vậy tụi mình muốn ăn tối ở đâu đây?"</w:t>
      </w:r>
    </w:p>
    <w:p>
      <w:pPr>
        <w:spacing w:after="80"/>
      </w:pPr>
      <w:r>
        <w:rPr>
          <w:b w:val="0"/>
          <w:i w:val="0"/>
        </w:rPr>
        <w:t>Tôi nghiêng người về phía Oakley và thì thầm: "Oak, tụi con không đặt bàn ăn tối trước prom à?"</w:t>
      </w:r>
    </w:p>
    <w:p>
      <w:pPr>
        <w:spacing w:after="80"/>
      </w:pPr>
      <w:r>
        <w:rPr>
          <w:b w:val="0"/>
          <w:i w:val="0"/>
        </w:rPr>
        <w:t>"Không ạ."</w:t>
      </w:r>
    </w:p>
    <w:p>
      <w:pPr>
        <w:spacing w:after="80"/>
      </w:pPr>
      <w:r>
        <w:rPr>
          <w:b w:val="0"/>
          <w:i w:val="0"/>
        </w:rPr>
        <w:t>Tôi nhìn chồng mình và nói: "Tụi nó không đặt bàn ăn tối ư?!"</w:t>
      </w:r>
    </w:p>
    <w:p>
      <w:pPr>
        <w:spacing w:after="80"/>
      </w:pPr>
      <w:r>
        <w:rPr>
          <w:b w:val="0"/>
          <w:i w:val="0"/>
        </w:rPr>
        <w:t>Ông ấy lắc đầu. “Chắc là không.”</w:t>
      </w:r>
    </w:p>
    <w:p>
      <w:pPr>
        <w:spacing w:after="80"/>
      </w:pPr>
      <w:r>
        <w:rPr>
          <w:b w:val="0"/>
          <w:i w:val="0"/>
        </w:rPr>
        <w:t>Điều này có vẻ không làm chồng tôi hay con trai tôi bận tâm. Trời ạ, nhưng nó làm tôi bận tâm kinh khủng. Làm sao mà 20 đứa trẻ lại không có đặt bàn hay kế hoạch ăn uống gì trước buổi prom chứ? Các con gái của chúng tôi đã lo liệu chuyện này từ trước cả mấy tháng.</w:t>
      </w:r>
    </w:p>
    <w:p>
      <w:pPr>
        <w:spacing w:after="80"/>
      </w:pPr>
      <w:r>
        <w:rPr>
          <w:b w:val="0"/>
          <w:i w:val="0"/>
        </w:rPr>
        <w:t>Oak và bạn bè cứ tiếp tục bàn bạc các lựa chọn với nhau như một nhóm. Tôi nhìn họ và nói, “Vậy mấy đứa tính ăn tối ở đâu đây?”</w:t>
      </w:r>
    </w:p>
    <w:p>
      <w:pPr>
        <w:spacing w:after="80"/>
      </w:pPr>
      <w:r>
        <w:rPr>
          <w:b w:val="0"/>
          <w:i w:val="0"/>
        </w:rPr>
        <w:t>Oakley quay sang tôi và nói, theo cái kiểu mà chỉ có mấy cậu con trai tuổi teen mới có, “Con nghĩ tụi con sẽ đi đến Amigos.”</w:t>
      </w:r>
    </w:p>
    <w:p>
      <w:pPr>
        <w:spacing w:after="80"/>
      </w:pPr>
      <w:r>
        <w:rPr>
          <w:b w:val="0"/>
          <w:i w:val="0"/>
        </w:rPr>
        <w:t>Này, Amigos Taqueria là một quán taco nhỏ xinh ở trung tâm thị trấn... nhưng nó chỉ có chừng bốn cái bàn. Cả quán chỉ to bằng cái chòi. Tất cả các bà mẹ đều đứng hình, và ngay cả các ông bố cũng bắt đầu nghi ngờ kế hoạch này. Hai mươi đứa trẻ trong bộ lễ phục trang trọng đang định lao ra ngoài cơn mưa bão này mà không có ô dù hay áo mưa, để đến một quán ăn nhanh mà may ra chỉ có mười đứa chen được vào trong... trước buổi prom ư?! Tôi không thể kìm mình được.</w:t>
      </w:r>
    </w:p>
    <w:p>
      <w:pPr>
        <w:spacing w:after="80"/>
      </w:pPr>
      <w:r>
        <w:rPr>
          <w:b w:val="0"/>
          <w:i w:val="0"/>
        </w:rPr>
        <w:t>Bạn biết cái cảm giác mà cơ thể mình đi trước mình hai bước, và bạn không thể ngăn mình nói hay làm điều gì đó thiếu lý trí chứ? Để bênh vực cho mình, tôi không phải là phụ huynh duy nhất can thiệp. Hàng chục phụ huynh đang vây quanh con mình, cố gắng kiểm soát tình hình. Tôi rút điện thoại ra và bắt đầu tìm kiếm những nhà hàng có thể còn chỗ đặt bàn ngồi cho hai mươi người.</w:t>
      </w:r>
    </w:p>
    <w:p>
      <w:pPr>
        <w:spacing w:after="80"/>
      </w:pPr>
      <w:r>
        <w:rPr>
          <w:b w:val="0"/>
          <w:i w:val="0"/>
        </w:rPr>
        <w:t>Không có gì... Chẳng có gì cả. Tôi có thể cảm nhận Kendall đang nhìn mình. Con bé chỉ đứng đó khi tôi hét lên với các phụ huynh khác, “Tôi không tìm được chỗ đặt bàn nào cả. Tôi sẽ tìm một quán pizza có giao hàng đến đây.”</w:t>
      </w:r>
    </w:p>
    <w:p>
      <w:pPr>
        <w:spacing w:after="80"/>
      </w:pPr>
      <w:r>
        <w:rPr>
          <w:b w:val="0"/>
          <w:i w:val="0"/>
        </w:rPr>
        <w:t>Và đó là lúc con bé đưa tay ra, nắm lấy cánh tay tôi, kéo tôi về phía nó, và nhìn thẳng vào mắt tôi.</w:t>
      </w:r>
    </w:p>
    <w:p>
      <w:pPr>
        <w:spacing w:after="80"/>
      </w:pPr>
      <w:r>
        <w:rPr>
          <w:b w:val="0"/>
          <w:i w:val="0"/>
        </w:rPr>
        <w:t xml:space="preserve">“Mẹ, nếu Oakley và bạn của anh ấy muốn đi đến quán taco trước buổi prom, thì </w:t>
      </w:r>
      <w:r>
        <w:rPr>
          <w:b w:val="0"/>
          <w:i/>
        </w:rPr>
        <w:t>ĐỂ MẶC TỤI NÓ</w:t>
      </w:r>
      <w:r>
        <w:rPr>
          <w:b w:val="0"/>
          <w:i w:val="0"/>
        </w:rPr>
        <w:t>.”</w:t>
      </w:r>
    </w:p>
    <w:p>
      <w:pPr>
        <w:spacing w:after="80"/>
      </w:pPr>
      <w:r>
        <w:rPr>
          <w:b w:val="0"/>
          <w:i w:val="0"/>
        </w:rPr>
        <w:t>“Nhưng quán nhỏ quá, tất cả tụi nó không chen vào hết được; tụi nó sẽ bị ướt sũng cho xem,” tôi nói.</w:t>
      </w:r>
    </w:p>
    <w:p>
      <w:pPr>
        <w:spacing w:after="80"/>
      </w:pPr>
      <w:r>
        <w:rPr>
          <w:b w:val="0"/>
          <w:i w:val="0"/>
        </w:rPr>
        <w:t xml:space="preserve">“Mẹ, </w:t>
      </w:r>
      <w:r>
        <w:rPr>
          <w:b w:val="0"/>
          <w:i/>
        </w:rPr>
        <w:t>ĐỂ MẶC TỤI NÓ</w:t>
      </w:r>
      <w:r>
        <w:rPr>
          <w:b w:val="0"/>
          <w:i w:val="0"/>
        </w:rPr>
        <w:t xml:space="preserve"> bị ướt sũng.”</w:t>
      </w:r>
    </w:p>
    <w:p>
      <w:pPr>
        <w:spacing w:after="80"/>
      </w:pPr>
      <w:r>
        <w:rPr>
          <w:b w:val="0"/>
          <w:i w:val="0"/>
        </w:rPr>
        <w:t>“Nhưng đôi giày thể thao mới của nó sẽ bị hỏng mất.”</w:t>
      </w:r>
    </w:p>
    <w:p>
      <w:pPr>
        <w:spacing w:after="80"/>
      </w:pPr>
      <w:r>
        <w:rPr>
          <w:b w:val="0"/>
          <w:i w:val="0"/>
        </w:rPr>
        <w:t>“</w:t>
      </w:r>
      <w:r>
        <w:rPr>
          <w:b w:val="0"/>
          <w:i/>
        </w:rPr>
        <w:t>ĐỂ MẶC TỤI NÓ</w:t>
      </w:r>
      <w:r>
        <w:rPr>
          <w:b w:val="0"/>
          <w:i w:val="0"/>
        </w:rPr>
        <w:t xml:space="preserve"> bị hỏng.”</w:t>
      </w:r>
    </w:p>
    <w:p>
      <w:pPr>
        <w:spacing w:after="80"/>
      </w:pPr>
      <w:r>
        <w:rPr>
          <w:b w:val="0"/>
          <w:i w:val="0"/>
        </w:rPr>
        <w:t>“Kendall, giày mới tinh đó con!”</w:t>
      </w:r>
    </w:p>
    <w:p>
      <w:pPr>
        <w:spacing w:after="80"/>
      </w:pPr>
      <w:r>
        <w:rPr>
          <w:b w:val="0"/>
          <w:i w:val="0"/>
        </w:rPr>
        <w:t xml:space="preserve">“MẸ! Mẹ đang làm người ta khó chịu đấy. </w:t>
      </w:r>
      <w:r>
        <w:rPr>
          <w:b w:val="0"/>
          <w:i/>
        </w:rPr>
        <w:t>ĐỂ MẶC TỤI NÓ</w:t>
      </w:r>
      <w:r>
        <w:rPr>
          <w:b w:val="0"/>
          <w:i w:val="0"/>
        </w:rPr>
        <w:t xml:space="preserve"> đến buổi prom trong bộ vest và váy ướt nhẹp đi. </w:t>
      </w:r>
      <w:r>
        <w:rPr>
          <w:b w:val="0"/>
          <w:i/>
        </w:rPr>
        <w:t>ĐỂ MẶC TỤI NÓ</w:t>
      </w:r>
      <w:r>
        <w:rPr>
          <w:b w:val="0"/>
          <w:i w:val="0"/>
        </w:rPr>
        <w:t xml:space="preserve"> đi ăn ở đâu tụi nó muốn. Đây là buổi prom của tụi nó. Không phải của mẹ. Mẹ bỏ chuyện này đi.”</w:t>
      </w:r>
    </w:p>
    <w:p>
      <w:pPr>
        <w:spacing w:after="80"/>
      </w:pPr>
      <w:r>
        <w:rPr>
          <w:b w:val="0"/>
          <w:i/>
        </w:rPr>
        <w:t>ĐỂ. MẶC. TỤI. NÓ.</w:t>
      </w:r>
    </w:p>
    <w:p>
      <w:pPr>
        <w:spacing w:after="80"/>
      </w:pPr>
      <w:r>
        <w:rPr>
          <w:b w:val="0"/>
          <w:i w:val="0"/>
        </w:rPr>
        <w:t>Hiệu quả đến ngay lập tức. Có điều gì đó bên trong tôi mềm lại. Tôi có thể cảm thấy sự căng thẳng đang tan biến, đầu óc tôi ngừng quay cuồng, và nỗi căng thẳng vì cố kiểm soát những gì đang diễn ra cũng bốc hơi hết. Tại sao tôi lại cần dính vào chứ? Tại sao tôi phải quản lý tình huống này? Sao không lo xem tối nay mình sẽ ăn gì, thay vì lo cho tụi nó? Tại sao tôi lại căng thẳng vì tụi nó chứ?</w:t>
      </w:r>
    </w:p>
    <w:p>
      <w:pPr>
        <w:spacing w:after="80"/>
      </w:pPr>
      <w:r>
        <w:rPr>
          <w:b w:val="0"/>
          <w:i/>
        </w:rPr>
        <w:t>Để mặc họ</w:t>
      </w:r>
      <w:r>
        <w:rPr>
          <w:b w:val="0"/>
          <w:i w:val="0"/>
        </w:rPr>
        <w:t xml:space="preserve">. Đây là buổi prom của </w:t>
      </w:r>
      <w:r>
        <w:rPr>
          <w:b w:val="0"/>
          <w:i/>
        </w:rPr>
        <w:t>họ</w:t>
      </w:r>
      <w:r>
        <w:rPr>
          <w:b w:val="0"/>
          <w:i w:val="0"/>
        </w:rPr>
        <w:t xml:space="preserve">, không phải của </w:t>
      </w:r>
      <w:r>
        <w:rPr>
          <w:b w:val="0"/>
          <w:i/>
        </w:rPr>
        <w:t>bạn</w:t>
      </w:r>
      <w:r>
        <w:rPr>
          <w:b w:val="0"/>
          <w:i w:val="0"/>
        </w:rPr>
        <w:t xml:space="preserve">. Ngừng kiểm soát hay phán xét, hay quản lý nó đi, và </w:t>
      </w:r>
      <w:r>
        <w:rPr>
          <w:b w:val="0"/>
          <w:i/>
        </w:rPr>
        <w:t>ĐỂ MẶC HỌ</w:t>
      </w:r>
      <w:r>
        <w:rPr>
          <w:b w:val="0"/>
          <w:i w:val="0"/>
        </w:rPr>
        <w:t>.</w:t>
      </w:r>
    </w:p>
    <w:p>
      <w:pPr>
        <w:spacing w:after="80"/>
      </w:pPr>
      <w:r>
        <w:rPr>
          <w:b w:val="0"/>
          <w:i w:val="0"/>
        </w:rPr>
        <w:t>Thế là tôi làm đúng như vậy. Trong khi các phụ huynh khác cứ cố quản lý con mình từng ly từng tí, tôi bước đến chỗ Oakley và mỉm cười. "Giờ sao ạ?" thằng bé hỏi. "Đây là bốn mươi đô cho Amigos," tôi nói với nó. "Chúc con có một buổi prom tuyệt vời."</w:t>
      </w:r>
    </w:p>
    <w:p>
      <w:pPr>
        <w:spacing w:after="80"/>
      </w:pPr>
      <w:r>
        <w:rPr>
          <w:b w:val="0"/>
          <w:i w:val="0"/>
        </w:rPr>
        <w:t>Nó cười tươi rói, ôm tôi một cái thật chặt, và nói: "Cảm ơn Mẹ. Tụi con sẽ làm được."</w:t>
      </w:r>
    </w:p>
    <w:p>
      <w:pPr>
        <w:spacing w:after="80"/>
      </w:pPr>
      <w:r>
        <w:rPr>
          <w:b w:val="0"/>
          <w:i w:val="0"/>
        </w:rPr>
        <w:t>Rồi tôi nhìn Oak và bạn nhảy của nó bước ra khỏi cửa, đi vào cơn mưa tầm tã. Tôi nhìn tụi nó chạy qua cơn bão, bắn bùn lên váy của cô bé và làm hỏng đôi giày thể thao mới của thằng bé. Và tôi chẳng bận tâm. Thật ra, nó còn khá là dễ thương nữa.</w:t>
      </w:r>
    </w:p>
    <w:p>
      <w:pPr>
        <w:spacing w:after="80"/>
      </w:pPr>
      <w:r>
        <w:rPr>
          <w:b w:val="0"/>
          <w:i w:val="0"/>
        </w:rPr>
        <w:t>Tôi đâu ngờ, chỉ một khoảnh khắc đó lại thay đổi tận gốc cách tôi đối diện với cuộc sống.</w:t>
      </w:r>
    </w:p>
    <w:p>
      <w:pPr>
        <w:pStyle w:val="Heading2"/>
      </w:pPr>
      <w:r>
        <w:rPr>
          <w:rFonts w:ascii="Calibri" w:hAnsi="Calibri"/>
          <w:b/>
          <w:i w:val="0"/>
          <w:sz w:val="32"/>
        </w:rPr>
        <w:t>Để Mặc Họ . . . Đúng Là Một Ý Tưởng Tuyệt Vời</w:t>
      </w:r>
    </w:p>
    <w:p>
      <w:pPr>
        <w:spacing w:after="80"/>
      </w:pPr>
      <w:r>
        <w:rPr>
          <w:b w:val="0"/>
          <w:i w:val="0"/>
        </w:rPr>
        <w:t xml:space="preserve">Trong vòng một tuần, tôi không thể tin nổi mình đã cảm thấy khác biệt đến vậy. Tôi bắt đầu nói </w:t>
      </w:r>
      <w:r>
        <w:rPr>
          <w:b w:val="0"/>
          <w:i/>
        </w:rPr>
        <w:t>Để mặc họ</w:t>
      </w:r>
      <w:r>
        <w:rPr>
          <w:b w:val="0"/>
          <w:i w:val="0"/>
        </w:rPr>
        <w:t xml:space="preserve"> mỗi khi cảm thấy căng thẳng, căng cứng, hay bực bội. . . và buồn cười thay, tôi nhận ra hầu như lúc nào cũng là vì người khác.</w:t>
      </w:r>
    </w:p>
    <w:p>
      <w:pPr>
        <w:spacing w:after="80"/>
      </w:pPr>
      <w:r>
        <w:rPr>
          <w:b w:val="0"/>
          <w:i w:val="0"/>
        </w:rPr>
        <w:t>Để mặc họ bán hết bánh bagel ở tiệm bánh.</w:t>
      </w:r>
    </w:p>
    <w:p>
      <w:pPr>
        <w:spacing w:after="80"/>
      </w:pPr>
      <w:r>
        <w:rPr>
          <w:b w:val="0"/>
          <w:i w:val="0"/>
        </w:rPr>
        <w:t>Để mặc Oakley giận vì tối nay tôi không cho nó đi chơi khuya.</w:t>
      </w:r>
    </w:p>
    <w:p>
      <w:pPr>
        <w:spacing w:after="80"/>
      </w:pPr>
      <w:r>
        <w:rPr>
          <w:b w:val="0"/>
          <w:i w:val="0"/>
        </w:rPr>
        <w:t>Để mặc bà đọc tin tức thành tiếng: "Con có nghe vụ này chưa. . .?"</w:t>
      </w:r>
    </w:p>
    <w:p>
      <w:pPr>
        <w:spacing w:after="80"/>
      </w:pPr>
      <w:r>
        <w:rPr>
          <w:b w:val="0"/>
          <w:i w:val="0"/>
        </w:rPr>
        <w:t>Để mặc họ làm đường trong giờ đi làm sáng thứ Hai.</w:t>
      </w:r>
    </w:p>
    <w:p>
      <w:pPr>
        <w:spacing w:after="80"/>
      </w:pPr>
      <w:r>
        <w:rPr>
          <w:b w:val="0"/>
          <w:i w:val="0"/>
        </w:rPr>
        <w:t>Để mặc họ bỏ bát đĩa trong bồn rửa.</w:t>
      </w:r>
    </w:p>
    <w:p>
      <w:pPr>
        <w:spacing w:after="80"/>
      </w:pPr>
      <w:r>
        <w:rPr>
          <w:b w:val="0"/>
          <w:i w:val="0"/>
        </w:rPr>
        <w:t>Để mặc con chó nhà hàng xóm sủa cả ngày.</w:t>
      </w:r>
    </w:p>
    <w:p>
      <w:pPr>
        <w:spacing w:after="80"/>
      </w:pPr>
      <w:r>
        <w:rPr>
          <w:b w:val="0"/>
          <w:i w:val="0"/>
        </w:rPr>
        <w:t>Để mặc gia đình tôi trễ giờ trong mọi thứ chúng tôi đi.</w:t>
      </w:r>
    </w:p>
    <w:p>
      <w:pPr>
        <w:spacing w:after="80"/>
      </w:pPr>
      <w:r>
        <w:rPr>
          <w:b w:val="0"/>
          <w:i w:val="0"/>
        </w:rPr>
        <w:t>Để mặc họ hàng tôi phán xét nghề nghiệp của tôi.</w:t>
      </w:r>
    </w:p>
    <w:p>
      <w:pPr>
        <w:spacing w:after="80"/>
      </w:pPr>
      <w:r>
        <w:rPr>
          <w:b w:val="0"/>
          <w:i w:val="0"/>
        </w:rPr>
        <w:t>Hãy để người ta ghét tấm ảnh tôi vừa đăng lên mạng.</w:t>
      </w:r>
    </w:p>
    <w:p>
      <w:pPr>
        <w:spacing w:after="80"/>
      </w:pPr>
      <w:r>
        <w:rPr>
          <w:b w:val="0"/>
          <w:i w:val="0"/>
        </w:rPr>
        <w:t>Hãy để mẹ chồng tôi không đồng tình với cách tôi nuôi dạy con.</w:t>
      </w:r>
    </w:p>
    <w:p>
      <w:pPr>
        <w:spacing w:after="80"/>
      </w:pPr>
      <w:r>
        <w:rPr>
          <w:b w:val="0"/>
          <w:i w:val="0"/>
        </w:rPr>
        <w:t xml:space="preserve">Hai từ đơn giản: </w:t>
      </w:r>
      <w:r>
        <w:rPr>
          <w:b w:val="0"/>
          <w:i/>
        </w:rPr>
        <w:t>Let Them</w:t>
      </w:r>
      <w:r>
        <w:rPr>
          <w:b w:val="0"/>
          <w:i w:val="0"/>
        </w:rPr>
        <w:t>, đã thay đổi mọi thứ. Cứ như thể tôi chẳng bận tâm và kỳ lạ thay lại đứng trên tất cả mọi chuyện. Những điều từng làm tôi khó chịu thì. . . không còn làm tôi khó chịu nữa. Những người từng khiến tôi bực mình. . . cũng không còn khiến tôi bực mình nữa. Sự nắm giữ chặt chẽ mà tôi từng có với cuộc đời mình bắt đầu lỏng ra. Những tình huống ở chỗ làm từng khiến tôi căng thẳng hay phải về nhà than vãn với gia đình thì giờ trôi tuột qua vai tôi. Khoảng không trong đầu từng tràn ngập những lo lắng ngớ ngẩn, bực bội và drama giờ đã có chỗ trống cho những điều quan trọng hơn.</w:t>
      </w:r>
    </w:p>
    <w:p>
      <w:pPr>
        <w:spacing w:after="80"/>
      </w:pPr>
      <w:r>
        <w:rPr>
          <w:b w:val="0"/>
          <w:i w:val="0"/>
        </w:rPr>
        <w:t xml:space="preserve">Càng nói </w:t>
      </w:r>
      <w:r>
        <w:rPr>
          <w:b w:val="0"/>
          <w:i/>
        </w:rPr>
        <w:t>Let Them</w:t>
      </w:r>
      <w:r>
        <w:rPr>
          <w:b w:val="0"/>
          <w:i w:val="0"/>
        </w:rPr>
        <w:t>, tôi càng nhận ra rằng nhiều điều tôi từng lo lắng không đáng để tôi bỏ thời gian, cũng không đáng để tôi dành sự chú ý. Và không phải ai cũng đáng để tôi bỏ năng lượng. Cảm giác thật là giải phóng.</w:t>
      </w:r>
    </w:p>
    <w:p>
      <w:pPr>
        <w:spacing w:after="80"/>
      </w:pPr>
      <w:r>
        <w:rPr>
          <w:b w:val="0"/>
          <w:i w:val="0"/>
        </w:rPr>
        <w:t xml:space="preserve">Càng nói </w:t>
      </w:r>
      <w:r>
        <w:rPr>
          <w:b w:val="0"/>
          <w:i/>
        </w:rPr>
        <w:t>Let Them</w:t>
      </w:r>
      <w:r>
        <w:rPr>
          <w:b w:val="0"/>
          <w:i w:val="0"/>
        </w:rPr>
        <w:t>, tôi càng có nhiều thời gian cho chính mình. Thời gian để suy nghĩ. Thời gian để thở. Thời gian để vui chơi. Thời gian để dành cho những điều quan trọng với tôi. Thời gian để chăm sóc bản thân.</w:t>
      </w:r>
    </w:p>
    <w:p>
      <w:pPr>
        <w:spacing w:after="80"/>
      </w:pPr>
      <w:r>
        <w:rPr>
          <w:b w:val="0"/>
          <w:i w:val="0"/>
        </w:rPr>
        <w:t xml:space="preserve">Tôi cảm thấy thoải mái, hạnh phúc và cân bằng. Tác động của nó là không thể phủ nhận. Ngay cả Chris cũng nhận ra: "Em có vẻ khác rồi." Và sự thật là, tôi thấy mình khác thật. Tôi thấy tốt đến mức chỉ muốn chia sẻ </w:t>
      </w:r>
      <w:r>
        <w:rPr>
          <w:b w:val="0"/>
          <w:i/>
        </w:rPr>
        <w:t>Let Them</w:t>
      </w:r>
      <w:r>
        <w:rPr>
          <w:b w:val="0"/>
          <w:i w:val="0"/>
        </w:rPr>
        <w:t xml:space="preserve"> lên mạng. Thế là tôi đăng một video dài 60 giây giải thích về Let Them Theory lên mạng xã hội. Đây là những gì tôi đã nói:</w:t>
      </w:r>
    </w:p>
    <w:p>
      <w:pPr>
        <w:spacing w:after="80"/>
      </w:pPr>
      <w:r>
        <w:rPr>
          <w:b w:val="0"/>
          <w:i w:val="0"/>
        </w:rPr>
        <w:t xml:space="preserve">Nếu bạn bè không rủ bạn đi ăn brunch cuối tuần này, </w:t>
      </w:r>
      <w:r>
        <w:rPr>
          <w:b w:val="0"/>
          <w:i/>
        </w:rPr>
        <w:t>Let Them</w:t>
      </w:r>
      <w:r>
        <w:rPr>
          <w:b w:val="0"/>
          <w:i w:val="0"/>
        </w:rPr>
        <w:t xml:space="preserve">. Nếu người mà bạn thực sự bị thu hút không muốn cam kết, </w:t>
      </w:r>
      <w:r>
        <w:rPr>
          <w:b w:val="0"/>
          <w:i/>
        </w:rPr>
        <w:t>Let Them</w:t>
      </w:r>
      <w:r>
        <w:rPr>
          <w:b w:val="0"/>
          <w:i w:val="0"/>
        </w:rPr>
        <w:t xml:space="preserve">. Nếu con bạn không muốn dậy và đi cùng bạn đến chỗ đó trong tuần này, </w:t>
      </w:r>
      <w:r>
        <w:rPr>
          <w:b w:val="0"/>
          <w:i/>
        </w:rPr>
        <w:t>Let Them</w:t>
      </w:r>
      <w:r>
        <w:rPr>
          <w:b w:val="0"/>
          <w:i w:val="0"/>
        </w:rPr>
        <w:t xml:space="preserve">. Bao nhiêu thời gian và năng lượng bị lãng phí để ép người khác phải khớp với kỳ vọng của chúng ta. Và sự thật là, nếu ai đó—một người bạn đang hẹn hò, một đối tác làm ăn, một thành viên trong gia đình—nếu họ không xuất hiện theo cách bạn cần họ xuất hiện, thì đừng cố ép họ thay đổi. </w:t>
      </w:r>
      <w:r>
        <w:rPr>
          <w:b w:val="0"/>
          <w:i/>
        </w:rPr>
        <w:t>Let Them</w:t>
      </w:r>
      <w:r>
        <w:rPr>
          <w:b w:val="0"/>
          <w:i w:val="0"/>
        </w:rPr>
        <w:t xml:space="preserve"> được là chính họ, bởi vì họ đang cho bạn thấy con người thật của họ. Cứ </w:t>
      </w:r>
      <w:r>
        <w:rPr>
          <w:b w:val="0"/>
          <w:i/>
        </w:rPr>
        <w:t>Let Them</w:t>
      </w:r>
      <w:r>
        <w:rPr>
          <w:b w:val="0"/>
          <w:i w:val="0"/>
        </w:rPr>
        <w:t xml:space="preserve"> và rồi bạn được quyền chọn điều bạn làm tiếp theo.</w:t>
      </w:r>
    </w:p>
    <w:p>
      <w:pPr>
        <w:spacing w:after="80"/>
      </w:pPr>
      <w:r>
        <w:rPr>
          <w:b w:val="0"/>
          <w:i w:val="0"/>
        </w:rPr>
        <w:t>Trong vòng 24 giờ, hơn 15 triệu người đã xem nó. Trong vòng một tuần, 60 triệu, và có hàng chục nghìn bình luận trên video. Các hãng tin bắt đầu viết bài về lý thuyết này và mức độ hiệu quả của nó. Người khắp thế giới bắt đầu tràn vào DM và hộp thư của tôi với câu hỏi, câu chuyện và ví dụ về cách họ đang áp dụng nó. Các nhà tâm lý học và trị liệu viết bài blog về nó.</w:t>
      </w:r>
    </w:p>
    <w:p>
      <w:pPr>
        <w:spacing w:after="80"/>
      </w:pPr>
      <w:r>
        <w:rPr>
          <w:b w:val="0"/>
          <w:i w:val="0"/>
        </w:rPr>
        <w:t>Tôi choáng ngợp trước phản hồi tức thì đến mức đã ghi một tập podcast về lý thuyết này và trải nghiệm của tôi khi áp dụng nó. Tập đó có đời sống riêng của nó. Nó được chia sẻ nhiều đến mức Apple xếp nó là tập podcast được chia sẻ nhiều thứ sáu trong năm, trên toàn cầu.</w:t>
      </w:r>
    </w:p>
    <w:p>
      <w:pPr>
        <w:spacing w:after="80"/>
      </w:pPr>
      <w:r>
        <w:rPr>
          <w:b w:val="0"/>
          <w:i w:val="0"/>
        </w:rPr>
        <w:t xml:space="preserve">Đó mới chỉ là khởi đầu, bởi vì sau đó những hình xăm </w:t>
      </w:r>
      <w:r>
        <w:rPr>
          <w:b w:val="0"/>
          <w:i/>
        </w:rPr>
        <w:t>Let Them</w:t>
      </w:r>
      <w:r>
        <w:rPr>
          <w:b w:val="0"/>
          <w:i w:val="0"/>
        </w:rPr>
        <w:t xml:space="preserve"> bắt đầu ập đến!</w:t>
      </w:r>
    </w:p>
    <w:p>
      <w:pPr>
        <w:jc w:val="center"/>
      </w:pPr>
      <w:r>
        <w:drawing>
          <wp:inline xmlns:a="http://schemas.openxmlformats.org/drawingml/2006/main" xmlns:pic="http://schemas.openxmlformats.org/drawingml/2006/picture">
            <wp:extent cx="5486400" cy="5118035"/>
            <wp:docPr id="4" name="Picture 4"/>
            <wp:cNvGraphicFramePr>
              <a:graphicFrameLocks noChangeAspect="1"/>
            </wp:cNvGraphicFramePr>
            <a:graphic>
              <a:graphicData uri="http://schemas.openxmlformats.org/drawingml/2006/picture">
                <pic:pic>
                  <pic:nvPicPr>
                    <pic:cNvPr id="0" name="p37.jpg"/>
                    <pic:cNvPicPr/>
                  </pic:nvPicPr>
                  <pic:blipFill>
                    <a:blip r:embed="rId12"/>
                    <a:stretch>
                      <a:fillRect/>
                    </a:stretch>
                  </pic:blipFill>
                  <pic:spPr>
                    <a:xfrm>
                      <a:off x="0" y="0"/>
                      <a:ext cx="5486400" cy="5118035"/>
                    </a:xfrm>
                    <a:prstGeom prst="rect"/>
                  </pic:spPr>
                </pic:pic>
              </a:graphicData>
            </a:graphic>
          </wp:inline>
        </w:drawing>
      </w:r>
    </w:p>
    <w:p>
      <w:pPr>
        <w:spacing w:after="80"/>
      </w:pPr>
      <w:r>
        <w:rPr>
          <w:b w:val="0"/>
          <w:i w:val="0"/>
        </w:rPr>
        <w:t xml:space="preserve">Rất nhiều hình xăm </w:t>
      </w:r>
      <w:r>
        <w:rPr>
          <w:b w:val="0"/>
          <w:i/>
        </w:rPr>
        <w:t>Let Them</w:t>
      </w:r>
      <w:r>
        <w:rPr>
          <w:b w:val="0"/>
          <w:i w:val="0"/>
        </w:rPr>
        <w:t>. . .</w:t>
      </w:r>
    </w:p>
    <w:p>
      <w:pPr>
        <w:jc w:val="center"/>
      </w:pPr>
      <w:r>
        <w:drawing>
          <wp:inline xmlns:a="http://schemas.openxmlformats.org/drawingml/2006/main" xmlns:pic="http://schemas.openxmlformats.org/drawingml/2006/picture">
            <wp:extent cx="5268231" cy="8229599"/>
            <wp:docPr id="5" name="Picture 5"/>
            <wp:cNvGraphicFramePr>
              <a:graphicFrameLocks noChangeAspect="1"/>
            </wp:cNvGraphicFramePr>
            <a:graphic>
              <a:graphicData uri="http://schemas.openxmlformats.org/drawingml/2006/picture">
                <pic:pic>
                  <pic:nvPicPr>
                    <pic:cNvPr id="0" name="p38.jpg"/>
                    <pic:cNvPicPr/>
                  </pic:nvPicPr>
                  <pic:blipFill>
                    <a:blip r:embed="rId13"/>
                    <a:stretch>
                      <a:fillRect/>
                    </a:stretch>
                  </pic:blipFill>
                  <pic:spPr>
                    <a:xfrm>
                      <a:off x="0" y="0"/>
                      <a:ext cx="5268231" cy="8229599"/>
                    </a:xfrm>
                    <a:prstGeom prst="rect"/>
                  </pic:spPr>
                </pic:pic>
              </a:graphicData>
            </a:graphic>
          </wp:inline>
        </w:drawing>
      </w:r>
    </w:p>
    <w:p>
      <w:pPr>
        <w:jc w:val="center"/>
      </w:pPr>
      <w:r>
        <w:drawing>
          <wp:inline xmlns:a="http://schemas.openxmlformats.org/drawingml/2006/main" xmlns:pic="http://schemas.openxmlformats.org/drawingml/2006/picture">
            <wp:extent cx="5250656" cy="8229600"/>
            <wp:docPr id="6" name="Picture 6"/>
            <wp:cNvGraphicFramePr>
              <a:graphicFrameLocks noChangeAspect="1"/>
            </wp:cNvGraphicFramePr>
            <a:graphic>
              <a:graphicData uri="http://schemas.openxmlformats.org/drawingml/2006/picture">
                <pic:pic>
                  <pic:nvPicPr>
                    <pic:cNvPr id="0" name="p39.jpg"/>
                    <pic:cNvPicPr/>
                  </pic:nvPicPr>
                  <pic:blipFill>
                    <a:blip r:embed="rId14"/>
                    <a:stretch>
                      <a:fillRect/>
                    </a:stretch>
                  </pic:blipFill>
                  <pic:spPr>
                    <a:xfrm>
                      <a:off x="0" y="0"/>
                      <a:ext cx="5250656" cy="8229600"/>
                    </a:xfrm>
                    <a:prstGeom prst="rect"/>
                  </pic:spPr>
                </pic:pic>
              </a:graphicData>
            </a:graphic>
          </wp:inline>
        </w:drawing>
      </w:r>
    </w:p>
    <w:p>
      <w:pPr>
        <w:spacing w:after="80"/>
      </w:pPr>
      <w:r>
        <w:rPr>
          <w:b/>
          <w:i/>
        </w:rPr>
        <w:t>Let Them</w:t>
      </w:r>
      <w:r>
        <w:rPr>
          <w:b/>
          <w:i w:val="0"/>
        </w:rPr>
        <w:t xml:space="preserve"> cho đến nay là điều mạnh mẽ nhất tôi từng khám phá.</w:t>
      </w:r>
      <w:r>
        <w:rPr>
          <w:b w:val="0"/>
          <w:i w:val="0"/>
        </w:rPr>
        <w:t xml:space="preserve"> Việc người khắp thế giới đi xăm vĩnh viễn </w:t>
      </w:r>
      <w:r>
        <w:rPr>
          <w:b w:val="0"/>
          <w:i/>
        </w:rPr>
        <w:t>Let Them</w:t>
      </w:r>
      <w:r>
        <w:rPr>
          <w:b w:val="0"/>
          <w:i w:val="0"/>
        </w:rPr>
        <w:t xml:space="preserve"> lên cơ thể mình thật sự là điều đã truyền cảm hứng cho tôi viết cuốn sách này. Tôi phải hiểu vì sao hai từ này lại có tác động tức thì, sâu sắc và phổ quát đến vậy với bao nhiêu người.</w:t>
      </w:r>
    </w:p>
    <w:p>
      <w:pPr>
        <w:pStyle w:val="Heading2"/>
      </w:pPr>
      <w:r>
        <w:rPr>
          <w:rFonts w:ascii="Calibri" w:hAnsi="Calibri"/>
          <w:b/>
          <w:i w:val="0"/>
          <w:sz w:val="32"/>
        </w:rPr>
        <w:t>Nghiên cứu về lý thuyết này</w:t>
      </w:r>
    </w:p>
    <w:p>
      <w:pPr>
        <w:spacing w:after="80"/>
      </w:pPr>
      <w:r>
        <w:rPr>
          <w:b w:val="0"/>
          <w:i w:val="0"/>
        </w:rPr>
        <w:t>Tôi đã dành hai năm qua để nghiên cứu Let Them Theory: vì sao nó hiệu quả, và cách bạn có thể dùng nó để thay đổi cuộc đời mình và cải thiện các mối quan hệ với người khác.</w:t>
      </w:r>
    </w:p>
    <w:p>
      <w:pPr>
        <w:spacing w:after="80"/>
      </w:pPr>
      <w:r>
        <w:rPr>
          <w:b w:val="0"/>
          <w:i w:val="0"/>
        </w:rPr>
        <w:t>Khi viết cuốn sách này, tôi đã trò chuyện với nhiều chuyên gia hàng đầu thế giới về tâm lý học, khoa học thần kinh, khoa học hành vi, các mối quan hệ, căng thẳng và hạnh phúc. Bạn sẽ gặp họ khi đọc cuốn sách, và nghiên cứu của họ sẽ giúp bạn áp dụng lý thuyết này trong vô số tình huống của cuộc đời mình. Như bạn sắp thấy, khoa học đã rõ ràng: Thứ này hiệu quả. Và nó hiệu quả thật sự rất tốt.</w:t>
      </w:r>
    </w:p>
    <w:p>
      <w:pPr>
        <w:spacing w:after="80"/>
      </w:pPr>
      <w:r>
        <w:rPr>
          <w:b w:val="0"/>
          <w:i w:val="0"/>
        </w:rPr>
        <w:t xml:space="preserve">Nhưng cuốn sách này không chỉ giới thiệu cho bạn Let Them Theory. Nó nói về một quy luật nền tảng của bản chất con người: </w:t>
      </w:r>
      <w:r>
        <w:rPr>
          <w:b w:val="0"/>
          <w:i/>
        </w:rPr>
        <w:t>Mọi con người đều có nhu cầu kiểm soát được lập trình sẵn trong bản năng</w:t>
      </w:r>
      <w:r>
        <w:rPr>
          <w:b w:val="0"/>
          <w:i w:val="0"/>
        </w:rPr>
        <w:t>.</w:t>
      </w:r>
    </w:p>
    <w:p>
      <w:pPr>
        <w:spacing w:after="80"/>
      </w:pPr>
      <w:r>
        <w:rPr>
          <w:b w:val="0"/>
          <w:i w:val="0"/>
        </w:rPr>
        <w:t>Tất cả chúng ta đều có một khao khát bẩm sinh là kiểm soát mọi thứ trong cuộc sống: thời gian, suy nghĩ, hành động, môi trường, kế hoạch, tương lai, quyết định và cả những gì xung quanh mình. Cảm giác được kiểm soát khiến bạn thấy thoải mái và an toàn, nên đương nhiên bạn cố gắng kiểm soát mọi người và mọi thứ quanh mình—thường là mà chẳng hề nhận ra.</w:t>
      </w:r>
    </w:p>
    <w:p>
      <w:pPr>
        <w:spacing w:after="80"/>
      </w:pPr>
      <w:r>
        <w:rPr>
          <w:b w:val="0"/>
          <w:i w:val="0"/>
        </w:rPr>
        <w:t xml:space="preserve">Nhưng sự thật là, có một thứ bạn sẽ mãi mãi không thể kiểm soát được. Dù bạn có cố gắng đến đâu, bạn cũng sẽ không bao giờ kiểm soát hay thay đổi được người khác. Người duy nhất bạn kiểm soát được chính là </w:t>
      </w:r>
      <w:r>
        <w:rPr>
          <w:b w:val="0"/>
          <w:i/>
        </w:rPr>
        <w:t>bạn</w:t>
      </w:r>
      <w:r>
        <w:rPr>
          <w:b w:val="0"/>
          <w:i w:val="0"/>
        </w:rPr>
        <w:t>. Suy nghĩ của bạn, hành động của bạn, cảm xúc của bạn.</w:t>
      </w:r>
    </w:p>
    <w:p>
      <w:pPr>
        <w:spacing w:after="80"/>
      </w:pPr>
      <w:r>
        <w:rPr>
          <w:b w:val="0"/>
          <w:i w:val="0"/>
        </w:rPr>
        <w:t>Đã quá lâu rồi bạn cứ chống lại quy luật cơ bản này của bản tính con người. Bạn cứ cố gắng thay đổi người khác, đấu tranh để kiểm soát mọi tình huống, lo lắng về những gì người ta nói, nghĩ hay làm; và chính vì thế, bạn đã tạo ra căng thẳng, áp lực và xích mích không cần thiết cho bản thân và trong các mối quan hệ của mình. Tôi cũng từng như vậy.</w:t>
      </w:r>
    </w:p>
    <w:p>
      <w:pPr>
        <w:spacing w:after="80"/>
      </w:pPr>
      <w:r>
        <w:rPr>
          <w:b w:val="0"/>
          <w:i w:val="0"/>
        </w:rPr>
        <w:t>Học thuyết Let Them (Cứ Để Họ) đã thay đổi hoàn toàn cách tôi sống và cách tôi đối xử với người khác. Thay vì chống lại dòng chảy tự nhiên của bản tính con người, tôi học cách đón nhận nó. Thay vì lãng phí năng lượng vào những thứ mình không kiểm soát được—những gì người khác nói, nghĩ và làm—tôi dồn hết năng lượng vào thứ mình kiểm soát được: chính tôi.</w:t>
      </w:r>
    </w:p>
    <w:p>
      <w:pPr>
        <w:spacing w:after="80"/>
      </w:pPr>
      <w:r>
        <w:rPr>
          <w:b w:val="0"/>
          <w:i w:val="0"/>
        </w:rPr>
        <w:t>Kết quả thế nào? Tôi có được quyền kiểm soát cuộc đời mình nhiều hơn bao giờ hết. Cảm giác thật tự do. Tôi ngừng coi người khác là vấn đề, và nhờ vậy, các mối quan hệ của tôi cải thiện theo những cách tôi chưa từng nghĩ tới. Cứ như thể tôi mở được một cánh cửa đã bị đóng kín suốt bao năm. Và phía sau nó? Là một cuộc sống mà tôi không còn bị đè nặng bởi nhu cầu phải quản lý người khác nữa.</w:t>
      </w:r>
    </w:p>
    <w:p>
      <w:pPr>
        <w:spacing w:after="80"/>
      </w:pPr>
      <w:r>
        <w:rPr>
          <w:b w:val="0"/>
          <w:i w:val="0"/>
        </w:rPr>
        <w:t xml:space="preserve">Trong những trang tiếp theo, bạn sẽ được tìm hiểu tất tần tật về học thuyết này, cách dễ nhất để bắt đầu áp dụng nó, và cảm giác tuyệt vời thế nào khi bạn làm được. Bạn cũng sẽ biết về một phát hiện bất ngờ mà tôi tìm ra từ sớm trong quá trình nghiên cứu. Học thuyết Let Them không chỉ là. . . </w:t>
      </w:r>
      <w:r>
        <w:rPr>
          <w:b w:val="0"/>
          <w:i/>
        </w:rPr>
        <w:t>Let Them</w:t>
      </w:r>
      <w:r>
        <w:rPr>
          <w:b w:val="0"/>
          <w:i w:val="0"/>
        </w:rPr>
        <w:t xml:space="preserve">. Đúng, nó bắt đầu bằng hai từ này, nhưng đó chưa phải là toàn bộ câu chuyện. </w:t>
      </w:r>
      <w:r>
        <w:rPr>
          <w:b w:val="0"/>
          <w:i/>
        </w:rPr>
        <w:t>Let Them</w:t>
      </w:r>
      <w:r>
        <w:rPr>
          <w:b w:val="0"/>
          <w:i w:val="0"/>
        </w:rPr>
        <w:t xml:space="preserve"> chỉ là nửa đầu của phương trình. Còn một bước thứ hai, thậm chí còn quan trọng hơn, của học thuyết này: </w:t>
      </w:r>
      <w:r>
        <w:rPr>
          <w:b w:val="0"/>
          <w:i/>
        </w:rPr>
        <w:t>Let Me</w:t>
      </w:r>
      <w:r>
        <w:rPr>
          <w:b w:val="0"/>
          <w:i w:val="0"/>
        </w:rPr>
        <w:t>.</w:t>
      </w:r>
    </w:p>
    <w:p>
      <w:pPr>
        <w:spacing w:after="80"/>
      </w:pPr>
      <w:r>
        <w:rPr>
          <w:b w:val="0"/>
          <w:i w:val="0"/>
        </w:rPr>
        <w:t xml:space="preserve">Trong chương tiếp theo, chúng ta sẽ cùng mổ xẻ cả </w:t>
      </w:r>
      <w:r>
        <w:rPr>
          <w:b w:val="0"/>
          <w:i/>
        </w:rPr>
        <w:t>Let Them</w:t>
      </w:r>
      <w:r>
        <w:rPr>
          <w:b w:val="0"/>
          <w:i w:val="0"/>
        </w:rPr>
        <w:t xml:space="preserve"> lẫn </w:t>
      </w:r>
      <w:r>
        <w:rPr>
          <w:b w:val="0"/>
          <w:i/>
        </w:rPr>
        <w:t>Let Me</w:t>
      </w:r>
      <w:r>
        <w:rPr>
          <w:b w:val="0"/>
          <w:i w:val="0"/>
        </w:rPr>
        <w:t xml:space="preserve"> và khám phá khoa học cùng tâm lý học đằng sau từng bước trong hai bước đó. Sau đó, bạn sẽ tìm hiểu về tám lĩnh vực cốt lõi trong cuộc sống mà học thuyết này sẽ mang lại tác động tích cực lớn nhất. Chúng ta sẽ nói về các mối quan hệ, sự nghiệp, cảm xúc, quan điểm, căng thẳng, đời sống tình cảm, những khó khăn, thói so sánh triền miên, tình bạn, và quan trọng nhất là mối quan hệ của bạn với chính mình.</w:t>
      </w:r>
    </w:p>
    <w:p>
      <w:pPr>
        <w:spacing w:after="80"/>
      </w:pPr>
      <w:r>
        <w:rPr>
          <w:b w:val="0"/>
          <w:i w:val="0"/>
        </w:rPr>
        <w:t>Hết lần này đến lần khác, bạn sẽ nhận ra mình đã cố kiểm soát sai thứ và vô tình biến người khác thành vấn đề như thế nào. Sự thật là, người khác đáng lẽ phải là một trong những nguồn hạnh phúc, ủng hộ và yêu thương lớn nhất trong cuộc đời bạn. Nhưng họ không thể là như vậy nếu bạn cứ cố kiểm soát những gì họ cảm nhận, nói và làm. Điều đó sẽ chấm dứt với cuốn sách này.</w:t>
      </w:r>
    </w:p>
    <w:p>
      <w:pPr>
        <w:spacing w:after="80"/>
      </w:pPr>
      <w:r>
        <w:rPr>
          <w:b w:val="0"/>
          <w:i w:val="0"/>
        </w:rPr>
        <w:t>Nắm vững học thuyết Let Them, và bạn sẽ ngừng vắt kiệt bản thân vì cố kiểm soát những thứ không thể kiểm soát. Đây không chỉ là chuyện cảm thấy dễ chịu hơn. Đây là chuyện thiết kế lại cách bạn sống cả cuộc đời mình. Tôi nóng lòng muốn bạn khám phá ra khoảng không và sự tự do để trải nghiệm cuộc sống theo cách bạn hằng mong muốn—theo cách của riêng bạn.</w:t>
      </w:r>
    </w:p>
    <w:p>
      <w:pPr>
        <w:spacing w:after="80"/>
      </w:pPr>
      <w:r>
        <w:rPr>
          <w:b w:val="0"/>
          <w:i w:val="0"/>
        </w:rPr>
        <w:t>Chúng ta bắt đầu thôi.</w:t>
      </w:r>
    </w:p>
    <w:p>
      <w:pPr>
        <w:pStyle w:val="Heading1"/>
      </w:pPr>
      <w:r>
        <w:rPr>
          <w:rFonts w:ascii="Calibri" w:hAnsi="Calibri"/>
          <w:b/>
          <w:i w:val="0"/>
          <w:sz w:val="40"/>
        </w:rPr>
        <w:t>CHƯƠNG 2</w:t>
      </w:r>
    </w:p>
    <w:p>
      <w:pPr>
        <w:pStyle w:val="Heading1"/>
      </w:pPr>
      <w:r>
        <w:rPr>
          <w:rFonts w:ascii="Calibri" w:hAnsi="Calibri"/>
          <w:b/>
          <w:i w:val="0"/>
          <w:sz w:val="40"/>
        </w:rPr>
        <w:t>Khởi Đầu: Let Them + Let Me</w:t>
      </w:r>
    </w:p>
    <w:p>
      <w:pPr>
        <w:spacing w:after="80"/>
      </w:pPr>
      <w:r>
        <w:rPr>
          <w:b w:val="0"/>
          <w:i w:val="0"/>
        </w:rPr>
        <w:t>Không lâu sau khi tôi phát hiện ra học thuyết Let Them, tôi đang ngồi trên ghế sofa, lướt mạng xã hội, thì thấy một bức ảnh của một người bạn cũ. Cô ấy trông tuyệt vời. Tôi liếc xuống đọc dòng chú thích, nơi cô ấy kể về một cuối tuần tuyệt diệu vừa trải qua cùng bạn bè. Và tôi có thể cảm nhận được cô ấy nói thật lòng.</w:t>
      </w:r>
    </w:p>
    <w:p>
      <w:pPr>
        <w:spacing w:after="80"/>
      </w:pPr>
      <w:r>
        <w:rPr>
          <w:b w:val="0"/>
          <w:i w:val="0"/>
        </w:rPr>
        <w:t xml:space="preserve">Khi nhìn chằm chằm vào bức ảnh, tôi ngưỡng mộ làn da rám nắng, vẻ hạnh phúc, thư thái và tươi mới của cô ấy. Và tôi thấy mình nghĩ, </w:t>
      </w:r>
      <w:r>
        <w:rPr>
          <w:b w:val="0"/>
          <w:i/>
        </w:rPr>
        <w:t>Chà. Mình thật sự cần một cuối tuần như thế</w:t>
      </w:r>
      <w:r>
        <w:rPr>
          <w:b w:val="0"/>
          <w:i w:val="0"/>
        </w:rPr>
        <w:t>. Trời ạ, ít nhất là một lần xịt nâu da. Tôi bắt đầu vuốt qua loạt ảnh và nhận ra mình đang xem hết bức này đến bức khác về một chuyến đi cuối tuần hoành tráng của hội con gái.</w:t>
      </w:r>
    </w:p>
    <w:p>
      <w:pPr>
        <w:spacing w:after="80"/>
      </w:pPr>
      <w:r>
        <w:rPr>
          <w:b w:val="0"/>
          <w:i w:val="0"/>
        </w:rPr>
        <w:t>Ăn brunch. Nhảy nhót. Mua sắm. Cười đùa. Bơi lội. Cocktail.</w:t>
      </w:r>
    </w:p>
    <w:p>
      <w:pPr>
        <w:spacing w:after="80"/>
      </w:pPr>
      <w:r>
        <w:rPr>
          <w:b w:val="0"/>
          <w:i w:val="0"/>
        </w:rPr>
        <w:t>Rồi tôi dùng ngón cái và ngón trỏ chụm lại để phóng to nhìn kỹ bức ảnh chụp cả nhóm, chỉ để nhận ra rằng tôi biết từng người phụ nữ đang mỉm cười nhìn lại tôi trên màn hình. Tim tôi chùng xuống. Bạn bè tôi đã cùng nhau đi chơi mà không có tôi.</w:t>
      </w:r>
    </w:p>
    <w:p>
      <w:pPr>
        <w:spacing w:after="80"/>
      </w:pPr>
      <w:r>
        <w:rPr>
          <w:b w:val="0"/>
          <w:i w:val="0"/>
        </w:rPr>
        <w:t>Bạn biết cái cảm giác khó chịu trong bụng đó không, cái cảm giác ập đến khi bạn nhận ra mình bị bỏ rơi. Nó như một cú đấm vậy. Bạn cố gạt nó đi, tự nhủ rằng chẳng có gì to tát, nhưng nỗi đau là thật. Lẽ ra tôi nên đặt điện thoại xuống, nhưng tôi đã không làm vậy.</w:t>
      </w:r>
    </w:p>
    <w:p>
      <w:pPr>
        <w:spacing w:after="80"/>
      </w:pPr>
      <w:r>
        <w:rPr>
          <w:b w:val="0"/>
          <w:i w:val="0"/>
        </w:rPr>
        <w:t>Tôi lướt qua từng bức ảnh một—nhìn chuyến đi của hội chị em qua con mắt của chính những người phụ nữ mà tôi đã cùng nuôi con trong thị trấn nhỏ ngoại ô của chúng tôi—tôi cố không để nó làm mình bận tâm. Nhưng nó vẫn làm tôi bận tâm.</w:t>
      </w:r>
    </w:p>
    <w:p>
      <w:pPr>
        <w:spacing w:after="80"/>
      </w:pPr>
      <w:r>
        <w:rPr>
          <w:b w:val="0"/>
          <w:i w:val="0"/>
        </w:rPr>
        <w:t>Đầu óc tôi bắt đầu tự vẽ ra mọi chi tiết. Tôi tưởng tượng họ đang vui vẻ đến nhường nào và họ đã trở nên thân thiết ra sao. Tôi đã biết những người phụ nữ này nhiều năm rồi. Chúng tôi gắn kết với nhau qua những buổi tiệc nướng, những chuyến đi chung xe, những trận bóng đá, những buổi hẹn hò với chồng, và những cuộc trò chuyện khó khăn về việc làm cha mẹ. Nên đương nhiên, tôi bắt đầu rối tung lên.</w:t>
      </w:r>
    </w:p>
    <w:p>
      <w:pPr>
        <w:spacing w:after="80"/>
      </w:pPr>
      <w:r>
        <w:rPr>
          <w:b w:val="0"/>
          <w:i w:val="0"/>
        </w:rPr>
        <w:t xml:space="preserve">Tôi đang nói là: Chế độ. Theo dõi. Toàn tập. Tôi ngồi đó, đúng chỗ đó trên ghế sofa, và cảm thấy nó dính chặt vào lưng mình khi tôi lục lọi từng tài khoản một của họ. Năm phút trước, tôi hoàn toàn ổn. Nhưng bây giờ ư? Chà, giờ tôi thấy mình bị cuốn vào vòng xoáy quen thuộc của cảm xúc: bị từ chối, bất an, bối rối. </w:t>
      </w:r>
      <w:r>
        <w:rPr>
          <w:b w:val="0"/>
          <w:i/>
        </w:rPr>
        <w:t>Khi nào họ lên kế hoạch này? Sao tôi không được mời? Sao tôi chẳng bao giờ được mời đi đâu cả? Lần cuối tôi đi chơi với bạn bè là khi nào nhỉ?</w:t>
      </w:r>
    </w:p>
    <w:p>
      <w:pPr>
        <w:spacing w:after="80"/>
      </w:pPr>
      <w:r>
        <w:rPr>
          <w:b w:val="0"/>
          <w:i w:val="0"/>
        </w:rPr>
        <w:t>Khi tôi vẫn đang lướt qua ảnh của họ, xoay đi xoay lại những câu hỏi đó trong đầu, Chris bước vào phòng, nhìn tôi một cái, và hỏi: "Em sao vậy?"</w:t>
      </w:r>
    </w:p>
    <w:p>
      <w:pPr>
        <w:spacing w:after="80"/>
      </w:pPr>
      <w:r>
        <w:rPr>
          <w:b w:val="0"/>
          <w:i w:val="0"/>
        </w:rPr>
        <w:t>Tôi thở dài, và nói thật với anh ấy: "Em vừa phát hiện ra một nhóm bạn gái của em đã đi chơi cuối tuần trong một chuyến đi rất vui. Rõ ràng là em không được mời."</w:t>
      </w:r>
    </w:p>
    <w:p>
      <w:pPr>
        <w:spacing w:after="80"/>
      </w:pPr>
      <w:r>
        <w:rPr>
          <w:b w:val="0"/>
          <w:i w:val="0"/>
        </w:rPr>
        <w:t>"Tệ thật," anh ấy nói.</w:t>
      </w:r>
    </w:p>
    <w:p>
      <w:pPr>
        <w:spacing w:after="80"/>
      </w:pPr>
      <w:r>
        <w:rPr>
          <w:b w:val="0"/>
          <w:i w:val="0"/>
        </w:rPr>
        <w:t>"Chắc em đã làm gì đó sai," tôi nói. "Chắc họ giận em."</w:t>
      </w:r>
    </w:p>
    <w:p>
      <w:pPr>
        <w:spacing w:after="80"/>
      </w:pPr>
      <w:r>
        <w:rPr>
          <w:b w:val="0"/>
          <w:i w:val="0"/>
        </w:rPr>
        <w:t>Anh ấy khoanh tay và hỏi tôi: "Sao em lại bận tâm đến vậy?"</w:t>
      </w:r>
    </w:p>
    <w:p>
      <w:pPr>
        <w:spacing w:after="80"/>
      </w:pPr>
      <w:r>
        <w:rPr>
          <w:b w:val="0"/>
          <w:i w:val="0"/>
        </w:rPr>
        <w:t>Tôi nhìn anh ấy.</w:t>
      </w:r>
    </w:p>
    <w:p>
      <w:pPr>
        <w:spacing w:after="80"/>
      </w:pPr>
      <w:r>
        <w:rPr>
          <w:b w:val="0"/>
          <w:i w:val="0"/>
        </w:rPr>
        <w:t>"Đâu phải em còn thân thiết với họ nữa, Mel."</w:t>
      </w:r>
    </w:p>
    <w:p>
      <w:pPr>
        <w:spacing w:after="80"/>
      </w:pPr>
      <w:r>
        <w:rPr>
          <w:b w:val="0"/>
          <w:i w:val="0"/>
        </w:rPr>
        <w:t>Anh ấy nói đúng. Tôi biết là đúng. Nhưng tôi vẫn cảm thấy thôi thúc muốn liên lạc và làm lành mọi chuyện. Tôi chắc bạn cũng từng trải qua điều này. Bạn phát hiện ra mình không được góp mặt trong một việc gì đó, và tất cả những gì bạn muốn là một chút trấn an rằng bạn đã không làm gì sai.</w:t>
      </w:r>
    </w:p>
    <w:p>
      <w:pPr>
        <w:spacing w:after="80"/>
      </w:pPr>
      <w:r>
        <w:rPr>
          <w:b w:val="0"/>
          <w:i w:val="0"/>
        </w:rPr>
        <w:t>Vì thật lòng mà nói, tôi không biết. Và nếu bạn cũng giống tôi, khi điều đó xảy ra, bạn ngay lập tức cho rằng mình đã làm gì đó sai. Khi tôi ngồi đó trên ghế sofa, vắt óc tìm kiếm bất kỳ bằng chứng nào cho việc tại sao tôi không được mời, tôi chẳng nghĩ ra được gì cả. Và điều đó càng làm tôi lo lắng hơn.</w:t>
      </w:r>
    </w:p>
    <w:p>
      <w:pPr>
        <w:spacing w:after="80"/>
      </w:pPr>
      <w:r>
        <w:rPr>
          <w:b w:val="0"/>
          <w:i w:val="0"/>
        </w:rPr>
        <w:t>Ý tôi là, đúng, chúng tôi đã biết nhau nhiều năm. Chúng tôi đã cùng nhau trải qua giai đoạn làm mẹ thời kỳ đầu, chúng tôi đã cùng nhau sống rất nhiều điều, và tôi thật sự quý mến tất cả những người có mặt trong chuyến đi đó. Nhưng đồng thời, tôi đã không thật sự dành thời gian với họ như một nhóm trong một khoảng thời gian rất, rất dài. Tôi đã gặp họ quanh thị trấn ở những buổi tụ tập đông người, nhưng tôi đã không đầu tư vào những tình bạn riêng lẻ đó; và tôi cũng không lên kế hoạch gì vui vẻ hay liên lạc với họ gần đây. Về mặt lý trí, tôi biết điều này, nhưng về mặt cảm xúc, tôi tan nát. Tôi cảm thấy như mình quay lại thời trung học: đứa bị bỏ rơi khỏi buổi ngủ qua đêm, đứa không được vào đội, hay đứa không nằm trong câu chuyện đùa riêng của nhóm.</w:t>
      </w:r>
    </w:p>
    <w:p>
      <w:pPr>
        <w:pStyle w:val="Heading2"/>
      </w:pPr>
      <w:r>
        <w:rPr>
          <w:rFonts w:ascii="Calibri" w:hAnsi="Calibri"/>
          <w:b/>
          <w:i w:val="0"/>
          <w:sz w:val="32"/>
        </w:rPr>
        <w:t>Đưa Lý Thuyết Vào Thực Hành</w:t>
      </w:r>
    </w:p>
    <w:p>
      <w:pPr>
        <w:spacing w:after="80"/>
      </w:pPr>
      <w:r>
        <w:rPr>
          <w:b w:val="0"/>
          <w:i w:val="0"/>
        </w:rPr>
        <w:t xml:space="preserve">Tôi cảm thấy mình muốn liên lạc với họ và sửa chữa mọi chuyện. Gọi điện, nhắn tin. Bất cứ điều gì để cơn lo lắng biến mất. Đó là lúc hai từ đó xuất hiện và cứu tôi khỏi chính mình. </w:t>
      </w:r>
      <w:r>
        <w:rPr>
          <w:b w:val="0"/>
          <w:i/>
        </w:rPr>
        <w:t>Hãy Để Họ</w:t>
      </w:r>
      <w:r>
        <w:rPr>
          <w:b w:val="0"/>
          <w:i w:val="0"/>
        </w:rPr>
        <w:t>.</w:t>
      </w:r>
    </w:p>
    <w:p>
      <w:pPr>
        <w:spacing w:after="80"/>
      </w:pPr>
      <w:r>
        <w:rPr>
          <w:b w:val="0"/>
          <w:i w:val="0"/>
        </w:rPr>
        <w:t>Con người cũ của tôi sẽ day dứt về chuyện này hàng ngày trời. Thật ra là hàng tuần. Cảm xúc sẽ chi phối tôi hoàn toàn. Tôi sẽ cố giả vờ rằng chuyện đó không làm tôi bận tâm. Tôi sẽ cố thuyết phục bản thân rằng mình không quan tâm. Tôi sẽ cố lý giải chuyện đó hết lần này đến lần khác trong đầu. Tôi sẽ biến bạn bè thành kẻ xấu để bản thân cảm thấy dễ chịu hơn. Tất cả những điều đó chỉ khiến tôi cảm thấy tệ hơn và càng thu mình khỏi những người phụ nữ mà tôi thật lòng yêu quý.</w:t>
      </w:r>
    </w:p>
    <w:p>
      <w:pPr>
        <w:spacing w:after="80"/>
      </w:pPr>
      <w:r>
        <w:rPr>
          <w:b w:val="0"/>
          <w:i w:val="0"/>
        </w:rPr>
        <w:t xml:space="preserve">Nhưng điều đó đã không xảy ra. Nó chỉ làm tôi bận tâm khoảng 10 phút. Ngay khi tôi nói </w:t>
      </w:r>
      <w:r>
        <w:rPr>
          <w:b w:val="0"/>
          <w:i/>
        </w:rPr>
        <w:t>Hãy Để Họ</w:t>
      </w:r>
      <w:r>
        <w:rPr>
          <w:b w:val="0"/>
          <w:i w:val="0"/>
        </w:rPr>
        <w:t>, tôi cảm thấy khá hơn một chút. Lần thứ hai tôi nói điều đó, tôi cảm thấy khá hơn một chút. Lần thứ ba, thứ tư, thứ năm, thứ mười sáu, lần thứ ba mươi tôi nói điều đó. . . tôi cảm thấy khá hơn một chút.</w:t>
      </w:r>
    </w:p>
    <w:p>
      <w:pPr>
        <w:spacing w:after="80"/>
      </w:pPr>
      <w:r>
        <w:rPr>
          <w:b w:val="0"/>
          <w:i w:val="0"/>
        </w:rPr>
        <w:t xml:space="preserve">Tôi sẽ thành thật với bạn: Trong những tình huống đau đớn kiểu này, bạn sẽ phải liên tục nói </w:t>
      </w:r>
      <w:r>
        <w:rPr>
          <w:b w:val="0"/>
          <w:i/>
        </w:rPr>
        <w:t>Hãy Để Họ</w:t>
      </w:r>
      <w:r>
        <w:rPr>
          <w:b w:val="0"/>
          <w:i w:val="0"/>
        </w:rPr>
        <w:t xml:space="preserve"> hết lần này đến lần khác, bởi vì khi một điều gì đó làm ta đau, nỗi đau không tự nhiên biến mất. Nó trồi lên hết lần này đến lần khác. Vậy nên đừng ngạc nhiên khi bạn thấy mình phải lặp đi lặp lại </w:t>
      </w:r>
      <w:r>
        <w:rPr>
          <w:b w:val="0"/>
          <w:i/>
        </w:rPr>
        <w:t>Hãy Để Họ</w:t>
      </w:r>
      <w:r>
        <w:rPr>
          <w:b w:val="0"/>
          <w:i w:val="0"/>
        </w:rPr>
        <w:t xml:space="preserve"> mãi.</w:t>
      </w:r>
    </w:p>
    <w:p>
      <w:pPr>
        <w:spacing w:after="80"/>
      </w:pPr>
      <w:r>
        <w:rPr>
          <w:b w:val="0"/>
          <w:i/>
        </w:rPr>
        <w:t>Hãy Để Họ</w:t>
      </w:r>
      <w:r>
        <w:rPr>
          <w:b w:val="0"/>
          <w:i w:val="0"/>
        </w:rPr>
        <w:t xml:space="preserve"> đi chuyến đi đó. </w:t>
      </w:r>
      <w:r>
        <w:rPr>
          <w:b w:val="0"/>
          <w:i/>
        </w:rPr>
        <w:t>Hãy Để Họ</w:t>
      </w:r>
      <w:r>
        <w:rPr>
          <w:b w:val="0"/>
          <w:i w:val="0"/>
        </w:rPr>
        <w:t xml:space="preserve"> dành cuối tuần bên nhau. </w:t>
      </w:r>
      <w:r>
        <w:rPr>
          <w:b w:val="0"/>
          <w:i/>
        </w:rPr>
        <w:t>Hãy Để Họ</w:t>
      </w:r>
      <w:r>
        <w:rPr>
          <w:b w:val="0"/>
          <w:i w:val="0"/>
        </w:rPr>
        <w:t xml:space="preserve"> vui vẻ mà không có bạn.</w:t>
      </w:r>
    </w:p>
    <w:p>
      <w:pPr>
        <w:spacing w:after="80"/>
      </w:pPr>
      <w:r>
        <w:rPr>
          <w:b w:val="0"/>
          <w:i w:val="0"/>
        </w:rPr>
        <w:t xml:space="preserve">Lúc đầu, những lời đó nghe như một sự từ chối. Như thể tôi đang đầu hàng. Nhưng rồi tôi nhận ra một điều quan trọng: </w:t>
      </w:r>
      <w:r>
        <w:rPr>
          <w:b w:val="0"/>
          <w:i/>
        </w:rPr>
        <w:t>Hãy Để Họ</w:t>
      </w:r>
      <w:r>
        <w:rPr>
          <w:b w:val="0"/>
          <w:i w:val="0"/>
        </w:rPr>
        <w:t xml:space="preserve"> không phải là đầu hàng. Đó là giải phóng bản thân khỏi thứ quyền kiểm soát mà tôi chưa từng có ngay từ đầu. Bởi vì đây là sự thật—dù tôi có cố phân tích tình huống đến đâu hay có bao nhiêu cách để kiểm soát hay sửa chữa nó, không điều gì tôi làm có thể thay đổi những gì đã xảy ra. Việc họ chọn đi chơi không nhất thiết phải khiến tôi cảm thấy tệ, nhưng chính những nỗ lực kiểm soát tình huống của tôi mới khiến tôi cảm thấy kinh khủng.</w:t>
      </w:r>
    </w:p>
    <w:p>
      <w:pPr>
        <w:spacing w:after="80"/>
      </w:pPr>
      <w:r>
        <w:rPr>
          <w:b w:val="0"/>
          <w:i/>
        </w:rPr>
        <w:t>Hãy Để Họ</w:t>
      </w:r>
      <w:r>
        <w:rPr>
          <w:b w:val="0"/>
          <w:i w:val="0"/>
        </w:rPr>
        <w:t>.</w:t>
      </w:r>
    </w:p>
    <w:p>
      <w:pPr>
        <w:spacing w:after="80"/>
      </w:pPr>
      <w:r>
        <w:rPr>
          <w:b w:val="0"/>
          <w:i w:val="0"/>
        </w:rPr>
        <w:t>Và cứ thế, nút thắt trong lồng ngực tôi bắt đầu lỏng ra. Áp lực phải "sửa chữa" tình huống phai nhạt dần, và tôi nhận ra một điều đã thay đổi tất cả: Chuyến đi cuối tuần của họ chẳng liên quan gì đến tôi cả.</w:t>
      </w:r>
    </w:p>
    <w:p>
      <w:pPr>
        <w:spacing w:after="80"/>
      </w:pPr>
      <w:r>
        <w:rPr>
          <w:b w:val="0"/>
          <w:i w:val="0"/>
        </w:rPr>
        <w:t xml:space="preserve">Đó không phải chuyện cá nhân. Họ không âm mưu chống lại tôi. Họ không đưa ra tuyên bố gì về giá trị của tôi. Và kể cả nếu có đi nữa? </w:t>
      </w:r>
      <w:r>
        <w:rPr>
          <w:b w:val="0"/>
          <w:i/>
        </w:rPr>
        <w:t>Hãy Để Họ</w:t>
      </w:r>
      <w:r>
        <w:rPr>
          <w:b w:val="0"/>
          <w:i w:val="0"/>
        </w:rPr>
        <w:t>.</w:t>
      </w:r>
    </w:p>
    <w:p>
      <w:pPr>
        <w:pStyle w:val="Heading2"/>
      </w:pPr>
      <w:r>
        <w:rPr>
          <w:rFonts w:ascii="Calibri" w:hAnsi="Calibri"/>
          <w:b/>
          <w:i w:val="0"/>
          <w:sz w:val="32"/>
        </w:rPr>
        <w:t>Điều Chúng Ta Thực Sự Cố Kiểm Soát</w:t>
      </w:r>
    </w:p>
    <w:p>
      <w:pPr>
        <w:spacing w:after="80"/>
      </w:pPr>
      <w:r>
        <w:rPr>
          <w:b w:val="0"/>
          <w:i w:val="0"/>
        </w:rPr>
        <w:t>Ai cũng có những lúc cố kiểm soát thế giới xung quanh mình—đặc biệt là khi ta cảm thấy bị tổn thương, bị bỏ rơi, khó chịu hay sợ hãi. Có thể bạn từng thấy mình cố quản lý từng chi tiết của một kế hoạch nhóm để chắc chắn mọi người đều được tham gia; hoặc có thể bạn từng lo lắng không biết mọi người có đang giận mình không khi họ không trả lời tin nhắn ngay. Mệt mỏi thật, phải không?</w:t>
      </w:r>
    </w:p>
    <w:p>
      <w:pPr>
        <w:spacing w:after="80"/>
      </w:pPr>
      <w:r>
        <w:rPr>
          <w:b w:val="0"/>
          <w:i w:val="0"/>
        </w:rPr>
        <w:t>Tôi vốn là người thích sửa chữa mọi thứ. Tôi đã dành phần lớn cuộc đời mình tin rằng nếu tôi không nhúng tay vào, nếu tôi không quản lý tình huống, mọi thứ sẽ đổ vỡ. Tôi phải là người giữ mọi thứ lại với nhau—các mối quan hệ, công việc, tình bạn, thậm chí cả cảm xúc của những người tôi yêu thương. Và khi điều gì đó không diễn ra như tôi mong đợi, nó như một sự phản ánh về chính tôi. Nếu ai đó buồn, nếu điều gì đó không thành, nếu tôi không được tham gia, tôi mặc nhiên nghĩ mình phải sửa nó, thay đổi nó, kiểm soát nó.</w:t>
      </w:r>
    </w:p>
    <w:p>
      <w:pPr>
        <w:spacing w:after="80"/>
      </w:pPr>
      <w:r>
        <w:rPr>
          <w:b w:val="0"/>
          <w:i w:val="0"/>
        </w:rPr>
        <w:t>Khi trò chuyện với rất nhiều nhà tâm lý học trong quá trình nghiên cứu cuốn sách này, tôi học được rằng ham muốn kiểm soát mọi thứ xuất phát từ một nơi rất nguyên thủy: nỗi sợ. Sợ bị loại trừ, sợ không được yêu mến, sợ mọi thứ đổ vỡ nếu ta không cầm lái. Và nó thể hiện theo đủ kiểu. Ta lảng vảng quanh con cái, đảm bảo chúng đưa ra những quyết định "đúng đắn". Ta cố gây ảnh hưởng lên thói quen của người bạn đời, lo rằng nếu ta không nhúng tay vào, họ sẽ làm sai điều gì đó. Ta thậm chí áp đặt ý kiến của mình lên bạn bè, tin rằng ta biết rõ hơn họ về cách cuộc đời họ nên diễn ra.</w:t>
      </w:r>
    </w:p>
    <w:p>
      <w:pPr>
        <w:spacing w:after="80"/>
      </w:pPr>
      <w:r>
        <w:rPr>
          <w:b w:val="0"/>
          <w:i w:val="0"/>
        </w:rPr>
        <w:t>Tôi đã cảm nhận nỗi sợ đó rất nhiều trong cuộc đời mình. Sợ rằng nếu tôi không làm cho mọi thứ xảy ra, tôi sẽ bị lãng quên. Sợ rằng tôi sẽ không được yêu mến hay chấp nhận. Sợ rằng nếu không có tôi cầm lái, mọi thứ sẽ tan rã. Và nói thật lòng—kiểm soát cho ta ảo giác về sự an toàn. Khi ta kiểm soát được, ta tin rằng mình có thể bảo vệ bản thân khỏi nỗi đau, sự thất vọng, sự từ chối.</w:t>
      </w:r>
    </w:p>
    <w:p>
      <w:pPr>
        <w:spacing w:after="80"/>
      </w:pPr>
      <w:r>
        <w:rPr>
          <w:b w:val="0"/>
          <w:i w:val="0"/>
        </w:rPr>
        <w:t>Nhưng nó chỉ là thế thôi—một ảo giác về sự an toàn. Bởi vì dù ta có cố kiểm soát con người hay tình huống đến đâu, sự thật là ta không thể. Người ta sẽ làm điều họ muốn làm. Họ sẽ đưa ra lựa chọn của riêng họ, sống cuộc đời của riêng họ.</w:t>
      </w:r>
    </w:p>
    <w:p>
      <w:pPr>
        <w:spacing w:after="80"/>
      </w:pPr>
      <w:r>
        <w:rPr>
          <w:b w:val="0"/>
          <w:i w:val="0"/>
        </w:rPr>
        <w:t>Sự thật là, không có "quyền kiểm soát" nào thực sự khiến bạn cảm thấy dễ chịu hơn. Ngược lại, nó còn có tác dụng ngược lại. Cố kiểm soát con người và tình huống không làm dịu nỗi sợ của bạn. Nó khuếch đại chúng lên. Bất kỳ nhà tâm lý học nào cũng sẽ nói với bạn rằng, càng cố kiểm soát điều bạn không thể kiểm soát, bạn càng trở nên lo lắng và căng thẳng hơn.</w:t>
      </w:r>
    </w:p>
    <w:p>
      <w:pPr>
        <w:spacing w:after="80"/>
      </w:pPr>
      <w:r>
        <w:rPr>
          <w:b w:val="0"/>
          <w:i w:val="0"/>
        </w:rPr>
        <w:t>Ngồi trên chiếc ghế sofa đó, nhìn chằm chằm vào điện thoại, tôi nhận ra mình không chỉ cố kiểm soát điều bạn bè có thể nghĩ về mình—tôi đang cố kiểm soát chính sự khó chịu của bản thân. Tôi ghét cảm giác bị từ chối, nên phản ứng tức thì của tôi là sửa chữa tình huống trước khi tôi phải cảm nhận bất cứ điều gì.</w:t>
      </w:r>
    </w:p>
    <w:p>
      <w:pPr>
        <w:spacing w:after="80"/>
      </w:pPr>
      <w:r>
        <w:rPr>
          <w:b w:val="0"/>
          <w:i w:val="0"/>
        </w:rPr>
        <w:t>Đó là lúc Lý thuyết Cứ Để Họ bắt đầu thấm vào tôi ở một tầng sâu hơn nhiều.</w:t>
      </w:r>
    </w:p>
    <w:p>
      <w:pPr>
        <w:pStyle w:val="Heading2"/>
      </w:pPr>
      <w:r>
        <w:rPr>
          <w:rFonts w:ascii="Calibri" w:hAnsi="Calibri"/>
          <w:b/>
          <w:i w:val="0"/>
          <w:sz w:val="32"/>
        </w:rPr>
        <w:t>Cứ Để Họ: Một Công Cụ Để Thực Hành Sự Thông Thái</w:t>
      </w:r>
    </w:p>
    <w:p>
      <w:pPr>
        <w:spacing w:after="80"/>
      </w:pPr>
      <w:r>
        <w:rPr>
          <w:b w:val="0"/>
          <w:i w:val="0"/>
        </w:rPr>
        <w:t xml:space="preserve">Lý thuyết Cứ Để Họ không chỉ là một mẹo thay đổi tư duy—nó bắt nguồn từ những triết lý cổ xưa và các khái niệm tâm lý học đã dẫn dắt con người suốt nhiều thế kỷ. Nếu bạn đã quen với Chủ nghĩa Khắc kỷ (Stoicism), Phật giáo, Lý thuyết Buông bỏ (Detachment Theory), hay Chấp nhận Triệt để (Radical Acceptance), bạn sẽ nhận ra rằng </w:t>
      </w:r>
      <w:r>
        <w:rPr>
          <w:b w:val="0"/>
          <w:i/>
        </w:rPr>
        <w:t>Cứ Để Họ</w:t>
      </w:r>
      <w:r>
        <w:rPr>
          <w:b w:val="0"/>
          <w:i w:val="0"/>
        </w:rPr>
        <w:t xml:space="preserve"> và </w:t>
      </w:r>
      <w:r>
        <w:rPr>
          <w:b w:val="0"/>
          <w:i/>
        </w:rPr>
        <w:t>Cứ Để Tôi</w:t>
      </w:r>
      <w:r>
        <w:rPr>
          <w:b w:val="0"/>
          <w:i w:val="0"/>
        </w:rPr>
        <w:t xml:space="preserve"> áp dụng những giáo lý này và biến chúng thành một công cụ thực tế, thường nhật để cải thiện các mối quan hệ của bạn và giành lại sức mạnh cá nhân của mình.</w:t>
      </w:r>
    </w:p>
    <w:p>
      <w:pPr>
        <w:spacing w:after="80"/>
      </w:pPr>
      <w:r>
        <w:rPr>
          <w:b/>
          <w:i w:val="0"/>
        </w:rPr>
        <w:t>Trong Chủ nghĩa Khắc kỷ, trọng tâm là kiểm soát suy nghĩ và hành động của chính bạn</w:t>
      </w:r>
      <w:r>
        <w:rPr>
          <w:b w:val="0"/>
          <w:i w:val="0"/>
        </w:rPr>
        <w:t xml:space="preserve">—chứ không phải suy nghĩ hay hành động của người khác. Triết lý này hoàn toàn khớp với </w:t>
      </w:r>
      <w:r>
        <w:rPr>
          <w:b w:val="0"/>
          <w:i/>
        </w:rPr>
        <w:t>Cứ Để Họ</w:t>
      </w:r>
      <w:r>
        <w:rPr>
          <w:b w:val="0"/>
          <w:i w:val="0"/>
        </w:rPr>
        <w:t xml:space="preserve">, tức là chủ động cho phép người khác đưa ra lựa chọn của riêng họ và sống cuộc đời của họ, mà không cảm thấy cần phải quản lý hay tác động đến hành vi của họ. Bằng cách thực hành </w:t>
      </w:r>
      <w:r>
        <w:rPr>
          <w:b w:val="0"/>
          <w:i/>
        </w:rPr>
        <w:t>Cứ Để Họ</w:t>
      </w:r>
      <w:r>
        <w:rPr>
          <w:b w:val="0"/>
          <w:i w:val="0"/>
        </w:rPr>
        <w:t xml:space="preserve"> và </w:t>
      </w:r>
      <w:r>
        <w:rPr>
          <w:b w:val="0"/>
          <w:i/>
        </w:rPr>
        <w:t>Cứ Để Tôi</w:t>
      </w:r>
      <w:r>
        <w:rPr>
          <w:b w:val="0"/>
          <w:i w:val="0"/>
        </w:rPr>
        <w:t>, bạn đang áp dụng nguyên tắc cốt lõi của Chủ nghĩa Khắc kỷ: Hãy tập trung vào chính mình, vì đó mới là nơi sức mạnh thật sự của bạn nằm.</w:t>
      </w:r>
    </w:p>
    <w:p>
      <w:pPr>
        <w:spacing w:after="80"/>
      </w:pPr>
      <w:r>
        <w:rPr>
          <w:b/>
          <w:i w:val="0"/>
        </w:rPr>
        <w:t>Phật giáo và Chấp nhận Triệt để dạy rằng khổ đau đến từ việc chống lại thực tại.</w:t>
      </w:r>
      <w:r>
        <w:rPr>
          <w:b w:val="0"/>
          <w:i w:val="0"/>
        </w:rPr>
        <w:t xml:space="preserve"> Nỗi đau ta cảm nhận thường bắt nguồn từ việc ước gì mọi thứ khác đi so với thực tế. Lý thuyết Cứ Để Họ giúp bạn không chỉ chấp nhận thực tại mà còn tách mình khỏi nhu cầu phải thay đổi nó. Bạn thừa nhận rằng hành động và lựa chọn của người khác không phải thứ bạn kiểm soát, và khi làm vậy, bạn giành lại sự tự do cảm xúc của mình. Đây chính là Chấp nhận Triệt để ở dạng trao quyền mạnh mẽ nhất.</w:t>
      </w:r>
    </w:p>
    <w:p>
      <w:pPr>
        <w:spacing w:after="80"/>
      </w:pPr>
      <w:r>
        <w:rPr>
          <w:b/>
          <w:i w:val="0"/>
        </w:rPr>
        <w:t>Lý thuyết Buông bỏ dạy chúng ta cách tạo khoảng cách cảm xúc với những tình huống khiến ta bị kích động.</w:t>
      </w:r>
      <w:r>
        <w:rPr>
          <w:b w:val="0"/>
          <w:i w:val="0"/>
        </w:rPr>
        <w:t xml:space="preserve"> Khi bạn nói </w:t>
      </w:r>
      <w:r>
        <w:rPr>
          <w:b w:val="0"/>
          <w:i/>
        </w:rPr>
        <w:t>Cứ Để Họ</w:t>
      </w:r>
      <w:r>
        <w:rPr>
          <w:b w:val="0"/>
          <w:i w:val="0"/>
        </w:rPr>
        <w:t>, bạn đang thực hành sự buông bỏ cảm xúc. Bạn tạo ra một khoảng trống trong tâm trí giữa cảm xúc của mình và tình huống trước mắt, cho phép mình quan sát những gì đang diễn ra mà không bị nó nuốt chửng. Kết quả? Bạn vẫn bình tĩnh, sáng suốt, và làm chủ hành động của mình.</w:t>
      </w:r>
    </w:p>
    <w:p>
      <w:pPr>
        <w:spacing w:after="80"/>
      </w:pPr>
      <w:r>
        <w:rPr>
          <w:b w:val="0"/>
          <w:i w:val="0"/>
        </w:rPr>
        <w:t xml:space="preserve">Với tôi, lý thuyết này không giống với "buông cho qua". Cá nhân tôi chưa bao giờ có thể buông bỏ bất cứ điều gì—vì nó chẳng bao giờ có cảm giác đã được giải quyết. Nó giống như bạn bỏ đi khỏi một điều đang làm mình bận lòng, rồi chỉ nuốt cảm xúc vào trong và bước tiếp. </w:t>
      </w:r>
      <w:r>
        <w:rPr>
          <w:b w:val="0"/>
          <w:i/>
        </w:rPr>
        <w:t>Cứ Để Họ</w:t>
      </w:r>
      <w:r>
        <w:rPr>
          <w:b w:val="0"/>
          <w:i w:val="0"/>
        </w:rPr>
        <w:t xml:space="preserve"> thì khác. Khi bạn nói </w:t>
      </w:r>
      <w:r>
        <w:rPr>
          <w:b w:val="0"/>
          <w:i/>
        </w:rPr>
        <w:t>Cứ Để Họ</w:t>
      </w:r>
      <w:r>
        <w:rPr>
          <w:b w:val="0"/>
          <w:i w:val="0"/>
        </w:rPr>
        <w:t>, bạn không đầu hàng hay bỏ đi. Bạn đang giải phóng chính mình. Bạn đang thả lỏng cái nắm chặt của mình về việc mọi thứ phải diễn ra thế nào và để chúng mở ra theo cách chúng sẽ mở ra.</w:t>
      </w:r>
    </w:p>
    <w:p>
      <w:pPr>
        <w:spacing w:after="80"/>
      </w:pPr>
      <w:r>
        <w:rPr>
          <w:b w:val="0"/>
          <w:i w:val="0"/>
        </w:rPr>
        <w:t xml:space="preserve">Khi bạn để người khác là chính họ, bạn đang đưa ra một lựa chọn chủ động, đầy sức mạnh để buông bỏ thứ quyền kiểm soát mà bạn chưa từng thật sự có. Bạn đang giải phóng mình khỏi vòng xoáy bất tận của căng thẳng, bực bội, và biến động cảm xúc đi kèm với việc cố quản lý mọi thứ và mọi người. Vẻ đẹp của </w:t>
      </w:r>
      <w:r>
        <w:rPr>
          <w:b w:val="0"/>
          <w:i/>
        </w:rPr>
        <w:t>Cứ Để Họ</w:t>
      </w:r>
      <w:r>
        <w:rPr>
          <w:b w:val="0"/>
          <w:i w:val="0"/>
        </w:rPr>
        <w:t xml:space="preserve"> và </w:t>
      </w:r>
      <w:r>
        <w:rPr>
          <w:b w:val="0"/>
          <w:i/>
        </w:rPr>
        <w:t>Cứ Để Tôi</w:t>
      </w:r>
      <w:r>
        <w:rPr>
          <w:b w:val="0"/>
          <w:i w:val="0"/>
        </w:rPr>
        <w:t xml:space="preserve"> là nó giúp bạn làm chủ những thực hành này, để bạn có thể ngừng bị cảm xúc chi phối và bắt đầu sống một cuộc đời bình yên hơn, có chủ đích hơn.</w:t>
      </w:r>
    </w:p>
    <w:p>
      <w:pPr>
        <w:pStyle w:val="Heading2"/>
      </w:pPr>
      <w:r>
        <w:rPr>
          <w:rFonts w:ascii="Calibri" w:hAnsi="Calibri"/>
          <w:b/>
          <w:i w:val="0"/>
          <w:sz w:val="32"/>
        </w:rPr>
        <w:t>Điều Này Vận Hành Thế Nào Trong Đời Thực</w:t>
      </w:r>
    </w:p>
    <w:p>
      <w:pPr>
        <w:spacing w:after="80"/>
      </w:pPr>
      <w:r>
        <w:rPr>
          <w:b w:val="0"/>
          <w:i w:val="0"/>
        </w:rPr>
        <w:t>Hãy nghĩ xem điều này áp dụng thế nào vào những lĩnh vực khác nhau trong cuộc sống của bạn. Giả sử bạn đang trong một cuộc họp ở chỗ làm và bạn vừa nghĩ ra một ý tưởng khiến bạn hào hứng. Bạn đã suy nghĩ kỹ về nó, bạn biết nó có tiềm năng—nhưng khi bạn trình bày, cả phòng im lặng. Mọi người gật đầu lịch sự, nhưng rồi họ đi tiếp, và trước khi bạn kịp nhận ra, ý tưởng của người khác đang thu hút hết sự chú ý. Bạn cảm thấy mình vô hình. Bạn bắt đầu hoài nghi chính mình, tự hỏi liệu có lẽ mình nên nói khác đi hoặc cố gắng hơn để được lắng nghe.</w:t>
      </w:r>
    </w:p>
    <w:p>
      <w:pPr>
        <w:spacing w:after="80"/>
      </w:pPr>
      <w:r>
        <w:rPr>
          <w:b w:val="0"/>
          <w:i w:val="0"/>
        </w:rPr>
        <w:t xml:space="preserve">Trong khoảnh khắc đó, bạn có thể để sự phớt lờ này đè bẹp mình, hoặc bạn có thể dừng lại và nói </w:t>
      </w:r>
      <w:r>
        <w:rPr>
          <w:b w:val="0"/>
          <w:i/>
        </w:rPr>
        <w:t>Cứ Để Họ</w:t>
      </w:r>
      <w:r>
        <w:rPr>
          <w:b w:val="0"/>
          <w:i w:val="0"/>
        </w:rPr>
        <w:t>. Cứ để họ phớt lờ nó. Cứ để họ chọn một ý tưởng khác. Phản ứng của họ không thay đổi giá trị ý tưởng của bạn. Nó không thay đổi giá trị của bạn như một người đóng góp. Có thể họ đã chọn một chiến lược khác, nhưng điều đó không có nghĩa ý tưởng của bạn không hay. Bạn vẫn là con người đó với cùng tài năng và khả năng thành công, và việc bạn có một ý tưởng để trình bày đã chứng minh điều đó!</w:t>
      </w:r>
    </w:p>
    <w:p>
      <w:pPr>
        <w:spacing w:after="80"/>
      </w:pPr>
      <w:r>
        <w:rPr>
          <w:b w:val="0"/>
          <w:i w:val="0"/>
        </w:rPr>
        <w:t>Chuyện hẹn hò cũng vậy. Có thể bạn đang nhắn tin với ai đó và mọi thứ có vẻ như đang tiến triển. Nhưng rồi, không biết từ đâu, họ biến mất (ghost). Không phản hồi, không giải thích. Nó nhói đau, phải không? Bạn tự hỏi mình đã làm gì sai, tua lại từng cuộc trò chuyện, cố tìm xem nó trật đường ray từ đâu. Sự thôi thúc muốn nhắn lại cho họ, muốn tìm cách nào đó để có được lời kết, gần như áp đảo. Tôi từng ở đó rồi.</w:t>
      </w:r>
    </w:p>
    <w:p>
      <w:pPr>
        <w:spacing w:after="80"/>
      </w:pPr>
      <w:r>
        <w:rPr>
          <w:b w:val="0"/>
          <w:i w:val="0"/>
        </w:rPr>
        <w:t xml:space="preserve">Nhưng đây là lúc </w:t>
      </w:r>
      <w:r>
        <w:rPr>
          <w:b w:val="0"/>
          <w:i/>
        </w:rPr>
        <w:t>Cứ Để Họ</w:t>
      </w:r>
      <w:r>
        <w:rPr>
          <w:b w:val="0"/>
          <w:i w:val="0"/>
        </w:rPr>
        <w:t xml:space="preserve"> xuất hiện. </w:t>
      </w:r>
      <w:r>
        <w:rPr>
          <w:b w:val="0"/>
          <w:i/>
        </w:rPr>
        <w:t>Cứ Để Họ</w:t>
      </w:r>
      <w:r>
        <w:rPr>
          <w:b w:val="0"/>
          <w:i w:val="0"/>
        </w:rPr>
        <w:t xml:space="preserve"> cho bạn thấy họ là ai. Sự thiếu tôn trọng của họ không nói lên điều gì về bạn. Cách bạn phản ứng mới nói lên điều đó. Ngừng hỏi tại sao họ lại làm thế này. Câu hỏi là, tại sao bạn lại muốn ở bên một người đối xử với bạn như thế? Bạn không muốn. Đừng lãng phí năng lượng để đuổi theo một người đã rời đi rồi. Hãy tập trung vào điều bạn có thể kiểm soát: Xử lý cảm xúc của mình và nhắc nhở bản thân rằng bạn xứng đáng với một người đối xử với bạn bằng sự tôn trọng.</w:t>
      </w:r>
    </w:p>
    <w:p>
      <w:pPr>
        <w:spacing w:after="80"/>
      </w:pPr>
      <w:r>
        <w:rPr>
          <w:b w:val="0"/>
          <w:i w:val="0"/>
        </w:rPr>
        <w:t xml:space="preserve">Trong cả hai tình huống này—dù là công việc, hẹn hò, hay bất cứ điều gì khác—khi bạn nói </w:t>
      </w:r>
      <w:r>
        <w:rPr>
          <w:b w:val="0"/>
          <w:i/>
        </w:rPr>
        <w:t>Cứ Để Họ</w:t>
      </w:r>
      <w:r>
        <w:rPr>
          <w:b w:val="0"/>
          <w:i w:val="0"/>
        </w:rPr>
        <w:t xml:space="preserve">, bạn đang nhận ra điều gì nằm trong tầm kiểm soát của mình và điều gì không. Thay vì rối loạn, bạn chọn giữ mình vững vàng và buông bỏ. Như tôi đã nói ở trên, người khác không nắm giữ quyền lực thật sự nào đối với bạn, trừ khi bạn trao cho họ quyền lực đó. Và mỗi lần bạn nói </w:t>
      </w:r>
      <w:r>
        <w:rPr>
          <w:b w:val="0"/>
          <w:i/>
        </w:rPr>
        <w:t>Cứ Để Họ</w:t>
      </w:r>
      <w:r>
        <w:rPr>
          <w:b w:val="0"/>
          <w:i w:val="0"/>
        </w:rPr>
        <w:t>, bạn chọn lấy nó trở lại.</w:t>
      </w:r>
    </w:p>
    <w:p>
      <w:pPr>
        <w:spacing w:after="80"/>
      </w:pPr>
      <w:r>
        <w:rPr>
          <w:b w:val="0"/>
          <w:i w:val="0"/>
        </w:rPr>
        <w:t>Hoặc lấy tôi và tình huống trên chiếc ghế sofa của tôi làm ví dụ. Tôi thậm chí còn không biết bạn bè mình đã đi chơi cùng nhau. Nhưng ngay giây phút tôi nhìn thấy những bức ảnh từ chuyến đi của họ, tôi đã phản ứng. Cảm xúc chiếm lấy tôi. Tôi cảm thấy bất an. Tôi cảm thấy bị bỏ rơi. Tôi cảm thấy mình kém cỏi. Và rồi tôi đi xa hơn một bước và tự nhủ rằng mình đã làm điều gì đó sai. Điều đó chỉ khiến tôi cảm thấy tệ hơn.</w:t>
      </w:r>
    </w:p>
    <w:p>
      <w:pPr>
        <w:spacing w:after="80"/>
      </w:pPr>
      <w:r>
        <w:rPr>
          <w:b w:val="0"/>
          <w:i w:val="0"/>
        </w:rPr>
        <w:t>Sự thật là, tôi đã làm điều này với CHÍNH MÌNH. Bạn bè tôi không làm gì với tôi cả. Họ chỉ đang sống cuộc đời của họ. Họ được phép đi chơi xa. Họ được phép lên kế hoạch cho một cuối tuần với bất kỳ ai họ muốn. Cách tôi phản ứng với chuyến đi của họ mới là thứ làm tôi đau.</w:t>
      </w:r>
    </w:p>
    <w:p>
      <w:pPr>
        <w:spacing w:after="80"/>
      </w:pPr>
      <w:r>
        <w:rPr>
          <w:b w:val="0"/>
          <w:i w:val="0"/>
        </w:rPr>
        <w:t>Điều này quan trọng đến mức mình muốn thật sự mổ xẻ nó với bạn một cách chi tiết. Hãy dùng hình ảnh chiếc bập bênh trong sân chơi để giải thích cách thế cân bằng quyền lực giữa bạn và người khác lên xuống ra sao, và cách dùng Let Them Theory khi điều đó xảy ra.</w:t>
      </w:r>
    </w:p>
    <w:p>
      <w:pPr>
        <w:spacing w:after="80"/>
      </w:pPr>
      <w:r>
        <w:rPr>
          <w:b w:val="0"/>
          <w:i w:val="0"/>
        </w:rPr>
        <w:t>Khi ai đó làm gì đó (như lên kế hoạch gì đó mà không rủ bạn), bạn sẽ phản ứng theo cách tích cực hoặc tiêu cực. Nếu bạn phản ứng tiêu cực—và có những suy nghĩ tự hủy hoại bản thân hay cảm xúc nặng nề—nó sẽ đè nặng bạn xuống. Phản ứng của bạn chính là thứ làm nghiêng cán cân và thay đổi thế cân bằng giữa bạn và người khác.</w:t>
      </w:r>
    </w:p>
    <w:p>
      <w:pPr>
        <w:spacing w:after="80"/>
      </w:pPr>
      <w:r>
        <w:rPr>
          <w:b w:val="0"/>
          <w:i w:val="0"/>
        </w:rPr>
        <w:t>Hình minh họa này thể hiện chính xác cảm giác của mình khi nhìn thấy bức ảnh đó trên mạng.</w:t>
      </w:r>
    </w:p>
    <w:p>
      <w:pPr>
        <w:pStyle w:val="Heading2"/>
      </w:pPr>
      <w:r>
        <w:rPr>
          <w:rFonts w:ascii="Calibri" w:hAnsi="Calibri"/>
          <w:b/>
          <w:i w:val="0"/>
          <w:sz w:val="32"/>
        </w:rPr>
        <w:t>A) KHÔNG DÙNG LET THEM</w:t>
      </w:r>
    </w:p>
    <w:p>
      <w:pPr>
        <w:jc w:val="center"/>
      </w:pPr>
      <w:r>
        <w:drawing>
          <wp:inline xmlns:a="http://schemas.openxmlformats.org/drawingml/2006/main" xmlns:pic="http://schemas.openxmlformats.org/drawingml/2006/picture">
            <wp:extent cx="5486400" cy="2678877"/>
            <wp:docPr id="7" name="Picture 7"/>
            <wp:cNvGraphicFramePr>
              <a:graphicFrameLocks noChangeAspect="1"/>
            </wp:cNvGraphicFramePr>
            <a:graphic>
              <a:graphicData uri="http://schemas.openxmlformats.org/drawingml/2006/picture">
                <pic:pic>
                  <pic:nvPicPr>
                    <pic:cNvPr id="0" name="p52.jpg"/>
                    <pic:cNvPicPr/>
                  </pic:nvPicPr>
                  <pic:blipFill>
                    <a:blip r:embed="rId15"/>
                    <a:stretch>
                      <a:fillRect/>
                    </a:stretch>
                  </pic:blipFill>
                  <pic:spPr>
                    <a:xfrm>
                      <a:off x="0" y="0"/>
                      <a:ext cx="5486400" cy="2678877"/>
                    </a:xfrm>
                    <a:prstGeom prst="rect"/>
                  </pic:spPr>
                </pic:pic>
              </a:graphicData>
            </a:graphic>
          </wp:inline>
        </w:drawing>
      </w:r>
    </w:p>
    <w:p>
      <w:pPr>
        <w:spacing w:after="80"/>
      </w:pPr>
      <w:r>
        <w:rPr>
          <w:b w:val="0"/>
          <w:i w:val="0"/>
        </w:rPr>
        <w:t>Điều gì khiến mình đi xuống? Chính mình.</w:t>
      </w:r>
    </w:p>
    <w:p>
      <w:pPr>
        <w:spacing w:after="80"/>
      </w:pPr>
      <w:r>
        <w:rPr>
          <w:b w:val="0"/>
          <w:i w:val="0"/>
        </w:rPr>
        <w:t>Mỗi khi bạn nội tâm hóa suy nghĩ, hành động và cảm xúc của người khác như bằng chứng rằng bạn là người xấu hay bạn đã làm sai điều gì đó, bạn vừa trao quyền cho người khác. Và nó làm dịch chuyển thế cân bằng và sự cân bằng trong mối quan hệ. Bạn cảm thấy mình thấp kém hơn họ.</w:t>
      </w:r>
    </w:p>
    <w:p>
      <w:pPr>
        <w:spacing w:after="80"/>
      </w:pPr>
      <w:r>
        <w:rPr>
          <w:b w:val="0"/>
          <w:i w:val="0"/>
        </w:rPr>
        <w:t>Đó chính xác là điều đã xảy ra khi mình tự nhủ rằng mình đã làm sai điều gì đó. Mình cảm thấy tự ti, ghen tị, bất an, bị bỏ rơi, và kém cỏi. Những suy nghĩ và cảm xúc đó thật sự là những suy nghĩ nặng nề.</w:t>
      </w:r>
    </w:p>
    <w:p>
      <w:pPr>
        <w:spacing w:after="80"/>
      </w:pPr>
      <w:r>
        <w:rPr>
          <w:b w:val="0"/>
          <w:i w:val="0"/>
        </w:rPr>
        <w:t xml:space="preserve">Khi bạn nói </w:t>
      </w:r>
      <w:r>
        <w:rPr>
          <w:b w:val="0"/>
          <w:i/>
        </w:rPr>
        <w:t>Let Them</w:t>
      </w:r>
      <w:r>
        <w:rPr>
          <w:b w:val="0"/>
          <w:i w:val="0"/>
        </w:rPr>
        <w:t>, bạn giải phóng bản thân khỏi sức nặng của mọi tiêu cực vừa khiến bạn chìm xuống. Nó giống như đạp xuống đất trên chiếc bập bênh. Bạn đi lên và những người bạn ở phía bên kia đi xuống. Thế cân bằng quyền lực dịch chuyển.</w:t>
      </w:r>
    </w:p>
    <w:p>
      <w:pPr>
        <w:pStyle w:val="Heading2"/>
      </w:pPr>
      <w:r>
        <w:rPr>
          <w:rFonts w:ascii="Calibri" w:hAnsi="Calibri"/>
          <w:b/>
          <w:i w:val="0"/>
          <w:sz w:val="32"/>
        </w:rPr>
        <w:t>B) NÓI LET THEM</w:t>
      </w:r>
    </w:p>
    <w:p>
      <w:pPr>
        <w:jc w:val="center"/>
      </w:pPr>
      <w:r>
        <w:drawing>
          <wp:inline xmlns:a="http://schemas.openxmlformats.org/drawingml/2006/main" xmlns:pic="http://schemas.openxmlformats.org/drawingml/2006/picture">
            <wp:extent cx="5486400" cy="2284325"/>
            <wp:docPr id="8" name="Picture 8"/>
            <wp:cNvGraphicFramePr>
              <a:graphicFrameLocks noChangeAspect="1"/>
            </wp:cNvGraphicFramePr>
            <a:graphic>
              <a:graphicData uri="http://schemas.openxmlformats.org/drawingml/2006/picture">
                <pic:pic>
                  <pic:nvPicPr>
                    <pic:cNvPr id="0" name="p52-1.jpg"/>
                    <pic:cNvPicPr/>
                  </pic:nvPicPr>
                  <pic:blipFill>
                    <a:blip r:embed="rId16"/>
                    <a:stretch>
                      <a:fillRect/>
                    </a:stretch>
                  </pic:blipFill>
                  <pic:spPr>
                    <a:xfrm>
                      <a:off x="0" y="0"/>
                      <a:ext cx="5486400" cy="2284325"/>
                    </a:xfrm>
                    <a:prstGeom prst="rect"/>
                  </pic:spPr>
                </pic:pic>
              </a:graphicData>
            </a:graphic>
          </wp:inline>
        </w:drawing>
      </w:r>
    </w:p>
    <w:p>
      <w:pPr>
        <w:spacing w:after="80"/>
      </w:pPr>
      <w:r>
        <w:rPr>
          <w:b w:val="0"/>
          <w:i w:val="0"/>
        </w:rPr>
        <w:t xml:space="preserve">Cảm giác thật tuyệt khi vượt lên trên người khác và những tình huống làm bạn khó chịu. Đó là lý do mọi người thích nói </w:t>
      </w:r>
      <w:r>
        <w:rPr>
          <w:b w:val="0"/>
          <w:i/>
        </w:rPr>
        <w:t>Let Them</w:t>
      </w:r>
      <w:r>
        <w:rPr>
          <w:b w:val="0"/>
          <w:i w:val="0"/>
        </w:rPr>
        <w:t>, vì khi bạn ở trên cao, bạn cảm thấy cảm giác cao thượng và tự tin giả tạo này. Bạn vượt qua những cảm xúc nặng nề đó và vươn lên. Điều này sẽ tự động khiến bạn cảm thấy mình giỏi hơn người khác. Bạn sẽ cảm thấy mình khôn ngoan hơn và một cách kỳ lạ là đứng trên tất cả, đó là lý do bạn dễ dàng tách mình khỏi tình huống.</w:t>
      </w:r>
    </w:p>
    <w:p>
      <w:pPr>
        <w:spacing w:after="80"/>
      </w:pPr>
      <w:r>
        <w:rPr>
          <w:b w:val="0"/>
          <w:i w:val="0"/>
        </w:rPr>
        <w:t>Và một chút cảm giác cao thượng có thể đi được một quãng đường dài khi bạn đang trong vòng xoáy cảm xúc. Cảm giác tạm thời có quyền lực hơn người khác đó có thể giúp bạn vượt qua tình huống, chấp nhận điều đang xảy ra, và xử lý những trải nghiệm bực bội hay đau đớn trong cuộc sống.</w:t>
      </w:r>
    </w:p>
    <w:p>
      <w:pPr>
        <w:spacing w:after="80"/>
      </w:pPr>
      <w:r>
        <w:rPr>
          <w:b w:val="0"/>
          <w:i w:val="0"/>
        </w:rPr>
        <w:t>Nó giúp bạn cảm thấy mình giỏi hơn người bạn không gọi lại cho bạn, hay người bạn cùng phòng lười biếng không rửa bát đĩa, hay vị khách hàng thô lỗ mà bạn phải đối mặt ở chỗ làm.</w:t>
      </w:r>
    </w:p>
    <w:p>
      <w:pPr>
        <w:spacing w:after="80"/>
      </w:pPr>
      <w:r>
        <w:rPr>
          <w:b/>
          <w:i w:val="0"/>
        </w:rPr>
        <w:t>Nhưng rồi, khoảnh khắc Let Them đó cũng qua đi.</w:t>
      </w:r>
    </w:p>
    <w:p>
      <w:pPr>
        <w:spacing w:after="80"/>
      </w:pPr>
      <w:r>
        <w:rPr>
          <w:b w:val="0"/>
          <w:i w:val="0"/>
        </w:rPr>
        <w:t xml:space="preserve">Rồi bạn sẽ nghĩ. . . giờ thì sao? Bạn sẽ ngồi trên đó nhìn xuống người khác, và bạn sẽ bắt đầu cảm thấy hơi lạc lõng trong sự cao thượng của mình. Và, sau khi mình ban đầu bắt đầu nói </w:t>
      </w:r>
      <w:r>
        <w:rPr>
          <w:b w:val="0"/>
          <w:i/>
        </w:rPr>
        <w:t>Let Them</w:t>
      </w:r>
      <w:r>
        <w:rPr>
          <w:b w:val="0"/>
          <w:i w:val="0"/>
        </w:rPr>
        <w:t>, mình cũng thật sự không biết phải làm gì. Nói nó và có được cú sốc cao thượng đó thì thấy tuyệt, và tách khỏi cảm xúc thì thấy phê. Đó là phần dễ. Nhưng mình không biết phải làm gì tiếp theo.</w:t>
      </w:r>
    </w:p>
    <w:p>
      <w:pPr>
        <w:spacing w:after="80"/>
      </w:pPr>
      <w:r>
        <w:rPr>
          <w:b w:val="0"/>
          <w:i w:val="0"/>
        </w:rPr>
        <w:t xml:space="preserve">Và đây là mối nguy của việc chỉ nói </w:t>
      </w:r>
      <w:r>
        <w:rPr>
          <w:b w:val="0"/>
          <w:i/>
        </w:rPr>
        <w:t>Let Them:</w:t>
      </w:r>
      <w:r>
        <w:rPr>
          <w:b w:val="0"/>
          <w:i w:val="0"/>
        </w:rPr>
        <w:t xml:space="preserve"> Nếu tất cả những gì bạn làm mãi chỉ là nói </w:t>
      </w:r>
      <w:r>
        <w:rPr>
          <w:b w:val="0"/>
          <w:i/>
        </w:rPr>
        <w:t>Let Them, Let Them, Let Them</w:t>
      </w:r>
      <w:r>
        <w:rPr>
          <w:b w:val="0"/>
          <w:i w:val="0"/>
        </w:rPr>
        <w:t>, nó sẽ khiến bạn cảm thấy cô lập hơn. Nó sẽ khiến bạn muốn rút lui hoặc đóng lòng lại.</w:t>
      </w:r>
    </w:p>
    <w:p>
      <w:pPr>
        <w:spacing w:after="80"/>
      </w:pPr>
      <w:r>
        <w:rPr>
          <w:b w:val="0"/>
          <w:i w:val="0"/>
        </w:rPr>
        <w:t xml:space="preserve">Và đó chính xác là điều mà mình của ngày xưa sẽ làm với tình huống trên ghế sofa. Nếu mình chỉ dừng lại ở phần </w:t>
      </w:r>
      <w:r>
        <w:rPr>
          <w:b w:val="0"/>
          <w:i/>
        </w:rPr>
        <w:t>Let Them</w:t>
      </w:r>
      <w:r>
        <w:rPr>
          <w:b w:val="0"/>
          <w:i w:val="0"/>
        </w:rPr>
        <w:t>—mình có thể tưởng tượng ra ngay bây giờ—mình sẽ ngồi đó trong sự cao thượng của mình. Mình sẽ không chủ động liên lạc. Mình sẽ nói xấu họ sau lưng, tìm kiếm sự trấn an từ những người bạn khác, và cảm thấy rất ngượng ngùng mỗi lần gặp họ. Và đây là những người phụ nữ mà mình thật sự thích và muốn làm bạn!</w:t>
      </w:r>
    </w:p>
    <w:p>
      <w:pPr>
        <w:spacing w:after="80"/>
      </w:pPr>
      <w:r>
        <w:rPr>
          <w:b w:val="0"/>
          <w:i w:val="0"/>
        </w:rPr>
        <w:t>Tôi muốn bạn dừng lại và thực sự nghĩ về một tình huống khi bạn thấy bạn bè mình đi chơi và làm đủ thứ mà không có bạn. Khi điều đó xảy ra, nó đau lắm. Bị loại ra ngoài lúc nào cũng đau. Bạn muốn được rủ đi chơi golf. Bạn muốn được mời qua nhà xem trận đấu. Bạn muốn đi đâu đó vào cuối tuần. Bạn rất muốn đi uống với mấy đồng nghiệp ngầu của mình. Bạn muốn có những tình bạn tuyệt vời, vui vẻ.</w:t>
      </w:r>
    </w:p>
    <w:p>
      <w:pPr>
        <w:spacing w:after="80"/>
      </w:pPr>
      <w:r>
        <w:rPr>
          <w:b w:val="0"/>
          <w:i w:val="0"/>
        </w:rPr>
        <w:t xml:space="preserve">Và tôi cũng muốn điều đó cho bạn. Nên để tôi hỏi bạn một câu: </w:t>
      </w:r>
      <w:r>
        <w:rPr>
          <w:b w:val="0"/>
          <w:i/>
        </w:rPr>
        <w:t>Cảm thấy mình cao thượng về mặt đạo đức thì chính xác giúp gì được bạn trong việc tạo ra những tình bạn tuyệt vời đó?</w:t>
      </w:r>
      <w:r>
        <w:rPr>
          <w:b w:val="0"/>
          <w:i w:val="0"/>
        </w:rPr>
        <w:t xml:space="preserve"> Chẳng giúp gì cả.</w:t>
      </w:r>
    </w:p>
    <w:p>
      <w:pPr>
        <w:spacing w:after="80"/>
      </w:pPr>
      <w:r>
        <w:rPr>
          <w:b w:val="0"/>
          <w:i w:val="0"/>
        </w:rPr>
        <w:t xml:space="preserve">Nói </w:t>
      </w:r>
      <w:r>
        <w:rPr>
          <w:b w:val="0"/>
          <w:i/>
        </w:rPr>
        <w:t>Kệ Họ</w:t>
      </w:r>
      <w:r>
        <w:rPr>
          <w:b w:val="0"/>
          <w:i w:val="0"/>
        </w:rPr>
        <w:t xml:space="preserve"> chỉ đơn giản giải thoát bạn khỏi nỗi đau và tổn thương mà bạn đang cảm thấy. . . nhưng chỉ trong chốc lát thôi. Cảm giác thật sảng khoái khi đổ lỗi cho người khác và thấy mình hơn người.</w:t>
      </w:r>
    </w:p>
    <w:p>
      <w:pPr>
        <w:spacing w:after="80"/>
      </w:pPr>
      <w:r>
        <w:rPr>
          <w:b w:val="0"/>
          <w:i w:val="0"/>
        </w:rPr>
        <w:t xml:space="preserve">Nhưng với tư cách là bạn của bạn, tôi thấy có nghĩa vụ phải cảnh báo bạn rằng nếu bạn chỉ nói </w:t>
      </w:r>
      <w:r>
        <w:rPr>
          <w:b w:val="0"/>
          <w:i/>
        </w:rPr>
        <w:t>Kệ Họ</w:t>
      </w:r>
      <w:r>
        <w:rPr>
          <w:b w:val="0"/>
          <w:i w:val="0"/>
        </w:rPr>
        <w:t xml:space="preserve"> thì bạn sẽ thấy mình chẳng còn nhiều bạn bè, chẳng còn nhiều kế hoạch xã hội, và bối rối không hiểu tại sao lý thuyết này "không hiệu quả" với mình.</w:t>
      </w:r>
    </w:p>
    <w:p>
      <w:pPr>
        <w:spacing w:after="80"/>
      </w:pPr>
      <w:r>
        <w:rPr>
          <w:b w:val="0"/>
          <w:i w:val="0"/>
        </w:rPr>
        <w:t xml:space="preserve">Và điều đó đưa tôi đến phát hiện quan trọng mà tôi có được khi lần đầu bắt đầu nghiên cứu lý thuyết này. </w:t>
      </w:r>
      <w:r>
        <w:rPr>
          <w:b w:val="0"/>
          <w:i/>
        </w:rPr>
        <w:t>Kệ Họ</w:t>
      </w:r>
      <w:r>
        <w:rPr>
          <w:b w:val="0"/>
          <w:i w:val="0"/>
        </w:rPr>
        <w:t xml:space="preserve"> chỉ là nửa đầu của phương trình. Bạn không thể dừng lại ở đó. Còn một phần thứ hai, cực kỳ quan trọng của lý thuyết—</w:t>
      </w:r>
      <w:r>
        <w:rPr>
          <w:b w:val="0"/>
          <w:i/>
        </w:rPr>
        <w:t>Để Tôi</w:t>
      </w:r>
      <w:r>
        <w:rPr>
          <w:b w:val="0"/>
          <w:i w:val="0"/>
        </w:rPr>
        <w:t>.</w:t>
      </w:r>
    </w:p>
    <w:p>
      <w:pPr>
        <w:spacing w:after="80"/>
      </w:pPr>
      <w:r>
        <w:rPr>
          <w:b w:val="0"/>
          <w:i w:val="0"/>
        </w:rPr>
        <w:t xml:space="preserve">Nguồn sức mạnh của bạn không nằm ở việc quản lý người khác; nó nằm ở cách bạn phản ứng. Khi bạn nói </w:t>
      </w:r>
      <w:r>
        <w:rPr>
          <w:b w:val="0"/>
          <w:i/>
        </w:rPr>
        <w:t>Để Tôi</w:t>
      </w:r>
      <w:r>
        <w:rPr>
          <w:b w:val="0"/>
          <w:i w:val="0"/>
        </w:rPr>
        <w:t xml:space="preserve">, bạn đang chạm vào nguồn sức mạnh đó bằng cách chịu trách nhiệm cho những gì bạn làm, nghĩ, hoặc nói tiếp theo. </w:t>
      </w:r>
      <w:r>
        <w:rPr>
          <w:b w:val="0"/>
          <w:i/>
        </w:rPr>
        <w:t>Để Tôi</w:t>
      </w:r>
      <w:r>
        <w:rPr>
          <w:b w:val="0"/>
          <w:i w:val="0"/>
        </w:rPr>
        <w:t xml:space="preserve"> giúp bạn nhận ra rằng bạn nắm quyền kiểm soát những gì xảy ra tiếp theo và rằng cuộc sống vui vẻ, trọn vẹn hơn khi bạn không ngồi một mình trong cái cảm giác cao thượng của mình.</w:t>
      </w:r>
    </w:p>
    <w:p>
      <w:pPr>
        <w:pStyle w:val="Heading2"/>
      </w:pPr>
      <w:r>
        <w:rPr>
          <w:rFonts w:ascii="Calibri" w:hAnsi="Calibri"/>
          <w:b/>
          <w:i w:val="0"/>
          <w:sz w:val="32"/>
        </w:rPr>
        <w:t>Để Tôi Là Nước Đi Mang Tính Quyền Lực</w:t>
      </w:r>
    </w:p>
    <w:p>
      <w:pPr>
        <w:spacing w:after="80"/>
      </w:pPr>
      <w:r>
        <w:rPr>
          <w:b w:val="0"/>
          <w:i w:val="0"/>
        </w:rPr>
        <w:t xml:space="preserve">Đó là lý do lý thuyết này chỉ hiệu quả khi bạn nói cả hai phần. Khi bạn nói </w:t>
      </w:r>
      <w:r>
        <w:rPr>
          <w:b w:val="0"/>
          <w:i/>
        </w:rPr>
        <w:t>Kệ Họ</w:t>
      </w:r>
      <w:r>
        <w:rPr>
          <w:b w:val="0"/>
          <w:i w:val="0"/>
        </w:rPr>
        <w:t xml:space="preserve">, bạn đưa ra quyết định có ý thức là không để hành vi của người khác làm phiền mình. Khi bạn nói </w:t>
      </w:r>
      <w:r>
        <w:rPr>
          <w:b w:val="0"/>
          <w:i/>
        </w:rPr>
        <w:t>Để Tôi</w:t>
      </w:r>
      <w:r>
        <w:rPr>
          <w:b w:val="0"/>
          <w:i w:val="0"/>
        </w:rPr>
        <w:t>, bạn chịu trách nhiệm cho những gì CHÍNH BẠN làm tiếp theo.</w:t>
      </w:r>
    </w:p>
    <w:p>
      <w:pPr>
        <w:spacing w:after="80"/>
      </w:pPr>
      <w:r>
        <w:rPr>
          <w:b w:val="0"/>
          <w:i w:val="0"/>
        </w:rPr>
        <w:t xml:space="preserve">Điều tôi thích ở </w:t>
      </w:r>
      <w:r>
        <w:rPr>
          <w:b w:val="0"/>
          <w:i/>
        </w:rPr>
        <w:t>Để Tôi</w:t>
      </w:r>
      <w:r>
        <w:rPr>
          <w:b w:val="0"/>
          <w:i w:val="0"/>
        </w:rPr>
        <w:t xml:space="preserve"> là nó ngay lập tức cho bạn thấy bạn có thể kiểm soát được điều gì. Và có rất nhiều thứ bạn kiểm soát được: Thái độ của bạn. . . hành vi của bạn. . . giá trị của bạn, nhu cầu của bạn, mong muốn của bạn, và điều CHÍNH BẠN muốn làm để đáp lại những gì vừa xảy ra.</w:t>
      </w:r>
    </w:p>
    <w:p>
      <w:pPr>
        <w:spacing w:after="80"/>
      </w:pPr>
      <w:r>
        <w:rPr>
          <w:b w:val="0"/>
          <w:i w:val="0"/>
        </w:rPr>
        <w:t xml:space="preserve">Nó ngược lại với sự phán xét. </w:t>
      </w:r>
      <w:r>
        <w:rPr>
          <w:b w:val="0"/>
          <w:i/>
        </w:rPr>
        <w:t>Để Tôi</w:t>
      </w:r>
      <w:r>
        <w:rPr>
          <w:b w:val="0"/>
          <w:i w:val="0"/>
        </w:rPr>
        <w:t xml:space="preserve"> hoàn toàn xoay quanh sự tự nhận thức, lòng trắc ẩn, sự trao quyền, và trách nhiệm cá nhân.</w:t>
      </w:r>
    </w:p>
    <w:p>
      <w:pPr>
        <w:spacing w:after="80"/>
      </w:pPr>
      <w:r>
        <w:rPr>
          <w:b w:val="0"/>
          <w:i w:val="0"/>
        </w:rPr>
        <w:t>Những người bạn đi chơi mà không có bạn không giỏi hơn bạn. Và bạn cũng không giỏi hơn họ.</w:t>
      </w:r>
    </w:p>
    <w:p>
      <w:pPr>
        <w:spacing w:after="80"/>
      </w:pPr>
      <w:r>
        <w:rPr>
          <w:b w:val="0"/>
          <w:i w:val="0"/>
        </w:rPr>
        <w:t xml:space="preserve">Đây là cốt lõi của Lý thuyết Kệ Họ: </w:t>
      </w:r>
      <w:r>
        <w:rPr>
          <w:b w:val="0"/>
          <w:i/>
        </w:rPr>
        <w:t>Kệ Họ</w:t>
      </w:r>
      <w:r>
        <w:rPr>
          <w:b w:val="0"/>
          <w:i w:val="0"/>
        </w:rPr>
        <w:t xml:space="preserve"> và </w:t>
      </w:r>
      <w:r>
        <w:rPr>
          <w:b w:val="0"/>
          <w:i/>
        </w:rPr>
        <w:t>Để Tôi</w:t>
      </w:r>
      <w:r>
        <w:rPr>
          <w:b w:val="0"/>
          <w:i w:val="0"/>
        </w:rPr>
        <w:t>.</w:t>
      </w:r>
    </w:p>
    <w:p>
      <w:pPr>
        <w:spacing w:after="80"/>
      </w:pPr>
      <w:r>
        <w:rPr>
          <w:b w:val="0"/>
          <w:i w:val="0"/>
        </w:rPr>
        <w:t>Bạn càng để người khác sống cuộc đời của họ, cuộc đời bạn càng tốt hơn. Bạn càng buông bỏ quyền kiểm soát, bạn càng nhận được nhiều hơn.</w:t>
      </w:r>
    </w:p>
    <w:p>
      <w:pPr>
        <w:spacing w:after="80"/>
      </w:pPr>
      <w:r>
        <w:rPr>
          <w:b w:val="0"/>
          <w:i w:val="0"/>
        </w:rPr>
        <w:t>Lý thuyết Kệ Họ hoàn toàn không phải về sự cao thượng. Nó là về sự cân bằng. Nó là về việc tạo không gian cho cả bạn và người khác. Nó là về việc cho người khác không gian và sự bao dung để sống cuộc đời của họ—rồi sau đó cho chính bạn điều tương tự.</w:t>
      </w:r>
    </w:p>
    <w:p>
      <w:pPr>
        <w:pStyle w:val="Heading2"/>
      </w:pPr>
      <w:r>
        <w:rPr>
          <w:rFonts w:ascii="Calibri" w:hAnsi="Calibri"/>
          <w:b/>
          <w:i w:val="0"/>
          <w:sz w:val="32"/>
        </w:rPr>
        <w:t>C) NÓI ĐỂ TÔI</w:t>
      </w:r>
    </w:p>
    <w:p>
      <w:pPr>
        <w:jc w:val="center"/>
      </w:pPr>
      <w:r>
        <w:drawing>
          <wp:inline xmlns:a="http://schemas.openxmlformats.org/drawingml/2006/main" xmlns:pic="http://schemas.openxmlformats.org/drawingml/2006/picture">
            <wp:extent cx="5486400" cy="2193208"/>
            <wp:docPr id="9" name="Picture 9"/>
            <wp:cNvGraphicFramePr>
              <a:graphicFrameLocks noChangeAspect="1"/>
            </wp:cNvGraphicFramePr>
            <a:graphic>
              <a:graphicData uri="http://schemas.openxmlformats.org/drawingml/2006/picture">
                <pic:pic>
                  <pic:nvPicPr>
                    <pic:cNvPr id="0" name="p55.jpg"/>
                    <pic:cNvPicPr/>
                  </pic:nvPicPr>
                  <pic:blipFill>
                    <a:blip r:embed="rId17"/>
                    <a:stretch>
                      <a:fillRect/>
                    </a:stretch>
                  </pic:blipFill>
                  <pic:spPr>
                    <a:xfrm>
                      <a:off x="0" y="0"/>
                      <a:ext cx="5486400" cy="2193208"/>
                    </a:xfrm>
                    <a:prstGeom prst="rect"/>
                  </pic:spPr>
                </pic:pic>
              </a:graphicData>
            </a:graphic>
          </wp:inline>
        </w:drawing>
      </w:r>
    </w:p>
    <w:p>
      <w:pPr>
        <w:spacing w:after="80"/>
      </w:pPr>
      <w:r>
        <w:rPr>
          <w:b w:val="0"/>
          <w:i w:val="0"/>
        </w:rPr>
        <w:t xml:space="preserve">Ví dụ, với cái vòng xoáy cuối tuần của mấy cô bạn gái tôi, đầu tiên tôi nói </w:t>
      </w:r>
      <w:r>
        <w:rPr>
          <w:b w:val="0"/>
          <w:i/>
        </w:rPr>
        <w:t>Kệ Họ</w:t>
      </w:r>
      <w:r>
        <w:rPr>
          <w:b w:val="0"/>
          <w:i w:val="0"/>
        </w:rPr>
        <w:t>, điều đó giúp tôi vượt lên trên tình huống và nỗi tổn thương. Nó giúp tôi tách mình ra khỏi những cảm xúc mình đang có. Và đó là bước đầu tiên, bởi vì để cảm xúc lấn át rồi đổ lỗi cho họ hay tự dìm mình xuống sẽ không tự nhiên cải thiện được tình bạn của tôi.</w:t>
      </w:r>
    </w:p>
    <w:p>
      <w:pPr>
        <w:spacing w:after="80"/>
      </w:pPr>
      <w:r>
        <w:rPr>
          <w:b w:val="0"/>
          <w:i w:val="0"/>
        </w:rPr>
        <w:t xml:space="preserve">Sự vượt trội đó cho tôi không gian tinh thần để thực sự nhìn tình huống từ trên cao. Càng nói </w:t>
      </w:r>
      <w:r>
        <w:rPr>
          <w:b w:val="0"/>
          <w:i/>
        </w:rPr>
        <w:t>Kệ Họ</w:t>
      </w:r>
      <w:r>
        <w:rPr>
          <w:b w:val="0"/>
          <w:i w:val="0"/>
        </w:rPr>
        <w:t>, tôi càng có nhiều không gian để xem xét vai trò CỦA MÌNH trong tình huống này, và điều tôi muốn làm về nó.</w:t>
      </w:r>
    </w:p>
    <w:p>
      <w:pPr>
        <w:spacing w:after="80"/>
      </w:pPr>
      <w:r>
        <w:rPr>
          <w:b w:val="0"/>
          <w:i w:val="0"/>
        </w:rPr>
        <w:t>Và khi tôi dừng lại để nhìn vào gương, tôi thấy rất nhiều điều.</w:t>
      </w:r>
    </w:p>
    <w:p>
      <w:pPr>
        <w:spacing w:after="80"/>
      </w:pPr>
      <w:r>
        <w:rPr>
          <w:b w:val="0"/>
          <w:i w:val="0"/>
        </w:rPr>
        <w:t>Mấy năm qua tôi đã quá bận rộn với công việc, tôi hầu như chẳng gặp bạn bè. Tôi đã không mời ai làm gì trong một thời gian dài. Có lẽ tôi không bị loại trừ. Có lẽ họ chẳng nghĩ đến tôi chút nào. Và nếu tôi không nỗ lực, không chủ động liên lạc, hay không tình cờ gặp họ quanh khu phố, thì tại sao họ lại nghĩ đến tôi? Thêm nữa, nếu tôi hoàn toàn thành thật, tôi đã quá bận rộn với cuộc sống, công việc và con cái của mình, nên trừ khi tôi thấy bạn cũ đăng bài trên mạng, tôi cũng chẳng nghĩ nhiều về họ.</w:t>
      </w:r>
    </w:p>
    <w:p>
      <w:pPr>
        <w:spacing w:after="80"/>
      </w:pPr>
      <w:r>
        <w:rPr>
          <w:b w:val="0"/>
          <w:i w:val="0"/>
        </w:rPr>
        <w:t xml:space="preserve">Không ai nợ tôi một lời mời. Không ai nợ tôi một cuộc gọi. Đúng, những điều này mang lại cảm giác dễ chịu; và đúng, bạn xứng đáng có những người bạn chủ động liên lạc. Nhưng trách nhiệm tạo nên những tình bạn đó thuộc về ai? Và quan trọng hơn, </w:t>
      </w:r>
      <w:r>
        <w:rPr>
          <w:b w:val="0"/>
          <w:i/>
        </w:rPr>
        <w:t>Để Tôi</w:t>
      </w:r>
      <w:r>
        <w:rPr>
          <w:b w:val="0"/>
          <w:i w:val="0"/>
        </w:rPr>
        <w:t xml:space="preserve"> thành thật với chính mình: Tôi đã làm phần của mình chưa? Khi tôi dừng lại để tự hỏi câu đó, câu trả lời là chưa.</w:t>
      </w:r>
    </w:p>
    <w:p>
      <w:pPr>
        <w:spacing w:after="80"/>
      </w:pPr>
      <w:r>
        <w:rPr>
          <w:b w:val="0"/>
          <w:i w:val="0"/>
        </w:rPr>
        <w:t>Khi bạn là người lớn, đời sống xã hội là trách nhiệm của bạn. Nếu bạn muốn vui vẻ hơn, bạn nên rời khỏi ghế sofa và tạo nên một đời sống xã hội tuyệt vời (đang tự nói với chính mình đây).</w:t>
      </w:r>
    </w:p>
    <w:p>
      <w:pPr>
        <w:spacing w:after="80"/>
      </w:pPr>
      <w:r>
        <w:rPr>
          <w:b w:val="0"/>
          <w:i/>
        </w:rPr>
        <w:t>Để Tôi</w:t>
      </w:r>
      <w:r>
        <w:rPr>
          <w:b w:val="0"/>
          <w:i w:val="0"/>
        </w:rPr>
        <w:t xml:space="preserve"> ngừng mong đợi người khác luôn bao gồm mình. </w:t>
      </w:r>
      <w:r>
        <w:rPr>
          <w:b w:val="0"/>
          <w:i/>
        </w:rPr>
        <w:t>Để Tôi</w:t>
      </w:r>
      <w:r>
        <w:rPr>
          <w:b w:val="0"/>
          <w:i w:val="0"/>
        </w:rPr>
        <w:t xml:space="preserve"> chịu trách nhiệm về điều mình muốn trong cuộc sống. </w:t>
      </w:r>
      <w:r>
        <w:rPr>
          <w:b w:val="0"/>
          <w:i/>
        </w:rPr>
        <w:t>Để Tôi</w:t>
      </w:r>
      <w:r>
        <w:rPr>
          <w:b w:val="0"/>
          <w:i w:val="0"/>
        </w:rPr>
        <w:t xml:space="preserve"> tìm ra vấn đề sâu xa hơn mà mình cần nhìn vào. </w:t>
      </w:r>
      <w:r>
        <w:rPr>
          <w:b w:val="0"/>
          <w:i/>
        </w:rPr>
        <w:t>Để Tôi</w:t>
      </w:r>
      <w:r>
        <w:rPr>
          <w:b w:val="0"/>
          <w:i w:val="0"/>
        </w:rPr>
        <w:t xml:space="preserve"> chủ động hơn trong việc liên lạc với mọi người. </w:t>
      </w:r>
      <w:r>
        <w:rPr>
          <w:b w:val="0"/>
          <w:i/>
        </w:rPr>
        <w:t>Để Tôi</w:t>
      </w:r>
      <w:r>
        <w:rPr>
          <w:b w:val="0"/>
          <w:i w:val="0"/>
        </w:rPr>
        <w:t xml:space="preserve"> mời mọi người làm gì đó vào cuối tuần này. </w:t>
      </w:r>
      <w:r>
        <w:rPr>
          <w:b w:val="0"/>
          <w:i/>
        </w:rPr>
        <w:t>Để Tôi</w:t>
      </w:r>
      <w:r>
        <w:rPr>
          <w:b w:val="0"/>
          <w:i w:val="0"/>
        </w:rPr>
        <w:t xml:space="preserve"> tổ chức một bữa tiệc một lần cho biết. </w:t>
      </w:r>
      <w:r>
        <w:rPr>
          <w:b w:val="0"/>
          <w:i/>
        </w:rPr>
        <w:t>Để Tôi</w:t>
      </w:r>
      <w:r>
        <w:rPr>
          <w:b w:val="0"/>
          <w:i w:val="0"/>
        </w:rPr>
        <w:t xml:space="preserve"> thiết lập ranh giới tốt hơn với công việc để có thời gian cho tình bạn. </w:t>
      </w:r>
      <w:r>
        <w:rPr>
          <w:b w:val="0"/>
          <w:i/>
        </w:rPr>
        <w:t>Để Tôi</w:t>
      </w:r>
      <w:r>
        <w:rPr>
          <w:b w:val="0"/>
          <w:i w:val="0"/>
        </w:rPr>
        <w:t xml:space="preserve"> ưu tiên đời sống xã hội của mình, vì rõ ràng nó quan trọng với tôi, và việc tạo nên nó là trách nhiệm của tôi.</w:t>
      </w:r>
    </w:p>
    <w:p>
      <w:pPr>
        <w:spacing w:after="80"/>
      </w:pPr>
      <w:r>
        <w:rPr>
          <w:b w:val="0"/>
          <w:i/>
        </w:rPr>
        <w:t>Để Tôi</w:t>
      </w:r>
      <w:r>
        <w:rPr>
          <w:b w:val="0"/>
          <w:i w:val="0"/>
        </w:rPr>
        <w:t xml:space="preserve"> liên lạc với vài người phụ nữ này để nối lại. Không theo cách thụ động. Không phải để làm lành mọi chuyện. Và không phải để được mời đến chuyến đi chơi tiếp theo của họ. Mà bởi vì sau khi tôi nói </w:t>
      </w:r>
      <w:r>
        <w:rPr>
          <w:b w:val="0"/>
          <w:i/>
        </w:rPr>
        <w:t>Kệ Họ</w:t>
      </w:r>
      <w:r>
        <w:rPr>
          <w:b w:val="0"/>
          <w:i w:val="0"/>
        </w:rPr>
        <w:t xml:space="preserve"> và </w:t>
      </w:r>
      <w:r>
        <w:rPr>
          <w:b w:val="0"/>
          <w:i/>
        </w:rPr>
        <w:t>Để Tôi</w:t>
      </w:r>
      <w:r>
        <w:rPr>
          <w:b w:val="0"/>
          <w:i w:val="0"/>
        </w:rPr>
        <w:t xml:space="preserve"> và vượt lên trên cảm xúc của mình, tôi kết nối với sự thật sâu xa hơn rằng tôi thực sự rất nhớ vài người phụ nữ này, và việc thấy bài đăng đó trên mạng khiến tôi nhận ra mình làm việc quá nhiều và tôi muốn nỗ lực để thắp lại tình bạn với họ. . . và vài người khác nữa giờ khi tôi đang nghĩ về điều đó.</w:t>
      </w:r>
    </w:p>
    <w:p>
      <w:pPr>
        <w:pStyle w:val="Heading2"/>
      </w:pPr>
      <w:r>
        <w:rPr>
          <w:rFonts w:ascii="Calibri" w:hAnsi="Calibri"/>
          <w:b/>
          <w:i w:val="0"/>
          <w:sz w:val="32"/>
        </w:rPr>
        <w:t>Trước Khi Chúng Ta Đi Sâu: Hai Lời Cảnh Báo</w:t>
      </w:r>
    </w:p>
    <w:p>
      <w:pPr>
        <w:spacing w:after="80"/>
      </w:pPr>
      <w:r>
        <w:rPr>
          <w:b w:val="0"/>
          <w:i w:val="0"/>
        </w:rPr>
        <w:t>Khi tôi nghiên cứu cuốn sách này, hai câu hỏi quan trọng được những người đang áp dụng Học thuyết Kệ Họ nêu ra lặp đi lặp lại, và tôi muốn giải quyết chúng ngay bây giờ trước khi chúng ta đi sâu hơn vào phần còn lại của cuốn sách.</w:t>
      </w:r>
    </w:p>
    <w:p>
      <w:pPr>
        <w:pStyle w:val="Heading3"/>
      </w:pPr>
      <w:r>
        <w:rPr>
          <w:rFonts w:ascii="Calibri" w:hAnsi="Calibri"/>
          <w:b/>
          <w:i w:val="0"/>
          <w:sz w:val="26"/>
        </w:rPr>
        <w:t>Thứ nhất: Học thuyết Kệ Họ có áp dụng cho trẻ em không?</w:t>
      </w:r>
    </w:p>
    <w:p>
      <w:pPr>
        <w:spacing w:after="80"/>
      </w:pPr>
      <w:r>
        <w:rPr>
          <w:b w:val="0"/>
          <w:i w:val="0"/>
        </w:rPr>
        <w:t>Có, bạn hoàn toàn có thể dùng Học thuyết Kệ Họ với trẻ em, (với một số lưu ý rất quan trọng), nhưng cuốn sách này đặc biệt tập trung vào cách bạn áp dụng học thuyết với người lớn. Xuyên suốt cuốn sách, tôi phân biệt rõ ràng giữa người lớn và trẻ em để tránh mọi nhầm lẫn. Và với những ai đang tìm hướng dẫn về cách dùng phương pháp này với trẻ em, thanh thiếu niên và người trẻ tuổi, tôi đã đưa vào một hướng dẫn đặc biệt trong Phụ lục ở cuối sách, phân tích chi tiết điều này.</w:t>
      </w:r>
    </w:p>
    <w:p>
      <w:pPr>
        <w:pStyle w:val="Heading3"/>
      </w:pPr>
      <w:r>
        <w:rPr>
          <w:rFonts w:ascii="Calibri" w:hAnsi="Calibri"/>
          <w:b/>
          <w:i w:val="0"/>
          <w:sz w:val="26"/>
        </w:rPr>
        <w:t>Thứ hai: Điều gì xảy ra nếu dùng Kệ Họ khiến bạn cảm thấy cô đơn?</w:t>
      </w:r>
    </w:p>
    <w:p>
      <w:pPr>
        <w:spacing w:after="80"/>
      </w:pPr>
      <w:r>
        <w:rPr>
          <w:b w:val="0"/>
          <w:i w:val="0"/>
        </w:rPr>
        <w:t xml:space="preserve">Đây là một điểm then chốt. Một số người chia sẻ rằng họ cảm thấy cô đơn sau khi dùng Học thuyết Kệ Họ. Nếu bạn đang cảm thấy như vậy, đó là dấu hiệu bạn đang áp dụng học thuyết sai cách. Học thuyết Kệ Họ có hai bước thiết yếu: </w:t>
      </w:r>
      <w:r>
        <w:rPr>
          <w:b w:val="0"/>
          <w:i/>
        </w:rPr>
        <w:t>Kệ Họ</w:t>
      </w:r>
      <w:r>
        <w:rPr>
          <w:b w:val="0"/>
          <w:i w:val="0"/>
        </w:rPr>
        <w:t xml:space="preserve"> và </w:t>
      </w:r>
      <w:r>
        <w:rPr>
          <w:b w:val="0"/>
          <w:i/>
        </w:rPr>
        <w:t>Để Tôi</w:t>
      </w:r>
      <w:r>
        <w:rPr>
          <w:b w:val="0"/>
          <w:i w:val="0"/>
        </w:rPr>
        <w:t xml:space="preserve">. Hai bước này phải đi đôi với nhau. Bạn không thể chỉ nói </w:t>
      </w:r>
      <w:r>
        <w:rPr>
          <w:b w:val="0"/>
          <w:i/>
        </w:rPr>
        <w:t>Kệ Họ</w:t>
      </w:r>
      <w:r>
        <w:rPr>
          <w:b w:val="0"/>
          <w:i w:val="0"/>
        </w:rPr>
        <w:t xml:space="preserve"> rồi dừng lại ở đó. Nhiều người quên bước thứ hai, </w:t>
      </w:r>
      <w:r>
        <w:rPr>
          <w:b w:val="0"/>
          <w:i/>
        </w:rPr>
        <w:t>Để Tôi</w:t>
      </w:r>
      <w:r>
        <w:rPr>
          <w:b w:val="0"/>
          <w:i w:val="0"/>
        </w:rPr>
        <w:t xml:space="preserve">—và đây là một sai lầm lớn vì </w:t>
      </w:r>
      <w:r>
        <w:rPr>
          <w:b w:val="0"/>
          <w:i/>
        </w:rPr>
        <w:t>Để Tôi</w:t>
      </w:r>
      <w:r>
        <w:rPr>
          <w:b w:val="0"/>
          <w:i w:val="0"/>
        </w:rPr>
        <w:t xml:space="preserve"> chính là nơi sức mạnh thực sự của bạn nằm. Chính trong </w:t>
      </w:r>
      <w:r>
        <w:rPr>
          <w:b w:val="0"/>
          <w:i/>
        </w:rPr>
        <w:t>Để Tôi</w:t>
      </w:r>
      <w:r>
        <w:rPr>
          <w:b w:val="0"/>
          <w:i w:val="0"/>
        </w:rPr>
        <w:t xml:space="preserve"> mà bạn chịu trách nhiệm cho bước đi tiếp theo của mình, cho việc tạo nên cuộc sống, các mối quan hệ và sự kết nối mà bạn muốn. Không có bước này, bạn sẽ thấy mình bị ngắt kết nối thay vì được trao quyền.</w:t>
      </w:r>
    </w:p>
    <w:p>
      <w:pPr>
        <w:spacing w:after="80"/>
      </w:pPr>
      <w:r>
        <w:rPr>
          <w:b w:val="0"/>
          <w:i w:val="0"/>
        </w:rPr>
        <w:t xml:space="preserve">Với tư cách là bạn của bạn, tôi cảm thấy có nghĩa vụ cảnh báo bạn rằng nếu tất cả những gì bạn làm chỉ là nói </w:t>
      </w:r>
      <w:r>
        <w:rPr>
          <w:b w:val="0"/>
          <w:i/>
        </w:rPr>
        <w:t>Kệ Họ</w:t>
      </w:r>
      <w:r>
        <w:rPr>
          <w:b w:val="0"/>
          <w:i w:val="0"/>
        </w:rPr>
        <w:t xml:space="preserve">, bạn sẽ thấy mình chẳng còn nhiều bạn bè, chẳng còn nhiều kế hoạch xã hội, và bối rối không hiểu tại sao học thuyết "không hiệu quả" theo hướng có lợi cho bạn. Nói </w:t>
      </w:r>
      <w:r>
        <w:rPr>
          <w:b w:val="0"/>
          <w:i/>
        </w:rPr>
        <w:t>Kệ Họ</w:t>
      </w:r>
      <w:r>
        <w:rPr>
          <w:b w:val="0"/>
          <w:i w:val="0"/>
        </w:rPr>
        <w:t xml:space="preserve"> mang lại cảm giác dễ chịu vì chúng ta thích đổ lỗi cho người khác. Và như chúng ta đã bàn, một cú sốc vượt trội có thể giúp ích khi bạn cảm thấy xuống tinh thần. Tuy nhiên, đó không phải là mục đích của học thuyết.</w:t>
      </w:r>
    </w:p>
    <w:p>
      <w:pPr>
        <w:spacing w:after="80"/>
      </w:pPr>
      <w:r>
        <w:rPr>
          <w:b w:val="0"/>
          <w:i/>
        </w:rPr>
        <w:t>Kệ Họ</w:t>
      </w:r>
      <w:r>
        <w:rPr>
          <w:b w:val="0"/>
          <w:i w:val="0"/>
        </w:rPr>
        <w:t xml:space="preserve"> không phải là cái cớ để ngừng trả lời điện thoại, để nhún vai, để từ chối nói chuyện cho ra lẽ với một người bạn hay người thân đang bị tổn thương, để ở lại trong một tình huống làm bạn đau khổ, hay để phớt lờ sự phân biệt đối xử hoặc hành vi nguy hiểm. Nó không phải là giấy phép để bạn im lặng với ai đó, bỏ rơi người ta, né tránh những cuộc trò chuyện khó khăn, hay rút lui khỏi các mối quan hệ của mình.</w:t>
      </w:r>
    </w:p>
    <w:p>
      <w:pPr>
        <w:spacing w:after="80"/>
      </w:pPr>
      <w:r>
        <w:rPr>
          <w:b w:val="0"/>
          <w:i w:val="0"/>
        </w:rPr>
        <w:t xml:space="preserve">Nó không được sinh ra để khiến bạn cảm thấy cô đơn và vô hình, mà ngược lại là để bạn kết nối hơn và viên mãn hơn trong từng mối quan hệ của mình. Nếu bạn thấy mình đang dùng học thuyết mà nó khiến bạn cô đơn hơn, xin hãy nghe điều này: Bạn đang dùng nó sai cách. Học thuyết ở đây để làm cuộc sống của bạn tốt hơn, chứ không phải tệ hơn. Nên tôi nhắc bạn LUÔN LUÔN nhớ nói </w:t>
      </w:r>
      <w:r>
        <w:rPr>
          <w:b w:val="0"/>
          <w:i/>
        </w:rPr>
        <w:t>Để Tôi</w:t>
      </w:r>
      <w:r>
        <w:rPr>
          <w:b w:val="0"/>
          <w:i w:val="0"/>
        </w:rPr>
        <w:t>. Bởi vì đó chính là phần sẽ thay đổi cuộc đời bạn.</w:t>
      </w:r>
    </w:p>
    <w:p>
      <w:pPr>
        <w:spacing w:after="80"/>
      </w:pPr>
      <w:r>
        <w:rPr>
          <w:b w:val="0"/>
          <w:i w:val="0"/>
        </w:rPr>
        <w:t>Dùng Lý thuyết Cứ Để Họ (Let Them Theory), tôi nhận ra mình đã đổ lỗi cho người khác bao nhiêu lần vì việc mình ngồi một mình trên ghế sofa. Hoặc vì không kiếm được số tiền mình muốn. Hoặc vì mình đã đồng ý vì cảm giác tội lỗi bao nhiêu lần. Hoặc vì những quyết định mình đưa ra chỉ vì không muốn làm ai đó thất vọng. Hoặc vì mình đã viện cớ quá mệt để ưu tiên sức khỏe hay niềm vui của bản thân bao nhiêu lần.</w:t>
      </w:r>
    </w:p>
    <w:p>
      <w:pPr>
        <w:spacing w:after="80"/>
      </w:pPr>
      <w:r>
        <w:rPr>
          <w:b w:val="0"/>
          <w:i w:val="0"/>
        </w:rPr>
        <w:t>Khi bạn là người lớn, cuộc sống, hạnh phúc, sức khỏe, sự chữa lành, đời sống xã hội, tình bạn, ranh giới, nhu cầu và thành công của bạn đều là trách nhiệm của bạn. Nếu bạn đang thầm hy vọng ai đó sẽ đến cứu mình, giải quyết vấn đề của mình, trả hóa đơn cho mình, tạo dựng đời sống xã hội cho mình, chữa lành vết thương của mình, biến thành người bạn đời trong mơ của mình và thúc đẩy mình trở thành phiên bản tốt nhất. . . thì điều đó sẽ không xảy ra đâu. Không ai đến đâu. Và mọi thời gian bạn dành để đổ lỗi cho người khác, hay chờ đợi sự cho phép hoặc một lời mời, đều là lãng phí. Những ngày đó đã qua rồi.</w:t>
      </w:r>
    </w:p>
    <w:p>
      <w:pPr>
        <w:spacing w:after="80"/>
      </w:pPr>
      <w:r>
        <w:rPr>
          <w:b w:val="0"/>
          <w:i w:val="0"/>
        </w:rPr>
        <w:t xml:space="preserve">Kỷ nguyên </w:t>
      </w:r>
      <w:r>
        <w:rPr>
          <w:b w:val="0"/>
          <w:i/>
        </w:rPr>
        <w:t>Để Tôi</w:t>
      </w:r>
      <w:r>
        <w:rPr>
          <w:b w:val="0"/>
          <w:i w:val="0"/>
        </w:rPr>
        <w:t xml:space="preserve"> của bạn đã đến.</w:t>
      </w:r>
    </w:p>
    <w:p>
      <w:pPr>
        <w:spacing w:after="80"/>
      </w:pPr>
      <w:r>
        <w:rPr>
          <w:b w:val="0"/>
          <w:i w:val="0"/>
        </w:rPr>
        <w:t>Bạn có khả năng tạo ra bất cứ điều gì mình muốn nếu bạn sẵn sàng bỏ thời gian và năng lượng để làm việc vì nó. Và điều đó có nghĩa là bạn phải ngừng lãng phí thời gian và năng lượng vào những thứ vụn vặt, hời hợt và không quan trọng. Và nó cũng có nghĩa là bạn phải ngừng cố kiểm soát thứ duy nhất bạn không thể kiểm soát: người khác.</w:t>
      </w:r>
    </w:p>
    <w:p>
      <w:pPr>
        <w:spacing w:after="80"/>
      </w:pPr>
      <w:r>
        <w:rPr>
          <w:b w:val="0"/>
          <w:i w:val="0"/>
        </w:rPr>
        <w:t xml:space="preserve">Trong phần tiếp theo của cuốn sách, chúng ta sẽ đi sâu vào bốn lĩnh vực cốt lõi trong cuộc sống của bạn, nơi Lý thuyết Cứ Để Họ sẽ tạo ra tác động tích cực lớn nhất và tức thì nhất. Bạn sẽ học cách ngừng để hành vi, ý kiến, phản ứng và thành công của người khác ảnh hưởng đến hạnh phúc của mình và cản trở điều mình muốn. Và không có cách nào nhanh hơn để bắt đầu và cảm nhận sức mạnh của </w:t>
      </w:r>
      <w:r>
        <w:rPr>
          <w:b w:val="0"/>
          <w:i/>
        </w:rPr>
        <w:t>Cứ Để Họ</w:t>
      </w:r>
      <w:r>
        <w:rPr>
          <w:b w:val="0"/>
          <w:i w:val="0"/>
        </w:rPr>
        <w:t xml:space="preserve"> bằng việc dùng nó để quản lý căng thẳng và bảo vệ sự bình yên của bạn. Vậy nên hãy bắt đầu thôi.</w:t>
      </w:r>
    </w:p>
    <w:p>
      <w:pPr>
        <w:pStyle w:val="Heading1"/>
      </w:pPr>
      <w:r>
        <w:rPr>
          <w:rFonts w:ascii="Calibri" w:hAnsi="Calibri"/>
          <w:b/>
          <w:i w:val="0"/>
          <w:sz w:val="40"/>
        </w:rPr>
        <w:t>Bạn và</w:t>
      </w:r>
      <w:r>
        <w:br/>
      </w:r>
      <w:r>
        <w:rPr>
          <w:rFonts w:ascii="Calibri" w:hAnsi="Calibri"/>
          <w:b/>
          <w:i w:val="0"/>
          <w:sz w:val="40"/>
        </w:rPr>
        <w:t>Lý thuyết Cứ Để Họ</w:t>
      </w:r>
    </w:p>
    <w:p>
      <w:pPr>
        <w:pStyle w:val="Heading2"/>
      </w:pPr>
      <w:r>
        <w:rPr>
          <w:rFonts w:ascii="Calibri" w:hAnsi="Calibri"/>
          <w:b/>
          <w:i w:val="0"/>
          <w:sz w:val="32"/>
        </w:rPr>
        <w:t>Quản lý căng thẳng</w:t>
      </w:r>
    </w:p>
    <w:p>
      <w:pPr>
        <w:pStyle w:val="Heading2"/>
      </w:pPr>
      <w:r>
        <w:rPr>
          <w:rFonts w:ascii="Calibri" w:hAnsi="Calibri"/>
          <w:b/>
          <w:i w:val="0"/>
          <w:sz w:val="32"/>
        </w:rPr>
        <w:t>Sợ ý kiến của người khác</w:t>
      </w:r>
    </w:p>
    <w:p>
      <w:pPr>
        <w:pStyle w:val="Heading2"/>
      </w:pPr>
      <w:r>
        <w:rPr>
          <w:rFonts w:ascii="Calibri" w:hAnsi="Calibri"/>
          <w:b/>
          <w:i w:val="0"/>
          <w:sz w:val="32"/>
        </w:rPr>
        <w:t>Đối mặt với cảm xúc của người khác</w:t>
      </w:r>
    </w:p>
    <w:p>
      <w:pPr>
        <w:pStyle w:val="Heading2"/>
      </w:pPr>
      <w:r>
        <w:rPr>
          <w:rFonts w:ascii="Calibri" w:hAnsi="Calibri"/>
          <w:b/>
          <w:i w:val="0"/>
          <w:sz w:val="32"/>
        </w:rPr>
        <w:t>Vượt qua thói so sánh triền miên</w:t>
      </w:r>
    </w:p>
    <w:p>
      <w:pPr>
        <w:spacing w:after="80"/>
      </w:pPr>
      <w:r>
        <w:rPr>
          <w:b w:val="0"/>
          <w:i w:val="0"/>
        </w:rPr>
        <w:t>Bạn càng để người khác sống cuộc đời của họ, cuộc đời bạn càng tốt đẹp hơn.</w:t>
      </w:r>
    </w:p>
    <w:p>
      <w:pPr>
        <w:spacing w:after="80"/>
      </w:pPr>
      <w:r>
        <w:rPr>
          <w:b w:val="0"/>
          <w:i w:val="0"/>
        </w:rPr>
        <w:t>— Mel Robbins</w:t>
      </w:r>
    </w:p>
    <w:p>
      <w:pPr>
        <w:pStyle w:val="Heading1"/>
      </w:pPr>
      <w:r>
        <w:rPr>
          <w:rFonts w:ascii="Calibri" w:hAnsi="Calibri"/>
          <w:b/>
          <w:i w:val="0"/>
          <w:sz w:val="40"/>
        </w:rPr>
        <w:t>Quản lý căng thẳng</w:t>
      </w:r>
    </w:p>
    <w:p>
      <w:pPr>
        <w:pStyle w:val="Heading1"/>
      </w:pPr>
      <w:r>
        <w:rPr>
          <w:rFonts w:ascii="Calibri" w:hAnsi="Calibri"/>
          <w:b/>
          <w:i w:val="0"/>
          <w:sz w:val="40"/>
        </w:rPr>
        <w:t>CHƯƠNG 3</w:t>
      </w:r>
    </w:p>
    <w:p>
      <w:pPr>
        <w:pStyle w:val="Heading1"/>
      </w:pPr>
      <w:r>
        <w:rPr>
          <w:rFonts w:ascii="Calibri" w:hAnsi="Calibri"/>
          <w:b/>
          <w:i w:val="0"/>
          <w:sz w:val="40"/>
        </w:rPr>
        <w:t>Sốc chưa: Cuộc sống đầy căng thẳng</w:t>
      </w:r>
    </w:p>
    <w:p>
      <w:pPr>
        <w:spacing w:after="80"/>
      </w:pPr>
      <w:r>
        <w:rPr>
          <w:b w:val="0"/>
          <w:i w:val="0"/>
        </w:rPr>
        <w:t>Cách nhanh nhất và hiệu quả nhất để bắt đầu dùng Lý thuyết Cứ Để Họ là vượt lên trên vô số tác nhân gây căng thẳng nhỏ nhặt mà bạn gặp mỗi ngày.</w:t>
      </w:r>
    </w:p>
    <w:p>
      <w:pPr>
        <w:spacing w:after="80"/>
      </w:pPr>
      <w:r>
        <w:rPr>
          <w:b w:val="0"/>
          <w:i w:val="0"/>
        </w:rPr>
        <w:t>Bạn biết tôi đang nói về điều gì mà: những thông báo không bao giờ dứt trên điện thoại, kết nối Internet chậm chạp, những thay đổi kế hoạch bất ngờ, những cuộc họp triền miên ở chỗ làm, cách cư xử thiếu tế nhị của người khác, những hàng dài chờ đợi, những người đi bộ chậm chạp. Những phiền toái nhỏ nhặt này có vẻ chẳng đáng kể, nhưng thật ra chúng không hề nhỏ.</w:t>
      </w:r>
    </w:p>
    <w:p>
      <w:pPr>
        <w:spacing w:after="80"/>
      </w:pPr>
      <w:r>
        <w:rPr>
          <w:b w:val="0"/>
          <w:i w:val="0"/>
        </w:rPr>
        <w:t>Tôi hiểu mà, người ta có thể gây khó chịu, và đúng, bạn đang có bao nhiêu thứ phải lo. Cuộc sống hiện đại có thể giống như bị giết chết bởi ngàn vết cắt—hết chuyện này đến chuyện khác cứ âm thầm rút cạn năng lượng và khiến bạn căng thẳng. Không chỉ dễ để những điều đó ảnh hưởng đến bạn, mà còn là dại dột nữa.</w:t>
      </w:r>
    </w:p>
    <w:p>
      <w:pPr>
        <w:spacing w:after="80"/>
      </w:pPr>
      <w:r>
        <w:rPr>
          <w:b w:val="0"/>
          <w:i w:val="0"/>
        </w:rPr>
        <w:t>Bạn không thể kiểm soát cách người lớn khác cư xử, và việc căng thẳng vì điều đó chỉ làm suy giảm sức mạnh của bạn. Bạn sẽ không bao giờ đạt được tiềm năng trọn vẹn của cuộc đời mình nếu cứ để những chuyện vớ vẩn hay những người thô lỗ rút cạn sinh lực của bạn.</w:t>
      </w:r>
    </w:p>
    <w:p>
      <w:pPr>
        <w:spacing w:after="80"/>
      </w:pPr>
      <w:r>
        <w:rPr>
          <w:b w:val="0"/>
          <w:i w:val="0"/>
        </w:rPr>
        <w:t>Thời gian và năng lượng là những nguồn lực quý giá nhất của bạn, và trong vài chương tới, bạn sẽ học cách dùng Lý thuyết Cứ Để Họ (Let Them Theory) để bảo vệ bản thân khỏi những căng thẳng không cần thiết mà người khác đang gây ra cho cuộc sống của bạn.</w:t>
      </w:r>
    </w:p>
    <w:p>
      <w:pPr>
        <w:spacing w:after="80"/>
      </w:pPr>
      <w:r>
        <w:rPr>
          <w:b w:val="0"/>
          <w:i w:val="0"/>
        </w:rPr>
        <w:t>Hãy dừng lại và tự hỏi: Tại sao bạn phải để một hàng dài ở quán cà phê phá hỏng cả ngày của mình? Tại sao kẹt xe lại khiến bạn khó chịu? Tại sao bạn cảm thấy quá tải khi ai đó ngắt lời bạn giữa một công việc quan trọng? Tại sao người nói chuyện điện thoại ầm ĩ nơi công cộng lại làm bạn bực mình? Tại sao lời khuyên không được hỏi của một người thân lại giống như một đòn công kích cá nhân? Tại sao tốc độ chậm chạp của ai đó trên lối đi đông đúc lại khiến bạn thấy như đang bị thúc ép?</w:t>
      </w:r>
    </w:p>
    <w:p>
      <w:pPr>
        <w:spacing w:after="80"/>
      </w:pPr>
      <w:r>
        <w:rPr>
          <w:b w:val="0"/>
          <w:i w:val="0"/>
        </w:rPr>
        <w:t>Tôi cũng vậy thôi. Mới hôm trước, tôi đến trung tâm bán cây cảnh yêu thích của mình để mua ít cây. Ở đó, cô thu ngân làm việc chậm kinh khủng. Chỉ có hai quầy mở, và mỗi quầy có khoảng năm người đang chờ.</w:t>
      </w:r>
    </w:p>
    <w:p>
      <w:pPr>
        <w:spacing w:after="80"/>
      </w:pPr>
      <w:r>
        <w:rPr>
          <w:b w:val="0"/>
          <w:i/>
        </w:rPr>
        <w:t>Bíp. Bíp. Bíp.</w:t>
      </w:r>
    </w:p>
    <w:p>
      <w:pPr>
        <w:spacing w:after="80"/>
      </w:pPr>
      <w:r>
        <w:rPr>
          <w:b w:val="0"/>
          <w:i w:val="0"/>
        </w:rPr>
        <w:t>Tôi cảm thấy mình bắt đầu bực bội. Tôi có một cuộc họp phải về nhà cho kịp. Tôi muốn quay sang người phía sau, lắc đầu và nói: "Bạn có tin nổi chuyện này không?"</w:t>
      </w:r>
    </w:p>
    <w:p>
      <w:pPr>
        <w:spacing w:after="80"/>
      </w:pPr>
      <w:r>
        <w:rPr>
          <w:b w:val="0"/>
          <w:i w:val="0"/>
        </w:rPr>
        <w:t xml:space="preserve">Nhưng tôi ngập ngừng. Thay vào đó, tôi tự nhủ </w:t>
      </w:r>
      <w:r>
        <w:rPr>
          <w:b w:val="0"/>
          <w:i/>
        </w:rPr>
        <w:t>Cứ Để Họ</w:t>
      </w:r>
      <w:r>
        <w:rPr>
          <w:b w:val="0"/>
          <w:i w:val="0"/>
        </w:rPr>
        <w:t>. Hiệu quả đến ngay lập tức. Tôi dịu lại. Điều đó có làm cô thu ngân nhanh hơn không? Không hề.</w:t>
      </w:r>
    </w:p>
    <w:p>
      <w:pPr>
        <w:spacing w:after="80"/>
      </w:pPr>
      <w:r>
        <w:rPr>
          <w:b w:val="0"/>
          <w:i w:val="0"/>
        </w:rPr>
        <w:t>Nó làm được điều tốt hơn. Nó bảo vệ tôi khỏi thói quen để những chuyện nhỏ nhặt trở thành những tác nhân gây căng thẳng lớn trong cuộc sống hằng ngày. Mười phút chờ thêm ở hàng này sẽ không ảnh hưởng tiêu cực đến phần còn lại trong ngày của tôi, nhưng việc để bản thân bực bội và khó chịu vì một điều mình không thể kiểm soát thì chắc chắn sẽ ảnh hưởng. Tại sao phải căng thẳng vì những chuyện ngoài tầm kiểm soát của bạn hoặc thật ra chẳng quan trọng gì? Sao một chuyện nhỏ xíu lại có sức ảnh hưởng lớn đến bạn như vậy?</w:t>
      </w:r>
    </w:p>
    <w:p>
      <w:pPr>
        <w:spacing w:after="80"/>
      </w:pPr>
      <w:r>
        <w:rPr>
          <w:b w:val="0"/>
          <w:i w:val="0"/>
        </w:rPr>
        <w:t>Khi bạn để thế giới xung quanh tác động đến trạng thái cảm xúc và sự an yên trong tâm trí mình, bạn trở thành tù nhân của những thế lực bên ngoài đó. Bạn đang để những chuyện vặt vãnh tầm thường điều khiển tâm trạng, rút cạn động lực và đánh cắp sự tập trung của bạn. Có một câu nói nổi tiếng về cuộc sống của triết gia Hy Lạp Epictetus: "Điều quan trọng không phải là chuyện gì xảy đến với bạn, mà là cách bạn phản ứng với nó." Điều đó nghĩa là gì? Nghĩa là sức mạnh cá nhân của bạn nằm ở cách bạn phản ứng.</w:t>
      </w:r>
    </w:p>
    <w:p>
      <w:pPr>
        <w:spacing w:after="80"/>
      </w:pPr>
      <w:r>
        <w:rPr>
          <w:b w:val="0"/>
          <w:i w:val="0"/>
        </w:rPr>
        <w:t>Học cách phản ứng khác đi trước những tình huống khó chịu và căng thẳng mỗi ngày sẽ thay đổi cuộc đời bạn. Hiện tại, bạn đang trao đi hết sức mạnh của mình vì bạn lãng phí thời gian và năng lượng vào những chuyện không quan trọng; hoặc bạn đang bùng cháy vì những chuyện ngoài tầm kiểm soát của mình. Bạn không biết vấn đề này lớn đến mức nào đâu. Tôi cũng từng không biết.</w:t>
      </w:r>
    </w:p>
    <w:p>
      <w:pPr>
        <w:spacing w:after="80"/>
      </w:pPr>
      <w:r>
        <w:rPr>
          <w:b w:val="0"/>
          <w:i w:val="0"/>
        </w:rPr>
        <w:t>Lý do việc quản lý căng thẳng của bạn khó khăn là vì phản ứng của bạn trước những gì đang diễn ra xung quanh là tự động, và bạn cảm thấy toàn bộ cơ thể mình căng lên. Giống như bạn bị cuốn phăng vào cảm xúc, rồi chuyện tiếp theo bạn biết là bạn gửi đi tin nhắn mà mình hối hận. Hoặc bạn nói những điều trong lúc nóng giận mà thật ra bạn không hề có ý đó. Hoặc bạn đứng trong một hàng người thật dài, và cơn giận cùng sự bực bội cứ chồng chất mãi dù bạn ước gì chúng đừng như vậy.</w:t>
      </w:r>
    </w:p>
    <w:p>
      <w:pPr>
        <w:spacing w:after="80"/>
      </w:pPr>
      <w:r>
        <w:rPr>
          <w:b w:val="0"/>
          <w:i w:val="0"/>
        </w:rPr>
        <w:t>Đây đều là những ví dụ cho thấy phản ứng của bạn trước những tình huống căng thẳng và khó chịu có thể trở thành một vấn đề lớn trong cuộc sống hằng ngày của bạn như thế nào. Bạn không thể kiểm soát điều gì đang diễn ra xung quanh, nhưng bạn có thể kiểm soát cách mình phản ứng với nó. Không đâu thể hiện rõ điều này hơn ở sân bay. Thật ra, nếu bạn muốn cảm thấy căng thẳng, cứ đến đó là được.</w:t>
      </w:r>
    </w:p>
    <w:p>
      <w:pPr>
        <w:pStyle w:val="Heading2"/>
      </w:pPr>
      <w:r>
        <w:rPr>
          <w:rFonts w:ascii="Calibri" w:hAnsi="Calibri"/>
          <w:b/>
          <w:i w:val="0"/>
          <w:sz w:val="32"/>
        </w:rPr>
        <w:t>Bài Kiểm Tra Căng Thẳng Ở Sân Bay</w:t>
      </w:r>
    </w:p>
    <w:p>
      <w:pPr>
        <w:spacing w:after="80"/>
      </w:pPr>
      <w:r>
        <w:rPr>
          <w:b w:val="0"/>
          <w:i w:val="0"/>
        </w:rPr>
        <w:t>Từ khâu làm thủ tục đến hàng chờ an ninh, đến những người mất bình tĩnh vì thời tiết làm chuyến bay trễ, hành lý thất lạc, người ta chen chúc trước cổng lên máy bay ngay cả trước khi quá trình lên máy bay bắt đầu, những chuyến nối chuyến gấp gáp, bị đổi lộ trình, khoang để hành lý trên đầu đã kín chỗ khi bạn lên máy bay, hàng dài ở quầy thuê xe. . . số lượng những chuyện có thể khiến bạn căng thẳng là vô tận.</w:t>
      </w:r>
    </w:p>
    <w:p>
      <w:pPr>
        <w:spacing w:after="80"/>
      </w:pPr>
      <w:r>
        <w:rPr>
          <w:b w:val="0"/>
          <w:i w:val="0"/>
        </w:rPr>
        <w:t>Nhưng hãy dùng sự thật này như một ví dụ để giúp bạn hiểu điều gì bạn có thể kiểm soát và điều gì bạn không thể kiểm soát. Hãy nhớ quy luật cơ bản của bản chất con người: Bạn không thể kiểm soát những gì người khác nói, nghĩ hay làm. Mỗi khi bạn cố gắng làm điều đó, bạn sẽ đánh mất sức mạnh của mình. Bạn phải học cách tập trung vào những gì bạn nói, nghĩ hoặc làm. Đó là cách bạn giữ được quyền kiểm soát.</w:t>
      </w:r>
    </w:p>
    <w:p>
      <w:pPr>
        <w:spacing w:after="80"/>
      </w:pPr>
      <w:r>
        <w:rPr>
          <w:b w:val="0"/>
          <w:i w:val="0"/>
        </w:rPr>
        <w:t>Bởi vì cho dù chuyện gì đang xảy ra trên máy bay hay ở sân bay, bạn vẫn nắm giữ sức mạnh.</w:t>
      </w:r>
    </w:p>
    <w:p>
      <w:pPr>
        <w:spacing w:after="80"/>
      </w:pPr>
      <w:r>
        <w:rPr>
          <w:b w:val="0"/>
          <w:i w:val="0"/>
        </w:rPr>
        <w:t>Vài tháng trước, tôi đang ở trên máy bay và anh chàng ngay phía sau tôi ho sặc sụa như thể hôm nay là ngày cuối cùng của đời anh ta vậy. Bạn biết kiểu ho sâu từ trong lồng ngực mà chắc chắn sẽ khiến mọi người xung quanh bị bệnh chứ?</w:t>
      </w:r>
    </w:p>
    <w:p>
      <w:pPr>
        <w:spacing w:after="80"/>
      </w:pPr>
      <w:r>
        <w:rPr>
          <w:b w:val="0"/>
          <w:i w:val="0"/>
        </w:rPr>
        <w:t>Mấy phút đầu tôi chẳng nghĩ gì về chuyện đó, nhưng khi nó cứ tiếp diễn mãi, rồi anh ta bắt đầu đằng hắng, rồi lại tiếp tục ho, tôi bắt đầu thấy khó chịu.</w:t>
      </w:r>
    </w:p>
    <w:p>
      <w:pPr>
        <w:spacing w:after="80"/>
      </w:pPr>
      <w:r>
        <w:rPr>
          <w:b w:val="0"/>
          <w:i w:val="0"/>
        </w:rPr>
        <w:t>Tôi đang bay đến một sự kiện mà tôi phải phát biểu, và trong vài tuần tới, tôi sẽ nói chuyện tại một loạt sự kiện lớn. Tôi không thể nào để bị bệnh và mất giọng được.</w:t>
      </w:r>
    </w:p>
    <w:p>
      <w:pPr>
        <w:spacing w:after="80"/>
      </w:pPr>
      <w:r>
        <w:rPr>
          <w:b w:val="0"/>
          <w:i w:val="0"/>
        </w:rPr>
        <w:t xml:space="preserve">Tôi quay lại nhìn qua khe hở giữa các ghế và thấy anh ta cứ há miệng ho thẳng vào không khí, như thể trên máy bay này chẳng có ai khác vậy. Tôi nghĩ: </w:t>
      </w:r>
      <w:r>
        <w:rPr>
          <w:b w:val="0"/>
          <w:i/>
        </w:rPr>
        <w:t>Anh chàng này thật sự định làm mình bị bệnh sao? Anh ta thật ích kỷ và thô lỗ. Mình không thể bị bệnh được.</w:t>
      </w:r>
      <w:r>
        <w:rPr>
          <w:b w:val="0"/>
          <w:i w:val="0"/>
        </w:rPr>
        <w:t xml:space="preserve"> Tôi cân nhắc các lựa chọn của mình.</w:t>
      </w:r>
    </w:p>
    <w:p>
      <w:pPr>
        <w:spacing w:after="80"/>
      </w:pPr>
      <w:r>
        <w:rPr>
          <w:b w:val="0"/>
          <w:i w:val="0"/>
        </w:rPr>
        <w:t>Tỏ ra thụ động và gây hấn ngầm sẽ chẳng giải quyết được gì. Dù tôi cứ thở hắt ra đầy bực bội trên ghế và liếc xéo anh ta qua khe ghế để cố tạo ánh mắt hình viên đạn, thì anh ta hoặc là không nhận ra tín hiệu của tôi, hoặc là chẳng quan tâm.</w:t>
      </w:r>
    </w:p>
    <w:p>
      <w:pPr>
        <w:spacing w:after="80"/>
      </w:pPr>
      <w:r>
        <w:rPr>
          <w:b w:val="0"/>
          <w:i w:val="0"/>
        </w:rPr>
        <w:t>Tôi cân nhắc việc vẫy tiếp viên hàng không lại và phàn nàn, nhưng anh ta ngồi ngay đó, nên anh ta sẽ nghe thấy, và điều đó sẽ rất kỳ cục. Thế nên tôi quyết định quay lại như một người lớn trưởng thành và lịch sự hỏi anh ta: "Thưa ông, ông có thể che miệng lại được không?"</w:t>
      </w:r>
    </w:p>
    <w:p>
      <w:pPr>
        <w:spacing w:after="80"/>
      </w:pPr>
      <w:r>
        <w:rPr>
          <w:b w:val="0"/>
          <w:i w:val="0"/>
        </w:rPr>
        <w:t>Có một khoảng lặng ngượng ngùng.</w:t>
      </w:r>
    </w:p>
    <w:p>
      <w:pPr>
        <w:spacing w:after="80"/>
      </w:pPr>
      <w:r>
        <w:rPr>
          <w:b w:val="0"/>
          <w:i w:val="0"/>
        </w:rPr>
        <w:t>Anh ta gật đầu, rồi sau đó tiếp tục ho công khai suốt phần còn lại của chuyến bay. Tôi biết điều này vì tôi cứ quay lại nhìn qua khe hở giữa các ghế. Rõ ràng là bạn thấy tội cho anh ta. Đâu phải anh ta muốn bị bệnh. Khi phải ho thì phải ho thôi.</w:t>
      </w:r>
    </w:p>
    <w:p>
      <w:pPr>
        <w:spacing w:after="80"/>
      </w:pPr>
      <w:r>
        <w:rPr>
          <w:b w:val="0"/>
          <w:i w:val="0"/>
        </w:rPr>
        <w:t>Nhưng trong lúc nóng nảy, tôi ngày càng thấy khó chịu hơn. Tôi không chỉ bị căng thẳng, mà chuyện đó còn đang phá hỏng tâm trạng của tôi và khiến tôi không thể nào làm được chút việc gì.</w:t>
      </w:r>
    </w:p>
    <w:p>
      <w:pPr>
        <w:spacing w:after="80"/>
      </w:pPr>
      <w:r>
        <w:rPr>
          <w:b w:val="0"/>
          <w:i w:val="0"/>
        </w:rPr>
        <w:t>Đây chỉ là một ví dụ về việc một điều gì đó xảy ra xung quanh bạn có thể dễ dàng khiến bạn căng thẳng, ảnh hưởng tiêu cực đến cơ thể bạn và chiếm đoạt bộ não của bạn như thế nào.</w:t>
      </w:r>
    </w:p>
    <w:p>
      <w:pPr>
        <w:pStyle w:val="Heading2"/>
      </w:pPr>
      <w:r>
        <w:rPr>
          <w:rFonts w:ascii="Calibri" w:hAnsi="Calibri"/>
          <w:b/>
          <w:i w:val="0"/>
          <w:sz w:val="32"/>
        </w:rPr>
        <w:t>Bộ não của bạn khi bị căng thẳng</w:t>
      </w:r>
    </w:p>
    <w:p>
      <w:pPr>
        <w:spacing w:after="80"/>
      </w:pPr>
      <w:r>
        <w:rPr>
          <w:b w:val="0"/>
          <w:i w:val="0"/>
        </w:rPr>
        <w:t xml:space="preserve">Một trong những chuyên gia mà tôi đã phỏng vấn trong quá trình nghiên cứu cuốn sách này là Tiến sĩ Aditi Neurukar, một bác sĩ tại Trường Y Harvard và là tác giả của cuốn </w:t>
      </w:r>
      <w:r>
        <w:rPr>
          <w:b w:val="0"/>
          <w:i/>
        </w:rPr>
        <w:t>The 5 Resets: Rewire Your Brain and Body for Less Stress and More Resilience</w:t>
      </w:r>
      <w:r>
        <w:rPr>
          <w:b w:val="0"/>
          <w:i w:val="0"/>
        </w:rPr>
        <w:t>. Tiến sĩ Aditi từng là giám đốc y khoa của chương trình y học tích hợp tại Bệnh viện Beth Israel Deaconess của Harvard, nơi bà đã xây dựng một thực hành lâm sàng đồ sộ về quản lý căng thẳng, sử dụng các phương pháp tích hợp dựa trên bằng chứng để giúp bệnh nhân của mình cảm thấy tốt hơn.</w:t>
      </w:r>
    </w:p>
    <w:p>
      <w:pPr>
        <w:spacing w:after="80"/>
      </w:pPr>
      <w:r>
        <w:rPr>
          <w:b w:val="0"/>
          <w:i w:val="0"/>
        </w:rPr>
        <w:t>Tiến sĩ Aditi nói: "Căng thẳng là một vấn đề lớn hơn trong cuộc sống của bạn nhiều so với những gì bạn nhận ra."</w:t>
      </w:r>
    </w:p>
    <w:p>
      <w:pPr>
        <w:spacing w:after="80"/>
      </w:pPr>
      <w:r>
        <w:rPr>
          <w:b w:val="0"/>
          <w:i w:val="0"/>
        </w:rPr>
        <w:t>Theo Tiến sĩ Aditi, căng thẳng khiến bạn nghi ngờ bản thân, trì hoãn, kiệt sức, lướt mạng vô tận và vật lộn với việc so sánh bản thân với người khác. Nếu bạn đang gặp khó khăn trong việc tập trung, cảm thấy hạnh phúc, hay chăm sóc bản thân, thì nguyên nhân chính là căng thẳng.</w:t>
      </w:r>
    </w:p>
    <w:p>
      <w:pPr>
        <w:spacing w:after="80"/>
      </w:pPr>
      <w:r>
        <w:rPr>
          <w:b w:val="0"/>
          <w:i w:val="0"/>
        </w:rPr>
        <w:t>Cô ấy cũng nói với tôi rằng nếu tiếng nói phê phán bên trong bạn đang lớn hơn bao giờ hết, bạn đang vật lộn với chứng trì hoãn, bạn liên tục mệt mỏi, bạn không thể ngừng lướt điện thoại, hoặc bạn gặp khó khăn khi tách mình khỏi công việc, thì tất cả đều là do căng thẳng. Tiến sĩ Aditi giải thích với tôi rằng căng thẳng lớn hơn nhiều so với cảm giác căng cứng bạn thấy trong cơ thể. Căng thẳng là một trạng thái sinh lý trong não bạn. Điều này quan trọng cần hiểu vì căng thẳng chủ động chiếm đoạt hoạt động của não bạn. Như Tiến sĩ Aditi giải thích, bình thường vỏ não trước trán (prefrontal cortex) của bạn nắm quyền kiểm soát.</w:t>
      </w:r>
    </w:p>
    <w:p>
      <w:pPr>
        <w:spacing w:after="80"/>
      </w:pPr>
      <w:r>
        <w:rPr>
          <w:b w:val="0"/>
          <w:i w:val="0"/>
        </w:rPr>
        <w:t>Phần này của não giúp bạn điều hành cuộc sống hằng ngày. Nó giúp bạn lập kế hoạch, tổ chức, ghi nhớ mọi thứ và định hướng việc ra quyết định. Để trở thành phiên bản tốt nhất của chính mình, bạn cần tận dụng phần này của não.</w:t>
      </w:r>
    </w:p>
    <w:p>
      <w:pPr>
        <w:spacing w:after="80"/>
      </w:pPr>
      <w:r>
        <w:rPr>
          <w:b w:val="0"/>
          <w:i w:val="0"/>
        </w:rPr>
        <w:t>Vấn đề là ngay khi bạn "cảm thấy căng thẳng" vì gã đàn ông ho trên máy bay, hàng người chờ quá lâu, hay kết quả xét nghiệm bạn đang chờ đợi, não bạn chuyển sang phản ứng căng thẳng và vỏ não trước trán vô cùng quan trọng đó không còn nắm quyền kiểm soát nữa (và bạn cũng vậy).</w:t>
      </w:r>
    </w:p>
    <w:p>
      <w:pPr>
        <w:spacing w:after="80"/>
      </w:pPr>
      <w:r>
        <w:rPr>
          <w:b w:val="0"/>
          <w:i w:val="0"/>
        </w:rPr>
        <w:t>Phản ứng căng thẳng của bạn nằm ở một phần khác của não gọi là hạch hạnh nhân (amygdala). Tiến sĩ Aditi mô tả hạch hạnh nhân là "một cấu trúc nhỏ, hình hạnh nhân nằm sâu trong não bạn, ở giữa hai tai. Đây là một trong những cấu trúc cổ xưa nhất của não người và nhiều người gọi nó là 'bộ não bò sát' của chúng ta. Và nó chứa phản ứng căng thẳng của bạn."</w:t>
      </w:r>
    </w:p>
    <w:p>
      <w:pPr>
        <w:spacing w:after="80"/>
      </w:pPr>
      <w:r>
        <w:rPr>
          <w:b w:val="0"/>
          <w:i w:val="0"/>
        </w:rPr>
        <w:t>Nếu bạn từng nghe ai đó nhắc đến "phản ứng chiến đấu, bỏ chạy, hoặc đóng băng" (fight, flight, or freeze response), thì đó chính xác là điều giống như "phản ứng căng thẳng" của bạn—nghĩa là khi bạn căng thẳng, hạch hạnh nhân của bạn nắm quyền kiểm soát. Điều này có thể gây ra việc ra quyết định hấp tấp và những hành vi bốc đồng hơn.</w:t>
      </w:r>
    </w:p>
    <w:p>
      <w:pPr>
        <w:spacing w:after="80"/>
      </w:pPr>
      <w:r>
        <w:rPr>
          <w:b w:val="0"/>
          <w:i w:val="0"/>
        </w:rPr>
        <w:t>Khi cuộc sống bình thường và bạn cảm thấy dễ chịu, vỏ não trước trán là phần điều khiển hầu hết hành động của bạn. Điều này nghĩa là bạn có thể suy nghĩ logic qua những ưu và nhược điểm của các tình huống và đưa ra những quyết định được cân nhắc kỹ lưỡng. Nói cách khác, bạn có thể chọn cách mình sẽ phản ứng.</w:t>
      </w:r>
    </w:p>
    <w:p>
      <w:pPr>
        <w:spacing w:after="80"/>
      </w:pPr>
      <w:r>
        <w:rPr>
          <w:b w:val="0"/>
          <w:i w:val="0"/>
        </w:rPr>
        <w:t>Nhưng, bất cứ khi nào có điều gì đó xảy ra khiến bạn cảm thấy căng thẳng, đây chính là lúc bạn và tôi gặp rắc rối vì phản ứng trong cơ thể và não bộ của chúng ta là tự động. Hạch hạnh nhân của bạn tự động tiếp quản. Và, phần này của não bạn chỉ có một nhiệm vụ: sinh tồn và tự bảo vệ.</w:t>
      </w:r>
    </w:p>
    <w:p>
      <w:pPr>
        <w:spacing w:after="80"/>
      </w:pPr>
      <w:r>
        <w:rPr>
          <w:b w:val="0"/>
          <w:i w:val="0"/>
        </w:rPr>
        <w:t>Não và cơ thể bạn chuyển sang chế độ chiến đấu hoặc bỏ chạy, và chỉ được thiết kế để hoạt động trong trạng thái căng thẳng này trong những khoảng thời gian ngắn. Bạn được cho là sẽ thiết lập lại về hoạt động bình thường, nơi vỏ não trước trán nắm quyền kiểm soát và bạn cảm thấy bình tĩnh và tự tin trở lại. Nhưng điều gì xảy ra khi bạn không thiết lập lại?</w:t>
      </w:r>
    </w:p>
    <w:p>
      <w:pPr>
        <w:pStyle w:val="Heading2"/>
      </w:pPr>
      <w:r>
        <w:rPr>
          <w:rFonts w:ascii="Calibri" w:hAnsi="Calibri"/>
          <w:b/>
          <w:i w:val="0"/>
          <w:sz w:val="32"/>
        </w:rPr>
        <w:t>Lý Do Thực Sự Khiến Bạn Kiệt Sức Mọi Lúc</w:t>
      </w:r>
    </w:p>
    <w:p>
      <w:pPr>
        <w:spacing w:after="80"/>
      </w:pPr>
      <w:r>
        <w:rPr>
          <w:b w:val="0"/>
          <w:i w:val="0"/>
        </w:rPr>
        <w:t>Theo Tiến sĩ Aditi, 7 trên 10 người hiện đang sống trong trạng thái căng thẳng mạn tính. Tôi từng là một trong số họ. Khi bạn sống trong trạng thái căng thẳng mạn tính, bạn bị khóa chặt trong trạng thái chiến đấu hoặc bỏ chạy liên tục. Hạch hạnh nhân của bạn rung lên ở phía sau, luôn bật.</w:t>
      </w:r>
    </w:p>
    <w:p>
      <w:pPr>
        <w:spacing w:after="80"/>
      </w:pPr>
      <w:r>
        <w:rPr>
          <w:b w:val="0"/>
          <w:i w:val="0"/>
        </w:rPr>
        <w:t xml:space="preserve">Tiến sĩ Aditi nói với tôi rằng khi bạn căng thẳng, bạn không chỉ </w:t>
      </w:r>
      <w:r>
        <w:rPr>
          <w:b w:val="0"/>
          <w:i/>
        </w:rPr>
        <w:t>cảm thấy như</w:t>
      </w:r>
      <w:r>
        <w:rPr>
          <w:b w:val="0"/>
          <w:i w:val="0"/>
        </w:rPr>
        <w:t xml:space="preserve"> đang ở trong chế độ sinh tồn, mà từ góc độ thần kinh học, não bạn thực sự </w:t>
      </w:r>
      <w:r>
        <w:rPr>
          <w:b w:val="0"/>
          <w:i/>
        </w:rPr>
        <w:t>đang</w:t>
      </w:r>
      <w:r>
        <w:rPr>
          <w:b w:val="0"/>
          <w:i w:val="0"/>
        </w:rPr>
        <w:t xml:space="preserve"> ở trong chế độ sinh tồn. Mục tiêu của bạn. . . ước mơ của bạn. . . phiên bản tốt nhất của bạn. . . khả năng kiên nhẫn và không phản ứng thái quá của bạn. . . tất cả đều bay ra ngoài cửa sổ.</w:t>
      </w:r>
    </w:p>
    <w:p>
      <w:pPr>
        <w:spacing w:after="80"/>
      </w:pPr>
      <w:r>
        <w:rPr>
          <w:b w:val="0"/>
          <w:i w:val="0"/>
        </w:rPr>
        <w:t>Đó là lý do tại sao bạn phải giải quyết vấn đề này và ngừng để người khác tạo ra căng thẳng không cần thiết trong cuộc sống của bạn. Có quá nhiều thứ đang bị đe dọa. Bạn xứng đáng được sống một cuộc sống tốt đẹp, nhưng bạn sẽ không bao giờ có thể nếu bạn luôn ở trong chế độ sinh tồn.</w:t>
      </w:r>
    </w:p>
    <w:p>
      <w:pPr>
        <w:spacing w:after="80"/>
      </w:pPr>
      <w:r>
        <w:rPr>
          <w:b w:val="0"/>
          <w:i w:val="0"/>
        </w:rPr>
        <w:t>Bạn sẽ không bao giờ hoàn thành dự án đó vào cuối tuần này nếu bạn tiếp tục trì hoãn vì căng thẳng.</w:t>
      </w:r>
    </w:p>
    <w:p>
      <w:pPr>
        <w:spacing w:after="80"/>
      </w:pPr>
      <w:r>
        <w:rPr>
          <w:b w:val="0"/>
          <w:i w:val="0"/>
        </w:rPr>
        <w:t>Bạn cần vui vẻ nhiều hơn, nhưng bạn sẽ không cho phép mình vui vẻ nếu bạn không thể tách mình khỏi công việc.</w:t>
      </w:r>
    </w:p>
    <w:p>
      <w:pPr>
        <w:spacing w:after="80"/>
      </w:pPr>
      <w:r>
        <w:rPr>
          <w:b w:val="0"/>
          <w:i w:val="0"/>
        </w:rPr>
        <w:t>Bạn nên hiện diện và kết nối nhiều hơn với vợ/chồng mình, nhưng bạn sẽ không bao giờ làm được nếu bạn liên tục căng thẳng.</w:t>
      </w:r>
    </w:p>
    <w:p>
      <w:pPr>
        <w:spacing w:after="80"/>
      </w:pPr>
      <w:r>
        <w:rPr>
          <w:b w:val="0"/>
          <w:i w:val="0"/>
        </w:rPr>
        <w:t>Cuộc sống bạn hằng mong muốn đang ngay trước mắt bạn, nhưng bạn sẽ không bao giờ vươn tới nó nếu tiếng nói phê phán bên trong bạn liên tục bảo bạn đừng làm vậy. Căng thẳng là một vấn đề lớn và đã đến lúc bạn phải đối mặt với nó.</w:t>
      </w:r>
    </w:p>
    <w:p>
      <w:pPr>
        <w:pStyle w:val="Heading2"/>
      </w:pPr>
      <w:r>
        <w:rPr>
          <w:rFonts w:ascii="Calibri" w:hAnsi="Calibri"/>
          <w:b/>
          <w:i w:val="0"/>
          <w:sz w:val="32"/>
        </w:rPr>
        <w:t>Kiểm soát phản ứng căng thẳng của bạn</w:t>
      </w:r>
    </w:p>
    <w:p>
      <w:pPr>
        <w:spacing w:after="80"/>
      </w:pPr>
      <w:r>
        <w:rPr>
          <w:b w:val="0"/>
          <w:i w:val="0"/>
        </w:rPr>
        <w:t>Vậy nên tôi đã hỏi Tiến sĩ Aditi cách chúng ta đưa não bộ trở lại hoạt động bình thường.</w:t>
      </w:r>
    </w:p>
    <w:p>
      <w:pPr>
        <w:spacing w:after="80"/>
      </w:pPr>
      <w:r>
        <w:rPr>
          <w:b w:val="0"/>
          <w:i w:val="0"/>
        </w:rPr>
        <w:t>Cô ấy nói bước đầu tiên là hiểu căng thẳng thực sự là gì, để bạn biết mình có sức mạnh trong những tình huống này.</w:t>
      </w:r>
    </w:p>
    <w:p>
      <w:pPr>
        <w:spacing w:after="80"/>
      </w:pPr>
      <w:r>
        <w:rPr>
          <w:b w:val="0"/>
          <w:i w:val="0"/>
        </w:rPr>
        <w:t>Với tôi, đó là một khám phá khi biết rằng căng thẳng là việc cơ thể và não bộ của bạn chuyển đổi giữa hai chức năng. Thật tiếp sức mạnh khi biết rằng tôi có thể chuyển trở lại hoạt động bình thường và điều đó không khó làm, bằng cách dùng Lý thuyết Kệ Họ (Let Them Theory).</w:t>
      </w:r>
    </w:p>
    <w:p>
      <w:pPr>
        <w:spacing w:after="80"/>
      </w:pPr>
      <w:r>
        <w:rPr>
          <w:b w:val="0"/>
          <w:i w:val="0"/>
        </w:rPr>
        <w:t>Tuyệt vời làm sao khi bạn không phải sống cuộc đời mình với cảm giác rằng mọi thứ xảy ra xung quanh đều phải khiến bạn căng thẳng? Kỳ diệu làm sao khi hành vi của người khác không nhất thiết phải là một vấn đề lớn trong cuộc sống của bạn?</w:t>
      </w:r>
    </w:p>
    <w:p>
      <w:pPr>
        <w:spacing w:after="80"/>
      </w:pPr>
      <w:r>
        <w:rPr>
          <w:b w:val="0"/>
          <w:i w:val="0"/>
        </w:rPr>
        <w:t>Tiếp theo, bạn sẽ dùng Lý thuyết Kệ Họ để thiết lập lại phản ứng căng thẳng của mình. Hãy nghĩ về nó như một công tắc bật-tắt—một cần gạt nhỏ bạn có thể kéo bên trong não mình mỗi khi có điều gì đó khiến bạn căng thẳng.</w:t>
      </w:r>
    </w:p>
    <w:p>
      <w:pPr>
        <w:spacing w:after="80"/>
      </w:pPr>
      <w:r>
        <w:rPr>
          <w:b w:val="0"/>
          <w:i w:val="0"/>
        </w:rPr>
        <w:t xml:space="preserve">Khoảnh khắc bạn nói </w:t>
      </w:r>
      <w:r>
        <w:rPr>
          <w:b w:val="0"/>
          <w:i/>
        </w:rPr>
        <w:t>Kệ Họ</w:t>
      </w:r>
      <w:r>
        <w:rPr>
          <w:b w:val="0"/>
          <w:i w:val="0"/>
        </w:rPr>
        <w:t>, bạn đang báo cho não mình biết rằng không sao đâu: Điều này không đáng để căng thẳng. Bạn đang bảo hạch hạnh nhân (amygdala) của mình tắt đi. Bạn đang thiết lập lại phản ứng căng thẳng đó bằng cách tách mình khỏi cảm xúc tiêu cực mà bạn đang cảm thấy.</w:t>
      </w:r>
    </w:p>
    <w:p>
      <w:pPr>
        <w:spacing w:after="80"/>
      </w:pPr>
      <w:r>
        <w:rPr>
          <w:b w:val="0"/>
          <w:i w:val="0"/>
        </w:rPr>
        <w:t xml:space="preserve">Đây là cách bạn làm: Ngay khoảnh khắc có bất cứ điều gì khiến bạn căng thẳng, hãy nói </w:t>
      </w:r>
      <w:r>
        <w:rPr>
          <w:b w:val="0"/>
          <w:i/>
        </w:rPr>
        <w:t>Kệ Họ</w:t>
      </w:r>
      <w:r>
        <w:rPr>
          <w:b w:val="0"/>
          <w:i w:val="0"/>
        </w:rPr>
        <w:t xml:space="preserve">. Đặt mình vào trạng thái tạm dừng. Rồi nói </w:t>
      </w:r>
      <w:r>
        <w:rPr>
          <w:b w:val="0"/>
          <w:i/>
        </w:rPr>
        <w:t>Để Tôi</w:t>
      </w:r>
      <w:r>
        <w:rPr>
          <w:b w:val="0"/>
          <w:i w:val="0"/>
        </w:rPr>
        <w:t xml:space="preserve"> và hít một hơi.</w:t>
      </w:r>
    </w:p>
    <w:p>
      <w:pPr>
        <w:spacing w:after="80"/>
      </w:pPr>
      <w:r>
        <w:rPr>
          <w:b w:val="0"/>
          <w:i/>
        </w:rPr>
        <w:t>Để Tôi</w:t>
      </w:r>
      <w:r>
        <w:rPr>
          <w:b w:val="0"/>
          <w:i w:val="0"/>
        </w:rPr>
        <w:t xml:space="preserve"> hít thêm một hơi nữa. Làm chậm phản ứng căng thẳng của bạn. Trấn tĩnh cơ thể và não bộ của bạn. Nắm quyền kiểm soát và lấy lại sức mạnh của mình.</w:t>
      </w:r>
    </w:p>
    <w:p>
      <w:pPr>
        <w:spacing w:after="80"/>
      </w:pPr>
      <w:r>
        <w:rPr>
          <w:b w:val="0"/>
          <w:i w:val="0"/>
        </w:rPr>
        <w:t xml:space="preserve">Điều này có vẻ thật nhỏ nhặt, nhưng chỉ một thay đổi này sẽ biến bạn thành một con người khác. Bắt lấy phản ứng căng thẳng của mình bằng </w:t>
      </w:r>
      <w:r>
        <w:rPr>
          <w:b w:val="0"/>
          <w:i/>
        </w:rPr>
        <w:t>Kệ Họ</w:t>
      </w:r>
      <w:r>
        <w:rPr>
          <w:b w:val="0"/>
          <w:i w:val="0"/>
        </w:rPr>
        <w:t xml:space="preserve"> và </w:t>
      </w:r>
      <w:r>
        <w:rPr>
          <w:b w:val="0"/>
          <w:i/>
        </w:rPr>
        <w:t>Để Tôi</w:t>
      </w:r>
      <w:r>
        <w:rPr>
          <w:b w:val="0"/>
          <w:i w:val="0"/>
        </w:rPr>
        <w:t xml:space="preserve"> trao cho bạn quyền chọn điều bạn nói, nghĩ, hoặc làm thay vì để cảm xúc của mình cướp mất phản ứng của bạn. Không còn những tin nhắn giận dữ, hay gắt gỏng với người thân, hay lãng phí hàng giờ để soạn một email ở chỗ làm.</w:t>
      </w:r>
    </w:p>
    <w:p>
      <w:pPr>
        <w:spacing w:after="80"/>
      </w:pPr>
      <w:r>
        <w:rPr>
          <w:b w:val="0"/>
          <w:i w:val="0"/>
        </w:rPr>
        <w:t>Sự thật là, không phải email nào cũng đáng để trả lời và không phải cuộc trò chuyện nào cũng cần bạn tham gia—và bạn không phải lúc nào cũng cần phải nói lời cuối cùng.</w:t>
      </w:r>
    </w:p>
    <w:p>
      <w:pPr>
        <w:spacing w:after="80"/>
      </w:pPr>
      <w:r>
        <w:rPr>
          <w:b w:val="0"/>
          <w:i w:val="0"/>
        </w:rPr>
        <w:t xml:space="preserve">Bạn sẽ bắt đầu thấy rằng rất nhiều điều từng khiến bạn nổi đóa không đáng để bạn bỏ thời gian và năng lượng; và càng ít phản ứng với những thứ xung quanh bằng </w:t>
      </w:r>
      <w:r>
        <w:rPr>
          <w:b w:val="0"/>
          <w:i/>
        </w:rPr>
        <w:t>Để Tôi</w:t>
      </w:r>
      <w:r>
        <w:rPr>
          <w:b w:val="0"/>
          <w:i w:val="0"/>
        </w:rPr>
        <w:t>, bạn càng cảm thấy mình kiểm soát được nhiều hơn.</w:t>
      </w:r>
    </w:p>
    <w:p>
      <w:pPr>
        <w:spacing w:after="80"/>
      </w:pPr>
      <w:r>
        <w:rPr>
          <w:b w:val="0"/>
          <w:i w:val="0"/>
        </w:rPr>
        <w:t>Tiến sĩ Aditi nói rằng hít thở sâu đã được khoa học chứng minh là giúp giảm phản ứng căng thẳng của bạn. Hít vào thật đầy, cảm nhận không khí làm căng bụng bạn, kích thích dây thần kinh phế vị (vagus nerve), thứ gửi một thông điệp trực tiếp đến não bạn rằng: "Chúng ta có thể bình tĩnh lại."</w:t>
      </w:r>
    </w:p>
    <w:p>
      <w:pPr>
        <w:spacing w:after="80"/>
      </w:pPr>
      <w:r>
        <w:rPr>
          <w:b w:val="0"/>
          <w:i w:val="0"/>
        </w:rPr>
        <w:t xml:space="preserve">Bằng cách nói </w:t>
      </w:r>
      <w:r>
        <w:rPr>
          <w:b w:val="0"/>
          <w:i/>
        </w:rPr>
        <w:t>Để Tôi</w:t>
      </w:r>
      <w:r>
        <w:rPr>
          <w:b w:val="0"/>
          <w:i w:val="0"/>
        </w:rPr>
        <w:t xml:space="preserve"> và thiết lập lại phản ứng căng thẳng của mình—giờ bạn đã trở lại trong tầm kiểm soát và có thể chọn cách </w:t>
      </w:r>
      <w:r>
        <w:rPr>
          <w:b w:val="0"/>
          <w:i/>
        </w:rPr>
        <w:t>chủ đích</w:t>
      </w:r>
      <w:r>
        <w:rPr>
          <w:b w:val="0"/>
          <w:i w:val="0"/>
        </w:rPr>
        <w:t xml:space="preserve"> phản hồi.</w:t>
      </w:r>
    </w:p>
    <w:p>
      <w:pPr>
        <w:pStyle w:val="Heading2"/>
      </w:pPr>
      <w:r>
        <w:rPr>
          <w:rFonts w:ascii="Calibri" w:hAnsi="Calibri"/>
          <w:b/>
          <w:i w:val="0"/>
          <w:sz w:val="32"/>
        </w:rPr>
        <w:t>Làm Chủ Phản Ứng Của Bạn, Lấy Lại Sức Mạnh Của Bạn</w:t>
      </w:r>
    </w:p>
    <w:p>
      <w:pPr>
        <w:spacing w:after="80"/>
      </w:pPr>
      <w:r>
        <w:rPr>
          <w:b w:val="0"/>
          <w:i w:val="0"/>
        </w:rPr>
        <w:t>Về chuyện đó: Hãy quay lại với tôi trên máy bay, với anh chàng đang ho ở phía sau tôi; tôi ngày càng căng thẳng hơn, và tôi không thể tập trung vào công việc cần hoàn thành, và tôi cảm thấy như một con thú bị nhốt ngồi đó bị trói vào ghế.</w:t>
      </w:r>
    </w:p>
    <w:p>
      <w:pPr>
        <w:spacing w:after="80"/>
      </w:pPr>
      <w:r>
        <w:rPr>
          <w:b w:val="0"/>
          <w:i w:val="0"/>
        </w:rPr>
        <w:t>Vậy, làm thế nào bạn dùng Học thuyết Cứ Để Họ (Let Them Theory) để khiến ai đó ngừng ho?</w:t>
        <w:br/>
        <w:br/>
        <w:t xml:space="preserve">Bạn không làm gì cả. Bạn phải </w:t>
      </w:r>
      <w:r>
        <w:rPr>
          <w:b w:val="0"/>
          <w:i/>
        </w:rPr>
        <w:t>Cứ Để Họ</w:t>
      </w:r>
      <w:r>
        <w:rPr>
          <w:b w:val="0"/>
          <w:i w:val="0"/>
        </w:rPr>
        <w:t xml:space="preserve"> ho. </w:t>
      </w:r>
      <w:r>
        <w:rPr>
          <w:b w:val="0"/>
          <w:i/>
        </w:rPr>
        <w:t>Cứ Để Họ</w:t>
      </w:r>
      <w:r>
        <w:rPr>
          <w:b w:val="0"/>
          <w:i w:val="0"/>
        </w:rPr>
        <w:t>.</w:t>
        <w:br/>
        <w:br/>
        <w:t>Tôi biết... nghe tôi nói hết đã. Đúng, chuyện đó làm tôi căng thẳng. Đúng, tôi thấy anh ta bất lịch sự vì không che miệng. Và đúng, tôi lo mình sẽ bị bệnh.</w:t>
        <w:br/>
        <w:br/>
        <w:t>Nhưng hãy quay lại vấn đề kiểm soát: Tôi có thể kiểm soát được gì trong tình huống này? Tôi không thể kiểm soát việc người khác có ho hay không. Tôi chỉ có thể kiểm soát cách mình phản ứng với tiếng ho đó.</w:t>
        <w:br/>
        <w:br/>
        <w:t>Tập trung vào những gì bạn không thể kiểm soát sẽ khiến bạn căng thẳng. Tập trung vào những gì bạn có thể kiểm soát sẽ khiến bạn mạnh mẽ. Và điều đó đưa tôi đến một điểm quan trọng khác: Ai là người chịu trách nhiệm cho việc tôi không bị bệnh?</w:t>
        <w:br/>
        <w:br/>
        <w:t>Tôi, hay người lạ trên máy bay kia?</w:t>
        <w:br/>
        <w:br/>
        <w:t>Là tôi. Tôi chịu trách nhiệm cho sức khỏe của mình. Không phải trách nhiệm của anh chàng này là phải ngừng ho chỉ vì tôi muốn thế. Trách nhiệm của tôi là phản ứng theo cách chăm sóc cho nhu cầu của bản thân. Tôi biết bạn đang nghĩ gì.</w:t>
        <w:br/>
        <w:br/>
        <w:t>Chẳng phải ai cũng nên che miệng sao? Chẳng phải ai cũng nên rửa tay sao? Chẳng phải ai cũng nên tuân theo những chuẩn mực lịch sự cơ bản sao? Tất nhiên là nên, nhưng rất nhiều người không làm vậy.</w:t>
        <w:br/>
        <w:br/>
        <w:t>Ý tôi là, cố gắng quản lý người khác, hay một tình huống nằm ngoài tầm kiểm soát của bạn, chỉ khiến bạn thêm căng thẳng mà thôi. Tôi có thể nổi giận. Tôi có thể cứ quay đầu lại nhìn. Tôi có thể hét vào mặt tiếp viên hàng không. Tôi có thể bực bội và hét vào mặt anh chàng kia, nhưng để làm gì? Chẳng phải có một giải pháp rõ ràng và mạnh mẽ hơn ngay trước mắt tôi sao?</w:t>
        <w:br/>
        <w:br/>
        <w:t>Tôi đang đề xuất với bạn một cách tiếp cận cuộc sống vừa thực tế vừa có chiến lược.</w:t>
        <w:br/>
        <w:br/>
        <w:t xml:space="preserve">Thay vì nổi điên ngay tại chỗ ngồi, tôi chỉ </w:t>
      </w:r>
      <w:r>
        <w:rPr>
          <w:b w:val="0"/>
          <w:i/>
        </w:rPr>
        <w:t>Cứ Để Anh Ta</w:t>
      </w:r>
      <w:r>
        <w:rPr>
          <w:b w:val="0"/>
          <w:i w:val="0"/>
        </w:rPr>
        <w:t xml:space="preserve"> ho, rồi tôi </w:t>
      </w:r>
      <w:r>
        <w:rPr>
          <w:b w:val="0"/>
          <w:i/>
        </w:rPr>
        <w:t>Cứ Để Tôi</w:t>
      </w:r>
      <w:r>
        <w:rPr>
          <w:b w:val="0"/>
          <w:i w:val="0"/>
        </w:rPr>
        <w:t xml:space="preserve"> tập trung vào những hành động đơn giản mà tôi có thể làm để bảo vệ chính mình.</w:t>
        <w:br/>
        <w:br/>
      </w:r>
      <w:r>
        <w:rPr>
          <w:b w:val="0"/>
          <w:i/>
        </w:rPr>
        <w:t>Mình sẽ che mũi và miệng bằng khăn quàng cổ</w:t>
      </w:r>
      <w:r>
        <w:rPr>
          <w:b w:val="0"/>
          <w:i w:val="0"/>
        </w:rPr>
        <w:t xml:space="preserve">, tôi nghĩ. </w:t>
      </w:r>
      <w:r>
        <w:rPr>
          <w:b w:val="0"/>
          <w:i/>
        </w:rPr>
        <w:t>Và mình sẽ đeo tai nghe để át đi tiếng ho.</w:t>
      </w:r>
      <w:r>
        <w:rPr>
          <w:b w:val="0"/>
          <w:i w:val="0"/>
        </w:rPr>
        <w:t xml:space="preserve"> Và đó là những gì tôi đã làm. Với chiếc khăn quàng che mũi và miệng, tôi vặn nhạc trong tai nghe to hơn.</w:t>
        <w:br/>
        <w:br/>
        <w:t>Vấn đề được giải quyết.</w:t>
        <w:br/>
        <w:br/>
        <w:t xml:space="preserve">Mỗi lần bạn nói </w:t>
      </w:r>
      <w:r>
        <w:rPr>
          <w:b w:val="0"/>
          <w:i/>
        </w:rPr>
        <w:t>Cứ Để Họ</w:t>
      </w:r>
      <w:r>
        <w:rPr>
          <w:b w:val="0"/>
          <w:i w:val="0"/>
        </w:rPr>
        <w:t xml:space="preserve">, bạn thừa nhận rằng bạn không thể kiểm soát tình huống đang làm mình căng thẳng này. Khi bạn nói </w:t>
      </w:r>
      <w:r>
        <w:rPr>
          <w:b w:val="0"/>
          <w:i/>
        </w:rPr>
        <w:t>Cứ Để Tôi</w:t>
      </w:r>
      <w:r>
        <w:rPr>
          <w:b w:val="0"/>
          <w:i w:val="0"/>
        </w:rPr>
        <w:t>, bạn đang làm theo lời khuyên của Tiến sĩ Aditi và tập trung vào những gì bạn có thể kiểm soát, đó chính là cách bạn phản ứng với những tình huống căng thẳng này.</w:t>
        <w:br/>
        <w:br/>
        <w:t>Tiến sĩ Aditi khẳng định, "Học thuyết Cứ Để Họ giống như một hơi thở phào nhẹ nhõm cho bộ não đang căng thẳng của bạn. Nó giúp bạn giành lại quyền kiểm soát những suy nghĩ lo lắng để bộ não và cơ thể bạn cuối cùng có thể thoát khỏi chế độ sinh tồn và trở lại trạng thái phát triển."</w:t>
        <w:br/>
        <w:br/>
      </w:r>
      <w:r>
        <w:rPr>
          <w:b w:val="0"/>
          <w:i/>
        </w:rPr>
        <w:t>Cứ Để Tôi</w:t>
      </w:r>
      <w:r>
        <w:rPr>
          <w:b w:val="0"/>
          <w:i w:val="0"/>
        </w:rPr>
        <w:t xml:space="preserve"> giải thích tại sao điều này quan trọng. Nếu bạn để mình hoàn toàn căng thẳng, bạn đang trao hết sức mạnh của mình cho người khác.</w:t>
      </w:r>
    </w:p>
    <w:p>
      <w:pPr>
        <w:spacing w:after="80"/>
      </w:pPr>
      <w:r>
        <w:rPr>
          <w:b w:val="0"/>
          <w:i w:val="0"/>
        </w:rPr>
        <w:t xml:space="preserve">Bạn không làm gì cả. Bạn phải </w:t>
      </w:r>
      <w:r>
        <w:rPr>
          <w:b w:val="0"/>
          <w:i/>
        </w:rPr>
        <w:t>Để Họ</w:t>
      </w:r>
      <w:r>
        <w:rPr>
          <w:b w:val="0"/>
          <w:i w:val="0"/>
        </w:rPr>
        <w:t xml:space="preserve"> ho. </w:t>
      </w:r>
      <w:r>
        <w:rPr>
          <w:b w:val="0"/>
          <w:i/>
        </w:rPr>
        <w:t>Để Họ</w:t>
      </w:r>
      <w:r>
        <w:rPr>
          <w:b w:val="0"/>
          <w:i w:val="0"/>
        </w:rPr>
        <w:t>.</w:t>
      </w:r>
    </w:p>
    <w:p>
      <w:pPr>
        <w:spacing w:after="80"/>
      </w:pPr>
      <w:r>
        <w:rPr>
          <w:b w:val="0"/>
          <w:i w:val="0"/>
        </w:rPr>
        <w:t>Tôi biết... nghe tôi nói hết đã. Đúng, chuyện đó làm tôi căng thẳng. Đúng, tôi nghĩ anh ta thật bất lịch sự khi không che miệng. Và đúng, tôi lo mình sẽ bị bệnh.</w:t>
      </w:r>
    </w:p>
    <w:p>
      <w:pPr>
        <w:spacing w:after="80"/>
      </w:pPr>
      <w:r>
        <w:rPr>
          <w:b w:val="0"/>
          <w:i w:val="0"/>
        </w:rPr>
        <w:t>Nhưng hãy quay lại chuyện kiểm soát: Tôi có thể kiểm soát được gì trong tình huống này? Tôi không thể kiểm soát việc người khác có ho hay không. Tôi chỉ có thể kiểm soát cách mình phản ứng với tiếng ho đó.</w:t>
      </w:r>
    </w:p>
    <w:p>
      <w:pPr>
        <w:spacing w:after="80"/>
      </w:pPr>
      <w:r>
        <w:rPr>
          <w:b w:val="0"/>
          <w:i w:val="0"/>
        </w:rPr>
        <w:t>Tập trung vào những gì bạn không thể kiểm soát sẽ khiến bạn căng thẳng. Tập trung vào những gì bạn có thể kiểm soát sẽ khiến bạn mạnh mẽ. Và điều đó đưa tôi đến một điểm quan trọng khác: Ai là người chịu trách nhiệm cho việc tôi không bị bệnh?</w:t>
      </w:r>
    </w:p>
    <w:p>
      <w:pPr>
        <w:spacing w:after="80"/>
      </w:pPr>
      <w:r>
        <w:rPr>
          <w:b w:val="0"/>
          <w:i w:val="0"/>
        </w:rPr>
        <w:t>Tôi, hay người lạ trên máy bay?</w:t>
      </w:r>
    </w:p>
    <w:p>
      <w:pPr>
        <w:spacing w:after="80"/>
      </w:pPr>
      <w:r>
        <w:rPr>
          <w:b w:val="0"/>
          <w:i w:val="0"/>
        </w:rPr>
        <w:t>Là tôi. Tôi chịu trách nhiệm cho sức khỏe của mình. Không phải trách nhiệm của anh chàng này là phải ngừng ho chỉ vì tôi muốn thế. Trách nhiệm của tôi là phản ứng theo cách chăm sóc cho nhu cầu của bản thân. Tôi biết bạn đang nghĩ gì.</w:t>
      </w:r>
    </w:p>
    <w:p>
      <w:pPr>
        <w:spacing w:after="80"/>
      </w:pPr>
      <w:r>
        <w:rPr>
          <w:b w:val="0"/>
          <w:i w:val="0"/>
        </w:rPr>
        <w:t>Chẳng phải ai cũng nên che miệng sao? Chẳng phải ai cũng nên rửa tay sao? Chẳng phải ai cũng nên tuân theo những quy tắc cơ bản của phép lịch sự sao? Tất nhiên là nên, nhưng rất nhiều người không làm vậy.</w:t>
      </w:r>
    </w:p>
    <w:p>
      <w:pPr>
        <w:spacing w:after="80"/>
      </w:pPr>
      <w:r>
        <w:rPr>
          <w:b w:val="0"/>
          <w:i w:val="0"/>
        </w:rPr>
        <w:t>Ý tôi là, cố gắng quản lý người khác, hay một tình huống nằm ngoài tầm kiểm soát của bạn, chỉ khiến bạn thêm căng thẳng mà thôi. Tôi có thể nổi giận. Tôi có thể cứ quay đầu lại hoài. Tôi có thể hét vào mặt tiếp viên hàng không. Tôi có thể bực bội và mắng anh chàng kia, nhưng để làm gì? Chẳng phải có một giải pháp rõ ràng và mạnh mẽ hơn ngay trước mắt tôi sao?</w:t>
      </w:r>
    </w:p>
    <w:p>
      <w:pPr>
        <w:spacing w:after="80"/>
      </w:pPr>
      <w:r>
        <w:rPr>
          <w:b w:val="0"/>
          <w:i w:val="0"/>
        </w:rPr>
        <w:t>Tôi đang đề nghị bạn một cách tiếp cận cuộc sống vừa thực tế vừa mang tính chiến lược.</w:t>
      </w:r>
    </w:p>
    <w:p>
      <w:pPr>
        <w:spacing w:after="80"/>
      </w:pPr>
      <w:r>
        <w:rPr>
          <w:b w:val="0"/>
          <w:i w:val="0"/>
        </w:rPr>
        <w:t xml:space="preserve">Thay vì nổi điên trên ghế ngồi, tôi chỉ </w:t>
      </w:r>
      <w:r>
        <w:rPr>
          <w:b w:val="0"/>
          <w:i/>
        </w:rPr>
        <w:t>Để Anh Ta</w:t>
      </w:r>
      <w:r>
        <w:rPr>
          <w:b w:val="0"/>
          <w:i w:val="0"/>
        </w:rPr>
        <w:t xml:space="preserve"> ho, rồi tôi </w:t>
      </w:r>
      <w:r>
        <w:rPr>
          <w:b w:val="0"/>
          <w:i/>
        </w:rPr>
        <w:t>Để Tôi</w:t>
      </w:r>
      <w:r>
        <w:rPr>
          <w:b w:val="0"/>
          <w:i w:val="0"/>
        </w:rPr>
        <w:t xml:space="preserve"> tập trung vào những hành động đơn giản mà tôi có thể làm để bảo vệ chính mình.</w:t>
      </w:r>
    </w:p>
    <w:p>
      <w:pPr>
        <w:spacing w:after="80"/>
      </w:pPr>
      <w:r>
        <w:rPr>
          <w:b w:val="0"/>
          <w:i/>
        </w:rPr>
        <w:t>Mình sẽ che mũi và miệng bằng khăn quàng cổ</w:t>
      </w:r>
      <w:r>
        <w:rPr>
          <w:b w:val="0"/>
          <w:i w:val="0"/>
        </w:rPr>
        <w:t xml:space="preserve">, tôi nghĩ. </w:t>
      </w:r>
      <w:r>
        <w:rPr>
          <w:b w:val="0"/>
          <w:i/>
        </w:rPr>
        <w:t>Và mình sẽ đeo tai nghe để át đi tiếng ho.</w:t>
      </w:r>
      <w:r>
        <w:rPr>
          <w:b w:val="0"/>
          <w:i w:val="0"/>
        </w:rPr>
        <w:t xml:space="preserve"> Và đó là những gì tôi đã làm. Với chiếc khăn quàng che mũi và miệng, tôi vặn nhạc trong tai nghe to hơn.</w:t>
      </w:r>
    </w:p>
    <w:p>
      <w:pPr>
        <w:spacing w:after="80"/>
      </w:pPr>
      <w:r>
        <w:rPr>
          <w:b w:val="0"/>
          <w:i w:val="0"/>
        </w:rPr>
        <w:t>Vấn đề được giải quyết.</w:t>
      </w:r>
    </w:p>
    <w:p>
      <w:pPr>
        <w:spacing w:after="80"/>
      </w:pPr>
      <w:r>
        <w:rPr>
          <w:b w:val="0"/>
          <w:i w:val="0"/>
        </w:rPr>
        <w:t xml:space="preserve">Mỗi lần bạn nói </w:t>
      </w:r>
      <w:r>
        <w:rPr>
          <w:b w:val="0"/>
          <w:i/>
        </w:rPr>
        <w:t>Để Họ</w:t>
      </w:r>
      <w:r>
        <w:rPr>
          <w:b w:val="0"/>
          <w:i w:val="0"/>
        </w:rPr>
        <w:t xml:space="preserve">, bạn thừa nhận rằng bạn không thể kiểm soát tình huống đang khiến mình căng thẳng này. Khi bạn nói </w:t>
      </w:r>
      <w:r>
        <w:rPr>
          <w:b w:val="0"/>
          <w:i/>
        </w:rPr>
        <w:t>Để Tôi</w:t>
      </w:r>
      <w:r>
        <w:rPr>
          <w:b w:val="0"/>
          <w:i w:val="0"/>
        </w:rPr>
        <w:t>, bạn đang làm theo lời khuyên của Tiến sĩ Aditi và tập trung vào những gì bạn có thể kiểm soát, đó chính là cách bạn phản ứng với những tình huống căng thẳng này.</w:t>
      </w:r>
    </w:p>
    <w:p>
      <w:pPr>
        <w:spacing w:after="80"/>
      </w:pPr>
      <w:r>
        <w:rPr>
          <w:b w:val="0"/>
          <w:i w:val="0"/>
        </w:rPr>
        <w:t>Tiến sĩ Aditi xác nhận, "Let Them Theory giống như một hơi thở nhẹ nhõm cho bộ não đang căng thẳng của bạn. Nó giúp bạn giành lại quyền kiểm soát những suy nghĩ lo lắng để bộ não và cơ thể bạn cuối cùng có thể thoát khỏi chế độ sinh tồn và quay lại trạng thái phát triển."</w:t>
      </w:r>
    </w:p>
    <w:p>
      <w:pPr>
        <w:spacing w:after="80"/>
      </w:pPr>
      <w:r>
        <w:rPr>
          <w:b w:val="0"/>
          <w:i/>
        </w:rPr>
        <w:t>Để Tôi</w:t>
      </w:r>
      <w:r>
        <w:rPr>
          <w:b w:val="0"/>
          <w:i w:val="0"/>
        </w:rPr>
        <w:t xml:space="preserve"> giải thích tại sao điều này quan trọng. Nếu bạn để mình hoàn toàn căng thẳng, bạn đang trao hết sức mạnh của mình cho người khác.</w:t>
      </w:r>
    </w:p>
    <w:p>
      <w:pPr>
        <w:spacing w:after="80"/>
      </w:pPr>
      <w:r>
        <w:rPr>
          <w:b w:val="0"/>
          <w:i w:val="0"/>
        </w:rPr>
        <w:t>Trước đây, tôi sẽ để gã này làm tôi căng thẳng. Tôi sẽ chẳng làm được gì, kiệt sức khi máy bay hạ cánh, rồi gọi cho chồng để than phiền về cái tên ngốc đã phá hỏng cả chuyến bay của tôi. Tôi chắc sẽ kể lại câu chuyện đó trong bữa tối hôm ấy với những khách hàng đã thuê tôi phát biểu tại sự kiện. Tôi sẽ lải nhải mãi về việc tình huống này khiến tôi “phát điên” đến mức nào. Tất cả những điều đó chỉ khiến tôi càng căng thẳng hơn, càng bực bội hơn, và càng kiệt quệ hơn.</w:t>
      </w:r>
    </w:p>
    <w:p>
      <w:pPr>
        <w:spacing w:after="80"/>
      </w:pPr>
      <w:r>
        <w:rPr>
          <w:b w:val="0"/>
          <w:i w:val="0"/>
        </w:rPr>
        <w:t>Tôi giải thích chi tiết điều này vì tôi muốn bạn thấy đây là một vấn đề lớn đến nhường nào. Khi bạn để người khác làm mình căng thẳng, bạn đang trao quyền lực của mình cho những thứ hoặc không quan trọng, hoặc nằm ngoài tầm kiểm soát của bạn. Và nó thường lan sang những lĩnh vực khác trong cuộc sống của bạn suốt nhiều giờ, nhiều tuần, thậm chí nhiều năm.</w:t>
      </w:r>
    </w:p>
    <w:p>
      <w:pPr>
        <w:spacing w:after="80"/>
      </w:pPr>
      <w:r>
        <w:rPr>
          <w:b w:val="0"/>
          <w:i w:val="0"/>
        </w:rPr>
        <w:t>Nếu bạn muốn đạt được mục tiêu của mình, sống trọn vẹn hơn với hiện tại, cảm thấy tự tin hơn và hạnh phúc hơn, bạn phải ngừng để người khác làm mình căng thẳng. Trong cuộc sống, sẽ có những thứ bạn kiểm soát được, và những thứ bạn không thể. Sẽ có những tình huống công bằng, và những tình huống không công bằng. Bạn được quyền quyết định điều gì làm mình căng thẳng và căng thẳng trong bao lâu.</w:t>
      </w:r>
    </w:p>
    <w:p>
      <w:pPr>
        <w:spacing w:after="80"/>
      </w:pPr>
      <w:r>
        <w:rPr>
          <w:b w:val="0"/>
          <w:i w:val="0"/>
        </w:rPr>
        <w:t xml:space="preserve">Điều mà nghiên cứu của Tiến sĩ Aditi chứng minh là việc học cách bảo vệ năng lượng của bạn sẽ cải thiện tâm trạng, tư duy, sức khỏe, sự tập trung, và khả năng ngắt kết nối và thư giãn của bạn. Tôi tin đây là một trong những lý do khiến rất nhiều người xăm dòng chữ </w:t>
      </w:r>
      <w:r>
        <w:rPr>
          <w:b w:val="0"/>
          <w:i/>
        </w:rPr>
        <w:t>Let Them</w:t>
      </w:r>
      <w:r>
        <w:rPr>
          <w:b w:val="0"/>
          <w:i w:val="0"/>
        </w:rPr>
        <w:t xml:space="preserve"> lên cơ thể chỉ trong vài ngày sau khi biết về lý thuyết này.</w:t>
      </w:r>
    </w:p>
    <w:p>
      <w:pPr>
        <w:spacing w:after="80"/>
      </w:pPr>
      <w:r>
        <w:rPr>
          <w:b w:val="0"/>
          <w:i w:val="0"/>
        </w:rPr>
        <w:t>Nó như một lời nhắc nhở rằng sự bình yên của bạn đáng được bảo vệ. Có một kiểu tự tin nhất định đến từ việc biết rằng người khác không thể phá vỡ sự bình yên của bạn.</w:t>
      </w:r>
    </w:p>
    <w:p>
      <w:pPr>
        <w:spacing w:after="80"/>
      </w:pPr>
      <w:r>
        <w:rPr>
          <w:b w:val="0"/>
          <w:i w:val="0"/>
        </w:rPr>
        <w:t>Nhưng hãy nâng nó lên một mức nữa.</w:t>
      </w:r>
    </w:p>
    <w:p>
      <w:pPr>
        <w:spacing w:after="80"/>
      </w:pPr>
      <w:r>
        <w:rPr>
          <w:b w:val="0"/>
          <w:i w:val="0"/>
        </w:rPr>
        <w:t>Một người lạ ho trên máy bay là một tình huống khá đơn giản. Rồi cuối cùng bạn cũng sẽ xuống máy bay và tiếp tục cuộc sống của mình, nên rất dễ áp dụng Lý thuyết Let Them lúc đó.</w:t>
      </w:r>
    </w:p>
    <w:p>
      <w:pPr>
        <w:spacing w:after="80"/>
      </w:pPr>
      <w:r>
        <w:rPr>
          <w:b w:val="0"/>
          <w:i w:val="0"/>
        </w:rPr>
        <w:t>Nhưng còn khi bạn không rõ mình nên làm gì hay đâu là phản ứng đúng thì sao? Bạn sử dụng lý thuyết này thế nào khi căng thẳng của bạn đến từ một thứ lớn hơn nhiều... như công việc?</w:t>
      </w:r>
    </w:p>
    <w:p>
      <w:pPr>
        <w:pStyle w:val="Heading1"/>
      </w:pPr>
      <w:r>
        <w:rPr>
          <w:rFonts w:ascii="Calibri" w:hAnsi="Calibri"/>
          <w:b/>
          <w:i w:val="0"/>
          <w:sz w:val="40"/>
        </w:rPr>
        <w:t>CHƯƠNG 4</w:t>
      </w:r>
    </w:p>
    <w:p>
      <w:pPr>
        <w:pStyle w:val="Heading1"/>
      </w:pPr>
      <w:r>
        <w:rPr>
          <w:rFonts w:ascii="Calibri" w:hAnsi="Calibri"/>
          <w:b/>
          <w:i w:val="0"/>
          <w:sz w:val="40"/>
        </w:rPr>
        <w:t>Hãy Để Họ Làm Bạn Căng Thẳng</w:t>
      </w:r>
    </w:p>
    <w:p>
      <w:pPr>
        <w:spacing w:after="80"/>
      </w:pPr>
      <w:r>
        <w:rPr>
          <w:b w:val="0"/>
          <w:i w:val="0"/>
        </w:rPr>
        <w:t xml:space="preserve">Còn việc thực hành </w:t>
      </w:r>
      <w:r>
        <w:rPr>
          <w:b w:val="0"/>
          <w:i/>
        </w:rPr>
        <w:t>Let Them</w:t>
      </w:r>
      <w:r>
        <w:rPr>
          <w:b w:val="0"/>
          <w:i w:val="0"/>
        </w:rPr>
        <w:t xml:space="preserve"> và </w:t>
      </w:r>
      <w:r>
        <w:rPr>
          <w:b w:val="0"/>
          <w:i/>
        </w:rPr>
        <w:t>Let Me</w:t>
      </w:r>
      <w:r>
        <w:rPr>
          <w:b w:val="0"/>
          <w:i w:val="0"/>
        </w:rPr>
        <w:t xml:space="preserve"> khi đối mặt với một thứ hay một người kích hoạt phản ứng căng thẳng của bạn mỗi ngày thì sao? Theo nghiên cứu, công việc là nguyên nhân số 1 gây căng thẳng trong cuộc sống của hầu hết mọi người—và người quản lý của bạn có ảnh hưởng đến sức khỏe tinh thần của bạn ngang với vợ/chồng bạn.</w:t>
      </w:r>
    </w:p>
    <w:p>
      <w:pPr>
        <w:spacing w:after="80"/>
      </w:pPr>
      <w:r>
        <w:rPr>
          <w:b w:val="0"/>
          <w:i w:val="0"/>
        </w:rPr>
        <w:t>Tôi chắc không cần phải nói với bạn điều đó, vì dù công việc có thể mang lại nhiều phần thưởng đến đâu, nó vẫn đầy ắp căng thẳng. Từ những cuộc họp lúc 4 giờ chiều thứ Sáu, đến việc đối phó với khách hàng thô lỗ, những email mỉa mai ngầm, một ông sếp quản lý vi mô, làm công việc mình không thích, cảm thấy không được trân trọng, thấy không có cơ hội thăng tiến, những lời hứa suông, những đợt sa thải bất ngờ, hay bị thiếu người trầm trọng và phải gánh thêm việc—lúc nào cũng có chuyện.</w:t>
      </w:r>
    </w:p>
    <w:p>
      <w:pPr>
        <w:spacing w:after="80"/>
      </w:pPr>
      <w:r>
        <w:rPr>
          <w:b w:val="0"/>
          <w:i w:val="0"/>
        </w:rPr>
        <w:t>Và nếu bạn giống tôi, đã tự khởi nghiệp hoặc đang cố gắng trở thành một người quản lý giỏi, thì hãy nhân đôi danh sách đó lên.</w:t>
      </w:r>
    </w:p>
    <w:p>
      <w:pPr>
        <w:spacing w:after="80"/>
      </w:pPr>
      <w:r>
        <w:rPr>
          <w:b w:val="0"/>
          <w:i w:val="0"/>
        </w:rPr>
        <w:t>Vậy làm thế nào để bạn dùng Lý thuyết Let Them để không bị công việc làm căng thẳng? Ví dụ, nếu bạn đã làm việc rất tốt, đạt mọi chỉ tiêu, làm vượt xa mong đợi, mà sếp vẫn không thăng chức cho bạn thì sao?</w:t>
      </w:r>
    </w:p>
    <w:p>
      <w:pPr>
        <w:spacing w:after="80"/>
      </w:pPr>
      <w:r>
        <w:rPr>
          <w:b w:val="0"/>
          <w:i w:val="0"/>
        </w:rPr>
        <w:t>Khi bạn hỏi thăm tình hình, bạn nhận được câu trả lời sáo rỗng kiểu “lợi nhuận công ty năm nay giảm” và “tay tôi bị trói rồi” nhưng “bạn đóng góp rất nhiều giá trị cho đội này” — toàn lời nói suông. Thật tệ.</w:t>
      </w:r>
    </w:p>
    <w:p>
      <w:pPr>
        <w:spacing w:after="80"/>
      </w:pPr>
      <w:r>
        <w:rPr>
          <w:b w:val="0"/>
          <w:i w:val="0"/>
        </w:rPr>
        <w:t>Bạn cảm thấy bực bội, chán nản, bất lực, thù địch, hoặc mất tinh thần. Tiến sĩ Aditi nói đây là lý do bà đang chứng kiến tình trạng kiệt sức ở mức kỷ lục hiện nay: Mọi người bị mắc kẹt trong trạng thái căng thẳng kinh niên tại nơi làm việc. Và bà nói thêm, căng thẳng của bạn ở chỗ làm không thay đổi, nên bạn cần thay đổi cách tiếp cận để đối phó với nó.</w:t>
      </w:r>
    </w:p>
    <w:p>
      <w:pPr>
        <w:spacing w:after="80"/>
      </w:pPr>
      <w:r>
        <w:rPr>
          <w:b w:val="0"/>
          <w:i w:val="0"/>
        </w:rPr>
        <w:t>Tôi biết khi mình từng ở trong tình huống đó, tôi cũng cảm thấy y hệt như vậy. Và việc bạn cần tiền lương để trả hóa đơn chỉ càng khiến bạn thêm căng thẳng và bất lực.</w:t>
      </w:r>
    </w:p>
    <w:p>
      <w:pPr>
        <w:spacing w:after="80"/>
      </w:pPr>
      <w:r>
        <w:rPr>
          <w:b w:val="0"/>
          <w:i w:val="0"/>
        </w:rPr>
        <w:t>Nhưng dù công việc lúc này có ngập đầu đến đâu, bạn không hề bất lực. Vậy thì, làm sao bạn dùng Lý thuyết Cứ Để Họ (Let Them Theory) để khiến sếp trao cho bạn vị trí thăng chức mà bạn xứng đáng?</w:t>
      </w:r>
    </w:p>
    <w:p>
      <w:pPr>
        <w:spacing w:after="80"/>
      </w:pPr>
      <w:r>
        <w:rPr>
          <w:b w:val="0"/>
          <w:i w:val="0"/>
        </w:rPr>
        <w:t xml:space="preserve">Bạn không làm gì cả. </w:t>
      </w:r>
      <w:r>
        <w:rPr>
          <w:b w:val="0"/>
          <w:i/>
        </w:rPr>
        <w:t>Cứ Để Họ</w:t>
      </w:r>
      <w:r>
        <w:rPr>
          <w:b w:val="0"/>
          <w:i w:val="0"/>
        </w:rPr>
        <w:t xml:space="preserve"> dắt mũi bạn.</w:t>
      </w:r>
    </w:p>
    <w:p>
      <w:pPr>
        <w:spacing w:after="80"/>
      </w:pPr>
      <w:r>
        <w:rPr>
          <w:b w:val="0"/>
          <w:i w:val="0"/>
        </w:rPr>
        <w:t>Tôi biết nghe điều này thật khó chịu, vì nó là sự thật. Đúng, điều đó không công bằng. Đúng, bạn đã xứng đáng được thăng chức. Và đúng, bạn có quyền tức giận vì điều đó.</w:t>
      </w:r>
    </w:p>
    <w:p>
      <w:pPr>
        <w:spacing w:after="80"/>
      </w:pPr>
      <w:r>
        <w:rPr>
          <w:b w:val="0"/>
          <w:i w:val="0"/>
        </w:rPr>
        <w:t xml:space="preserve">Nhưng </w:t>
      </w:r>
      <w:r>
        <w:rPr>
          <w:b w:val="0"/>
          <w:i/>
        </w:rPr>
        <w:t>Để Tôi</w:t>
      </w:r>
      <w:r>
        <w:rPr>
          <w:b w:val="0"/>
          <w:i w:val="0"/>
        </w:rPr>
        <w:t xml:space="preserve"> hỏi bạn câu này: Ai là người chịu trách nhiệm cho SỰ NGHIỆP của BẠN? Đúng rồi, chính là bạn.</w:t>
      </w:r>
    </w:p>
    <w:p>
      <w:pPr>
        <w:spacing w:after="80"/>
      </w:pPr>
      <w:r>
        <w:rPr>
          <w:b w:val="0"/>
          <w:i w:val="0"/>
        </w:rPr>
        <w:t>Hơn nữa, bạn không thể kiểm soát việc sếp có thăng chức cho bạn, tăng lương cho bạn, hay thậm chí chuyển bạn sang cái buồng làm việc gần cửa sổ hơn hay không. Dù bạn đã bỏ bao nhiêu công sức, hay nhận được bao nhiêu lời khen, quyết định vẫn nằm ở họ.</w:t>
      </w:r>
    </w:p>
    <w:p>
      <w:pPr>
        <w:spacing w:after="80"/>
      </w:pPr>
      <w:r>
        <w:rPr>
          <w:b w:val="0"/>
          <w:i w:val="0"/>
        </w:rPr>
        <w:t>Vậy nên nếu bạn đang ở trong tình huống mà bạn đã nỗ lực hết mình, bạn đã có cuộc trò chuyện đó, bạn đã xin tăng lương, bạn đã đạt chỉ tiêu, mà vẫn đang chờ đợi cái thăng chức hay đổi chức danh hay cái bàn làm việc mới và nó cứ mãi không đến, thì bạn phải ngừng tức giận và chọn xem mình sẽ làm gì với chuyện đó.</w:t>
      </w:r>
    </w:p>
    <w:p>
      <w:pPr>
        <w:spacing w:after="80"/>
      </w:pPr>
      <w:r>
        <w:rPr>
          <w:b w:val="0"/>
          <w:i w:val="0"/>
        </w:rPr>
        <w:t>Vì, đoán xem? Nếu bạn để cảm xúc lấn át, nó sẽ khiến bạn phát điên. Nếu bạn để căng thẳng của tình huống này chiếm lấy bạn, bạn sẽ mãi mãi không thể suy nghĩ chiến lược về bước đi tiếp theo của mình.</w:t>
      </w:r>
    </w:p>
    <w:p>
      <w:pPr>
        <w:spacing w:after="80"/>
      </w:pPr>
      <w:r>
        <w:rPr>
          <w:b w:val="0"/>
          <w:i w:val="0"/>
        </w:rPr>
        <w:t xml:space="preserve">Bạn không thể để căng thẳng vì chuyện này khiến bạn trở nên ngu ngốc. Bạn phải thông minh trong cách phản ứng. </w:t>
      </w:r>
      <w:r>
        <w:rPr>
          <w:b w:val="0"/>
          <w:i/>
        </w:rPr>
        <w:t>Để Tôi</w:t>
      </w:r>
      <w:r>
        <w:rPr>
          <w:b w:val="0"/>
          <w:i w:val="0"/>
        </w:rPr>
        <w:t>. Sức mạnh của bạn nằm ở đó.</w:t>
      </w:r>
    </w:p>
    <w:p>
      <w:pPr>
        <w:spacing w:after="80"/>
      </w:pPr>
      <w:r>
        <w:rPr>
          <w:b w:val="0"/>
          <w:i w:val="0"/>
        </w:rPr>
        <w:t>Nếu có điều gì đó ở chỗ làm nằm ngoài tầm kiểm soát của bạn và bạn đã làm mọi cách để cố gắng tác động đến nó, thì thật ngốc nghếch khi tiếp tục lãng phí thời gian để cố thay đổi tình huống. Và càng ngốc hơn khi cứ để nó làm bạn căng thẳng mãi. Bạn thông minh hơn thế nhiều. Cuộc đời bạn và những khả năng trong đó luôn lớn lao hơn công việc hiện tại của bạn rất nhiều.</w:t>
      </w:r>
    </w:p>
    <w:p>
      <w:pPr>
        <w:spacing w:after="80"/>
      </w:pPr>
      <w:r>
        <w:rPr>
          <w:b w:val="0"/>
          <w:i w:val="0"/>
        </w:rPr>
        <w:t>Bạn không bao giờ bị mắc kẹt. Đó là lời dối trá bạn tự nói với chính mình. Bạn có thể rời bỏ một công việc, một mối quan hệ, một chỗ ở, một buổi hẹn hò, một buổi phỏng vấn, hay một cuộc trò chuyện bất cứ lúc nào bạn muốn.</w:t>
      </w:r>
    </w:p>
    <w:p>
      <w:pPr>
        <w:spacing w:after="80"/>
      </w:pPr>
      <w:r>
        <w:rPr>
          <w:b w:val="0"/>
          <w:i w:val="0"/>
        </w:rPr>
        <w:t>Nhưng thay vào đó, bạn lại ngồi đó với sếp Steve của mình, người mà bạn giơ ngón giữa mỗi khi cuộc họp Zoom kết thúc.</w:t>
      </w:r>
    </w:p>
    <w:p>
      <w:pPr>
        <w:spacing w:after="80"/>
      </w:pPr>
      <w:r>
        <w:rPr>
          <w:b w:val="0"/>
          <w:i w:val="0"/>
        </w:rPr>
        <w:t xml:space="preserve">Bạn không nhất thiết phải ở lại bất kỳ công việc nào khiến bạn thấy bực bội, mất tinh thần, hay căng thẳng. Và bạn không nên ở lại. </w:t>
      </w:r>
      <w:r>
        <w:rPr>
          <w:b w:val="0"/>
          <w:i/>
        </w:rPr>
        <w:t>Cứ Để Họ</w:t>
      </w:r>
      <w:r>
        <w:rPr>
          <w:b w:val="0"/>
          <w:i w:val="0"/>
        </w:rPr>
        <w:t xml:space="preserve"> dắt mũi bạn.</w:t>
      </w:r>
    </w:p>
    <w:p>
      <w:pPr>
        <w:spacing w:after="80"/>
      </w:pPr>
      <w:r>
        <w:rPr>
          <w:b w:val="0"/>
          <w:i w:val="0"/>
        </w:rPr>
        <w:t xml:space="preserve">Đã đến lúc cho phần </w:t>
      </w:r>
      <w:r>
        <w:rPr>
          <w:b w:val="0"/>
          <w:i/>
        </w:rPr>
        <w:t>Để Tôi</w:t>
      </w:r>
      <w:r>
        <w:rPr>
          <w:b w:val="0"/>
          <w:i w:val="0"/>
        </w:rPr>
        <w:t>. Ngừng ám ảnh về tình huống hiện tại của bạn, và bắt đầu tập trung vào việc tìm một cơ hội tốt hơn. Ngay lúc này đây có một công việc tuyệt vời với một ông sếp cực chất, mức lương tốt hơn, và một cái bàn cạnh cửa sổ đang chờ bạn đến tìm. Công ty của bạn không phải là công ty duy nhất trên hành tinh này, và có cả triệu ông sếp ngoài kia sẽ vô cùng sung sướng được giúp bạn thăng tiến sự nghiệp.</w:t>
      </w:r>
    </w:p>
    <w:p>
      <w:pPr>
        <w:spacing w:after="80"/>
      </w:pPr>
      <w:r>
        <w:rPr>
          <w:b w:val="0"/>
          <w:i/>
        </w:rPr>
        <w:t>Để Tôi</w:t>
      </w:r>
      <w:r>
        <w:rPr>
          <w:b w:val="0"/>
          <w:i w:val="0"/>
        </w:rPr>
        <w:t xml:space="preserve"> đi giành lấy nó.</w:t>
      </w:r>
    </w:p>
    <w:p>
      <w:pPr>
        <w:spacing w:after="80"/>
      </w:pPr>
      <w:r>
        <w:rPr>
          <w:b w:val="0"/>
          <w:i w:val="0"/>
        </w:rPr>
        <w:t>Tìm việc có khó không? Có. Có thể mất cả đời không? Có. Bạn có sợ cái ý tưởng phải cập nhật sơ yếu lý lịch không? Có. Việc ra ngoài và kết nối có đáng sợ không? Có. Sự nghiệp là trách nhiệm của bạn và bạn có nhiều quyền lực ở đây hơn bạn tưởng. Đã đến lúc bắt đầu hành động như vậy.</w:t>
      </w:r>
    </w:p>
    <w:p>
      <w:pPr>
        <w:spacing w:after="80"/>
      </w:pPr>
      <w:r>
        <w:rPr>
          <w:b w:val="0"/>
          <w:i/>
        </w:rPr>
        <w:t>Hãy Để Tôi</w:t>
      </w:r>
      <w:r>
        <w:rPr>
          <w:b w:val="0"/>
          <w:i w:val="0"/>
        </w:rPr>
        <w:t xml:space="preserve"> chọn dành những ngày cuối tuần của mình theo cách khác. Thay vì xả hơi ở quán bar với bạn bè và than phiền về công việc, sao bạn không dồn hết thời gian và sức lực vào việc tìm kiếm một công việc mà bạn xứng đáng có? Đúng, có thể bạn sẽ mất sáu tháng để tìm được một điều gì đó tuyệt vời, nhưng sáu tháng đó rồi cũng sẽ trôi qua dù bạn có làm gì đi nữa, hoặc bạn theo đuổi điều mình muốn.</w:t>
      </w:r>
    </w:p>
    <w:p>
      <w:pPr>
        <w:spacing w:after="80"/>
      </w:pPr>
      <w:r>
        <w:rPr>
          <w:b w:val="0"/>
          <w:i w:val="0"/>
        </w:rPr>
        <w:t>Và hãy nghĩ đến điều này: Nếu bạn cứ ở lại công việc đó, ai là người kiểm soát tương lai của bạn? Đúng rồi. Sếp Steve của bạn. Nhưng nếu bạn cập nhật CV, bắt đầu mở rộng quan hệ, và đi phỏng vấn vài chỗ, thì giờ ai đang nắm quyền kiểm soát? Đúng rồi. CHÍNH BẠN.</w:t>
      </w:r>
    </w:p>
    <w:p>
      <w:pPr>
        <w:spacing w:after="80"/>
      </w:pPr>
      <w:r>
        <w:rPr>
          <w:b w:val="0"/>
          <w:i w:val="0"/>
        </w:rPr>
        <w:t>Bạn có thể hành xử như một đứa trẻ con và gọi sếp mình bằng đủ mọi cái tên trên đời, nhưng sự thật phũ phàng là chính bạn mới là người đáng trách—bởi vì bạn đang chọn ở lại trong một công việc khiến bạn khổ sở.</w:t>
      </w:r>
    </w:p>
    <w:p>
      <w:pPr>
        <w:spacing w:after="80"/>
      </w:pPr>
      <w:r>
        <w:rPr>
          <w:b w:val="0"/>
          <w:i w:val="0"/>
        </w:rPr>
        <w:t>Đó là lỗi của bạn. Và bạn có muốn biết còn gì là lỗi của bạn nữa không? Những lý do ngớ ngẩn của bạn cho việc tại sao bạn không tìm một công việc khác. Bạn có nhiều sức mạnh hơn bạn tưởng rất nhiều. Đã đến lúc bắt đầu hành xử như vậy.</w:t>
      </w:r>
    </w:p>
    <w:p>
      <w:pPr>
        <w:pStyle w:val="Heading2"/>
      </w:pPr>
      <w:r>
        <w:rPr>
          <w:rFonts w:ascii="Calibri" w:hAnsi="Calibri"/>
          <w:b/>
          <w:i w:val="0"/>
          <w:sz w:val="32"/>
        </w:rPr>
        <w:t>Bạn Kiểm Soát Bước Đi Tiếp Theo Của Mình</w:t>
      </w:r>
    </w:p>
    <w:p>
      <w:pPr>
        <w:spacing w:after="80"/>
      </w:pPr>
      <w:r>
        <w:rPr>
          <w:b w:val="0"/>
          <w:i w:val="0"/>
        </w:rPr>
        <w:t xml:space="preserve">Một chủ đề mà tôi muốn đi sâu chi tiết hơn là làm thế nào bạn có thể xác định đâu là phản ứng đúng đắn dành cho bạn khi bạn nói </w:t>
      </w:r>
      <w:r>
        <w:rPr>
          <w:b w:val="0"/>
          <w:i/>
        </w:rPr>
        <w:t>Hãy Để Tôi</w:t>
      </w:r>
      <w:r>
        <w:rPr>
          <w:b w:val="0"/>
          <w:i w:val="0"/>
        </w:rPr>
        <w:t xml:space="preserve">. Phần </w:t>
      </w:r>
      <w:r>
        <w:rPr>
          <w:b w:val="0"/>
          <w:i/>
        </w:rPr>
        <w:t>Hãy Để Họ</w:t>
      </w:r>
      <w:r>
        <w:rPr>
          <w:b w:val="0"/>
          <w:i w:val="0"/>
        </w:rPr>
        <w:t xml:space="preserve"> thì rõ ràng rồi.</w:t>
      </w:r>
    </w:p>
    <w:p>
      <w:pPr>
        <w:spacing w:after="80"/>
      </w:pPr>
      <w:r>
        <w:rPr>
          <w:b w:val="0"/>
          <w:i w:val="0"/>
        </w:rPr>
        <w:t xml:space="preserve">Khi bạn nói </w:t>
      </w:r>
      <w:r>
        <w:rPr>
          <w:b w:val="0"/>
          <w:i/>
        </w:rPr>
        <w:t>Hãy Để Họ</w:t>
      </w:r>
      <w:r>
        <w:rPr>
          <w:b w:val="0"/>
          <w:i w:val="0"/>
        </w:rPr>
        <w:t xml:space="preserve">, bạn ngừng cố gắng kiểm soát việc người khác đang làm. Khi bạn nói </w:t>
      </w:r>
      <w:r>
        <w:rPr>
          <w:b w:val="0"/>
          <w:i/>
        </w:rPr>
        <w:t>Hãy Để Tôi</w:t>
      </w:r>
      <w:r>
        <w:rPr>
          <w:b w:val="0"/>
          <w:i w:val="0"/>
        </w:rPr>
        <w:t>, bạn nhận trách nhiệm về cách mình phản ứng lại với điều đó, mà điều này không phải lúc nào cũng rõ ràng.</w:t>
      </w:r>
    </w:p>
    <w:p>
      <w:pPr>
        <w:spacing w:after="80"/>
      </w:pPr>
      <w:r>
        <w:rPr>
          <w:b w:val="0"/>
          <w:i w:val="0"/>
        </w:rPr>
        <w:t>Mỗi tình huống đều khác nhau và việc học cách chọn loại phản ứng nào đáng để bạn dành thời gian và sức lực, và loại nào thì không, sẽ thay đổi cuộc đời bạn. Tôi có một câu chuyện sẽ giúp bạn hiểu cách chọn phản ứng đúng đắn cho mình.</w:t>
      </w:r>
    </w:p>
    <w:p>
      <w:pPr>
        <w:spacing w:after="80"/>
      </w:pPr>
      <w:r>
        <w:rPr>
          <w:b w:val="0"/>
          <w:i w:val="0"/>
        </w:rPr>
        <w:t>Hôm nọ, tôi dắt mấy chú chó của chúng tôi đi dạo ở một địa điểm nổi tiếng trong công viên bang gần nhà. Khi tôi lái xe vào bãi đỗ, một nhân viên kiểm lâm công viên địa phương dừng lại xoa đầu hai chú chó của tôi và chào hỏi. Và trong lúc chúng tôi trò chuyện, anh ấy nhắc tôi nhớ giữ chó trên dây xích và dọn phân của chúng, vì đã có rất nhiều lời phàn nàn rằng chó được thả rông, và chủ của chúng không dọn dẹp sau đó. Và mọi chuyện đang đến mức họ có thể sẽ đóng cửa các lối mòn không cho chó vào.</w:t>
      </w:r>
    </w:p>
    <w:p>
      <w:pPr>
        <w:spacing w:after="80"/>
      </w:pPr>
      <w:r>
        <w:rPr>
          <w:b w:val="0"/>
          <w:i w:val="0"/>
        </w:rPr>
        <w:t>Tôi cảm ơn anh ấy đã chia sẻ thông tin đó, và cam đoan với anh rằng tôi không phải "một trong những người đó" và sẽ tuân thủ các quy định. Khi tôi đi xuống lối mòn, có một người đi trước tôi khoảng 100 feet, với chú chó của họ không có dây xích, chạy lung tung khắp nơi, và nhảy chồm lên người ta.</w:t>
      </w:r>
    </w:p>
    <w:p>
      <w:pPr>
        <w:spacing w:after="80"/>
      </w:pPr>
      <w:r>
        <w:rPr>
          <w:b w:val="0"/>
          <w:i w:val="0"/>
        </w:rPr>
        <w:t>Tôi bắt đầu thấy bực mình. Tôi có thể cảm nhận phản ứng căng thẳng trỗi dậy và hạch hạnh nhân (amygdala) của tôi bật lên. Tôi không còn tận hưởng buổi đi dạo trong rừng nữa. Tôi tập trung như một tia laser vào chú chó này và chủ của nó, và tôi ngày càng bực mình vì đây đúng chính xác là điều mà nhân viên kiểm lâm đã nói, và chỉ một kẻ ngốc này thôi sẽ khiến tất cả chúng tôi bị cấm vào đây.</w:t>
      </w:r>
    </w:p>
    <w:p>
      <w:pPr>
        <w:spacing w:after="80"/>
      </w:pPr>
      <w:r>
        <w:rPr>
          <w:b w:val="0"/>
          <w:i w:val="0"/>
        </w:rPr>
        <w:t xml:space="preserve">Tôi cứ nói </w:t>
      </w:r>
      <w:r>
        <w:rPr>
          <w:b w:val="0"/>
          <w:i/>
        </w:rPr>
        <w:t>Hãy Để Họ</w:t>
      </w:r>
      <w:r>
        <w:rPr>
          <w:b w:val="0"/>
          <w:i w:val="0"/>
        </w:rPr>
        <w:t>, và nó hiệu quả trong năm lần đầu tôi nói. Nhưng rồi chú chó của cô ta ngồi xổm ngay giữa lối mòn và đi vệ sinh, và tôi kinh hoàng nhìn cảnh người chủ đá vài chiếc lá lên trên đó thay vì dùng túi đựng phân chó để dọn đi.</w:t>
      </w:r>
    </w:p>
    <w:p>
      <w:pPr>
        <w:spacing w:after="80"/>
      </w:pPr>
      <w:r>
        <w:rPr>
          <w:b w:val="0"/>
          <w:i w:val="0"/>
        </w:rPr>
        <w:t>Thế là hết. Tôi chuyển từ cảm giác căng thẳng sang tự phong mình làm cảnh sát chó trong vòng năm giây tròn. Điều đó đưa tôi đến một khía cạnh quan trọng của việc áp dụng lý thuyết này. Phản ứng của bạn với mỗi tình huống sẽ độc nhất và khác biệt mỗi lần.</w:t>
      </w:r>
    </w:p>
    <w:p>
      <w:pPr>
        <w:spacing w:after="80"/>
      </w:pPr>
      <w:r>
        <w:rPr>
          <w:b w:val="0"/>
          <w:i w:val="0"/>
        </w:rPr>
        <w:t>Sẽ có những ngày tôi đơn giản là không đủ sức để đuổi theo người phụ nữ này, đưa cho cô ta một túi đựng phân chó, yêu cầu cô ta dọn nó, giải thích những hệ lụy của việc đang diễn ra, và đề nghị cô ta làm phần việc của mình.</w:t>
      </w:r>
    </w:p>
    <w:p>
      <w:pPr>
        <w:spacing w:after="80"/>
      </w:pPr>
      <w:r>
        <w:rPr>
          <w:b w:val="0"/>
          <w:i w:val="0"/>
        </w:rPr>
        <w:t>Và sẽ có những ngày tôi sẽ chạy như một vận động viên chạy nước rút Olympic, đuổi theo cô ta, và làm đúng chính xác điều đó.</w:t>
      </w:r>
    </w:p>
    <w:p>
      <w:pPr>
        <w:spacing w:after="80"/>
      </w:pPr>
      <w:r>
        <w:rPr>
          <w:b w:val="0"/>
          <w:i w:val="0"/>
        </w:rPr>
        <w:t xml:space="preserve">Sẽ có những khoảnh khắc tôi chỉ nhún vai, nói </w:t>
      </w:r>
      <w:r>
        <w:rPr>
          <w:b w:val="0"/>
          <w:i/>
        </w:rPr>
        <w:t>Hãy Để Họ</w:t>
      </w:r>
      <w:r>
        <w:rPr>
          <w:b w:val="0"/>
          <w:i w:val="0"/>
        </w:rPr>
        <w:t xml:space="preserve">, và biết rằng nó không đáng để tôi bỏ thời gian và sức lực. Và, khi tôi đến mức mà chú chó đã bày bừa xong, tôi sẽ </w:t>
      </w:r>
      <w:r>
        <w:rPr>
          <w:b w:val="0"/>
          <w:i/>
        </w:rPr>
        <w:t>Hãy Để Tôi</w:t>
      </w:r>
      <w:r>
        <w:rPr>
          <w:b w:val="0"/>
          <w:i w:val="0"/>
        </w:rPr>
        <w:t xml:space="preserve"> làm người lớn hơn, và tôi sẽ lấy một túi đựng và dọn nó đi. Rồi sau đó tôi sẽ bôi hết lên xe của cô ta trong bãi đỗ (phần cuối đó là đùa thôi).</w:t>
      </w:r>
    </w:p>
    <w:p>
      <w:pPr>
        <w:spacing w:after="80"/>
      </w:pPr>
      <w:r>
        <w:rPr>
          <w:b w:val="0"/>
          <w:i w:val="0"/>
        </w:rPr>
        <w:t>Trong khi tôi không muốn phải dọn dẹp thay người khác, tôi thích trở thành kiểu người quan tâm đến việc giữ gìn không gian công cộng sạch đẹp để mọi người đều tận hưởng được. Tôi thích cái cảm giác biết rằng mình rời khỏi một nơi nào đó tốt đẹp hơn lúc mình đến. Và tôi thích hành xử như một người lãnh đạo, ngay cả khi đó không phải là việc của mình.</w:t>
      </w:r>
    </w:p>
    <w:p>
      <w:pPr>
        <w:spacing w:after="80"/>
      </w:pPr>
      <w:r>
        <w:rPr>
          <w:b w:val="0"/>
          <w:i w:val="0"/>
        </w:rPr>
        <w:t>Sẽ có những ngày khác, khi tôi cảm thấy cách hành động tốt nhất là quay đầu lại, đi bộ trở ra bãi đỗ xe, tìm cho ra nhân viên kiểm lâm công viên đó, đợi cùng anh ta cho đến khi người phụ nữ kia quay lại, và đích thân báo cáo bà ta với kiểm lâm để anh ta xử lý.</w:t>
      </w:r>
    </w:p>
    <w:p>
      <w:pPr>
        <w:spacing w:after="80"/>
      </w:pPr>
      <w:r>
        <w:rPr>
          <w:b w:val="0"/>
          <w:i w:val="0"/>
        </w:rPr>
        <w:t xml:space="preserve">Mỗi một lựa chọn </w:t>
      </w:r>
      <w:r>
        <w:rPr>
          <w:b w:val="0"/>
          <w:i/>
        </w:rPr>
        <w:t>Để Họ</w:t>
      </w:r>
      <w:r>
        <w:rPr>
          <w:b w:val="0"/>
          <w:i w:val="0"/>
        </w:rPr>
        <w:t xml:space="preserve"> trong số này đều có sẵn cho tôi và cho bạn. Và trong lúc đọc, có thể bạn còn nghĩ ra những lựa chọn khác nữa. Điểm mấu chốt ở đây là, mỗi tình huống đều khác nhau, nhưng có một điều vẫn luôn như vậy: Bạn luôn được quyền chọn cách mình phản ứng.</w:t>
      </w:r>
    </w:p>
    <w:p>
      <w:pPr>
        <w:spacing w:after="80"/>
      </w:pPr>
      <w:r>
        <w:rPr>
          <w:b w:val="0"/>
          <w:i w:val="0"/>
        </w:rPr>
        <w:t>Tôi không thể ngăn bà cô đó để chó ị giữa đường mòn, nhưng tôi có thể chọn cách mình phản ứng với chuyện đó. Tôi được quyền chọn mình sẽ là ai và mình sẽ xuất hiện như thế nào, và đó là một cảm giác rất mạnh mẽ.</w:t>
      </w:r>
    </w:p>
    <w:p>
      <w:pPr>
        <w:spacing w:after="80"/>
      </w:pPr>
      <w:r>
        <w:rPr>
          <w:b w:val="0"/>
          <w:i w:val="0"/>
        </w:rPr>
        <w:t>Mỗi tình huống sẽ khác nhau tùy vào cảm giác của bạn, chuyện gì đang diễn ra trong cuộc sống của bạn lúc này, bạn có bao nhiêu thời gian, vấn đề đó quan trọng với bạn đến đâu, giá trị của bạn là gì, và cách tiếp cận nào là hiệu quả nhất.</w:t>
      </w:r>
    </w:p>
    <w:p>
      <w:pPr>
        <w:spacing w:after="80"/>
      </w:pPr>
      <w:r>
        <w:rPr>
          <w:b w:val="0"/>
          <w:i/>
        </w:rPr>
        <w:t>Để Họ</w:t>
      </w:r>
      <w:r>
        <w:rPr>
          <w:b w:val="0"/>
          <w:i w:val="0"/>
        </w:rPr>
        <w:t xml:space="preserve"> là cơ hội để bạn đặt thời gian, năng lượng và giá trị của mình vào trung tâm cuộc sống. Đó là nơi bạn được quyền chọn điều gì đáng để mình dành sự chú ý và điều gì không. Làm sao bạn quyết định điều gì là đúng cho mình? Đặc biệt là khi đó là một tình huống cực kỳ căng thẳng? Câu hỏi hay lắm.</w:t>
      </w:r>
    </w:p>
    <w:p>
      <w:pPr>
        <w:spacing w:after="80"/>
      </w:pPr>
      <w:r>
        <w:rPr>
          <w:b w:val="0"/>
          <w:i w:val="0"/>
        </w:rPr>
        <w:t xml:space="preserve">Tôi thấy trong những khoảnh khắc căng thẳng này, chỉ cần nói </w:t>
      </w:r>
      <w:r>
        <w:rPr>
          <w:b w:val="0"/>
          <w:i/>
        </w:rPr>
        <w:t>Để Họ</w:t>
      </w:r>
      <w:r>
        <w:rPr>
          <w:b w:val="0"/>
          <w:i w:val="0"/>
        </w:rPr>
        <w:t>, dừng lại một chút, và cân nhắc: Chuyện này có làm mình khó chịu trong một tiếng nữa không? Có làm mình khó chịu trong một tuần nữa không? Hay đây chỉ là chuyện làm mình khó chịu ngay lúc này thôi?</w:t>
      </w:r>
    </w:p>
    <w:p>
      <w:pPr>
        <w:spacing w:after="80"/>
      </w:pPr>
      <w:r>
        <w:rPr>
          <w:b w:val="0"/>
          <w:i w:val="0"/>
        </w:rPr>
        <w:t>Nếu một tiếng nữa tôi vẫn còn nghĩ về nó, thì tôi nên làm gì đó. Nếu nó sẽ còn quan trọng trong một tuần hay một năm nữa, thì chắc chắn tôi cần phải làm gì đó. Trong tình huống với bà cô và con chó của bà ta, tôi biết nó sẽ làm tôi khó chịu mỗi lần tôi dắt chó đi dạo ở công viên bang đó.</w:t>
      </w:r>
    </w:p>
    <w:p>
      <w:pPr>
        <w:spacing w:after="80"/>
      </w:pPr>
      <w:r>
        <w:rPr>
          <w:b w:val="0"/>
          <w:i w:val="0"/>
        </w:rPr>
        <w:t>Trong hầu hết các trường hợp, bạn sẽ biết điều gì là đúng cho mình. Và điều đó dẫn tôi đến ví dụ tiếp theo—một chủ đề hoàn hảo để nối tiếp chuyện phân chó—đó là chính trị.</w:t>
      </w:r>
    </w:p>
    <w:p>
      <w:pPr>
        <w:spacing w:after="80"/>
      </w:pPr>
      <w:r>
        <w:rPr>
          <w:b w:val="0"/>
          <w:i w:val="0"/>
        </w:rPr>
        <w:t>Theo nghiên cứu gần đây, phần lớn mọi người cho biết họ cảm thấy rất căng thẳng về tình hình chính trị thế giới hiện nay. Tôi cũng cảm thấy vậy. Và làm sao mà không cảm thấy được chứ?</w:t>
      </w:r>
    </w:p>
    <w:p>
      <w:pPr>
        <w:spacing w:after="80"/>
      </w:pPr>
      <w:r>
        <w:rPr>
          <w:b w:val="0"/>
          <w:i w:val="0"/>
        </w:rPr>
        <w:t>Chúng ta đang sống trong một thời điểm mà chúng ta bị chia rẽ cực độ hơn bao giờ hết, mọi thứ có vẻ quá hệ trọng, và ai cũng có vẻ cách xa nhau quá, hoặc giận dữ hoặc sợ hãi về tình hình hiện tại (hoặc cả hai).</w:t>
      </w:r>
    </w:p>
    <w:p>
      <w:pPr>
        <w:spacing w:after="80"/>
      </w:pPr>
      <w:r>
        <w:rPr>
          <w:b w:val="0"/>
          <w:i w:val="0"/>
        </w:rPr>
        <w:t>Thật không thể có một cuộc trò chuyện lịch sự với hầu hết những người có quan điểm khác, bởi vì chẳng ai trong chúng ta thực sự muốn dành thời gian để hiểu người kia đang xuất phát từ đâu.</w:t>
      </w:r>
    </w:p>
    <w:p>
      <w:pPr>
        <w:spacing w:after="80"/>
      </w:pPr>
      <w:r>
        <w:rPr>
          <w:b w:val="0"/>
          <w:i w:val="0"/>
        </w:rPr>
        <w:t>Sẽ rất dễ, khi chính trị ở cấp địa phương, tiểu bang, quốc gia và toàn cầu có thể căng thẳng đến vậy, để chỉ buông tay đầu hàng, rút lui, và cảm thấy bất lực không thể thay đổi được tình hình.</w:t>
      </w:r>
    </w:p>
    <w:p>
      <w:pPr>
        <w:spacing w:after="80"/>
      </w:pPr>
      <w:r>
        <w:rPr>
          <w:b w:val="0"/>
          <w:i w:val="0"/>
        </w:rPr>
        <w:t>Vậy, làm sao bạn dùng Lý thuyết Để Họ để thay đổi tình hình chính trị ở cấp địa phương, quốc gia hay toàn cầu?</w:t>
      </w:r>
    </w:p>
    <w:p>
      <w:pPr>
        <w:spacing w:after="80"/>
      </w:pPr>
      <w:r>
        <w:rPr>
          <w:b w:val="0"/>
          <w:i w:val="0"/>
        </w:rPr>
        <w:t xml:space="preserve">Bạn không làm được. Ban giám hiệu trường học đã quyết rồi. Thượng viện đã bỏ phiếu rồi. Đây là hai ứng viên đang tranh cử. Cuộc bầu cử đã kết thúc rồi. Nó đang bị kẹt ở tòa án. </w:t>
      </w:r>
      <w:r>
        <w:rPr>
          <w:b w:val="0"/>
          <w:i/>
        </w:rPr>
        <w:t>Để Họ</w:t>
      </w:r>
      <w:r>
        <w:rPr>
          <w:b w:val="0"/>
          <w:i w:val="0"/>
        </w:rPr>
        <w:t>. Bạn không thể thay đổi điều vừa xảy ra.</w:t>
      </w:r>
    </w:p>
    <w:p>
      <w:pPr>
        <w:spacing w:after="80"/>
      </w:pPr>
      <w:r>
        <w:rPr>
          <w:b w:val="0"/>
          <w:i w:val="0"/>
        </w:rPr>
        <w:t>Nhưng tôi chưa bao giờ nói bạn không thể thay đổi tương lai. Nó có vẻ quá sức không? Có. Nó có cảm giác như sẽ chẳng tạo ra khác biệt gì không? Có.</w:t>
      </w:r>
    </w:p>
    <w:p>
      <w:pPr>
        <w:spacing w:after="80"/>
      </w:pPr>
      <w:r>
        <w:rPr>
          <w:b w:val="0"/>
          <w:i w:val="0"/>
        </w:rPr>
        <w:t xml:space="preserve">Cứ làm đi. Hãy để </w:t>
      </w:r>
      <w:r>
        <w:rPr>
          <w:b w:val="0"/>
          <w:i/>
        </w:rPr>
        <w:t>Tôi</w:t>
      </w:r>
      <w:r>
        <w:rPr>
          <w:b w:val="0"/>
          <w:i w:val="0"/>
        </w:rPr>
        <w:t xml:space="preserve"> tiếp tục tham gia và lên tiếng về những vấn đề mình quan tâm, và làm điều gì đó có thể thay đổi tương lai chính trị địa phương, quốc gia và toàn cầu của mình. Đừng ngồi không chờ người khác dọn dẹp đống bừa bộn mà bạn nhìn thấy.</w:t>
      </w:r>
    </w:p>
    <w:p>
      <w:pPr>
        <w:spacing w:after="80"/>
      </w:pPr>
      <w:r>
        <w:rPr>
          <w:b w:val="0"/>
          <w:i w:val="0"/>
        </w:rPr>
        <w:t xml:space="preserve">Nếu điều đó quan trọng, hãy là người mà tất cả mọi người đang chờ đợi. Hãy tạo ra sự thay đổi mà bạn muốn thấy. Đó chính là sức mạnh của </w:t>
      </w:r>
      <w:r>
        <w:rPr>
          <w:b w:val="0"/>
          <w:i/>
        </w:rPr>
        <w:t>Tôi</w:t>
      </w:r>
      <w:r>
        <w:rPr>
          <w:b w:val="0"/>
          <w:i w:val="0"/>
        </w:rPr>
        <w:t>.</w:t>
      </w:r>
    </w:p>
    <w:p>
      <w:pPr>
        <w:spacing w:after="80"/>
      </w:pPr>
      <w:r>
        <w:rPr>
          <w:b w:val="0"/>
          <w:i w:val="0"/>
        </w:rPr>
        <w:t>Tôi thích tự nhắc mình nhớ lời Giáo sư Margaret Mead: "Đừng bao giờ nghi ngờ rằng một nhóm nhỏ những công dân chu đáo và tận tụy có thể thay đổi thế giới; thật ra, đó là điều duy nhất từng làm được điều đó."</w:t>
      </w:r>
    </w:p>
    <w:p>
      <w:pPr>
        <w:spacing w:after="80"/>
      </w:pPr>
      <w:r>
        <w:rPr>
          <w:b w:val="0"/>
          <w:i w:val="0"/>
        </w:rPr>
        <w:t>Chỉ cần một người làm điều đúng đắn. Và nếu điều đó khiến bạn bận tâm đủ nhiều, thì người đó chính là bạn. Luôn có điều gì đó có thể làm được. Bạn có thể tạo nên sự khác biệt. Và nếu điều đó không đủ quan trọng để bạn tham gia, thì hãy ngừng phàn nàn về nó. Nó chỉ khiến bạn căng thẳng thôi. Và như bạn đang học được, điều đó thật ngớ ngẩn. Nói thì dễ. Nếu nó thật sự khiến bạn bận tâm, hãy dành chút thời gian và năng lượng để thay đổi nó.</w:t>
      </w:r>
    </w:p>
    <w:p>
      <w:pPr>
        <w:spacing w:after="80"/>
      </w:pPr>
      <w:r>
        <w:rPr>
          <w:b w:val="0"/>
          <w:i w:val="0"/>
        </w:rPr>
        <w:t>Hết lần này đến lần khác, bất kể bạn đang ở trong tình huống và hoàn cảnh nào khi sử dụng Học thuyết Cứ Để Họ (Let Them Theory), bạn sẽ học được rằng dù vấn đề có lớn đến đâu hay điều gì đó có căng thẳng đến mấy, luôn có điều gì đó bạn có thể làm thông qua hành động và thái độ của mình để khiến nó tốt hơn.</w:t>
      </w:r>
    </w:p>
    <w:p>
      <w:pPr>
        <w:spacing w:after="80"/>
      </w:pPr>
      <w:r>
        <w:rPr>
          <w:b w:val="0"/>
          <w:i w:val="0"/>
        </w:rPr>
        <w:t xml:space="preserve">Đó chính là sức mạnh của </w:t>
      </w:r>
      <w:r>
        <w:rPr>
          <w:b w:val="0"/>
          <w:i/>
        </w:rPr>
        <w:t>Tôi</w:t>
      </w:r>
      <w:r>
        <w:rPr>
          <w:b w:val="0"/>
          <w:i w:val="0"/>
        </w:rPr>
        <w:t>. Bạn không thể kiểm soát mọi người xung quanh, hay cả thế giới rộng lớn, hay việc người ta đang làm gì ở công viên, nhưng bạn luôn có thể kiểm soát điều mình nói, nghĩ, hay làm để đáp lại—và đó chính là nơi sức mạnh thật sự xuất phát.</w:t>
      </w:r>
    </w:p>
    <w:p>
      <w:pPr>
        <w:spacing w:after="80"/>
      </w:pPr>
      <w:r>
        <w:rPr>
          <w:b w:val="0"/>
          <w:i w:val="0"/>
        </w:rPr>
        <w:t>Và càng khai thác sức mạnh đó, bạn sẽ càng nhận ra tất cả những cách mà bạn đã tự phá hoại hạnh phúc của chính mình và trao hết sức mạnh của mình cho người khác. Và, giống như tôi, bạn thậm chí còn không biết điều đó. Thời gian và năng lượng của bạn là tối quan trọng. Học thuyết Cứ Để Họ thật sự làm nổi bật điều này và trao cho bạn sức mạnh để đưa ra những lựa chọn tốt hơn về việc điều gì đáng để bạn dành thời gian và năng lượng, và điều gì không. Điều này không có nghĩa là tránh né những cuộc trò chuyện khó khăn hay im lặng chịu đựng.</w:t>
      </w:r>
    </w:p>
    <w:p>
      <w:pPr>
        <w:spacing w:after="80"/>
      </w:pPr>
      <w:r>
        <w:rPr>
          <w:b w:val="0"/>
          <w:i w:val="0"/>
        </w:rPr>
        <w:t>Nó không có nghĩa là trở thành thảm chùi chân để người ta giẫm đạp lên bạn; cũng không có nghĩa là bạn phải dọn phân chó của tất cả mọi người hay ra tranh cử chức vụ chính trị.</w:t>
      </w:r>
    </w:p>
    <w:p>
      <w:pPr>
        <w:spacing w:after="80"/>
      </w:pPr>
      <w:r>
        <w:rPr>
          <w:b w:val="0"/>
          <w:i w:val="0"/>
        </w:rPr>
        <w:t>Điều nó thật sự có nghĩa là bạn được chọn điều gì ảnh hưởng đến mình và ở mức độ nào. Bạn được chọn tham gia vào điều gì và không tham gia vào điều gì. Bạn được chọn khi nào một công việc, một mối quan hệ hay một vấn đề đáng để đấu tranh, và khi nào là lúc rời đi. Bạn được chọn, và đó là lý do tại sao bạn luôn nắm quyền kiểm soát điều gì xảy ra tiếp theo.</w:t>
      </w:r>
    </w:p>
    <w:p>
      <w:pPr>
        <w:spacing w:after="80"/>
      </w:pPr>
      <w:r>
        <w:rPr>
          <w:b w:val="0"/>
          <w:i w:val="0"/>
        </w:rPr>
        <w:t>Vậy hãy tóm tắt những gì bạn đã học về việc quản lý căng thẳng. Hiện tại, bạn đang để người khác tạo ra căng thẳng không cần thiết trong cuộc sống của mình. Học thuyết Cứ Để Họ dạy bạn bảo vệ năng lượng của mình bằng cách không để những bực bội nhỏ nhặt kiểm soát cuộc sống của bạn, để bạn có thể tập trung vào điều thật sự quan trọng.</w:t>
      </w:r>
    </w:p>
    <w:p>
      <w:pPr>
        <w:spacing w:after="80"/>
        <w:ind w:left="360"/>
      </w:pPr>
      <w:r>
        <w:t xml:space="preserve">1. </w:t>
      </w:r>
      <w:r>
        <w:rPr>
          <w:b/>
          <w:i w:val="0"/>
        </w:rPr>
        <w:t>Vấn đề:</w:t>
      </w:r>
      <w:r>
        <w:rPr>
          <w:b w:val="0"/>
          <w:i w:val="0"/>
        </w:rPr>
        <w:t xml:space="preserve"> Người khác sẽ làm những việc suốt cả ngày khiến bạn bận tâm, khó chịu, hay căng thẳng. Điều đó sẽ xảy ra. Bạn không thể kiểm soát nó. Khi bạn để hành vi của người khác làm mình căng thẳng, bạn đang trao sức mạnh cho người khác. Điều đó khiến bạn kiệt sức, không còn thời gian và năng lượng cho chính mình.</w:t>
      </w:r>
    </w:p>
    <w:p>
      <w:pPr>
        <w:spacing w:after="80"/>
        <w:ind w:left="360"/>
      </w:pPr>
      <w:r>
        <w:t xml:space="preserve">2. </w:t>
      </w:r>
      <w:r>
        <w:rPr>
          <w:b/>
          <w:i w:val="0"/>
        </w:rPr>
        <w:t>Sự thật:</w:t>
      </w:r>
      <w:r>
        <w:rPr>
          <w:b w:val="0"/>
          <w:i w:val="0"/>
        </w:rPr>
        <w:t xml:space="preserve"> Phản ứng căng thẳng của cơ thể bạn là tự động. Bạn sẽ cảm thấy mình đang bực bội. Bạn sẽ cảm thấy thất vọng. Bạn sẽ cảm thấy cơn giận và sự bồn chồn ập đến. Bạn không thể kiểm soát những cảm xúc trỗi dậy bên trong mình. Nhưng bạn có thể học cách thiết lập lại phản ứng căng thẳng của mình để cảm xúc không chiếm đoạt bạn.</w:t>
      </w:r>
    </w:p>
    <w:p>
      <w:pPr>
        <w:spacing w:after="80"/>
        <w:ind w:left="360"/>
      </w:pPr>
      <w:r>
        <w:t xml:space="preserve">3. </w:t>
      </w:r>
      <w:r>
        <w:rPr>
          <w:b/>
          <w:i w:val="0"/>
        </w:rPr>
        <w:t>Giải pháp:</w:t>
      </w:r>
      <w:r>
        <w:rPr>
          <w:b w:val="0"/>
          <w:i w:val="0"/>
        </w:rPr>
        <w:t xml:space="preserve"> Sử dụng Học thuyết Cứ Để Họ, bạn bảo vệ mình khỏi căng thẳng mà người khác đang gây ra cho bạn. Sức mạnh của bạn nằm ở việc kiểm soát phản ứng của mình trước hành vi của người khác, trước tình huống khó chịu, và trước những cảm xúc mà bạn cảm nhận.</w:t>
      </w:r>
    </w:p>
    <w:p>
      <w:pPr>
        <w:spacing w:after="80"/>
      </w:pPr>
      <w:r>
        <w:rPr>
          <w:b w:val="0"/>
          <w:i w:val="0"/>
        </w:rPr>
        <w:t xml:space="preserve">Khi bạn nói </w:t>
      </w:r>
      <w:r>
        <w:rPr>
          <w:b w:val="0"/>
          <w:i/>
        </w:rPr>
        <w:t>Cứ Để Họ</w:t>
      </w:r>
      <w:r>
        <w:rPr>
          <w:b w:val="0"/>
          <w:i w:val="0"/>
        </w:rPr>
        <w:t xml:space="preserve">, bạn đưa ra quyết định không để hành vi của người khác làm mình căng thẳng hay bận tâm. Khi bạn nói </w:t>
      </w:r>
      <w:r>
        <w:rPr>
          <w:b w:val="0"/>
          <w:i/>
        </w:rPr>
        <w:t>Để Tôi</w:t>
      </w:r>
      <w:r>
        <w:rPr>
          <w:b w:val="0"/>
          <w:i w:val="0"/>
        </w:rPr>
        <w:t>, bạn thiết lập lại phản ứng căng thẳng của mình và chịu trách nhiệm về cách mình đáp lại.</w:t>
      </w:r>
    </w:p>
    <w:p>
      <w:pPr>
        <w:spacing w:after="80"/>
      </w:pPr>
      <w:r>
        <w:rPr>
          <w:b/>
          <w:i w:val="0"/>
        </w:rPr>
        <w:t>Đã đến lúc đòi lại toàn bộ thời gian và năng lượng của bạn cho điều quan trọng nhất với bạn.</w:t>
      </w:r>
    </w:p>
    <w:p>
      <w:pPr>
        <w:pStyle w:val="Heading1"/>
      </w:pPr>
      <w:r>
        <w:rPr>
          <w:rFonts w:ascii="Calibri" w:hAnsi="Calibri"/>
          <w:b/>
          <w:i w:val="0"/>
          <w:sz w:val="40"/>
        </w:rPr>
        <w:t>Sợ Ý Kiến</w:t>
      </w:r>
      <w:r>
        <w:br/>
      </w:r>
      <w:r>
        <w:rPr>
          <w:rFonts w:ascii="Calibri" w:hAnsi="Calibri"/>
          <w:b/>
          <w:i w:val="0"/>
          <w:sz w:val="40"/>
        </w:rPr>
        <w:t>Của Người Khác</w:t>
      </w:r>
    </w:p>
    <w:p>
      <w:pPr>
        <w:pStyle w:val="Heading1"/>
      </w:pPr>
      <w:r>
        <w:rPr>
          <w:rFonts w:ascii="Calibri" w:hAnsi="Calibri"/>
          <w:b/>
          <w:i w:val="0"/>
          <w:sz w:val="40"/>
        </w:rPr>
        <w:t>CHƯƠNG 5</w:t>
      </w:r>
    </w:p>
    <w:p>
      <w:pPr>
        <w:pStyle w:val="Heading1"/>
      </w:pPr>
      <w:r>
        <w:rPr>
          <w:rFonts w:ascii="Calibri" w:hAnsi="Calibri"/>
          <w:b/>
          <w:i w:val="0"/>
          <w:sz w:val="40"/>
        </w:rPr>
        <w:t>Cứ Để Họ Nghĩ Xấu Về Bạn</w:t>
      </w:r>
    </w:p>
    <w:p>
      <w:pPr>
        <w:spacing w:after="80"/>
      </w:pPr>
      <w:r>
        <w:rPr>
          <w:b w:val="0"/>
          <w:i w:val="0"/>
        </w:rPr>
        <w:t>Nhà thơ Mary Oliver đã đặt câu hỏi này trong bài thơ "The Summer Day" của bà: "Hãy nói cho tôi biết, bạn dự định làm gì với cuộc đời hoang dại và quý giá duy nhất này của mình?"</w:t>
      </w:r>
    </w:p>
    <w:p>
      <w:pPr>
        <w:spacing w:after="80"/>
      </w:pPr>
      <w:r>
        <w:rPr>
          <w:b w:val="0"/>
          <w:i w:val="0"/>
        </w:rPr>
        <w:t>Tôi không biết câu trả lời của bạn cho câu hỏi của Mary Oliver là gì, nhưng tôi biết điều này: Dù bạn dự định làm gì, người khác cũng sẽ có ý kiến về điều đó.</w:t>
      </w:r>
    </w:p>
    <w:p>
      <w:pPr>
        <w:spacing w:after="80"/>
      </w:pPr>
      <w:r>
        <w:rPr>
          <w:b w:val="0"/>
          <w:i w:val="0"/>
        </w:rPr>
        <w:t>Trong vài chương tiếp theo, bạn sẽ học cách sử dụng Lý thuyết Cứ Để Họ (Let Them Theory) để ngừng cho phép ý kiến của người khác kìm hãm bạn theo đuổi điều mình muốn và giới hạn tiềm năng của cuộc đời hoang dại và quý giá duy nhất này.</w:t>
      </w:r>
    </w:p>
    <w:p>
      <w:pPr>
        <w:spacing w:after="80"/>
      </w:pPr>
      <w:r>
        <w:rPr>
          <w:b w:val="0"/>
          <w:i w:val="0"/>
        </w:rPr>
        <w:t>Bạn không biết đây là một vấn đề lớn đến mức nào. Tôi cũng vậy. Thật dễ để khoác lên vẻ ngoài rằng bạn không quan tâm người khác nghĩ gì, nhưng thực tế là ai trong chúng ta cũng quan tâm.</w:t>
      </w:r>
    </w:p>
    <w:p>
      <w:pPr>
        <w:spacing w:after="80"/>
      </w:pPr>
      <w:r>
        <w:rPr>
          <w:b w:val="0"/>
          <w:i w:val="0"/>
        </w:rPr>
        <w:t>Sự thật là, người ta sẽ có những ý kiến tiêu cực về bạn và bạn hoàn toàn không thể làm gì để thay đổi điều đó. Khi bạn để nỗi sợ về những gì người khác nghĩ ngăn cản bạn làm điều mình muốn, bạn trở thành tù nhân của ý kiến người khác.</w:t>
      </w:r>
    </w:p>
    <w:p>
      <w:pPr>
        <w:spacing w:after="80"/>
      </w:pPr>
      <w:r>
        <w:rPr>
          <w:b w:val="0"/>
          <w:i w:val="0"/>
        </w:rPr>
        <w:t>Nỗi sợ này ảnh hưởng đến mọi khía cạnh trong cuộc sống của bạn. Nó khiến bạn trì hoãn. Nó khiến bạn nghi ngờ chính mình. Nó làm bạn tê liệt vì chủ nghĩa cầu toàn. Đó là lý do bạn suy nghĩ quá nhiều.</w:t>
      </w:r>
    </w:p>
    <w:p>
      <w:pPr>
        <w:spacing w:after="80"/>
      </w:pPr>
      <w:r>
        <w:rPr>
          <w:b w:val="0"/>
          <w:i w:val="0"/>
        </w:rPr>
        <w:t xml:space="preserve">Mọi chuyện kết thúc ở đây. Đã đến lúc cho người khác quyền tự do nghĩ điều họ muốn. </w:t>
      </w:r>
      <w:r>
        <w:rPr>
          <w:b w:val="0"/>
          <w:i/>
        </w:rPr>
        <w:t>Cứ Để Họ</w:t>
      </w:r>
      <w:r>
        <w:rPr>
          <w:b w:val="0"/>
          <w:i w:val="0"/>
        </w:rPr>
        <w:t xml:space="preserve">. Đã đến lúc giải phóng chính mình và </w:t>
      </w:r>
      <w:r>
        <w:rPr>
          <w:b w:val="0"/>
          <w:i/>
        </w:rPr>
        <w:t>Để Tôi</w:t>
      </w:r>
      <w:r>
        <w:rPr>
          <w:b w:val="0"/>
          <w:i w:val="0"/>
        </w:rPr>
        <w:t xml:space="preserve"> thực hiện những bước đi nhỏ một cách táo bạo và không chút hối lỗi, để theo thời gian sẽ biến đổi toàn bộ cuộc đời bạn.</w:t>
      </w:r>
    </w:p>
    <w:p>
      <w:pPr>
        <w:spacing w:after="80"/>
      </w:pPr>
      <w:r>
        <w:rPr>
          <w:b w:val="0"/>
          <w:i w:val="0"/>
        </w:rPr>
        <w:t xml:space="preserve">Lý thuyết Cứ Để Họ là một hồi chuông thức tỉnh khổng lồ đối với tôi. Tôi biết mình lo lắng về ý kiến của người khác, nhưng tôi không hề biết đó là một vấn đề lớn đến mức nào cho đến khi tôi bắt đầu nói </w:t>
      </w:r>
      <w:r>
        <w:rPr>
          <w:b w:val="0"/>
          <w:i/>
        </w:rPr>
        <w:t>Cứ Để Họ</w:t>
      </w:r>
      <w:r>
        <w:rPr>
          <w:b w:val="0"/>
          <w:i w:val="0"/>
        </w:rPr>
        <w:t xml:space="preserve">. </w:t>
      </w:r>
      <w:r>
        <w:rPr>
          <w:b w:val="0"/>
          <w:i/>
        </w:rPr>
        <w:t>Cứ Để Họ</w:t>
      </w:r>
      <w:r>
        <w:rPr>
          <w:b w:val="0"/>
          <w:i w:val="0"/>
        </w:rPr>
        <w:t xml:space="preserve"> phán xét. </w:t>
      </w:r>
      <w:r>
        <w:rPr>
          <w:b w:val="0"/>
          <w:i/>
        </w:rPr>
        <w:t>Cứ Để Họ</w:t>
      </w:r>
      <w:r>
        <w:rPr>
          <w:b w:val="0"/>
          <w:i w:val="0"/>
        </w:rPr>
        <w:t xml:space="preserve"> không tán thành. </w:t>
      </w:r>
      <w:r>
        <w:rPr>
          <w:b w:val="0"/>
          <w:i/>
        </w:rPr>
        <w:t>Cứ Để Họ</w:t>
      </w:r>
      <w:r>
        <w:rPr>
          <w:b w:val="0"/>
          <w:i w:val="0"/>
        </w:rPr>
        <w:t xml:space="preserve"> có ý kiến của họ. </w:t>
      </w:r>
      <w:r>
        <w:rPr>
          <w:b w:val="0"/>
          <w:i/>
        </w:rPr>
        <w:t>Cứ Để Họ</w:t>
      </w:r>
      <w:r>
        <w:rPr>
          <w:b w:val="0"/>
          <w:i w:val="0"/>
        </w:rPr>
        <w:t xml:space="preserve"> nghĩ những điều xấu. </w:t>
      </w:r>
      <w:r>
        <w:rPr>
          <w:b w:val="0"/>
          <w:i/>
        </w:rPr>
        <w:t>Cứ Để Họ</w:t>
      </w:r>
      <w:r>
        <w:rPr>
          <w:b w:val="0"/>
          <w:i w:val="0"/>
        </w:rPr>
        <w:t xml:space="preserve"> nói về tôi sau lưng tôi.</w:t>
      </w:r>
    </w:p>
    <w:p>
      <w:pPr>
        <w:spacing w:after="80"/>
      </w:pPr>
      <w:r>
        <w:rPr>
          <w:b w:val="0"/>
          <w:i w:val="0"/>
        </w:rPr>
        <w:t>Hiện tại, bạn bước qua cuộc đời với ý kiến của người khác như tấm bản đồ chỉ đường. Bạn rẽ trái hay rẽ phải dựa trên những gì bạn đoán người khác có thể nghĩ hoặc nói, thay vì rẽ theo hướng bạn muốn. Khi bạn định hướng cuộc đời mình bằng cách cố đoán xem người ta sẽ nghĩ gì và nói gì về bạn, bạn đang trao đi sức mạnh của chính mình.</w:t>
      </w:r>
    </w:p>
    <w:p>
      <w:pPr>
        <w:spacing w:after="80"/>
      </w:pPr>
      <w:r>
        <w:rPr>
          <w:b w:val="0"/>
          <w:i w:val="0"/>
        </w:rPr>
        <w:t xml:space="preserve">Thay vì suy nghĩ quá nhiều về từng bước đi của mình, sẽ thế nào nếu bạn chỉ </w:t>
      </w:r>
      <w:r>
        <w:rPr>
          <w:b w:val="0"/>
          <w:i/>
        </w:rPr>
        <w:t>Cứ Để Họ</w:t>
      </w:r>
      <w:r>
        <w:rPr>
          <w:b w:val="0"/>
          <w:i w:val="0"/>
        </w:rPr>
        <w:t xml:space="preserve"> nghĩ bất cứ điều quái quỷ gì họ muốn nghĩ? Thật sự thay đổi cuộc đời khi bạn giải phóng mình khỏi gánh nặng này. Hãy nhớ quy luật cơ bản của bản chất con người: Bạn không thể kiểm soát điều một người trưởng thành khác nói, làm, hay nghĩ. Cố gắng làm vậy và bạn sẽ hối hận. Bạn càng </w:t>
      </w:r>
      <w:r>
        <w:rPr>
          <w:b w:val="0"/>
          <w:i/>
        </w:rPr>
        <w:t>Cứ Để Họ</w:t>
      </w:r>
      <w:r>
        <w:rPr>
          <w:b w:val="0"/>
          <w:i w:val="0"/>
        </w:rPr>
        <w:t xml:space="preserve"> nghĩ điều họ muốn, cuộc sống của bạn càng tốt hơn.</w:t>
      </w:r>
    </w:p>
    <w:p>
      <w:pPr>
        <w:spacing w:after="80"/>
      </w:pPr>
      <w:r>
        <w:rPr>
          <w:b w:val="0"/>
          <w:i w:val="0"/>
        </w:rPr>
        <w:t>Sẽ thế nào nếu bạn cho phép mình sống cuộc đời của mình, và cho phép người khác nghĩ bất cứ điều gì họ muốn về nó? Sẽ thế nào nếu bạn dồn thời gian và năng lượng vào sở thích, thói quen, và hạnh phúc của mình?</w:t>
      </w:r>
    </w:p>
    <w:p>
      <w:pPr>
        <w:spacing w:after="80"/>
      </w:pPr>
      <w:r>
        <w:rPr>
          <w:b w:val="0"/>
          <w:i w:val="0"/>
        </w:rPr>
        <w:t>Bạn sẽ thay đổi điều gì nếu bạn không lo bị phán xét? Điều gì bạn sợ thừa nhận rằng mình muốn? Niềm tin nào bạn ngại lên tiếng mạnh mẽ hơn? Điều gì bạn quá sợ để thử vì bạn chưa từng làm bao giờ? Thử thách hay cuộc đua hay cuộc phiêu lưu nào bạn đã âm thầm khao khát thực hiện? Điều gì bạn ước sẽ xảy ra ở nơi làm việc nhưng bạn quá sợ để hỏi? Cuộc trò chuyện nào bạn đã né tránh? Bức ảnh nào bạn đã chờ đợi để đăng?</w:t>
      </w:r>
    </w:p>
    <w:p>
      <w:pPr>
        <w:spacing w:after="80"/>
      </w:pPr>
      <w:r>
        <w:rPr>
          <w:b w:val="0"/>
          <w:i w:val="0"/>
        </w:rPr>
        <w:t>Điều cuối cùng đó thật sự chạm đến tôi.</w:t>
      </w:r>
    </w:p>
    <w:p>
      <w:pPr>
        <w:pStyle w:val="Heading2"/>
      </w:pPr>
      <w:r>
        <w:rPr>
          <w:rFonts w:ascii="Calibri" w:hAnsi="Calibri"/>
          <w:b/>
          <w:i w:val="0"/>
          <w:sz w:val="32"/>
        </w:rPr>
        <w:t>Chào Mừng Đến Với Rào Cản Lớn Nhất Trong Cuộc Đời Bạn</w:t>
      </w:r>
    </w:p>
    <w:p>
      <w:pPr>
        <w:spacing w:after="80"/>
      </w:pPr>
      <w:r>
        <w:rPr>
          <w:b w:val="0"/>
          <w:i w:val="0"/>
        </w:rPr>
        <w:t>Mười năm trước, tôi chỉ vừa mới bắt đầu làm diễn giả truyền cảm hứng. Tôi hoàn toàn mới mẻ với ngành diễn thuyết. Và, giống như nhiều doanh nghiệp mới, lúc ban đầu, chẳng có tiền. Để khởi đầu và có cơ hội bước chân vào nghề, tôi sẽ liên hệ với các hội nghị phụ nữ nhỏ và tự đề xuất được nói miễn phí.</w:t>
      </w:r>
    </w:p>
    <w:p>
      <w:pPr>
        <w:spacing w:after="80"/>
      </w:pPr>
      <w:r>
        <w:rPr>
          <w:b w:val="0"/>
          <w:i w:val="0"/>
        </w:rPr>
        <w:t>Nếu bạn đang khởi nghiệp, hoặc có một nghề tay trái, hoặc đã bắt đầu cố kiếm tiền trực tuyến qua mạng xã hội, chắc hẳn bạn đang gật đầu, bởi vì lúc mới bắt đầu, bạn bỏ ra rất nhiều công sức mà chẳng thu về gì cả.</w:t>
      </w:r>
    </w:p>
    <w:p>
      <w:pPr>
        <w:spacing w:after="80"/>
      </w:pPr>
      <w:r>
        <w:rPr>
          <w:b w:val="0"/>
          <w:i w:val="0"/>
        </w:rPr>
        <w:t>Tôi bắt đầu thấy bực bội vì một năm đã trôi qua, tôi diễn trên sân khấu ngày càng tốt hơn và khán giả ngày càng đông hơn, nhưng tài khoản ngân hàng của tôi thì ngày càng ít đi. Tại sao ư? Bởi vì tôi làm một công việc toàn thời gian trong tuần và đi diễn miễn phí vào cuối tuần.</w:t>
      </w:r>
    </w:p>
    <w:p>
      <w:pPr>
        <w:spacing w:after="80"/>
      </w:pPr>
      <w:r>
        <w:rPr>
          <w:b w:val="0"/>
          <w:i w:val="0"/>
        </w:rPr>
        <w:t>Và như tôi đã viết trong phần Giới thiệu của cuốn sách này, đây là khoảng thời gian mà tôi và chồng đang vật lộn với khoản nợ tài chính khổng lồ, nên tôi vô cùng quyết tâm tìm ra cách kiếm tiền từ việc này.</w:t>
      </w:r>
    </w:p>
    <w:p>
      <w:pPr>
        <w:spacing w:after="80"/>
      </w:pPr>
      <w:r>
        <w:rPr>
          <w:b w:val="0"/>
          <w:i w:val="0"/>
        </w:rPr>
        <w:t>Tôi hỏi xin lời khuyên từ một số diễn giả có kinh nghiệm hơn về cách bắt đầu được trả tiền, và đó cũng là điều tôi khuyên bạn nên làm với bất kỳ doanh nghiệp, dự án hay nghề tay trái nào mà bạn mơ ước khởi động.</w:t>
      </w:r>
    </w:p>
    <w:p>
      <w:pPr>
        <w:spacing w:after="80"/>
      </w:pPr>
      <w:r>
        <w:rPr>
          <w:b w:val="0"/>
          <w:i w:val="0"/>
        </w:rPr>
        <w:t>Mỗi doanh nghiệp đều có một công thức. Hãy làm theo nó. Tôi nói vậy vì một trong những điều tôi thấy người ta cứ mãi mắc kẹt là niềm tin rằng "Tôi cần phải khác biệt." Đó là một cách nói hoa mỹ để chỉ rằng bạn sợ người khác sẽ nghĩ bạn đã sao chép họ. Đây là một ví dụ về việc nỗi sợ người khác nghĩ gì đang cản trở bạn đi theo con đường rõ ràng nhất, dễ dàng nhất và đã được chứng minh nhiều nhất để đến thành công.</w:t>
      </w:r>
    </w:p>
    <w:p>
      <w:pPr>
        <w:spacing w:after="80"/>
      </w:pPr>
      <w:r>
        <w:rPr>
          <w:b w:val="0"/>
          <w:i/>
        </w:rPr>
        <w:t>Cứ để họ</w:t>
      </w:r>
      <w:r>
        <w:rPr>
          <w:b w:val="0"/>
          <w:i w:val="0"/>
        </w:rPr>
        <w:t xml:space="preserve"> nghĩ rằng bạn đã sao chép họ. Bởi vì bạn đã làm vậy. Và họ cũng đã sao chép công thức từ người khác. Bởi vì họ đã làm vậy. Công thức tồn tại vì nó hiệu quả hết lần này đến lần khác. Bạn sẽ làm cho nó trở nên độc đáo vì bạn sẽ đưa chính mình vào công thức đó. Đừng phát minh lại bánh xe. Hãy làm theo công thức và biến nó thành lợi thế của bạn.</w:t>
      </w:r>
    </w:p>
    <w:p>
      <w:pPr>
        <w:spacing w:after="80"/>
      </w:pPr>
      <w:r>
        <w:rPr>
          <w:b w:val="0"/>
          <w:i w:val="0"/>
        </w:rPr>
        <w:t>Đó chính xác là điều mà các diễn giả có kinh nghiệm đã bảo tôi làm. Mọi diễn giả thành công đều làm ba việc giống nhau. Và cho đến khi bạn làm những việc này, bạn chưa thực sự bước vào cuộc chơi diễn thuyết.</w:t>
      </w:r>
    </w:p>
    <w:p>
      <w:pPr>
        <w:spacing w:after="80"/>
      </w:pPr>
      <w:r>
        <w:rPr>
          <w:b w:val="0"/>
          <w:i w:val="0"/>
        </w:rPr>
        <w:t>Đây là những gì họ bảo tôi làm:</w:t>
      </w:r>
    </w:p>
    <w:p>
      <w:pPr>
        <w:spacing w:after="80"/>
        <w:ind w:left="360"/>
      </w:pPr>
      <w:r>
        <w:t xml:space="preserve">1. </w:t>
      </w:r>
      <w:r>
        <w:rPr>
          <w:b w:val="0"/>
          <w:i w:val="0"/>
        </w:rPr>
        <w:t>Tạo một trang web đơn giản với ảnh bạn trên sân khấu, kèm mô tả về bài diễn thuyết chính và những điểm cốt lõi.</w:t>
      </w:r>
    </w:p>
    <w:p>
      <w:pPr>
        <w:spacing w:after="80"/>
        <w:ind w:left="360"/>
      </w:pPr>
      <w:r>
        <w:t xml:space="preserve">2. </w:t>
      </w:r>
      <w:r>
        <w:rPr>
          <w:b w:val="0"/>
          <w:i w:val="0"/>
        </w:rPr>
        <w:t>Xin lời chứng thực từ một vài nhà tổ chức sự kiện tại những sự kiện bạn từng diễn và đưa chúng lên trang web.</w:t>
      </w:r>
    </w:p>
    <w:p>
      <w:pPr>
        <w:spacing w:after="80"/>
      </w:pPr>
      <w:r>
        <w:rPr>
          <w:b w:val="0"/>
          <w:i w:val="0"/>
        </w:rPr>
        <w:t>Và rồi điều quan trọng nhất:</w:t>
      </w:r>
    </w:p>
    <w:p>
      <w:pPr>
        <w:spacing w:after="80"/>
        <w:ind w:left="360"/>
      </w:pPr>
      <w:r>
        <w:t xml:space="preserve">1. </w:t>
      </w:r>
      <w:r>
        <w:rPr>
          <w:b w:val="0"/>
          <w:i w:val="0"/>
        </w:rPr>
        <w:t>Bắt đầu đăng bài về diễn thuyết trực tuyến. Biến mạng xã hội của bạn thành công cụ tiếp thị. Đăng ảnh từ các sự kiện. Đăng nội dung liên quan đến bài diễn thuyết của bạn. Đăng ảnh chụp cùng các nhà tổ chức sự kiện đã thuê bạn. Mạng xã hội là cách người ta tìm thấy bạn. Mạng xã hội chứng minh rằng bạn là một nhân tố trong ngành này. Và mạng xã hội là thứ sẽ dẫn người ta đến trang web một trang đó để họ có thể đặt bạn diễn.</w:t>
      </w:r>
    </w:p>
    <w:p>
      <w:pPr>
        <w:spacing w:after="80"/>
      </w:pPr>
      <w:r>
        <w:rPr>
          <w:b w:val="0"/>
          <w:i w:val="0"/>
        </w:rPr>
        <w:t>Đó là công thức. Hãy làm theo nó, và bạn sẽ bắt đầu được trả tiền. Vậy nên, được trang bị lời khuyên đó, tôi biết chính xác mình cần phải làm gì. Hơn nữa, mức cược rất cao. Tôi cần tiền để đưa gia đình thoát khỏi nợ nần. Tôi rất rõ ràng về những gì mình cần làm.</w:t>
      </w:r>
    </w:p>
    <w:p>
      <w:pPr>
        <w:spacing w:after="80"/>
      </w:pPr>
      <w:r>
        <w:rPr>
          <w:b w:val="0"/>
          <w:i w:val="0"/>
        </w:rPr>
        <w:t>Nhưng tôi có làm theo công thức không? Không hẳn. Đúng, tôi đã tạo một trang web. Đúng, tôi đã xin lời chứng thực và đưa chúng lên trang web. Nhưng tôi có đăng bài trên mạng xã hội không? Không hề.</w:t>
      </w:r>
    </w:p>
    <w:p>
      <w:pPr>
        <w:spacing w:after="80"/>
      </w:pPr>
      <w:r>
        <w:rPr>
          <w:b w:val="0"/>
          <w:i w:val="0"/>
        </w:rPr>
        <w:t>Lúc đó, mạng xã hội của tôi mang tính cá nhân. Nó đầy ảnh các con tôi, ảnh từ những chuyến đi của gia đình, và ảnh tự sướng với bạn bè. Tất cả người theo dõi tôi đều là bạn bè, bạn học cũ và người thân trong gia đình. Tôi chưa từng đăng bất cứ điều gì về mong muốn trở thành diễn giả truyền cảm hứng của mình hay việc tôi đã làm điều đó miễn phí hơn một năm trời.</w:t>
      </w:r>
    </w:p>
    <w:p>
      <w:pPr>
        <w:spacing w:after="80"/>
      </w:pPr>
      <w:r>
        <w:rPr>
          <w:b w:val="0"/>
          <w:i w:val="0"/>
        </w:rPr>
        <w:t>Và nếu bạn từng muốn dùng mạng xã hội để khởi nghiệp, hay quảng bá một khía cạnh mới nào đó trong cuộc sống của mình, hay để chia sẻ tác phẩm nghệ thuật của bạn, thì bạn biết việc nhìn vào tài khoản chỉ toàn ảnh về đời sống cá nhân của mình và đưa ra quyết định biến nó thành một kênh tiếp thị khó đến nhường nào.</w:t>
      </w:r>
    </w:p>
    <w:p>
      <w:pPr>
        <w:spacing w:after="80"/>
      </w:pPr>
      <w:r>
        <w:rPr>
          <w:b w:val="0"/>
          <w:i w:val="0"/>
        </w:rPr>
        <w:t>Tôi mất HAI NĂM mới bắt đầu đăng bài về công việc kinh doanh của mình trên mạng xã hội. Vì sao ư?</w:t>
      </w:r>
    </w:p>
    <w:p>
      <w:pPr>
        <w:pStyle w:val="Heading2"/>
      </w:pPr>
      <w:r>
        <w:rPr>
          <w:rFonts w:ascii="Calibri" w:hAnsi="Calibri"/>
          <w:b/>
          <w:i w:val="0"/>
          <w:sz w:val="32"/>
        </w:rPr>
        <w:t>Vì Tôi Sợ Người Ta Sẽ Nghĩ Gì</w:t>
      </w:r>
    </w:p>
    <w:p>
      <w:pPr>
        <w:spacing w:after="80"/>
      </w:pPr>
      <w:r>
        <w:rPr>
          <w:b w:val="0"/>
          <w:i/>
        </w:rPr>
        <w:t>Bạn sợ ai vậy, Mel?</w:t>
      </w:r>
      <w:r>
        <w:rPr>
          <w:b w:val="0"/>
          <w:i w:val="0"/>
        </w:rPr>
        <w:t xml:space="preserve"> Bạn bè tôi.</w:t>
      </w:r>
    </w:p>
    <w:p>
      <w:pPr>
        <w:spacing w:after="80"/>
      </w:pPr>
      <w:r>
        <w:rPr>
          <w:b w:val="0"/>
          <w:i w:val="0"/>
        </w:rPr>
        <w:t>Tôi lo rằng nếu tôi ngừng đăng ảnh các con tôi và ảnh từ những buổi tiệc nướng, những lần tụ họp với đại gia đình, mà bắt đầu đăng ảnh tôi phát biểu tại các hội nghị, thì người ta sẽ phán xét tôi.</w:t>
      </w:r>
    </w:p>
    <w:p>
      <w:pPr>
        <w:spacing w:after="80"/>
      </w:pPr>
      <w:r>
        <w:rPr>
          <w:b w:val="0"/>
          <w:i/>
        </w:rPr>
        <w:t>Cô ta tưởng mình là ai chứ? Ai mà thuê cô ta phát biểu cơ chứ? Cô ta thì có gì để nói đâu? Đúng là đồ giả tạo.</w:t>
      </w:r>
    </w:p>
    <w:p>
      <w:pPr>
        <w:spacing w:after="80"/>
      </w:pPr>
      <w:r>
        <w:rPr>
          <w:b w:val="0"/>
          <w:i w:val="0"/>
        </w:rPr>
        <w:t xml:space="preserve">Tôi đã thử đăng. Nhưng tôi lướt qua đống ảnh từ sự kiện và chọn một hai tấm. Rồi nỗi sợ lại ập đến. Khi tôi soạn chú thích, tôi bắt đầu thấy lo lắng về những ý kiến tiêu cực của người khác: </w:t>
      </w:r>
      <w:r>
        <w:rPr>
          <w:b w:val="0"/>
          <w:i/>
        </w:rPr>
        <w:t>Nghe có vẻ quá kiêu ngạo không? Chú thích này đủ chuyên nghiệp chưa? Nếu tôi đăng cái này, liệu người ta có bỏ theo dõi tôi không? Bạn bè tôi có nghĩ tôi tự cao tự đại không? Mình có nên lập một tài khoản riêng từ đầu không?</w:t>
      </w:r>
    </w:p>
    <w:p>
      <w:pPr>
        <w:spacing w:after="80"/>
      </w:pPr>
      <w:r>
        <w:rPr>
          <w:b w:val="0"/>
          <w:i w:val="0"/>
        </w:rPr>
        <w:t>Rồi tôi lại tự thuyết phục mình rằng đăng bài chẳng đáng công. Bạn biết vì sao không? Vì tôi đốt hết bao nhiêu năng lượng để cố tạo ra một hình ảnh và chú thích thật hoàn hảo, thật hấp dẫn, thật dễ bán—một thứ vừa quảng bá được cho tôi, vừa đảm bảo không ai nghĩ điều gì tiêu cực—đến mức tôi kiệt sức.</w:t>
      </w:r>
    </w:p>
    <w:p>
      <w:pPr>
        <w:spacing w:after="80"/>
      </w:pPr>
      <w:r>
        <w:rPr>
          <w:b w:val="0"/>
          <w:i w:val="0"/>
        </w:rPr>
        <w:t>Tôi tạo ra hàng trăm bản nháp. Và chúng cứ nằm đó, trong mục nháp của tôi... suốt bao nhiêu năm. Còn khi tôi có được chút tự tin để đăng, tôi sẽ để nó đó năm phút rồi kiểm tra như điên; và nếu không có đủ lượt thích như tôi muốn, hoặc bình luận không tích cực như tôi hy vọng, tôi sẽ xóa nó đi.</w:t>
      </w:r>
    </w:p>
    <w:p>
      <w:pPr>
        <w:spacing w:after="80"/>
      </w:pPr>
      <w:r>
        <w:rPr>
          <w:b w:val="0"/>
          <w:i w:val="0"/>
        </w:rPr>
        <w:t>Nỗi sợ ngu ngốc này đã cản tôi tiếp thị công việc kinh doanh của mình—thứ tôi muốn biến thành sự nghiệp toàn thời gian—suốt bao nhiêu năm. Tôi cho ý kiến của người khác trọng lượng và tầm quan trọng hơn cả khả năng tiến xa trong cuộc sống của chính mình. Nói đến chuyện trao đi quyền lực của bản thân mà xem.</w:t>
      </w:r>
    </w:p>
    <w:p>
      <w:pPr>
        <w:spacing w:after="80"/>
      </w:pPr>
      <w:r>
        <w:rPr>
          <w:b w:val="0"/>
          <w:i w:val="0"/>
        </w:rPr>
        <w:t>Và khi tôi nhìn lại chuyện đó bây giờ, tôi thấy buồn.</w:t>
      </w:r>
    </w:p>
    <w:p>
      <w:pPr>
        <w:spacing w:after="80"/>
      </w:pPr>
      <w:r>
        <w:rPr>
          <w:b w:val="0"/>
          <w:i w:val="0"/>
        </w:rPr>
        <w:t>Tôi đã tự ngăn mình thực hiện những hành động lẽ ra đã giúp tôi đạt được mục tiêu, kiếm nhiều tiền hơn, thoát khỏi nợ nần, có thể mua những thứ tốt đẹp cho con mình, và có thêm rất nhiều khách hàng nhanh hơn rất nhiều. Nghe có ngu ngốc không? Dĩ nhiên là ngu ngốc rồi. Vậy mà tôi chắc chắn bạn cũng vật lộn với chính nỗi sợ đó khi phải "phơi mình ra trước thiên hạ".</w:t>
      </w:r>
    </w:p>
    <w:p>
      <w:pPr>
        <w:spacing w:after="80"/>
      </w:pPr>
      <w:r>
        <w:rPr>
          <w:b w:val="0"/>
          <w:i w:val="0"/>
        </w:rPr>
        <w:t>Dù đó là công việc kinh doanh, tác phẩm nghệ thuật, âm nhạc, video của bạn, hay chỉ là đăng một tấm ảnh bạn mặc đồ bơi, nếu bạn đang tự kiểm duyệt bản thân thì đó là vì bạn sợ ý kiến của người khác. Đó là lý do bạn che đi mụn của mình và nhất quyết đứng "đúng bên mặt đẹp" trong mọi bức ảnh. Và cũng chính lý do đó khiến bạn không dám lên tiếng trong các cuộc họp. Trên mạng bạn sợ trông tệ, còn ở chỗ làm bạn sợ nói ra nghe dở. Bạn sợ người khác sẽ nghĩ gì nếu họ thấy con người thật của bạn.</w:t>
      </w:r>
    </w:p>
    <w:p>
      <w:pPr>
        <w:spacing w:after="80"/>
      </w:pPr>
      <w:r>
        <w:rPr>
          <w:b w:val="0"/>
          <w:i w:val="0"/>
        </w:rPr>
        <w:t>Mỗi lần bạn chỉnh sửa thứ mình đăng, hay im lặng trong lớp học hay ở chỗ làm, hay trốn ra sau lưng cả nhóm trong bức ảnh tập thể, là bạn đang tự chối bỏ chính mình. Chính bạn là người đang tự nói với bản thân rằng mình không đủ tốt. Việc liên tục đặt câu hỏi, chỉnh sửa, xóa đi, suy nghĩ quá nhiều, và hỏi người khác "Cái này trông ổn không?" chỉ càng làm nỗi tự nghi ngờ của bạn phóng đại lên. Và bạn muốn biết phần điên rồ nhất không? Chính bạn đang làm điều đó với chính mình. Tôi cũng vậy.</w:t>
      </w:r>
    </w:p>
    <w:p>
      <w:pPr>
        <w:spacing w:after="80"/>
      </w:pPr>
      <w:r>
        <w:rPr>
          <w:b w:val="0"/>
          <w:i w:val="0"/>
        </w:rPr>
        <w:t>Hầu hết lời khuyên về chủ đề này đều dở tệ. Hầu hết mọi người bảo bạn cứ "ngừng quan tâm" đến điều người khác nghĩ. Nhưng không ai nói cho bạn cách làm. Đã đến lúc cho một cách tiếp cận mới. Dùng Lý thuyết Để Họ Tự Nhiên (Let Them Theory), bạn sẽ áp dụng một cách tiếp cận mang tính cách mạng để dập tắt nỗi sợ này một lần và mãi mãi: Trao cho người ta quyền tự do nghĩ những điều tiêu cực về bạn.</w:t>
      </w:r>
    </w:p>
    <w:p>
      <w:pPr>
        <w:spacing w:after="80"/>
      </w:pPr>
      <w:r>
        <w:rPr>
          <w:b w:val="0"/>
          <w:i w:val="0"/>
        </w:rPr>
        <w:t>Đó là một ý tưởng đẹp đẽ đến tận gốc rễ, sẽ mở khóa sự tự tin của bạn, giải phóng khả năng thể hiện bản thân, và phóng bạn vào một chương hoàn toàn mới của cuộc đời. Hãy trao cho người ta quyền tự do nghĩ điều gì đó tiêu cực về bạn.</w:t>
      </w:r>
    </w:p>
    <w:p>
      <w:pPr>
        <w:spacing w:after="80"/>
      </w:pPr>
      <w:r>
        <w:rPr>
          <w:b w:val="0"/>
          <w:i/>
        </w:rPr>
        <w:t>Hãy Để Họ Tự Nhiên</w:t>
      </w:r>
      <w:r>
        <w:rPr>
          <w:b w:val="0"/>
          <w:i w:val="0"/>
        </w:rPr>
        <w:t>. Nó không chỉ hiệu quả. Mà còn là khoa học.</w:t>
      </w:r>
    </w:p>
    <w:p>
      <w:pPr>
        <w:pStyle w:val="Heading2"/>
      </w:pPr>
      <w:r>
        <w:rPr>
          <w:rFonts w:ascii="Calibri" w:hAnsi="Calibri"/>
          <w:b/>
          <w:i w:val="0"/>
          <w:sz w:val="32"/>
        </w:rPr>
        <w:t>Bạn Không Thể Kiểm Soát Được Suy Nghĩ Của Người Khác Về Bạn</w:t>
      </w:r>
    </w:p>
    <w:p>
      <w:pPr>
        <w:spacing w:after="80"/>
      </w:pPr>
      <w:r>
        <w:rPr>
          <w:b w:val="0"/>
          <w:i w:val="0"/>
        </w:rPr>
        <w:t>Sự thật là, không thể nào kiểm soát được suy nghĩ của người khác. Vì vậy, sợ hãi về những gì người khác nghĩ, hay cố gắng kiểm soát suy nghĩ của họ, hoàn toàn là lãng phí thời gian của bạn.</w:t>
      </w:r>
    </w:p>
    <w:p>
      <w:pPr>
        <w:spacing w:after="80"/>
      </w:pPr>
      <w:r>
        <w:rPr>
          <w:b w:val="0"/>
          <w:i w:val="0"/>
        </w:rPr>
        <w:t>Bạn sẽ không bao giờ cảm thấy làm chủ được cuộc sống, cảm xúc, suy nghĩ hay hành động của mình cho đến khi bạn ngừng bị ám ảnh bởi hoặc cố gắng kiểm soát những gì người khác nghĩ về bạn.</w:t>
      </w:r>
    </w:p>
    <w:p>
      <w:pPr>
        <w:spacing w:after="80"/>
      </w:pPr>
      <w:r>
        <w:rPr>
          <w:b w:val="0"/>
          <w:i w:val="0"/>
        </w:rPr>
        <w:t>Tôi sẽ nói lại lần nữa: Người lớn sẽ có những ý kiến tiêu cực về bạn—dù bạn có làm gì đi chăng nữa. Tại sao? Vì người lớn được phép nghĩ bất cứ điều gì họ muốn.</w:t>
      </w:r>
    </w:p>
    <w:p>
      <w:pPr>
        <w:spacing w:after="80"/>
      </w:pPr>
      <w:r>
        <w:rPr>
          <w:b w:val="0"/>
          <w:i w:val="0"/>
        </w:rPr>
        <w:t>Về mặt thể chất và thần kinh, bạn không thể kiểm soát được những gì người khác nghĩ. Một người bình thường có khoảng 70,000 suy nghĩ mỗi ngày. Hầu hết đều ngẫu nhiên và không thể kiểm soát. Đó là lý do tại sao việc lãng phí năng lượng để lo lắng về những gì người khác nghĩ hay cố gắng thay đổi suy nghĩ của họ là điều vô lý.</w:t>
      </w:r>
    </w:p>
    <w:p>
      <w:pPr>
        <w:spacing w:after="80"/>
      </w:pPr>
      <w:r>
        <w:rPr>
          <w:b w:val="0"/>
          <w:i w:val="0"/>
        </w:rPr>
        <w:t>Bạn thậm chí không thể kiểm soát được một nửa những suy nghĩ lóe lên trong đầu mình. Vậy tại sao bạn lại nghĩ mình có thể kiểm soát được những gì lóe lên trong đầu người khác? Bạn không thể. Điều đó là không thể về mặt khoa học. Đó là lý do tại sao Thuyết Để Họ Tự Nhiên lại mang tính cách mạng đến vậy.</w:t>
      </w:r>
    </w:p>
    <w:p>
      <w:pPr>
        <w:spacing w:after="80"/>
      </w:pPr>
      <w:r>
        <w:rPr>
          <w:b w:val="0"/>
          <w:i w:val="0"/>
        </w:rPr>
        <w:t>Thay vì sợ hãi ý kiến của người khác, bạn sẽ chỉ để họ nghĩ những gì họ muốn. Thực ra, tôi khuyên bạn nên giả định rằng mọi người sẽ có những suy nghĩ tiêu cực về bạn. Bởi vì mọi người thực sự có những suy nghĩ tiêu cực về bạn.</w:t>
      </w:r>
    </w:p>
    <w:p>
      <w:pPr>
        <w:spacing w:after="80"/>
      </w:pPr>
      <w:r>
        <w:rPr>
          <w:b w:val="0"/>
          <w:i w:val="0"/>
        </w:rPr>
        <w:t>Điều này là bình thường.</w:t>
      </w:r>
    </w:p>
    <w:p>
      <w:pPr>
        <w:spacing w:after="80"/>
      </w:pPr>
      <w:r>
        <w:rPr>
          <w:b w:val="0"/>
          <w:i w:val="0"/>
        </w:rPr>
        <w:t>Và nhân tiện, những người yêu thương bạn cũng có những suy nghĩ tiêu cực về bạn... mỗi ngày! Tôi có những suy nghĩ tiêu cực về những người tôi yêu thương mỗi ngày! Điều này là bình thường. Để chứng minh, tôi sẽ nói trước.</w:t>
      </w:r>
    </w:p>
    <w:p>
      <w:pPr>
        <w:spacing w:after="80"/>
      </w:pPr>
      <w:r>
        <w:rPr>
          <w:b w:val="0"/>
          <w:i w:val="0"/>
        </w:rPr>
        <w:t xml:space="preserve">Khi chồng tôi thức dậy, anh ấy thường xì hơi một cái rõ to. Suy nghĩ đầu tiên của tôi là, </w:t>
      </w:r>
      <w:r>
        <w:rPr>
          <w:b w:val="0"/>
          <w:i/>
        </w:rPr>
        <w:t>Anh thật kinh tởm.</w:t>
      </w:r>
      <w:r>
        <w:rPr>
          <w:b w:val="0"/>
          <w:i w:val="0"/>
        </w:rPr>
        <w:t xml:space="preserve"> Tôi yêu Chris hơn bất kỳ ai trên hành tinh này. Nhưng tôi vẫn có những suy nghĩ tiêu cực và ý kiến không hay về anh ấy suốt.</w:t>
      </w:r>
    </w:p>
    <w:p>
      <w:pPr>
        <w:spacing w:after="80"/>
      </w:pPr>
      <w:r>
        <w:rPr>
          <w:b w:val="0"/>
          <w:i w:val="0"/>
        </w:rPr>
        <w:t>Chuyện cũng tương tự với con chó của tôi. Vào lúc 5 giờ chiều, con chó Homie của tôi cực kỳ khó chịu vì nó biết đã đến giờ ăn tối. Nó đi theo tôi khắp nơi, thở hổn hển điên cuồng, nhảy lên người tôi, và bạn biết tôi nghĩ gì không: Nó là một cục nợ khổng lồ, và nó cần bình tĩnh lại. Nhưng tôi vẫn yêu nó.</w:t>
      </w:r>
    </w:p>
    <w:p>
      <w:pPr>
        <w:spacing w:after="80"/>
      </w:pPr>
      <w:r>
        <w:rPr>
          <w:b w:val="0"/>
          <w:i w:val="0"/>
        </w:rPr>
        <w:t>Con gái lớn của tôi, Sawyer, người cùng tôi viết cuốn sách này, là một người cực kỳ thích kiểm soát; và khi mọi thứ không đúng ý, con bé trở nên áp đặt và quá căng thẳng. Con bé rơi vào vòng xoáy dọn dẹp kiểu OCD khiến mọi người xung quanh căng thẳng. Nhưng tôi vẫn yêu con bé.</w:t>
      </w:r>
    </w:p>
    <w:p>
      <w:pPr>
        <w:spacing w:after="80"/>
      </w:pPr>
      <w:r>
        <w:rPr>
          <w:b w:val="0"/>
          <w:i w:val="0"/>
        </w:rPr>
        <w:t>Mỗi lần con gái giữa của chúng tôi, Kendall, FaceTime cho tôi từ Los Angeles, cảm giác như con bé đang mặc một bộ đồ mới. Tôi nghĩ con bé chi tiêu tiền bạc thiếu trách nhiệm và điều con bé cần nhất không phải là thêm quần áo. Nhưng tôi vẫn yêu con bé.</w:t>
      </w:r>
    </w:p>
    <w:p>
      <w:pPr>
        <w:spacing w:after="80"/>
      </w:pPr>
      <w:r>
        <w:rPr>
          <w:b w:val="0"/>
          <w:i w:val="0"/>
        </w:rPr>
        <w:t>Và con trai chúng tôi, Oakley, đúng là hoàn hảo. Đùa thôi. Trong suốt giờ đầu tiên sau khi thức dậy, nó từ chối giao tiếp bằng mắt và nói chuyện với mọi người. Tôi nghĩ nó thật bất lịch sự. Nhưng tôi vẫn yêu nó.</w:t>
      </w:r>
    </w:p>
    <w:p>
      <w:pPr>
        <w:spacing w:after="80"/>
      </w:pPr>
      <w:r>
        <w:rPr>
          <w:b w:val="0"/>
          <w:i w:val="0"/>
        </w:rPr>
        <w:t>Nhân tiện, tôi đã hỏi các con tôi mô tả một vài tính từ mà chúng nghĩ về tôi. Chúng nói: bừa bộn, thiếu ngăn nắp, ồn ào, quá thân thiện, lung tung, thích kiểm soát, luôn trễ giờ, thích tỏ ra biết tuốt—và chúng có rất nhiều ý kiến về việc tôi chia sẻ quá nhiều về cuộc sống của chúng tôi trên mạng. Vậy mà chúng vẫn yêu tôi. (Sawyer cũng muốn bạn biết rằng việc viết cuốn sách này với tôi suýt khiến con bé phải cắt đứt quyền làm cha mẹ vì số lần tôi phá tan bản thảo—để bạn biết, đây là phiên bản 11.0.)</w:t>
      </w:r>
    </w:p>
    <w:p>
      <w:pPr>
        <w:spacing w:after="80"/>
      </w:pPr>
      <w:r>
        <w:rPr>
          <w:b w:val="0"/>
          <w:i w:val="0"/>
        </w:rPr>
        <w:t>Tại sao tôi lại kể cho bạn nghe điều này? Bởi vì ai cũng có những ý kiến chỉ trích về những người họ yêu thương cũng như về những người hoàn toàn xa lạ. Đó là một sự thật của cuộc sống.</w:t>
      </w:r>
    </w:p>
    <w:p>
      <w:pPr>
        <w:spacing w:after="80"/>
      </w:pPr>
      <w:r>
        <w:rPr>
          <w:b w:val="0"/>
          <w:i w:val="0"/>
        </w:rPr>
        <w:t xml:space="preserve">Hãy đón nhận và chấp nhận nó. Thay vì cố gắng thay đổi thực tế, hãy bắt đầu tận dụng nó để có lợi cho mình. </w:t>
      </w:r>
      <w:r>
        <w:rPr>
          <w:b w:val="0"/>
          <w:i/>
        </w:rPr>
        <w:t>Hãy Để Họ</w:t>
      </w:r>
      <w:r>
        <w:rPr>
          <w:b w:val="0"/>
          <w:i w:val="0"/>
        </w:rPr>
        <w:t>.</w:t>
      </w:r>
    </w:p>
    <w:p>
      <w:pPr>
        <w:spacing w:after="80"/>
      </w:pPr>
      <w:r>
        <w:rPr>
          <w:b w:val="0"/>
          <w:i w:val="0"/>
        </w:rPr>
        <w:t>Đây là một sự thật khác: Việc ai đó có một ý kiến tiêu cực không có nghĩa là họ cảm thấy tiêu cực về bạn nói chung.</w:t>
      </w:r>
    </w:p>
    <w:p>
      <w:pPr>
        <w:spacing w:after="80"/>
      </w:pPr>
      <w:r>
        <w:rPr>
          <w:b w:val="0"/>
          <w:i w:val="0"/>
        </w:rPr>
        <w:t>Tôi có thể nghĩ một điều không hay về chồng mình mà vẫn yêu anh ấy và đối xử với anh ấy bằng rất nhiều sự tôn trọng và tử tế, bởi vì hai điều có thể đúng cùng một lúc. Bạn có thể thấy khó chịu vì cách ai đó đang hành xử mà vẫn yêu thương họ hết mực.</w:t>
      </w:r>
    </w:p>
    <w:p>
      <w:pPr>
        <w:spacing w:after="80"/>
      </w:pPr>
      <w:r>
        <w:rPr>
          <w:b w:val="0"/>
          <w:i w:val="0"/>
        </w:rPr>
        <w:t>Đây chính là cách bạn cảm nhận về những người bạn yêu thương! Bạn nghĩ bạn bè của họ là những kẻ ảnh hưởng xấu. Bạn nghĩ họ đang phản ứng thái quá. Bạn nghĩ bạn trai của họ đối xử tệ với họ. Bạn nghĩ ý tưởng kinh doanh của họ sẽ thất bại. Bạn nghĩ họ ích kỷ. Nhưng bạn vẫn yêu thương họ.</w:t>
      </w:r>
    </w:p>
    <w:p>
      <w:pPr>
        <w:spacing w:after="80"/>
      </w:pPr>
      <w:r>
        <w:rPr>
          <w:b w:val="0"/>
          <w:i w:val="0"/>
        </w:rPr>
        <w:t xml:space="preserve">Ý tôi rất đơn giản: Người lớn sẽ có những ý kiến tiêu cực về bạn và mọi thứ bạn làm. </w:t>
      </w:r>
      <w:r>
        <w:rPr>
          <w:b w:val="0"/>
          <w:i/>
        </w:rPr>
        <w:t>Hãy Để Họ</w:t>
      </w:r>
      <w:r>
        <w:rPr>
          <w:b w:val="0"/>
          <w:i w:val="0"/>
        </w:rPr>
        <w:t xml:space="preserve"> phán xét. </w:t>
      </w:r>
      <w:r>
        <w:rPr>
          <w:b w:val="0"/>
          <w:i/>
        </w:rPr>
        <w:t>Hãy Để Họ</w:t>
      </w:r>
      <w:r>
        <w:rPr>
          <w:b w:val="0"/>
          <w:i w:val="0"/>
        </w:rPr>
        <w:t xml:space="preserve"> phản ứng. </w:t>
      </w:r>
      <w:r>
        <w:rPr>
          <w:b w:val="0"/>
          <w:i/>
        </w:rPr>
        <w:t>Hãy Để Họ</w:t>
      </w:r>
      <w:r>
        <w:rPr>
          <w:b w:val="0"/>
          <w:i w:val="0"/>
        </w:rPr>
        <w:t xml:space="preserve"> nghi ngờ bạn. </w:t>
      </w:r>
      <w:r>
        <w:rPr>
          <w:b w:val="0"/>
          <w:i/>
        </w:rPr>
        <w:t>Hãy Để Họ</w:t>
      </w:r>
      <w:r>
        <w:rPr>
          <w:b w:val="0"/>
          <w:i w:val="0"/>
        </w:rPr>
        <w:t xml:space="preserve"> đặt câu hỏi về những quyết định bạn đang đưa ra. </w:t>
      </w:r>
      <w:r>
        <w:rPr>
          <w:b w:val="0"/>
          <w:i/>
        </w:rPr>
        <w:t>Hãy Để Họ</w:t>
      </w:r>
      <w:r>
        <w:rPr>
          <w:b w:val="0"/>
          <w:i w:val="0"/>
        </w:rPr>
        <w:t xml:space="preserve"> hiểu sai về bạn. </w:t>
      </w:r>
      <w:r>
        <w:rPr>
          <w:b w:val="0"/>
          <w:i/>
        </w:rPr>
        <w:t>Hãy Để Họ</w:t>
      </w:r>
      <w:r>
        <w:rPr>
          <w:b w:val="0"/>
          <w:i w:val="0"/>
        </w:rPr>
        <w:t xml:space="preserve"> trợn mắt khi bạn bắt đầu đăng video lên mạng hoặc khi bạn muốn viết lại bản thảo lần thứ 12.</w:t>
      </w:r>
    </w:p>
    <w:p>
      <w:pPr>
        <w:spacing w:after="80"/>
      </w:pPr>
      <w:r>
        <w:rPr>
          <w:b w:val="0"/>
          <w:i w:val="0"/>
        </w:rPr>
        <w:t xml:space="preserve">Thay vì lãng phí thời gian lo lắng về họ, hãy bắt đầu sống cuộc đời mình theo cách khiến bạn tự hào về chính mình. </w:t>
      </w:r>
      <w:r>
        <w:rPr>
          <w:b w:val="0"/>
          <w:i/>
        </w:rPr>
        <w:t>Hãy Để Tôi</w:t>
      </w:r>
      <w:r>
        <w:rPr>
          <w:b w:val="0"/>
          <w:i w:val="0"/>
        </w:rPr>
        <w:t xml:space="preserve"> làm điều tôi muốn làm với cuộc đời hoang dại và quý giá duy nhất này của tôi.</w:t>
      </w:r>
    </w:p>
    <w:p>
      <w:pPr>
        <w:spacing w:after="80"/>
      </w:pPr>
      <w:r>
        <w:rPr>
          <w:b w:val="0"/>
          <w:i w:val="0"/>
        </w:rPr>
        <w:t>Cách tiếp cận này thật giải phóng, bởi vì hiện tại bạn đang sống cuộc đời mình và đưa ra quyết định trong khi cố đoán xem mọi người sẽ nghĩ gì. Khi bạn để nỗi sợ về những gì người khác có thể nghĩ chi phối lựa chọn của mình, bạn giới hạn tiềm năng của bản thân và kìm hãm chính mình khỏi việc theo đuổi điều bạn thực sự muốn.</w:t>
      </w:r>
    </w:p>
    <w:p>
      <w:pPr>
        <w:spacing w:after="80"/>
      </w:pPr>
      <w:r>
        <w:rPr>
          <w:b w:val="0"/>
          <w:i w:val="0"/>
        </w:rPr>
        <w:t>Đó là lý do bạn trì hoãn, nghi ngờ bản thân, bị tê liệt vì chủ nghĩa hoàn hảo, và quan trọng nhất, đó là lý do bạn thức dậy mỗi ngày và né tránh công việc thực sự sẽ giúp bạn tiến lên phía trước.</w:t>
      </w:r>
    </w:p>
    <w:p>
      <w:pPr>
        <w:spacing w:after="80"/>
      </w:pPr>
      <w:r>
        <w:rPr>
          <w:b w:val="0"/>
          <w:i w:val="0"/>
        </w:rPr>
        <w:t>Bạn sợ bị phán xét đến mức không dám mạo hiểm chút nào. Đó chẳng phải là điều bạn đang sợ sao? Rằng bạn sẽ bị phán xét?</w:t>
      </w:r>
    </w:p>
    <w:p>
      <w:pPr>
        <w:spacing w:after="80"/>
      </w:pPr>
      <w:r>
        <w:rPr>
          <w:b w:val="0"/>
          <w:i w:val="0"/>
        </w:rPr>
        <w:t>Rằng nếu bạn ly hôn, hoặc bỏ công việc bất động sản, hoặc quay lại trường học, hoặc cắt tóc, hoặc thử sức vào đội bóng đá rồi bị loại, thì mọi người sẽ có ý kiến về điều đó? Tất nhiên họ sẽ có ý kiến về điều đó. Thì sao chứ?</w:t>
      </w:r>
    </w:p>
    <w:p>
      <w:pPr>
        <w:spacing w:after="80"/>
      </w:pPr>
      <w:r>
        <w:rPr>
          <w:b w:val="0"/>
          <w:i w:val="0"/>
        </w:rPr>
        <w:t>Nỗi sợ ngớ ngẩn này đang ngăn bạn thử những điều mới, mạo hiểm, sống đúng với chính mình, và thực hiện những bước đi nhỏ mà theo thời gian sẽ thay đổi cuộc đời bạn. Thật đáng buồn.</w:t>
      </w:r>
    </w:p>
    <w:p>
      <w:pPr>
        <w:spacing w:after="80"/>
      </w:pPr>
      <w:r>
        <w:rPr>
          <w:b w:val="0"/>
          <w:i w:val="0"/>
        </w:rPr>
        <w:t>Học thuyết Hãy Để Họ sẽ giúp bạn can đảm hơn. Chẳng phải có vẻ khôn ngoan hơn khi chấp nhận thực tế và cho mọi người quyền tự do phán xét sao?</w:t>
      </w:r>
    </w:p>
    <w:p>
      <w:pPr>
        <w:spacing w:after="80"/>
      </w:pPr>
      <w:r>
        <w:rPr>
          <w:b w:val="0"/>
          <w:i w:val="0"/>
        </w:rPr>
        <w:t>Bạn không thể kiểm soát điều ai đó nghĩ, nên không có lý do gì bạn phải sợ điều đó—hay để nó ngăn cản bạn nữa. Thời gian của bạn quý giá hơn thế nhiều, bởi vì bạn còn những điều quan trọng phải làm với cuộc đời hoang dại và quý giá duy nhất này.</w:t>
      </w:r>
    </w:p>
    <w:p>
      <w:pPr>
        <w:spacing w:after="80"/>
      </w:pPr>
      <w:r>
        <w:rPr>
          <w:b w:val="0"/>
          <w:i w:val="0"/>
        </w:rPr>
        <w:t xml:space="preserve">Bắt đầu từ hôm nay, bạn sẽ trao cho mọi người quyền tự do nghĩ những điều tiêu cực về bạn. </w:t>
      </w:r>
      <w:r>
        <w:rPr>
          <w:b w:val="0"/>
          <w:i/>
        </w:rPr>
        <w:t>Hãy Để Họ</w:t>
      </w:r>
      <w:r>
        <w:rPr>
          <w:b w:val="0"/>
          <w:i w:val="0"/>
        </w:rPr>
        <w:t>.</w:t>
      </w:r>
    </w:p>
    <w:p>
      <w:pPr>
        <w:pStyle w:val="Heading2"/>
      </w:pPr>
      <w:r>
        <w:rPr>
          <w:rFonts w:ascii="Calibri" w:hAnsi="Calibri"/>
          <w:b/>
          <w:i w:val="0"/>
          <w:sz w:val="32"/>
        </w:rPr>
        <w:t>“Nhưng Tôi Không Muốn Mọi Người Nghĩ Những Điều Tiêu Cực Về Tôi.”</w:t>
      </w:r>
    </w:p>
    <w:p>
      <w:pPr>
        <w:spacing w:after="80"/>
      </w:pPr>
      <w:r>
        <w:rPr>
          <w:b w:val="0"/>
          <w:i w:val="0"/>
        </w:rPr>
        <w:t xml:space="preserve">Tôi biết bạn đang nghĩ gì: </w:t>
      </w:r>
      <w:r>
        <w:rPr>
          <w:b w:val="0"/>
          <w:i/>
        </w:rPr>
        <w:t>Nhưng tôi không muốn người ta nghĩ xấu về mình</w:t>
      </w:r>
      <w:r>
        <w:rPr>
          <w:b w:val="0"/>
          <w:i w:val="0"/>
        </w:rPr>
        <w:t xml:space="preserve">, </w:t>
      </w:r>
      <w:r>
        <w:rPr>
          <w:b w:val="0"/>
          <w:i/>
        </w:rPr>
        <w:t>Mel à.</w:t>
      </w:r>
      <w:r>
        <w:rPr>
          <w:b w:val="0"/>
          <w:i w:val="0"/>
        </w:rPr>
        <w:t xml:space="preserve"> Tôi biết bạn không muốn. Tôi cũng từng như vậy. Nhưng nỗi sợ về việc người khác </w:t>
      </w:r>
      <w:r>
        <w:rPr>
          <w:b w:val="0"/>
          <w:i/>
        </w:rPr>
        <w:t>có thể</w:t>
      </w:r>
      <w:r>
        <w:rPr>
          <w:b w:val="0"/>
          <w:i w:val="0"/>
        </w:rPr>
        <w:t xml:space="preserve"> nghĩ gì chính là nguồn gốc lớn khiến bạn hoài nghi bản thân.</w:t>
      </w:r>
    </w:p>
    <w:p>
      <w:pPr>
        <w:spacing w:after="80"/>
      </w:pPr>
      <w:r>
        <w:rPr>
          <w:b w:val="0"/>
          <w:i/>
        </w:rPr>
        <w:t>Mình không đủ giỏi.</w:t>
      </w:r>
      <w:r>
        <w:rPr>
          <w:b w:val="0"/>
          <w:i w:val="0"/>
        </w:rPr>
        <w:t xml:space="preserve"> (Không đủ giỏi với ai?)</w:t>
      </w:r>
    </w:p>
    <w:p>
      <w:pPr>
        <w:spacing w:after="80"/>
      </w:pPr>
      <w:r>
        <w:rPr>
          <w:b w:val="0"/>
          <w:i/>
        </w:rPr>
        <w:t>Mình không đủ thông minh.</w:t>
      </w:r>
      <w:r>
        <w:rPr>
          <w:b w:val="0"/>
          <w:i w:val="0"/>
        </w:rPr>
        <w:t xml:space="preserve"> (Không đủ thông minh với ai?)</w:t>
      </w:r>
    </w:p>
    <w:p>
      <w:pPr>
        <w:spacing w:after="80"/>
      </w:pPr>
      <w:r>
        <w:rPr>
          <w:b w:val="0"/>
          <w:i/>
        </w:rPr>
        <w:t>Họ sẽ giận mình mất.</w:t>
      </w:r>
      <w:r>
        <w:rPr>
          <w:b w:val="0"/>
          <w:i w:val="0"/>
        </w:rPr>
        <w:t xml:space="preserve"> (Ai sẽ giận?)</w:t>
      </w:r>
    </w:p>
    <w:p>
      <w:pPr>
        <w:spacing w:after="80"/>
      </w:pPr>
      <w:r>
        <w:rPr>
          <w:b w:val="0"/>
          <w:i/>
        </w:rPr>
        <w:t>Bố mẹ mình sẽ không chấp thuận.</w:t>
      </w:r>
      <w:r>
        <w:rPr>
          <w:b w:val="0"/>
          <w:i w:val="0"/>
        </w:rPr>
        <w:t xml:space="preserve"> (Thì sao?)</w:t>
      </w:r>
    </w:p>
    <w:p>
      <w:pPr>
        <w:spacing w:after="80"/>
      </w:pPr>
      <w:r>
        <w:rPr>
          <w:b w:val="0"/>
          <w:i/>
        </w:rPr>
        <w:t>Nếu mình làm điều này, sẽ chẳng ai thích mình cả.</w:t>
      </w:r>
      <w:r>
        <w:rPr>
          <w:b w:val="0"/>
          <w:i w:val="0"/>
        </w:rPr>
        <w:t xml:space="preserve"> (Chẳng ai là ai?)</w:t>
      </w:r>
    </w:p>
    <w:p>
      <w:pPr>
        <w:spacing w:after="80"/>
      </w:pPr>
      <w:r>
        <w:rPr>
          <w:b w:val="0"/>
          <w:i/>
        </w:rPr>
        <w:t>Bạn bè mình sẽ nghĩ gì nhỉ?</w:t>
      </w:r>
      <w:r>
        <w:rPr>
          <w:b w:val="0"/>
          <w:i w:val="0"/>
        </w:rPr>
        <w:t xml:space="preserve"> (Họ muốn nghĩ gì thì nghĩ.)</w:t>
      </w:r>
    </w:p>
    <w:p>
      <w:pPr>
        <w:spacing w:after="80"/>
      </w:pPr>
      <w:r>
        <w:rPr>
          <w:b w:val="0"/>
          <w:i/>
        </w:rPr>
        <w:t>Điều này có khiến mình trông tệ không?</w:t>
      </w:r>
      <w:r>
        <w:rPr>
          <w:b w:val="0"/>
          <w:i w:val="0"/>
        </w:rPr>
        <w:t xml:space="preserve"> (Trông tệ với ai?)</w:t>
      </w:r>
    </w:p>
    <w:p>
      <w:pPr>
        <w:spacing w:after="80"/>
      </w:pPr>
      <w:r>
        <w:rPr>
          <w:b w:val="0"/>
          <w:i w:val="0"/>
        </w:rPr>
        <w:t>Mỗi nỗi sợ quen thuộc này đều gắn chặt với người khác. Đó là lý do tôi nhắc đi nhắc lại sự thật này: Người lớn sẽ có những ý kiến tiêu cực về bạn, về bộ đồ của bạn, về điều bạn vừa nói, về việc bạn làm tuần trước, và về điều bạn muốn làm.</w:t>
      </w:r>
    </w:p>
    <w:p>
      <w:pPr>
        <w:spacing w:after="80"/>
      </w:pPr>
      <w:r>
        <w:rPr>
          <w:b w:val="0"/>
          <w:i/>
        </w:rPr>
        <w:t>Kệ Họ</w:t>
      </w:r>
      <w:r>
        <w:rPr>
          <w:b w:val="0"/>
          <w:i w:val="0"/>
        </w:rPr>
        <w:t>.</w:t>
      </w:r>
    </w:p>
    <w:p>
      <w:pPr>
        <w:spacing w:after="80"/>
      </w:pPr>
      <w:r>
        <w:rPr>
          <w:b w:val="0"/>
          <w:i w:val="0"/>
        </w:rPr>
        <w:t>Người lớn được phép nghĩ bất cứ điều gì họ muốn. Bạn cũng vậy. Đây là lý do Lý thuyết Kệ Họ sẽ giải phóng bạn. Thay vì sống trong thế phòng thủ, bạn sẽ chuyển sang thế tấn công. Bạn sẽ chơi cuộc đời theo cách bạn muốn.</w:t>
      </w:r>
    </w:p>
    <w:p>
      <w:pPr>
        <w:spacing w:after="80"/>
      </w:pPr>
      <w:r>
        <w:rPr>
          <w:b w:val="0"/>
          <w:i w:val="0"/>
        </w:rPr>
        <w:t>Đây là một sự thật nữa: Bạn mạnh mẽ hơn mọi ý kiến của người khác về bạn rất nhiều. Đừng trao sức mạnh của mình cho người khác nữa, hãy bước vào tiềm năng của chính mình.</w:t>
      </w:r>
    </w:p>
    <w:p>
      <w:pPr>
        <w:spacing w:after="80"/>
      </w:pPr>
      <w:r>
        <w:rPr>
          <w:b w:val="0"/>
          <w:i/>
        </w:rPr>
        <w:t>Hãy Để Tôi</w:t>
      </w:r>
      <w:r>
        <w:rPr>
          <w:b w:val="0"/>
          <w:i w:val="0"/>
        </w:rPr>
        <w:t xml:space="preserve"> sống cuộc đời mình theo cách khiến tôi tự hào. </w:t>
      </w:r>
      <w:r>
        <w:rPr>
          <w:b w:val="0"/>
          <w:i/>
        </w:rPr>
        <w:t>Hãy Để Tôi</w:t>
      </w:r>
      <w:r>
        <w:rPr>
          <w:b w:val="0"/>
          <w:i w:val="0"/>
        </w:rPr>
        <w:t xml:space="preserve"> đưa ra những quyết định phù hợp với giá trị của mình. </w:t>
      </w:r>
      <w:r>
        <w:rPr>
          <w:b w:val="0"/>
          <w:i/>
        </w:rPr>
        <w:t>Hãy Để Tôi</w:t>
      </w:r>
      <w:r>
        <w:rPr>
          <w:b w:val="0"/>
          <w:i w:val="0"/>
        </w:rPr>
        <w:t xml:space="preserve"> chấp nhận rủi ro vì tôi muốn. </w:t>
      </w:r>
      <w:r>
        <w:rPr>
          <w:b w:val="0"/>
          <w:i/>
        </w:rPr>
        <w:t>Hãy Để Tôi</w:t>
      </w:r>
      <w:r>
        <w:rPr>
          <w:b w:val="0"/>
          <w:i w:val="0"/>
        </w:rPr>
        <w:t xml:space="preserve"> đi theo con đường mà tâm hồn tôi đang hướng tôi tới.</w:t>
      </w:r>
    </w:p>
    <w:p>
      <w:pPr>
        <w:spacing w:after="80"/>
      </w:pPr>
      <w:r>
        <w:rPr>
          <w:b w:val="0"/>
          <w:i w:val="0"/>
        </w:rPr>
        <w:t>Làm điều khiến bạn hạnh phúc, dám dũng cảm, dám chấp nhận rủi ro, và đi theo con đường của riêng mình sẽ luôn quan trọng hơn ý kiến của người khác về điều đó. Đây là cuộc đời CỦA BẠN. Đừng để ý kiến của người khác phá hỏng nó nữa.</w:t>
      </w:r>
    </w:p>
    <w:p>
      <w:pPr>
        <w:spacing w:after="80"/>
      </w:pPr>
      <w:r>
        <w:rPr>
          <w:b w:val="0"/>
          <w:i w:val="0"/>
        </w:rPr>
        <w:t>Viết cuốn sách đi. Rủ họ đi hẹn hò đi. Mặc điều bạn muốn mặc đi. Đi lướt sóng cả ngày đi. Quay lại trường học đi. Bỏ học đi. Chuyển nhà đi. Nuôi một chú chó đi. Đặt vé cho chuyến đi đi. Cai rượu đi. Đón nhận xu hướng tính dục của mình đi. Đi theo con đường mà bạn vẫn luôn sợ phải bước vào.</w:t>
      </w:r>
    </w:p>
    <w:p>
      <w:pPr>
        <w:spacing w:after="80"/>
      </w:pPr>
      <w:r>
        <w:rPr>
          <w:b w:val="0"/>
          <w:i w:val="0"/>
        </w:rPr>
        <w:t>Bạn càng dùng Lý thuyết Kệ Họ, bạn càng nhận ra rằng, bên dưới nỗi sợ này, tâm hồn bạn đã luôn nhẹ nhàng thúc đẩy bạn đi theo hướng dành riêng cho mình.</w:t>
      </w:r>
    </w:p>
    <w:p>
      <w:pPr>
        <w:spacing w:after="80"/>
      </w:pPr>
      <w:r>
        <w:rPr>
          <w:b w:val="0"/>
          <w:i w:val="0"/>
        </w:rPr>
        <w:t xml:space="preserve">Mỗi lần bạn nói </w:t>
      </w:r>
      <w:r>
        <w:rPr>
          <w:b w:val="0"/>
          <w:i/>
        </w:rPr>
        <w:t>Kệ Họ</w:t>
      </w:r>
      <w:r>
        <w:rPr>
          <w:b w:val="0"/>
          <w:i w:val="0"/>
        </w:rPr>
        <w:t>, bạn dọn sạch mọi tiếng ồn và xao nhãng trên bề mặt, tạo không gian cho một điều gì đó sâu thẳm hơn: tiếng nói của bạn, trực giác của bạn, sự thật của bạn, và con đường độc nhất của bạn trong cuộc đời.</w:t>
      </w:r>
    </w:p>
    <w:p>
      <w:pPr>
        <w:spacing w:after="80"/>
      </w:pPr>
      <w:r>
        <w:rPr>
          <w:b w:val="0"/>
          <w:i w:val="0"/>
        </w:rPr>
        <w:t>Nó vốn luôn ở đó. Chỉ là nó bị chôn vùi dưới đống nỗi sợ hãi này.</w:t>
      </w:r>
    </w:p>
    <w:p>
      <w:pPr>
        <w:spacing w:after="80"/>
      </w:pPr>
      <w:r>
        <w:rPr>
          <w:b w:val="0"/>
          <w:i w:val="0"/>
        </w:rPr>
        <w:t>Khi bạn dùng Thuyết Kệ Họ để giải phóng bản thân khỏi gánh nặng từ những ý kiến của người khác, bạn sẽ bắt đầu bước qua cuộc đời với các giá trị, nhu cầu và mục tiêu của mình làm bản đồ dẫn đường. Thay vì đoán trước người khác có thể nghĩ gì, bạn sẽ định hướng cuộc sống theo cách khiến bạn tự hào về chính mình.</w:t>
      </w:r>
    </w:p>
    <w:p>
      <w:pPr>
        <w:spacing w:after="80"/>
      </w:pPr>
      <w:r>
        <w:rPr>
          <w:b w:val="0"/>
          <w:i w:val="0"/>
        </w:rPr>
        <w:t>Và đó chính là bí mật. Khi CHÍNH BẠN tự hào về bản thân, bạn nắm giữ mọi quyền lực.</w:t>
      </w:r>
    </w:p>
    <w:p>
      <w:pPr>
        <w:pStyle w:val="Heading2"/>
      </w:pPr>
      <w:r>
        <w:rPr>
          <w:rFonts w:ascii="Calibri" w:hAnsi="Calibri"/>
          <w:b/>
          <w:i w:val="0"/>
          <w:sz w:val="32"/>
        </w:rPr>
        <w:t>Đưa Ra Những Quyết Định Khiến CHÍNH BẠN Tự Hào</w:t>
      </w:r>
    </w:p>
    <w:p>
      <w:pPr>
        <w:spacing w:after="80"/>
      </w:pPr>
      <w:r>
        <w:rPr>
          <w:b w:val="0"/>
          <w:i w:val="0"/>
        </w:rPr>
        <w:t>Điều này đưa tôi đến một điểm rất quan trọng về việc ưu tiên nhu cầu của bạn trong khi vẫn duy trì những mối quan hệ yêu thương và nâng đỡ. Điểm mấu chốt ở đây không phải là sống như một người ích kỷ hay tự luyến không quan tâm đến người khác.</w:t>
      </w:r>
    </w:p>
    <w:p>
      <w:pPr>
        <w:spacing w:after="80"/>
      </w:pPr>
      <w:r>
        <w:rPr>
          <w:b w:val="0"/>
          <w:i w:val="0"/>
        </w:rPr>
        <w:t>Điểm mấu chốt là học cách đặt nhu cầu của mình lên trước trong khi cân bằng giữa điều phù hợp với bạn với những kỳ vọng và cảm xúc của người khác. Trong cuộc sống, bạn không muốn trở thành một tấm thảm chùi chân, nhưng bạn cũng không muốn trở thành một chiếc xe ủi vô tâm. Đó là một sự cân bằng.</w:t>
      </w:r>
    </w:p>
    <w:p>
      <w:pPr>
        <w:spacing w:after="80"/>
      </w:pPr>
      <w:r>
        <w:rPr>
          <w:b w:val="0"/>
          <w:i w:val="0"/>
        </w:rPr>
        <w:t>Giả sử bạn có một cuối tuần siêu bận rộn sắp tới. Một mặt, bạn có một người bạn thân đang tổ chức sinh nhật cột mốc quan trọng—và đó là một trong những cuối tuần cực kỳ vui khi bạn bè tụ họp lại để ăn mừng.</w:t>
      </w:r>
    </w:p>
    <w:p>
      <w:pPr>
        <w:spacing w:after="80"/>
      </w:pPr>
      <w:r>
        <w:rPr>
          <w:b w:val="0"/>
          <w:i w:val="0"/>
        </w:rPr>
        <w:t>Với bạn, điều đó nghĩa là phải lái xe bốn tiếng để đến nơi tổ chức bữa tiệc. Và bạn biết rằng quyết định đúng đắn cho mình là có mặt ở đó. Mặt khác, bạn đã hứa với bố mẹ từ nhiều tháng trước rằng bạn sẽ về nhà đúng cuối tuần này vì ông bà đang đến thăm.</w:t>
      </w:r>
    </w:p>
    <w:p>
      <w:pPr>
        <w:spacing w:after="80"/>
      </w:pPr>
      <w:r>
        <w:rPr>
          <w:b w:val="0"/>
          <w:i w:val="0"/>
        </w:rPr>
        <w:t>Bạn muốn làm cả hai.</w:t>
      </w:r>
    </w:p>
    <w:p>
      <w:pPr>
        <w:spacing w:after="80"/>
      </w:pPr>
      <w:r>
        <w:rPr>
          <w:b w:val="0"/>
          <w:i w:val="0"/>
        </w:rPr>
        <w:t>Bạn muốn là một người bạn tốt, bạn muốn là một đứa con tốt, và bạn muốn là một đứa cháu tốt, nên bạn dời non lấp bể để lái xe bốn tiếng về phía bắc thành phố để có mặt trong buổi tiệc tối thứ Sáu của bạn mình.</w:t>
      </w:r>
    </w:p>
    <w:p>
      <w:pPr>
        <w:spacing w:after="80"/>
      </w:pPr>
      <w:r>
        <w:rPr>
          <w:b w:val="0"/>
          <w:i w:val="0"/>
        </w:rPr>
        <w:t>Và bạn thấy vui vì mình đã làm vậy.</w:t>
      </w:r>
    </w:p>
    <w:p>
      <w:pPr>
        <w:spacing w:after="80"/>
      </w:pPr>
      <w:r>
        <w:rPr>
          <w:b w:val="0"/>
          <w:i w:val="0"/>
        </w:rPr>
        <w:t>Bạn thức khuya, cười đùa cùng bạn bè, và nốc hết một chai rượu vang. Bạn có một khoảng thời gian tuyệt vời. Rồi sáng hôm sau bạn thức dậy lúc 7 giờ sáng. Bạn lăn ra khỏi giường, mặc vội bộ đồ thể thao, để lại một mẩu giấy nói rằng bạn xin lỗi vì phải bỏ lỡ phần còn lại của cuối tuần, và lên xe lái thêm bốn tiếng nữa về nhà bố mẹ để dành phần còn lại của cuối tuần với ông bà.</w:t>
      </w:r>
    </w:p>
    <w:p>
      <w:pPr>
        <w:spacing w:after="80"/>
      </w:pPr>
      <w:r>
        <w:rPr>
          <w:b w:val="0"/>
          <w:i w:val="0"/>
        </w:rPr>
        <w:t>Trong khi lái xe trên đường, bạn tự hào về bản thân vì đã cố gắng hết sức.</w:t>
        <w:br/>
        <w:t>&lt;&lt;&lt;|&gt;&gt;&gt;</w:t>
        <w:br/>
        <w:t>Bạn không hề biết (sau này bạn sẽ biết), cô gái tổ chức sinh nhật đã buồn vì bạn rời đi và được cho là đã nói: "Tôi không hiểu tại sao cô ấy lại bận tâm đến nữa nếu cô ấy chỉ có thể ở lại một đêm."</w:t>
      </w:r>
    </w:p>
    <w:p>
      <w:pPr>
        <w:spacing w:after="80"/>
      </w:pPr>
      <w:r>
        <w:rPr>
          <w:b w:val="0"/>
          <w:i/>
        </w:rPr>
        <w:t>Kệ Cô Ấy.</w:t>
      </w:r>
    </w:p>
    <w:p>
      <w:pPr>
        <w:spacing w:after="80"/>
      </w:pPr>
      <w:r>
        <w:rPr>
          <w:b w:val="0"/>
          <w:i/>
        </w:rPr>
        <w:t>Để Cô Ấy.</w:t>
      </w:r>
    </w:p>
    <w:p>
      <w:pPr>
        <w:spacing w:after="80"/>
      </w:pPr>
      <w:r>
        <w:rPr>
          <w:b w:val="0"/>
          <w:i w:val="0"/>
        </w:rPr>
        <w:t>Bốn tiếng sau, bạn đang ở nhà bố mẹ—hơi mệt vì dư âm men rượu và cực kỳ kiệt sức. Bạn bước ra khỏi xe trong bộ đồ thể thao và ôm bà nội, người vui mừng đến mức rưng rưng nước mắt.</w:t>
      </w:r>
    </w:p>
    <w:p>
      <w:pPr>
        <w:spacing w:after="80"/>
      </w:pPr>
      <w:r>
        <w:rPr>
          <w:b w:val="0"/>
          <w:i w:val="0"/>
        </w:rPr>
        <w:t xml:space="preserve">Rồi bạn ôm mẹ, và bà thì thầm vào tai bạn, </w:t>
      </w:r>
      <w:r>
        <w:rPr>
          <w:b w:val="0"/>
          <w:i/>
        </w:rPr>
        <w:t>"Bà nội thất vọng lắm vì con không có ở đây khi bà đến tối qua."</w:t>
      </w:r>
      <w:r>
        <w:rPr>
          <w:b w:val="0"/>
          <w:i w:val="0"/>
        </w:rPr>
        <w:t xml:space="preserve"> Rồi bà nói thêm, </w:t>
      </w:r>
      <w:r>
        <w:rPr>
          <w:b w:val="0"/>
          <w:i/>
        </w:rPr>
        <w:t>"Mười phút nữa mình phải đi ăn trưa rồi. Con cần thay đồ đi."</w:t>
      </w:r>
    </w:p>
    <w:p>
      <w:pPr>
        <w:spacing w:after="80"/>
      </w:pPr>
      <w:r>
        <w:rPr>
          <w:b w:val="0"/>
          <w:i/>
        </w:rPr>
        <w:t>Mặc Kệ Họ.</w:t>
      </w:r>
    </w:p>
    <w:p>
      <w:pPr>
        <w:spacing w:after="80"/>
      </w:pPr>
      <w:r>
        <w:rPr>
          <w:b w:val="0"/>
          <w:i w:val="0"/>
        </w:rPr>
        <w:t xml:space="preserve">Tôi kể cho bạn câu chuyện này để chứng minh hai điều: Thứ nhất, ngay cả khi bạn cố gắng hết sức, uốn mình để làm hài lòng tất cả mọi người, và sắp xếp mọi thứ ổn thỏa, ngay cả ĐIỀU ĐÓ cũng không đảm bảo rằng người khác sẽ nghĩ tích cực về bạn. </w:t>
      </w:r>
      <w:r>
        <w:rPr>
          <w:b w:val="0"/>
          <w:i/>
        </w:rPr>
        <w:t>Mặc Kệ Họ</w:t>
      </w:r>
      <w:r>
        <w:rPr>
          <w:b w:val="0"/>
          <w:i w:val="0"/>
        </w:rPr>
        <w:t>.</w:t>
      </w:r>
    </w:p>
    <w:p>
      <w:pPr>
        <w:spacing w:after="80"/>
      </w:pPr>
      <w:r>
        <w:rPr>
          <w:b w:val="0"/>
          <w:i w:val="0"/>
        </w:rPr>
        <w:t>Thứ hai—và đây là điểm quan trọng nhất—đừng trở thành người uốn mình để làm hài lòng tất cả mọi người. Tôi từng là người như vậy. Nó khiến tôi kiệt quệ và cảm thấy như chẳng có gì tôi làm là đủ tốt.</w:t>
      </w:r>
    </w:p>
    <w:p>
      <w:pPr>
        <w:spacing w:after="80"/>
      </w:pPr>
      <w:r>
        <w:rPr>
          <w:b w:val="0"/>
          <w:i w:val="0"/>
        </w:rPr>
        <w:t xml:space="preserve">Giờ khi đã biết Lý thuyết Mặc Kệ Họ, tôi uốn mình để làm hài lòng </w:t>
      </w:r>
      <w:r>
        <w:rPr>
          <w:b w:val="0"/>
          <w:i/>
        </w:rPr>
        <w:t>chính mình</w:t>
      </w:r>
      <w:r>
        <w:rPr>
          <w:b w:val="0"/>
          <w:i w:val="0"/>
        </w:rPr>
        <w:t xml:space="preserve">. </w:t>
      </w:r>
      <w:r>
        <w:rPr>
          <w:b w:val="0"/>
          <w:i/>
        </w:rPr>
        <w:t>Để tôi</w:t>
      </w:r>
      <w:r>
        <w:rPr>
          <w:b w:val="0"/>
          <w:i w:val="0"/>
        </w:rPr>
        <w:t xml:space="preserve"> giải thích.</w:t>
      </w:r>
    </w:p>
    <w:p>
      <w:pPr>
        <w:spacing w:after="80"/>
      </w:pPr>
      <w:r>
        <w:rPr>
          <w:b w:val="0"/>
          <w:i w:val="0"/>
        </w:rPr>
        <w:t>Lý do để nỗ lực phi thường, hay để vừa có mặt ở tiệc sinh nhật bạn vừa về thăm ông bà, là vì điều đó khiến BẠN tự hào về chính mình. Đừng đến tiệc sinh nhật bạn để họ nghĩ bạn là một người bạn tốt. Hãy đến tiệc sinh nhật bạn vì điều đó khiến BẠN cảm thấy mình là một người bạn tốt.</w:t>
      </w:r>
    </w:p>
    <w:p>
      <w:pPr>
        <w:spacing w:after="80"/>
      </w:pPr>
      <w:r>
        <w:rPr>
          <w:b w:val="0"/>
          <w:i w:val="0"/>
        </w:rPr>
        <w:t>Đừng về nhà thăm ông bà vì điều đó làm mẹ bạn vui. Hãy về nhà thăm ông bà vì điều đó khiến BẠN vui khi đặt ông bà và gia đình lên ưu tiên.</w:t>
      </w:r>
    </w:p>
    <w:p>
      <w:pPr>
        <w:spacing w:after="80"/>
      </w:pPr>
      <w:r>
        <w:rPr>
          <w:b w:val="0"/>
          <w:i w:val="0"/>
        </w:rPr>
        <w:t>Khi bạn hành động theo cách khiến bạn tự hào về chính mình, thì người khác nghĩ gì không còn quan trọng. Họ sẽ tức giận vì bạn về sớm. Họ sẽ tức giận vì bạn đến muộn. Luôn có ai đó thất vọng về những quyết định bạn đưa ra. Đừng bao giờ để người thất vọng lại là chính bạn. Và đừng để cảm giác tội lỗi dẫn dắt quyết định của bạn.</w:t>
      </w:r>
    </w:p>
    <w:p>
      <w:pPr>
        <w:spacing w:after="80"/>
      </w:pPr>
      <w:r>
        <w:rPr>
          <w:b w:val="0"/>
          <w:i w:val="0"/>
        </w:rPr>
        <w:t>Khi bạn về nhà bố mẹ vì cảm thấy "tội lỗi", bạn đã biến bố mẹ thành kẻ xấu. Khi bạn chọn về vì nếu không về bạn sẽ tự giận chính mình, bạn đang làm chủ quyết định của mình.</w:t>
      </w:r>
    </w:p>
    <w:p>
      <w:pPr>
        <w:spacing w:after="80"/>
      </w:pPr>
      <w:r>
        <w:rPr>
          <w:b w:val="0"/>
          <w:i w:val="0"/>
        </w:rPr>
        <w:t>Đây là một ví dụ rất rõ ràng về cách ngừng lo lắng về điều người khác nghĩ, và để giá trị của bạn dẫn dắt quyết định của bạn.</w:t>
      </w:r>
    </w:p>
    <w:p>
      <w:pPr>
        <w:spacing w:after="80"/>
      </w:pPr>
      <w:r>
        <w:rPr>
          <w:b w:val="0"/>
          <w:i w:val="0"/>
        </w:rPr>
        <w:t>Nhưng còn những khoảnh khắc khi ý kiến của bạn và của người khác thực sự xung đột thì sao? Như kiểu nếu mẹ bạn không thích người mà bạn sắp cưới thì sao? Lúc đó bạn làm gì?</w:t>
      </w:r>
    </w:p>
    <w:p>
      <w:pPr>
        <w:spacing w:after="80"/>
      </w:pPr>
      <w:r>
        <w:rPr>
          <w:b w:val="0"/>
          <w:i w:val="0"/>
        </w:rPr>
        <w:t>Tôi từng ở trong hoàn cảnh đó.</w:t>
      </w:r>
    </w:p>
    <w:p>
      <w:pPr>
        <w:pStyle w:val="Heading1"/>
      </w:pPr>
      <w:r>
        <w:rPr>
          <w:rFonts w:ascii="Calibri" w:hAnsi="Calibri"/>
          <w:b/>
          <w:i w:val="0"/>
          <w:sz w:val="40"/>
        </w:rPr>
        <w:t>CHƯƠNG 6</w:t>
      </w:r>
    </w:p>
    <w:p>
      <w:pPr>
        <w:pStyle w:val="Heading1"/>
      </w:pPr>
      <w:r>
        <w:rPr>
          <w:rFonts w:ascii="Calibri" w:hAnsi="Calibri"/>
          <w:b/>
          <w:i w:val="0"/>
          <w:sz w:val="40"/>
        </w:rPr>
        <w:t>Cách Yêu Thương Những Người Khó Ưa</w:t>
      </w:r>
    </w:p>
    <w:p>
      <w:pPr>
        <w:spacing w:after="80"/>
      </w:pPr>
      <w:r>
        <w:rPr>
          <w:b w:val="0"/>
          <w:i w:val="0"/>
        </w:rPr>
        <w:t>Theo tôi, việc áp dụng Lý thuyết Mặc Kệ Họ với người lạ, đồng nghiệp, và cả bạn bè thì dễ hơn, vì bạn thường có chút khoảng cách với họ để nạp lại năng lượng sau khi áp dụng. Bạn có thể bước vào phòng ngủ và đóng cửa lại. Bạn có thể về nhà sau giờ làm. Bạn có thể rời khỏi máy bay.</w:t>
      </w:r>
    </w:p>
    <w:p>
      <w:pPr>
        <w:spacing w:after="80"/>
      </w:pPr>
      <w:r>
        <w:rPr>
          <w:b w:val="0"/>
          <w:i w:val="0"/>
        </w:rPr>
        <w:t>Và hầu hết thời gian, bạn thậm chí sẽ không biết khi ai đó đang nghĩ điều tiêu cực về bạn. Nhưng gia đình thì khác. Gia đình ở bên bạn cả đời.</w:t>
      </w:r>
    </w:p>
    <w:p>
      <w:pPr>
        <w:spacing w:after="80"/>
      </w:pPr>
      <w:r>
        <w:rPr>
          <w:b w:val="0"/>
          <w:i w:val="0"/>
        </w:rPr>
        <w:t>Gia đình bạn thường thẳng thắn và nói thẳng vào mặt bạn hơn nhiều với những ý kiến của họ: Họ bực vì bạn không về nhà dịp lễ. Họ liên tục thắc mắc tại sao bạn vẫn còn độc thân. Họ nghĩ bạn đã hủy hoại cuộc đời mình bằng cách bỏ học. Họ ghét nhóm bạn của bạn. Họ không đồng ý với cách bạn đang sống. Họ nói rõ rằng họ không thích người bạn đang hẹn hò. Họ không muốn bạn nghỉ việc để khởi nghiệp. Họ ước gì bạn chăm sóc bản thân tốt hơn và họ nói về điều đó rất to tiếng.</w:t>
      </w:r>
    </w:p>
    <w:p>
      <w:pPr>
        <w:spacing w:after="80"/>
      </w:pPr>
      <w:r>
        <w:rPr>
          <w:b w:val="0"/>
          <w:i w:val="0"/>
        </w:rPr>
        <w:t>Gia đình thường khắt khe hơn với bạn ngay trước mặt vì họ có phần liên quan đến hạnh phúc và thành công của bạn. Nhiều khi, khi gia đình quan tâm, họ thể hiện bằng cách thúc ép bạn. Khi họ không thích bạn bè của bạn, hoặc họ nghĩ bạn đang đi sai đường, hoặc họ ước gì bạn chăm sóc bản thân tốt hơn, họ cho bạn biết điều đó.</w:t>
      </w:r>
    </w:p>
    <w:p>
      <w:pPr>
        <w:spacing w:after="80"/>
      </w:pPr>
      <w:r>
        <w:rPr>
          <w:b w:val="0"/>
          <w:i w:val="0"/>
        </w:rPr>
        <w:t>Hầu hết thời gian, đó là cách gia đình bạn cho bạn thấy rằng họ quan tâm. Họ muốn nhiều hơn thế cho bạn, họ muốn bạn hạnh phúc và họ nhìn thấy tất cả tiềm năng của bạn khi nó đang bị lãng phí. Tuy nhiên, nó rất dễ vượt qua ranh giới từ quan tâm sang kiểm soát.</w:t>
      </w:r>
    </w:p>
    <w:p>
      <w:pPr>
        <w:spacing w:after="80"/>
      </w:pPr>
      <w:r>
        <w:rPr>
          <w:b w:val="0"/>
          <w:i w:val="0"/>
        </w:rPr>
        <w:t>Gia đình đã có ý kiến về bạn từ khi bạn sinh ra. Họ biết bạn lâu nhất. Họ cảm thấy có quyền đưa ra ý kiến của mình vì họ nghĩ họ biết điều gì tốt nhất cho bạn. (Mà thường thì đó cũng là điều cảm thấy tốt nhất cho họ.)</w:t>
      </w:r>
    </w:p>
    <w:p>
      <w:pPr>
        <w:spacing w:after="80"/>
      </w:pPr>
      <w:r>
        <w:rPr>
          <w:b w:val="0"/>
          <w:i w:val="0"/>
        </w:rPr>
        <w:t>Thêm nữa, mọi người trong gia đình bạn đều có kỳ vọng về nhau và về cách gia đình nên vận hành. Những mối quan hệ gia đình này cắt sâu hơn những mối quan hệ khác vì bạn đã biết họ từ lâu—và những mối quan hệ này tạo thành một hệ thống liên kết với nhau. Điều này cũng giải thích tại sao gia đình bạn thường phản ứng kịch tính hơn với bất kỳ thay đổi nào bạn thực hiện—vì bạn là một phần của hệ thống gia đình đó. Bất kỳ thay đổi nào bạn thực hiện sẽ tạo ra những làn sóng tích cực hoặc tiêu cực lan khắp toàn bộ hệ thống.</w:t>
      </w:r>
    </w:p>
    <w:p>
      <w:pPr>
        <w:spacing w:after="80"/>
      </w:pPr>
      <w:r>
        <w:rPr>
          <w:b w:val="0"/>
          <w:i w:val="0"/>
        </w:rPr>
        <w:t>Biết rằng mọi người sẽ có phản ứng vì bạn là một phần của mạng lưới các mối quan hệ đan xen đã tồn tại qua nhiều thế hệ có thể giúp bạn xử lý điều này tốt hơn.</w:t>
      </w:r>
    </w:p>
    <w:p>
      <w:pPr>
        <w:spacing w:after="80"/>
      </w:pPr>
      <w:r>
        <w:rPr>
          <w:b w:val="0"/>
          <w:i w:val="0"/>
        </w:rPr>
        <w:t>Tôi không nói rằng những kỳ vọng đó hay hệ thống đó là đúng. Tôi chỉ nói rằng đó là thực tế. Và tôi thấy rằng hiểu bối cảnh rộng lớn hơn của bất kỳ tình huống nào giúp tôi giữ được quyền kiểm soát cách mình thể hiện trong gia đình.</w:t>
      </w:r>
    </w:p>
    <w:p>
      <w:pPr>
        <w:spacing w:after="80"/>
      </w:pPr>
      <w:r>
        <w:rPr>
          <w:b w:val="0"/>
          <w:i w:val="0"/>
        </w:rPr>
        <w:t>Ví dụ, nếu bạn quyết định ly hôn với vợ/chồng mình, hoặc bạn không còn muốn theo những truyền thống cũ, hoặc bạn kết hôn với người ngoài tôn giáo của bạn, hoặc bạn theo đuổi một con đường sự nghiệp khác biệt, hoặc bạn có niềm tin chính trị khác, điều này sẽ tạo ra những làn sóng chấn động lan khắp toàn bộ hệ thống gia đình vì nó phá vỡ kỳ vọng và niềm tin của mọi người về con người bạn và cách bạn nên sống cuộc đời mình.</w:t>
      </w:r>
    </w:p>
    <w:p>
      <w:pPr>
        <w:spacing w:after="80"/>
      </w:pPr>
      <w:r>
        <w:rPr>
          <w:b w:val="0"/>
          <w:i w:val="0"/>
        </w:rPr>
        <w:t>Không đâu rõ ràng hơn điều này bằng khi động lực giữa con riêng và cha/mẹ kế được thêm vào mạng lưới đan xen. Đây là một cú sốc lớn đối với hệ thống gia đình và có thể làm nên hoặc phá vỡ nó, tốt hơn hoặc tệ hơn. Mọi kỳ vọng về cách gia đình vận hành khi những cá nhân mới được đưa vào đều bị ném ra ngoài cửa sổ. Thay đổi có thể rất khó chấp nhận. Đặc biệt là đối với những đứa trẻ bị buộc phải chấp nhận sự thay đổi này và vận hành như một gia đình hòa hợp hạnh phúc lớn.</w:t>
      </w:r>
    </w:p>
    <w:p>
      <w:pPr>
        <w:spacing w:after="80"/>
      </w:pPr>
      <w:r>
        <w:rPr>
          <w:b w:val="0"/>
          <w:i w:val="0"/>
        </w:rPr>
        <w:t xml:space="preserve">Học thuyết Let Them sẽ là một bước ngoặt trong việc giúp bạn xử lý vai trò cha/mẹ kế của mình. Là người lớn, trách nhiệm của bạn là </w:t>
      </w:r>
      <w:r>
        <w:rPr>
          <w:b w:val="0"/>
          <w:i/>
        </w:rPr>
        <w:t>Let Them</w:t>
      </w:r>
      <w:r>
        <w:rPr>
          <w:b w:val="0"/>
          <w:i w:val="0"/>
        </w:rPr>
        <w:t xml:space="preserve"> đau buồn. </w:t>
      </w:r>
      <w:r>
        <w:rPr>
          <w:b w:val="0"/>
          <w:i/>
        </w:rPr>
        <w:t>Let Them</w:t>
      </w:r>
      <w:r>
        <w:rPr>
          <w:b w:val="0"/>
          <w:i w:val="0"/>
        </w:rPr>
        <w:t xml:space="preserve"> coi bạn (và con bạn) là mối đe dọa, vì dù ý định của bạn có tốt đến đâu, bạn vẫn là một mối đe dọa. Chúng phải cạnh tranh với bạn để có thời gian với cha/mẹ chúng. Điều đó đúng. Chúng đang tìm kiếm sự kiểm soát, giống như bạn vậy. </w:t>
      </w:r>
      <w:r>
        <w:rPr>
          <w:b w:val="0"/>
          <w:i/>
        </w:rPr>
        <w:t>Let Them</w:t>
      </w:r>
      <w:r>
        <w:rPr>
          <w:b w:val="0"/>
          <w:i w:val="0"/>
        </w:rPr>
        <w:t xml:space="preserve"> cảm nhận cảm xúc của chúng. </w:t>
      </w:r>
      <w:r>
        <w:rPr>
          <w:b w:val="0"/>
          <w:i/>
        </w:rPr>
        <w:t>Let Them</w:t>
      </w:r>
      <w:r>
        <w:rPr>
          <w:b w:val="0"/>
          <w:i w:val="0"/>
        </w:rPr>
        <w:t xml:space="preserve"> có thời gian riêng với cha/mẹ chúng. Nếu chúng không phải thích bạn. </w:t>
      </w:r>
      <w:r>
        <w:rPr>
          <w:b w:val="0"/>
          <w:i/>
        </w:rPr>
        <w:t>Let Them</w:t>
      </w:r>
      <w:r>
        <w:rPr>
          <w:b w:val="0"/>
          <w:i w:val="0"/>
        </w:rPr>
        <w:t>.</w:t>
      </w:r>
    </w:p>
    <w:p>
      <w:pPr>
        <w:spacing w:after="80"/>
      </w:pPr>
      <w:r>
        <w:rPr>
          <w:b w:val="0"/>
          <w:i w:val="0"/>
        </w:rPr>
        <w:t>Đừng bao giờ quên rằng con riêng, đặc biệt, cần sự thấu hiểu, lòng bao dung và lòng trắc ẩn từ bạn. Chúng không chỉ đang học cách chấp nhận một người lớn mới trong cuộc đời mình; chúng còn đang đau buồn vì mất đi gia đình mà chúng mong muốn. Điều này là BÌNH THƯỜNG.</w:t>
      </w:r>
    </w:p>
    <w:p>
      <w:pPr>
        <w:spacing w:after="80"/>
      </w:pPr>
      <w:r>
        <w:rPr>
          <w:b w:val="0"/>
          <w:i w:val="0"/>
        </w:rPr>
        <w:t xml:space="preserve">Hiểu bối cảnh rộng lớn hơn sẽ giúp bạn tập trung vào phần </w:t>
      </w:r>
      <w:r>
        <w:rPr>
          <w:b w:val="0"/>
          <w:i/>
        </w:rPr>
        <w:t>Let Me</w:t>
      </w:r>
      <w:r>
        <w:rPr>
          <w:b w:val="0"/>
          <w:i w:val="0"/>
        </w:rPr>
        <w:t xml:space="preserve"> và hành xử với nhiều lòng bao dung hơn và trở thành người lớn khôn ngoan và giàu lòng trắc ẩn. Bạn càng thể hiện nhiều lòng bao dung và tử tế, bạn càng tạo ra nhiều không gian cho sự thay đổi trong động lực xảy ra.</w:t>
      </w:r>
    </w:p>
    <w:p>
      <w:pPr>
        <w:spacing w:after="80"/>
      </w:pPr>
      <w:r>
        <w:rPr>
          <w:b w:val="0"/>
          <w:i w:val="0"/>
        </w:rPr>
        <w:t>Những động lực giữa con riêng và cha/mẹ kế này rất khó khăn. Không có gì suôn sẻ về chúng. Nhưng chúng cũng có tiềm năng trở nên đẹp đẽ hơn nhiều với sự giúp đỡ của Học thuyết Let Them và một công cụ cụ thể mà bạn sắp học trong chương này.</w:t>
      </w:r>
    </w:p>
    <w:p>
      <w:pPr>
        <w:spacing w:after="80"/>
      </w:pPr>
      <w:r>
        <w:rPr>
          <w:b w:val="0"/>
          <w:i w:val="0"/>
        </w:rPr>
        <w:t>Tôi từng nghe một nhà trị liệu nói tại một hội nghị, "Nếu không vì gia đình, tôi đã chẳng có công việc kinh doanh." Khi nói đến gia đình, người thân của bạn có quyền có ý kiến của họ, nhưng điều đó khác với việc họ từ chối quyền sống cuộc đời mình, làm chính mình và yêu người mình chọn yêu của bạn. Ý kiến của họ đúng hay không không phải là vấn đề. Cách bạn liên hệ với ý kiến của họ mới là điều quan trọng.</w:t>
      </w:r>
    </w:p>
    <w:p>
      <w:pPr>
        <w:spacing w:after="80"/>
      </w:pPr>
      <w:r>
        <w:rPr>
          <w:b w:val="0"/>
          <w:i w:val="0"/>
        </w:rPr>
        <w:t xml:space="preserve">Vậy, điều gì xảy ra khi những người thân yêu của bạn không đồng ý với cách bạn đang sống cuộc đời mình hoặc con người bạn? Tôi có thể đồng cảm. Đây là điều bạn sẽ làm về nó. </w:t>
      </w:r>
      <w:r>
        <w:rPr>
          <w:b w:val="0"/>
          <w:i/>
        </w:rPr>
        <w:t>Let Them</w:t>
      </w:r>
      <w:r>
        <w:rPr>
          <w:b w:val="0"/>
          <w:i w:val="0"/>
        </w:rPr>
        <w:t>.</w:t>
      </w:r>
    </w:p>
    <w:p>
      <w:pPr>
        <w:spacing w:after="80"/>
      </w:pPr>
      <w:r>
        <w:rPr>
          <w:b w:val="0"/>
          <w:i w:val="0"/>
        </w:rPr>
        <w:t xml:space="preserve">Đừng cố gắng thay đổi ý kiến của họ. Hãy cho họ quyền tự do có ý kiến riêng. Dù đó là con riêng của bạn, chị dâu của bạn, bà của bạn, hay anh trai của bạn, họ đều được phép nghĩ bất cứ điều gì họ muốn. Và họ thậm chí còn được phép không thích bạn hoặc người mà bạn yêu thương. Vậy nên, </w:t>
      </w:r>
      <w:r>
        <w:rPr>
          <w:b w:val="0"/>
          <w:i/>
        </w:rPr>
        <w:t>Hãy Để Họ</w:t>
      </w:r>
      <w:r>
        <w:rPr>
          <w:b w:val="0"/>
          <w:i w:val="0"/>
        </w:rPr>
        <w:t xml:space="preserve">. Và sau đó, </w:t>
      </w:r>
      <w:r>
        <w:rPr>
          <w:b w:val="0"/>
          <w:i/>
        </w:rPr>
        <w:t>Hãy Để Tôi</w:t>
      </w:r>
      <w:r>
        <w:rPr>
          <w:b w:val="0"/>
          <w:i w:val="0"/>
        </w:rPr>
        <w:t xml:space="preserve"> chọn cách phản hồi.</w:t>
      </w:r>
    </w:p>
    <w:p>
      <w:pPr>
        <w:pStyle w:val="Heading2"/>
      </w:pPr>
      <w:r>
        <w:rPr>
          <w:rFonts w:ascii="Calibri" w:hAnsi="Calibri"/>
          <w:b/>
          <w:i w:val="0"/>
          <w:sz w:val="32"/>
        </w:rPr>
        <w:t>Khung Tham Chiếu</w:t>
      </w:r>
    </w:p>
    <w:p>
      <w:pPr>
        <w:spacing w:after="80"/>
      </w:pPr>
      <w:r>
        <w:rPr>
          <w:b w:val="0"/>
          <w:i w:val="0"/>
        </w:rPr>
        <w:t xml:space="preserve">Bạn tôi, Lisa Bilyeu, tác giả sách bán chạy nhất, người dẫn chương trình podcast </w:t>
      </w:r>
      <w:r>
        <w:rPr>
          <w:b w:val="0"/>
          <w:i/>
        </w:rPr>
        <w:t>Women of Impact</w:t>
      </w:r>
      <w:r>
        <w:rPr>
          <w:b w:val="0"/>
          <w:i w:val="0"/>
        </w:rPr>
        <w:t>, và là đồng sáng lập công ty dinh dưỡng trị giá hàng tỷ đô la Quest Nutrition, đã chia sẻ với tôi khái niệm Khung Tham Chiếu (Frame of Reference).</w:t>
      </w:r>
    </w:p>
    <w:p>
      <w:pPr>
        <w:spacing w:after="80"/>
      </w:pPr>
      <w:r>
        <w:rPr>
          <w:b w:val="0"/>
          <w:i w:val="0"/>
        </w:rPr>
        <w:t>Đây là một công cụ giúp bạn xử lý những tình huống khi ai đó không tán thành con người bạn, người bạn yêu, điều bạn tin tưởng, hoặc cách bạn đang sống cuộc đời mình, và bạn muốn giải quyết điều này ở một tầng sâu hơn.</w:t>
      </w:r>
    </w:p>
    <w:p>
      <w:pPr>
        <w:spacing w:after="80"/>
      </w:pPr>
      <w:r>
        <w:rPr>
          <w:b w:val="0"/>
          <w:i w:val="0"/>
        </w:rPr>
        <w:t>Tôi đã từng ở trong hoàn cảnh đó và có lẽ bạn cũng vậy.</w:t>
      </w:r>
    </w:p>
    <w:p>
      <w:pPr>
        <w:spacing w:after="80"/>
      </w:pPr>
      <w:r>
        <w:rPr>
          <w:b w:val="0"/>
          <w:i w:val="0"/>
        </w:rPr>
        <w:t xml:space="preserve">Khán giả podcast toàn cầu của chúng tôi đã phát cuồng vì Khung Tham Chiếu khi Lisa mô tả nó như một công cụ tư duy đã giúp ích cho các mối quan hệ của cô ấy. </w:t>
      </w:r>
      <w:r>
        <w:rPr>
          <w:b w:val="0"/>
          <w:i/>
        </w:rPr>
        <w:t>Khung Tham Chiếu</w:t>
      </w:r>
      <w:r>
        <w:rPr>
          <w:b w:val="0"/>
          <w:i w:val="0"/>
        </w:rPr>
        <w:t xml:space="preserve"> là một cách nói hoa mỹ để chỉ "hiểu được lăng kính mà qua đó ai đó nhìn nhận một điều gì đó" và nó kết hợp tuyệt vời với Học Thuyết Hãy Để Họ.</w:t>
      </w:r>
    </w:p>
    <w:p>
      <w:pPr>
        <w:spacing w:after="80"/>
      </w:pPr>
      <w:r>
        <w:rPr>
          <w:b w:val="0"/>
          <w:i w:val="0"/>
        </w:rPr>
        <w:t>Tôi sẽ kể cho bạn một ví dụ từ cuộc đời mình. Khi tôi gặp chồng tôi, Chris, tôi vô cùng sung sướng và yêu điên cuồng. Và khi anh ấy cầu hôn, tôi thực sự như đang ở trên mây. Vào thời điểm đó, tôi nhớ mẹ tôi dường như không hào hứng như tôi mong đợi.</w:t>
      </w:r>
    </w:p>
    <w:p>
      <w:pPr>
        <w:spacing w:after="80"/>
      </w:pPr>
      <w:r>
        <w:rPr>
          <w:b w:val="0"/>
          <w:i w:val="0"/>
        </w:rPr>
        <w:t>Thế là tôi có cuộc trò chuyện với bà, trong đó tôi nói với bà rằng tôi muốn bà vui mừng cho tôi, và tôi đề nghị bà hãy hành xử như thể chính bà là người đã chọn anh ấy cho tôi.</w:t>
      </w:r>
    </w:p>
    <w:p>
      <w:pPr>
        <w:spacing w:after="80"/>
      </w:pPr>
      <w:r>
        <w:rPr>
          <w:b w:val="0"/>
          <w:i w:val="0"/>
        </w:rPr>
        <w:t>Và bà nói, "Nhưng mẹ đâu có chọn anh ấy cho con, và nếu để mẹ quyết thì mẹ đã không chọn, nên mẹ sẽ không giả vờ như mẹ đã chọn."</w:t>
      </w:r>
    </w:p>
    <w:p>
      <w:pPr>
        <w:spacing w:after="80"/>
      </w:pPr>
      <w:r>
        <w:rPr>
          <w:b w:val="0"/>
          <w:i w:val="0"/>
        </w:rPr>
        <w:t>Lúc đó, tôi giận đến mức không biết phải làm gì. Tôi không muốn cắt bà ra khỏi cuộc đời mình, nhưng tôi không biết phải xử lý tình huống này thế nào. Tôi đây đang yêu điên cuồng một người mà tôi biết là tri kỷ của mình, vậy mà mẹ tôi nói thẳng vào mặt tôi, "Mẹ sẽ không bao giờ chọn anh ấy cho con," rồi từ chối tỏ ra vui mừng cho tôi.</w:t>
      </w:r>
    </w:p>
    <w:p>
      <w:pPr>
        <w:spacing w:after="80"/>
      </w:pPr>
      <w:r>
        <w:rPr>
          <w:b w:val="0"/>
          <w:i w:val="0"/>
        </w:rPr>
        <w:t>Tôi vẫn kết hôn với Chris, nhưng tôi cảm thấy sự căng thẳng của việc bị phản đối ẩn dưới mối quan hệ giữa tôi và mẹ tôi suốt nhiều năm. Thật khó để tôi quên đi những gì bà đã nói. Và tôi không biết làm sao để buông bỏ nó.</w:t>
      </w:r>
    </w:p>
    <w:p>
      <w:pPr>
        <w:spacing w:after="80"/>
      </w:pPr>
      <w:r>
        <w:rPr>
          <w:b w:val="0"/>
          <w:i w:val="0"/>
        </w:rPr>
        <w:t>Theo thời gian, sự căng thẳng tan biến, và 30 năm sau, mẹ tôi vô cùng yêu quý Chris. Bà thích đùa rằng, "Chris, con là con rể cưng nhất của mẹ" (anh ấy cũng là con rể duy nhất của bà).</w:t>
      </w:r>
    </w:p>
    <w:p>
      <w:pPr>
        <w:spacing w:after="80"/>
      </w:pPr>
      <w:r>
        <w:rPr>
          <w:b w:val="0"/>
          <w:i w:val="0"/>
        </w:rPr>
        <w:t>Vậy tôi đã xử lý việc này thế nào? Chỉ mới gần đây, khi sử dụng Học Thuyết Hãy Để Họ và công cụ này, Khung Tham Chiếu, tôi mới thực sự hiểu tại sao bà lại cảm thấy như vậy. Nó đã thực sự thay đổi cuộc chơi trong mối quan hệ của tôi với mẹ và khả năng của tôi trong việc giữ không gian cho bà khi tôi không đồng ý với ý kiến của bà.</w:t>
      </w:r>
    </w:p>
    <w:p>
      <w:pPr>
        <w:spacing w:after="80"/>
      </w:pPr>
      <w:r>
        <w:rPr>
          <w:b w:val="0"/>
          <w:i w:val="0"/>
        </w:rPr>
        <w:t>Bạn thấy đấy, nếu tôi đặt mình vào vị trí của mẹ tôi, biết những gì tôi biết về cuộc đời bà, thì tôi cũng sẽ không muốn tôi kết hôn với Chris. Tại sao? Bởi vì Chris đến từ Bờ Đông và kết hôn với anh ấy nghĩa là tôi có thể sẽ định cư ở miền Đông và không bao giờ quay về quê nhà ở Trung Tây hay sống gần mẹ và cha tôi nữa.</w:t>
      </w:r>
    </w:p>
    <w:p>
      <w:pPr>
        <w:spacing w:after="80"/>
      </w:pPr>
      <w:r>
        <w:rPr>
          <w:b w:val="0"/>
          <w:i w:val="0"/>
        </w:rPr>
        <w:t>Bởi vì Khung Tham Chiếu của mẹ tôi là khi bà rời nhà và gặp cha tôi, bà cũng không bao giờ quay về quê nhà nữa. Mẹ tôi rời trang trại gia đình mà bà lớn lên ở vùng thượng New York khi bà 17 tuổi để vào đại học ở Kansas. Bà gặp cha tôi ở đó, và họ yêu nhau. Đến khi bà 19 tuổi, bà đã kết hôn và có tôi.</w:t>
      </w:r>
    </w:p>
    <w:p>
      <w:pPr>
        <w:spacing w:after="80"/>
      </w:pPr>
      <w:r>
        <w:rPr>
          <w:b w:val="0"/>
          <w:i w:val="0"/>
        </w:rPr>
        <w:t>Đó không phải là điều bà hay cha tôi đã dự tính, nhưng đó là những gì đã xảy ra. Thực tế, khi cha mẹ của cha tôi phát hiện ra rằng mẹ tôi đang mang thai tôi, bà nội tôi đã nói với mẹ tôi lúc đó 19 tuổi rằng, "Mẹ hy vọng con vừa không phá hỏng cuộc đời con trai mẹ."</w:t>
      </w:r>
    </w:p>
    <w:p>
      <w:pPr>
        <w:spacing w:after="80"/>
      </w:pPr>
      <w:r>
        <w:rPr>
          <w:b w:val="0"/>
          <w:i w:val="0"/>
        </w:rPr>
        <w:t>Cậu có tưởng tượng được không? Khi mình nghĩ về việc bố mẹ mình còn trẻ như thế nào và việc họ sống ở Kansas mà không có gia đình bên cạnh, mình thấy buồn vô cùng.</w:t>
      </w:r>
    </w:p>
    <w:p>
      <w:pPr>
        <w:spacing w:after="80"/>
      </w:pPr>
      <w:r>
        <w:rPr>
          <w:b w:val="0"/>
          <w:i w:val="0"/>
        </w:rPr>
        <w:t>Đây là trải nghiệm sống thực của mẹ mình, và nó đã hình thành nên Khung Tham Chiếu (Frame of Reference) của mẹ về việc nuôi dạy một gia đình xa cách bố mẹ đến vậy, và việc không có sự hỗ trợ từ gia đình bên cạnh khó khăn đến nhường nào.</w:t>
      </w:r>
    </w:p>
    <w:p>
      <w:pPr>
        <w:spacing w:after="80"/>
      </w:pPr>
      <w:r>
        <w:rPr>
          <w:b w:val="0"/>
          <w:i w:val="0"/>
        </w:rPr>
        <w:t>Cuối cùng bố mẹ mình định cư ở Michigan sau khi bố hoàn thành chương trình nội trú và trường y, và trong suốt thời gian lớn lên, mình hiếm khi gặp ông bà hay họ hàng vì họ sống quá xa. Chỉ có mình, mẹ, bố và anh trai mình. Gia đình nhỏ bốn người của chúng mình chống lại cả thế giới.</w:t>
      </w:r>
    </w:p>
    <w:p>
      <w:pPr>
        <w:spacing w:after="80"/>
      </w:pPr>
      <w:r>
        <w:rPr>
          <w:b w:val="0"/>
          <w:i w:val="0"/>
        </w:rPr>
        <w:t>Vậy nên khi mình rời nhà để đi học đại học ở Bờ Đông, hẳn điều đó đã khơi dậy toàn bộ nỗi sợ rằng mình có thể sẽ không bao giờ trở về nhà. Và khi mình gặp Chris ở New York, người cũng đến từ Bờ Đông, điều đó càng củng cố nỗi sợ lớn nhất của mẹ rằng mình cũng sẽ bắt đầu cuộc sống của mình ở một nơi xa xôi và không bao giờ quay về thị trấn nhỏ ở Trung Tây của mình.</w:t>
      </w:r>
    </w:p>
    <w:p>
      <w:pPr>
        <w:spacing w:after="80"/>
      </w:pPr>
      <w:r>
        <w:rPr>
          <w:b w:val="0"/>
          <w:i w:val="0"/>
        </w:rPr>
        <w:t>Và đó chính xác là những gì đã xảy ra. Nỗi sợ lớn nhất của mẹ mình đã thành sự thật. Khi bạn nhìn nó từ Khung Tham Chiếu của mẹ mình, mẹ thấy câu chuyện của chính mẹ đang diễn ra trước mắt, một lần nữa. Mình sẽ chuyển đi xa, gặp một ai đó và không bao giờ trở về nhà.</w:t>
      </w:r>
    </w:p>
    <w:p>
      <w:pPr>
        <w:spacing w:after="80"/>
      </w:pPr>
      <w:r>
        <w:rPr>
          <w:b w:val="0"/>
          <w:i w:val="0"/>
        </w:rPr>
        <w:t>Và mẹ đã đúng. Mình chắc rằng mẹ muốn mình cưới một người nào đó từ Michigan để mình định cư gần họ. Ba mươi năm trước khi mình gặp Chris, mình đã không nghĩ đến Khung Tham Chiếu của mẹ. Mình chỉ thấy bị xúc phạm, tức giận và kết luận rằng mẹ "không ủng hộ mình".</w:t>
      </w:r>
    </w:p>
    <w:p>
      <w:pPr>
        <w:spacing w:after="80"/>
      </w:pPr>
      <w:r>
        <w:rPr>
          <w:b w:val="0"/>
          <w:i w:val="0"/>
        </w:rPr>
        <w:t>Giờ mình có thể thấy rằng mẹ đã ủng hộ mình—mẹ chỉ sợ mất đi đứa con gái của mình. Mẹ yêu mình và không muốn mình sống quá xa. Sử dụng Học thuyết Để Họ Tự Do (Let Them Theory), mình có thể cho mẹ sự tự do để mong cuộc đời mình đi theo một con đường khác, và mình cũng có thể thực sự thấu hiểu sâu sắc nguồn cơn của mẹ.</w:t>
      </w:r>
    </w:p>
    <w:p>
      <w:pPr>
        <w:spacing w:after="80"/>
      </w:pPr>
      <w:r>
        <w:rPr>
          <w:b w:val="0"/>
          <w:i w:val="0"/>
        </w:rPr>
        <w:t>Mình cũng có thể đồng cảm với việc khó khăn đến nhường nào khi thấy con gái mình cưới một người sẽ mang cô ấy đi xa khỏi mình. Mình cũng sẽ không chọn một người như vậy cho các con gái và con trai mình.</w:t>
      </w:r>
    </w:p>
    <w:p>
      <w:pPr>
        <w:spacing w:after="80"/>
      </w:pPr>
      <w:r>
        <w:rPr>
          <w:b w:val="0"/>
          <w:i w:val="0"/>
        </w:rPr>
        <w:t>Mình sẽ không muốn con gái Sawyer của mình cưới một người từ châu Âu và đến sống ở Paris. Ý mình là nếu điều đó khiến con bé hạnh phúc thì con bé nên làm. Nhưng đó có phải là lựa chọn của mình không? Không. Điều này có vẻ như không ủng hộ hay kiểm soát, nhưng mình chắc mọi bậc cha mẹ đều có thể đồng cảm. Và mình không nói điều đó để kiểm soát. Mình nói điều đó vì đó là cảm giác của mình. Ý kiến của mình có thể tiêu cực, nhưng mình được phép có nó. Điều mà mình chắc con gái mình sẽ cảm thấy là rất thiếu ủng hộ.</w:t>
      </w:r>
    </w:p>
    <w:p>
      <w:pPr>
        <w:spacing w:after="80"/>
      </w:pPr>
      <w:r>
        <w:rPr>
          <w:b w:val="0"/>
          <w:i w:val="0"/>
        </w:rPr>
        <w:t>Và điều tương tự với con gái Kendall của mình. Hiện con bé sống ở LA, và con bé hoàn toàn có thể gặp một người sống ở California rồi tiến tới định cư và nuôi dạy gia đình ở đó. Điều đó nghĩa là mình sẽ không gặp con bé hay các con của con bé nhiều như khi chúng sống ở đây, Bờ Đông.</w:t>
      </w:r>
    </w:p>
    <w:p>
      <w:pPr>
        <w:spacing w:after="80"/>
      </w:pPr>
      <w:r>
        <w:rPr>
          <w:b w:val="0"/>
          <w:i w:val="0"/>
        </w:rPr>
        <w:t>Và mình được phép có ý kiến đó, cũng như Sawyer được phép chuyển đến Paris và Kendall được phép quyết định nuôi dạy gia đình ở LA.</w:t>
      </w:r>
    </w:p>
    <w:p>
      <w:pPr>
        <w:spacing w:after="80"/>
      </w:pPr>
      <w:r>
        <w:rPr>
          <w:b w:val="0"/>
          <w:i w:val="0"/>
        </w:rPr>
        <w:t>Mẹ mình cũng được phép có ý kiến rằng mẹ sẽ không chọn một người từ Bờ Đông cho mình. Mình mừng vì điều đó đã không ngăn mình cưới Chris, và sống và nuôi dạy gia đình ở nơi chúng mình muốn.</w:t>
      </w:r>
    </w:p>
    <w:p>
      <w:pPr>
        <w:spacing w:after="80"/>
      </w:pPr>
      <w:r>
        <w:rPr>
          <w:b w:val="0"/>
          <w:i w:val="0"/>
        </w:rPr>
        <w:t>Nhưng giờ mình biết ơn Học thuyết Để Họ Tự Do vì mình cũng thấu hiểu sâu sắc mẹ mình, và lý do mẹ cảm thấy miễn cưỡng 30 năm trước. Đó không phải là sự phán xét; đó là nỗi đau mất mát. Mẹ không sai. Mẹ đúng. Nhưng mình cũng không sai.</w:t>
      </w:r>
    </w:p>
    <w:p>
      <w:pPr>
        <w:spacing w:after="80"/>
      </w:pPr>
      <w:r>
        <w:rPr>
          <w:b w:val="0"/>
          <w:i w:val="0"/>
        </w:rPr>
        <w:t>Thực tế, cả hai chúng mình đều đúng. Bởi vì chúng mình có những Khung Tham Chiếu khác nhau.</w:t>
      </w:r>
    </w:p>
    <w:p>
      <w:pPr>
        <w:spacing w:after="80"/>
      </w:pPr>
      <w:r>
        <w:rPr>
          <w:b w:val="0"/>
          <w:i w:val="0"/>
        </w:rPr>
        <w:t>Nhìn nó qua lăng kính của mẹ giúp mình đưa mối quan hệ của chúng mình trở lại cân bằng. Không còn cuộc đấu tranh quyền lực nữa; chỉ còn sự thấu hiểu.</w:t>
      </w:r>
    </w:p>
    <w:p>
      <w:pPr>
        <w:spacing w:after="80"/>
      </w:pPr>
      <w:r>
        <w:rPr>
          <w:b w:val="0"/>
          <w:i w:val="0"/>
        </w:rPr>
        <w:t>Một lý do khiến việc xử lý những tình huống kiểu này khó khăn đến vậy là vì cả hai bên đều tin rằng mình đúng. Từ trải nghiệm sống, hay Khung Tham Chiếu của họ, họ tin rằng ý kiến của họ là đúng. Từ trải nghiệm sống, hay Khung Tham Chiếu của bạn, bạn biết ý kiến của bạn là đúng.</w:t>
      </w:r>
    </w:p>
    <w:p>
      <w:pPr>
        <w:spacing w:after="80"/>
      </w:pPr>
      <w:r>
        <w:rPr>
          <w:b w:val="0"/>
          <w:i w:val="0"/>
        </w:rPr>
        <w:t>Với Lý thuyết Để Họ Tự Do (Let Them Theory), sẽ có không gian, cùng với sự chấp nhận và thấu hiểu, để cả hai quan điểm của chúng ta đều đúng. Sẽ có không gian cho một sự kết nối sâu sắc hơn, sự chân thành và tình yêu thương.</w:t>
      </w:r>
    </w:p>
    <w:p>
      <w:pPr>
        <w:spacing w:after="80"/>
      </w:pPr>
      <w:r>
        <w:rPr>
          <w:b w:val="0"/>
          <w:i w:val="0"/>
        </w:rPr>
        <w:t>Cần một người cực kỳ trưởng thành mới có thể tách mình khỏi cảm xúc và muốn bước vào vị trí của người khác. Thật khó để hiểu rằng ai đó có thể yêu bạn mà vẫn có những quan điểm gây tổn thương sâu sắc và đôi khi mang tính thành kiến.</w:t>
      </w:r>
    </w:p>
    <w:p>
      <w:pPr>
        <w:spacing w:after="80"/>
      </w:pPr>
      <w:r>
        <w:rPr>
          <w:b w:val="0"/>
          <w:i w:val="0"/>
        </w:rPr>
        <w:t>Khi điều này xảy ra trong cuộc sống, cách bạn chọn phản hồi là một lựa chọn mang tính cá nhân sâu sắc. Tôi không thể nói với bạn rằng bạn nên làm gì nếu ai đó trong gia đình bạn đang phán xét bạn. Điều tôi có thể làm là cho bạn những công cụ để xác định cách bạn muốn phản hồi với tình huống đó.</w:t>
      </w:r>
    </w:p>
    <w:p>
      <w:pPr>
        <w:spacing w:after="80"/>
      </w:pPr>
      <w:r>
        <w:rPr>
          <w:b w:val="0"/>
          <w:i w:val="0"/>
        </w:rPr>
        <w:t>Bạn có muốn người này trong cuộc đời mình không? Nếu có, Lý thuyết Để Họ Tự Do sẽ tạo ra không gian cho điều đó. Điều tôi nhận thấy trong trải nghiệm của chính mình, trong quá trình nghiên cứu cuốn sách này và lắng nghe trải nghiệm của rất nhiều người khác, là khi bạn cho người ta không gian để tự đi đến kết luận của riêng họ—và bạn tập trung vào việc thể hiện con người trọn vẹn của mình một cách yêu thương và đầy lòng trắc ẩn—thì theo thời gian, người ta thường tự thay đổi quan điểm của mình.</w:t>
      </w:r>
    </w:p>
    <w:p>
      <w:pPr>
        <w:spacing w:after="80"/>
      </w:pPr>
      <w:r>
        <w:rPr>
          <w:b w:val="0"/>
          <w:i w:val="0"/>
        </w:rPr>
        <w:t xml:space="preserve">Vậy nên, dù nghe có vẻ khó khăn, hãy </w:t>
      </w:r>
      <w:r>
        <w:rPr>
          <w:b w:val="0"/>
          <w:i/>
        </w:rPr>
        <w:t>Để Họ</w:t>
      </w:r>
      <w:r>
        <w:rPr>
          <w:b w:val="0"/>
          <w:i w:val="0"/>
        </w:rPr>
        <w:t xml:space="preserve"> giữ quan điểm của họ và tập trung vào cách bạn sẽ phản hồi. Điều tôi yêu thích ở ý tưởng bước vào Khung Tham Chiếu (Frame of Reference) của người khác là việc thấu hiểu xuất phát điểm của ai đó có thể không thay đổi quan điểm của họ hay của bạn, nhưng nó sẽ làm sâu sắc thêm sự kết nối mà bạn có trong khi bạn vun đắp mối quan hệ của mình.</w:t>
      </w:r>
    </w:p>
    <w:p>
      <w:pPr>
        <w:spacing w:after="80"/>
      </w:pPr>
      <w:r>
        <w:rPr>
          <w:b w:val="0"/>
          <w:i w:val="0"/>
        </w:rPr>
        <w:t>Nó giúp bạn tạo ra không gian cho hai điều cùng đúng một lúc, và chính không gian đó là nơi tình yêu thương có thể tồn tại. Và tin tôi đi, tôi hiểu chứ—thật dễ để thấy khó chịu hay bị xúc phạm bởi cha mẹ mình. Thật dễ để đổ lỗi cho họ.</w:t>
      </w:r>
    </w:p>
    <w:p>
      <w:pPr>
        <w:spacing w:after="80"/>
      </w:pPr>
      <w:r>
        <w:rPr>
          <w:b w:val="0"/>
          <w:i w:val="0"/>
        </w:rPr>
        <w:t>Cũng thật dễ để cảm thấy bực bội và khó chịu với những mối quan hệ động qua lại giữa bạn và anh chị em, hay cha mẹ đã ly hôn, hay bố mẹ vợ/chồng, hay bố mẹ kế, hay những đứa con đã trưởng thành của bạn. Thật dễ để chọn không thấu hiểu góc nhìn của họ.</w:t>
      </w:r>
    </w:p>
    <w:p>
      <w:pPr>
        <w:spacing w:after="80"/>
      </w:pPr>
      <w:r>
        <w:rPr>
          <w:b w:val="0"/>
          <w:i w:val="0"/>
        </w:rPr>
        <w:t>Bạn phải quyết định xem mình sẽ chấp nhận con người họ như họ vốn là (đặc biệt là gia đình hay gia đình kế của bạn) hay tạo ra khoảng cách mà bạn cần. Chỉ cần một người thay đổi cách họ thể hiện trong gia đình, và toàn bộ hệ thống có thể thay đổi theo hướng tốt đẹp hơn. Và người đó chính là bạn.</w:t>
      </w:r>
    </w:p>
    <w:p>
      <w:pPr>
        <w:spacing w:after="80"/>
      </w:pPr>
      <w:r>
        <w:rPr>
          <w:b w:val="0"/>
          <w:i w:val="0"/>
        </w:rPr>
        <w:t>Một trong những lý do tôi yêu thích Lý thuyết Để Họ Tự Do là bất cứ khi nào bạn cải thiện bản thân, nó cũng cải thiện mọi mối quan hệ của bạn, và điều này đặc biệt đúng với gia đình. Tôi đã cảm nhận được tác động đó trong chính gia đình mình.</w:t>
      </w:r>
    </w:p>
    <w:p>
      <w:pPr>
        <w:spacing w:after="80"/>
      </w:pPr>
      <w:r>
        <w:rPr>
          <w:b w:val="0"/>
          <w:i w:val="0"/>
        </w:rPr>
        <w:t>Những điều từng làm tôi khó chịu giờ không còn khiến tôi căng thẳng nữa. Tôi không để mình bị cuốn vào những drama. Và tôi giữ sự tập trung cao độ vào cách mình thể hiện và sống cuộc đời mình theo cách khiến tôi thấy tự hào.</w:t>
      </w:r>
    </w:p>
    <w:p>
      <w:pPr>
        <w:spacing w:after="80"/>
      </w:pPr>
      <w:r>
        <w:rPr>
          <w:b w:val="0"/>
          <w:i w:val="0"/>
        </w:rPr>
        <w:t>Một trong những điều tôi đã xác định cho chính mình là việc có một mối quan hệ gần gũi với gia đình là điều quan trọng đối với tôi. Và việc lãng phí thời gian, năng lượng để cho họ làm tôi căng thẳng hay cố kiểm soát những tình huống nằm ngoài tầm kiểm soát của mình là một sự lãng phí thời gian.</w:t>
      </w:r>
    </w:p>
    <w:p>
      <w:pPr>
        <w:spacing w:after="80"/>
      </w:pPr>
      <w:r>
        <w:rPr>
          <w:b w:val="0"/>
          <w:i w:val="0"/>
        </w:rPr>
        <w:t>Bởi vì sự thật là: Bạn có thời gian hạn chế với những người thân yêu của mình. Đến một lúc nào đó, bạn sẽ nhận ra rằng cha mẹ bạn không thể ở đây mãi mãi, và rằng đây cũng là lần đầu tiên họ làm một con người.</w:t>
      </w:r>
    </w:p>
    <w:p>
      <w:pPr>
        <w:spacing w:after="80"/>
      </w:pPr>
      <w:r>
        <w:rPr>
          <w:b w:val="0"/>
          <w:i w:val="0"/>
        </w:rPr>
        <w:t>Người ta chỉ có thể gặp bạn sâu sắc đến mức họ đã gặp chính mình. Hầu hết mọi người chưa từng đi trị liệu tâm lý, chưa từng nhìn vào những vấn đề của mình, và họ cũng không muốn làm điều đó.</w:t>
      </w:r>
    </w:p>
    <w:p>
      <w:pPr>
        <w:spacing w:after="80"/>
      </w:pPr>
      <w:r>
        <w:rPr>
          <w:b w:val="0"/>
          <w:i/>
        </w:rPr>
        <w:t>Để Họ Tự Do</w:t>
      </w:r>
      <w:r>
        <w:rPr>
          <w:b w:val="0"/>
          <w:i w:val="0"/>
        </w:rPr>
        <w:t>. Hãy để cha mẹ bạn không được như những gì bạn xứng đáng. Hãy để cuộc sống gia đình bạn không phải là một câu chuyện cổ tích. Họ đang làm hết sức mình với những nguồn lực và trải nghiệm sống mà họ có. Giờ đây bạn được chọn điều gì sẽ xảy ra tiếp theo.</w:t>
      </w:r>
    </w:p>
    <w:p>
      <w:pPr>
        <w:spacing w:after="80"/>
      </w:pPr>
      <w:r>
        <w:rPr>
          <w:b w:val="0"/>
          <w:i w:val="0"/>
        </w:rPr>
        <w:t>Tôi không nói điều này để biện minh cho bất cứ điều tồi tệ nào xảy ra. Tôi không nói rằng bạn không xứng đáng được tốt hơn. Ai cũng xứng đáng được nhìn thấy, được nâng đỡ và được yêu thương, đặc biệt là bởi gia đình mình.</w:t>
      </w:r>
    </w:p>
    <w:p>
      <w:pPr>
        <w:spacing w:after="80"/>
      </w:pPr>
      <w:r>
        <w:rPr>
          <w:b w:val="0"/>
          <w:i w:val="0"/>
        </w:rPr>
        <w:t>Nhưng sự thật là, hầu hết con người chưa từng làm công việc nội tâm để hiểu chính mình, chữa lành quá khứ của mình, hay quản lý cảm xúc của chính mình. Nếu họ chưa làm điều đó cho bản thân, họ không có khả năng làm điều đó cho bạn và thể hiện theo cách mà bạn xứng đáng.</w:t>
      </w:r>
    </w:p>
    <w:p>
      <w:pPr>
        <w:spacing w:after="80"/>
      </w:pPr>
      <w:r>
        <w:rPr>
          <w:b w:val="0"/>
          <w:i/>
        </w:rPr>
        <w:t>Hãy Để Họ</w:t>
      </w:r>
      <w:r>
        <w:rPr>
          <w:b w:val="0"/>
          <w:i w:val="0"/>
        </w:rPr>
        <w:t>. Khi bạn nhận ra điều đó, bạn có quyền lựa chọn trong cuộc đời mình. Hãy để gia đình bạn là chính họ. Bố bạn sẽ không thay đổi. Mẹ bạn sẽ không thay đổi. Anh chị em bạn sẽ không thay đổi. Gia đình bên vợ/chồng bạn sẽ không thay đổi. Người duy nhất bạn có thể thay đổi là chính bạn.</w:t>
      </w:r>
    </w:p>
    <w:p>
      <w:pPr>
        <w:spacing w:after="80"/>
      </w:pPr>
      <w:r>
        <w:rPr>
          <w:b w:val="0"/>
          <w:i w:val="0"/>
        </w:rPr>
        <w:t xml:space="preserve">Khi bạn nói </w:t>
      </w:r>
      <w:r>
        <w:rPr>
          <w:b w:val="0"/>
          <w:i/>
        </w:rPr>
        <w:t>Hãy Để Họ</w:t>
      </w:r>
      <w:r>
        <w:rPr>
          <w:b w:val="0"/>
          <w:i w:val="0"/>
        </w:rPr>
        <w:t>, có lẽ lần đầu tiên trong đời bạn nhìn thấy gia đình mình đúng như họ vốn là. Họ là con người. Bạn không kiểm soát được những gì đã xảy ra. Bạn không kiểm soát được họ là ai. Bạn chỉ có thể kiểm soát những gì bạn làm từ thời điểm này trở đi.</w:t>
      </w:r>
    </w:p>
    <w:p>
      <w:pPr>
        <w:spacing w:after="80"/>
      </w:pPr>
      <w:r>
        <w:rPr>
          <w:b w:val="0"/>
          <w:i w:val="0"/>
        </w:rPr>
        <w:t>Chấp nhận thực tế của hoàn cảnh không có nghĩa là bạn đầu hàng trước nó. Thay vào đó, đó là việc giành lại sức mạnh của bạn để định hình tương lai. Hãy học cách để người lớn được làm người lớn và chấp nhận mọi người đúng như họ vốn là. Rồi quyết định cách tận dụng tốt nhất tình huống đó, và tôi hứa với bạn rằng các mối quan hệ trong gia đình bạn sẽ tốt hơn.</w:t>
      </w:r>
    </w:p>
    <w:p>
      <w:pPr>
        <w:spacing w:after="80"/>
      </w:pPr>
      <w:r>
        <w:rPr>
          <w:b w:val="0"/>
          <w:i w:val="0"/>
        </w:rPr>
        <w:t>Sự chấp nhận này cho phép bạn nhìn gia đình mình bằng lòng trắc ẩn, và quan trọng hơn, nó cho phép bạn nhìn chính mình như một cá thể có Khung Tham Chiếu (Frame of Reference) và con đường riêng trong cuộc đời.</w:t>
      </w:r>
    </w:p>
    <w:p>
      <w:pPr>
        <w:spacing w:after="80"/>
      </w:pPr>
      <w:r>
        <w:rPr>
          <w:b w:val="0"/>
          <w:i w:val="0"/>
        </w:rPr>
        <w:t xml:space="preserve">Rồi bạn chuyển sang phần thứ hai, đó là </w:t>
      </w:r>
      <w:r>
        <w:rPr>
          <w:b w:val="0"/>
          <w:i/>
        </w:rPr>
        <w:t>Hãy Để Tôi</w:t>
      </w:r>
      <w:r>
        <w:rPr>
          <w:b w:val="0"/>
          <w:i w:val="0"/>
        </w:rPr>
        <w:t xml:space="preserve">. </w:t>
      </w:r>
      <w:r>
        <w:rPr>
          <w:b w:val="0"/>
          <w:i/>
        </w:rPr>
        <w:t>Hãy Để Tôi</w:t>
      </w:r>
      <w:r>
        <w:rPr>
          <w:b w:val="0"/>
          <w:i w:val="0"/>
        </w:rPr>
        <w:t xml:space="preserve"> tìm ra kiểu mối quan hệ mà tôi muốn tạo dựng, dựa trên kiểu người mà tôi muốn trở thành và những giá trị mà tôi có.</w:t>
      </w:r>
    </w:p>
    <w:p>
      <w:pPr>
        <w:spacing w:after="80"/>
      </w:pPr>
      <w:r>
        <w:rPr>
          <w:b w:val="0"/>
          <w:i w:val="0"/>
        </w:rPr>
        <w:t>Điều này có thể có nghĩa là dành thời gian với gia đình không phải vì cảm giác tội lỗi, mà vì điều đó quan trọng với bạn. Điều đó có thể có nghĩa là định hình những truyền thống của riêng bạn dù điều đó khiến gia đình bạn khó chịu. Điều đó có thể có nghĩa là trở thành người luôn nỗ lực dù không được đáp lại. Nó có thể có nghĩa là lần đầu tiên nói "Con yêu bố mẹ" hay "Con hiểu rồi" hay "Con tha thứ cho bố mẹ".</w:t>
      </w:r>
    </w:p>
    <w:p>
      <w:pPr>
        <w:spacing w:after="80"/>
      </w:pPr>
      <w:r>
        <w:rPr>
          <w:b w:val="0"/>
          <w:i w:val="0"/>
        </w:rPr>
        <w:t>Điều đó có thể có nghĩa là có những cuộc trò chuyện khó khăn mà bạn đã né tránh vì sợ ý kiến hay sự phán xét của họ. Điều đó có thể có nghĩa là giải phóng bản thân khỏi cảm giác tội lỗi và thực hiện một vài thay đổi. Và nó có thể có nghĩa là tách mình ra vì bạn không còn sẵn lòng chấp nhận ít hơn những gì bạn xứng đáng. Và nó có thể có nghĩa là dốc toàn tâm toàn sức khi bạn vẫn còn thời gian.</w:t>
      </w:r>
    </w:p>
    <w:p>
      <w:pPr>
        <w:spacing w:after="80"/>
      </w:pPr>
      <w:r>
        <w:rPr>
          <w:b w:val="0"/>
          <w:i w:val="0"/>
        </w:rPr>
        <w:t>Vậy hãy tóm tắt những gì bạn đã học về việc sợ ý kiến của người khác. Hiện tại bạn đang để nỗi sợ ý kiến của người khác kiểm soát mình. Học thuyết Hãy Để Họ (Let Them Theory) dạy bạn cách ngừng trao quyền lực cho ý kiến của người khác đối với cuộc đời mình; và nó trao cho bạn sức mạnh để sống cuộc đời mình theo cách khiến bạn tự hào về chính mình.</w:t>
      </w:r>
    </w:p>
    <w:p>
      <w:pPr>
        <w:spacing w:after="80"/>
        <w:ind w:left="360"/>
      </w:pPr>
      <w:r>
        <w:t xml:space="preserve">1. </w:t>
      </w:r>
      <w:r>
        <w:rPr>
          <w:b/>
          <w:i w:val="0"/>
        </w:rPr>
        <w:t>Vấn đề:</w:t>
      </w:r>
      <w:r>
        <w:rPr>
          <w:b w:val="0"/>
          <w:i w:val="0"/>
        </w:rPr>
        <w:t xml:space="preserve"> Bạn đang trao quá nhiều quyền lực cho ý kiến của người khác. Khi bạn để nỗi sợ về những gì người ta có thể nghĩ chi phối lựa chọn của mình, bạn giới hạn tiềm năng của bản thân và kìm hãm chính mình khỏi việc theo đuổi những gì bạn thực sự muốn. Nỗi sợ này khiến bạn trì hoãn, nghi ngờ bản thân, tê liệt vì chủ nghĩa hoàn hảo, và quan trọng nhất, từ bỏ ước mơ của mình.</w:t>
      </w:r>
    </w:p>
    <w:p>
      <w:pPr>
        <w:spacing w:after="80"/>
        <w:ind w:left="360"/>
      </w:pPr>
      <w:r>
        <w:t xml:space="preserve">2. </w:t>
      </w:r>
      <w:r>
        <w:rPr>
          <w:b/>
          <w:i w:val="0"/>
        </w:rPr>
        <w:t>Sự thật:</w:t>
      </w:r>
      <w:r>
        <w:rPr>
          <w:b w:val="0"/>
          <w:i w:val="0"/>
        </w:rPr>
        <w:t xml:space="preserve"> Người ta sẽ có những ý kiến tiêu cực về bạn dù bạn làm gì đi nữa. Điều đó sẽ xảy ra. </w:t>
      </w:r>
      <w:r>
        <w:rPr>
          <w:b w:val="0"/>
          <w:i/>
        </w:rPr>
        <w:t>Hãy Để Họ</w:t>
      </w:r>
      <w:r>
        <w:rPr>
          <w:b w:val="0"/>
          <w:i w:val="0"/>
        </w:rPr>
        <w:t>. Bạn không thể kiểm soát được. Để ý kiến của người khác làm bạn xao nhãng hay ngốn hết tâm trí là lãng phí thời gian và năng lượng của bạn.</w:t>
      </w:r>
    </w:p>
    <w:p>
      <w:pPr>
        <w:spacing w:after="80"/>
        <w:ind w:left="360"/>
      </w:pPr>
      <w:r>
        <w:t xml:space="preserve">3. </w:t>
      </w:r>
      <w:r>
        <w:rPr>
          <w:b/>
          <w:i w:val="0"/>
        </w:rPr>
        <w:t>Giải pháp:</w:t>
      </w:r>
      <w:r>
        <w:rPr>
          <w:b w:val="0"/>
          <w:i w:val="0"/>
        </w:rPr>
        <w:t xml:space="preserve"> Khi bạn </w:t>
      </w:r>
      <w:r>
        <w:rPr>
          <w:b w:val="0"/>
          <w:i/>
        </w:rPr>
        <w:t>Hãy Để Họ</w:t>
      </w:r>
      <w:r>
        <w:rPr>
          <w:b w:val="0"/>
          <w:i w:val="0"/>
        </w:rPr>
        <w:t xml:space="preserve"> nghĩ những gì họ muốn, điều đó cho bạn tự do làm những gì bạn muốn. Khi bạn căn chỉnh suy nghĩ và hành động của mình với các giá trị của bản thân, bạn sẽ tự hào về chính mình. Và khi bạn tự hào về chính mình, bạn sẽ không bận tâm người khác nghĩ gì.</w:t>
      </w:r>
    </w:p>
    <w:p>
      <w:pPr>
        <w:spacing w:after="80"/>
      </w:pPr>
      <w:r>
        <w:rPr>
          <w:b w:val="0"/>
          <w:i w:val="0"/>
        </w:rPr>
        <w:t xml:space="preserve">Khi bạn nói </w:t>
      </w:r>
      <w:r>
        <w:rPr>
          <w:b w:val="0"/>
          <w:i/>
        </w:rPr>
        <w:t>Hãy Để Họ</w:t>
      </w:r>
      <w:r>
        <w:rPr>
          <w:b w:val="0"/>
          <w:i w:val="0"/>
        </w:rPr>
        <w:t xml:space="preserve">, bạn đưa ra quyết định để người ta nghĩ những điều tiêu cực về bạn. Khi bạn nói </w:t>
      </w:r>
      <w:r>
        <w:rPr>
          <w:b w:val="0"/>
          <w:i/>
        </w:rPr>
        <w:t>Hãy Để Tôi</w:t>
      </w:r>
      <w:r>
        <w:rPr>
          <w:b w:val="0"/>
          <w:i w:val="0"/>
        </w:rPr>
        <w:t>, bạn tập trung vào một người duy nhất mà ý kiến thực sự quan trọng—chính bạn.</w:t>
      </w:r>
    </w:p>
    <w:p>
      <w:pPr>
        <w:spacing w:after="80"/>
      </w:pPr>
      <w:r>
        <w:rPr>
          <w:b/>
          <w:i w:val="0"/>
        </w:rPr>
        <w:t>Bạn chỉ có một cuộc đời hoang dại và quý giá, nên hãy sống nó theo cách khiến bạn tự hào.</w:t>
      </w:r>
    </w:p>
    <w:p>
      <w:pPr>
        <w:pStyle w:val="Heading1"/>
      </w:pPr>
      <w:r>
        <w:rPr>
          <w:rFonts w:ascii="Calibri" w:hAnsi="Calibri"/>
          <w:b/>
          <w:i w:val="0"/>
          <w:sz w:val="40"/>
        </w:rPr>
        <w:t>Đối Mặt Với Những</w:t>
      </w:r>
      <w:r>
        <w:br/>
      </w:r>
      <w:r>
        <w:rPr>
          <w:rFonts w:ascii="Calibri" w:hAnsi="Calibri"/>
          <w:b/>
          <w:i w:val="0"/>
          <w:sz w:val="40"/>
        </w:rPr>
        <w:t>Phản Ứng Cảm Xúc</w:t>
      </w:r>
      <w:r>
        <w:br/>
      </w:r>
      <w:r>
        <w:rPr>
          <w:rFonts w:ascii="Calibri" w:hAnsi="Calibri"/>
          <w:b/>
          <w:i w:val="0"/>
          <w:sz w:val="40"/>
        </w:rPr>
        <w:t>Của Người Khác</w:t>
      </w:r>
    </w:p>
    <w:p>
      <w:pPr>
        <w:pStyle w:val="Heading1"/>
      </w:pPr>
      <w:r>
        <w:rPr>
          <w:rFonts w:ascii="Calibri" w:hAnsi="Calibri"/>
          <w:b/>
          <w:i w:val="0"/>
          <w:sz w:val="40"/>
        </w:rPr>
        <w:t>CHƯƠNG 7</w:t>
      </w:r>
    </w:p>
    <w:p>
      <w:pPr>
        <w:pStyle w:val="Heading1"/>
      </w:pPr>
      <w:r>
        <w:rPr>
          <w:rFonts w:ascii="Calibri" w:hAnsi="Calibri"/>
          <w:b/>
          <w:i w:val="0"/>
          <w:sz w:val="40"/>
        </w:rPr>
        <w:t>Khi Người Lớn Nổi Cơn Tam Bành</w:t>
      </w:r>
    </w:p>
    <w:p>
      <w:pPr>
        <w:spacing w:after="80"/>
      </w:pPr>
      <w:r>
        <w:rPr>
          <w:b w:val="0"/>
          <w:i w:val="0"/>
        </w:rPr>
        <w:t>Giờ hãy cùng đào sâu vào việc bạn đã để những phản ứng cảm xúc của người khác ảnh hưởng đến quyết định của mình như thế nào.</w:t>
      </w:r>
    </w:p>
    <w:p>
      <w:pPr>
        <w:spacing w:after="80"/>
      </w:pPr>
      <w:r>
        <w:rPr>
          <w:b w:val="0"/>
          <w:i w:val="0"/>
        </w:rPr>
        <w:t>Sự thật là người lớn cũng đầy cảm xúc như trẻ con, và bạn không có trách nhiệm phải quản lý phản ứng của người khác. Chỉ cần bạn còn để sự non nớt về cảm xúc của người khác chi phối lựa chọn của mình, thì bạn sẽ mãi mãi đứng cuối trong chính cuộc đời mình.</w:t>
      </w:r>
    </w:p>
    <w:p>
      <w:pPr>
        <w:spacing w:after="80"/>
      </w:pPr>
      <w:r>
        <w:rPr>
          <w:b w:val="0"/>
          <w:i w:val="0"/>
        </w:rPr>
        <w:t>Tôi đã không hề biết đây là vấn đề lớn đến mức nào đối với mình, và bạn cũng vậy. Từ việc chống chọi với những màn gieo cảm giác tội lỗi, đến nỗi sợ làm ai đó thất vọng, đến lo lắng về phản ứng của ai đó hay liệu "bây giờ có phải là thời điểm thích hợp", đến việc rón rén dò xét tâm trạng của người khác, bạn đang để hành vi và phản ứng của người khác rút cạn năng lượng của mình.</w:t>
      </w:r>
    </w:p>
    <w:p>
      <w:pPr>
        <w:spacing w:after="80"/>
      </w:pPr>
      <w:r>
        <w:rPr>
          <w:b w:val="0"/>
          <w:i w:val="0"/>
        </w:rPr>
        <w:t>Nhưng nó còn sâu xa hơn thế. Những hành vi gây hấn thụ động, những màn gieo cảm giác tội lỗi và những cơn bùng nổ cảm xúc của họ đang điều khiển các quyết định của bạn. Đây là lý do bạn nói "có" khi thực lòng muốn nói "không". Bạn nhượng bộ khi lẽ ra phải đứng vững. Đây là lý do bạn khó đặt ra ranh giới. Đây là lý do bạn phải bước nhẹ như trên vỏ trứng khi một số người nhất định đang có tâm trạng tồi tệ.</w:t>
      </w:r>
    </w:p>
    <w:p>
      <w:pPr>
        <w:spacing w:after="80"/>
      </w:pPr>
      <w:r>
        <w:rPr>
          <w:b w:val="0"/>
          <w:i w:val="0"/>
        </w:rPr>
        <w:t>Đúng là trong khoảnh khắc, việc nhượng bộ trước màn gieo cảm giác tội lỗi của chị gái bạn có vẻ dễ dàng hơn, nhưng về lâu dài, bạn đánh mất một phần quan trọng của chính mình. Khi mỗi lần tương tác với bạn gái hay bạn trai đều khiến bạn kiệt quệ về cảm xúc, hãy tự hỏi: Tại sao lúc nào cũng là bạn phải điều chỉnh? Tại sao bạn lại gánh trách nhiệm về hạnh phúc của người khác—đánh đổi bằng chính hạnh phúc của mình?</w:t>
      </w:r>
    </w:p>
    <w:p>
      <w:pPr>
        <w:spacing w:after="80"/>
      </w:pPr>
      <w:r>
        <w:rPr>
          <w:b w:val="0"/>
          <w:i w:val="0"/>
        </w:rPr>
        <w:t xml:space="preserve">Bạn sẽ mãi mãi đứng cuối nếu bạn để sự non nớt về cảm xúc của người khác có quyền lực chi phối mình. Thay vì gánh lấy sức nặng từ sự thất vọng, giận dữ hay cảm giác tội lỗi của ai đó, bạn sẽ học được một cách tiếp cận mới đầy giải phóng: Cứ </w:t>
      </w:r>
      <w:r>
        <w:rPr>
          <w:b w:val="0"/>
          <w:i/>
        </w:rPr>
        <w:t>Để Họ</w:t>
      </w:r>
      <w:r>
        <w:rPr>
          <w:b w:val="0"/>
          <w:i w:val="0"/>
        </w:rPr>
        <w:t xml:space="preserve"> phản ứng.</w:t>
      </w:r>
    </w:p>
    <w:p>
      <w:pPr>
        <w:spacing w:after="80"/>
      </w:pPr>
      <w:r>
        <w:rPr>
          <w:b w:val="0"/>
          <w:i w:val="0"/>
        </w:rPr>
        <w:t xml:space="preserve">Khi bạn nói </w:t>
      </w:r>
      <w:r>
        <w:rPr>
          <w:b w:val="0"/>
          <w:i/>
        </w:rPr>
        <w:t>Để Họ</w:t>
      </w:r>
      <w:r>
        <w:rPr>
          <w:b w:val="0"/>
          <w:i w:val="0"/>
        </w:rPr>
        <w:t xml:space="preserve">, bạn cho người khác không gian để cảm nhận cảm xúc của họ mà không cần phải sửa chữa điều gì. Khi bạn nói </w:t>
      </w:r>
      <w:r>
        <w:rPr>
          <w:b w:val="0"/>
          <w:i/>
        </w:rPr>
        <w:t>Để Tôi</w:t>
      </w:r>
      <w:r>
        <w:rPr>
          <w:b w:val="0"/>
          <w:i w:val="0"/>
        </w:rPr>
        <w:t>, bạn làm điều đúng đắn cho chính mình, kể cả khi điều đó làm ai đó khó chịu, và đó chính là cách bạn tự chịu trách nhiệm cho cuộc đời mình.</w:t>
      </w:r>
    </w:p>
    <w:p>
      <w:pPr>
        <w:spacing w:after="80"/>
      </w:pPr>
      <w:r>
        <w:rPr>
          <w:b w:val="0"/>
          <w:i w:val="0"/>
        </w:rPr>
        <w:t>Đã đến lúc ngừng để bị thao túng bởi cảm giác tội lỗi, giận dữ hay thất vọng của người khác. Những phản ứng cảm xúc của người khác không phải là trách nhiệm của bạn phải quản lý. Tôi học được điều này từ chuyên gia trị liệu của mình, Anne Davin, Ph.D., một nhà tâm lý học chiều sâu, nhà văn, và là người phụ nữ thông minh nhất mà tôi từng gặp. Một ngày nọ, tôi đang nói chuyện với cô ấy về việc tạo dựng ranh giới với một thành viên gia đình đặc biệt khó xử.</w:t>
      </w:r>
    </w:p>
    <w:p>
      <w:pPr>
        <w:spacing w:after="80"/>
      </w:pPr>
      <w:r>
        <w:rPr>
          <w:b w:val="0"/>
          <w:i w:val="0"/>
        </w:rPr>
        <w:t>Vấn đề là, tôi không muốn người này làm phiền mình. Chỉ là họ có cách liên tục biến mọi thứ thành chuyện về họ. Tôi cá là bạn cũng có ai đó trong gia đình như vậy. Bạn biết một buổi tối với người này sẽ vô cùng mệt mỏi. Nếu sự chú ý không hướng về họ, họ có vô số cách để kéo nó trở lại—dù tích cực hay tiêu cực.</w:t>
      </w:r>
    </w:p>
    <w:p>
      <w:pPr>
        <w:pStyle w:val="Heading2"/>
      </w:pPr>
      <w:r>
        <w:rPr>
          <w:rFonts w:ascii="Calibri" w:hAnsi="Calibri"/>
          <w:b/>
          <w:i w:val="0"/>
          <w:sz w:val="32"/>
        </w:rPr>
        <w:t>Nếu Tất Cả Chúng Ta Đều Chỉ Là Những Đứa Trẻ Tám Tuổi Thì Sao?</w:t>
      </w:r>
    </w:p>
    <w:p>
      <w:pPr>
        <w:spacing w:after="80"/>
      </w:pPr>
      <w:r>
        <w:rPr>
          <w:b w:val="0"/>
          <w:i w:val="0"/>
        </w:rPr>
        <w:t>Vậy là tôi đang nói chuyện với Anne về người này và cô ấy nói một điều đã thay đổi mọi thứ:</w:t>
      </w:r>
    </w:p>
    <w:p>
      <w:pPr>
        <w:spacing w:after="80"/>
      </w:pPr>
      <w:r>
        <w:rPr>
          <w:b w:val="0"/>
          <w:i w:val="0"/>
        </w:rPr>
        <w:t>"Mel, hầu hết người lớn chỉ là những đứa trẻ tám tuổi bên trong những thân thể to lớn. Lần tới khi bạn ở cạnh người này và cảm thấy mình bị kích động bởi điều gì đó họ nói hay cách họ hành xử, tôi muốn bạn hãy tưởng tượng phiên bản lớp bốn của họ đang hiện diện trong phòng cùng bạn. Bởi vì điều bạn đang mô tả là một người có độ trưởng thành cảm xúc của một đứa trẻ tám tuổi. Và dù muốn hay không, đó chính là hầu hết người lớn."</w:t>
      </w:r>
    </w:p>
    <w:p>
      <w:pPr>
        <w:spacing w:after="80"/>
      </w:pPr>
      <w:r>
        <w:rPr>
          <w:b w:val="0"/>
          <w:i w:val="0"/>
        </w:rPr>
        <w:t>Thành thật mà nói, khi tôi ngồi đó và thấm nhuần những gì cô ấy nói, nó hợp lý vô cùng. Đúng là như vậy. Hầu hết mọi người không biết cách xử lý cảm xúc của mình một cách lành mạnh, chứ chưa nói đến việc truyền đạt nhu cầu của họ một cách trực tiếp và tôn trọng. Tôi biết chắc chắn mình đã từng như vậy.</w:t>
      </w:r>
    </w:p>
    <w:p>
      <w:pPr>
        <w:spacing w:after="80"/>
      </w:pPr>
      <w:r>
        <w:rPr>
          <w:b w:val="0"/>
          <w:i w:val="0"/>
        </w:rPr>
        <w:t>Cứ nghĩ mà xem: Còn lý do nào khác khiến mẹ bạn hờn dỗi thay vì nói ra điều gì không ổn? Tại sao bạn của bạn lại im lặng không thèm nói chuyện với bạn? Tại sao bạn trai bạn lại gửi cho bạn những tin nhắn gây hấn thụ động khi bạn đi chơi với bạn bè? Tại sao chị gái bạn lại nổi đóa, rồi một tiếng sau lại hành xử như không có chuyện gì xảy ra?</w:t>
      </w:r>
    </w:p>
    <w:p>
      <w:pPr>
        <w:spacing w:after="80"/>
      </w:pPr>
      <w:r>
        <w:rPr>
          <w:b w:val="0"/>
          <w:i w:val="0"/>
        </w:rPr>
        <w:t>Đó là bởi vì người lớn, ở tận cùng cốt lõi, cũng đầy cảm xúc như trẻ con. Khác biệt là ở chỗ, họ giỏi che giấu điều đó hơn. . . hầu hết thời gian.</w:t>
      </w:r>
    </w:p>
    <w:p>
      <w:pPr>
        <w:spacing w:after="80"/>
      </w:pPr>
      <w:r>
        <w:rPr>
          <w:b w:val="0"/>
          <w:i w:val="0"/>
        </w:rPr>
        <w:t>Nhưng đây là điều tuyệt đẹp về Lý thuyết Để Họ: Nó không khiến bạn trở nên phán xét hơn—nó khiến bạn trở nên thấu cảm hơn. Thay vì bực bội, bạn bắt đầu hiểu rằng hầu hết mọi người đơn giản là không có công cụ để xử lý cảm xúc của mình một cách trưởng thành.</w:t>
      </w:r>
    </w:p>
    <w:p>
      <w:pPr>
        <w:spacing w:after="80"/>
      </w:pPr>
      <w:r>
        <w:rPr>
          <w:b w:val="0"/>
          <w:i w:val="0"/>
        </w:rPr>
        <w:t>Sự thật là không ai được dạy cách làm điều này. Để xử lý cảm xúc của mình, bạn phải hiểu chúng và biết cách xử lý chúng một cách lành mạnh. Và theo kinh nghiệm của tôi, hầu hết mọi người đều không biết làm điều này. Tôi biết chắc chắn mình đã từng như vậy.</w:t>
      </w:r>
    </w:p>
    <w:p>
      <w:pPr>
        <w:spacing w:after="80"/>
      </w:pPr>
      <w:r>
        <w:rPr>
          <w:b w:val="0"/>
          <w:i w:val="0"/>
        </w:rPr>
        <w:t>Trưởng thành về mặt cảm xúc không phải là điều bạn sinh ra đã có hay tự nhiên mà có. Đó là một kỹ năng cần thời gian, luyện tập và mong muốn học hỏi. Nhà trị liệu của tôi đã đúng. Hầu hết những người bạn gặp vẫn hành xử như một đứa trẻ tám tuổi khi họ không đạt được điều mình muốn hoặc khi họ cảm thấy những cảm xúc khó chịu.</w:t>
      </w:r>
    </w:p>
    <w:p>
      <w:pPr>
        <w:spacing w:after="80"/>
      </w:pPr>
      <w:r>
        <w:rPr>
          <w:b w:val="0"/>
          <w:i w:val="0"/>
        </w:rPr>
        <w:t>Nhưng giờ đây, với Lý thuyết Để Họ Tự Lo (Let Them Theory), bạn sẽ học cách phản hồi bằng lòng trắc ẩn, đặt ra ranh giới của mình và ngừng để sự non nớt cảm xúc của người khác điều khiển cuộc đời bạn. Và bạn sẽ cần công cụ này bởi vì mối liên hệ giữa người lớn và hành vi trẻ con là không thể chối cãi:</w:t>
      </w:r>
    </w:p>
    <w:p>
      <w:pPr>
        <w:pStyle w:val="Heading2"/>
      </w:pPr>
      <w:r>
        <w:rPr>
          <w:rFonts w:ascii="Calibri" w:hAnsi="Calibri"/>
          <w:b/>
          <w:i w:val="0"/>
          <w:sz w:val="32"/>
        </w:rPr>
        <w:t>Hành vi trẻ con = Hành vi người lớn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Trẻ con bỏ chạy khỏi bạn</w:t>
            </w:r>
          </w:p>
        </w:tc>
        <w:tc>
          <w:tcPr>
            <w:tcW w:type="dxa" w:w="4680"/>
          </w:tcPr>
          <w:p>
            <w:r/>
            <w:r>
              <w:rPr>
                <w:b w:val="0"/>
                <w:i w:val="0"/>
                <w:sz w:val="19"/>
              </w:rPr>
              <w:t>Người lớn né tránh đối đầu</w:t>
            </w:r>
          </w:p>
        </w:tc>
      </w:tr>
      <w:tr>
        <w:tc>
          <w:tcPr>
            <w:tcW w:type="dxa" w:w="4680"/>
          </w:tcPr>
          <w:p>
            <w:r/>
            <w:r>
              <w:rPr>
                <w:b w:val="0"/>
                <w:i w:val="0"/>
                <w:sz w:val="19"/>
              </w:rPr>
              <w:t>Trẻ con hờn dỗi hoặc bĩu môi trong góc</w:t>
            </w:r>
          </w:p>
        </w:tc>
        <w:tc>
          <w:tcPr>
            <w:tcW w:type="dxa" w:w="4680"/>
          </w:tcPr>
          <w:p>
            <w:r/>
            <w:r>
              <w:rPr>
                <w:b w:val="0"/>
                <w:i w:val="0"/>
                <w:sz w:val="19"/>
              </w:rPr>
              <w:t>Người lớn dùng chiêu im lặng</w:t>
            </w:r>
          </w:p>
        </w:tc>
      </w:tr>
      <w:tr>
        <w:tc>
          <w:tcPr>
            <w:tcW w:type="dxa" w:w="4680"/>
          </w:tcPr>
          <w:p>
            <w:r/>
            <w:r>
              <w:rPr>
                <w:b w:val="0"/>
                <w:i w:val="0"/>
                <w:sz w:val="19"/>
              </w:rPr>
              <w:t>Trẻ con khép mình lại</w:t>
            </w:r>
          </w:p>
        </w:tc>
        <w:tc>
          <w:tcPr>
            <w:tcW w:type="dxa" w:w="4680"/>
          </w:tcPr>
          <w:p>
            <w:r/>
            <w:r>
              <w:rPr>
                <w:b w:val="0"/>
                <w:i w:val="0"/>
                <w:sz w:val="19"/>
              </w:rPr>
              <w:t>Người lớn tỏ ra lạnh lùng</w:t>
            </w:r>
          </w:p>
        </w:tc>
      </w:tr>
      <w:tr>
        <w:tc>
          <w:tcPr>
            <w:tcW w:type="dxa" w:w="4680"/>
          </w:tcPr>
          <w:p>
            <w:r/>
            <w:r>
              <w:rPr>
                <w:b w:val="0"/>
                <w:i w:val="0"/>
                <w:sz w:val="19"/>
              </w:rPr>
              <w:t>Trẻ con ăn vạ</w:t>
            </w:r>
          </w:p>
        </w:tc>
        <w:tc>
          <w:tcPr>
            <w:tcW w:type="dxa" w:w="4680"/>
          </w:tcPr>
          <w:p>
            <w:r/>
            <w:r>
              <w:rPr>
                <w:b w:val="0"/>
                <w:i w:val="0"/>
                <w:sz w:val="19"/>
              </w:rPr>
              <w:t>Người lớn bùng nổ, nhắn tin giận dữ và xả cơn tức</w:t>
            </w:r>
          </w:p>
        </w:tc>
      </w:tr>
      <w:tr>
        <w:tc>
          <w:tcPr>
            <w:tcW w:type="dxa" w:w="4680"/>
          </w:tcPr>
          <w:p>
            <w:r/>
            <w:r>
              <w:rPr>
                <w:b w:val="0"/>
                <w:i w:val="0"/>
                <w:sz w:val="19"/>
              </w:rPr>
              <w:t>Trẻ con đóng sầm cửa</w:t>
            </w:r>
          </w:p>
        </w:tc>
        <w:tc>
          <w:tcPr>
            <w:tcW w:type="dxa" w:w="4680"/>
          </w:tcPr>
          <w:p>
            <w:r/>
            <w:r>
              <w:rPr>
                <w:b w:val="0"/>
                <w:i w:val="0"/>
                <w:sz w:val="19"/>
              </w:rPr>
              <w:t>Người lớn cũng đóng sầm cửa</w:t>
            </w:r>
          </w:p>
        </w:tc>
      </w:tr>
      <w:tr>
        <w:tc>
          <w:tcPr>
            <w:tcW w:type="dxa" w:w="4680"/>
          </w:tcPr>
          <w:p>
            <w:r/>
            <w:r>
              <w:rPr>
                <w:b w:val="0"/>
                <w:i w:val="0"/>
                <w:sz w:val="19"/>
              </w:rPr>
              <w:t>Trẻ con nói dối</w:t>
            </w:r>
          </w:p>
        </w:tc>
        <w:tc>
          <w:tcPr>
            <w:tcW w:type="dxa" w:w="4680"/>
          </w:tcPr>
          <w:p>
            <w:r/>
            <w:r>
              <w:rPr>
                <w:b w:val="0"/>
                <w:i w:val="0"/>
                <w:sz w:val="19"/>
              </w:rPr>
              <w:t>Người lớn cũng nói dối</w:t>
            </w:r>
          </w:p>
        </w:tc>
      </w:tr>
    </w:tbl>
    <w:p>
      <w:pPr>
        <w:spacing w:after="0"/>
      </w:pPr>
    </w:p>
    <w:p>
      <w:pPr>
        <w:spacing w:after="80"/>
      </w:pPr>
      <w:r>
        <w:rPr>
          <w:b w:val="0"/>
          <w:i w:val="0"/>
        </w:rPr>
        <w:t>Nếu bạn đọc danh sách đó và ai đó ngay lập tức hiện lên trong đầu bạn cho mỗi tình huống, thì điều tương tự cũng xảy ra với tôi khi tôi mổ xẻ chuyện này với chuyên gia trị liệu của mình. Lý do trẻ con hành xử như vậy là vì chúng không thể tự điều chỉnh cảm xúc của mình.</w:t>
      </w:r>
    </w:p>
    <w:p>
      <w:pPr>
        <w:spacing w:after="80"/>
      </w:pPr>
      <w:r>
        <w:rPr>
          <w:b w:val="0"/>
          <w:i w:val="0"/>
        </w:rPr>
        <w:t>Tôi sẽ cho bạn một ví dụ. Hãy lấy một đứa trẻ đang ở gian hàng đồ chơi, đã chọn được một bộ Lego và muốn có nó. Ngay khoảnh khắc chúng bị nói rằng không thể có nó, điều gì sẽ xảy ra?</w:t>
      </w:r>
    </w:p>
    <w:p>
      <w:pPr>
        <w:spacing w:after="80"/>
      </w:pPr>
      <w:r>
        <w:rPr>
          <w:b w:val="0"/>
          <w:i w:val="0"/>
        </w:rPr>
        <w:t>Cơ thể nhỏ bé của chúng tràn ngập cảm xúc: buồn bã, thất vọng, bất ngờ, tức giận. Đó là lý do chúng có phản ứng cảm xúc dữ dội và bắt đầu khóc, im lặng sụp đổ, hoặc nằm bệt xuống sàn thành một trận ăn vạ ra trò.</w:t>
      </w:r>
    </w:p>
    <w:p>
      <w:pPr>
        <w:spacing w:after="80"/>
      </w:pPr>
      <w:r>
        <w:rPr>
          <w:b w:val="0"/>
          <w:i w:val="0"/>
        </w:rPr>
        <w:t>Giải pháp không phải là đưa cho đứa trẻ món đồ chơi hay bộ Lego đó. Giải pháp là cha mẹ giúp đứa trẻ xử lý những cảm xúc mà chúng đang cảm nhận theo một cách bình tĩnh, thấu hiểu và đầy lòng trắc ẩn.</w:t>
      </w:r>
    </w:p>
    <w:p>
      <w:pPr>
        <w:spacing w:after="80"/>
      </w:pPr>
      <w:r>
        <w:rPr>
          <w:b w:val="0"/>
          <w:i w:val="0"/>
        </w:rPr>
        <w:t>Điều đó có thể trông như cúi xuống và nói: "Bố/mẹ biết điều này khó khăn. Bố/mẹ biết con muốn bộ Lego đó. Con buồn thì không sao cả. Bố/mẹ cũng thất vọng mà. Đúng là không công bằng. Bố/mẹ cũng buồn khi không có được những thứ mình muốn."</w:t>
      </w:r>
    </w:p>
    <w:p>
      <w:pPr>
        <w:spacing w:after="80"/>
      </w:pPr>
      <w:r>
        <w:rPr>
          <w:b w:val="0"/>
          <w:i/>
        </w:rPr>
        <w:t>Hãy để chúng</w:t>
      </w:r>
      <w:r>
        <w:rPr>
          <w:b w:val="0"/>
          <w:i w:val="0"/>
        </w:rPr>
        <w:t xml:space="preserve"> khóc, van xin, hoặc làm bất cứ điều gì chúng cần, trong bao lâu tùy chúng cần.</w:t>
      </w:r>
    </w:p>
    <w:p>
      <w:pPr>
        <w:spacing w:after="80"/>
      </w:pPr>
      <w:r>
        <w:rPr>
          <w:b w:val="0"/>
          <w:i w:val="0"/>
        </w:rPr>
        <w:t>Nếu trẻ con không được phép trải qua trọn vẹn làn sóng cảm xúc (mà không có người lớn nào nói "bình tĩnh đi," hay "chuyện này ngớ ngẩn," hay "con đang phản ứng quá đà"), chúng sẽ không bao giờ học được cách xử lý những cảm xúc bình thường của con người một cách lành mạnh. Thay vào đó, chúng trở thành một người lớn non nớt về cảm xúc, người trút hết mọi thứ lên phần còn lại của chúng ta.</w:t>
      </w:r>
    </w:p>
    <w:p>
      <w:pPr>
        <w:spacing w:after="80"/>
      </w:pPr>
      <w:r>
        <w:rPr>
          <w:b w:val="0"/>
          <w:i w:val="0"/>
        </w:rPr>
        <w:t>Nên tôi cứ cho rằng hầu hết người lớn chưa bao giờ học được cách xử lý cảm xúc của mình một cách lành mạnh, bởi vì cha mẹ của chẳng ai biết làm điều này cả, và nếu cha mẹ bạn biết làm thì bạn đúng là một người may mắn. Một đứa trẻ không thể tự học được cách làm điều này. Như tôi đã nói ở trên, đó là một kỹ năng cần thời gian, luyện tập và mong muốn học hỏi.</w:t>
      </w:r>
    </w:p>
    <w:p>
      <w:pPr>
        <w:spacing w:after="80"/>
      </w:pPr>
      <w:r>
        <w:rPr>
          <w:b w:val="0"/>
          <w:i w:val="0"/>
        </w:rPr>
        <w:t>Tất nhiên, khi nghiên cứu cuốn sách này, tôi nhận ra rằng với tư cách là một bậc cha mẹ, tôi đã làm hỏng chuyện này hoàn toàn. Tôi hẳn đã mua cho con mình bộ Lego. Hoặc, tôi hẳn đã bùng nổ trong bực bội và hét lên "Đừng khóc nữa!" Hoặc, tôi hẳn đã bỏ đi khỏi chúng, để chúng nằm trên sàn, và rẽ sang gian hàng khác, hy vọng rằng chúng sẽ nhận ra tôi đã đi mất, đột nhiên hoảng sợ, và ngừng khóc. . . điều đó giải thích tại sao cả ba đứa con của tôi giờ đều cần trị liệu.</w:t>
      </w:r>
    </w:p>
    <w:p>
      <w:pPr>
        <w:spacing w:after="80"/>
      </w:pPr>
      <w:r>
        <w:rPr>
          <w:b w:val="0"/>
          <w:i w:val="0"/>
        </w:rPr>
        <w:t>Ước gì tôi đang đùa. Tôi đã làm hỏng chuyện này vì tôi không biết cách điều chỉnh cảm xúc của chính mình. Tôi cũng chưa bao giờ được dạy cách làm điều đó khi còn nhỏ. Tôi lớn lên trong một gia đình mà chúng tôi không nói về cảm xúc của mình. Mọi người có xu hướng chỉ bùng nổ trong tức giận khi bị quá tải rồi sau đó giả vờ như không có chuyện gì xảy ra.</w:t>
      </w:r>
    </w:p>
    <w:p>
      <w:pPr>
        <w:spacing w:after="80"/>
      </w:pPr>
      <w:r>
        <w:rPr>
          <w:b w:val="0"/>
          <w:i w:val="0"/>
        </w:rPr>
        <w:t>Và điều đó đưa tôi đến một điểm rất quan trọng về Học thuyết Để Họ Tự Lo (Let Them Theory), và tôi cần phải nói thật rõ ràng: Người lớn chịu trách nhiệm 100 phần trăm cho các nhu cầu cảm xúc và thể chất của trẻ con. Trẻ con không thể tự cho mình sự hỗ trợ cảm xúc và thể chất mà chúng cần.</w:t>
      </w:r>
    </w:p>
    <w:p>
      <w:pPr>
        <w:spacing w:after="80"/>
      </w:pPr>
      <w:r>
        <w:rPr>
          <w:b w:val="0"/>
          <w:i w:val="0"/>
        </w:rPr>
        <w:t>Trách nhiệm của bạn là giúp một đứa trẻ điều chỉnh các phản ứng cảm xúc của chúng một cách lành mạnh. Trách nhiệm của bạn cũng là dạy cho một đứa trẻ rằng cảm xúc là bình thường và cách xử lý chúng.</w:t>
      </w:r>
    </w:p>
    <w:p>
      <w:pPr>
        <w:spacing w:after="80"/>
      </w:pPr>
      <w:r>
        <w:rPr>
          <w:b w:val="0"/>
          <w:i w:val="0"/>
        </w:rPr>
        <w:t xml:space="preserve">Thực tế, khi nghiên cứu cuốn sách này, Lisa Damour Ph.D., một nhà tâm lý học lâm sàng và là tác giả sách bán chạy của </w:t>
      </w:r>
      <w:r>
        <w:rPr>
          <w:b w:val="0"/>
          <w:i/>
        </w:rPr>
        <w:t>New York Times</w:t>
      </w:r>
      <w:r>
        <w:rPr>
          <w:b w:val="0"/>
          <w:i w:val="0"/>
        </w:rPr>
        <w:t>, đã nói với tôi rằng khi một đứa trẻ (hay người lớn) trải qua sự thất vọng vì không thể có được thứ mình muốn, hay nỗi buồn vì một mất mát, thì đây là những phản ứng lành mạnh về mặt tinh thần đối với các trải nghiệm trong cuộc sống. Những cảm xúc buồn bã và thất vọng này là dấu hiệu cho thấy bạn khỏe mạnh về mặt tinh thần.</w:t>
      </w:r>
    </w:p>
    <w:p>
      <w:pPr>
        <w:pStyle w:val="Heading2"/>
      </w:pPr>
      <w:r>
        <w:rPr>
          <w:rFonts w:ascii="Calibri" w:hAnsi="Calibri"/>
          <w:b/>
          <w:i w:val="0"/>
          <w:sz w:val="32"/>
        </w:rPr>
        <w:t>Cảm xúc có phù hợp với hoàn cảnh không?</w:t>
      </w:r>
    </w:p>
    <w:p>
      <w:pPr>
        <w:spacing w:after="80"/>
      </w:pPr>
      <w:r>
        <w:rPr>
          <w:b w:val="0"/>
          <w:i w:val="0"/>
        </w:rPr>
        <w:t>Khi bạn tám tuổi, việc buồn bã khi không có được bộ Lego mà mình muốn là một phản ứng bình thường. Khi bạn của bạn ở trường nói điều gì đó làm tổn thương cảm xúc của bạn, việc buồn là một phản ứng lành mạnh. Khi bạn muốn xem TV và bố mẹ nói đã đến giờ đi ngủ, việc buồn bã là một phản ứng bình thường.</w:t>
      </w:r>
    </w:p>
    <w:p>
      <w:pPr>
        <w:spacing w:after="80"/>
      </w:pPr>
      <w:r>
        <w:rPr>
          <w:b w:val="0"/>
          <w:i w:val="0"/>
        </w:rPr>
        <w:t>Nhân tiện, điều tương tự cũng đúng với những trải nghiệm của người lớn. Khi bạn là người lớn, nếu bạn bị sa thải, việc cảm thấy bực bội và mất tinh thần là một phản ứng bình thường. Khi bạn trải qua một cuộc chia tay, việc rơi vào trạng thái trầm cảm là bình thường. Theo Tiến sĩ Damour, đây đều là những phản ứng cảm xúc phù hợp và bình thường. Chúng là bằng chứng cho thấy tâm trí bạn đang hoạt động đúng như nó nên hoạt động.</w:t>
      </w:r>
    </w:p>
    <w:p>
      <w:pPr>
        <w:spacing w:after="80"/>
      </w:pPr>
      <w:r>
        <w:rPr>
          <w:b w:val="0"/>
          <w:i w:val="0"/>
        </w:rPr>
        <w:t>Nhưng khi lớn lên, bạn có lẽ đã được dạy phải liên tục kìm nén những gì mình cảm nhận. Khi bạn bảo một đứa trẻ "quên chuyện đó đi" hay "nín khóc đi" hay "bình tĩnh lại," bạn đang huấn luyện chúng đè nén cảm xúc của mình. Để xao lãng, né tránh, hoặc làm tê liệt những cảm xúc vốn dĩ rất người này.</w:t>
      </w:r>
    </w:p>
    <w:p>
      <w:pPr>
        <w:spacing w:after="80"/>
      </w:pPr>
      <w:r>
        <w:rPr>
          <w:b w:val="0"/>
          <w:i w:val="0"/>
        </w:rPr>
        <w:t>Tiến sĩ Damour nói với tôi rằng đó là lý do vì sao rất nhiều người sống chung với lo âu, trầm cảm, nghiện ngập, hoặc đau đớn mạn tính—bởi vì họ đã né tránh tất cả những cảm xúc suốt bao năm qua, rồi chúng tích tụ bên trong mà không có lối thoát nào.</w:t>
      </w:r>
    </w:p>
    <w:p>
      <w:pPr>
        <w:spacing w:after="80"/>
      </w:pPr>
      <w:r>
        <w:rPr>
          <w:b w:val="0"/>
          <w:i w:val="0"/>
        </w:rPr>
        <w:t>Tôi sẽ nói lại lần nữa: Bạn có trách nhiệm giúp một đứa trẻ tạo không gian để xử lý toàn bộ các cung bậc cảm xúc của chúng. Nhưng bạn không có trách nhiệm quản lý những phản ứng cảm xúc của một người lớn khác.</w:t>
      </w:r>
    </w:p>
    <w:p>
      <w:pPr>
        <w:spacing w:after="80"/>
      </w:pPr>
      <w:r>
        <w:rPr>
          <w:b w:val="0"/>
          <w:i w:val="0"/>
        </w:rPr>
        <w:t xml:space="preserve">Điều này cực kỳ quan trọng cần hiểu. </w:t>
      </w:r>
      <w:r>
        <w:rPr>
          <w:b w:val="0"/>
          <w:i/>
        </w:rPr>
        <w:t>Để tôi</w:t>
      </w:r>
      <w:r>
        <w:rPr>
          <w:b w:val="0"/>
          <w:i w:val="0"/>
        </w:rPr>
        <w:t xml:space="preserve"> mổ xẻ điều này kỹ hơn.</w:t>
      </w:r>
    </w:p>
    <w:p>
      <w:pPr>
        <w:pStyle w:val="Heading2"/>
      </w:pPr>
      <w:r>
        <w:rPr>
          <w:rFonts w:ascii="Calibri" w:hAnsi="Calibri"/>
          <w:b/>
          <w:i w:val="0"/>
          <w:sz w:val="32"/>
        </w:rPr>
        <w:t>Hành vi trẻ con của người lớn</w:t>
      </w:r>
    </w:p>
    <w:p>
      <w:pPr>
        <w:spacing w:after="80"/>
      </w:pPr>
      <w:r>
        <w:rPr>
          <w:b w:val="0"/>
          <w:i w:val="0"/>
        </w:rPr>
        <w:t>Hãy lấy trải nghiệm rất phổ biến khi một người nào đó trong đời bạn chơi trò im lặng với bạn. Im lặng là cách một người lớn chưa trưởng thành làm khi họ đang bực bội và không biết cách xử lý cảm xúc của mình một cách lành mạnh và tôn trọng.</w:t>
      </w:r>
    </w:p>
    <w:p>
      <w:pPr>
        <w:spacing w:after="80"/>
      </w:pPr>
      <w:r>
        <w:rPr>
          <w:b w:val="0"/>
          <w:i w:val="0"/>
        </w:rPr>
        <w:t>Thế nên thay vào đó, họ ngừng nói chuyện. Họ giả vờ như không có gì sai. Và thường thì họ lờ bạn đi. Và nếu bạn từng là người bị chơi trò im lặng từ một người bạn, một người trong gia đình, hay một đồng nghiệp, thì nó rất đau đớn, và bản năng tức thì của bạn là cố gắng tìm xem mình đã làm gì sai.</w:t>
      </w:r>
    </w:p>
    <w:p>
      <w:pPr>
        <w:spacing w:after="80"/>
      </w:pPr>
      <w:r>
        <w:rPr>
          <w:b w:val="0"/>
          <w:i w:val="0"/>
        </w:rPr>
        <w:t>Và đó chính xác là điều mà người chơi trò im lặng muốn—họ muốn sự chú ý của bạn. Giống như một đứa trẻ hờn dỗi trong góc muốn bố mẹ đến dỗ dành, một người lớn chơi trò im lặng với bạn muốn bạn hỏi "Bạn có sao không?" và "Tôi có thể làm gì không?" và "Tôi đã làm gì sai?"</w:t>
      </w:r>
    </w:p>
    <w:p>
      <w:pPr>
        <w:spacing w:after="80"/>
      </w:pPr>
      <w:r>
        <w:rPr>
          <w:b w:val="0"/>
          <w:i w:val="0"/>
        </w:rPr>
        <w:t>Họ dùng trò im lặng vì họ không biết cách xử lý cảm xúc của chính mình, và họ đang cố khiến bạn đến bên họ và hỏi có chuyện gì, để họ không phải tự làm điều đó cho bản thân.</w:t>
      </w:r>
    </w:p>
    <w:p>
      <w:pPr>
        <w:spacing w:after="80"/>
      </w:pPr>
      <w:r>
        <w:rPr>
          <w:b w:val="0"/>
          <w:i w:val="0"/>
        </w:rPr>
        <w:t>Tôi từng có một người bạn luôn làm thế suốt thời trung học. Phút này chúng tôi còn rất thân, phút sau cô ấy đã không nói chuyện với tôi nữa. Và tôi chẳng bao giờ biết mình đã làm gì sai. Tôi sẽ cố gọi cho cô ấy, chào hỏi cô ấy ở hành lang, và đôi khi cầu xin tha thứ vì một điều gì đó mà tôi còn chẳng biết là mình đã làm.</w:t>
      </w:r>
    </w:p>
    <w:p>
      <w:pPr>
        <w:spacing w:after="80"/>
      </w:pPr>
      <w:r>
        <w:rPr>
          <w:b w:val="0"/>
          <w:i w:val="0"/>
        </w:rPr>
        <w:t>Cô ấy sẽ không bao giờ đề cập đến chuyện đó, rồi đột nhiên một ngày cô ấy quyết định là mình đã nguôi ngoai—và thế là chúng tôi lại trở về làm bạn thân của nhau. Tôi luôn nhẹ nhõm đến mức chỉ biết thuận theo như thể chưa từng có chuyện gì xảy ra.</w:t>
      </w:r>
    </w:p>
    <w:p>
      <w:pPr>
        <w:spacing w:after="80"/>
      </w:pPr>
      <w:r>
        <w:rPr>
          <w:b w:val="0"/>
          <w:i w:val="0"/>
        </w:rPr>
        <w:t>Điều tôi biết bây giờ là cô ấy thấy việc chơi trò im lặng với tôi và né tránh một cuộc trò chuyện chân thành thì dễ dàng hơn là đến gặp tôi và chia sẻ cảm xúc của mình. Cô ấy còn không biết cách làm điều đó.</w:t>
      </w:r>
    </w:p>
    <w:p>
      <w:pPr>
        <w:spacing w:after="80"/>
      </w:pPr>
      <w:r>
        <w:rPr>
          <w:b w:val="0"/>
          <w:i w:val="0"/>
        </w:rPr>
        <w:t>Một điều nữa cần hiểu là nó thật sự không liên quan gì đến bạn. Khi ai đó chơi trò im lặng với bạn, tất cả đều bắt nguồn từ việc họ không thể hiểu được cảm xúc của mình hoặc những con quỷ dữ trong quá khứ.</w:t>
      </w:r>
    </w:p>
    <w:p>
      <w:pPr>
        <w:spacing w:after="80"/>
      </w:pPr>
      <w:r>
        <w:rPr>
          <w:b w:val="0"/>
          <w:i/>
        </w:rPr>
        <w:t>Hãy Để Họ</w:t>
      </w:r>
      <w:r>
        <w:rPr>
          <w:b w:val="0"/>
          <w:i w:val="0"/>
        </w:rPr>
        <w:t xml:space="preserve">. Bất cứ khi nào một người lớn hành xử như một đứa trẻ tám tuổi, </w:t>
      </w:r>
      <w:r>
        <w:rPr>
          <w:b w:val="0"/>
          <w:i/>
        </w:rPr>
        <w:t>Hãy Để Họ</w:t>
      </w:r>
      <w:r>
        <w:rPr>
          <w:b w:val="0"/>
          <w:i w:val="0"/>
        </w:rPr>
        <w:t>.</w:t>
      </w:r>
    </w:p>
    <w:p>
      <w:pPr>
        <w:spacing w:after="80"/>
      </w:pPr>
      <w:r>
        <w:rPr>
          <w:b w:val="0"/>
          <w:i w:val="0"/>
        </w:rPr>
        <w:t>Chiến lược này sẽ thay đổi cuộc đời bạn. Với bạn, đó có thể là một bậc phụ huynh nổi giận, lao ra khỏi phòng, và từ chối nói chuyện với bất kỳ ai trong vài ngày hoặc cả cuối tuần.</w:t>
      </w:r>
    </w:p>
    <w:p>
      <w:pPr>
        <w:spacing w:after="80"/>
      </w:pPr>
      <w:r>
        <w:rPr>
          <w:b w:val="0"/>
          <w:i w:val="0"/>
        </w:rPr>
        <w:t>Hoặc, trong trường hợp của một trong những người bạn thân nhất của tôi, mẹ cô ấy đột nhiên không nói chuyện với cô ấy suốt một tháng. Rồi một ngày bà bước xuống cầu thang vào buổi sáng, và cứ như thể chưa từng có chuyện gì xảy ra.</w:t>
      </w:r>
    </w:p>
    <w:p>
      <w:pPr>
        <w:spacing w:after="80"/>
      </w:pPr>
      <w:r>
        <w:rPr>
          <w:b w:val="0"/>
          <w:i w:val="0"/>
        </w:rPr>
        <w:t>Dùng Lý thuyết Cứ Để Họ (Let Them Theory), bạn sẽ không bao giờ còn là nạn nhân của sự non nớt cảm xúc hay lạm dụng cảm xúc của người khác nữa—vì bạn sẽ biết chính xác mình cần làm gì.</w:t>
      </w:r>
    </w:p>
    <w:p>
      <w:pPr>
        <w:spacing w:after="80"/>
      </w:pPr>
      <w:r>
        <w:rPr>
          <w:b w:val="0"/>
          <w:i w:val="0"/>
        </w:rPr>
        <w:t xml:space="preserve">Đầu tiên, việc quản lý cảm xúc của một người trưởng thành khác chưa bao giờ là việc của bạn. Khi ai đó dùng chiêu im lặng (silent treatment) với bạn, hay đóng vai nạn nhân, hay bùng nổ vì bực bội, hãy </w:t>
      </w:r>
      <w:r>
        <w:rPr>
          <w:b w:val="0"/>
          <w:i/>
        </w:rPr>
        <w:t>Cứ Để Họ</w:t>
      </w:r>
      <w:r>
        <w:rPr>
          <w:b w:val="0"/>
          <w:i w:val="0"/>
        </w:rPr>
        <w:t>. Và sau đó tôi muốn bạn hình dung một đứa trẻ tám tuổi bị mắc kẹt bên trong cơ thể họ. Khi bạn làm vậy, một điều kỳ diệu sẽ xảy ra. Bạn không còn thấy sợ người này nữa. Bạn thực sự thấy thương họ. Bạn cảm thấy lòng trắc ẩn thay vì sự khinh miệt.</w:t>
      </w:r>
    </w:p>
    <w:p>
      <w:pPr>
        <w:spacing w:after="80"/>
      </w:pPr>
      <w:r>
        <w:rPr>
          <w:b w:val="0"/>
          <w:i w:val="0"/>
        </w:rPr>
        <w:t>Bạn cũng sẽ nhận ra rằng việc họ không thể xử lý những cảm xúc bình thường của con người như buồn bã, bất an, thất vọng, giận dữ, sợ hãi và bị từ chối không phải là lỗi của bạn. Và đó cũng không phải là vấn đề bạn phải giải quyết. Điều này đã xảy ra với người này từ khi họ còn là một đứa trẻ.</w:t>
      </w:r>
    </w:p>
    <w:p>
      <w:pPr>
        <w:spacing w:after="80"/>
      </w:pPr>
      <w:r>
        <w:rPr>
          <w:b w:val="0"/>
          <w:i w:val="0"/>
        </w:rPr>
        <w:t>Bạn không có trách nhiệm quản lý cảm xúc của họ hay cố gắng sửa chữa họ. Trách nhiệm của bạn là bảo vệ chính mình khỏi vòng xoáy cảm xúc của họ, và nhìn nhận nó đúng như bản chất của nó: Một người hoàn toàn không biết cách xử lý hay thể hiện cảm xúc của mình một cách lành mạnh.</w:t>
      </w:r>
    </w:p>
    <w:p>
      <w:pPr>
        <w:spacing w:after="80"/>
      </w:pPr>
      <w:r>
        <w:rPr>
          <w:b w:val="0"/>
          <w:i/>
        </w:rPr>
        <w:t>Cứ Để Họ</w:t>
      </w:r>
      <w:r>
        <w:rPr>
          <w:b w:val="0"/>
          <w:i w:val="0"/>
        </w:rPr>
        <w:t xml:space="preserve"> im lặng. </w:t>
      </w:r>
      <w:r>
        <w:rPr>
          <w:b w:val="0"/>
          <w:i/>
        </w:rPr>
        <w:t>Cứ Để Họ</w:t>
      </w:r>
      <w:r>
        <w:rPr>
          <w:b w:val="0"/>
          <w:i w:val="0"/>
        </w:rPr>
        <w:t xml:space="preserve"> bùng nổ. </w:t>
      </w:r>
      <w:r>
        <w:rPr>
          <w:b w:val="0"/>
          <w:i/>
        </w:rPr>
        <w:t>Cứ Để Họ</w:t>
      </w:r>
      <w:r>
        <w:rPr>
          <w:b w:val="0"/>
          <w:i w:val="0"/>
        </w:rPr>
        <w:t xml:space="preserve"> đóng vai nạn nhân. </w:t>
      </w:r>
      <w:r>
        <w:rPr>
          <w:b w:val="0"/>
          <w:i/>
        </w:rPr>
        <w:t>Cứ Để Họ</w:t>
      </w:r>
      <w:r>
        <w:rPr>
          <w:b w:val="0"/>
          <w:i w:val="0"/>
        </w:rPr>
        <w:t xml:space="preserve"> dỗi hờn. </w:t>
      </w:r>
      <w:r>
        <w:rPr>
          <w:b w:val="0"/>
          <w:i/>
        </w:rPr>
        <w:t>Cứ Để Họ</w:t>
      </w:r>
      <w:r>
        <w:rPr>
          <w:b w:val="0"/>
          <w:i w:val="0"/>
        </w:rPr>
        <w:t xml:space="preserve"> phủ nhận rằng chuyện đó đã xảy ra. </w:t>
      </w:r>
      <w:r>
        <w:rPr>
          <w:b w:val="0"/>
          <w:i/>
        </w:rPr>
        <w:t>Cứ Để Họ</w:t>
      </w:r>
      <w:r>
        <w:rPr>
          <w:b w:val="0"/>
          <w:i w:val="0"/>
        </w:rPr>
        <w:t xml:space="preserve"> biến mọi thứ thành về họ.</w:t>
      </w:r>
    </w:p>
    <w:p>
      <w:pPr>
        <w:spacing w:after="80"/>
      </w:pPr>
      <w:r>
        <w:rPr>
          <w:b w:val="0"/>
          <w:i w:val="0"/>
        </w:rPr>
        <w:t xml:space="preserve">Rồi sau đó, </w:t>
      </w:r>
      <w:r>
        <w:rPr>
          <w:b w:val="0"/>
          <w:i/>
        </w:rPr>
        <w:t>Cứ Để Tôi</w:t>
      </w:r>
      <w:r>
        <w:rPr>
          <w:b w:val="0"/>
          <w:i w:val="0"/>
        </w:rPr>
        <w:t xml:space="preserve">. </w:t>
      </w:r>
      <w:r>
        <w:rPr>
          <w:b w:val="0"/>
          <w:i/>
        </w:rPr>
        <w:t>Cứ Để Tôi</w:t>
      </w:r>
      <w:r>
        <w:rPr>
          <w:b w:val="0"/>
          <w:i w:val="0"/>
        </w:rPr>
        <w:t xml:space="preserve"> là người trưởng thành, khôn ngoan và đầy yêu thương trong tình huống này. </w:t>
      </w:r>
      <w:r>
        <w:rPr>
          <w:b w:val="0"/>
          <w:i/>
        </w:rPr>
        <w:t>Cứ Để Tôi</w:t>
      </w:r>
      <w:r>
        <w:rPr>
          <w:b w:val="0"/>
          <w:i w:val="0"/>
        </w:rPr>
        <w:t xml:space="preserve"> quyết định xem tôi có muốn giải quyết chuyện này trực tiếp hay không giải quyết gì cả. </w:t>
      </w:r>
      <w:r>
        <w:rPr>
          <w:b w:val="0"/>
          <w:i/>
        </w:rPr>
        <w:t>Cứ Để Tôi</w:t>
      </w:r>
      <w:r>
        <w:rPr>
          <w:b w:val="0"/>
          <w:i w:val="0"/>
        </w:rPr>
        <w:t xml:space="preserve"> tự nhắc mình rằng quản lý cảm xúc của người khác không phải là việc của tôi. </w:t>
      </w:r>
      <w:r>
        <w:rPr>
          <w:b w:val="0"/>
          <w:i/>
        </w:rPr>
        <w:t>Cứ Để Tôi</w:t>
      </w:r>
      <w:r>
        <w:rPr>
          <w:b w:val="0"/>
          <w:i w:val="0"/>
        </w:rPr>
        <w:t xml:space="preserve"> rút mình ra khỏi bất kỳ chuỗi tin nhắn, cuộc trò chuyện bên bàn ăn, mối quan hệ hay nhóm bạn nào mà chuyện này đang diễn ra.</w:t>
      </w:r>
    </w:p>
    <w:p>
      <w:pPr>
        <w:spacing w:after="80"/>
      </w:pPr>
      <w:r>
        <w:rPr>
          <w:b w:val="0"/>
          <w:i w:val="0"/>
        </w:rPr>
        <w:t>Thay vì mong đợi người khác thay đổi, hãy đòi hỏi sự thay đổi từ chính bản thân bạn. Hãy giữ mình ở một tiêu chuẩn cao hơn và ngừng cho phép kiểu hành vi non nớt về cảm xúc này trở thành trách nhiệm của bạn phải quản lý.</w:t>
      </w:r>
    </w:p>
    <w:p>
      <w:pPr>
        <w:spacing w:after="80"/>
      </w:pPr>
      <w:r>
        <w:rPr>
          <w:b w:val="0"/>
          <w:i w:val="0"/>
        </w:rPr>
        <w:t>Ngừng ở lại trong những tình huống mà sự non nớt cảm xúc lặp đi lặp lại của ai đó bắt đầu giống như sự lạm dụng. Ngừng thấy tội nghiệp cho những người lúc nào cũng đóng vai nạn nhân. Ngừng biện minh cho những kiểu hành vi rõ ràng là ái kỷ (narcissistic) của ai đó.</w:t>
      </w:r>
    </w:p>
    <w:p>
      <w:pPr>
        <w:spacing w:after="80"/>
      </w:pPr>
      <w:r>
        <w:rPr>
          <w:b w:val="0"/>
          <w:i w:val="0"/>
        </w:rPr>
        <w:t>Càng đổ nhiều thời gian vào một mối quan hệ với người hành xử như một đứa trẻ tám tuổi, bạn càng cảm thấy mình như cha mẹ của một đứa con nít. Khi bạn nhận ra mình đang đối mặt với một người còn rất nhiều việc nội tâm phải làm, bạn có thể vạch ra những ranh giới lành mạnh hơn về lượng thời gian và năng lượng mà bạn sẵn lòng dành cho họ.</w:t>
      </w:r>
    </w:p>
    <w:p>
      <w:pPr>
        <w:spacing w:after="80"/>
      </w:pPr>
      <w:r>
        <w:rPr>
          <w:b w:val="0"/>
          <w:i w:val="0"/>
        </w:rPr>
        <w:t>Bởi vì cho đến khi người này chịu làm việc để xây dựng các kỹ năng trí tuệ cảm xúc (emotional intelligence), họ sẽ mãi mãi dùng chiêu im lặng, đóng vai nạn nhân, hoặc gây hấn thụ động (passive aggressive). Đây không phải là một nét tính cách, mà là một khuôn mẫu hành vi.</w:t>
      </w:r>
    </w:p>
    <w:p>
      <w:pPr>
        <w:pStyle w:val="Heading2"/>
      </w:pPr>
      <w:r>
        <w:rPr>
          <w:rFonts w:ascii="Calibri" w:hAnsi="Calibri"/>
          <w:b/>
          <w:i w:val="0"/>
          <w:sz w:val="32"/>
        </w:rPr>
        <w:t>Nhưng Nếu Chính Bạn Là Vấn Đề Thì Sao?</w:t>
      </w:r>
    </w:p>
    <w:p>
      <w:pPr>
        <w:spacing w:after="80"/>
      </w:pPr>
      <w:r>
        <w:rPr>
          <w:b w:val="0"/>
          <w:i w:val="0"/>
        </w:rPr>
        <w:t>Bạn sẽ làm gì nếu khi đang đọc những dòng này, bạn nhận ra rằng có những lúc trong đời mình, chính bạn mới là người non nớt về cảm xúc?</w:t>
      </w:r>
    </w:p>
    <w:p>
      <w:pPr>
        <w:spacing w:after="80"/>
      </w:pPr>
      <w:r>
        <w:rPr>
          <w:b w:val="0"/>
          <w:i w:val="0"/>
        </w:rPr>
        <w:t>Bạn bị cảm xúc của mình nhấn chìm. Bạn dỗi hờn. Bạn dùng chiêu im lặng. Bạn nhắn tin giận dữ. Bạn đóng vai nạn nhân. Bạn gắt gỏng với người khác. Bạn biến mọi thứ thành về bạn.</w:t>
      </w:r>
    </w:p>
    <w:p>
      <w:pPr>
        <w:spacing w:after="80"/>
      </w:pPr>
      <w:r>
        <w:rPr>
          <w:b w:val="0"/>
          <w:i w:val="0"/>
        </w:rPr>
        <w:t>Nếu bạn đang có nhận ra điều này, đây là điều tôi muốn nói với bạn: Bạn không đơn độc. Tôi cũng đã từng nhận ra điều đó về chính mình.</w:t>
      </w:r>
    </w:p>
    <w:p>
      <w:pPr>
        <w:spacing w:after="80"/>
      </w:pPr>
      <w:r>
        <w:rPr>
          <w:b w:val="0"/>
          <w:i w:val="0"/>
        </w:rPr>
        <w:t>Thật dễ để nhìn thấy hành vi non nớt này ở người khác, nhưng phải cần một mức độ dũng cảm và trí tuệ cảm xúc để nhìn thấy nó ở chính mình. Với tôi, tôi thậm chí còn chẳng phải một đứa trẻ tám tuổi. Tôi từng non nớt về cảm xúc đến mức chắc chỉ tầm năm tuổi thôi.</w:t>
      </w:r>
    </w:p>
    <w:p>
      <w:pPr>
        <w:spacing w:after="80"/>
      </w:pPr>
      <w:r>
        <w:rPr>
          <w:b w:val="0"/>
          <w:i w:val="0"/>
        </w:rPr>
        <w:t>Tôi bị cảm xúc của mình nhấn chìm quá dễ dàng đến mức tôi hay nổi cơn tam bành, dù là xả giận với chồng tôi hay bùng nổ với các con tôi vì một chuyện ngớ ngẩn nào đó. Tôi đã có những giai đoạn trong đời mà mọi thứ chỉ xoay quanh tôi, và nó đã phá hỏng rất nhiều tình bạn. Cho đến tận ngày nay, khi công việc trở nên cực kỳ căng thẳng, tôi vẫn gửi những tin nhắn dài, giận dữ cho đối tác kinh doanh của mình về việc tôi bực bội vì đủ thứ chuyện. Và điều đó không ổn chút nào.</w:t>
      </w:r>
    </w:p>
    <w:p>
      <w:pPr>
        <w:spacing w:after="80"/>
      </w:pPr>
      <w:r>
        <w:rPr>
          <w:b w:val="0"/>
          <w:i w:val="0"/>
        </w:rPr>
        <w:t xml:space="preserve">Ngay cả khi tôi đang viết cuốn sách Let Them Theory và áp dụng </w:t>
      </w:r>
      <w:r>
        <w:rPr>
          <w:b w:val="0"/>
          <w:i/>
        </w:rPr>
        <w:t>Let Them</w:t>
      </w:r>
      <w:r>
        <w:rPr>
          <w:b w:val="0"/>
          <w:i w:val="0"/>
        </w:rPr>
        <w:t xml:space="preserve"> vào cuộc sống của mình, tôi vẫn không ngừng học cách tạo khoảng trống để xử lý đủ mọi cung bậc cảm xúc của bản thân. Đây là phần khó nhất của Let Them Theory khi đem vào thực hành—học cách cảm nhận những cảm xúc nguyên bản của mình mà không phản ứng ngay lập tức. Khó thật đấy. Tôi vẫn thường thấy mình muốn đáp trả ngay hoặc lập tức nắm quyền kiểm soát tình huống. . . suốt ngày. Và đúng, tôi vẫn thấy bực bội khi mình lỡ sai. Nhưng đó chính là điểm mấu chốt: Không phải là trở nên hoàn hảo; mà là tử tế với chính mình và tiếp tục phát triển.</w:t>
      </w:r>
    </w:p>
    <w:p>
      <w:pPr>
        <w:spacing w:after="80"/>
      </w:pPr>
      <w:r>
        <w:rPr>
          <w:b w:val="0"/>
          <w:i w:val="0"/>
        </w:rPr>
        <w:t>Đó là một quá trình suốt đời, và nhiều ngày, tôi cảm giác như mình đang bắt đầu lại từ đầu. Tôi biết đây là kỹ năng mà tôi sẽ phải rèn luyện đến hết cuộc đời, và bạn cũng vậy.</w:t>
      </w:r>
    </w:p>
    <w:p>
      <w:pPr>
        <w:spacing w:after="80"/>
      </w:pPr>
      <w:r>
        <w:rPr>
          <w:b w:val="0"/>
          <w:i w:val="0"/>
        </w:rPr>
        <w:t>Let Them Theory đã đóng vai trò to lớn trong việc giúp tôi biết thương mình hơn. Nó cũng giúp tôi hiểu sâu hơn về cách xử lý cảm xúc của bản thân.</w:t>
      </w:r>
    </w:p>
    <w:p>
      <w:pPr>
        <w:spacing w:after="80"/>
      </w:pPr>
      <w:r>
        <w:rPr>
          <w:b w:val="0"/>
          <w:i w:val="0"/>
        </w:rPr>
        <w:t>Dùng Let Them Theory thì khá đơn giản khi người khác đang ăn vạ. Nhưng học cách dùng nó để xử lý cảm xúc của chính mình sẽ đưa bạn lên đẳng cấp ngôi sao. Tôi không thể nào kể hết cho bạn nghe tôi kiếm được nhiều tiền hơn bao nhiêu, tôi thông minh hơn thế nào, và tôi trở thành một người cha/mẹ tốt hơn, một người bạn đời tốt hơn, một người bạn tốt hơn ra sao khi tôi kiểm soát được cảm xúc của mình tốt hơn. Cuối cùng tôi cũng bắt đầu cảm thấy mình là một người trưởng thành thực sự.</w:t>
      </w:r>
    </w:p>
    <w:p>
      <w:pPr>
        <w:spacing w:after="80"/>
      </w:pPr>
      <w:r>
        <w:rPr>
          <w:b w:val="0"/>
          <w:i w:val="0"/>
        </w:rPr>
        <w:t xml:space="preserve">Đây là cách bạn dùng Let Them Theory để xử lý cảm xúc của chính mình một cách lành mạnh: Khi bạn cảm thấy cảm xúc đang dâng lên, hãy </w:t>
      </w:r>
      <w:r>
        <w:rPr>
          <w:b w:val="0"/>
          <w:i/>
        </w:rPr>
        <w:t>Let Them</w:t>
      </w:r>
      <w:r>
        <w:rPr>
          <w:b w:val="0"/>
          <w:i w:val="0"/>
        </w:rPr>
        <w:t xml:space="preserve">. Hãy để cơn giận, sự bực bội, nỗi đau, sự thất vọng, nỗi buồn, sự mất mát, những giọt nước mắt, và cảm giác thất bại trồi lên. </w:t>
      </w:r>
      <w:r>
        <w:rPr>
          <w:b w:val="0"/>
          <w:i/>
        </w:rPr>
        <w:t>Let Them</w:t>
      </w:r>
      <w:r>
        <w:rPr>
          <w:b w:val="0"/>
          <w:i w:val="0"/>
        </w:rPr>
        <w:t>.</w:t>
      </w:r>
    </w:p>
    <w:p>
      <w:pPr>
        <w:spacing w:after="80"/>
      </w:pPr>
      <w:r>
        <w:rPr>
          <w:b w:val="0"/>
          <w:i w:val="0"/>
        </w:rPr>
        <w:t xml:space="preserve">Và rồi, </w:t>
      </w:r>
      <w:r>
        <w:rPr>
          <w:b w:val="0"/>
          <w:i/>
        </w:rPr>
        <w:t>Let Me</w:t>
      </w:r>
      <w:r>
        <w:rPr>
          <w:b w:val="0"/>
          <w:i w:val="0"/>
        </w:rPr>
        <w:t xml:space="preserve"> không phản ứng. Đừng với tay lấy điện thoại. Đừng bật TV. Đừng pha một ly. Đừng mở tủ lạnh. Và trời ơi, đừng nhắn tin cho ai hết. Chỉ cần quan sát những cảm xúc đó và </w:t>
      </w:r>
      <w:r>
        <w:rPr>
          <w:b w:val="0"/>
          <w:i/>
        </w:rPr>
        <w:t>Let Them</w:t>
      </w:r>
      <w:r>
        <w:rPr>
          <w:b w:val="0"/>
          <w:i w:val="0"/>
        </w:rPr>
        <w:t xml:space="preserve"> dâng lên.</w:t>
      </w:r>
    </w:p>
    <w:p>
      <w:pPr>
        <w:spacing w:after="80"/>
      </w:pPr>
      <w:r>
        <w:rPr>
          <w:b w:val="0"/>
          <w:i w:val="0"/>
        </w:rPr>
        <w:t xml:space="preserve">Lý do bạn phải học cách </w:t>
      </w:r>
      <w:r>
        <w:rPr>
          <w:b w:val="0"/>
          <w:i/>
        </w:rPr>
        <w:t>Let Them</w:t>
      </w:r>
      <w:r>
        <w:rPr>
          <w:b w:val="0"/>
          <w:i w:val="0"/>
        </w:rPr>
        <w:t xml:space="preserve"> dâng lên là vì một khi chúng dâng lên, chúng cũng sẽ lắng xuống.</w:t>
      </w:r>
    </w:p>
    <w:p>
      <w:pPr>
        <w:pStyle w:val="Heading2"/>
      </w:pPr>
      <w:r>
        <w:rPr>
          <w:rFonts w:ascii="Calibri" w:hAnsi="Calibri"/>
          <w:b/>
          <w:i w:val="0"/>
          <w:sz w:val="32"/>
        </w:rPr>
        <w:t>Bạn Có Biết Cảm Xúc Thực Sự Là Gì Không?</w:t>
      </w:r>
    </w:p>
    <w:p>
      <w:pPr>
        <w:spacing w:after="80"/>
      </w:pPr>
      <w:r>
        <w:rPr>
          <w:b w:val="0"/>
          <w:i w:val="0"/>
        </w:rPr>
        <w:t>Cảm xúc chỉ là một đợt bùng nổ hóa chất trong não bạn, chúng bùng lên rồi được cơ thể hấp thụ trong vòng sáu giây. Vì các phản ứng cảm xúc của bạn diễn ra quá nhanh, chúng thường có thể hoàn toàn vô thức. Bạn có thể nhận ra cảm xúc của mình trước tiên qua những cảm giác thể chất đi kèm với đợt bùng nổ hóa chất đó, chẳng hạn như đổ mồ hôi, căng cơ, hay tim đập nhanh.</w:t>
      </w:r>
    </w:p>
    <w:p>
      <w:pPr>
        <w:spacing w:after="80"/>
      </w:pPr>
      <w:r>
        <w:rPr>
          <w:b w:val="0"/>
          <w:i w:val="0"/>
        </w:rPr>
        <w:t>Nghiên cứu cho thấy hầu hết cảm xúc sẽ dâng lên, rồi lắng xuống, trong vòng 90 giây, nếu bạn không phản ứng với chúng.</w:t>
      </w:r>
    </w:p>
    <w:p>
      <w:pPr>
        <w:spacing w:after="80"/>
      </w:pPr>
      <w:r>
        <w:rPr>
          <w:b w:val="0"/>
          <w:i w:val="0"/>
        </w:rPr>
        <w:t xml:space="preserve">Bạn không thể kiểm soát việc cảm xúc của mình dâng lên. Cố gắng làm vậy chỉ tốn thời gian vô ích. Chiến lược tốt hơn là học cách chỉ </w:t>
      </w:r>
      <w:r>
        <w:rPr>
          <w:b w:val="0"/>
          <w:i/>
        </w:rPr>
        <w:t>Let Them</w:t>
      </w:r>
      <w:r>
        <w:rPr>
          <w:b w:val="0"/>
          <w:i w:val="0"/>
        </w:rPr>
        <w:t xml:space="preserve"> dâng lên rồi lắng xuống mà không phản ứng. Và cũng không có gì bạn làm được có thể giúp bạn kiểm soát các phản ứng cảm xúc của một người khác, dù bạn có cố gắng đến đâu.</w:t>
      </w:r>
    </w:p>
    <w:p>
      <w:pPr>
        <w:spacing w:after="80"/>
      </w:pPr>
      <w:r>
        <w:rPr>
          <w:b w:val="0"/>
          <w:i w:val="0"/>
        </w:rPr>
        <w:t>Cảm xúc còn có tính lây lan. Nhìn thấy người khác buồn, sợ hãi, ghê tởm, hay giận dữ có thể khiến bạn cũng trải qua những cảm xúc đó trong chính cơ thể mình. Điều này giải thích vì sao giọng nói của người khác, sự thay đổi năng lượng của họ, tâm trạng tồi tệ của họ, và ngôn ngữ cơ thể của họ có thể ngay lập tức khiến bạn cảm thấy căng thẳng.</w:t>
      </w:r>
    </w:p>
    <w:p>
      <w:pPr>
        <w:spacing w:after="80"/>
      </w:pPr>
      <w:r>
        <w:rPr>
          <w:b w:val="0"/>
          <w:i w:val="0"/>
        </w:rPr>
        <w:t>Và một điều nữa cần hiểu là mỗi khi bạn hay người khác đang đói, hay mệt, hay căng thẳng quá độ, hay bị ảnh hưởng của chất kích thích, hay cô đơn, hay giận dữ, hay bị tổn thương, bạn sẽ càng dễ xúc động hơn. Tôi nói điều này vì mỗi khi tôi làm hay nói điều gì đó mà sau này hối hận, thường đều có liên quan đến căng thẳng, rượu bia, hoặc đói bụng. Biết được tất cả những điều này giúp tôi thay đổi để quản lý cảm xúc tốt hơn và giúp tôi giữ được sự kiểm soát với những gì mình nói, làm, và nghĩ.</w:t>
      </w:r>
    </w:p>
    <w:p>
      <w:pPr>
        <w:spacing w:after="80"/>
      </w:pPr>
      <w:r>
        <w:rPr>
          <w:b w:val="0"/>
          <w:i w:val="0"/>
        </w:rPr>
        <w:t>Đó là một trong những bài học lớn nhất của tôi khi dùng Let Them Theory: Bạn sẽ không bao giờ kiểm soát được những gì đang diễn ra xung quanh mình. Bạn cũng sẽ không bao giờ kiểm soát được các phản ứng cảm xúc của mình, vì chúng là tự động—giống như cách phản ứng căng thẳng của bạn tự bật lên vậy.</w:t>
      </w:r>
    </w:p>
    <w:p>
      <w:pPr>
        <w:spacing w:after="80"/>
      </w:pPr>
      <w:r>
        <w:rPr>
          <w:b w:val="0"/>
          <w:i w:val="0"/>
        </w:rPr>
        <w:t>Nhưng bạn luôn có thể chọn điều mình nghĩ, nói, hay làm để đáp lại người khác, thế giới xung quanh, hay những cảm xúc đang dâng lên bên trong mình. Đó chính là nguồn sức mạnh của tất cả.</w:t>
      </w:r>
    </w:p>
    <w:p>
      <w:pPr>
        <w:spacing w:after="80"/>
      </w:pPr>
      <w:r>
        <w:rPr>
          <w:b w:val="0"/>
          <w:i w:val="0"/>
        </w:rPr>
        <w:t>Học cách để người trưởng thành khác tự quản lý cảm xúc của họ sẽ thay đổi cuộc đời bạn. Việc học cách để cảm xúc của chính mình dâng lên rồi lắng xuống trong khi vẫn truyền đạt được điều mình cần, ngay cả khi điều đó rất đau đớn, cũng sẽ thay đổi cuộc đời bạn. Và sẽ có những lúc việc đưa ra quyết định đúng đắn cho bản thân sẽ là một trong những điều khó khăn nhất bạn phải làm trong đời.</w:t>
      </w:r>
    </w:p>
    <w:p>
      <w:pPr>
        <w:pStyle w:val="Heading1"/>
      </w:pPr>
      <w:r>
        <w:rPr>
          <w:rFonts w:ascii="Calibri" w:hAnsi="Calibri"/>
          <w:b/>
          <w:i w:val="0"/>
          <w:sz w:val="40"/>
        </w:rPr>
        <w:t>CHƯƠNG 8</w:t>
      </w:r>
    </w:p>
    <w:p>
      <w:pPr>
        <w:pStyle w:val="Heading1"/>
      </w:pPr>
      <w:r>
        <w:rPr>
          <w:rFonts w:ascii="Calibri" w:hAnsi="Calibri"/>
          <w:b/>
          <w:i w:val="0"/>
          <w:sz w:val="40"/>
        </w:rPr>
        <w:t>Quyết định đúng đắn thường lại khiến ta thấy sai</w:t>
      </w:r>
    </w:p>
    <w:p>
      <w:pPr>
        <w:spacing w:after="80"/>
      </w:pPr>
      <w:r>
        <w:rPr>
          <w:b w:val="0"/>
          <w:i w:val="0"/>
        </w:rPr>
        <w:t xml:space="preserve">Mới đây, một thính giả của </w:t>
      </w:r>
      <w:r>
        <w:rPr>
          <w:b w:val="0"/>
          <w:i/>
        </w:rPr>
        <w:t>The Mel Robbins Podcast</w:t>
      </w:r>
      <w:r>
        <w:rPr>
          <w:b w:val="0"/>
          <w:i w:val="0"/>
        </w:rPr>
        <w:t xml:space="preserve"> đã viết cho tôi câu hỏi này:</w:t>
      </w:r>
    </w:p>
    <w:p>
      <w:pPr>
        <w:spacing w:after="80"/>
      </w:pPr>
      <w:r>
        <w:rPr>
          <w:b w:val="0"/>
          <w:i w:val="0"/>
        </w:rPr>
        <w:t>Mel, em đang đính hôn và sắp kết hôn. Đám cưới chỉ còn vài tuần nữa, và em biết đây lẽ ra phải là một trong những khoảnh khắc hạnh phúc nhất đời mình. Nhưng không phải vậy. Càng đến gần ngày cưới, em và vợ sắp cưới của em càng cãi nhau nhiều hơn. Em không thể ngừng cái cảm giác sợ hãi này. Trong thâm tâm, em sợ rằng mình đang mắc một sai lầm lớn. Em không biết phải làm gì. Thiệp mời đã gửi đi, bố mẹ em và bố mẹ cô ấy đã đặt cọc cho mọi thứ rồi. Em không muốn làm gia đình thất vọng. Em không muốn bố mẹ mất tiền. Em không muốn làm tan nát trái tim vợ sắp cưới của em. Em không muốn bố mẹ cô ấy và tất cả những người quen biết giận em. Làm sao để em hủy bỏ chuyện này đây?</w:t>
      </w:r>
    </w:p>
    <w:p>
      <w:pPr>
        <w:spacing w:after="80"/>
      </w:pPr>
      <w:r>
        <w:rPr>
          <w:b w:val="0"/>
          <w:i w:val="0"/>
        </w:rPr>
        <w:t>Chỉ đọc câu hỏi thôi mà tim tôi thắt lại. Tôi cá là tim bạn cũng vậy. Khi mọi thứ có vẻ quá hệ trọng như thế này, câu trả lời đúng luôn khiến ta thấy sai.</w:t>
      </w:r>
    </w:p>
    <w:p>
      <w:pPr>
        <w:spacing w:after="80"/>
      </w:pPr>
      <w:r>
        <w:rPr>
          <w:b w:val="0"/>
          <w:i w:val="0"/>
        </w:rPr>
        <w:t>Bề ngoài thì câu trả lời rất đơn giản, dù nó không hề có cảm giác như vậy. Anh ấy nên hủy bỏ. Nếu bạn đang sợ hãi về đám cưới, nghĩa là bạn đang mắc sai lầm. Nếu bạn không ngừng nghĩ về việc hủy bỏ nó, thì bạn nên hủy bỏ.</w:t>
      </w:r>
    </w:p>
    <w:p>
      <w:pPr>
        <w:spacing w:after="80"/>
      </w:pPr>
      <w:r>
        <w:rPr>
          <w:b w:val="0"/>
          <w:i w:val="0"/>
        </w:rPr>
        <w:t>Chỉ vì quyết định đúng đắn có vẻ rõ ràng, không phải lúc nào cũng có nghĩa đó là một quyết định dễ đưa ra. Đó là bởi vì trải nghiệm của con người phần lớn mang tính cảm xúc.</w:t>
      </w:r>
    </w:p>
    <w:p>
      <w:pPr>
        <w:spacing w:after="80"/>
      </w:pPr>
      <w:r>
        <w:rPr>
          <w:b w:val="0"/>
          <w:i w:val="0"/>
        </w:rPr>
        <w:t>Điều có vẻ hợp lý bề ngoài lại không hề hợp lý khi bạn biết nó sẽ gây cho người khác rất nhiều đau đớn.</w:t>
      </w:r>
    </w:p>
    <w:p>
      <w:pPr>
        <w:spacing w:after="80"/>
      </w:pPr>
      <w:r>
        <w:rPr>
          <w:b w:val="0"/>
          <w:i w:val="0"/>
        </w:rPr>
        <w:t>Quá thường xuyên trong cuộc sống, khi bạn ở trong tình huống tiến thoái lưỡng nan đó, bạn chọn cách tự gây đau đớn cho chính mình thay vì đưa ra quyết định mà bạn biết là đúng cho mình nhưng sẽ khiến người khác đau đớn khi phải chấp nhận.</w:t>
      </w:r>
    </w:p>
    <w:p>
      <w:pPr>
        <w:spacing w:after="80"/>
      </w:pPr>
      <w:r>
        <w:rPr>
          <w:b w:val="0"/>
          <w:i w:val="0"/>
        </w:rPr>
        <w:t>Chàng rể viết thư cho tôi biết, về mặt lý trí, anh ấy cần phải làm gì. Vấn đề nằm ở cảm xúc của anh ấy. Anh ấy viết cho tôi vì anh ấy đang tìm kiếm sự trấn an. Anh ấy hoàn toàn không biết cách xử lý những gì mình đang cảm thấy, hay cách đối mặt với sự xáo trộn cảm xúc mà nó sẽ gây ra ở người khác.</w:t>
      </w:r>
    </w:p>
    <w:p>
      <w:pPr>
        <w:spacing w:after="80"/>
      </w:pPr>
      <w:r>
        <w:rPr>
          <w:b w:val="0"/>
          <w:i w:val="0"/>
        </w:rPr>
        <w:t>Dằn vặt về một quyết định khó khăn là một phản ứng lành mạnh về mặt tinh thần trước một tình huống vô cùng khó khăn. Việc anh ấy lo lắng cho người khác là dấu hiệu cho thấy anh ấy là một người tốt.</w:t>
      </w:r>
    </w:p>
    <w:p>
      <w:pPr>
        <w:spacing w:after="80"/>
      </w:pPr>
      <w:r>
        <w:rPr>
          <w:b w:val="0"/>
          <w:i w:val="0"/>
        </w:rPr>
        <w:t>Sẽ có nhiều lúc trong đời bạn khi người khác sẽ giận dữ, thất vọng, hoặc tan nát cõi lòng vì những điều bạn nói hay làm. Chắc chắn sẽ như vậy. Bạn phải có khả năng tách mình ra khỏi cảm xúc của bản thân và những phản ứng cảm xúc của người khác khi bạn đang xác định quyết định đúng đắn cần đưa ra.</w:t>
      </w:r>
    </w:p>
    <w:p>
      <w:pPr>
        <w:spacing w:after="80"/>
      </w:pPr>
      <w:r>
        <w:rPr>
          <w:b w:val="0"/>
          <w:i w:val="0"/>
        </w:rPr>
        <w:t xml:space="preserve">Bạn không thể để cảm xúc dẫn dắt các quyết định của mình, bởi vì chúng thường sẽ ngăn bạn đưa ra những quyết định </w:t>
      </w:r>
      <w:r>
        <w:rPr>
          <w:b w:val="0"/>
          <w:i/>
        </w:rPr>
        <w:t>đúng đắn</w:t>
      </w:r>
      <w:r>
        <w:rPr>
          <w:b w:val="0"/>
          <w:i w:val="0"/>
        </w:rPr>
        <w:t>.</w:t>
      </w:r>
    </w:p>
    <w:p>
      <w:pPr>
        <w:spacing w:after="80"/>
      </w:pPr>
      <w:r>
        <w:rPr>
          <w:b w:val="0"/>
          <w:i w:val="0"/>
        </w:rPr>
        <w:t>Điều này khó khăn hơn vẻ ngoài của nó rất nhiều. Việc đưa ra những quyết định đúng đắn có thể rất tàn khốc. Việc thành thật với ai đó có thể khiến tim tan nát. Quyết định đó có thể khiến bạn cảm thấy như nó sẽ hủy hoại bạn từ trong ra ngoài, đặc biệt là khi nó làm tổn thương một người bạn yêu thương.</w:t>
      </w:r>
    </w:p>
    <w:p>
      <w:pPr>
        <w:spacing w:after="80"/>
      </w:pPr>
      <w:r>
        <w:rPr>
          <w:b w:val="0"/>
          <w:i w:val="0"/>
        </w:rPr>
        <w:t>Cứ lấy tình huống của chàng rể muốn hủy đám cưới mà không biết phải làm sao. Chắc hẳn bạn đã cảm thấy một làn sóng sợ hãi ập qua người khi đọc thông điệp đó, và bạn với tôi còn chẳng quen biết người này.</w:t>
      </w:r>
    </w:p>
    <w:p>
      <w:pPr>
        <w:spacing w:after="80"/>
      </w:pPr>
      <w:r>
        <w:rPr>
          <w:b w:val="0"/>
          <w:i w:val="0"/>
        </w:rPr>
        <w:t>Cảm xúc mạnh mẽ là như vậy đấy.</w:t>
      </w:r>
    </w:p>
    <w:p>
      <w:pPr>
        <w:spacing w:after="80"/>
      </w:pPr>
      <w:r>
        <w:rPr>
          <w:b w:val="0"/>
          <w:i w:val="0"/>
        </w:rPr>
        <w:t>Bạn cảm thấy nặng trĩu trong lồng ngực khi hình dung cảnh anh ấy ngồi xuống bên vị hôn thê của mình và nói: "Chúng ta cần nói chuyện." Bạn có thể tưởng tượng anh ấy gọi điện và thông báo cho bố mẹ. Bạn gần như nghe thấy tiếng nức nở khi vị hôn thê vùi mặt vào hai bàn tay. Tim bạn thắt lại khi hình dung nỗi đau nghẹn ứ nơi cổ họng cô ấy khi cô gọi cho bố mẹ mình. Bạn có thể cảm nhận cơn giận đang dâng lên trong lồng ngực bố cô ấy khi ông trải qua nỗi đau xót của đứa con gái cưng. "Bố ơi, anh ấy kết thúc rồi," cô ấy có thể nói. "Anh ấy hủy đám cưới rồi."</w:t>
      </w:r>
    </w:p>
    <w:p>
      <w:pPr>
        <w:spacing w:after="80"/>
      </w:pPr>
      <w:r>
        <w:rPr>
          <w:b w:val="0"/>
          <w:i w:val="0"/>
        </w:rPr>
        <w:t>Bạn chỉ đang đọc và nghĩ về tình huống đó thôi, mà nó đã tạo ra một phản ứng cảm xúc bên trong bạn. Và đây là lý do vì sao khiến người khác thất vọng và làm tan vỡ trái tim họ lại là một trong những điều khó khăn nhất bạn phải làm trong đời.</w:t>
      </w:r>
    </w:p>
    <w:p>
      <w:pPr>
        <w:spacing w:after="80"/>
      </w:pPr>
      <w:r>
        <w:rPr>
          <w:b w:val="0"/>
          <w:i w:val="0"/>
        </w:rPr>
        <w:t>Người lớn được phép cảm nhận theo cách họ sẽ cảm nhận—và họ được phép tức giận. Tan vỡ. Đau đớn tột cùng. Choáng ngợp. Xấu hổ. Và cực kỳ tức giận với bạn.</w:t>
      </w:r>
    </w:p>
    <w:p>
      <w:pPr>
        <w:spacing w:after="80"/>
      </w:pPr>
      <w:r>
        <w:rPr>
          <w:b w:val="0"/>
          <w:i w:val="0"/>
        </w:rPr>
        <w:t>Bạn không thể kiểm soát điều đó.</w:t>
      </w:r>
    </w:p>
    <w:p>
      <w:pPr>
        <w:spacing w:after="80"/>
      </w:pPr>
      <w:r>
        <w:rPr>
          <w:b w:val="0"/>
          <w:i w:val="0"/>
        </w:rPr>
        <w:t xml:space="preserve">Nhưng bạn </w:t>
      </w:r>
      <w:r>
        <w:rPr>
          <w:b w:val="0"/>
          <w:i/>
        </w:rPr>
        <w:t>cố</w:t>
      </w:r>
      <w:r>
        <w:rPr>
          <w:b w:val="0"/>
          <w:i w:val="0"/>
        </w:rPr>
        <w:t xml:space="preserve"> kiểm soát nó bằng cách né tránh sự thật. Ai trong chúng ta cũng từng làm vậy. Đó là lý do vì sao bạn thấy mình cứ ở mãi trong những mối quan hệ sai lầm, những công việc sai lầm, hay những kiểu hành vi sai lầm suốt bao nhiêu năm trời.</w:t>
      </w:r>
    </w:p>
    <w:p>
      <w:pPr>
        <w:spacing w:after="80"/>
      </w:pPr>
      <w:r>
        <w:rPr>
          <w:b w:val="0"/>
          <w:i w:val="0"/>
        </w:rPr>
        <w:t>Đó là lý do vì sao bạn vẫn chưa lên tiếng với người bạn nói xấu sau lưng mình, chưa đối mặt với mẹ, chưa xin nghỉ phép, hay chưa thú nhận với người bạn thân nhất rằng bạn yêu họ.</w:t>
      </w:r>
    </w:p>
    <w:p>
      <w:pPr>
        <w:spacing w:after="80"/>
      </w:pPr>
      <w:r>
        <w:rPr>
          <w:b w:val="0"/>
          <w:i w:val="0"/>
        </w:rPr>
        <w:t>Cảm giác né tránh thì dễ hơn, vì né tránh nghĩa là bạn không phải đối mặt với nó. Nhưng dễ dàng bây giờ sẽ khiến mọi thứ khó khăn hơn gấp bội về sau. Né tránh những cuộc trò chuyện khó khăn bây giờ sẽ chẳng khiến chúng dễ chịu hơn vào năm sau.</w:t>
      </w:r>
    </w:p>
    <w:p>
      <w:pPr>
        <w:spacing w:after="80"/>
      </w:pPr>
      <w:r>
        <w:rPr>
          <w:b w:val="0"/>
          <w:i w:val="0"/>
        </w:rPr>
        <w:t>Thật ra, từ kinh nghiệm của mình, tôi có thể nói với bạn rằng bạn càng chờ lâu, mọi thứ càng đau đớn hơn. Chọn không làm điều đúng đắn cho bản thân sẽ chẳng mang lại gì ngoài việc khiến bạn thêm đau khổ.</w:t>
      </w:r>
    </w:p>
    <w:p>
      <w:pPr>
        <w:spacing w:after="80"/>
      </w:pPr>
      <w:r>
        <w:rPr>
          <w:b w:val="0"/>
          <w:i w:val="0"/>
        </w:rPr>
        <w:t>Vậy, chú rể có hủy đám cưới không? Tôi không biết. Tôi có hy vọng anh ấy đã hủy không? Có. Tôi hy vọng vì anh ấy, và tôi cũng hy vọng vì cô ấy. Ai cũng xứng đáng được ở bên một người thực sự muốn ở bên mình.</w:t>
      </w:r>
    </w:p>
    <w:p>
      <w:pPr>
        <w:spacing w:after="80"/>
      </w:pPr>
      <w:r>
        <w:rPr>
          <w:b w:val="0"/>
          <w:i w:val="0"/>
        </w:rPr>
        <w:t>Trong cuộc sống, điều dũng cảm, cao thượng và tử tế nhất bạn có thể làm là nói với ai đó rằng bạn không muốn ở bên họ. Thật khó để thành thật, nhất là khi người khác chưa trưởng thành về mặt cảm xúc.</w:t>
      </w:r>
    </w:p>
    <w:p>
      <w:pPr>
        <w:spacing w:after="80"/>
      </w:pPr>
      <w:r>
        <w:rPr>
          <w:b w:val="0"/>
          <w:i w:val="0"/>
        </w:rPr>
        <w:t>Bạn không muốn đối mặt với cảm giác tội lỗi, những lời xả giận và tâm trạng tồi tệ của họ, nên bạn chỉ né tránh họ. Bạn không né tránh sự đối đầu—bạn đang né tránh cảm xúc của người khác. Xung đột duy nhất chính là xung đột bạn sẽ cảm nhận bên trong về việc những quyết định của mình sẽ tác động đến cảm xúc của người khác thế nào và họ sẽ phản ứng ra sao.</w:t>
      </w:r>
    </w:p>
    <w:p>
      <w:pPr>
        <w:spacing w:after="80"/>
      </w:pPr>
      <w:r>
        <w:rPr>
          <w:b w:val="0"/>
          <w:i w:val="0"/>
        </w:rPr>
        <w:t>Đó là lý do vì sao người ta ở trong những cuộc hôn nhân đã kết thúc mà họ biết rõ suốt cả thập kỷ. Đó là lý do vì sao người ta ở lại công việc quá lâu. Đó là lý do vì sao người ta chọn ngành học, con đường sự nghiệp rồi cứ bám trụ vì sợ đưa ra một quyết định sẽ khiến ai đó phải cảm nhận điều gì đó. Và nếu bạn hiểu rằng cảm xúc là một phần bình thường của cuộc sống, rằng người lớn được phép trải qua những thăng trầm và có thể vượt qua được, thì bạn sẽ dũng cảm hơn. Việc bảo vệ mọi người khác khỏi phải cảm nhận cảm xúc không phải là trách nhiệm của bạn. Công việc và trách nhiệm của bạn là sống cuộc đời mình theo cách hài hòa với các giá trị của bạn, và theo cách đưa bạn đến nơi bạn muốn.</w:t>
      </w:r>
    </w:p>
    <w:p>
      <w:pPr>
        <w:spacing w:after="80"/>
      </w:pPr>
      <w:r>
        <w:rPr>
          <w:b w:val="0"/>
          <w:i w:val="0"/>
        </w:rPr>
        <w:t>Đôi khi điều đó sẽ làm ai đó tổn thương. Nó sẽ khiến họ thất vọng. Nó sẽ gây ra nỗi đau hay sự tan vỡ khi biết rằng quyết định của bạn sẽ làm người khác đau—và đó sẽ là một trong những điều khó khăn nhất bạn phải làm trong đời. Khi tôi biết hành động của mình có thể khiến ai đó thất vọng hay buồn bực, tôi thấy thật hữu ích khi nhớ đến cách diễn đạt của Tiến sĩ Damour rằng những cảm xúc tiêu cực là một phản ứng lành mạnh về mặt tinh thần trước những biến cố của cuộc sống.</w:t>
      </w:r>
    </w:p>
    <w:p>
      <w:pPr>
        <w:spacing w:after="80"/>
      </w:pPr>
      <w:r>
        <w:rPr>
          <w:b w:val="0"/>
          <w:i w:val="0"/>
        </w:rPr>
        <w:t>Người ta được phép buồn bực khi bạn đổi ý, và được phép thất vọng hay tan vỡ khi bạn chia tay. Người ta được phép chán nản khi mất việc.</w:t>
      </w:r>
    </w:p>
    <w:p>
      <w:pPr>
        <w:spacing w:after="80"/>
      </w:pPr>
      <w:r>
        <w:rPr>
          <w:b w:val="0"/>
          <w:i w:val="0"/>
        </w:rPr>
        <w:t>Vậy làm thế nào để bạn làm được điều này, và làm thế nào để bạn xử lý mức độ tội lỗi và khó chịu tột cùng mà CHÍNH BẠN sẽ cảm thấy khi đưa ra một quyết định khó khăn mà bạn biết là đúng đắn cho mình?</w:t>
      </w:r>
    </w:p>
    <w:p>
      <w:pPr>
        <w:pStyle w:val="Heading2"/>
      </w:pPr>
      <w:r>
        <w:rPr>
          <w:rFonts w:ascii="Calibri" w:hAnsi="Calibri"/>
          <w:b/>
          <w:i w:val="0"/>
          <w:sz w:val="32"/>
        </w:rPr>
        <w:t>Học cách Lướt qua Cơn sóng Cảm xúc</w:t>
      </w:r>
    </w:p>
    <w:p>
      <w:pPr>
        <w:spacing w:after="80"/>
      </w:pPr>
      <w:r>
        <w:rPr>
          <w:b w:val="0"/>
          <w:i w:val="0"/>
        </w:rPr>
        <w:t>Điều giúp tôi là nghĩ về sự khó chịu cảm xúc giống như học cách lướt sóng trên đại dương. Bởi vì, về bản chất, cảm xúc giống như những con sóng. Chúng dâng lên, rồi hạ xuống.</w:t>
      </w:r>
    </w:p>
    <w:p>
      <w:pPr>
        <w:spacing w:after="80"/>
      </w:pPr>
      <w:r>
        <w:rPr>
          <w:b w:val="0"/>
          <w:i w:val="0"/>
        </w:rPr>
        <w:t>Có những ngày, cuộc sống của bạn sẽ ổn định, tĩnh lặng và bình yên. Những ngày khác, như ngày bạn hủy đám cưới, có một cơn bão ập đến, và bạn sẽ cảm thấy như mình đang chết đuối. Nhưng bạn sẽ không chết đuối đâu.</w:t>
      </w:r>
    </w:p>
    <w:p>
      <w:pPr>
        <w:spacing w:after="80"/>
      </w:pPr>
      <w:r>
        <w:rPr>
          <w:b w:val="0"/>
          <w:i w:val="0"/>
        </w:rPr>
        <w:t>Hủy đám cưới có tệ không? Có. Nó có phải là một trong những trải nghiệm đau đớn nhất trong đời bạn không? Có. Bố cô ấy có muốn giết bạn không? Chắc chắn rồi, ít nhất là trong vài tháng. Bố mẹ bạn có mất tiền đặt cọc và giận bạn không? Có. Trái tim họ có tan vỡ vì họ cũng yêu vị hôn thê của bạn không? Có.</w:t>
      </w:r>
    </w:p>
    <w:p>
      <w:pPr>
        <w:spacing w:after="80"/>
      </w:pPr>
      <w:r>
        <w:rPr>
          <w:b w:val="0"/>
          <w:i w:val="0"/>
        </w:rPr>
        <w:t>Họ sẽ đau buồn vì mất đi điều mà họ tưởng sẽ thật tuyệt vời.</w:t>
      </w:r>
    </w:p>
    <w:p>
      <w:pPr>
        <w:spacing w:after="80"/>
      </w:pPr>
      <w:r>
        <w:rPr>
          <w:b w:val="0"/>
          <w:i w:val="0"/>
        </w:rPr>
        <w:t xml:space="preserve">Và rồi từ từ, khi bạn </w:t>
      </w:r>
      <w:r>
        <w:rPr>
          <w:b w:val="0"/>
          <w:i/>
        </w:rPr>
        <w:t>Để Họ</w:t>
      </w:r>
      <w:r>
        <w:rPr>
          <w:b w:val="0"/>
          <w:i w:val="0"/>
        </w:rPr>
        <w:t xml:space="preserve"> cảm nhận bất cứ điều gì họ cần cảm nhận, và bạn để bản thân cảm nhận bất cứ điều gì bạn cần cảm nhận, và bạn không cố kiểm soát hay né tránh hay thay đổi nó, cuộc sống có cách quay trở lại một trạng thái bình thường mới.</w:t>
      </w:r>
    </w:p>
    <w:p>
      <w:pPr>
        <w:spacing w:after="80"/>
      </w:pPr>
      <w:r>
        <w:rPr>
          <w:b w:val="0"/>
          <w:i w:val="0"/>
        </w:rPr>
        <w:t xml:space="preserve">Cuối cùng bố mẹ bạn sẽ không chỉ hiểu tại sao bạn đưa ra quyết định đó, mà họ còn tự hào về bạn vì đã có đủ dũng cảm để làm điều đó. </w:t>
      </w:r>
      <w:r>
        <w:rPr>
          <w:b w:val="0"/>
          <w:i/>
        </w:rPr>
        <w:t>Để Họ</w:t>
      </w:r>
      <w:r>
        <w:rPr>
          <w:b w:val="0"/>
          <w:i w:val="0"/>
        </w:rPr>
        <w:t>.</w:t>
      </w:r>
    </w:p>
    <w:p>
      <w:pPr>
        <w:spacing w:after="80"/>
      </w:pPr>
      <w:r>
        <w:rPr>
          <w:b w:val="0"/>
          <w:i/>
        </w:rPr>
        <w:t>Để Tôi</w:t>
      </w:r>
      <w:r>
        <w:rPr>
          <w:b w:val="0"/>
          <w:i w:val="0"/>
        </w:rPr>
        <w:t xml:space="preserve"> là phần mà bạn tự nhắc mình rằng rồi điều này cũng sẽ qua. Bạn mạnh mẽ hơn bất kỳ phản ứng cảm xúc nào của người khác. </w:t>
      </w:r>
      <w:r>
        <w:rPr>
          <w:b w:val="0"/>
          <w:i/>
        </w:rPr>
        <w:t>Để Họ</w:t>
      </w:r>
      <w:r>
        <w:rPr>
          <w:b w:val="0"/>
          <w:i w:val="0"/>
        </w:rPr>
        <w:t xml:space="preserve"> có ý kiến của họ. </w:t>
      </w:r>
      <w:r>
        <w:rPr>
          <w:b w:val="0"/>
          <w:i/>
        </w:rPr>
        <w:t>Để Họ</w:t>
      </w:r>
      <w:r>
        <w:rPr>
          <w:b w:val="0"/>
          <w:i w:val="0"/>
        </w:rPr>
        <w:t xml:space="preserve"> có phản ứng của họ. </w:t>
      </w:r>
      <w:r>
        <w:rPr>
          <w:b w:val="0"/>
          <w:i/>
        </w:rPr>
        <w:t>Để Tôi</w:t>
      </w:r>
      <w:r>
        <w:rPr>
          <w:b w:val="0"/>
          <w:i w:val="0"/>
        </w:rPr>
        <w:t xml:space="preserve"> có phản ứng của mình. Hãy để cảm xúc của bạn dâng lên và cho bản thân không gian để xử lý cảm xúc của mình nữa.</w:t>
      </w:r>
    </w:p>
    <w:p>
      <w:pPr>
        <w:spacing w:after="80"/>
      </w:pPr>
      <w:r>
        <w:rPr>
          <w:b w:val="0"/>
          <w:i w:val="0"/>
        </w:rPr>
        <w:t xml:space="preserve">Đừng bao giờ để phản ứng cảm xúc của người khác ngăn bạn đưa ra quyết định khó khăn. </w:t>
      </w:r>
      <w:r>
        <w:rPr>
          <w:b w:val="0"/>
          <w:i/>
        </w:rPr>
        <w:t>Để Tôi</w:t>
      </w:r>
      <w:r>
        <w:rPr>
          <w:b w:val="0"/>
          <w:i w:val="0"/>
        </w:rPr>
        <w:t xml:space="preserve"> thành thật với chính mình và với người khác. </w:t>
      </w:r>
      <w:r>
        <w:rPr>
          <w:b w:val="0"/>
          <w:i/>
        </w:rPr>
        <w:t>Để Tôi</w:t>
      </w:r>
      <w:r>
        <w:rPr>
          <w:b w:val="0"/>
          <w:i w:val="0"/>
        </w:rPr>
        <w:t xml:space="preserve"> làm điều khó khăn đau đớn ngay bây giờ, vì đó là điều đúng đắn cần làm và sẽ cứu tôi khỏi rất nhiều đau đớn về sau. </w:t>
      </w:r>
      <w:r>
        <w:rPr>
          <w:b w:val="0"/>
          <w:i/>
        </w:rPr>
        <w:t>Để Tôi</w:t>
      </w:r>
      <w:r>
        <w:rPr>
          <w:b w:val="0"/>
          <w:i w:val="0"/>
        </w:rPr>
        <w:t xml:space="preserve"> cho bản thân cơ hội có được cuộc sống mà tôi xứng đáng.</w:t>
      </w:r>
    </w:p>
    <w:p>
      <w:pPr>
        <w:spacing w:after="80"/>
      </w:pPr>
      <w:r>
        <w:rPr>
          <w:b w:val="0"/>
          <w:i w:val="0"/>
        </w:rPr>
        <w:t>Vậy hãy tóm tắt những gì bạn đã học về việc đối phó với phản ứng cảm xúc của người khác. Hiện tại, bạn đang để phản ứng cảm xúc của người khác chi phối lựa chọn của mình. Lý thuyết Let Them trao cho bạn sức mạnh để lùi lại một bước khi một người lớn khác đang hành xử như một đứa trẻ.</w:t>
      </w:r>
    </w:p>
    <w:p>
      <w:pPr>
        <w:spacing w:after="80"/>
        <w:ind w:left="360"/>
      </w:pPr>
      <w:r>
        <w:t xml:space="preserve">1. </w:t>
      </w:r>
      <w:r>
        <w:rPr>
          <w:b/>
          <w:i w:val="0"/>
        </w:rPr>
        <w:t>Vấn đề:</w:t>
      </w:r>
      <w:r>
        <w:rPr>
          <w:b w:val="0"/>
          <w:i w:val="0"/>
        </w:rPr>
        <w:t xml:space="preserve"> Bạn đang để sự non nớt về cảm xúc của người khác có quyền lực trên cuộc sống của mình. Bạn đang để những cơn bộc phát, những màn gây tội lỗi và phản ứng của người khác chi phối hành động của mình, khiến bạn liên tục quản lý cảm xúc của họ thay vì tập trung vào cảm xúc của chính mình. Điều này nghĩa là bạn luôn ưu tiên nhu cầu cảm xúc của người khác bằng cách đánh đổi hạnh phúc của chính mình.</w:t>
      </w:r>
    </w:p>
    <w:p>
      <w:pPr>
        <w:spacing w:after="80"/>
        <w:ind w:left="360"/>
      </w:pPr>
      <w:r>
        <w:t xml:space="preserve">2. </w:t>
      </w:r>
      <w:r>
        <w:rPr>
          <w:b/>
          <w:i w:val="0"/>
        </w:rPr>
        <w:t>Sự thật:</w:t>
      </w:r>
      <w:r>
        <w:rPr>
          <w:b w:val="0"/>
          <w:i w:val="0"/>
        </w:rPr>
        <w:t xml:space="preserve"> Phản ứng cảm xúc của người khác không phải là trách nhiệm của bạn để quản lý. Bạn không thể kiểm soát cách người khác cảm nhận hay phản hồi; bạn cũng không thể sửa chữa sự non nớt về cảm xúc của họ. Hầu hết người lớn có năng lực cảm xúc của một đứa trẻ tám tuổi và bạn không thể thay đổi điều đó.</w:t>
      </w:r>
    </w:p>
    <w:p>
      <w:pPr>
        <w:spacing w:after="80"/>
        <w:ind w:left="360"/>
      </w:pPr>
      <w:r>
        <w:t xml:space="preserve">3. </w:t>
      </w:r>
      <w:r>
        <w:rPr>
          <w:b/>
          <w:i w:val="0"/>
        </w:rPr>
        <w:t>Giải pháp:</w:t>
      </w:r>
      <w:r>
        <w:rPr>
          <w:b w:val="0"/>
          <w:i w:val="0"/>
        </w:rPr>
        <w:t xml:space="preserve"> Sử dụng Lý thuyết Let Them, bạn có thể giữ quyền kiểm soát ngay cả khi một người lớn đang hành xử như một đứa trẻ và có một cơn bộc phát cảm xúc. Hãy đưa ra những quyết định đúng đắn cho bạn, ngay cả khi chúng khiến người khác khó chịu. Bạn duy trì sức mạnh của mình khi bạn ngừng gánh vác cảm xúc của người khác và hành động theo cách phù hợp với giá trị của mình.</w:t>
      </w:r>
    </w:p>
    <w:p>
      <w:pPr>
        <w:spacing w:after="80"/>
      </w:pPr>
      <w:r>
        <w:rPr>
          <w:b w:val="0"/>
          <w:i w:val="0"/>
        </w:rPr>
        <w:t xml:space="preserve">Khi bạn nói </w:t>
      </w:r>
      <w:r>
        <w:rPr>
          <w:b w:val="0"/>
          <w:i/>
        </w:rPr>
        <w:t>Để Họ</w:t>
      </w:r>
      <w:r>
        <w:rPr>
          <w:b w:val="0"/>
          <w:i w:val="0"/>
        </w:rPr>
        <w:t xml:space="preserve">, bạn cho người khác không gian để trải nghiệm cảm xúc của họ mà không biến nó thành trách nhiệm của bạn để quản lý hay sửa chữa. Khi bạn nói </w:t>
      </w:r>
      <w:r>
        <w:rPr>
          <w:b w:val="0"/>
          <w:i/>
        </w:rPr>
        <w:t>Để Tôi</w:t>
      </w:r>
      <w:r>
        <w:rPr>
          <w:b w:val="0"/>
          <w:i w:val="0"/>
        </w:rPr>
        <w:t>, bạn tìm thấy dũng khí để đưa ra những quyết định đúng đắn cho mình, ngay cả khi điều đó sẽ có vẻ sai với người khác.</w:t>
      </w:r>
    </w:p>
    <w:p>
      <w:pPr>
        <w:spacing w:after="80"/>
      </w:pPr>
      <w:r>
        <w:rPr>
          <w:b/>
          <w:i w:val="0"/>
        </w:rPr>
        <w:t>Đã đến lúc trưởng thành và hành xử như một người lớn chín chắn</w:t>
      </w:r>
      <w:r>
        <w:rPr>
          <w:b w:val="0"/>
          <w:i w:val="0"/>
        </w:rPr>
        <w:t>.</w:t>
      </w:r>
    </w:p>
    <w:p>
      <w:pPr>
        <w:pStyle w:val="Heading1"/>
      </w:pPr>
      <w:r>
        <w:rPr>
          <w:rFonts w:ascii="Calibri" w:hAnsi="Calibri"/>
          <w:b/>
          <w:i w:val="0"/>
          <w:sz w:val="40"/>
        </w:rPr>
        <w:t>Vượt Qua Sự</w:t>
      </w:r>
      <w:r>
        <w:br/>
      </w:r>
      <w:r>
        <w:rPr>
          <w:rFonts w:ascii="Calibri" w:hAnsi="Calibri"/>
          <w:b/>
          <w:i w:val="0"/>
          <w:sz w:val="40"/>
        </w:rPr>
        <w:t>So Sánh Kinh Niên</w:t>
      </w:r>
    </w:p>
    <w:p>
      <w:pPr>
        <w:pStyle w:val="Heading1"/>
      </w:pPr>
      <w:r>
        <w:rPr>
          <w:rFonts w:ascii="Calibri" w:hAnsi="Calibri"/>
          <w:b/>
          <w:i w:val="0"/>
          <w:sz w:val="40"/>
        </w:rPr>
        <w:t>CHƯƠNG 9</w:t>
      </w:r>
    </w:p>
    <w:p>
      <w:pPr>
        <w:pStyle w:val="Heading1"/>
      </w:pPr>
      <w:r>
        <w:rPr>
          <w:rFonts w:ascii="Calibri" w:hAnsi="Calibri"/>
          <w:b/>
          <w:i w:val="0"/>
          <w:sz w:val="40"/>
        </w:rPr>
        <w:t>Đúng, cuộc sống vốn không công bằng</w:t>
      </w:r>
    </w:p>
    <w:p>
      <w:pPr>
        <w:spacing w:after="80"/>
      </w:pPr>
      <w:r>
        <w:rPr>
          <w:b w:val="0"/>
          <w:i w:val="0"/>
        </w:rPr>
        <w:t>Sự thật là: Cuộc sống vốn không công bằng. Nhưng đến một lúc nào đó, bạn phải tỉnh dậy, chấp nhận sự thật đó, và ngừng ám ảnh về những gì người khác có, ngoại hình của họ, và những gì họ đã đạt được.</w:t>
      </w:r>
    </w:p>
    <w:p>
      <w:pPr>
        <w:spacing w:after="80"/>
      </w:pPr>
      <w:r>
        <w:rPr>
          <w:b w:val="0"/>
          <w:i w:val="0"/>
        </w:rPr>
        <w:t>Vậy nên hãy nói về một điều mà mỗi người trên hành tinh này đều phải vật lộn: Để thành công của người khác làm tê liệt chính mình.</w:t>
      </w:r>
    </w:p>
    <w:p>
      <w:pPr>
        <w:spacing w:after="80"/>
      </w:pPr>
      <w:r>
        <w:rPr>
          <w:b w:val="0"/>
          <w:i w:val="0"/>
        </w:rPr>
        <w:t>Thực tế là, bạn không thể kiểm soát thành công, may mắn, hay thời điểm của người khác trong cuộc sống. Điều duy nhất bạn có thể kiểm soát là bạn làm gì với tấm gương mà người khác đặt ra và những hành động bạn thực hiện tiếp theo.</w:t>
      </w:r>
    </w:p>
    <w:p>
      <w:pPr>
        <w:spacing w:after="80"/>
      </w:pPr>
      <w:r>
        <w:rPr>
          <w:b w:val="0"/>
          <w:i w:val="0"/>
        </w:rPr>
        <w:t>Khi bạn nhìn cuộc sống của người khác như bằng chứng rằng bạn là kẻ thất bại, hoặc bạn kém hấp dẫn, hoặc không đủ tốt, bạn trở thành chướng ngại vật lớn nhất của chính mình. Vô thức lướt mạng xã hội, hay cảm thấy thua kém ai đó khiến bạn thấy bế tắc, vô vọng, và mãi mãi tụt lại phía sau. Bạn đang tự hành hạ mình mà chẳng vì lý do gì. Bạn đang để người khác làm tê liệt mình, dẫn đến trì hoãn và tự chỉ trích bản thân.</w:t>
      </w:r>
    </w:p>
    <w:p>
      <w:pPr>
        <w:spacing w:after="80"/>
      </w:pPr>
      <w:r>
        <w:rPr>
          <w:b w:val="0"/>
          <w:i w:val="0"/>
        </w:rPr>
        <w:t>Khi bạn tập trung vào việc cuộc sống có vẻ bất công thế nào và so sánh mình với người khác, bạn đang rút cạn động lực của chính mình và ngăn bản thân tiến về phía trước. Nó trở thành một lời tiên tri tự ứng nghiệm. Bạn thất bại vì thói quen so sánh bản thân triền miên của mình.</w:t>
      </w:r>
    </w:p>
    <w:p>
      <w:pPr>
        <w:spacing w:after="80"/>
      </w:pPr>
      <w:r>
        <w:rPr>
          <w:b w:val="0"/>
          <w:i w:val="0"/>
        </w:rPr>
        <w:t>Bạn chính là vấn đề. Và bước đầu tiên là chấp nhận sự thật: Cuộc sống vốn không công bằng. Đơn giản là nó không công bằng.</w:t>
      </w:r>
    </w:p>
    <w:p>
      <w:pPr>
        <w:spacing w:after="80"/>
      </w:pPr>
      <w:r>
        <w:rPr>
          <w:b w:val="0"/>
          <w:i w:val="0"/>
        </w:rPr>
        <w:t>Thật bất công khi bạn ngập trong nợ sinh viên vì bạn không đủ khả năng chi trả học phí.</w:t>
      </w:r>
    </w:p>
    <w:p>
      <w:pPr>
        <w:spacing w:after="80"/>
      </w:pPr>
      <w:r>
        <w:rPr>
          <w:b w:val="0"/>
          <w:i w:val="0"/>
        </w:rPr>
        <w:t>Thật bất công khi chị gái bạn trông như siêu mẫu và mọi người đổ xô đến chỗ cô ấy ở quán bar, còn bạn thì ngồi một góc tự mua đồ uống cho mình.</w:t>
      </w:r>
    </w:p>
    <w:p>
      <w:pPr>
        <w:spacing w:after="80"/>
      </w:pPr>
      <w:r>
        <w:rPr>
          <w:b w:val="0"/>
          <w:i w:val="0"/>
        </w:rPr>
        <w:t>Thật bất công khi quản lý cứ giao cho bạn ca làm tệ nhất ở chỗ làm.</w:t>
      </w:r>
    </w:p>
    <w:p>
      <w:pPr>
        <w:spacing w:after="80"/>
      </w:pPr>
      <w:r>
        <w:rPr>
          <w:b w:val="0"/>
          <w:i w:val="0"/>
        </w:rPr>
        <w:t>Thật bất công khi đất nước bạn bị chiến tranh xé nát.</w:t>
      </w:r>
    </w:p>
    <w:p>
      <w:pPr>
        <w:spacing w:after="80"/>
      </w:pPr>
      <w:r>
        <w:rPr>
          <w:b w:val="0"/>
          <w:i w:val="0"/>
        </w:rPr>
        <w:t>Thật bất công khi bạn sinh ra đã mắc bệnh tiểu đường và phải quản lý insulin suốt cả cuộc đời.</w:t>
      </w:r>
    </w:p>
    <w:p>
      <w:pPr>
        <w:spacing w:after="80"/>
      </w:pPr>
      <w:r>
        <w:rPr>
          <w:b w:val="0"/>
          <w:i w:val="0"/>
        </w:rPr>
        <w:t>Thật bất công khi bạn của bạn có một căn nhà hay căn hộ đẹp vì bố mẹ họ trả tiền cho nó.</w:t>
      </w:r>
    </w:p>
    <w:p>
      <w:pPr>
        <w:spacing w:after="80"/>
      </w:pPr>
      <w:r>
        <w:rPr>
          <w:b w:val="0"/>
          <w:i w:val="0"/>
        </w:rPr>
        <w:t>Thật bất công khi đồng nghiệp của bạn được thăng chức còn bạn thì không. Thật bất công khi bạn vừa được chẩn đoán mắc ung thư vú. Thật bất công khi bạn của bạn dường như có một cuộc sống gia đình hoàn hảo, còn gia đình bạn thì tệ đến mức họ thậm chí không thèm đưa các bạn lên một chương trình truyền hình thực tế. Thật bất công khi bạn của bạn có trao đổi chất nhanh và có thể ăn bất cứ thứ gì cô ấy muốn. Thật bất công khi bạn bị hen suyễn vì bạn lớn lên ở một khu vực ô nhiễm. Thật bất công khi chi phí sinh hoạt và giá xăng cứ tăng mãi. Thật bất công khi mặt bạn đang nổi đầy mụn.</w:t>
      </w:r>
    </w:p>
    <w:p>
      <w:pPr>
        <w:spacing w:after="80"/>
      </w:pPr>
      <w:r>
        <w:rPr>
          <w:b w:val="0"/>
          <w:i w:val="0"/>
        </w:rPr>
        <w:t>Bạn đúng. Nó không công bằng.</w:t>
      </w:r>
    </w:p>
    <w:p>
      <w:pPr>
        <w:spacing w:after="80"/>
      </w:pPr>
      <w:r>
        <w:rPr>
          <w:b w:val="0"/>
          <w:i w:val="0"/>
        </w:rPr>
        <w:t>Sự thật là, mỗi con người được chia cho một ván bài khác nhau trong cuộc sống và bạn không thể kiểm soát những quân bài mà người khác đang cầm. Càng dành nhiều thời gian nhìn chằm chằm vào người khác, bạn càng bỏ lỡ toàn bộ ý nghĩa của cuộc chơi.</w:t>
      </w:r>
    </w:p>
    <w:p>
      <w:pPr>
        <w:spacing w:after="80"/>
      </w:pPr>
      <w:r>
        <w:rPr>
          <w:b w:val="0"/>
          <w:i w:val="0"/>
        </w:rPr>
        <w:t>Trong cuộc sống, bạn không đấu với bất kỳ ai. Bạn chơi cùng họ. Sẽ luôn có người sở hữu những lá bài tốt hơn bạn. Vấn đề không nằm ở ván bài bạn được chia; mà ở cách bạn chơi nó.</w:t>
      </w:r>
    </w:p>
    <w:p>
      <w:pPr>
        <w:spacing w:after="80"/>
      </w:pPr>
      <w:r>
        <w:rPr>
          <w:b w:val="0"/>
          <w:i w:val="0"/>
        </w:rPr>
        <w:t>Và trong khi bạn đang mải mê so sánh mình với người khác, bạn đã bỏ lỡ một trong những bí mật vĩ đại nhất của cuộc đời: Người khác dạy bạn cách trở thành một người chơi giỏi hơn, và đó chính là cách bạn chiến thắng.</w:t>
      </w:r>
    </w:p>
    <w:p>
      <w:pPr>
        <w:spacing w:after="80"/>
      </w:pPr>
      <w:r>
        <w:rPr>
          <w:b w:val="0"/>
          <w:i w:val="0"/>
        </w:rPr>
        <w:t xml:space="preserve">Đúng vậy, rất nhiều người được chia một ván bài "may mắn hơn" hay "thành công hơn". </w:t>
      </w:r>
      <w:r>
        <w:rPr>
          <w:b w:val="0"/>
          <w:i/>
        </w:rPr>
        <w:t>Hãy để họ</w:t>
      </w:r>
      <w:r>
        <w:rPr>
          <w:b w:val="0"/>
          <w:i w:val="0"/>
        </w:rPr>
        <w:t>.</w:t>
      </w:r>
    </w:p>
    <w:p>
      <w:pPr>
        <w:spacing w:after="80"/>
      </w:pPr>
      <w:r>
        <w:rPr>
          <w:b w:val="0"/>
          <w:i w:val="0"/>
        </w:rPr>
        <w:t xml:space="preserve">Họ sẽ đạt được mọi thứ nhanh hơn. Họ có lợi thế. Họ có nhiều nguồn lực hơn. Họ có nhiều sự hỗ trợ hơn. Bạn không thể làm gì để thay đổi điều đó. Đó là sự thật. </w:t>
      </w:r>
      <w:r>
        <w:rPr>
          <w:b w:val="0"/>
          <w:i/>
        </w:rPr>
        <w:t>Hãy để họ</w:t>
      </w:r>
      <w:r>
        <w:rPr>
          <w:b w:val="0"/>
          <w:i w:val="0"/>
        </w:rPr>
        <w:t>.</w:t>
      </w:r>
    </w:p>
    <w:p>
      <w:pPr>
        <w:spacing w:after="80"/>
      </w:pPr>
      <w:r>
        <w:rPr>
          <w:b w:val="0"/>
          <w:i w:val="0"/>
        </w:rPr>
        <w:t>Bởi vì lo lắng về điều đó, hay khiến bản thân cảm thấy tồi tệ, là một sự xúc phạm đến trí tuệ của bạn. Bạn có thể tìm ra cách để chiến thắng. Bạn có thể học cách làm việc với những gì mình có, bắt đầu từ nơi bạn đang đứng và tạo ra bất cứ điều gì bạn muốn trong cuộc đời.</w:t>
      </w:r>
    </w:p>
    <w:p>
      <w:pPr>
        <w:spacing w:after="80"/>
      </w:pPr>
      <w:r>
        <w:rPr>
          <w:b w:val="0"/>
          <w:i w:val="0"/>
        </w:rPr>
        <w:t>Nhưng bạn sẽ không bao giờ làm được điều đó nếu bạn trao hết sức mạnh của mình cho thói quen ngu ngốc và độc hại là so sánh bản thân với người khác. Hãy dừng lại đi.</w:t>
      </w:r>
    </w:p>
    <w:p>
      <w:pPr>
        <w:spacing w:after="80"/>
      </w:pPr>
      <w:r>
        <w:rPr>
          <w:b w:val="0"/>
          <w:i w:val="0"/>
        </w:rPr>
        <w:t>Ước gì mọi người đổ dồn về phía bạn thay vì chị gái bạn ở quán bar, hay ước gì người đi nghỉ ở châu Âu là bạn, hay ước gì bạn cao hơn hoặc có làn da khỏe mạnh hơn, hay một công việc tốt hơn, hay được cầu hôn, hay có nhiều tiền hơn — những điều đó sẽ không khiến nó xuất hiện. Nó chỉ khiến sự tự tin của bạn biến mất mà thôi.</w:t>
      </w:r>
    </w:p>
    <w:p>
      <w:pPr>
        <w:spacing w:after="80"/>
      </w:pPr>
      <w:r>
        <w:rPr>
          <w:b w:val="0"/>
          <w:i w:val="0"/>
        </w:rPr>
        <w:t>Bất kỳ tay chơi bài đẳng cấp thế giới nào cũng sẽ nói với bạn rằng, vấn đề không nằm ở ván bài bạn được chia. Mà ở cách bạn chơi ván bài đó. Để thắng cuộc chơi cuộc đời, bạn cần tập trung vào những lá bài mình đang có và chọn cách xử lý chúng.</w:t>
      </w:r>
    </w:p>
    <w:p>
      <w:pPr>
        <w:spacing w:after="80"/>
      </w:pPr>
      <w:r>
        <w:rPr>
          <w:b w:val="0"/>
          <w:i w:val="0"/>
        </w:rPr>
        <w:t>Và này, tôi hiểu chứ! Thật tệ khi nhìn vào ván bài mình đang cầm và cảm thấy mình bị chia ván bài xui xẻo nhất hành tinh. Thật dễ để nói "Sao lại là tôi?" Thật dễ để thương hại chính mình. Thật dễ để nhìn người khác và khiến bản thân cảm thấy tồi tệ vì họ có thân hình đẹp, tài khoản ngân hàng dày, một mối quan hệ yêu thương, sức khỏe hoàn hảo, chiếc xe, quỹ tín thác, sự an toàn, tính kỷ luật, nhóm bạn bè... bởi vì điều đó thật không công bằng. Và bạn biết không? Cuộc sống sẽ không bao giờ công bằng.</w:t>
      </w:r>
    </w:p>
    <w:p>
      <w:pPr>
        <w:spacing w:after="80"/>
      </w:pPr>
      <w:r>
        <w:rPr>
          <w:b w:val="0"/>
          <w:i w:val="0"/>
        </w:rPr>
        <w:t>Một số người chỉ đơn giản là rất may mắn. Tôi có những người bạn dường như đã hiểu ra mọi thứ ngay từ ngày họ chào đời. Cảm giác như họ có được mọi thứ họ muốn. Những điều tích cực và trải nghiệm cứ thế xuất hiện khắp nơi. Mọi thứ dường như luôn suôn sẻ với họ.</w:t>
      </w:r>
    </w:p>
    <w:p>
      <w:pPr>
        <w:spacing w:after="80"/>
      </w:pPr>
      <w:r>
        <w:rPr>
          <w:b w:val="0"/>
          <w:i w:val="0"/>
        </w:rPr>
        <w:t>Tại sao những người này lại may mắn đến vậy còn tôi thì không? Thật dễ để thương hại bản thân và tức giận với những người này, đúng không? Họ có gia đình tuyệt vời nhất thế giới; họ gặp tình yêu của đời mình ở đại học; họ cực kỳ hấp dẫn và là một vận động viên tài năng. Dường như không có gì đi sai với những người này. Và theo như bạn biết, họ không phải vật lộn với trầm cảm, lo âu, hay bất kỳ chấn thương tâm lý thời thơ ấu nào như phần còn lại của chúng ta.</w:t>
      </w:r>
    </w:p>
    <w:p>
      <w:pPr>
        <w:spacing w:after="80"/>
      </w:pPr>
      <w:r>
        <w:rPr>
          <w:b w:val="0"/>
          <w:i w:val="0"/>
        </w:rPr>
        <w:t>Nhưng so sánh bản thân với sự may mắn của người khác trong cuộc đời là một sự lãng phí thời gian của bạn.</w:t>
      </w:r>
    </w:p>
    <w:p>
      <w:pPr>
        <w:pStyle w:val="Heading2"/>
      </w:pPr>
      <w:r>
        <w:rPr>
          <w:rFonts w:ascii="Calibri" w:hAnsi="Calibri"/>
          <w:b/>
          <w:i w:val="0"/>
          <w:sz w:val="32"/>
        </w:rPr>
        <w:t>Khi Sự So Sánh Đang Hành Hạ Bạn</w:t>
      </w:r>
    </w:p>
    <w:p>
      <w:pPr>
        <w:spacing w:after="80"/>
      </w:pPr>
      <w:r>
        <w:rPr>
          <w:b w:val="0"/>
          <w:i w:val="0"/>
        </w:rPr>
        <w:t>"Nhưng, Mel, tôi không thể ngừng ám ảnh về việc người khác hấp dẫn hơn mình bao nhiêu, hay ước gì mình cao hơn hoặc không bị hen suyễn, hay ước gì bố mẹ tôi không ly hôn và cuộc sống gia đình tôi tốt đẹp hơn."</w:t>
      </w:r>
    </w:p>
    <w:p>
      <w:pPr>
        <w:spacing w:after="80"/>
      </w:pPr>
      <w:r>
        <w:rPr>
          <w:b w:val="0"/>
          <w:i w:val="0"/>
        </w:rPr>
        <w:t>So sánh bản thân với người khác là điều không thể tránh khỏi. Bản tính con người là nhìn quanh và xem mọi người đang làm gì và bạn đang ở đâu so với họ.</w:t>
      </w:r>
    </w:p>
    <w:p>
      <w:pPr>
        <w:spacing w:after="80"/>
      </w:pPr>
      <w:r>
        <w:rPr>
          <w:b w:val="0"/>
          <w:i w:val="0"/>
        </w:rPr>
        <w:t>Vấn đề không nằm ở xu hướng so sánh. Vấn đề nằm ở việc bạn làm gì với sự so sánh đó — điều đó mới quan trọng.</w:t>
      </w:r>
    </w:p>
    <w:p>
      <w:pPr>
        <w:spacing w:after="80"/>
      </w:pPr>
      <w:r>
        <w:rPr>
          <w:b w:val="0"/>
          <w:i w:val="0"/>
        </w:rPr>
        <w:t>Vậy hãy tự hỏi bản thân: Bạn đang làm gì khi so sánh? Bạn đang tự hành hạ mình, hay nó đang dạy bạn điều gì đó quan trọng?</w:t>
      </w:r>
    </w:p>
    <w:p>
      <w:pPr>
        <w:spacing w:after="80"/>
      </w:pPr>
      <w:r>
        <w:rPr>
          <w:b w:val="0"/>
          <w:i w:val="0"/>
        </w:rPr>
        <w:t>Sự thật là, có hai kiểu so sánh khác nhau mà con người thường mắc phải: hành hạ hoặc dạy bảo. Để biến việc so sánh thành lợi thế cho mình, trước tiên bạn phải xác định xem mình đang so sánh theo kiểu nào, và rất dễ để phân biệt sự khác nhau.</w:t>
      </w:r>
    </w:p>
    <w:p>
      <w:pPr>
        <w:spacing w:after="80"/>
      </w:pPr>
      <w:r>
        <w:rPr>
          <w:b w:val="0"/>
          <w:i w:val="0"/>
        </w:rPr>
        <w:t>Kiểu so sánh đầu tiên là hành hạ. Đây là khi bạn thấy mình bị ám ảnh, bị cuốn vào, hoặc tự dằn vặt bản thân vì một điều gì đó mà bạn sẽ mãi mãi không thể thay đổi. So sánh giống như sự hành hạ khi bạn tập trung vào những thuộc tính cố định trong cuộc sống của người khác.</w:t>
      </w:r>
    </w:p>
    <w:p>
      <w:pPr>
        <w:spacing w:after="80"/>
      </w:pPr>
      <w:r>
        <w:rPr>
          <w:b w:val="0"/>
          <w:i w:val="0"/>
        </w:rPr>
        <w:t>Ví dụ, vẻ đẹp tự nhiên của người khác, dáng người, lịch sử gia đình, chiều cao, quá trình trao đổi chất, cha mẹ, quốc gia xuất xứ, những trải nghiệm trong quá khứ, và bất kỳ tài năng thiên phú nào như khả năng thể thao, khả năng cảm âm hoàn hảo, trí tuệ thiên tài, khả năng học ngôn ngữ trong nháy mắt, trí nhớ chụp ảnh, tài năng nghệ thuật... bạn hiểu ý tôi rồi đấy.</w:t>
      </w:r>
    </w:p>
    <w:p>
      <w:pPr>
        <w:spacing w:after="80"/>
      </w:pPr>
      <w:r>
        <w:rPr>
          <w:b w:val="0"/>
          <w:i w:val="0"/>
        </w:rPr>
        <w:t>Bạn có thể ghen tị với những đặc điểm cố định này trong cuộc sống của người khác, nhưng đây thường là những thứ mà người ta sinh ra đã có, chứ không phải là điều họ đạt được nhờ nỗ lực. Họ được chia những lá bài này, và những lá bài của họ sẽ không đi đâu cả (và những lá bài của bạn cũng vậy).</w:t>
      </w:r>
    </w:p>
    <w:p>
      <w:pPr>
        <w:spacing w:after="80"/>
      </w:pPr>
      <w:r>
        <w:rPr>
          <w:b w:val="0"/>
          <w:i w:val="0"/>
        </w:rPr>
        <w:t>Và quan trọng hơn, dù bạn có nỗ lực đến đâu cũng không thể khiến những lá bài này đột nhiên xuất hiện trong cuộc đời bạn.</w:t>
      </w:r>
    </w:p>
    <w:p>
      <w:pPr>
        <w:spacing w:after="80"/>
      </w:pPr>
      <w:r>
        <w:rPr>
          <w:b w:val="0"/>
          <w:i w:val="0"/>
        </w:rPr>
        <w:t>Đây là cách để bạn biết đó là điều cố định. Có điều gì bạn có thể làm trong 30 giây tới để thay đổi nó không? Nếu không, thì bạn sẽ mãi mãi không thể thay đổi được những điều này.</w:t>
      </w:r>
    </w:p>
    <w:p>
      <w:pPr>
        <w:spacing w:after="80"/>
      </w:pPr>
      <w:r>
        <w:rPr>
          <w:b w:val="0"/>
          <w:i w:val="0"/>
        </w:rPr>
        <w:t>Điều cực kỳ quan trọng là bạn phải hiểu sự khác biệt giữa những thứ bạn có thể và không thể thay đổi, bởi vì so sánh bản thân với ai đó hoặc một khía cạnh nào đó trong cuộc sống của họ mà bạn không thể thay đổi, dù bạn có cố gắng đến đâu, thì chỉ là đang tự hành hạ chính mình mà thôi.</w:t>
      </w:r>
    </w:p>
    <w:p>
      <w:pPr>
        <w:spacing w:after="80"/>
      </w:pPr>
      <w:r>
        <w:rPr>
          <w:b w:val="0"/>
          <w:i w:val="0"/>
        </w:rPr>
        <w:t xml:space="preserve">Vì vậy, bất cứ thời gian nào bạn dành để ám ảnh về một khía cạnh cố định trong cuộc sống của người khác so với cuộc sống của chính mình đều là một hành động tự hành hạ bản thân. Nó vô ích cho sự phát triển của bạn và gây hại cho hạnh phúc của bạn. Nếu bạn không thể thay đổi nó, bạn phải học cách chấp nhận nó. </w:t>
      </w:r>
      <w:r>
        <w:rPr>
          <w:b w:val="0"/>
          <w:i/>
        </w:rPr>
        <w:t>Hãy Để Họ</w:t>
      </w:r>
      <w:r>
        <w:rPr>
          <w:b w:val="0"/>
          <w:i w:val="0"/>
        </w:rPr>
        <w:t>.</w:t>
      </w:r>
    </w:p>
    <w:p>
      <w:pPr>
        <w:spacing w:after="80"/>
      </w:pPr>
      <w:r>
        <w:rPr>
          <w:b w:val="0"/>
          <w:i w:val="0"/>
        </w:rPr>
        <w:t>Điều này không dễ làm chút nào.</w:t>
      </w:r>
    </w:p>
    <w:p>
      <w:pPr>
        <w:spacing w:after="80"/>
      </w:pPr>
      <w:r>
        <w:rPr>
          <w:b w:val="0"/>
          <w:i w:val="0"/>
        </w:rPr>
        <w:t>Tôi đã chứng kiến cô con gái lớn của chúng tôi, Sawyer, mắc phải kiểu so sánh đầu tiên này và tự hành hạ bản thân suốt nhiều năm. Con bé bị ám ảnh quá mức với em gái mình, Kendall, người có dáng người, cấu trúc xương, quá trình trao đổi chất và khả năng thể thao hoàn toàn khác biệt. Chưa kể, Kendall sinh ra đã có một giọng hát tuyệt vời và khả năng cảm âm hoàn hảo.</w:t>
      </w:r>
    </w:p>
    <w:p>
      <w:pPr>
        <w:spacing w:after="80"/>
      </w:pPr>
      <w:r>
        <w:rPr>
          <w:b w:val="0"/>
          <w:i w:val="0"/>
        </w:rPr>
        <w:t>Sawyer không thể thay đổi điều này. Kendall cũng không thể thay đổi điều này. Và tôi cũng không thể thay đổi điều này.</w:t>
      </w:r>
    </w:p>
    <w:p>
      <w:pPr>
        <w:spacing w:after="80"/>
      </w:pPr>
      <w:r>
        <w:rPr>
          <w:b w:val="0"/>
          <w:i w:val="0"/>
        </w:rPr>
        <w:t>Nhưng qua nhiều năm, tôi đã chứng kiến Sawyer tự làm mình khổ sở và đánh mất rất nhiều sức mạnh của bản thân bằng cách tham gia vào kiểu so sánh hành hạ này. Kết quả là con bé ghét cơ thể mình. Con bé tự dằn vặt về quá trình trao đổi chất của mình. Con bé phàn nàn về việc giảm cân khó khăn thế nào và tăng cân dễ dàng ra sao. Con bé đã nói rõ rằng thật bất công khi Kendall có thể mặc vừa quần áo của nó, nhưng nó lại không thể mặc vừa quần áo của Kendall.</w:t>
      </w:r>
    </w:p>
    <w:p>
      <w:pPr>
        <w:spacing w:after="80"/>
      </w:pPr>
      <w:r>
        <w:rPr>
          <w:b w:val="0"/>
          <w:i w:val="0"/>
        </w:rPr>
        <w:t>Và bạn biết không... con bé đúng. Điều đó thật bất công. Và dù có tập thể dục bao nhiêu, uống thực phẩm bổ sung bao nhiêu, hay học hát bao nhiêu đi nữa cũng sẽ không bao giờ cân bằng được cái bảng điểm mà Sawyer đang giữ trong đầu: Kendall đang thắng và Sawyer đang thua.</w:t>
      </w:r>
    </w:p>
    <w:p>
      <w:pPr>
        <w:spacing w:after="80"/>
      </w:pPr>
      <w:r>
        <w:rPr>
          <w:b w:val="0"/>
          <w:i w:val="0"/>
        </w:rPr>
        <w:t xml:space="preserve">Đây là điều mà các nhà tâm lý học gọi là </w:t>
      </w:r>
      <w:r>
        <w:rPr>
          <w:b w:val="0"/>
          <w:i/>
        </w:rPr>
        <w:t>so sánh hướng lên</w:t>
      </w:r>
      <w:r>
        <w:rPr>
          <w:b w:val="0"/>
          <w:i w:val="0"/>
        </w:rPr>
        <w:t xml:space="preserve"> (upward comparison). So sánh hướng lên là xu hướng đo lường bản thân với những người và những thuộc tính của họ mà bạn cho là tốt hơn mình. Nghiên cứu cho thấy nó phá hủy lòng tự trọng của bạn.</w:t>
      </w:r>
    </w:p>
    <w:p>
      <w:pPr>
        <w:spacing w:after="80"/>
      </w:pPr>
      <w:r>
        <w:rPr>
          <w:b w:val="0"/>
          <w:i w:val="0"/>
        </w:rPr>
        <w:t xml:space="preserve">Bạn hiếm khi thực hiện </w:t>
      </w:r>
      <w:r>
        <w:rPr>
          <w:b w:val="0"/>
          <w:i/>
        </w:rPr>
        <w:t>so sánh hướng xuống</w:t>
      </w:r>
      <w:r>
        <w:rPr>
          <w:b w:val="0"/>
          <w:i w:val="0"/>
        </w:rPr>
        <w:t xml:space="preserve"> (downward comparison), tức là nhìn xung quanh và thấy mình may mắn hơn bao nhiêu so với phần lớn mọi người trên thế giới. Theo Liên Hợp Quốc, cứ bốn người thì có một người không được tiếp cận với nước uống sạch. Sự thật là, nếu bạn có nước máy, điện, và thời gian để đọc cuốn sách này, thì bạn đang sống tốt hơn hầu hết mọi người rồi.</w:t>
      </w:r>
    </w:p>
    <w:p>
      <w:pPr>
        <w:spacing w:after="80"/>
      </w:pPr>
      <w:r>
        <w:rPr>
          <w:b w:val="0"/>
          <w:i w:val="0"/>
        </w:rPr>
        <w:t>Điều đó đưa tôi trở lại với kiểu so sánh đau khổ này và việc tự dằn vặt bản thân về những khía cạnh trong cuộc sống mà bạn không thể kiểm soát hay thay đổi.</w:t>
      </w:r>
    </w:p>
    <w:p>
      <w:pPr>
        <w:spacing w:after="80"/>
      </w:pPr>
      <w:r>
        <w:rPr>
          <w:b w:val="0"/>
          <w:i w:val="0"/>
        </w:rPr>
        <w:t>Tôi đã chứng kiến với bao nỗi buồn trong lòng về việc Sawyer tự làm mình khổ sở đến nhường nào. Và tôi không thể cứu cô ấy. Tôi không thể ngăn cô ấy dấn thân vào kiểu so sánh này. Và bao nhiêu lời khen ngợi hay trấn an cũng không thể thay đổi hành vi của cô ấy. Cô ấy phải tự chọn thay đổi điều này vì chính mình.</w:t>
      </w:r>
    </w:p>
    <w:p>
      <w:pPr>
        <w:spacing w:after="80"/>
      </w:pPr>
      <w:r>
        <w:rPr>
          <w:b w:val="0"/>
          <w:i w:val="0"/>
        </w:rPr>
        <w:t>Bởi vì cho đến khi cô ấy ngừng dằn vặt bản thân, cô ấy sẽ không bao giờ nhìn thấy cuộc sống rộng lớn, tươi đẹp, tuyệt vời đang ở ngay đó chờ cô ấy đón nhận. Cô ấy sẽ không bao giờ đón nhận vẻ đẹp của chính cơ thể mình. Và cô ấy sẽ luôn chỉ thấy những gì mình không có, thay vì thấy sự tuyệt vời của những gì mình đang có. Khi cô ấy tập trung vào chị gái mình, cô ấy không nhìn thấy điều mà tất cả chúng tôi đều thấy, đó là những tài năng, trí tuệ và khả năng thể thao độc nhất của cô ấy.</w:t>
      </w:r>
    </w:p>
    <w:p>
      <w:pPr>
        <w:spacing w:after="80"/>
      </w:pPr>
      <w:r>
        <w:rPr>
          <w:b w:val="0"/>
          <w:i w:val="0"/>
        </w:rPr>
        <w:t>Bạn phải ngừng ám ảnh về những lá bài trong tay người khác. Cuộc sống vốn không công bằng. Sẽ luôn có người dường như có những lá bài tốt hơn bạn, và việc so sánh bộ bài của bạn với họ sẽ luôn khiến bạn thua cuộc. Đừng tập trung vào những người chơi khác; đó không phải là cách bạn thắng trong ván cờ cuộc đời. Hãy học cách chơi cùng những người chơi khác, chứ không phải chống lại họ.</w:t>
      </w:r>
    </w:p>
    <w:p>
      <w:pPr>
        <w:spacing w:after="80"/>
      </w:pPr>
      <w:r>
        <w:rPr>
          <w:b w:val="0"/>
          <w:i w:val="0"/>
        </w:rPr>
        <w:t>Sự thật đáng buồn là tôi đã chứng kiến quá nhiều người phát triển chứng rối loạn ăn uống hoặc các vấn đề sức khỏe tâm thần, hoặc vật lộn với chứng nghiện ngập hay nỗi xấu hổ vì bản chất đau khổ của kiểu so sánh này. Và tôi không nói điều này một cách nhẹ nhàng đâu, bởi vì tôi biết nó có thể dẫn đến những cuộc vật lộn và thử thách rất nghiêm trọng mà nhiều người phải đối mặt, kể cả những người tôi yêu thương sâu sắc.</w:t>
      </w:r>
    </w:p>
    <w:p>
      <w:pPr>
        <w:spacing w:after="80"/>
      </w:pPr>
      <w:r>
        <w:rPr>
          <w:b w:val="0"/>
          <w:i w:val="0"/>
        </w:rPr>
        <w:t>Các nhà tâm lý học sẽ nói với bạn rằng nguyên nhân gốc rễ của nhiều chứng rối loạn là nhu cầu kiểm soát một cách ám ảnh. Như bạn đang học trong cuốn sách này, bất cứ khi nào bạn cố kiểm soát một điều gì đó mà bạn không thể, nó chỉ khiến bạn cảm thấy càng mất kiểm soát và bất lực hơn.</w:t>
      </w:r>
    </w:p>
    <w:p>
      <w:pPr>
        <w:spacing w:after="80"/>
      </w:pPr>
      <w:r>
        <w:rPr>
          <w:b w:val="0"/>
          <w:i w:val="0"/>
        </w:rPr>
        <w:t>Đó là lý do tại sao điều thiết yếu là bạn phải nhận ra khi nào mình đang dấn thân vào kiểu so sánh đầu tiên này.</w:t>
      </w:r>
    </w:p>
    <w:p>
      <w:pPr>
        <w:spacing w:after="80"/>
      </w:pPr>
      <w:r>
        <w:rPr>
          <w:b w:val="0"/>
          <w:i w:val="0"/>
        </w:rPr>
        <w:t xml:space="preserve">Dừng lại. </w:t>
      </w:r>
      <w:r>
        <w:rPr>
          <w:b w:val="0"/>
          <w:i/>
        </w:rPr>
        <w:t>Hãy Để Họ</w:t>
      </w:r>
      <w:r>
        <w:rPr>
          <w:b w:val="0"/>
          <w:i w:val="0"/>
        </w:rPr>
        <w:t xml:space="preserve"> sống cuộc đời của họ. </w:t>
      </w:r>
      <w:r>
        <w:rPr>
          <w:b w:val="0"/>
          <w:i/>
        </w:rPr>
        <w:t>Hãy Để Tôi</w:t>
      </w:r>
      <w:r>
        <w:rPr>
          <w:b w:val="0"/>
          <w:i w:val="0"/>
        </w:rPr>
        <w:t xml:space="preserve"> tập trung vào cuộc đời của mình.</w:t>
      </w:r>
    </w:p>
    <w:p>
      <w:pPr>
        <w:spacing w:after="80"/>
      </w:pPr>
      <w:r>
        <w:rPr>
          <w:b w:val="0"/>
          <w:i w:val="0"/>
        </w:rPr>
        <w:t>Bạn quá thông minh để lãng phí cuộc đời mình bằng việc tự dằn vặt. Hãy giữ lấy sức mạnh của bạn, vì bạn sẽ cần nó để mở khóa tiềm năng của chính cuộc đời độc nhất của mình. Điều tôi nhận ra là để hạnh phúc hơn, bạn cần cho phép mình được hạnh phúc hơn.</w:t>
      </w:r>
    </w:p>
    <w:p>
      <w:pPr>
        <w:spacing w:after="80"/>
      </w:pPr>
      <w:r>
        <w:rPr>
          <w:b w:val="0"/>
          <w:i w:val="0"/>
        </w:rPr>
        <w:t>Không thể nào vừa tận hưởng cuộc sống hay yêu thương bản thân, vừa tự dằn vặt mình cùng một lúc.</w:t>
      </w:r>
    </w:p>
    <w:p>
      <w:pPr>
        <w:spacing w:after="80"/>
      </w:pPr>
      <w:r>
        <w:rPr>
          <w:b w:val="0"/>
          <w:i w:val="0"/>
        </w:rPr>
        <w:t>Vậy hãy chuyển sang kiểu so sánh thứ hai. Kiểu so sánh này là một mỏ vàng dành cho bạn.</w:t>
      </w:r>
    </w:p>
    <w:p>
      <w:pPr>
        <w:pStyle w:val="Heading1"/>
      </w:pPr>
      <w:r>
        <w:rPr>
          <w:rFonts w:ascii="Calibri" w:hAnsi="Calibri"/>
          <w:b/>
          <w:i w:val="0"/>
          <w:sz w:val="40"/>
        </w:rPr>
        <w:t>CHƯƠNG 10</w:t>
      </w:r>
    </w:p>
    <w:p>
      <w:pPr>
        <w:pStyle w:val="Heading1"/>
      </w:pPr>
      <w:r>
        <w:rPr>
          <w:rFonts w:ascii="Calibri" w:hAnsi="Calibri"/>
          <w:b/>
          <w:i w:val="0"/>
          <w:sz w:val="40"/>
        </w:rPr>
        <w:t>Cách Biến So Sánh Thành Người Thầy Của Bạn</w:t>
      </w:r>
    </w:p>
    <w:p>
      <w:pPr>
        <w:spacing w:after="80"/>
      </w:pPr>
      <w:r>
        <w:rPr>
          <w:b w:val="0"/>
          <w:i w:val="0"/>
        </w:rPr>
        <w:t>Bạn vừa tìm hiểu về kiểu so sánh đầu tiên, kiểu cảm giác như tự hành hạ bản thân. Giờ hãy nói về kiểu thứ hai: kiểu so sánh đang dạy cho bạn điều gì đó. Và đây là cách bạn biết rằng so sánh là tốt: Bạn đang nhìn vào những khía cạnh trong cuộc sống hay thành công của người khác mà bạn có thể tạo ra cho chính mình.</w:t>
      </w:r>
    </w:p>
    <w:p>
      <w:pPr>
        <w:spacing w:after="80"/>
      </w:pPr>
      <w:r>
        <w:rPr>
          <w:b w:val="0"/>
          <w:i w:val="0"/>
        </w:rPr>
        <w:t>Với thời gian và nỗ lực bền bỉ, những khía cạnh này trong cuộc sống, sự nghiệp hay sức khỏe của bạn có thể được thay đổi.</w:t>
      </w:r>
    </w:p>
    <w:p>
      <w:pPr>
        <w:spacing w:after="80"/>
      </w:pPr>
      <w:r>
        <w:rPr>
          <w:b w:val="0"/>
          <w:i w:val="0"/>
        </w:rPr>
        <w:t>Danh sách những điều bạn có thể thay đổi là vô tận: từ công việc của bạn, đến việc tạo dựng một nhóm bạn tốt hơn, đến việc tìm ra mục đích sống của mình, đến việc dành nhiều thời gian hơn cho con cái, đến những kỳ nghỉ, đến việc tạo dựng tự do tài chính; dậy sớm hơn, tìm kiếm và tạo nên câu chuyện tình yêu vĩ đại nhất đời mình, trở thành một đầu bếp tuyệt vời, hay đạt được vóc dáng đẹp nhất trong đời; mua một chiếc nhẫn to, một chiếc đồng hồ sang trọng, hay một chiếc xe thể thao; cải tạo nhà bếp, xây một ngôi nhà thứ hai, tạo dựng mối quan hệ tốt hơn với cha mẹ kế, phát triển những thói quen lành mạnh hơn, viết một cuốn sách, chữa lành tổn thương tâm lý của mình, có thêm nhiều người theo dõi trên mạng xã hội, có những ranh giới tốt hơn và nhiều thời gian hơn cho bản thân, khởi nghiệp, hay xây dựng một danh tiếng tốt đẹp hơn.</w:t>
      </w:r>
    </w:p>
    <w:p>
      <w:pPr>
        <w:spacing w:after="80"/>
      </w:pPr>
      <w:r>
        <w:rPr>
          <w:b w:val="0"/>
          <w:i w:val="0"/>
        </w:rPr>
        <w:t>Tôi đã cố tình viết một danh sách dài. Sự thật là, 95 phần trăm những thứ bạn muốn trong cuộc sống đều là những thứ bạn có thể tạo ra nếu bạn sẵn sàng làm việc chăm chỉ, kiên trì, kỷ luật và nhẫn nại. Rất ít điều trong cuộc đời bạn là cố định như đá.</w:t>
      </w:r>
    </w:p>
    <w:p>
      <w:pPr>
        <w:spacing w:after="80"/>
      </w:pPr>
      <w:r>
        <w:rPr>
          <w:b w:val="0"/>
          <w:i w:val="0"/>
        </w:rPr>
        <w:t xml:space="preserve">Nếu ai đó đã làm được điều gì đó tốt hơn, lớn hơn và ngầu hơn những gì bạn có thể tưởng tượng, </w:t>
      </w:r>
      <w:r>
        <w:rPr>
          <w:b w:val="0"/>
          <w:i/>
        </w:rPr>
        <w:t>Hãy Để Họ</w:t>
      </w:r>
      <w:r>
        <w:rPr>
          <w:b w:val="0"/>
          <w:i w:val="0"/>
        </w:rPr>
        <w:t xml:space="preserve"> làm. </w:t>
      </w:r>
      <w:r>
        <w:rPr>
          <w:b w:val="0"/>
          <w:i/>
        </w:rPr>
        <w:t>Hãy Để Họ</w:t>
      </w:r>
      <w:r>
        <w:rPr>
          <w:b w:val="0"/>
          <w:i w:val="0"/>
        </w:rPr>
        <w:t xml:space="preserve"> có thành công của họ. </w:t>
      </w:r>
      <w:r>
        <w:rPr>
          <w:b w:val="0"/>
          <w:i/>
        </w:rPr>
        <w:t>Hãy Để Họ</w:t>
      </w:r>
      <w:r>
        <w:rPr>
          <w:b w:val="0"/>
          <w:i w:val="0"/>
        </w:rPr>
        <w:t xml:space="preserve"> vượt mặt bạn. </w:t>
      </w:r>
      <w:r>
        <w:rPr>
          <w:b w:val="0"/>
          <w:i/>
        </w:rPr>
        <w:t>Hãy Để Họ</w:t>
      </w:r>
      <w:r>
        <w:rPr>
          <w:b w:val="0"/>
          <w:i w:val="0"/>
        </w:rPr>
        <w:t xml:space="preserve"> làm điều đó theo cách thông minh nhất và ngầu nhất. Thành công của họ cho bạn công thức. Nhớ câu chuyện của tôi về việc không đăng bài trên mạng xã hội chứ? Dù điều bạn muốn là gì, người khác cũng có thể cho bạn công thức. </w:t>
      </w:r>
      <w:r>
        <w:rPr>
          <w:b w:val="0"/>
          <w:i/>
        </w:rPr>
        <w:t>Hãy Để Họ</w:t>
      </w:r>
      <w:r>
        <w:rPr>
          <w:b w:val="0"/>
          <w:i w:val="0"/>
        </w:rPr>
        <w:t xml:space="preserve"> dẫn đường.</w:t>
      </w:r>
    </w:p>
    <w:p>
      <w:pPr>
        <w:spacing w:after="80"/>
      </w:pPr>
      <w:r>
        <w:rPr>
          <w:b w:val="0"/>
          <w:i w:val="0"/>
        </w:rPr>
        <w:t>Suốt phần lớn cuộc đời mình, tôi đã không hiểu điều này. Nếu ai đó đạt được điều tôi muốn, tôi tự nhủ rằng họ đã vượt mặt tôi. Tôi nhìn những người xung quanh và coi chiến thắng của người khác là thất bại của mình. Và khi bạn coi chiến thắng của người khác là thất bại của mình, điều đó sẽ khiến bạn cảm thấy bị đánh bại ngay cả trước khi bắt đầu.</w:t>
      </w:r>
    </w:p>
    <w:p>
      <w:pPr>
        <w:spacing w:after="80"/>
      </w:pPr>
      <w:r>
        <w:rPr>
          <w:b w:val="0"/>
          <w:i w:val="0"/>
        </w:rPr>
        <w:t>Nếu bạn không cẩn thận, so sánh có thể trở thành lý do khiến bạn nghi ngờ bản thân, trì hoãn và tiếp tục mắc kẹt. Bạn có khả năng đạt được thành công tương tự, nhưng thay vì nỗ lực để tạo ra nó, bạn lại đang tích cực phản đối chính điều mình muốn. Đây là một ví dụ về việc bạn đã biến người khác thành một vấn đề, trong khi họ không cần phải như vậy.</w:t>
      </w:r>
    </w:p>
    <w:p>
      <w:pPr>
        <w:spacing w:after="80"/>
      </w:pPr>
      <w:r>
        <w:rPr>
          <w:b w:val="0"/>
          <w:i w:val="0"/>
        </w:rPr>
        <w:t>Có đủ hạnh phúc, thành công và tiền bạc để chia đều cho tất cả mọi người, kể cả bạn. Nguồn cung là vô hạn.</w:t>
      </w:r>
    </w:p>
    <w:p>
      <w:pPr>
        <w:spacing w:after="80"/>
      </w:pPr>
      <w:r>
        <w:rPr>
          <w:b w:val="0"/>
          <w:i w:val="0"/>
        </w:rPr>
        <w:t>Không ai đang lấy đi bất cứ thứ gì của bạn. Hạnh phúc, thành công và tiền bạc đang chờ bạn nghiêm túc tạo ra chúng. Tôi sẽ nói lại điều này: Chiến thắng của người khác không phải là thất bại của bạn. Đó là lý do bạn phải thay đổi cách nhìn nhận thành công của người khác.</w:t>
      </w:r>
    </w:p>
    <w:p>
      <w:pPr>
        <w:spacing w:after="80"/>
      </w:pPr>
      <w:r>
        <w:rPr>
          <w:b w:val="0"/>
          <w:i w:val="0"/>
        </w:rPr>
        <w:t xml:space="preserve">Sự thật là, có hơn 8 tỷ người trên hành tinh này. Nếu bạn đang tìm bằng chứng rằng ai đó kiếm nhiều tiền hơn, có tủ đồ ngầu nhất, có nhóm bạn thân tốt nhất, học ở trường danh giá hơn, có vóc dáng đẹp nhất, đã bán công ty của họ, là tác giả sách bán chạy của </w:t>
      </w:r>
      <w:r>
        <w:rPr>
          <w:b w:val="0"/>
          <w:i/>
        </w:rPr>
        <w:t>New York Times</w:t>
      </w:r>
      <w:r>
        <w:rPr>
          <w:b w:val="0"/>
          <w:i w:val="0"/>
        </w:rPr>
        <w:t>, đã đi khắp thế giới, hay đơn giản là có bất cứ thứ gì bạn có thể muốn. . . bạn sẽ tìm thấy.</w:t>
      </w:r>
    </w:p>
    <w:p>
      <w:pPr>
        <w:spacing w:after="80"/>
      </w:pPr>
      <w:r>
        <w:rPr>
          <w:b w:val="0"/>
          <w:i w:val="0"/>
        </w:rPr>
        <w:t>Vấn đề không phải là xu hướng so sánh. Vấn đề là không tận dụng so sánh để có lợi cho mình. Sử dụng Lý thuyết Cứ Để Họ (Let Them Theory), bạn sẽ học được cách biến so sánh từ một vấn đề lớn trong cuộc đời thành người thầy vĩ đại nhất của mình.</w:t>
      </w:r>
    </w:p>
    <w:p>
      <w:pPr>
        <w:pStyle w:val="Heading2"/>
      </w:pPr>
      <w:r>
        <w:rPr>
          <w:rFonts w:ascii="Calibri" w:hAnsi="Calibri"/>
          <w:b/>
          <w:i w:val="0"/>
          <w:sz w:val="32"/>
        </w:rPr>
        <w:t>Họ Luôn Là Người Thầy Của Bạn</w:t>
      </w:r>
    </w:p>
    <w:p>
      <w:pPr>
        <w:spacing w:after="80"/>
      </w:pPr>
      <w:r>
        <w:rPr>
          <w:b w:val="0"/>
          <w:i w:val="0"/>
        </w:rPr>
        <w:t>Gần đây tôi đang nói chuyện với một người bạn tên Molly. Molly là một nhà thiết kế nội thất cực kỳ tài năng. Cô ấy đã xây dựng được một công việc kinh doanh thành công, có một số nhân viên và làm ra những tác phẩm tuyệt đẹp cho khách hàng.</w:t>
      </w:r>
    </w:p>
    <w:p>
      <w:pPr>
        <w:spacing w:after="80"/>
      </w:pPr>
      <w:r>
        <w:rPr>
          <w:b w:val="0"/>
          <w:i w:val="0"/>
        </w:rPr>
        <w:t>Mấy lần gần đây khi cô ấy và tôi trò chuyện, cô ấy luôn hỏi tôi lời khuyên về mạng xã hội, với những câu hỏi như: "Mel, làm sao để tôi quảng bá bản thân ra ngoài? Tôi biết mình cần làm nhiều hơn trên mạng xã hội, và tiếp thị công việc kinh doanh cũng như sản phẩm của mình tốt hơn trên mạng, nhưng tôi không biết bắt đầu từ đâu."</w:t>
      </w:r>
    </w:p>
    <w:p>
      <w:pPr>
        <w:spacing w:after="80"/>
      </w:pPr>
      <w:r>
        <w:rPr>
          <w:b w:val="0"/>
          <w:i w:val="0"/>
        </w:rPr>
        <w:t>Với mọi ngành kinh doanh, đều có một công thức, nên tôi đưa cho cô ấy một danh sách đơn giản những việc cô ấy có thể làm: Bắt đầu đăng bài mỗi ngày. Tạo video giải thích các dự án của bạn. Đăng ảnh trước-và-sau. Thuê một thực tập sinh tạo thư viện video ngắn cho bạn. Tham gia một khóa học trực tuyến miễn phí để hiểu thêm về các nền tảng mạng xã hội, và chọn một nền tảng để tập trung.</w:t>
      </w:r>
    </w:p>
    <w:p>
      <w:pPr>
        <w:spacing w:after="80"/>
      </w:pPr>
      <w:r>
        <w:rPr>
          <w:b w:val="0"/>
          <w:i w:val="0"/>
        </w:rPr>
        <w:t>Giống như ví dụ tôi đã kể với bạn trước đó, từ khi tôi muốn xây dựng công việc diễn thuyết của mình nhiều năm trước, những bước bạn cần thực hiện luôn rất đơn giản. Vấn đề là không làm chúng.</w:t>
      </w:r>
    </w:p>
    <w:p>
      <w:pPr>
        <w:spacing w:after="80"/>
      </w:pPr>
      <w:r>
        <w:rPr>
          <w:b w:val="0"/>
          <w:i w:val="0"/>
        </w:rPr>
        <w:t>Molly gọi cho tôi hôm trước, và ngay lập tức tôi có thể nhận ra có điều gì đó không ổn. "Molly, giọng cậu nghe không giống cậu thường ngày. Mọi thứ với bọn trẻ có ổn không?"</w:t>
      </w:r>
    </w:p>
    <w:p>
      <w:pPr>
        <w:spacing w:after="80"/>
      </w:pPr>
      <w:r>
        <w:rPr>
          <w:b w:val="0"/>
          <w:i w:val="0"/>
        </w:rPr>
        <w:t>Cô ấy nói: "Ừ, ừ, ừ. Bọn trẻ ổn. Còn tớ thì không."</w:t>
      </w:r>
    </w:p>
    <w:p>
      <w:pPr>
        <w:spacing w:after="80"/>
      </w:pPr>
      <w:r>
        <w:rPr>
          <w:b w:val="0"/>
          <w:i w:val="0"/>
        </w:rPr>
        <w:t>Và tôi hỏi: "Chuyện gì đã xảy ra vậy?"</w:t>
      </w:r>
    </w:p>
    <w:p>
      <w:pPr>
        <w:spacing w:after="80"/>
      </w:pPr>
      <w:r>
        <w:rPr>
          <w:b w:val="0"/>
          <w:i w:val="0"/>
        </w:rPr>
        <w:t>Cô ấy nói, “Chà, tối hôm trước em thấy một thứ khiến em rối bời. Và từ đó đến giờ em cứ hoảng loạn mãi.”</w:t>
      </w:r>
    </w:p>
    <w:p>
      <w:pPr>
        <w:spacing w:after="80"/>
      </w:pPr>
      <w:r>
        <w:rPr>
          <w:b w:val="0"/>
          <w:i w:val="0"/>
        </w:rPr>
        <w:t xml:space="preserve">Và thế là tôi ngồi nghe và nghĩ thầm, </w:t>
      </w:r>
      <w:r>
        <w:rPr>
          <w:b w:val="0"/>
          <w:i/>
        </w:rPr>
        <w:t>Chuyện quái gì có thể xảy ra chứ? Trời ơi. Nghiêm trọng thật rồi.</w:t>
      </w:r>
    </w:p>
    <w:p>
      <w:pPr>
        <w:spacing w:after="80"/>
      </w:pPr>
      <w:r>
        <w:rPr>
          <w:b w:val="0"/>
          <w:i w:val="0"/>
        </w:rPr>
        <w:t>Hóa ra là có một người trong khu nhà của Molly mà cô ấy quen biết đã lâu. Người này không hẳn là người mà Molly ưa thích—bạn biết đấy, kiểu người luôn muốn thu hút sự chú ý về mình và cứ làm bạn thấy khó chịu. Năng lượng giữa hai người chưa bao giờ hợp nhau.</w:t>
      </w:r>
    </w:p>
    <w:p>
      <w:pPr>
        <w:spacing w:after="80"/>
      </w:pPr>
      <w:r>
        <w:rPr>
          <w:b w:val="0"/>
          <w:i w:val="0"/>
        </w:rPr>
        <w:t>Người này không có kinh nghiệm hay nền tảng gì về thiết kế nội thất. Vậy mà giờ đây, cô ta đã dấn thân vào ngành “thiết kế”, bắt đầu đăng bài trên mạng xã hội, và đột nhiên các bài đăng của cô ta bùng nổ. Người này nhận được hàng nghìn lượt thích trên các bài đăng, và điều khiến Molly thực sự tức điên là giờ ai trong khu nhà cũng bàn tán về việc người phụ nữ kia “tài năng” đến mức nào.</w:t>
      </w:r>
    </w:p>
    <w:p>
      <w:pPr>
        <w:spacing w:after="80"/>
      </w:pPr>
      <w:r>
        <w:rPr>
          <w:b w:val="0"/>
          <w:i w:val="0"/>
        </w:rPr>
        <w:t>Như Molly trút bầu tâm sự với tôi, “Đây chỉ là mấy tấm ảnh chụp nhà của cô ta thôi, mà cô ta còn chẳng thiết kế nó nữa!”</w:t>
      </w:r>
    </w:p>
    <w:p>
      <w:pPr>
        <w:spacing w:after="80"/>
      </w:pPr>
      <w:r>
        <w:rPr>
          <w:b w:val="0"/>
          <w:i w:val="0"/>
        </w:rPr>
        <w:t>Tối hôm trước, sau một ngày dài làm việc với khách hàng thiết kế, Molly đã đưa bọn trẻ đi ngủ, ngồi xuống ghế sofa và bắt đầu lướt mạng. Đoán xem ai tràn ngập trên bảng tin của Molly? Chính là người phụ nữ khó ưa này.</w:t>
      </w:r>
    </w:p>
    <w:p>
      <w:pPr>
        <w:spacing w:after="80"/>
      </w:pPr>
      <w:r>
        <w:rPr>
          <w:b w:val="0"/>
          <w:i w:val="0"/>
        </w:rPr>
        <w:t>Cô ấy không thể kìm lòng được. Cô ấy đọc từng bình luận một và lén xem trang web của người phụ nữ kia. Trang web trông hiện đại và gọn gàng, trong khi trang của Molly thì đã ba năm không cập nhật. Cách người phụ nữ kia quảng bá bản thân thật ấn tượng. Nó khiến cô ta trông rất chuyên nghiệp, cứ như thể đã làm nghề này nhiều năm rồi. Và điều đó đẩy Molly vào một vòng xoáy đi xuống.</w:t>
      </w:r>
    </w:p>
    <w:p>
      <w:pPr>
        <w:spacing w:after="80"/>
      </w:pPr>
      <w:r>
        <w:rPr>
          <w:b w:val="0"/>
          <w:i/>
        </w:rPr>
        <w:t>Cô ta sẽ cướp hết khách của mình! Ai cũng sẽ nghĩ cô ta giỏi hơn mình. Sao cô ta biết làm tất cả những thứ này chứ? Sao mình không làm điều này sớm hơn? Aaaarrrrggghhhh!</w:t>
      </w:r>
    </w:p>
    <w:p>
      <w:pPr>
        <w:spacing w:after="80"/>
      </w:pPr>
      <w:r>
        <w:rPr>
          <w:b w:val="0"/>
          <w:i w:val="0"/>
        </w:rPr>
        <w:t>Rồi cô ấy hít một hơi, và nói, “Mel, chị nghĩ em nên làm gì đây?”</w:t>
      </w:r>
    </w:p>
    <w:p>
      <w:pPr>
        <w:spacing w:after="80"/>
      </w:pPr>
      <w:r>
        <w:rPr>
          <w:b w:val="0"/>
          <w:i w:val="0"/>
        </w:rPr>
        <w:t>Tôi sẽ nói với bạn đúng điều mà tôi đã nói với cô bạn Molly của mình, và tôi muốn bạn ghi nhớ điều này vào lần tới khi bạn thấy mình bừng bừng vì so sánh hay giận dữ về việc người khác đang làm:</w:t>
      </w:r>
    </w:p>
    <w:p>
      <w:pPr>
        <w:spacing w:after="80"/>
      </w:pPr>
      <w:r>
        <w:rPr>
          <w:b w:val="0"/>
          <w:i w:val="0"/>
        </w:rPr>
        <w:t>Đừng ai phải thương hại bạn cả. Nếu ngay lúc này bạn đang ghen tị với thành công của người khác, thì TỐT. Tôi mừng cho bạn. Ghen tị là một lời mời từ chính con người tương lai của bạn. Nó mời bạn nhìn kỹ hơn vào người khác—không phải để khiến bạn thấy mình kém cỏi, mà để cho bạn thấy điều gì là có thể.</w:t>
      </w:r>
    </w:p>
    <w:p>
      <w:pPr>
        <w:spacing w:after="80"/>
      </w:pPr>
      <w:r>
        <w:rPr>
          <w:b w:val="0"/>
          <w:i w:val="0"/>
        </w:rPr>
        <w:t>Người phụ nữ này không hề cướp đi thành công nào của Molly. Cô ta không hề ngăn Molly thay đổi trang web hay tập trung vào mạng xã hội. Những thắng lợi trên mạng của người phụ nữ này không phải là mất mát của Molly. Bởi vì người khác sẽ không bao giờ ngăn cản bạn đạt được điều vốn dành cho bạn. Họ không thể. Chỉ có bạn mới có thể ngăn chính mình đạt được nó.</w:t>
      </w:r>
    </w:p>
    <w:p>
      <w:pPr>
        <w:spacing w:after="80"/>
      </w:pPr>
      <w:r>
        <w:rPr>
          <w:b w:val="0"/>
          <w:i w:val="0"/>
        </w:rPr>
        <w:t xml:space="preserve">Người phụ nữ này là một lời nhắc nhở cho Molly rằng mạng xã hội rất quan trọng. Cô ấy là một người thầy đang dẫn đường. </w:t>
      </w:r>
      <w:r>
        <w:rPr>
          <w:b w:val="0"/>
          <w:i/>
        </w:rPr>
        <w:t>Hãy Để Họ</w:t>
      </w:r>
      <w:r>
        <w:rPr>
          <w:b w:val="0"/>
          <w:i w:val="0"/>
        </w:rPr>
        <w:t xml:space="preserve"> đánh thức bạn. </w:t>
      </w:r>
      <w:r>
        <w:rPr>
          <w:b w:val="0"/>
          <w:i/>
        </w:rPr>
        <w:t>Hãy Để Họ</w:t>
      </w:r>
      <w:r>
        <w:rPr>
          <w:b w:val="0"/>
          <w:i w:val="0"/>
        </w:rPr>
        <w:t xml:space="preserve"> thành công. </w:t>
      </w:r>
      <w:r>
        <w:rPr>
          <w:b w:val="0"/>
          <w:i/>
        </w:rPr>
        <w:t>Hãy Để Họ</w:t>
      </w:r>
      <w:r>
        <w:rPr>
          <w:b w:val="0"/>
          <w:i w:val="0"/>
        </w:rPr>
        <w:t xml:space="preserve"> làm bạn choáng ngợp với thiết kế web tuyệt đẹp của họ.</w:t>
      </w:r>
    </w:p>
    <w:p>
      <w:pPr>
        <w:pStyle w:val="Heading2"/>
      </w:pPr>
      <w:r>
        <w:rPr>
          <w:rFonts w:ascii="Calibri" w:hAnsi="Calibri"/>
          <w:b/>
          <w:i w:val="0"/>
          <w:sz w:val="32"/>
        </w:rPr>
        <w:t>Hãy Để Họ Cho Thấy Điều Đó Là Có Thể</w:t>
      </w:r>
    </w:p>
    <w:p>
      <w:pPr>
        <w:spacing w:after="80"/>
      </w:pPr>
      <w:r>
        <w:rPr>
          <w:b w:val="0"/>
          <w:i w:val="0"/>
        </w:rPr>
        <w:t>Có thể bạn đã quá mải mê với cuộc sống thường ngày đến mức bỏ qua những gì ngay trước mắt mình. Có thể bạn đã sống quá nhỏ bé đến mức không thể thấy cuộc đời mình có thể lớn lao và đẹp đẽ đến nhường nào. Có thể bạn đã quá quen với việc làm mọi thứ theo cách mình vẫn luôn làm, đến mức ngần ngại thử một cách mới.</w:t>
      </w:r>
    </w:p>
    <w:p>
      <w:pPr>
        <w:spacing w:after="80"/>
      </w:pPr>
      <w:r>
        <w:rPr>
          <w:b w:val="0"/>
          <w:i w:val="0"/>
        </w:rPr>
        <w:t>Người khác cho bạn thấy điều gì là có thể. Khi bạn nhìn sự so sánh như một người thầy, bạn sẽ nhận ra người khác không lấy đi của bạn thứ gì cả; họ đang trao cho bạn một điều gì đó. Người khác có khả năng tuyệt vời là cho bạn thấy những mảnh ghép của tương lai mà chính bạn chưa thể nhìn thấy trọn vẹn. Họ cho bạn thấy những khả năng mà bạn không hề biết là tồn tại, hoặc đã tự nhủ rằng mình không thể đạt được.</w:t>
      </w:r>
    </w:p>
    <w:p>
      <w:pPr>
        <w:spacing w:after="80"/>
      </w:pPr>
      <w:r>
        <w:rPr>
          <w:b w:val="0"/>
          <w:i w:val="0"/>
        </w:rPr>
        <w:t xml:space="preserve">Dù ai hay điều gì đang khiến bạn ghen tị, thì TỐT THÔI. Thành công và những chiến thắng của họ không làm giảm cơ hội tạo ra điều bạn muốn. Ngược lại, nó mở rộng cơ hội đó. </w:t>
      </w:r>
      <w:r>
        <w:rPr>
          <w:b w:val="0"/>
          <w:i/>
        </w:rPr>
        <w:t>Hãy Để Họ</w:t>
      </w:r>
      <w:r>
        <w:rPr>
          <w:b w:val="0"/>
          <w:i w:val="0"/>
        </w:rPr>
        <w:t xml:space="preserve"> dẫn đường. Biến ghen tị thành cảm hứng. Nhìn xem điều gì là có thể qua tấm gương của họ. Những người bạn so sánh mình với họ đóng vai trò như những tấm gương, phản chiếu lại những khả năng lớn hơn—hoặc trong trường hợp của Molly, là công thức và công việc mà cô ấy đang né tránh. Và đó là điều tôi đã nói với Molly. </w:t>
      </w:r>
      <w:r>
        <w:rPr>
          <w:b w:val="0"/>
          <w:i/>
        </w:rPr>
        <w:t>Hãy Để Họ</w:t>
      </w:r>
      <w:r>
        <w:rPr>
          <w:b w:val="0"/>
          <w:i w:val="0"/>
        </w:rPr>
        <w:t xml:space="preserve"> dẫn đường.</w:t>
      </w:r>
    </w:p>
    <w:p>
      <w:pPr>
        <w:spacing w:after="80"/>
      </w:pPr>
      <w:r>
        <w:rPr>
          <w:b w:val="0"/>
          <w:i w:val="0"/>
        </w:rPr>
        <w:t>Điều đó đưa tôi đến một điểm rất quan trọng: Có một lý do quan trọng khiến người phụ nữ này làm Molly bực bội. Sự thật là, nó phải là người khó chịu này. Trong cuộc sống, nếu bạn không có động lực để làm điều gì đó, thì cần một điều gì đó đau đớn để buộc bạn thay đổi.</w:t>
      </w:r>
    </w:p>
    <w:p>
      <w:pPr>
        <w:spacing w:after="80"/>
      </w:pPr>
      <w:r>
        <w:rPr>
          <w:b w:val="0"/>
          <w:i w:val="0"/>
        </w:rPr>
        <w:t>Trong trường hợp của Molly, cô ấy đã theo dõi những nhà thiết kế nội thất nổi tiếng suốt nhiều năm. Cô ấy đã nói về việc "làm mạng xã hội" suốt nhiều năm. Cô ấy có đủ mọi lý do trong sách để giải thích tại sao mình không ưu tiên nó.</w:t>
      </w:r>
    </w:p>
    <w:p>
      <w:pPr>
        <w:spacing w:after="80"/>
      </w:pPr>
      <w:r>
        <w:rPr>
          <w:b w:val="0"/>
          <w:i w:val="0"/>
        </w:rPr>
        <w:t>Cho đến bây giờ. . . đột nhiên, người phụ nữ khó chịu này xuất hiện, không có kinh nghiệm thiết kế trước đó, và Molly thấy cô ấy đang làm tất cả những điều mà trong thâm tâm cô biết mình cần làm từ nhiều năm trước.</w:t>
      </w:r>
    </w:p>
    <w:p>
      <w:pPr>
        <w:spacing w:after="80"/>
      </w:pPr>
      <w:r>
        <w:rPr>
          <w:b w:val="0"/>
          <w:i w:val="0"/>
        </w:rPr>
        <w:t xml:space="preserve">Molly biết rằng người phụ nữ trong khu phố này không có lợi thế, tài năng hay nguồn lực đặc biệt nào. Đó là lý do cô ấy tức giận đến vậy. Người phụ nữ khó chịu này đang dí sát vào mặt Molly một sự thật đơn giản: </w:t>
      </w:r>
      <w:r>
        <w:rPr>
          <w:b w:val="0"/>
          <w:i/>
        </w:rPr>
        <w:t>Nếu tôi làm được, bạn cũng làm được.</w:t>
      </w:r>
    </w:p>
    <w:p>
      <w:pPr>
        <w:spacing w:after="80"/>
      </w:pPr>
      <w:r>
        <w:rPr>
          <w:b w:val="0"/>
          <w:i w:val="0"/>
        </w:rPr>
        <w:t>Đây là lúc sự so sánh trở nên thực sự thú vị. Những kiểu người này trong cuộc đời bạn buộc bạn phải nhìn vào gương và tự vạch trần chính mình.</w:t>
      </w:r>
    </w:p>
    <w:p>
      <w:pPr>
        <w:spacing w:after="80"/>
      </w:pPr>
      <w:r>
        <w:rPr>
          <w:b w:val="0"/>
          <w:i w:val="0"/>
        </w:rPr>
        <w:t xml:space="preserve">Vậy thì, </w:t>
      </w:r>
      <w:r>
        <w:rPr>
          <w:b w:val="0"/>
          <w:i/>
        </w:rPr>
        <w:t>Hãy Để Họ</w:t>
      </w:r>
      <w:r>
        <w:rPr>
          <w:b w:val="0"/>
          <w:i w:val="0"/>
        </w:rPr>
        <w:t xml:space="preserve"> khiến bạn tức giận. Bạn cần cảm ơn người khiến bạn tức giận này, vì thực ra bạn không tức giận với họ. Cơn giận đang đốt cháy bạn từ bên trong đó chính là bạn đang tức giận với chính mình, vì bạn biết mình có thể bắt tay vào việc sớm hơn, và bạn biết mình có khả năng giải quyết được điều này. Bạn chỉ là đã không làm thôi. Đây chính là tôi trong ngành diễn thuyết. Đó là lý do tôi nói kiểu so sánh này là người thầy vĩ đại nhất của bạn.</w:t>
      </w:r>
    </w:p>
    <w:p>
      <w:pPr>
        <w:spacing w:after="80"/>
      </w:pPr>
      <w:r>
        <w:rPr>
          <w:b w:val="0"/>
          <w:i w:val="0"/>
        </w:rPr>
        <w:t>Không phải vì nó cho bạn thấy điều bạn cần làm, mà vì nó kích hoạt sức mạnh của bạn và đánh thức cơn giận của bạn. Và bạn cần cơn giận của mình như nhiên liệu để thúc bạn tiến lên.</w:t>
      </w:r>
    </w:p>
    <w:p>
      <w:pPr>
        <w:spacing w:after="80"/>
      </w:pPr>
      <w:r>
        <w:rPr>
          <w:b w:val="0"/>
          <w:i w:val="0"/>
        </w:rPr>
        <w:t xml:space="preserve">Vậy nên dù đó là ai đang kích động bạn, </w:t>
      </w:r>
      <w:r>
        <w:rPr>
          <w:b w:val="0"/>
          <w:i/>
        </w:rPr>
        <w:t>Hãy Để Họ</w:t>
      </w:r>
      <w:r>
        <w:rPr>
          <w:b w:val="0"/>
          <w:i w:val="0"/>
        </w:rPr>
        <w:t xml:space="preserve">. </w:t>
      </w:r>
      <w:r>
        <w:rPr>
          <w:b w:val="0"/>
          <w:i/>
        </w:rPr>
        <w:t>Hãy Để Họ</w:t>
      </w:r>
      <w:r>
        <w:rPr>
          <w:b w:val="0"/>
          <w:i w:val="0"/>
        </w:rPr>
        <w:t xml:space="preserve"> làm bạn khó chịu. </w:t>
      </w:r>
      <w:r>
        <w:rPr>
          <w:b w:val="0"/>
          <w:i/>
        </w:rPr>
        <w:t>Hãy Để Họ</w:t>
      </w:r>
      <w:r>
        <w:rPr>
          <w:b w:val="0"/>
          <w:i w:val="0"/>
        </w:rPr>
        <w:t xml:space="preserve"> đốt cháy bạn. Và </w:t>
      </w:r>
      <w:r>
        <w:rPr>
          <w:b w:val="0"/>
          <w:i/>
        </w:rPr>
        <w:t>Hãy Để Họ</w:t>
      </w:r>
      <w:r>
        <w:rPr>
          <w:b w:val="0"/>
          <w:i w:val="0"/>
        </w:rPr>
        <w:t xml:space="preserve"> cho bạn thấy CHÍNH XÁC điều bạn muốn và điều bạn cần làm để đạt được nó.</w:t>
      </w:r>
    </w:p>
    <w:p>
      <w:pPr>
        <w:pStyle w:val="Heading2"/>
      </w:pPr>
      <w:r>
        <w:rPr>
          <w:rFonts w:ascii="Calibri" w:hAnsi="Calibri"/>
          <w:b/>
          <w:i w:val="0"/>
          <w:sz w:val="32"/>
        </w:rPr>
        <w:t>Hãy Nói Về Bạn</w:t>
      </w:r>
    </w:p>
    <w:p>
      <w:pPr>
        <w:spacing w:after="80"/>
      </w:pPr>
      <w:r>
        <w:rPr>
          <w:b w:val="0"/>
          <w:i w:val="0"/>
        </w:rPr>
        <w:t xml:space="preserve">Làm thế nào để bạn biến những khoảnh khắc ghen tị và bực bội này thành điều gì đó tốt đẹp? Làm thế nào để bạn biến so sánh thành cảm hứng? Đơn giản. Hãy nói </w:t>
      </w:r>
      <w:r>
        <w:rPr>
          <w:b w:val="0"/>
          <w:i/>
        </w:rPr>
        <w:t>Hãy Để Tôi</w:t>
      </w:r>
      <w:r>
        <w:rPr>
          <w:b w:val="0"/>
          <w:i w:val="0"/>
        </w:rPr>
        <w:t xml:space="preserve"> và nhìn vào dữ liệu mà thành công của người khác mang lại.</w:t>
      </w:r>
    </w:p>
    <w:p>
      <w:pPr>
        <w:spacing w:after="80"/>
      </w:pPr>
      <w:r>
        <w:rPr>
          <w:b w:val="0"/>
          <w:i w:val="0"/>
        </w:rPr>
        <w:t>Mỗi khi bạn thấy mình đang chơi trò so sánh, có một điều rất quan trọng đang diễn ra.</w:t>
      </w:r>
    </w:p>
    <w:p>
      <w:pPr>
        <w:spacing w:after="80"/>
      </w:pPr>
      <w:r>
        <w:rPr>
          <w:b w:val="0"/>
          <w:i w:val="0"/>
        </w:rPr>
        <w:t>Sự so sánh cho bạn thấy những lĩnh vực trong cuộc sống cần bạn chú ý nhiều hơn.</w:t>
      </w:r>
    </w:p>
    <w:p>
      <w:pPr>
        <w:spacing w:after="80"/>
      </w:pPr>
      <w:r>
        <w:rPr>
          <w:b w:val="0"/>
          <w:i w:val="0"/>
        </w:rPr>
        <w:t xml:space="preserve">Nó có nghĩa là thời gian để suy nghĩ và viện lý do đã hết. </w:t>
      </w:r>
      <w:r>
        <w:rPr>
          <w:b w:val="0"/>
          <w:i/>
        </w:rPr>
        <w:t>Hãy Để Tôi</w:t>
      </w:r>
      <w:r>
        <w:rPr>
          <w:b w:val="0"/>
          <w:i w:val="0"/>
        </w:rPr>
        <w:t xml:space="preserve"> bắt tay vào việc. Hãy luyện tập cho đủ số lần. Đó là câu mà bạn tôi, tác giả sách bán chạy Jeff Walker luôn nói, "Thành công là ở việc luyện tập cho đủ số lần." Điều đó nghĩa là gì? Đơn giản: Để thành công, để giảm cân, để viết một cuốn sách, hay để trở thành một YouTuber, bạn phải xuất hiện mỗi ngày và làm những công việc nhàm chán, khó chịu và không thoải mái. Bạn phải luyện tập cho đủ số lần.</w:t>
      </w:r>
    </w:p>
    <w:p>
      <w:pPr>
        <w:spacing w:after="80"/>
      </w:pPr>
      <w:r>
        <w:rPr>
          <w:b w:val="0"/>
          <w:i w:val="0"/>
        </w:rPr>
        <w:t>Hãy nghĩ về bất kỳ thay đổi nào bạn muốn trong cuộc sống, như đi tập gym. Làm thế nào để bạn xây dựng cơ bắp? Bạn xuất hiện mỗi ngày và luyện tập cho đủ số lần. Tiền vệ nổi tiếng Tom Brady gần đây nói về thành công, "Sự thật là bạn không cần phải đặc biệt. Bạn chỉ cần là điều mà hầu hết mọi người không phải: kiên định, quyết tâm và sẵn sàng nỗ lực vì nó."</w:t>
      </w:r>
    </w:p>
    <w:p>
      <w:pPr>
        <w:spacing w:after="80"/>
      </w:pPr>
      <w:r>
        <w:rPr>
          <w:b w:val="0"/>
          <w:i w:val="0"/>
        </w:rPr>
        <w:t>Tất cả những người khơi dậy sự ghen tị của bạn đều ở đây để cho bạn thấy một sự thật đơn giản rằng trong khi bạn đang viện lý do, họ đang luyện tập cho đủ số lần, từ từ bào mòn những thứ nhàm chán và khó khăn.</w:t>
      </w:r>
    </w:p>
    <w:p>
      <w:pPr>
        <w:spacing w:after="80"/>
      </w:pPr>
      <w:r>
        <w:rPr>
          <w:b w:val="0"/>
          <w:i w:val="0"/>
        </w:rPr>
        <w:t>Theo lời Tom Brady, họ không có gì đặc biệt; họ chỉ làm những điều mà bạn chưa làm: kiên định, quyết tâm và sẵn sàng nỗ lực vì nó. Đó chính xác 1.000 phần trăm là bí quyết thành công của tôi.</w:t>
      </w:r>
    </w:p>
    <w:p>
      <w:pPr>
        <w:spacing w:after="80"/>
      </w:pPr>
      <w:r>
        <w:rPr>
          <w:b w:val="0"/>
          <w:i w:val="0"/>
        </w:rPr>
        <w:t>Điều đó đưa tôi trở lại với cô bạn Molly của tôi. Cô ấy biết trong lòng mình rằng cô cần bắt đầu ưu tiên điều này từ vài năm trước. Một phần lý do khiến mọi chuyện đau đớn đến vậy lúc này là vì cô đang nhìn thấy thành quả từ nỗ lực của người khác. Điều này sẽ tiếp tục xảy ra nếu bạn không bắt đầu hành động vì những điều bạn muốn.</w:t>
      </w:r>
    </w:p>
    <w:p>
      <w:pPr>
        <w:spacing w:after="80"/>
      </w:pPr>
      <w:r>
        <w:rPr>
          <w:b w:val="0"/>
          <w:i w:val="0"/>
        </w:rPr>
        <w:t>Cái website đẹp đẽ mà Molly giận dữ đến thế—nó không tự nhiên xuất hiện qua một đêm. Người phụ nữ đó đã làm việc cho nó suốt nhiều tháng trời. Chiến lược mạng xã hội khiến Molly bực bội cũng không tự nhiên mà có. Trong khi Molly đang viện cớ, người phụ nữ kia đang nghiên cứu, học hỏi, tìm tòi và tạo ra tất cả những bài đăng mà Molly giờ đây nhìn thấy.</w:t>
      </w:r>
    </w:p>
    <w:p>
      <w:pPr>
        <w:spacing w:after="80"/>
      </w:pPr>
      <w:r>
        <w:rPr>
          <w:b w:val="0"/>
          <w:i w:val="0"/>
        </w:rPr>
        <w:t>Lý do những người này khiến bạn tức giận đến vậy là vì bạn biết mình cũng có thể làm được. Và bạn chỉ tức vì mình đã không bắt đầu làm điều đó từ lâu rồi. Sự thật là, cảm hứng không đủ để thúc đẩy bạn làm một điều gì đó.</w:t>
      </w:r>
    </w:p>
    <w:p>
      <w:pPr>
        <w:spacing w:after="80"/>
      </w:pPr>
      <w:r>
        <w:rPr>
          <w:b w:val="0"/>
          <w:i w:val="0"/>
        </w:rPr>
        <w:t>Đây là lý do tại sao cơn giận lại quan trọng. Đây là lý do tại sao sự so sánh có thể là một trong những người thầy vĩ đại nhất của bạn, và tôi dám cá rằng khi điều đó xảy ra, người khiến bạn tức giận rất có thể là người bạn quen biết. Đó sẽ là Aron ở cuối hành lang. Đột nhiên anh ấy nghỉ việc và làm toàn thời gian cho công việc kinh doanh thuyền đóng theo yêu cầu mà anh đã âm thầm gây dựng vào cuối tuần trong khi bạn đang bận rộn đi chơi với bạn bè.</w:t>
      </w:r>
    </w:p>
    <w:p>
      <w:pPr>
        <w:spacing w:after="80"/>
      </w:pPr>
      <w:r>
        <w:rPr>
          <w:b w:val="0"/>
          <w:i w:val="0"/>
        </w:rPr>
        <w:t>Đó là lý do tại sao bạn ghen tị khi thấy anh ấy bước ra khỏi cửa. Bởi vì khi những người bạn quen làm được điều đó, nghĩa là bạn không thể viện cớ cho việc mình không làm được. Nếu bạn đã ngồi cạnh Aron ở chỗ làm suốt một năm, bạn biết rằng không có siêu năng lực, quỹ tín thác hay lợi thế nào cả. Họ chỉ đơn giản là bắt đầu làm việc đó. Và giờ họ nghỉ việc. Điều đó khiến bạn ghen tị đến vậy. Đó là lý do tại sao phải là họ.</w:t>
      </w:r>
    </w:p>
    <w:p>
      <w:pPr>
        <w:spacing w:after="80"/>
      </w:pPr>
      <w:r>
        <w:rPr>
          <w:b w:val="0"/>
          <w:i w:val="0"/>
        </w:rPr>
        <w:t>Hoàn toàn bình thường khi bạn buồn bực khi nhìn thấy website đẹp đẽ của ai đó, hay khi bạn nhìn một đồng nghiệp bước ra khỏi cửa đến một cuộc sống mới, hay khi bạn bước vào ngôi nhà mới xinh đẹp của bạn mình. Nhưng nếu bạn nghiêm túc muốn thành công, khỏe mạnh hay đạt được mục tiêu của mình, bạn không có thời gian để buồn bực, và bạn không thể lãng phí năng lượng để ghen tị. Bạn cần năng lượng đó, vì bạn còn việc phải làm.</w:t>
      </w:r>
    </w:p>
    <w:p>
      <w:pPr>
        <w:spacing w:after="80"/>
      </w:pPr>
      <w:r>
        <w:rPr>
          <w:b w:val="0"/>
          <w:i w:val="0"/>
        </w:rPr>
        <w:t>Những khoảnh khắc này thực sự đau đớn, và chúng sẽ xảy ra rất nhiều trong cuộc đời bạn—nên hãy sẵn sàng cho điều đó. Dùng Lý thuyết Để Họ Tự Do (Let Them Theory), bạn sẽ có thể nhận ra khi sự so sánh đang cố dạy bạn điều gì đó. Ghen tị là một cánh cửa dẫn đến tương lai của bạn đang hé mở, và nhiệm vụ của bạn là nhận ra khi nó xảy ra, đá tung cánh cửa và bước thẳng qua đó.</w:t>
      </w:r>
    </w:p>
    <w:p>
      <w:pPr>
        <w:spacing w:after="80"/>
      </w:pPr>
      <w:r>
        <w:rPr>
          <w:b w:val="0"/>
          <w:i w:val="0"/>
        </w:rPr>
        <w:t>Khi bạn để người khác dẫn đường, bạn sẽ nhận ra rằng bên dưới tất cả nỗi sợ, những lời viện cớ và thời gian lãng phí chính là cuộc sống mà bạn hằng mong muốn bấy lâu nay. Ngay lúc này, những thứ duy nhất đang giữ bạn lại khỏi việc nắm quyền kiểm soát cuộc đời mình chính là những lời viện cớ, nỗi sợ và cảm xúc mà chúng ta đã bàn đến suốt cả cuốn sách này.</w:t>
      </w:r>
    </w:p>
    <w:p>
      <w:pPr>
        <w:spacing w:after="80"/>
      </w:pPr>
      <w:r>
        <w:rPr>
          <w:b w:val="0"/>
          <w:i w:val="0"/>
        </w:rPr>
        <w:t>Đây là lúc bạn chuyển từ việc cố kiểm soát những gì người khác nghĩ, cảm nhận và làm, sang việc dùng thời gian và năng lượng của mình để tạo nên chương tuyệt vời nhất trong cuộc đời bạn. Điều này quan trọng đến mức tôi sẽ cho bạn thêm một ví dụ nữa từ cuộc đời mình.</w:t>
      </w:r>
    </w:p>
    <w:p>
      <w:pPr>
        <w:spacing w:after="80"/>
      </w:pPr>
      <w:r>
        <w:rPr>
          <w:b w:val="0"/>
          <w:i w:val="0"/>
        </w:rPr>
        <w:t>Ý nghĩa của câu chuyện này là không phải lúc nào cũng rõ ràng điều mà sự ghen tị của bạn đang dạy bạn. Ở tuổi 40 của tôi, hồi chúng tôi còn chật vật tài chính và trước khi tôi gây dựng được sự nghiệp như ngày hôm nay, tôi có một người bạn đang làm một công trình cải tạo nhà cửa khổng lồ.</w:t>
      </w:r>
    </w:p>
    <w:p>
      <w:pPr>
        <w:spacing w:after="80"/>
      </w:pPr>
      <w:r>
        <w:rPr>
          <w:b w:val="0"/>
          <w:i w:val="0"/>
        </w:rPr>
        <w:t>Mỗi lần chúng tôi đi ăn trưa hay đi dạo, tôi đều muốn nghe hết về việc cải tạo và xem hết những bức ảnh tiến độ. Thật thú vị khi theo dõi. Tuy nhiên, mỗi lần tôi rời đi và trở về nhà mình, tôi lại cảm thấy... chán nản và buồn bã.</w:t>
      </w:r>
    </w:p>
    <w:p>
      <w:pPr>
        <w:spacing w:after="80"/>
      </w:pPr>
      <w:r>
        <w:rPr>
          <w:b w:val="0"/>
          <w:i w:val="0"/>
        </w:rPr>
        <w:t>Tôi sẽ không bao giờ quên cái ngày mà Chris và tôi lái xe lên con đường dài uốn lượn dẫn đến nhà người bạn khi công trình cải tạo của họ hoàn thành, và miệng tôi há hốc xuống tận sàn. Ngôi nhà thật đẹp.</w:t>
      </w:r>
    </w:p>
    <w:p>
      <w:pPr>
        <w:spacing w:after="80"/>
      </w:pPr>
      <w:r>
        <w:rPr>
          <w:b w:val="0"/>
          <w:i w:val="0"/>
        </w:rPr>
        <w:t xml:space="preserve">Khi người bạn dẫn một nhóm chúng tôi đi tham quan ngôi nhà, tôi thấy mình rơi vào một vòng xoáy so sánh. </w:t>
      </w:r>
      <w:r>
        <w:rPr>
          <w:b w:val="0"/>
          <w:i/>
        </w:rPr>
        <w:t>LÀM sao mà họ có nhiều tiền đến thế</w:t>
      </w:r>
      <w:r>
        <w:rPr>
          <w:b w:val="0"/>
          <w:i w:val="0"/>
        </w:rPr>
        <w:t>?! Tôi nhớ mình đã nghĩ vậy.</w:t>
      </w:r>
    </w:p>
    <w:p>
      <w:pPr>
        <w:spacing w:after="80"/>
      </w:pPr>
      <w:r>
        <w:rPr>
          <w:b w:val="0"/>
          <w:i w:val="0"/>
        </w:rPr>
        <w:t>Tất nhiên, tôi mừng cho cô ấy, nhưng tôi cũng ghen tị chết đi được. Cô ấy hoàn toàn xứng đáng với điều này, và cả cô ấy lẫn chồng đều đã làm việc cực kỳ chăm chỉ suốt bao năm. Và họ đã giành được mọi quyền để xây nó, để nói về nó, để tận hưởng nó và để tự hào về nó.</w:t>
      </w:r>
    </w:p>
    <w:p>
      <w:pPr>
        <w:spacing w:after="80"/>
      </w:pPr>
      <w:r>
        <w:rPr>
          <w:b w:val="0"/>
          <w:i w:val="0"/>
        </w:rPr>
        <w:t>Tôi biết điều này trong thâm tâm, nhưng tôi không biết làm sao để thực sự thấy mừng cho bạn mình mà không đồng thời cảm thấy ghen tị và tự ti đến phát điên. Khi cô ấy mở tung cửa phòng chơi, tôi suýt nổ tung.</w:t>
      </w:r>
    </w:p>
    <w:p>
      <w:pPr>
        <w:spacing w:after="80"/>
      </w:pPr>
      <w:r>
        <w:rPr>
          <w:b w:val="0"/>
          <w:i w:val="0"/>
        </w:rPr>
        <w:t>“Đây là gác xép chơi ở tầng trên với bàn bi-a và khu vực tụ tập để bọn trẻ chơi ngay bây giờ—và chơi một cách có trách nhiệm, khi chúng lớn hơn, cùng bạn bè,” cô ấy nói với chúng tôi.</w:t>
      </w:r>
    </w:p>
    <w:p>
      <w:pPr>
        <w:spacing w:after="80"/>
      </w:pPr>
      <w:r>
        <w:rPr>
          <w:b w:val="0"/>
          <w:i w:val="0"/>
        </w:rPr>
        <w:t>Nói xong, cô ấy nháy mắt với chúng tôi, và cả bọn đều cười.</w:t>
      </w:r>
    </w:p>
    <w:p>
      <w:pPr>
        <w:spacing w:after="80"/>
      </w:pPr>
      <w:r>
        <w:rPr>
          <w:b w:val="0"/>
          <w:i w:val="0"/>
        </w:rPr>
        <w:t>“Và đây là phòng giường tầng cho tất cả các bạn nhỏ và bạn bè của chúng đến ngủ qua đêm. Bọn trẻ nhà tôi thích nó đến mức giờ chẳng muốn ngủ ở phòng riêng của mình nữa.”</w:t>
      </w:r>
    </w:p>
    <w:p>
      <w:pPr>
        <w:spacing w:after="80"/>
      </w:pPr>
      <w:r>
        <w:rPr>
          <w:b w:val="0"/>
          <w:i w:val="0"/>
        </w:rPr>
        <w:t>Tôi há hốc miệng. Thảo nào bọn trẻ nhà tôi lúc nào cũng muốn đến nhà bạn tôi chơi mà không muốn rủ bạn về nhà mình. Giường tầng cỡ queen? Phòng chơi trên gara? Trời ơi... đây đúng là giấc mơ của mọi đứa trẻ, và tôi cũng luôn mơ có “ngôi nhà” mà tụi nhỏ kéo nhau đến tụ tập.</w:t>
      </w:r>
    </w:p>
    <w:p>
      <w:pPr>
        <w:spacing w:after="80"/>
      </w:pPr>
      <w:r>
        <w:rPr>
          <w:b w:val="0"/>
          <w:i w:val="0"/>
        </w:rPr>
        <w:t>Đến đoạn này của chuyến tham quan, tôi chỉ muốn xuống nhà, chôm một chai rượu vang, và chui vào một trong những chiếc giường tầng cỡ queen đó—tôi thấy thương thân mình đến thế. Tôi cảm thấy mình thật là một người tồi tệ khi để cơn ghen tuông làm hỏng niềm vui chân thành dành cho cô ấy. Cô ấy không chỉ là một người bạn tuyệt vời, được mọi người yêu mến, xinh đẹp từ trong ra ngoài, mà giờ còn có ngôi nhà trong mơ của tôi nữa.</w:t>
      </w:r>
    </w:p>
    <w:p>
      <w:pPr>
        <w:spacing w:after="80"/>
      </w:pPr>
      <w:r>
        <w:rPr>
          <w:b w:val="0"/>
          <w:i w:val="0"/>
        </w:rPr>
        <w:t>Đêm đó càng trôi qua, tôi càng cố đè nén cái cảm giác nặng trĩu trong bụng. Tôi cố tỏ ra như mình hoàn toàn không bận tâm đến mọi chuyện. Nhưng khi đã ngồi trong xe cùng Chris trên đường về nhà, tôi không cần phải kìm nén cơn ghen nữa... nên tôi trút hết lên anh ấy.</w:t>
      </w:r>
    </w:p>
    <w:p>
      <w:pPr>
        <w:spacing w:after="80"/>
      </w:pPr>
      <w:r>
        <w:rPr>
          <w:b w:val="0"/>
          <w:i w:val="0"/>
        </w:rPr>
        <w:t>Thế là như một đứa trẻ tám tuổi điển hình, tôi ăn vạ một trận ra trò ngay trước mặt anh ấy.</w:t>
      </w:r>
    </w:p>
    <w:p>
      <w:pPr>
        <w:spacing w:after="80"/>
      </w:pPr>
      <w:r>
        <w:rPr>
          <w:b w:val="0"/>
          <w:i w:val="0"/>
        </w:rPr>
        <w:t>“Mình sẽ chẳng bao giờ có được căn nhà như thế,” tôi gắt lên. “Sao anh lại phải dấn thân vào nghề nhà hàng chứ?”</w:t>
      </w:r>
    </w:p>
    <w:p>
      <w:pPr>
        <w:spacing w:after="80"/>
      </w:pPr>
      <w:r>
        <w:rPr>
          <w:b w:val="0"/>
          <w:i w:val="0"/>
        </w:rPr>
        <w:t>Chris không biết nói gì, nên chúng tôi lái xe về nhà trong im lặng căng thẳng.</w:t>
      </w:r>
    </w:p>
    <w:p>
      <w:pPr>
        <w:spacing w:after="80"/>
      </w:pPr>
      <w:r>
        <w:rPr>
          <w:b w:val="0"/>
          <w:i w:val="0"/>
        </w:rPr>
        <w:t>Tôi có thể kể câu chuyện này với từng chi tiết như vậy vì chúng tôi đã mổ xẻ khoảnh khắc này trong tư vấn hôn nhân không biết bao nhiêu lần. Người ta dễ nghĩ câu chuyện này là về một căn nhà. Không phải đâu. Sự thật mà tôi cần khám phá còn sâu xa hơn nhiều. Việc so sánh mình với bạn và cơn giận tôi cảm thấy đang dạy tôi một bài học thay đổi cuộc đời.</w:t>
      </w:r>
    </w:p>
    <w:p>
      <w:pPr>
        <w:spacing w:after="80"/>
      </w:pPr>
      <w:r>
        <w:rPr>
          <w:b w:val="0"/>
          <w:i w:val="0"/>
        </w:rPr>
        <w:t>Tôi không giận cô ấy. Tôi thậm chí không giận chồng mình. Tôi giận chính bản thân vì tôi đã từ bỏ hoài bão của mình. Tôi đã trông cậy vào việc chồng thành công và chu cấp tài chính để tôi có được những thứ mình muốn trong cuộc sống. Sự thật là, cuộc đời bạn là trách nhiệm của bạn. Nếu bạn muốn thành công về tài chính, bạn phải có trách nhiệm tạo ra nó. Nếu bạn muốn một căn nhà có giường tầng cỡ queen và căn bếp được cải tạo, bạn phải có trách nhiệm làm việc vì nó.</w:t>
      </w:r>
    </w:p>
    <w:p>
      <w:pPr>
        <w:spacing w:after="80"/>
      </w:pPr>
      <w:r>
        <w:rPr>
          <w:b w:val="0"/>
          <w:i w:val="0"/>
        </w:rPr>
        <w:t>Tôi đã né tránh trách nhiệm đó suốt một thập kỷ. Trải nghiệm này buộc tôi phải nhìn vào gương và thành thật với chính mình về điều mình muốn. Hóa ra ghen tuông chính là một thông điệp từ chính tôi trong tương lai. Chứng kiến bạn mình chiến thắng cho phép tôi nhìn thấy những khả năng lớn hơn để chính tôi cũng chiến thắng.</w:t>
      </w:r>
    </w:p>
    <w:p>
      <w:pPr>
        <w:spacing w:after="80"/>
      </w:pPr>
      <w:r>
        <w:rPr>
          <w:b w:val="0"/>
          <w:i w:val="0"/>
        </w:rPr>
        <w:t>Và tôi đã đá tung cánh cửa, và bắt tay vào làm việc. Tôi không có gì đặc biệt. Tôi chỉ làm điều mà trước đây tôi không chịu làm. Tôi trở nên kiên định, quyết tâm, và sẵn sàng làm việc vì điều mình muốn. Tôi bắt đầu luyện tập đều đặn. Phải mất 15 năm làm việc chăm chỉ tôi mới có được chiếc giường tầng cỡ queen của mình. Nhưng tôi đã làm được và bạn cũng có thể.</w:t>
      </w:r>
    </w:p>
    <w:p>
      <w:pPr>
        <w:spacing w:after="80"/>
      </w:pPr>
      <w:r>
        <w:rPr>
          <w:b w:val="0"/>
          <w:i w:val="0"/>
        </w:rPr>
        <w:t>Học thuyết Let Them sẽ giúp bạn đào sâu và tìm ra sự thật về điều mà cơn ghen tuông đang cố dạy bạn, và về nơi bạn đã để chính mình thất vọng. Nếu bạn chỉ mãi dừng lại ở bề mặt, lãng phí thời gian và sức lực vào người khác và vào những thứ ngoài tầm kiểm soát của mình, bạn sẽ không bao giờ khám phá ra ý nghĩa sâu xa hơn và những khả năng trong cuộc đời mình.</w:t>
      </w:r>
    </w:p>
    <w:p>
      <w:pPr>
        <w:spacing w:after="80"/>
      </w:pPr>
      <w:r>
        <w:rPr>
          <w:b w:val="0"/>
          <w:i w:val="0"/>
        </w:rPr>
        <w:t>Bạn có một cuộc đời tươi đẹp và tuyệt vời để sống. Bạn có tiềm năng vượt xa trí tưởng tượng của mình. Bạn không bị giới hạn bởi nơi bạn sống, hay hoàn cảnh bạn đang đối mặt, hay những khía cạnh trong cuộc sống mà bạn cho là giới hạn.</w:t>
      </w:r>
    </w:p>
    <w:p>
      <w:pPr>
        <w:spacing w:after="80"/>
      </w:pPr>
      <w:r>
        <w:rPr>
          <w:b w:val="0"/>
          <w:i w:val="0"/>
        </w:rPr>
        <w:t>Nếu bạn có thể thành thật với chính mình về điều mình thực sự muốn, và chịu trách nhiệm tạo ra nó, bạn sẽ làm được. Bạn không cần phải đặc biệt. Bạn chỉ cần thức dậy mỗi ngày, bước từng bước một, và làm việc chăm chỉ để tiến bộ hơn một chút, và trở nên tốt hơn một chút, so với chính mình ngày hôm qua. Và một ngày nào đó, bạn sẽ thức dậy và nhận ra rằng bạn không chỉ thay đổi chính mình, mà bạn đang ở giữa cuộc sống mà trước đây bạn từng ghen tị.</w:t>
      </w:r>
    </w:p>
    <w:p>
      <w:pPr>
        <w:spacing w:after="80"/>
      </w:pPr>
      <w:r>
        <w:rPr>
          <w:b w:val="0"/>
          <w:i w:val="0"/>
        </w:rPr>
        <w:t>Vậy hãy tóm tắt những gì bạn đã học được về việc vượt qua sự so sánh triền miên. Đến giờ, bạn đã để thành công của người khác làm mình tê liệt. Học thuyết Let Them dạy bạn để người khác có thành công của họ, đồng thời dùng nó như nguồn cảm hứng để xây dựng cuộc sống mà bạn mong muốn.</w:t>
      </w:r>
    </w:p>
    <w:p>
      <w:pPr>
        <w:spacing w:after="80"/>
        <w:ind w:left="360"/>
      </w:pPr>
      <w:r>
        <w:t xml:space="preserve">1. </w:t>
      </w:r>
      <w:r>
        <w:rPr>
          <w:b/>
          <w:i w:val="0"/>
        </w:rPr>
        <w:t>Vấn đề:</w:t>
      </w:r>
      <w:r>
        <w:rPr>
          <w:b w:val="0"/>
          <w:i w:val="0"/>
        </w:rPr>
        <w:t xml:space="preserve"> Khi bạn tập trung vào việc cuộc sống có vẻ bất công thế nào và so sánh mình với người khác, bạn lãng phí thời gian và năng lượng quý giá vào những thứ nằm ngoài tầm kiểm soát của mình. Bạn để thành công của người khác làm mình tê liệt, khiến bạn mắc kẹt, cảm thấy tụt lại phía sau và bực bội. Kiểu tư duy này nuôi dưỡng sự trì hoãn và chủ nghĩa hoàn hảo, ngăn bạn hành động để tạo nên thành công của riêng mình.</w:t>
      </w:r>
    </w:p>
    <w:p>
      <w:pPr>
        <w:spacing w:after="80"/>
        <w:ind w:left="360"/>
      </w:pPr>
      <w:r>
        <w:t xml:space="preserve">2. </w:t>
      </w:r>
      <w:r>
        <w:rPr>
          <w:b/>
          <w:i w:val="0"/>
        </w:rPr>
        <w:t>Sự thật:</w:t>
      </w:r>
      <w:r>
        <w:rPr>
          <w:b w:val="0"/>
          <w:i w:val="0"/>
        </w:rPr>
        <w:t xml:space="preserve"> Sẽ luôn có người may mắn hơn, có thứ bạn muốn, tiến xa hơn, hoặc đạt thành công nhanh hơn bạn. So sánh mình với người khác là bản năng tự nhiên; nhưng khi nó chiếm hết suy nghĩ của bạn, nó làm suy yếu sự tự tin và động lực của bạn. Bạn không thể kiểm soát thành công của người khác, nhưng bạn có thể kiểm soát cách mình phản ứng với nó.</w:t>
      </w:r>
    </w:p>
    <w:p>
      <w:pPr>
        <w:spacing w:after="80"/>
        <w:ind w:left="360"/>
      </w:pPr>
      <w:r>
        <w:t xml:space="preserve">3. </w:t>
      </w:r>
      <w:r>
        <w:rPr>
          <w:b/>
          <w:i w:val="0"/>
        </w:rPr>
        <w:t>Giải pháp:</w:t>
      </w:r>
      <w:r>
        <w:rPr>
          <w:b w:val="0"/>
          <w:i w:val="0"/>
        </w:rPr>
        <w:t xml:space="preserve"> Dùng học thuyết Let Them, hãy ngừng tự dằn vặt và biến sự so sánh thành lợi thế của bạn. Để người khác có thành công của họ và tận dụng nó để tiếp sức cho hành trình của chính bạn. Thành công của người khác là bằng chứng cho thấy bạn cũng có thể làm được. Bằng cách biến cảm hứng thành hành động, bạn bắt đầu xây dựng cuộc sống phi thường mà bạn xứng đáng có.</w:t>
      </w:r>
    </w:p>
    <w:p>
      <w:pPr>
        <w:spacing w:after="80"/>
      </w:pPr>
      <w:r>
        <w:rPr>
          <w:b w:val="0"/>
          <w:i w:val="0"/>
        </w:rPr>
        <w:t xml:space="preserve">Khi bạn nói </w:t>
      </w:r>
      <w:r>
        <w:rPr>
          <w:b w:val="0"/>
          <w:i/>
        </w:rPr>
        <w:t>Let Them</w:t>
      </w:r>
      <w:r>
        <w:rPr>
          <w:b w:val="0"/>
          <w:i w:val="0"/>
        </w:rPr>
        <w:t xml:space="preserve">, bạn học từ thành công của người khác và </w:t>
      </w:r>
      <w:r>
        <w:rPr>
          <w:b w:val="0"/>
          <w:i/>
        </w:rPr>
        <w:t>Let Them</w:t>
      </w:r>
      <w:r>
        <w:rPr>
          <w:b w:val="0"/>
          <w:i w:val="0"/>
        </w:rPr>
        <w:t xml:space="preserve"> dẫn đường. Khi bạn nói </w:t>
      </w:r>
      <w:r>
        <w:rPr>
          <w:b w:val="0"/>
          <w:i/>
        </w:rPr>
        <w:t>Let Me</w:t>
      </w:r>
      <w:r>
        <w:rPr>
          <w:b w:val="0"/>
          <w:i w:val="0"/>
        </w:rPr>
        <w:t>, bạn tập trung vào việc chơi những quân bài trong tay mình, biến cảm hứng thành hành động, và chiến thắng bằng cách chơi cùng người khác, chứ không phải chống lại họ.</w:t>
      </w:r>
    </w:p>
    <w:p>
      <w:pPr>
        <w:spacing w:after="80"/>
      </w:pPr>
      <w:r>
        <w:rPr>
          <w:b/>
          <w:i w:val="0"/>
        </w:rPr>
        <w:t>Đã đến lúc chơi ván bài của bạn và thắng cuộc chơi cuộc đời.</w:t>
      </w:r>
    </w:p>
    <w:p>
      <w:pPr>
        <w:spacing w:after="80"/>
      </w:pPr>
      <w:r>
        <w:rPr>
          <w:b/>
          <w:i w:val="0"/>
        </w:rPr>
        <w:t>Bạn vừa hoàn thành nửa đầu của cuốn sách này</w:t>
      </w:r>
      <w:r>
        <w:rPr>
          <w:b w:val="0"/>
          <w:i w:val="0"/>
        </w:rPr>
        <w:t>, và đến giờ, bạn đã cảm nhận được sức mạnh của học thuyết Let Them bắt đầu phát huy tác dụng trong cuộc sống của mình. Bạn đã học được việc ngừng lãng phí năng lượng vào những thứ mình không thể kiểm soát—hành vi, ý kiến và kỳ vọng của người khác—và thay vào đó tập trung vào chính mình giải phóng đến nhường nào.</w:t>
      </w:r>
    </w:p>
    <w:p>
      <w:pPr>
        <w:spacing w:after="80"/>
      </w:pPr>
      <w:r>
        <w:rPr>
          <w:b w:val="0"/>
          <w:i w:val="0"/>
        </w:rPr>
        <w:t xml:space="preserve">Càng nói </w:t>
      </w:r>
      <w:r>
        <w:rPr>
          <w:b w:val="0"/>
          <w:i/>
        </w:rPr>
        <w:t>Let Them</w:t>
      </w:r>
      <w:r>
        <w:rPr>
          <w:b w:val="0"/>
          <w:i w:val="0"/>
        </w:rPr>
        <w:t xml:space="preserve"> và </w:t>
      </w:r>
      <w:r>
        <w:rPr>
          <w:b w:val="0"/>
          <w:i/>
        </w:rPr>
        <w:t>Let Me</w:t>
      </w:r>
      <w:r>
        <w:rPr>
          <w:b w:val="0"/>
          <w:i w:val="0"/>
        </w:rPr>
        <w:t xml:space="preserve">, bạn càng giải phóng được nhiều không gian tinh thần, năng lượng cảm xúc và thời gian mà bạn không ngờ mình có. Với sự tự do đó, giờ đây bạn có thể hiện diện khác đi vì chính mình và trong các mối quan hệ của mình—những lĩnh vực mà </w:t>
      </w:r>
      <w:r>
        <w:rPr>
          <w:b w:val="0"/>
          <w:i/>
        </w:rPr>
        <w:t>Let Them</w:t>
      </w:r>
      <w:r>
        <w:rPr>
          <w:b w:val="0"/>
          <w:i w:val="0"/>
        </w:rPr>
        <w:t xml:space="preserve"> sẽ có tác động sâu sắc nhất.</w:t>
      </w:r>
    </w:p>
    <w:p>
      <w:pPr>
        <w:spacing w:after="80"/>
      </w:pPr>
      <w:r>
        <w:rPr>
          <w:b w:val="0"/>
          <w:i w:val="0"/>
        </w:rPr>
        <w:t>Trong phần tiếp theo, chúng ta sẽ khám phá cách dùng học thuyết này để điều hướng những động lực tinh tế trong các mối quan hệ của người trưởng thành. Dù là tình bạn, gia đình, tình yêu, hay đồng nghiệp, bạn sẽ khám phá cách đặt ra ranh giới rõ ràng, củng cố sự gắn kết, và cuối cùng là buông bỏ nhu cầu mệt mỏi phải quản lý mọi người khác.</w:t>
      </w:r>
    </w:p>
    <w:p>
      <w:pPr>
        <w:spacing w:after="80"/>
      </w:pPr>
      <w:r>
        <w:rPr>
          <w:b w:val="0"/>
          <w:i w:val="0"/>
        </w:rPr>
        <w:t>Ngay lúc này, bạn có thể đang cảm thấy bực bội, cô đơn, hoặc không chắc liệu những kết nối mà bạn mong muốn có thể thành hiện thực hay không.</w:t>
      </w:r>
    </w:p>
    <w:p>
      <w:pPr>
        <w:spacing w:after="80"/>
      </w:pPr>
      <w:r>
        <w:rPr>
          <w:b w:val="0"/>
          <w:i w:val="0"/>
        </w:rPr>
        <w:t>Nhưng đây là sự thật: Những mối quan hệ tuyệt vời nhất trong cuộc đời bạn vẫn còn ở phía trước. Những tình bạn trọn vẹn nhất, những câu chuyện tình đẹp nhất, và những sợi dây gắn kết tuyệt vời nhất với các thành viên trong gia đình đang chờ đợi bạn nếu bạn học cách chấp nhận con người thật của mọi người và ngừng cố ép một mối quan hệ phải trở thành thứ mà nó không phải.</w:t>
      </w:r>
    </w:p>
    <w:p>
      <w:pPr>
        <w:spacing w:after="80"/>
      </w:pPr>
      <w:r>
        <w:rPr>
          <w:b w:val="0"/>
          <w:i w:val="0"/>
        </w:rPr>
        <w:t>Càng buông bỏ kỳ vọng, sự kiểm soát và nhu cầu sửa chữa người khác, các mối quan hệ của bạn càng nở rộ. Không bao giờ là quá muộn để tìm được những người bạn tuyệt vời, hàn gắn, củng cố mối dây gia đình, hay tạo nên tình yêu mà bạn hằng mơ ước.</w:t>
      </w:r>
    </w:p>
    <w:p>
      <w:pPr>
        <w:spacing w:after="80"/>
      </w:pPr>
      <w:r>
        <w:rPr>
          <w:b w:val="0"/>
          <w:i w:val="0"/>
        </w:rPr>
        <w:t>Thật thú vị biết bao khi những khoảnh khắc ý nghĩa nhất trong cuộc đời bạn và những kết nối sâu sắc nhất chỉ còn ở ngay trước mắt?</w:t>
      </w:r>
    </w:p>
    <w:p>
      <w:pPr>
        <w:spacing w:after="80"/>
      </w:pPr>
      <w:r>
        <w:rPr>
          <w:b w:val="0"/>
          <w:i w:val="0"/>
        </w:rPr>
        <w:t>Nếu bạn áp dụng học thuyết Let Them, thì đúng là như vậy. Vậy hãy bắt đầu thôi.</w:t>
      </w:r>
    </w:p>
    <w:p>
      <w:pPr>
        <w:pStyle w:val="Heading1"/>
      </w:pPr>
      <w:r>
        <w:rPr>
          <w:rFonts w:ascii="Calibri" w:hAnsi="Calibri"/>
          <w:b/>
          <w:i w:val="0"/>
          <w:sz w:val="40"/>
        </w:rPr>
        <w:t>Các mối quan hệ của bạn và học thuyết Let Them</w:t>
      </w:r>
    </w:p>
    <w:p>
      <w:pPr>
        <w:pStyle w:val="Heading2"/>
      </w:pPr>
      <w:r>
        <w:rPr>
          <w:rFonts w:ascii="Calibri" w:hAnsi="Calibri"/>
          <w:b/>
          <w:i w:val="0"/>
          <w:sz w:val="32"/>
        </w:rPr>
        <w:t>Làm chủ tình bạn của người trưởng thành</w:t>
      </w:r>
    </w:p>
    <w:p>
      <w:pPr>
        <w:pStyle w:val="Heading2"/>
      </w:pPr>
      <w:r>
        <w:rPr>
          <w:rFonts w:ascii="Calibri" w:hAnsi="Calibri"/>
          <w:b/>
          <w:i w:val="0"/>
          <w:sz w:val="32"/>
        </w:rPr>
        <w:t>Thúc đẩy người khác thay đổi</w:t>
      </w:r>
    </w:p>
    <w:p>
      <w:pPr>
        <w:pStyle w:val="Heading2"/>
      </w:pPr>
      <w:r>
        <w:rPr>
          <w:rFonts w:ascii="Calibri" w:hAnsi="Calibri"/>
          <w:b/>
          <w:i w:val="0"/>
          <w:sz w:val="32"/>
        </w:rPr>
        <w:t>Giúp đỡ một người đang gặp khó khăn</w:t>
      </w:r>
    </w:p>
    <w:p>
      <w:pPr>
        <w:pStyle w:val="Heading2"/>
      </w:pPr>
      <w:r>
        <w:rPr>
          <w:rFonts w:ascii="Calibri" w:hAnsi="Calibri"/>
          <w:b/>
          <w:i w:val="0"/>
          <w:sz w:val="32"/>
        </w:rPr>
        <w:t>Chọn tình yêu mà bạn xứng đáng có</w:t>
      </w:r>
    </w:p>
    <w:p>
      <w:pPr>
        <w:spacing w:after="80"/>
      </w:pPr>
      <w:r>
        <w:rPr>
          <w:b w:val="0"/>
          <w:i w:val="0"/>
        </w:rPr>
        <w:t>Càng để người khác</w:t>
      </w:r>
      <w:r>
        <w:br/>
      </w:r>
      <w:r>
        <w:rPr>
          <w:b w:val="0"/>
          <w:i w:val="0"/>
        </w:rPr>
        <w:t>được là chính họ, các mối</w:t>
      </w:r>
      <w:r>
        <w:br/>
      </w:r>
      <w:r>
        <w:rPr>
          <w:b w:val="0"/>
          <w:i w:val="0"/>
        </w:rPr>
        <w:t>quan hệ của bạn càng tốt đẹp hơn.</w:t>
      </w:r>
    </w:p>
    <w:p>
      <w:pPr>
        <w:spacing w:after="80"/>
      </w:pPr>
      <w:r>
        <w:rPr>
          <w:b w:val="0"/>
          <w:i w:val="0"/>
        </w:rPr>
        <w:t>— Mel Robbins</w:t>
      </w:r>
    </w:p>
    <w:p>
      <w:pPr>
        <w:pStyle w:val="Heading1"/>
      </w:pPr>
      <w:r>
        <w:rPr>
          <w:rFonts w:ascii="Calibri" w:hAnsi="Calibri"/>
          <w:b/>
          <w:i w:val="0"/>
          <w:sz w:val="40"/>
        </w:rPr>
        <w:t>Làm chủ tình bạn</w:t>
      </w:r>
      <w:r>
        <w:br/>
      </w:r>
      <w:r>
        <w:rPr>
          <w:rFonts w:ascii="Calibri" w:hAnsi="Calibri"/>
          <w:b/>
          <w:i w:val="0"/>
          <w:sz w:val="40"/>
        </w:rPr>
        <w:t>thời trưởng thành</w:t>
      </w:r>
    </w:p>
    <w:p>
      <w:pPr>
        <w:pStyle w:val="Heading1"/>
      </w:pPr>
      <w:r>
        <w:rPr>
          <w:rFonts w:ascii="Calibri" w:hAnsi="Calibri"/>
          <w:b/>
          <w:i w:val="0"/>
          <w:sz w:val="40"/>
        </w:rPr>
        <w:t>CHƯƠNG 11</w:t>
      </w:r>
    </w:p>
    <w:p>
      <w:pPr>
        <w:pStyle w:val="Heading1"/>
      </w:pPr>
      <w:r>
        <w:rPr>
          <w:rFonts w:ascii="Calibri" w:hAnsi="Calibri"/>
          <w:b/>
          <w:i w:val="0"/>
          <w:sz w:val="40"/>
        </w:rPr>
        <w:t>Sự thật mà không ai nói với bạn về tình bạn thời trưởng thành</w:t>
      </w:r>
    </w:p>
    <w:p>
      <w:pPr>
        <w:spacing w:after="80"/>
      </w:pPr>
      <w:r>
        <w:rPr>
          <w:b w:val="0"/>
          <w:i w:val="0"/>
        </w:rPr>
        <w:t>Nói thật nhé: Tình bạn thời trưởng thành thật khó. Mọi người tôi biết đều đang vật lộn với tình bạn thời trưởng thành: tạo dựng nó, đánh mất nó, hoặc thậm chí chỉ là tìm thời gian để duy trì tình bạn.</w:t>
      </w:r>
    </w:p>
    <w:p>
      <w:pPr>
        <w:spacing w:after="80"/>
      </w:pPr>
      <w:r>
        <w:rPr>
          <w:b w:val="0"/>
          <w:i w:val="0"/>
        </w:rPr>
        <w:t xml:space="preserve">Nếu bạn đã đến một giai đoạn trong cuộc đời mà bạn tự hỏi, </w:t>
      </w:r>
      <w:r>
        <w:rPr>
          <w:b w:val="0"/>
          <w:i/>
        </w:rPr>
        <w:t>Bạn bè của mình đã đi đâu hết rồi?</w:t>
      </w:r>
      <w:r>
        <w:rPr>
          <w:b w:val="0"/>
          <w:i w:val="0"/>
        </w:rPr>
        <w:t>, thì bạn không cô đơn đâu. Có thể bạn cảm thấy như mình chẳng có người bạn nào. Hoặc bạn đang ở những giai đoạn khác nhau của cuộc sống so với những người mà bạn từng thân thiết. Có thể bạn thấy mình bị cuốn vào những chuyện thị phi, chờ đợi người khác liên lạc trước, hoặc cảm thấy không chắc về vị trí của mình. Hoặc bạn cảm thấy như cuộc sống của mọi người khác là một bữa tiệc lớn mà bạn đang bỏ lỡ. Bạn muốn có những tình bạn tốt đẹp hơn; bạn chỉ không biết tìm chúng ở đâu.</w:t>
      </w:r>
    </w:p>
    <w:p>
      <w:pPr>
        <w:spacing w:after="80"/>
      </w:pPr>
      <w:r>
        <w:rPr>
          <w:b w:val="0"/>
          <w:i w:val="0"/>
        </w:rPr>
        <w:t>Tôi cũng đã từng vật lộn với điều này.</w:t>
      </w:r>
    </w:p>
    <w:p>
      <w:pPr>
        <w:spacing w:after="80"/>
      </w:pPr>
      <w:r>
        <w:rPr>
          <w:b w:val="0"/>
          <w:i w:val="0"/>
        </w:rPr>
        <w:t>Trong phần này, chúng ta sẽ giải quyết vấn đề tình bạn thời trưởng thành, thứ mà cho đến nay, bạn vẫn tiếp cận theo cách giống như khi còn nhỏ: Bạn chỉ mong đợi nó tự đến. Vì vậy, các tình bạn của bạn chưa đạt được những gì chúng có thể đạt được.</w:t>
      </w:r>
    </w:p>
    <w:p>
      <w:pPr>
        <w:spacing w:after="80"/>
      </w:pPr>
      <w:r>
        <w:rPr>
          <w:b w:val="0"/>
          <w:i w:val="0"/>
        </w:rPr>
        <w:t>Sự thật là, tình bạn thay đổi một cách mạnh mẽ khi bạn trở thành người trưởng thành—và không ai nhìn thấy sự thay đổi đó đang đến. Đó là lý do tại sao bạn cần sử dụng Lý thuyết Để Họ Làm (Let Them Theory) để nắm quyền kiểm soát lĩnh vực này trong cuộc sống của mình.</w:t>
      </w:r>
    </w:p>
    <w:p>
      <w:pPr>
        <w:spacing w:after="80"/>
      </w:pPr>
      <w:r>
        <w:rPr>
          <w:b w:val="0"/>
          <w:i w:val="0"/>
        </w:rPr>
        <w:t>Tình bạn là một trong những khía cạnh tuyệt vời nhất và ý nghĩa nhất của trải nghiệm con người. Bạn xứng đáng có những tình bạn tuyệt vời trong cuộc đời mình. Bạn bè thật tuyệt—họ làm cho cuộc sống của bạn vui vẻ và trọn vẹn hơn, và họ có thể trở thành gia đình mà bạn tự chọn cho mình.</w:t>
      </w:r>
    </w:p>
    <w:p>
      <w:pPr>
        <w:pStyle w:val="Heading2"/>
      </w:pPr>
      <w:r>
        <w:rPr>
          <w:rFonts w:ascii="Calibri" w:hAnsi="Calibri"/>
          <w:b/>
          <w:i w:val="0"/>
          <w:sz w:val="32"/>
        </w:rPr>
        <w:t>Cuộc Ly Tán Lớn</w:t>
      </w:r>
    </w:p>
    <w:p>
      <w:pPr>
        <w:spacing w:after="80"/>
      </w:pPr>
      <w:r>
        <w:rPr>
          <w:b w:val="0"/>
          <w:i w:val="0"/>
        </w:rPr>
        <w:t>Lý do khiến việc xử lý tình bạn thời trưởng thành trở nên khó khăn là vì khi bạn bước vào độ tuổi 20, tình bạn chuyển từ một môn thể thao đồng đội thành một môn thể thao cá nhân—và không ai hiểu được điều này.</w:t>
      </w:r>
    </w:p>
    <w:p>
      <w:pPr>
        <w:spacing w:after="80"/>
      </w:pPr>
      <w:r>
        <w:rPr>
          <w:b w:val="0"/>
          <w:i w:val="0"/>
        </w:rPr>
        <w:t>Khi bạn không nhận ra rằng sự thay đổi này đã xảy ra (và chẳng ai nhận ra cả), bạn không thay đổi cách tiếp cận tình bạn ở tuổi trưởng thành, và đó là lý do bạn thấy cô đơn. Bạn cũng sẽ thấy khó khăn khi duy trì kết nối với những người mình thực sự yêu quý trong một thế giới ngày càng bận rộn và nhiều xao nhãng.</w:t>
      </w:r>
    </w:p>
    <w:p>
      <w:pPr>
        <w:spacing w:after="80"/>
      </w:pPr>
      <w:r>
        <w:rPr>
          <w:b w:val="0"/>
          <w:i w:val="0"/>
        </w:rPr>
        <w:t>Khi bạn lớn lên, thay đổi, chuyển việc, chuyển thành phố và yêu rồi chia tay, bạn sẽ liên tục đối mặt với thách thức "tìm những người bạn của mình" ở những nơi mới và trong những chương mới của cuộc đời.</w:t>
      </w:r>
    </w:p>
    <w:p>
      <w:pPr>
        <w:spacing w:after="80"/>
      </w:pPr>
      <w:r>
        <w:rPr>
          <w:b w:val="0"/>
          <w:i w:val="0"/>
        </w:rPr>
        <w:t>Lý thuyết Let Them sẽ giúp bạn hiểu tình bạn ở tuổi trưởng thành ở một tầng sâu hơn, và nó sẽ trao cho bạn sức mạnh để củng cố những tình bạn hiện có và tạo điều kiện để bạn gặp những người bạn yêu quý nhất trong đời, nhiều người trong số đó bạn còn chưa gặp mặt.</w:t>
      </w:r>
    </w:p>
    <w:p>
      <w:pPr>
        <w:spacing w:after="80"/>
      </w:pPr>
      <w:r>
        <w:rPr>
          <w:b w:val="0"/>
          <w:i w:val="0"/>
        </w:rPr>
        <w:t>Vậy điều gì thay đổi?</w:t>
      </w:r>
    </w:p>
    <w:p>
      <w:pPr>
        <w:spacing w:after="80"/>
      </w:pPr>
      <w:r>
        <w:rPr>
          <w:b w:val="0"/>
          <w:i w:val="0"/>
        </w:rPr>
        <w:t>Hãy cùng nói về sự khác biệt giữa tình bạn khi bạn còn nhỏ và tình bạn sau sự thay đổi to lớn xảy ra khi bạn trưởng thành.</w:t>
      </w:r>
    </w:p>
    <w:p>
      <w:pPr>
        <w:spacing w:after="80"/>
      </w:pPr>
      <w:r>
        <w:rPr>
          <w:b w:val="0"/>
          <w:i w:val="0"/>
        </w:rPr>
        <w:t>Khi bạn còn nhỏ, bạn, bạn bè và các bạn cùng lớp cảm thấy như một đội, cùng bước qua cuộc sống với đúng cùng một nhịp độ, và ở đúng cùng một nơi. Từ mẫu giáo đến trung học, bạn và bạn bè có cùng thói quen hằng ngày, đi cùng những chuyến xe buýt, đọc cùng những cuốn sách, và học cùng những môn ở trường.</w:t>
      </w:r>
    </w:p>
    <w:p>
      <w:pPr>
        <w:spacing w:after="80"/>
      </w:pPr>
      <w:r>
        <w:rPr>
          <w:b w:val="0"/>
          <w:i w:val="0"/>
        </w:rPr>
        <w:t>Bạn gặp mọi người cùng tuổi mình mọi lúc: trong lớp, ngoài hành lang, trên sân thể thao, và trong khu phố của bạn. Bạn cũng có những cột mốc giống nhau. Từ sinh nhật, đến lễ tốt nghiệp, đến đúng cùng một lịch nghỉ lễ, bạn tham gia cùng những câu lạc bộ, hoạt động, môn thể thao và lớp học—điều đó khiến bạn vô thức cảm thấy như có một nhóm lớn những người cùng bước qua cuộc sống với mình, và bạn là một phần trong đó.</w:t>
      </w:r>
    </w:p>
    <w:p>
      <w:pPr>
        <w:spacing w:after="80"/>
      </w:pPr>
      <w:r>
        <w:rPr>
          <w:b w:val="0"/>
          <w:i w:val="0"/>
        </w:rPr>
        <w:t>Đây là lý do vì sao cảm giác như tình bạn là một môn thể thao đồng đội. Vì sao ư? Bởi vì mọi người đều đi theo nhóm, và đó đơn giản là điều bạn làm khi còn trẻ.</w:t>
      </w:r>
    </w:p>
    <w:p>
      <w:pPr>
        <w:spacing w:after="80"/>
      </w:pPr>
      <w:r>
        <w:rPr>
          <w:b w:val="0"/>
          <w:i w:val="0"/>
        </w:rPr>
        <w:t>Trong 20 năm đầu đời, cấu trúc của tình bạn đã được sắp đặt sẵn cho bạn, bởi bố mẹ bạn, hệ thống trường học, các đội thể thao, ký túc xá đại học, các hội nam sinh và nữ sinh, hay những hoạt động ngoại khóa giúp bạn dễ dàng ở cạnh những người cùng tuổi, cùng trải qua những trải nghiệm rất giống nhau vào đúng cùng một thời điểm.</w:t>
      </w:r>
    </w:p>
    <w:p>
      <w:pPr>
        <w:spacing w:after="80"/>
      </w:pPr>
      <w:r>
        <w:rPr>
          <w:b w:val="0"/>
          <w:i w:val="0"/>
        </w:rPr>
        <w:t>Vì thế, không chỉ dễ kết bạn mà bạn còn dành rất nhiều thời gian bên nhau, và chia sẻ rất nhiều trải nghiệm, đến mức bạn có mọi thứ sẵn sàng để tạo nên những tình bạn thực sự sâu sắc.</w:t>
      </w:r>
    </w:p>
    <w:p>
      <w:pPr>
        <w:spacing w:after="80"/>
      </w:pPr>
      <w:r>
        <w:rPr>
          <w:b w:val="0"/>
          <w:i w:val="0"/>
        </w:rPr>
        <w:t>Và lý do vì sao nó giống một môn thể thao đồng đội hơn là vì nếu bạn là một phần của một đội, một nhóm bạn, hay một câu lạc bộ, bạn mong đợi được mời mỗi khi có gì đó được lên kế hoạch.</w:t>
      </w:r>
    </w:p>
    <w:p>
      <w:pPr>
        <w:spacing w:after="80"/>
      </w:pPr>
      <w:r>
        <w:rPr>
          <w:b w:val="0"/>
          <w:i w:val="0"/>
        </w:rPr>
        <w:t>Tuổi thơ đã huấn luyện bạn tin rằng bạn sẽ luôn được mời, tình bạn sẽ dễ dàng, rằng bạn sẽ gặp bạn bè mình mọi lúc—và sẽ luôn có điều gì đó vui vẻ đang diễn ra.</w:t>
      </w:r>
    </w:p>
    <w:p>
      <w:pPr>
        <w:spacing w:after="80"/>
      </w:pPr>
      <w:r>
        <w:rPr>
          <w:b w:val="0"/>
          <w:i w:val="0"/>
        </w:rPr>
        <w:t xml:space="preserve">Và rồi </w:t>
      </w:r>
      <w:r>
        <w:rPr>
          <w:b w:val="0"/>
          <w:i/>
        </w:rPr>
        <w:t>BOOM</w:t>
      </w:r>
      <w:r>
        <w:rPr>
          <w:b w:val="0"/>
          <w:i w:val="0"/>
        </w:rPr>
        <w:t xml:space="preserve">. Bạn bước vào tuổi 20, và bước vào một giai đoạn của tình bạn mà tôi gọi là </w:t>
      </w:r>
      <w:r>
        <w:rPr>
          <w:b w:val="0"/>
          <w:i/>
        </w:rPr>
        <w:t>Cuộc Ly Tán Lớn</w:t>
      </w:r>
      <w:r>
        <w:rPr>
          <w:b w:val="0"/>
          <w:i w:val="0"/>
        </w:rPr>
        <w:t>.</w:t>
      </w:r>
    </w:p>
    <w:p>
      <w:pPr>
        <w:spacing w:after="80"/>
      </w:pPr>
      <w:r>
        <w:rPr>
          <w:b w:val="0"/>
          <w:i w:val="0"/>
        </w:rPr>
        <w:t>Cuộc Ly Tán Lớn diễn ra như thế này: Trung học hay đại học kết thúc, và tất cả bạn bè ly tán theo những hướng khác nhau. Đột nhiên, mọi người sống ở những nơi khác nhau, và rất nhanh sau đó, tất cả bạn bè của bạn ở những dòng thời gian khác nhau, làm những công việc khác nhau, đi chơi với những người khác nhau, và đạt được các cột mốc với những nhịp độ khác nhau. Và cấu trúc đã nâng đỡ mọi tình bạn của bạn thì không còn nữa.</w:t>
      </w:r>
    </w:p>
    <w:p>
      <w:pPr>
        <w:spacing w:after="80"/>
      </w:pPr>
      <w:r>
        <w:rPr>
          <w:b w:val="0"/>
          <w:i w:val="0"/>
        </w:rPr>
        <w:t>Đó là lý do bạn cảm thấy mất kiểm soát ghê gớm về mọi khía cạnh trong cuộc sống của mình. Không còn một đường ray, một khuôn mẫu, một dòng thời gian, hay những cột mốc cho việc tiếp theo phải làm gì hay khi nào bạn được cho là phải đạt được nó. Tất cả đều tùy thuộc vào bạn.</w:t>
      </w:r>
    </w:p>
    <w:p>
      <w:pPr>
        <w:spacing w:after="80"/>
      </w:pPr>
      <w:r>
        <w:rPr>
          <w:b w:val="0"/>
          <w:i w:val="0"/>
        </w:rPr>
        <w:t>Nói cách khác, cuộc đời trưởng thành của bạn bắt đầu. Lần đầu tiên trong đời, bạn chính thức tự đứng trên đôi chân của mình. Hoàn toàn tùy thuộc vào bạn để chọn cách bạn muốn dành thời gian, nơi bạn muốn làm việc, thành phố bạn muốn sống, và người bạn sẽ đi chơi cùng.</w:t>
      </w:r>
    </w:p>
    <w:p>
      <w:pPr>
        <w:spacing w:after="80"/>
      </w:pPr>
      <w:r>
        <w:rPr>
          <w:b w:val="0"/>
          <w:i w:val="0"/>
        </w:rPr>
        <w:t>Và khi thời gian trôi qua, những người bạn thân thiết đã chuyển đến thành phố khác bắt đầu cảm thấy ngày càng xa cách. Không ai có thời gian rảnh. Cố gắng sắp xếp lịch của mọi người để gặp nhau dường như là điều bất khả thi. Và thứ đang giữ nhóm bạn lại với nhau là một chuỗi tin nhắn ngày càng im ắng dần theo thời gian. Đương nhiên, ai cũng đang tập trung vào cuộc sống của mình và chú ý đến những người ngay trước mắt.</w:t>
      </w:r>
    </w:p>
    <w:p>
      <w:pPr>
        <w:spacing w:after="80"/>
      </w:pPr>
      <w:r>
        <w:rPr>
          <w:b w:val="0"/>
          <w:i w:val="0"/>
        </w:rPr>
        <w:t xml:space="preserve">Và đây chính là lúc nỗi cô đơn ập đến thật sự. Đây là lúc tình bạn ở tuổi trưởng thành trở nên khó khăn. Cấu trúc tạo ra cơ hội gặp bạn bè 24/7, cùng những kỳ vọng rằng bạn sẽ làm vậy, đã không còn nữa. Rồi bạn bắt đầu tự hỏi, </w:t>
      </w:r>
      <w:r>
        <w:rPr>
          <w:b w:val="0"/>
          <w:i/>
        </w:rPr>
        <w:t>Tất cả bạn bè của mình đã đi đâu hết rồi?</w:t>
      </w:r>
      <w:r>
        <w:rPr>
          <w:b w:val="0"/>
          <w:i w:val="0"/>
        </w:rPr>
        <w:t xml:space="preserve"> Bạn có thể cảm thấy mất kiểm soát. Và bạn bám víu. Và cảm thấy bất an. Và nắm chặt hơn.</w:t>
      </w:r>
    </w:p>
    <w:p>
      <w:pPr>
        <w:spacing w:after="80"/>
      </w:pPr>
      <w:r>
        <w:rPr>
          <w:b w:val="0"/>
          <w:i w:val="0"/>
        </w:rPr>
        <w:t xml:space="preserve">Thực tế là tình bạn ở tuổi trưởng thành đến rồi đi. Kỳ vọng về tình bạn sẽ phá hủy nó. Bạn cần một cách tiếp cận linh hoạt và chủ động hơn. Đó là lý do bạn sẽ thấy mình nói </w:t>
      </w:r>
      <w:r>
        <w:rPr>
          <w:b w:val="0"/>
          <w:i/>
        </w:rPr>
        <w:t>Hãy Để Họ</w:t>
      </w:r>
      <w:r>
        <w:rPr>
          <w:b w:val="0"/>
          <w:i w:val="0"/>
        </w:rPr>
        <w:t xml:space="preserve"> suốt ngày.</w:t>
      </w:r>
    </w:p>
    <w:p>
      <w:pPr>
        <w:spacing w:after="80"/>
      </w:pPr>
      <w:r>
        <w:rPr>
          <w:b w:val="0"/>
          <w:i/>
        </w:rPr>
        <w:t>Hãy Để Họ</w:t>
      </w:r>
      <w:r>
        <w:rPr>
          <w:b w:val="0"/>
          <w:i w:val="0"/>
        </w:rPr>
        <w:t xml:space="preserve"> chuyển đi. </w:t>
      </w:r>
      <w:r>
        <w:rPr>
          <w:b w:val="0"/>
          <w:i/>
        </w:rPr>
        <w:t>Hãy Để Họ</w:t>
      </w:r>
      <w:r>
        <w:rPr>
          <w:b w:val="0"/>
          <w:i w:val="0"/>
        </w:rPr>
        <w:t xml:space="preserve"> ưu tiên những người bạn mới của họ. </w:t>
      </w:r>
      <w:r>
        <w:rPr>
          <w:b w:val="0"/>
          <w:i/>
        </w:rPr>
        <w:t>Hãy Để Họ</w:t>
      </w:r>
      <w:r>
        <w:rPr>
          <w:b w:val="0"/>
          <w:i w:val="0"/>
        </w:rPr>
        <w:t xml:space="preserve"> không có thời gian cho mình. </w:t>
      </w:r>
      <w:r>
        <w:rPr>
          <w:b w:val="0"/>
          <w:i/>
        </w:rPr>
        <w:t>Hãy Để Họ</w:t>
      </w:r>
      <w:r>
        <w:rPr>
          <w:b w:val="0"/>
          <w:i w:val="0"/>
        </w:rPr>
        <w:t xml:space="preserve"> không nhắn tin cho mình. </w:t>
      </w:r>
      <w:r>
        <w:rPr>
          <w:b w:val="0"/>
          <w:i/>
        </w:rPr>
        <w:t>Hãy Để Họ</w:t>
      </w:r>
      <w:r>
        <w:rPr>
          <w:b w:val="0"/>
          <w:i w:val="0"/>
        </w:rPr>
        <w:t xml:space="preserve"> không bao gồm mình. </w:t>
      </w:r>
      <w:r>
        <w:rPr>
          <w:b w:val="0"/>
          <w:i/>
        </w:rPr>
        <w:t>Hãy Để Họ</w:t>
      </w:r>
      <w:r>
        <w:rPr>
          <w:b w:val="0"/>
          <w:i w:val="0"/>
        </w:rPr>
        <w:t xml:space="preserve"> đi ăn brunch mà không có mình.</w:t>
      </w:r>
    </w:p>
    <w:p>
      <w:pPr>
        <w:spacing w:after="80"/>
      </w:pPr>
      <w:r>
        <w:rPr>
          <w:b w:val="0"/>
          <w:i w:val="0"/>
        </w:rPr>
        <w:t>Điều này xảy ra với tất cả chúng ta, nhưng nó vẫn có thể vô cùng khó hiểu và mất phương hướng. Từ giờ và mãi về sau, chính bạn là người phải thay đổi cách mình nghĩ về và tiếp cận tình bạn khi đã trưởng thành—bởi vì Cuộc Ly Tán Lớn đã xảy ra rồi, và những phiên bản của nó sẽ tiếp tục xảy ra hết lần này đến lần khác khi bạn già đi.</w:t>
      </w:r>
    </w:p>
    <w:p>
      <w:pPr>
        <w:spacing w:after="80"/>
      </w:pPr>
      <w:r>
        <w:rPr>
          <w:b w:val="0"/>
          <w:i w:val="0"/>
        </w:rPr>
        <w:t>Khi những người bạn độc thân của bạn kết hôn, họ ly tán. Khi bạn bè bạn bắt đầu có con, họ ly tán. Khi mọi người chuyển ra khỏi thành phố và về vùng ngoại ô, họ ly tán. Khi mọi người trở thành "tổ ấm trống" hoặc ly hôn, họ ly tán. Khi mọi người già đi, hoặc chuyển đến nhà nhỏ hơn, hoặc nghỉ hưu, hoặc trải qua mất mát, họ ly tán.</w:t>
      </w:r>
    </w:p>
    <w:p>
      <w:pPr>
        <w:spacing w:after="80"/>
      </w:pPr>
      <w:r>
        <w:rPr>
          <w:b w:val="0"/>
          <w:i w:val="0"/>
        </w:rPr>
        <w:t>Điều này sẽ xảy ra hết lần này đến lần khác trong cuộc đời bạn và với bạn bè của bạn. Đây là điều bình thường. Đây là lý do bạn cần Học thuyết Hãy Để Họ. Nó sẽ dạy bạn cách linh hoạt hơn trong cách tiếp cận tình bạn, và chỉ cho bạn cách sử dụng thời gian của mình một cách khôn ngoan để tạo nên một số tình bạn tuyệt vời nhất trong cả cuộc đời bạn.</w:t>
      </w:r>
    </w:p>
    <w:p>
      <w:pPr>
        <w:pStyle w:val="Heading2"/>
      </w:pPr>
      <w:r>
        <w:rPr>
          <w:rFonts w:ascii="Calibri" w:hAnsi="Calibri"/>
          <w:b/>
          <w:i w:val="0"/>
          <w:sz w:val="32"/>
        </w:rPr>
        <w:t>Ba Trụ Cột của Tình Bạn</w:t>
      </w:r>
    </w:p>
    <w:p>
      <w:pPr>
        <w:spacing w:after="80"/>
      </w:pPr>
      <w:r>
        <w:rPr>
          <w:b w:val="0"/>
          <w:i w:val="0"/>
        </w:rPr>
        <w:t>Có ba yếu tố mà tôi tin là làm nên những tình bạn tuyệt vời: sự gần gũi, thời điểm, và năng lượng. Những trụ cột này là nền tảng vô hình mà mọi tình bạn đều được xây dựng trên đó.</w:t>
      </w:r>
    </w:p>
    <w:p>
      <w:pPr>
        <w:spacing w:after="80"/>
      </w:pPr>
      <w:r>
        <w:rPr>
          <w:b w:val="0"/>
          <w:i w:val="0"/>
        </w:rPr>
        <w:t>Khi bạn bè xa cách, rạn nứt, hoặc mất liên lạc, đó là vì một hoặc nhiều hơn trong ba trụ cột thiết yếu này đang thiếu. Hầu hết thời gian, tình bạn ở tuổi trưởng thành phai nhạt không phải vì lý do cá nhân, mà vì ba trụ cột này: sự gần gũi, thời điểm, và năng lượng.</w:t>
      </w:r>
    </w:p>
    <w:p>
      <w:pPr>
        <w:spacing w:after="80"/>
      </w:pPr>
      <w:r>
        <w:rPr>
          <w:b w:val="0"/>
          <w:i w:val="0"/>
        </w:rPr>
        <w:t>Hiểu được vai trò của ba yếu tố này sẽ giúp bạn sử dụng Học thuyết Hãy Để Họ để trở nên linh hoạt hơn, thấu hiểu hơn, và chủ động hơn trong những tình bạn ở tuổi trưởng thành của mình.</w:t>
      </w:r>
    </w:p>
    <w:p>
      <w:pPr>
        <w:pStyle w:val="Heading3"/>
      </w:pPr>
      <w:r>
        <w:rPr>
          <w:rFonts w:ascii="Calibri" w:hAnsi="Calibri"/>
          <w:b/>
          <w:i w:val="0"/>
          <w:sz w:val="26"/>
        </w:rPr>
        <w:t>Trụ cột đầu tiên của tình bạn là sự gần gũi.</w:t>
      </w:r>
    </w:p>
    <w:p>
      <w:pPr>
        <w:spacing w:after="80"/>
      </w:pPr>
      <w:r>
        <w:rPr>
          <w:b w:val="0"/>
          <w:i w:val="0"/>
        </w:rPr>
        <w:t>Sự gần gũi nghĩa là bạn ở gần họ về mặt thể chất thường xuyên đến mức nào. Điều này quan trọng vì khi bạn ở gần ai đó về mặt thể chất, bạn tự nhiên dành nhiều thời gian bên nhau hơn hẳn. Nếu bạn không sống gần nhau, bạn sẽ không gặp nhau thường xuyên như vậy. Sẽ cần nhiều nỗ lực hơn để giữ kết nối.</w:t>
      </w:r>
    </w:p>
    <w:p>
      <w:pPr>
        <w:spacing w:after="80"/>
      </w:pPr>
      <w:r>
        <w:rPr>
          <w:b w:val="0"/>
          <w:i w:val="0"/>
        </w:rPr>
        <w:t>Bạn hoàn toàn có thể làm được, nhưng nó khó hơn. Việc trở nên thân thiết hơn với những người bạn gặp suốt ngày sẽ dễ dàng hơn. Và đây không chỉ là lẽ thường. Đây là một sự thật.</w:t>
      </w:r>
    </w:p>
    <w:p>
      <w:pPr>
        <w:spacing w:after="80"/>
      </w:pPr>
      <w:r>
        <w:rPr>
          <w:b w:val="0"/>
          <w:i w:val="0"/>
        </w:rPr>
        <w:t>Khái niệm về sự gần gũi này đã được nghiên cứu và chứng minh là có ảnh hưởng đến việc bạn kết bạn với ai, và không kết bạn với ai. Và lý do điều này quan trọng đến vậy là vì bạn càng gặp ai đó trực tiếp nhiều lần, bạn càng có nhiều cơ hội để hiểu họ, dành thời gian với họ, chia sẻ trải nghiệm cùng nhau, và hòa hợp để hình thành một tình bạn sâu sắc hơn.</w:t>
      </w:r>
    </w:p>
    <w:p>
      <w:pPr>
        <w:spacing w:after="80"/>
      </w:pPr>
      <w:r>
        <w:rPr>
          <w:b w:val="0"/>
          <w:i w:val="0"/>
        </w:rPr>
        <w:t>Theo một nghiên cứu của Đại học Kansas, để trở thành một người bạn "xã giao", bạn phải dành 74 giờ với ai đó. Và để trở thành một người bạn "thân thiết", bạn phải dành hơn 200 giờ với ai đó. Hãy đặt nghiên cứu này vào bối cảnh tình bạn khi bạn còn trẻ, và cách chúng thay đổi khi bạn trở thành người trưởng thành.</w:t>
      </w:r>
    </w:p>
    <w:p>
      <w:pPr>
        <w:spacing w:after="80"/>
      </w:pPr>
      <w:r>
        <w:rPr>
          <w:b w:val="0"/>
          <w:i w:val="0"/>
        </w:rPr>
        <w:t>Ở trường cấp ba, bạn dành 200 giờ với bạn bè cứ mỗi năm đến sáu tuần. Lên đại học, bạn còn dành nhiều thời gian hơn cho bạn bè vì bạn sống cùng họ. Bạn ăn mọi bữa với họ. Bạn dành mọi cuối tuần với họ. Sự gần gũi này cho bạn thời gian để củng cố các mối liên kết và chia sẻ vô số trải nghiệm và ký ức, giúp bạn xây dựng niềm tin trong các mối quan hệ của mình.</w:t>
      </w:r>
    </w:p>
    <w:p>
      <w:pPr>
        <w:spacing w:after="80"/>
      </w:pPr>
      <w:r>
        <w:rPr>
          <w:b w:val="0"/>
          <w:i w:val="0"/>
        </w:rPr>
        <w:t>Nếu bạn ở ngay cạnh ai đó về mặt thể chất — dù bạn sống đối diện qua đường, hay trong ký túc xá, hay đối diện hành lang, hay ngồi ở bàn làm việc hoặc buồng làm việc cạnh họ, hay gặp họ mỗi cuối tuần ở trận bóng đá của con bạn — bạn tự nhiên dành thời gian bên nhau vì sự gần gũi.</w:t>
      </w:r>
    </w:p>
    <w:p>
      <w:pPr>
        <w:spacing w:after="80"/>
      </w:pPr>
      <w:r>
        <w:rPr>
          <w:b w:val="0"/>
          <w:i w:val="0"/>
        </w:rPr>
        <w:t>Điều này quan trọng. Và nó quan trọng rất nhiều. Nó cũng giải thích tại sao việc tạo dựng bạn bè dễ dàng hơn nhiều khi bạn còn trẻ. Bạn ở ngay cạnh những người cùng tuổi về mặt thể chất mọi lúc. Điều này cũng giải thích tại sao khi trưởng thành, khi mọi người tản ra và đột nhiên có lịch trình khác nhau, việc kết bạn mới lại khó khăn — bởi vì có được 200 giờ với ai đó là một khoảng thời gian rất lớn.</w:t>
      </w:r>
    </w:p>
    <w:p>
      <w:pPr>
        <w:spacing w:after="80"/>
      </w:pPr>
      <w:r>
        <w:rPr>
          <w:b w:val="0"/>
          <w:i w:val="0"/>
        </w:rPr>
        <w:t>Và hãy nghe điều này: Khi trưởng thành, bạn không có nhiều thời gian rảnh như khi còn trẻ để đi chơi, vì bạn phải đi làm. Theo American Time Study (Nghiên cứu Thời gian của Người Mỹ), các nhà khoa học phát hiện rằng từ 21 đến 60 tuổi, bạn sẽ dành nhiều thời gian với đồng nghiệp hơn cả gia đình và bạn bè cộng lại.</w:t>
      </w:r>
    </w:p>
    <w:p>
      <w:pPr>
        <w:spacing w:after="80"/>
      </w:pPr>
      <w:r>
        <w:rPr>
          <w:b w:val="0"/>
          <w:i w:val="0"/>
        </w:rPr>
        <w:t>Điều đó nghĩa là cơ hội duy nhất để đi chơi với bạn bè là sau giờ làm hoặc vào cuối tuần. Hãy nghĩ xem cần bao nhiêu buổi cà phê, những buổi đi dạo và tiệc nướng để có được 200 giờ với một người bạn trưởng thành mới! Và nó cũng khiến bạn tự hỏi, nếu sự gần gũi quan trọng đến vậy, tại sao bạn không tự động trở thành bạn thân với tất cả đồng nghiệp, vì đó là những người bạn dành phần lớn thời gian bên cạnh?</w:t>
      </w:r>
    </w:p>
    <w:p>
      <w:pPr>
        <w:pStyle w:val="Heading3"/>
      </w:pPr>
      <w:r>
        <w:rPr>
          <w:rFonts w:ascii="Calibri" w:hAnsi="Calibri"/>
          <w:b/>
          <w:i w:val="0"/>
          <w:sz w:val="26"/>
        </w:rPr>
        <w:t>Trụ cột thứ hai của tình bạn là thời điểm.</w:t>
      </w:r>
    </w:p>
    <w:p>
      <w:pPr>
        <w:spacing w:after="80"/>
      </w:pPr>
      <w:r>
        <w:rPr>
          <w:b w:val="0"/>
          <w:i w:val="0"/>
        </w:rPr>
        <w:t>Thời điểm đề cập đến chương cuộc đời mà bạn đang ở ngay lúc này. Nếu bạn không ở cùng chương cuộc đời với người khác, việc đồng cảm sẽ khó hơn nhiều vì bạn có ít điểm chung hơn.</w:t>
      </w:r>
    </w:p>
    <w:p>
      <w:pPr>
        <w:spacing w:after="80"/>
      </w:pPr>
      <w:r>
        <w:rPr>
          <w:b w:val="0"/>
          <w:i w:val="0"/>
        </w:rPr>
        <w:t>Và không đâu thể hiện rõ tác động của thời điểm hơn là cách nó ảnh hưởng đến tình bạn với đồng nghiệp. Như bạn vừa biết, từ 21 đến 60 tuổi, bạn sẽ dành nhiều thời gian với đồng nghiệp hơn cả bạn bè và gia đình cộng lại, nhưng đây là điều đáng lưu ý: Mọi người ở chỗ làm đều đang ở một chương cuộc đời khác nhau. Điều đó nghĩa là trong hơn bốn thập kỷ của cuộc đời, phần lớn những người ở chỗ làm mà bạn dành nhiều thời gian thể chất nhất lại không ở cùng giai đoạn cuộc đời với bạn.</w:t>
      </w:r>
    </w:p>
    <w:p>
      <w:pPr>
        <w:spacing w:after="80"/>
      </w:pPr>
      <w:r>
        <w:rPr>
          <w:b w:val="0"/>
          <w:i w:val="0"/>
        </w:rPr>
        <w:t>Ví dụ, nếu mọi người bạn làm cùng đều lớn hơn bạn bốn mươi tuổi, việc đồng cảm có thể khó khăn. Một trong những cô con gái của tôi luôn kể rằng cô ấy sẽ tham gia những cuộc họp nhóm ở chỗ làm và câu hỏi "phá băng" của ngày hôm đó sẽ là kiểu như "Bạn kết hôn ở đâu?" hay "Kế hoạch nghỉ hưu của bạn là gì?"</w:t>
      </w:r>
    </w:p>
    <w:p>
      <w:pPr>
        <w:spacing w:after="80"/>
      </w:pPr>
      <w:r>
        <w:rPr>
          <w:b w:val="0"/>
          <w:i w:val="0"/>
        </w:rPr>
        <w:t>Cô ấy cảm thấy như mình phải nói dối về cuộc sống của mình vào mỗi sáng thứ Hai khi mọi người chia sẻ những gì họ làm với con cái vào cuối tuần, trong khi cô ấy đã say xỉn với các bạn gái và nôn vào thùng rác.</w:t>
      </w:r>
    </w:p>
    <w:p>
      <w:pPr>
        <w:spacing w:after="80"/>
      </w:pPr>
      <w:r>
        <w:rPr>
          <w:b w:val="0"/>
          <w:i w:val="0"/>
        </w:rPr>
        <w:t>Đây là lý do tại sao thời điểm của mọi thứ trong cuộc sống đều quan trọng. Bởi vì dù dành rất nhiều thời gian với đồng nghiệp, và thực sự thân thiện với họ, và thích nhiều người trong số họ, họ lại ở những giai đoạn cuộc đời rất khác nhau. Đó là lý do tại sao họ không bao giờ đi chơi vào cuối tuần và không bao giờ đi ăn tối sau giờ làm — họ không có điểm chung nào ngoài công việc.</w:t>
      </w:r>
    </w:p>
    <w:p>
      <w:pPr>
        <w:spacing w:after="80"/>
      </w:pPr>
      <w:r>
        <w:rPr>
          <w:b w:val="0"/>
          <w:i w:val="0"/>
        </w:rPr>
        <w:t>Tôi có thể cho bạn một ví dụ khác về cách thời điểm ảnh hưởng đến tình bạn. Chris và tôi có những người bạn gia đình mà cả hai chúng tôi đều yêu quý. Tôi nghĩ họ thật tuyệt vời. Tôi thích đi chơi với họ. Nhưng chúng tôi trẻ hơn mười lăm tuổi và họ đã là ông bà. Chúng tôi có ít điều để nói hơn vì chúng tôi ở những giai đoạn cuộc đời rất khác nhau.</w:t>
      </w:r>
    </w:p>
    <w:p>
      <w:pPr>
        <w:spacing w:after="80"/>
      </w:pPr>
      <w:r>
        <w:rPr>
          <w:b w:val="0"/>
          <w:i w:val="0"/>
        </w:rPr>
        <w:t>Chúng tôi có còn là bạn không? Tất nhiên rồi! Tôi yêu quý họ vô cùng! Nhưng tình bạn đó chỉ có thể sâu đến mức nào đó thôi vì chúng tôi không sống gần họ, chúng tôi không gặp họ thường xuyên, và thời điểm không khớp — chúng tôi ở những giai đoạn cuộc đời rất khác nhau. Và điều tôi thích ở việc hiểu ba trụ cột của tình bạn này là nó khiến bạn nhận ra rằng không điều nào trong số này là chuyện cá nhân.</w:t>
      </w:r>
    </w:p>
    <w:p>
      <w:pPr>
        <w:spacing w:after="80"/>
      </w:pPr>
      <w:r>
        <w:rPr>
          <w:b w:val="0"/>
          <w:i w:val="0"/>
        </w:rPr>
        <w:t>Tình bạn đến rồi đi. Bạn có thể cảm thấy gần gũi rồi lại cảm thấy xa cách. Và không điều nào trong số này là chuyện cá nhân. Đó là sự gần gũi và thời điểm.</w:t>
      </w:r>
    </w:p>
    <w:p>
      <w:pPr>
        <w:spacing w:after="80"/>
      </w:pPr>
      <w:r>
        <w:rPr>
          <w:b w:val="0"/>
          <w:i w:val="0"/>
        </w:rPr>
        <w:t xml:space="preserve">Lý thuyết Let Them (Cứ Để Họ) đã thực sự giúp tôi nới lỏng sự bám chặt vào tình bạn trưởng thành. Nó sẽ giúp bạn làm điều tương tự, bởi vì bạn càng phát triển trong cuộc sống, càng nhiều người sẽ đến rồi đi trong cuộc đời bạn. </w:t>
      </w:r>
      <w:r>
        <w:rPr>
          <w:b w:val="0"/>
          <w:i/>
        </w:rPr>
        <w:t>Let Them</w:t>
      </w:r>
      <w:r>
        <w:rPr>
          <w:b w:val="0"/>
          <w:i w:val="0"/>
        </w:rPr>
        <w:t>.</w:t>
      </w:r>
    </w:p>
    <w:p>
      <w:pPr>
        <w:spacing w:after="80"/>
      </w:pPr>
      <w:r>
        <w:rPr>
          <w:b w:val="0"/>
          <w:i w:val="0"/>
        </w:rPr>
        <w:t>Khi bạn ngừng kỳ vọng rằng mọi người đều phải là bạn thân của mình, hoặc được mời đến mọi thứ, hoặc được bao gồm trong mọi thứ, hoặc rằng bạn sẽ hợp cạ với tất cả mọi người, tình bạn trở nên dễ dàng hơn nhiều. Có một cách hoàn toàn khác để nhìn nhận tình bạn trưởng thành bằng Lý thuyết Let Them; và nó sẽ khiến cuộc sống của bạn trọn vẹn, lành mạnh và hạnh phúc hơn rất nhiều.</w:t>
      </w:r>
    </w:p>
    <w:p>
      <w:pPr>
        <w:pStyle w:val="Heading3"/>
      </w:pPr>
      <w:r>
        <w:rPr>
          <w:rFonts w:ascii="Calibri" w:hAnsi="Calibri"/>
          <w:b/>
          <w:i w:val="0"/>
          <w:sz w:val="26"/>
        </w:rPr>
        <w:t>Trụ cột thứ ba của tình bạn là năng lượng.</w:t>
      </w:r>
    </w:p>
    <w:p>
      <w:pPr>
        <w:spacing w:after="80"/>
      </w:pPr>
      <w:r>
        <w:rPr>
          <w:b w:val="0"/>
          <w:i w:val="0"/>
        </w:rPr>
        <w:t>Bạn hoặc là hợp gu với một số người, hoặc là không. Bạn không thể giải thích được, và họ cũng vậy, nhưng bạn phải tin vào cảm giác đó. Năng lượng hoặc là bật, hoặc là tắt. Không có lý do khoa học nào để giải thích điều đó. Bạn chỉ cần tin vào nó thôi.</w:t>
      </w:r>
    </w:p>
    <w:p>
      <w:pPr>
        <w:spacing w:after="80"/>
      </w:pPr>
      <w:r>
        <w:rPr>
          <w:b w:val="0"/>
          <w:i w:val="0"/>
        </w:rPr>
        <w:t>Và đây là một sự thật khó chấp nhận khác: Năng lượng thay đổi theo thời gian. Đôi khi theo hướng xấu đi, và đôi khi theo hướng tốt hơn. Và đó là điều tốt, vì nó có nghĩa là bạn và những người trong cuộc sống của bạn đang trưởng thành thành những phiên bản mới của chính mình.</w:t>
      </w:r>
    </w:p>
    <w:p>
      <w:pPr>
        <w:spacing w:after="80"/>
      </w:pPr>
      <w:r>
        <w:rPr>
          <w:b w:val="0"/>
          <w:i w:val="0"/>
        </w:rPr>
        <w:t>Ví dụ, có thể bạn từng sống chung với năm người bạn trong thời đại học, bạn yêu quý họ, hai bên hợp gu, và đó là trải nghiệm tuyệt vời nhất trong cuộc đời bạn. Rồi sau khi tốt nghiệp, hai người trong nhóm chuyển về sống chung, và trong vòng bốn tháng, mọi thứ bỗng cảm thấy không ổn. Điều này là bình thường. Nó có nghĩa là cả hai đang trưởng thành và thay đổi, và không có nghĩa là tình bạn đã kết thúc.</w:t>
      </w:r>
    </w:p>
    <w:p>
      <w:pPr>
        <w:spacing w:after="80"/>
      </w:pPr>
      <w:r>
        <w:rPr>
          <w:b w:val="0"/>
          <w:i w:val="0"/>
        </w:rPr>
        <w:t>Sai lầm mà chúng ta mắc phải là bắt đầu ám ảnh về việc có gì đó sai, thay vì chỉ tập trung vào sự chấp nhận, lòng tốt và sự trân trọng dành cho người kia. Chỉ vì bạn từng là bạn thân nhất trong một giai đoạn của cuộc đời không có nghĩa là bạn sẽ là bạn thân nhất trong giai đoạn tiếp theo.</w:t>
      </w:r>
    </w:p>
    <w:p>
      <w:pPr>
        <w:spacing w:after="80"/>
      </w:pPr>
      <w:r>
        <w:rPr>
          <w:b w:val="0"/>
          <w:i w:val="0"/>
        </w:rPr>
        <w:t xml:space="preserve">Thật ra, nhân đang nói về chủ đề này, tôi ghét cụm từ </w:t>
      </w:r>
      <w:r>
        <w:rPr>
          <w:b w:val="0"/>
          <w:i/>
        </w:rPr>
        <w:t>bạn thân nhất</w:t>
      </w:r>
      <w:r>
        <w:rPr>
          <w:b w:val="0"/>
          <w:i w:val="0"/>
        </w:rPr>
        <w:t xml:space="preserve">. Nó đặt quá nhiều áp lực và kỳ vọng lên một mối quan hệ mà luôn cần không gian để phát triển và tiến hóa. Khi người ta đến rồi đi trong cuộc đời bạn, hãy </w:t>
      </w:r>
      <w:r>
        <w:rPr>
          <w:b w:val="0"/>
          <w:i/>
        </w:rPr>
        <w:t>để họ đi</w:t>
      </w:r>
      <w:r>
        <w:rPr>
          <w:b w:val="0"/>
          <w:i w:val="0"/>
        </w:rPr>
        <w:t>. Tin vào thời điểm.</w:t>
      </w:r>
    </w:p>
    <w:p>
      <w:pPr>
        <w:spacing w:after="80"/>
      </w:pPr>
      <w:r>
        <w:rPr>
          <w:b w:val="0"/>
          <w:i w:val="0"/>
        </w:rPr>
        <w:t>Có những người được định sẵn là ở trong cuộc đời bạn chỉ một mùa. Có những người được định sẵn là ở trong cuộc đời bạn vì một lý do cụ thể. Và sẽ có những người ở bên bạn cả đời.</w:t>
      </w:r>
    </w:p>
    <w:p>
      <w:pPr>
        <w:spacing w:after="80"/>
      </w:pPr>
      <w:r>
        <w:rPr>
          <w:b w:val="0"/>
          <w:i w:val="0"/>
        </w:rPr>
        <w:t>Điều này là bình thường. Và khi ai đó dần rời xa, hoặc năng lượng cảm thấy không ổn, đừng biến họ thành kẻ thù. Bạn có thể nhận ra khi một tình bạn bị gượng ép, và năng lượng đang thay đổi, vì nó bắt đầu làm bạn kiệt sức. Các cuộc trò chuyện trở nên ngượng ngùng. Bạn sẽ bắt đầu cảm thấy có gì đó không ổn hoặc các cuộc trò chuyện bị gượng ép. Hãy tin vào cảm giác đó. Tôi đã học được một cách đau đớn rằng bám chặt lấy một thứ gì đó, và cố gắng ép buộc nó, chỉ làm mọi thứ tệ hơn.</w:t>
      </w:r>
    </w:p>
    <w:p>
      <w:pPr>
        <w:spacing w:after="80"/>
      </w:pPr>
      <w:r>
        <w:rPr>
          <w:b w:val="0"/>
          <w:i w:val="0"/>
        </w:rPr>
        <w:t>Chúng ta có xu hướng giữ chặt những thứ mà trong thâm tâm ta biết là không dành cho mình, vì ta biết rằng ngay khi ta ngừng ép buộc, mối quan hệ sẽ phai nhạt. Đó chính xác là điều đã xảy ra với tôi. Đột nhiên, tôi thấy mình ở bên ngoài cái mà tôi tưởng là nhóm bạn thân nhất của mình. Tôi không biết phải làm gì, và chắc chắn là tôi đã không xử lý nó tốt.</w:t>
      </w:r>
    </w:p>
    <w:p>
      <w:pPr>
        <w:pStyle w:val="Heading1"/>
      </w:pPr>
      <w:r>
        <w:rPr>
          <w:rFonts w:ascii="Calibri" w:hAnsi="Calibri"/>
          <w:b/>
          <w:i w:val="0"/>
          <w:sz w:val="40"/>
        </w:rPr>
        <w:t>CHƯƠNG 12</w:t>
      </w:r>
    </w:p>
    <w:p>
      <w:pPr>
        <w:pStyle w:val="Heading1"/>
      </w:pPr>
      <w:r>
        <w:rPr>
          <w:rFonts w:ascii="Calibri" w:hAnsi="Calibri"/>
          <w:b/>
          <w:i w:val="0"/>
          <w:sz w:val="40"/>
        </w:rPr>
        <w:t>Vì sao một số tình bạn tự nhiên phai nhạt</w:t>
      </w:r>
    </w:p>
    <w:p>
      <w:pPr>
        <w:spacing w:after="80"/>
      </w:pPr>
      <w:r>
        <w:rPr>
          <w:b w:val="0"/>
          <w:i w:val="0"/>
        </w:rPr>
        <w:t>Đây là những gì đã xảy ra.</w:t>
      </w:r>
    </w:p>
    <w:p>
      <w:pPr>
        <w:spacing w:after="80"/>
      </w:pPr>
      <w:r>
        <w:rPr>
          <w:b w:val="0"/>
          <w:i w:val="0"/>
        </w:rPr>
        <w:t>Một trong những khoảng thời gian vui nhất trong cuộc đời tôi là khi tôi còn là một bà mẹ trẻ với ba đứa con. Chúng tôi sống trong một khu phố với một nhóm bạn đông đảo, tất cả cùng nhau nuôi dạy con cái, đi chơi với nhau, và xây dựng một cộng đồng thật tuyệt vời.</w:t>
      </w:r>
    </w:p>
    <w:p>
      <w:pPr>
        <w:spacing w:after="80"/>
      </w:pPr>
      <w:r>
        <w:rPr>
          <w:b w:val="0"/>
          <w:i w:val="0"/>
        </w:rPr>
        <w:t>Tất cả chúng tôi đều có con cùng độ tuổi học cùng một trường tiểu học công lập. Đó là một trong những giai đoạn hòa đồng và vui vẻ nhất trong cuộc đời tôi, vì chúng tôi gặp gỡ bạn bè liên tục nhờ con cái, trường học và lịch trình của chúng trùng nhau. Thành thật mà nói, tôi cảm thấy như mình đang quay lại thời trung học với những kế hoạch, lời mời và nhóm người để đi chơi liên tục.</w:t>
      </w:r>
    </w:p>
    <w:p>
      <w:pPr>
        <w:spacing w:after="80"/>
      </w:pPr>
      <w:r>
        <w:rPr>
          <w:b w:val="0"/>
          <w:i w:val="0"/>
        </w:rPr>
        <w:t>Có hai cặp vợ chồng đặc biệt mà chúng tôi trở nên rất thân thiết, và chúng tôi làm vô số thứ cùng nhau với con cái—đi chơi cuối tuần, xin kẹo Halloween, huấn luyện bóng đá thị trấn vào sáng thứ Bảy, tiệc brunch Chủ nhật, tiệc xem bóng bầu dục, nướng BBQ suốt, đủ thứ trên đời.</w:t>
      </w:r>
    </w:p>
    <w:p>
      <w:pPr>
        <w:spacing w:after="80"/>
      </w:pPr>
      <w:r>
        <w:rPr>
          <w:b w:val="0"/>
          <w:i w:val="0"/>
        </w:rPr>
        <w:t>Chris và tôi thật sự hạnh phúc. Cảm giác như may mắn thuần túy khi chúng tôi chuyển đến một thị trấn ngoại ô mà không quen biết ai, và thật sự trúng mánh vì chúng tôi gặp được rất nhiều cặp vợ chồng tuyệt vời mà chúng tôi thích dành thời gian bên họ—và con của chúng tôi cũng yêu quý con của họ! Thật quá tốt để có thể là sự thật.</w:t>
      </w:r>
    </w:p>
    <w:p>
      <w:pPr>
        <w:spacing w:after="80"/>
      </w:pPr>
      <w:r>
        <w:rPr>
          <w:b w:val="0"/>
          <w:i w:val="0"/>
        </w:rPr>
        <w:t>Cùng lúc đó, một trong những người bạn thân nhất của chúng tôi đang sống ở một bang khác và luôn than thở rằng họ ghen tị với cộng đồng của chúng tôi và vòng bạn bè đông đúc, vui vẻ của chúng tôi. Chúng tôi nghĩ rằng cách duy nhất để mọi thứ tốt hơn là nếu họ cũng chuyển đến thị trấn của chúng tôi cùng với các con.</w:t>
      </w:r>
    </w:p>
    <w:p>
      <w:pPr>
        <w:spacing w:after="80"/>
      </w:pPr>
      <w:r>
        <w:rPr>
          <w:b w:val="0"/>
          <w:i w:val="0"/>
        </w:rPr>
        <w:t>Thế là Chris và tôi bắt đầu khuyến khích họ: "Cậu phải chuyển đến đây đi!"</w:t>
      </w:r>
    </w:p>
    <w:p>
      <w:pPr>
        <w:spacing w:after="80"/>
      </w:pPr>
      <w:r>
        <w:rPr>
          <w:b w:val="0"/>
          <w:i w:val="0"/>
        </w:rPr>
        <w:t>Và họ đã làm vậy. Thực tế, họ mua một căn nhà ngay đối diện đường với hai cặp vợ chồng mà chúng tôi làm mọi thứ cùng nhau. Lúc đầu, tôi vô cùng phấn khích. Hãy tưởng tượng xem—một trong những người bạn thân nhất của bạn không chỉ chuyển đến thị trấn của bạn, mà còn sống cùng con phố, và trở thành hàng xóm với hai gia đình bạn thân nhất hiện tại của bạn! Chúng tôi sống cách đó năm phút lái xe—thật hoàn hảo!</w:t>
      </w:r>
    </w:p>
    <w:p>
      <w:pPr>
        <w:spacing w:after="80"/>
      </w:pPr>
      <w:r>
        <w:rPr>
          <w:b w:val="0"/>
          <w:i w:val="0"/>
        </w:rPr>
        <w:t>Thế nên đương nhiên, tôi mong đợi đó sẽ là một bữa tiệc đường phố lớn: Cả bốn gia đình quây quần bên nhau mọi lúc. Ban đầu, mọi thứ đúng như tôi hy vọng. Họ gọi cho chúng tôi và mời chúng tôi lái xe qua tham gia những bữa tối ngẫu hứng vào các tối trong tuần. Nhưng rồi theo thời gian, một điều thật bất ngờ bắt đầu xảy ra. Những lời mời ngày càng ít đi. Và điều trở nên rõ ràng là ba gia đình kia đang đi chơi mà không có chúng tôi... suốt ngày.</w:t>
      </w:r>
    </w:p>
    <w:p>
      <w:pPr>
        <w:spacing w:after="80"/>
      </w:pPr>
      <w:r>
        <w:rPr>
          <w:b w:val="0"/>
          <w:i w:val="0"/>
        </w:rPr>
        <w:t>Nhìn lại, giờ tôi hiểu rằng đương nhiên họ sẽ như vậy. Sự gần gũi rất quan trọng. Họ sống đối diện nhau qua con phố. Họ có thể vẫy tay chào nhau từ cửa trước. Họ đều có con cùng tuổi, cùng đi xe buýt và đi chung xe đến các buổi thể thao mỗi ngày.</w:t>
      </w:r>
    </w:p>
    <w:p>
      <w:pPr>
        <w:spacing w:after="80"/>
      </w:pPr>
      <w:r>
        <w:rPr>
          <w:b w:val="0"/>
          <w:i w:val="0"/>
        </w:rPr>
        <w:t>Và nhìn lại chuyện này, tôi hiểu. Điều đó hoàn toàn không mang tính cá nhân. Khi bạn đứng cạnh ai đó chờ con mình xuống xe buýt, bạn đương nhiên quay sang hỏi: "Tối nay mấy cậu làm gì? Muốn qua ăn tối không?"</w:t>
      </w:r>
    </w:p>
    <w:p>
      <w:pPr>
        <w:spacing w:after="80"/>
      </w:pPr>
      <w:r>
        <w:rPr>
          <w:b w:val="0"/>
          <w:i w:val="0"/>
        </w:rPr>
        <w:t>Hoàn toàn hợp lý khi tất cả họ trở thành bạn thân của nhau! Và họ được phép làm vậy! Nhưng với tôi, trải nghiệm của tôi là chứng kiến cặp đôi Atlanta này cuối cùng và không chút hối lỗi chiếm lấy vị trí mà tôi tưởng là của chúng tôi trong nhóm bạn. Và tôi đã không xử lý tốt chuyện đó.</w:t>
      </w:r>
    </w:p>
    <w:p>
      <w:pPr>
        <w:pStyle w:val="Heading2"/>
      </w:pPr>
      <w:r>
        <w:rPr>
          <w:rFonts w:ascii="Calibri" w:hAnsi="Calibri"/>
          <w:b/>
          <w:i w:val="0"/>
          <w:sz w:val="32"/>
        </w:rPr>
        <w:t>Tôi Thật Tệ Hại</w:t>
      </w:r>
    </w:p>
    <w:p>
      <w:pPr>
        <w:spacing w:after="80"/>
      </w:pPr>
      <w:r>
        <w:rPr>
          <w:b w:val="0"/>
          <w:i w:val="0"/>
        </w:rPr>
        <w:t xml:space="preserve">Tôi đã làm điều mà hầu hết mọi người làm khi cảm thấy bị đe dọa hoặc bị loại trừ, bởi vì tôi không hiểu về tình bạn của người lớn. Tôi thấy mình bị ghen tị và giận dữ nuốt chửng. </w:t>
      </w:r>
      <w:r>
        <w:rPr>
          <w:b w:val="0"/>
          <w:i/>
        </w:rPr>
        <w:t>Trước đây đó là chúng tôi</w:t>
      </w:r>
      <w:r>
        <w:rPr>
          <w:b w:val="0"/>
          <w:i w:val="0"/>
        </w:rPr>
        <w:t xml:space="preserve">, tôi nghĩ. Họ </w:t>
      </w:r>
      <w:r>
        <w:rPr>
          <w:b w:val="0"/>
          <w:i/>
        </w:rPr>
        <w:t>đã cướp</w:t>
      </w:r>
      <w:r>
        <w:rPr>
          <w:b w:val="0"/>
          <w:i w:val="0"/>
        </w:rPr>
        <w:t xml:space="preserve"> nhóm bạn của chúng tôi. Và ngay khi năng lượng của tôi chuyển hướng về phía họ, mọi thứ đều thay đổi.</w:t>
      </w:r>
    </w:p>
    <w:p>
      <w:pPr>
        <w:spacing w:after="80"/>
      </w:pPr>
      <w:r>
        <w:rPr>
          <w:b w:val="0"/>
          <w:i w:val="0"/>
        </w:rPr>
        <w:t>Lúc đầu, tôi muốn tỏ ra vui vẻ, thân thiện và thoải mái khi ở cạnh họ, để tình hình quay lại như cũ. Nhưng mỗi khi tôi nghĩ về tình huống đó, hoặc nhìn thấy họ, cứ như thể một con quỷ chiếm lấy tâm trí, cơ thể và tinh thần tôi.</w:t>
      </w:r>
    </w:p>
    <w:p>
      <w:pPr>
        <w:spacing w:after="80"/>
      </w:pPr>
      <w:r>
        <w:rPr>
          <w:b w:val="0"/>
          <w:i w:val="0"/>
        </w:rPr>
        <w:t>Tôi không thể kiểm soát cảm xúc của mình. Tôi lạnh lùng và cay đắng. Năng lượng của tôi bị lệch, và mọi người đều cảm nhận được. Chris cảm nhận được. Ba cặp đôi kia cảm nhận được. Và ngay cả những người bạn trong nhóm gia đình rộng lớn hơn cũng cảm nhận được. Tôi là một con khốn hoàn toàn, dù tôi không muốn như vậy. Tôi cố không nghĩ về nó, nhưng vào bất kỳ tối nào trong tuần, trong khi chúng tôi ở nhà ăn spaghetti tại bàn ăn phòng khách, bạn bè chúng tôi lại quây quần nướng thịt ngoài sân sau. Điều đó thiêu đốt tôi từ bên trong.</w:t>
      </w:r>
    </w:p>
    <w:p>
      <w:pPr>
        <w:spacing w:after="80"/>
      </w:pPr>
      <w:r>
        <w:rPr>
          <w:b w:val="0"/>
          <w:i w:val="0"/>
        </w:rPr>
        <w:t>Tôi xấu hổ về cách tôi cảm nhận và hành xử, về việc tôi nhỏ nhen và bất an đến mức nào. Nhưng ở thời điểm này trong cuộc đời, tôi không hiểu cảm xúc của mình hay cách quản lý chúng. Tôi chưa có Lý thuyết Cứ Để Họ (Let Them Theory). Tôi trở thành một lá cờ đỏ biết đi trong tình bạn.</w:t>
      </w:r>
    </w:p>
    <w:p>
      <w:pPr>
        <w:spacing w:after="80"/>
      </w:pPr>
      <w:r>
        <w:rPr>
          <w:b w:val="0"/>
          <w:i w:val="0"/>
        </w:rPr>
        <w:t>Nếu tôi nhìn thấy bất kỳ ai trong sáu người họ tại một trận bóng đá sáng thứ Bảy, một cuộc họp ở trường, một bữa tiệc cocktail, hay cửa hàng tạp hóa, tôi sẽ cảm thấy vô cùng căng thẳng. Tôi muốn được bình thường. Tôi thích những người này và muốn mọi thứ thay đổi. Nhưng tôi không biết cách đối phó với cảm xúc của mình.</w:t>
      </w:r>
    </w:p>
    <w:p>
      <w:pPr>
        <w:spacing w:after="80"/>
      </w:pPr>
      <w:r>
        <w:rPr>
          <w:b w:val="0"/>
          <w:i w:val="0"/>
        </w:rPr>
        <w:t>Tôi không thể kiểm soát bản thân. Giọng điệu của tôi sẽ thay đổi. Tay tôi sẽ khoanh lại. Và dù tôi không muốn cảm thấy như vậy, tôi không biết cách thay đổi nó. Tôi không nghĩ ai đó cố tình loại trừ tôi hay Chris.</w:t>
      </w:r>
    </w:p>
    <w:p>
      <w:pPr>
        <w:spacing w:after="80"/>
      </w:pPr>
      <w:r>
        <w:rPr>
          <w:b w:val="0"/>
          <w:i w:val="0"/>
        </w:rPr>
        <w:t>Và giờ, khi nhìn lại, tôi có thể thấy tình huống đúng như nó vốn là. Tôi có thể thấy mình đã giận dữ và ghen tị đến mức nào. Tôi cũng sẽ không muốn có mình ở một bữa tiệc nướng. Tôi sẽ không muốn năng lượng tiêu cực của mình ở đó. Thật là một phép màu khi chúng tôi còn được mời đến bất cứ đâu vào thời điểm đó trong cuộc đời tôi!</w:t>
      </w:r>
    </w:p>
    <w:p>
      <w:pPr>
        <w:spacing w:after="80"/>
      </w:pPr>
      <w:r>
        <w:rPr>
          <w:b w:val="0"/>
          <w:i w:val="0"/>
        </w:rPr>
        <w:t>Tội nghiệp chồng tôi. Anh ấy không bận tâm rằng động lực trong nhóm bạn đã thay đổi. Anh ấy không coi đó là chuyện cá nhân. Nhưng tôi thì không thể thay đổi cảm xúc của mình. Đến giờ nói về chuyện này vẫn còn đau đớn và mang tính cá nhân sâu sắc, và tôi hoàn toàn chịu trách nhiệm về sự thiếu trưởng thành và hành vi độc hại của mình. Tôi đã hành xử như một đứa trẻ. Phút này tôi dỗi, phút sau tôi giả vờ như không quan tâm, và thường thì ở nơi riêng tư, tôi lại ăn vạ trước mặt Chris tội nghiệp.</w:t>
      </w:r>
    </w:p>
    <w:p>
      <w:pPr>
        <w:spacing w:after="80"/>
      </w:pPr>
      <w:r>
        <w:rPr>
          <w:b w:val="0"/>
          <w:i w:val="0"/>
        </w:rPr>
        <w:t xml:space="preserve">Nếu ngày đó tôi đã biết đến Lý thuyết Để Họ Tự Nhiên (Let Them Theory), tôi đã có thể </w:t>
      </w:r>
      <w:r>
        <w:rPr>
          <w:b w:val="0"/>
          <w:i/>
        </w:rPr>
        <w:t>Để Họ</w:t>
      </w:r>
      <w:r>
        <w:rPr>
          <w:b w:val="0"/>
          <w:i w:val="0"/>
        </w:rPr>
        <w:t xml:space="preserve"> làm bạn. Tôi đã có thể vượt lên trên tình huống đó. Tôi đã có thể chịu trách nhiệm hiểu và xử lý cảm xúc của mình theo cách lành mạnh, như một người trưởng thành thực thụ. Nhưng lúc đó, tôi không biết cách đối diện với cảm xúc của mình hay thậm chí không biết mình đang cảm thấy gì. Tất cả cứ như một đòn tấn công nhắm vào tôi. Họ trở thành kẻ xấu trong câu chuyện của tôi.</w:t>
      </w:r>
    </w:p>
    <w:p>
      <w:pPr>
        <w:spacing w:after="80"/>
      </w:pPr>
      <w:r>
        <w:rPr>
          <w:b w:val="0"/>
          <w:i w:val="0"/>
        </w:rPr>
        <w:t>Tại sao ư? Để tôi nói cho bạn: Đổ lỗi cho người khác và ngồi trong cơn giận của mình thì dễ hơn là tự chịu trách nhiệm. Tôi đã mắc sai lầm lớn nhất mà bạn có thể mắc trong tình bạn người lớn: Tôi kỳ vọng sẽ làm bạn mãi mãi, kỳ vọng được bao gồm trong mọi thứ, và kỳ vọng mọi chuyện sẽ dễ dàng.</w:t>
      </w:r>
    </w:p>
    <w:p>
      <w:pPr>
        <w:spacing w:after="80"/>
      </w:pPr>
      <w:r>
        <w:rPr>
          <w:b w:val="0"/>
          <w:i w:val="0"/>
        </w:rPr>
        <w:t>Câu chuyện này cho thấy sự gần gũi thực sự đóng vai trò to lớn trong việc hình thành và duy trì tình bạn người lớn, và điều đó không phải lúc nào cũng nằm trong tầm kiểm soát của bạn. Câu chuyện cũng cho thấy năng lượng có thể phá hủy một tình bạn như thế nào, và điều đó thì nằm trong tầm kiểm soát của bạn. Tình huống này xảy ra khi tôi ở cuối độ tuổi 30 và đầu 40, nhưng nó có thể xảy ra ở bất kỳ giai đoạn nào của cuộc đời bạn. Đến một lúc nào đó, bạn sẽ đi từ chỗ ở trong một nhóm bạn đến chỗ cảm thấy mình ở ngoài. Điều này là bình thường.</w:t>
      </w:r>
    </w:p>
    <w:p>
      <w:pPr>
        <w:spacing w:after="80"/>
      </w:pPr>
      <w:r>
        <w:rPr>
          <w:b w:val="0"/>
          <w:i w:val="0"/>
        </w:rPr>
        <w:t>Bởi vì khi người ta đến rồi đi, tản mát theo những hướng khác nhau, thay đổi cuộc sống của họ, và trưởng thành thành con người mà họ được sinh ra để trở thành, thì từng cái một trong ba trụ cột của tình bạn đều thay đổi: sự gần gũi, thời điểm, và năng lượng. Và đó là lý do tại sao tình bạn người lớn đòi hỏi sự linh hoạt. Đó là lý do tại sao thường thì không phải chuyện cá nhân khi người ta đến rồi đi trong cuộc đời bạn.</w:t>
      </w:r>
    </w:p>
    <w:p>
      <w:pPr>
        <w:spacing w:after="80"/>
      </w:pPr>
      <w:r>
        <w:rPr>
          <w:b w:val="0"/>
          <w:i/>
        </w:rPr>
        <w:t>Để Họ</w:t>
      </w:r>
      <w:r>
        <w:rPr>
          <w:b w:val="0"/>
          <w:i w:val="0"/>
        </w:rPr>
        <w:t>.</w:t>
      </w:r>
    </w:p>
    <w:p>
      <w:pPr>
        <w:pStyle w:val="Heading2"/>
      </w:pPr>
      <w:r>
        <w:rPr>
          <w:rFonts w:ascii="Calibri" w:hAnsi="Calibri"/>
          <w:b/>
          <w:i w:val="0"/>
          <w:sz w:val="32"/>
        </w:rPr>
        <w:t>"Tôi Đã Để Họ Tự Nhiên. Nhưng Giờ Tôi Chẳng Còn Bạn Nào."</w:t>
      </w:r>
    </w:p>
    <w:p>
      <w:pPr>
        <w:spacing w:after="80"/>
      </w:pPr>
      <w:r>
        <w:rPr>
          <w:b w:val="0"/>
          <w:i w:val="0"/>
        </w:rPr>
        <w:t>Trong quá trình nghiên cứu cuốn sách này, và phân tích trải nghiệm của hàng nghìn người trên khắp thế giới đã sử dụng lý thuyết này, một trong những trải nghiệm khó khăn nhất mà người ta gặp phải là đi đến kết luận rằng những người bạn tưởng là bạn của mình thực ra chẳng phải bạn bè gì cả.</w:t>
      </w:r>
    </w:p>
    <w:p>
      <w:pPr>
        <w:spacing w:after="80"/>
      </w:pPr>
      <w:r>
        <w:rPr>
          <w:b w:val="0"/>
          <w:i w:val="0"/>
        </w:rPr>
        <w:t xml:space="preserve">Khi bạn nói </w:t>
      </w:r>
      <w:r>
        <w:rPr>
          <w:b w:val="0"/>
          <w:i/>
        </w:rPr>
        <w:t>Để Họ</w:t>
      </w:r>
      <w:r>
        <w:rPr>
          <w:b w:val="0"/>
          <w:i w:val="0"/>
        </w:rPr>
        <w:t>, người ta sẽ bộc lộ chính xác họ là ai, và họ bộc lộ vị trí của bạn trong cuộc đời họ. Bạn sẽ thấy mình dùng Lý thuyết Để Họ Tự Nhiên rất nhiều với bạn bè, và bạn sẽ bắt đầu nhận ra nhiều mối quan hệ mà công sức bạn bỏ vào chỉ là một chiều.</w:t>
      </w:r>
    </w:p>
    <w:p>
      <w:pPr>
        <w:spacing w:after="80"/>
      </w:pPr>
      <w:r>
        <w:rPr>
          <w:b w:val="0"/>
          <w:i w:val="0"/>
        </w:rPr>
        <w:t>Bạn là người gọi điện, và khi bạn ngừng gọi, chẳng có cuộc gọi nào quay lại. Bạn là người luôn chủ động liên lạc và lên kế hoạch, và khi bạn ngừng lên kế hoạch, đột nhiên chẳng ai liên lạc hay mời bạn nữa. Thật đau lòng khi nhìn thấy sự thật rằng bạn là người bỏ công sức. Khi điều đó xảy ra, và nó sẽ xảy ra, tôi muốn bạn quay lại với ba trụ cột của tình bạn: sự gần gũi, thời điểm, và năng lượng.</w:t>
      </w:r>
    </w:p>
    <w:p>
      <w:pPr>
        <w:spacing w:after="80"/>
      </w:pPr>
      <w:r>
        <w:rPr>
          <w:b w:val="0"/>
          <w:i w:val="0"/>
        </w:rPr>
        <w:t>Khi một tình bạn phai nhạt, hoặc ai đó bộc lộ con người thật của họ, thì một trong ba trụ cột đó bị lệch. Có thể nhiều hơn. Trước khi bạn thấy tội nghiệp cho bản thân, và bắt đầu thu mình lại, hay nổi giận, hãy nhìn vào sự thật.</w:t>
      </w:r>
    </w:p>
    <w:p>
      <w:pPr>
        <w:spacing w:after="80"/>
      </w:pPr>
      <w:r>
        <w:rPr>
          <w:b w:val="0"/>
          <w:i w:val="0"/>
        </w:rPr>
        <w:t>Bạn hay bạn của bạn đã thay đổi hay trưởng thành theo những cách mới chưa? Những nếp sinh hoạt và lịch trình trong cuộc sống của các bạn đã thay đổi chưa? Bạn có còn tình cờ gặp họ thường xuyên như trước không? Bạn có cảm thấy thời điểm cuộc đời mình vẫn như cũ, hay các bạn đang ở những chương khác nhau? Có thay đổi lớn nào xảy ra trong cuộc đời một trong hai người làm thay đổi năng lượng giữa hai bạn không?</w:t>
      </w:r>
    </w:p>
    <w:p>
      <w:pPr>
        <w:spacing w:after="80"/>
      </w:pPr>
      <w:r>
        <w:rPr>
          <w:b w:val="0"/>
          <w:i w:val="0"/>
        </w:rPr>
        <w:t>Tự hỏi mình những câu hỏi này thực sự quan trọng, bởi vì chúng ta thường có xu hướng mặc định cho rằng mình sai, hoặc đổ lỗi cho người kia rồi quyết định tình bạn đã kết thúc.</w:t>
      </w:r>
    </w:p>
    <w:p>
      <w:pPr>
        <w:spacing w:after="80"/>
      </w:pPr>
      <w:r>
        <w:rPr>
          <w:b w:val="0"/>
          <w:i w:val="0"/>
        </w:rPr>
        <w:t>Trước khi bạn rời bỏ một tình bạn, hãy giả định ý tốt từ phía người kia. Đôi khi, bạn chỉ đang làm bạn với một người chẳng bao giờ lên kế hoạch, hoặc cực kỳ hướng nội, hoặc đang có rất nhiều chuyện nặng nề hay đòi hỏi trong cuộc sống. Không phải họ đang lơ bạn; mà là họ đang kiệt sức vì chương cuộc đời mà họ đang sống. Việc họ trở nên xa cách không phải chuyện cá nhân. Và việc bạn vẫn liên lạc có thể chính là sợi dây cứu sinh mà họ cần.</w:t>
      </w:r>
    </w:p>
    <w:p>
      <w:pPr>
        <w:spacing w:after="80"/>
      </w:pPr>
      <w:r>
        <w:rPr>
          <w:b w:val="0"/>
          <w:i w:val="0"/>
        </w:rPr>
        <w:t>Trong quá trình nghiên cứu cho cuốn sách này, tôi nhận thấy rất nhiều bình luận từ những người đặc biệt bực bội vì bạn bè không nhắn tin lại cho họ. Tôi không muốn bạn dùng lý thuyết này để làm nổ tung tình bạn của mình chỉ vì ai đó không phản hồi thường xuyên như bạn muốn.</w:t>
      </w:r>
    </w:p>
    <w:p>
      <w:pPr>
        <w:spacing w:after="80"/>
      </w:pPr>
      <w:r>
        <w:rPr>
          <w:b w:val="0"/>
          <w:i w:val="0"/>
        </w:rPr>
        <w:t>Tình bạn không phải là chuyện ăn miếng trả miếng. Đừng ghi sổ. Hãy liên lạc với người ta vì bạn muốn. Nhưng đừng kỳ vọng được phản hồi. Việc ai đó phản hồi nhanh hay thường xuyên đến đâu không phải là dấu hiệu cho thấy họ quan tâm bạn bao nhiêu. Nó có khả năng cao hơn là dấu hiệu cho thấy họ đang quá tải đến mức nào. Ai cũng có vô số chuyện đang diễn ra, và 99 phần trăm thời gian bạn không hề biết người khác đang phải đối mặt với điều gì, nên đặc biệt với bạn bè, đừng phán xét khi không nhận được hồi âm, hãy giả định ý tốt.</w:t>
      </w:r>
    </w:p>
    <w:p>
      <w:pPr>
        <w:pStyle w:val="Heading2"/>
      </w:pPr>
      <w:r>
        <w:rPr>
          <w:rFonts w:ascii="Calibri" w:hAnsi="Calibri"/>
          <w:b/>
          <w:i w:val="0"/>
          <w:sz w:val="32"/>
        </w:rPr>
        <w:t>Để Họ Không Nhắn Tin Lại</w:t>
      </w:r>
    </w:p>
    <w:p>
      <w:pPr>
        <w:spacing w:after="80"/>
      </w:pPr>
      <w:r>
        <w:rPr>
          <w:b w:val="0"/>
          <w:i w:val="0"/>
        </w:rPr>
        <w:t>Tôi có thể chia sẻ với bạn rằng bốn năm vừa qua là những năm tháng choáng ngợp và đòi hỏi khắt khe nhất trong cuộc đời tôi, và nó đã ảnh hưởng rất lớn đến các mối quan hệ bạn bè của tôi. Sau 26 năm sống ngay bên ngoài Boston, chúng tôi chuyển đến một thị trấn nhỏ ở vùng nông thôn thuộc một bang khác, nơi tôi không quen biết ai cùng tuổi cả.</w:t>
      </w:r>
    </w:p>
    <w:p>
      <w:pPr>
        <w:spacing w:after="80"/>
      </w:pPr>
      <w:r>
        <w:rPr>
          <w:b w:val="0"/>
          <w:i w:val="0"/>
        </w:rPr>
        <w:t>Cùng lúc đó, công ty tôi đang trải qua giai đoạn tăng trưởng siêu nhanh, và tôi chưa từng quản lý điều gì trong kinh doanh giống như thế này. Ưu tiên số một của tôi là dành thời gian cho gia đình và ổn định cuộc sống ở cộng đồng mới. Vì vậy, bất kỳ thời gian rảnh nào tôi có, tôi đều dồn hết cho gia đình và cố gắng kết bạn mới ở thị trấn nhỏ này.</w:t>
      </w:r>
    </w:p>
    <w:p>
      <w:pPr>
        <w:spacing w:after="80"/>
      </w:pPr>
      <w:r>
        <w:rPr>
          <w:b w:val="0"/>
          <w:i w:val="0"/>
        </w:rPr>
        <w:t>Tôi chắc rằng có nhiều người bạn cũ của tôi nghĩ rằng tôi đã "bơ" họ, hoặc bỏ bê các mối quan hệ, hoặc cho rằng tôi là một người bạn tồi. Và theo góc nhìn của họ, họ đúng.</w:t>
      </w:r>
    </w:p>
    <w:p>
      <w:pPr>
        <w:spacing w:after="80"/>
      </w:pPr>
      <w:r>
        <w:rPr>
          <w:b w:val="0"/>
          <w:i w:val="0"/>
        </w:rPr>
        <w:t>Không phải là tôi không quan tâm. Mà là tôi đã dồn thời gian và sức lực vào những ưu tiên khác trong ba năm qua, và không đặt việc chủ động liên lạc với nhóm bạn cũ một cách đều đặn lên hàng ưu tiên. Và điều đó cũng không sao cả.</w:t>
      </w:r>
    </w:p>
    <w:p>
      <w:pPr>
        <w:spacing w:after="80"/>
      </w:pPr>
      <w:r>
        <w:rPr>
          <w:b w:val="0"/>
          <w:i w:val="0"/>
        </w:rPr>
        <w:t xml:space="preserve">Khi ai đó "mất liên lạc", điều đó không có nghĩa là bạn đã mất đi một người bạn. Tôi ghét việc nhiều người nghĩ rằng chỉ vì ai đó xa cách, thì giờ họ là kẻ thù của bạn. </w:t>
      </w:r>
      <w:r>
        <w:rPr>
          <w:b w:val="0"/>
          <w:i/>
        </w:rPr>
        <w:t>Hãy Để Họ</w:t>
      </w:r>
      <w:r>
        <w:rPr>
          <w:b w:val="0"/>
          <w:i w:val="0"/>
        </w:rPr>
        <w:t xml:space="preserve"> xa cách. Chỉ vì họ không ở ngay trước mặt bạn không có nghĩa là bạn chống lại họ. Hãy tạo thói quen chỉ cổ vũ cho mọi người và chúc họ những điều tốt đẹp nhất.</w:t>
      </w:r>
    </w:p>
    <w:p>
      <w:pPr>
        <w:spacing w:after="80"/>
      </w:pPr>
      <w:r>
        <w:rPr>
          <w:b w:val="0"/>
          <w:i w:val="0"/>
        </w:rPr>
        <w:t>Tôi nhận ra với một số tình bạn của mình rằng mọi người sẽ "biến mất" vài năm, và hóa ra là họ đang chăm sóc cha mẹ già, hoặc một đứa con đang gặp khó khăn, hoặc bị cuốn vào một mối quan hệ không lành mạnh, hoặc một sự nghiệp cực kỳ đòi hỏi. Điều đó chẳng liên quan gì đến bạn cả. Họ vẫn là bạn của bạn.</w:t>
      </w:r>
    </w:p>
    <w:p>
      <w:pPr>
        <w:spacing w:after="80"/>
      </w:pPr>
      <w:r>
        <w:rPr>
          <w:b w:val="0"/>
          <w:i w:val="0"/>
        </w:rPr>
        <w:t>Tôi nói điều này vì tôi không muốn bạn dùng lý thuyết này để đưa ra những giả định và phá hủy những mối quan hệ tuyệt vời chỉ vì bạn không linh hoạt và không cho phép mọi người đến rồi đi trong cuộc đời bạn, dựa trên những gì đang diễn ra trong cuộc sống của bạn và của họ. Chỉ cần một tin nhắn hay một cuộc gọi, và thường thì bạn sẽ ngay lập tức quay lại với nhau.</w:t>
      </w:r>
    </w:p>
    <w:p>
      <w:pPr>
        <w:spacing w:after="80"/>
      </w:pPr>
      <w:r>
        <w:rPr>
          <w:b w:val="0"/>
          <w:i w:val="0"/>
        </w:rPr>
        <w:t>Khi tôi bước ra khỏi bốn năm bận rộn điên cuồng này, giờ tôi đã ổn định trong ngôi nhà mới, các studio ở Boston của chúng tôi đã hoạt động, tôi đã dành nhiều thời gian hơn cho cha mẹ già của mình, và chúng tôi giờ đã là "tổ ấm trống" (empty nesters), một chương mới đã bắt đầu. Và trong chương này, việc sắp xếp lại ưu tiên cho tình bạn đứng đầu danh sách.</w:t>
      </w:r>
    </w:p>
    <w:p>
      <w:pPr>
        <w:spacing w:after="80"/>
      </w:pPr>
      <w:r>
        <w:rPr>
          <w:b w:val="0"/>
          <w:i w:val="0"/>
        </w:rPr>
        <w:t xml:space="preserve">Nếu bạn từng nhận được một cuộc gọi hay tin nhắn từ người mà bạn đã mất liên lạc, đó là một trong những điều bất ngờ tuyệt vời nhất trên đời. Và có những người trong cuộc đời tôi mà tôi chưa nói chuyện nhiều năm, nhưng nếu tôi đi uống cà phê với họ, chúng tôi sẽ ngay lập tức quay lại với một kết nối sâu sắc và đầy yêu thương. Và tôi háo hức tạo ra điều đó cho chính mình. </w:t>
      </w:r>
      <w:r>
        <w:rPr>
          <w:b w:val="0"/>
          <w:i/>
        </w:rPr>
        <w:t>Hãy Để Tôi</w:t>
      </w:r>
      <w:r>
        <w:rPr>
          <w:b w:val="0"/>
          <w:i w:val="0"/>
        </w:rPr>
        <w:t>.</w:t>
      </w:r>
    </w:p>
    <w:p>
      <w:pPr>
        <w:spacing w:after="80"/>
      </w:pPr>
      <w:r>
        <w:rPr>
          <w:b w:val="0"/>
          <w:i w:val="0"/>
        </w:rPr>
        <w:t>Kết nối bạn có với một người khác thực ra không bao giờ đứt gãy. Chỉ là sự gần gũi và thời điểm khiến bạn mất liên lạc với họ. Vì vậy, không bao giờ là quá muộn để kết nối lại với bạn cũ, và điều này hoàn toàn nằm trong tầm kiểm soát của bạn.</w:t>
      </w:r>
    </w:p>
    <w:p>
      <w:pPr>
        <w:spacing w:after="80"/>
      </w:pPr>
      <w:r>
        <w:rPr>
          <w:b w:val="0"/>
          <w:i/>
        </w:rPr>
        <w:t>Hãy Để Họ</w:t>
      </w:r>
      <w:r>
        <w:rPr>
          <w:b w:val="0"/>
          <w:i w:val="0"/>
        </w:rPr>
        <w:t xml:space="preserve"> sẽ giúp bạn linh hoạt, bao dung và cho phép mọi người đến rồi đi. </w:t>
      </w:r>
      <w:r>
        <w:rPr>
          <w:b w:val="0"/>
          <w:i/>
        </w:rPr>
        <w:t>Hãy Để Tôi</w:t>
      </w:r>
      <w:r>
        <w:rPr>
          <w:b w:val="0"/>
          <w:i w:val="0"/>
        </w:rPr>
        <w:t xml:space="preserve"> sẽ nhắc bạn ngừng ngồi chờ đợi lời mời, hay mặc định rằng người khác có ý xấu. Nó sẽ thúc đẩy bạn chủ động liên lạc với bạn cũ, và bước ra ngoài để tạo dựng những tình bạn mới.</w:t>
      </w:r>
    </w:p>
    <w:p>
      <w:pPr>
        <w:spacing w:after="80"/>
      </w:pPr>
      <w:r>
        <w:rPr>
          <w:b w:val="0"/>
          <w:i w:val="0"/>
        </w:rPr>
        <w:t>Lý thuyết Hãy Để Họ sẽ giúp bạn tìm thấy những người thuộc về mình, ngay cả khi bạn phải bắt đầu lại từ con số không. Khi bạn dùng nó, bạn sẽ tạo nên một số tình bạn tuyệt vời nhất trong cuộc đời mình. Thực tế, bạn sẽ sớm nhận ra rằng bạn còn chưa gặp một số người mình yêu quý nhất nữa. Thật phấn khích biết bao khi sống cuộc đời mình với hiểu biết rằng có biết bao con người, kết nối và trải nghiệm tuyệt vời đang chờ đợi bạn là người đi trước và nói lời chào?</w:t>
      </w:r>
    </w:p>
    <w:p>
      <w:pPr>
        <w:spacing w:after="80"/>
      </w:pPr>
      <w:r>
        <w:rPr>
          <w:b w:val="0"/>
          <w:i w:val="0"/>
        </w:rPr>
        <w:t xml:space="preserve">Vậy hãy dùng lý thuyết này để đi tìm họ. Tôi vừa làm điều đó ở tuổi 54 khi chúng tôi chuyển đến một cộng đồng mới. Tôi sẽ kể cho bạn toàn bộ câu chuyện, và bạn với tôi sẽ thực sự tập trung vào phần </w:t>
      </w:r>
      <w:r>
        <w:rPr>
          <w:b w:val="0"/>
          <w:i/>
        </w:rPr>
        <w:t>Hãy Để Tôi</w:t>
      </w:r>
      <w:r>
        <w:rPr>
          <w:b w:val="0"/>
          <w:i w:val="0"/>
        </w:rPr>
        <w:t xml:space="preserve"> trong tình bạn.</w:t>
      </w:r>
    </w:p>
    <w:p>
      <w:pPr>
        <w:pStyle w:val="Heading1"/>
      </w:pPr>
      <w:r>
        <w:rPr>
          <w:rFonts w:ascii="Calibri" w:hAnsi="Calibri"/>
          <w:b/>
          <w:i w:val="0"/>
          <w:sz w:val="40"/>
        </w:rPr>
        <w:t>CHƯƠNG 13</w:t>
      </w:r>
    </w:p>
    <w:p>
      <w:pPr>
        <w:pStyle w:val="Heading1"/>
      </w:pPr>
      <w:r>
        <w:rPr>
          <w:rFonts w:ascii="Calibri" w:hAnsi="Calibri"/>
          <w:b/>
          <w:i w:val="0"/>
          <w:sz w:val="40"/>
        </w:rPr>
        <w:t>Cách Tạo Nên Những Tình Bạn Tuyệt Vời Nhất Trong Cuộc Đời Bạn</w:t>
      </w:r>
    </w:p>
    <w:p>
      <w:pPr>
        <w:spacing w:after="80"/>
      </w:pPr>
      <w:r>
        <w:rPr>
          <w:b w:val="0"/>
          <w:i w:val="0"/>
        </w:rPr>
        <w:t>Khi chúng tôi chuyển đến thị trấn mới, tôi cảm thấy vô cùng cô đơn. Tôi hoàn toàn mới ở khu vực này. Tôi không quen biết ai cùng tuổi cả. Và tôi vô cùng khổ sở.</w:t>
      </w:r>
    </w:p>
    <w:p>
      <w:pPr>
        <w:spacing w:after="80"/>
      </w:pPr>
      <w:r>
        <w:rPr>
          <w:b w:val="0"/>
          <w:i w:val="0"/>
        </w:rPr>
        <w:t>Có một lúc nào đó trong đời, bạn sẽ trải qua chính xác điều này. Mọi thay đổi trong cuộc sống đều tạo ra những thay đổi trong tình bạn. Bạn sẽ trải qua điều đó nếu bạn chia tay hoặc ly hôn và mọi người chọn phe. Bạn sẽ trải qua điều đó nếu bạn hoặc người thân yêu của bạn phải trải qua một khó khăn lớn và mọi người hoặc không biết cách hỗ trợ bạn, hoặc cảm thấy không thoải mái, nên họ xa lánh. Bạn sẽ trải qua điều đó khi bạn phải chuyển đi vì sự nghiệp hoặc việc học.</w:t>
      </w:r>
    </w:p>
    <w:p>
      <w:pPr>
        <w:spacing w:after="80"/>
      </w:pPr>
      <w:r>
        <w:rPr>
          <w:b w:val="0"/>
          <w:i w:val="0"/>
        </w:rPr>
        <w:t>Và ngay cả khi bạn cực kỳ hào hứng với sự thay đổi đó—bạn đang đến ngôi trường mơ ước hoặc chuyển đến thành phố mơ ước—thực tế là khi đến nơi, bạn sẽ chẳng có người bạn nào. Lần đầu tiên bạn có thể trải qua điều này trong đời là khi bạn vào đại học. Bạn vào đại học và bạn kỳ vọng sẽ gặp ngay tất cả những người bạn thân nhất của mình, nhưng điều đó không xảy ra. Ai cũng lo lắng và bám lấy người đầu tiên họ gặp, rồi cố gắng tạo thành một nhóm.</w:t>
      </w:r>
    </w:p>
    <w:p>
      <w:pPr>
        <w:spacing w:after="80"/>
      </w:pPr>
      <w:r>
        <w:rPr>
          <w:b w:val="0"/>
          <w:i w:val="0"/>
        </w:rPr>
        <w:t>Trong vòng một tuần, có vẻ như ai cũng đã có nhóm bạn của mình. Nhưng nếu bạn nghĩ về nhóm bạn thời đại học, hay thậm chí thời trung học của mình, thì đến khi tốt nghiệp, nhóm bạn của bạn đã thay đổi rất nhiều. Đó là vì bạn cần thời gian để tìm được những người phù hợp với mình.</w:t>
      </w:r>
    </w:p>
    <w:p>
      <w:pPr>
        <w:pStyle w:val="Heading2"/>
      </w:pPr>
      <w:r>
        <w:rPr>
          <w:rFonts w:ascii="Calibri" w:hAnsi="Calibri"/>
          <w:b/>
          <w:i w:val="0"/>
          <w:sz w:val="32"/>
        </w:rPr>
        <w:t>Hãy Cho Nó Một Năm</w:t>
      </w:r>
    </w:p>
    <w:p>
      <w:pPr>
        <w:spacing w:after="80"/>
      </w:pPr>
      <w:r>
        <w:rPr>
          <w:b w:val="0"/>
          <w:i w:val="0"/>
        </w:rPr>
        <w:t>Khi con gái tôi vào đại học, con bé gọi cho tôi khóc suốt, nói rằng: "Con đang ở sai trường rồi. Những người phù hợp với con không ở đây. Con nghĩ con cần chuyển trường." Và tôi liên tục bảo con bé cúp máy, đi đến nhà ăn, và hỏi ngồi cùng với một người trông có vẻ thú vị. "Con phải bước ra ngoài, và quan trọng nhất, con phải cho nó một năm."</w:t>
      </w:r>
    </w:p>
    <w:p>
      <w:pPr>
        <w:spacing w:after="80"/>
      </w:pPr>
      <w:r>
        <w:rPr>
          <w:b w:val="0"/>
          <w:i w:val="0"/>
        </w:rPr>
        <w:t>Con bé ghét lời khuyên đó. Con bé gọi cho tôi suốt cả năm. Con bé cảm thấy vô cùng cô đơn và tuyệt vọng. Và hai người bạn mà con bé kết thân từ sớm cũng cảm thấy y hệt như vậy. (Chào Lexi và Micaela!) Điều đáng khen là cả ba đứa vẫn tiếp tục bước ra ngoài suốt cả năm đầu tiên.</w:t>
      </w:r>
    </w:p>
    <w:p>
      <w:pPr>
        <w:spacing w:after="80"/>
      </w:pPr>
      <w:r>
        <w:rPr>
          <w:b w:val="0"/>
          <w:i w:val="0"/>
        </w:rPr>
        <w:t>Tôi biết con gái tôi, Sawyer, đã hỏi xin ngồi cùng mọi người, nhắn tin trực tuyến cho người ta để rủ đi ăn trưa, con bé tham gia cả triệu câu lạc bộ, thử sức vào đội lacrosse của trường (bị loại), đến các sự kiện trong khuôn viên trường, nhưng chẳng có gì ăn khớp. Con bé thực sự phải mất cả một năm cố gắng. Và rồi, trong vài tuần cuối của năm học, con bé gặp một trong những người bạn thân nhất hiện nay của mình, Mary Margaret, người sau đó giới thiệu con bé (và hai người bạn của con bé) với bảy cô gái khác, những người đến tận bây giờ vẫn là những người bạn thân thiết của con bé. Con bé thực sự đã phải cho nó một năm.</w:t>
      </w:r>
    </w:p>
    <w:p>
      <w:pPr>
        <w:spacing w:after="80"/>
      </w:pPr>
      <w:r>
        <w:rPr>
          <w:b w:val="0"/>
          <w:i w:val="0"/>
        </w:rPr>
        <w:t>Và khi tôi chuyển nhà, không hiểu sao tôi lại quên mất lời khuyên của chính mình. Tôi cần được nhắc rằng sẽ phải mất một năm cố gắng. Trong vòng một tuần sau khi chuyển đi, tôi đã tin chắc rằng mình đã phạm một sai lầm to lớn. Tôi thương hại bản thân suốt cả một năm. Tôi khóc suốt. Và tôi tin chắc rằng mình sẽ không bao giờ tìm được một người mà mình có thể kết nối hay đồng cảm. Nhưng tôi đã làm gì trong năm đầu tiên đó?</w:t>
      </w:r>
    </w:p>
    <w:p>
      <w:pPr>
        <w:spacing w:after="80"/>
      </w:pPr>
      <w:r>
        <w:rPr>
          <w:b w:val="0"/>
          <w:i w:val="0"/>
        </w:rPr>
        <w:t>Không gì cả. Ngồi trong nhà, cảm thấy cô đơn.</w:t>
      </w:r>
    </w:p>
    <w:p>
      <w:pPr>
        <w:spacing w:after="80"/>
      </w:pPr>
      <w:r>
        <w:rPr>
          <w:b w:val="0"/>
          <w:i w:val="0"/>
        </w:rPr>
        <w:t>Tôi hoàn toàn không bước ra ngoài. Tôi không tìm kiếm cơ hội để kết nối. Tôi bật nhạc buồn và thương hại bản thân. Tôi khóc và than vãn với chồng. Tôi khép mình lại. Và tôi đã phạm sai lầm là kỳ vọng tình bạn sẽ rơi từ trên trời xuống và rơi vào lòng mình. Nó không hoạt động như vậy.</w:t>
      </w:r>
    </w:p>
    <w:p>
      <w:pPr>
        <w:spacing w:after="80"/>
      </w:pPr>
      <w:r>
        <w:rPr>
          <w:b w:val="0"/>
          <w:i w:val="0"/>
        </w:rPr>
        <w:t>Tôi chắc rằng bạn cũng từng có trải nghiệm như thế này. Có thể bạn đã chuyển nhà, đổi việc, hoặc trải qua một cuộc chia tay, hoặc chăm sóc một người thân đang gặp khó khăn, hoặc trở thành người "tổ ấm trống" và cảm thấy như mình đang bắt đầu lại từ đầu. Trong những khoảnh khắc đó, tôi chắc rằng bạn đã cảm thấy khá cô đơn. Điều này là bình thường.</w:t>
      </w:r>
    </w:p>
    <w:p>
      <w:pPr>
        <w:spacing w:after="80"/>
      </w:pPr>
      <w:r>
        <w:rPr>
          <w:b w:val="0"/>
          <w:i w:val="0"/>
        </w:rPr>
        <w:t>Và ngay cả khi bạn có những người bạn tuyệt vời ở xa, bạn vẫn cảm thấy đơn độc nếu không có người bạn nào ở gần. Mọi chuyện với tôi tệ đến mức một ngày nọ, tôi đi dạo cùng hai cô con gái đã trưởng thành của mình, vừa khóc nức nở vừa nói rằng tôi chẳng có người bạn nào, và tôi ghét nơi chúng tôi đang sống.</w:t>
      </w:r>
    </w:p>
    <w:p>
      <w:pPr>
        <w:spacing w:after="80"/>
      </w:pPr>
      <w:r>
        <w:rPr>
          <w:b w:val="0"/>
          <w:i w:val="0"/>
        </w:rPr>
        <w:t>Chúng tôi đi ngang qua nhà của một người phụ nữ mà tôi đã gặp một lần sáu tháng trước đó, và tôi kể với các con gái rằng tôi đã gặp người phụ nữ sống trong ngôi nhà đó và cô ấy có vẻ như là người thú vị. Và các con gái tôi bắt tôi phải đi lên lối vào nhà cô ấy, ngay lúc đó, gõ cửa và chào hỏi.</w:t>
      </w:r>
    </w:p>
    <w:p>
      <w:pPr>
        <w:spacing w:after="80"/>
      </w:pPr>
      <w:r>
        <w:rPr>
          <w:b w:val="0"/>
          <w:i w:val="0"/>
        </w:rPr>
        <w:t xml:space="preserve">Tôi không muốn làm điều đó. Tôi thực sự sợ phải bước lên lối vào nhà. Tôi cảm thấy mình thật thảm hại. </w:t>
      </w:r>
      <w:r>
        <w:rPr>
          <w:b w:val="0"/>
          <w:i/>
        </w:rPr>
        <w:t>Có thật là mọi chuyện đã đến nước này sao?!</w:t>
      </w:r>
    </w:p>
    <w:p>
      <w:pPr>
        <w:spacing w:after="80"/>
      </w:pPr>
      <w:r>
        <w:rPr>
          <w:b w:val="0"/>
          <w:i w:val="0"/>
        </w:rPr>
        <w:t>Đúng vậy, đã đến nước đó. Khi tôi thực sự nghĩ về điều đó, đây chính xác là điều tôi đã bảo con gái Sawyer làm khi con bé gọi cho tôi khóc trong năm nhất đại học.</w:t>
      </w:r>
    </w:p>
    <w:p>
      <w:pPr>
        <w:spacing w:after="80"/>
      </w:pPr>
      <w:r>
        <w:rPr>
          <w:b w:val="0"/>
          <w:i w:val="0"/>
        </w:rPr>
        <w:t>Thật xấu hổ khi gõ cửa nhà cô ấy. Tôi có thể cảm thấy tim mình đập thình thịch khi nghe tiếng chó sủa và tiếng bước chân đến gần. Và khi cánh cửa mở ra, đó không phải là người phụ nữ tôi đã gặp; mà là chồng của cô ấy.</w:t>
      </w:r>
    </w:p>
    <w:p>
      <w:pPr>
        <w:spacing w:after="80"/>
      </w:pPr>
      <w:r>
        <w:rPr>
          <w:b w:val="0"/>
          <w:i w:val="0"/>
        </w:rPr>
        <w:t>Tôi hỏi, “Mia có ở đây không?” Rồi buột miệng, “Tôi gặp cô ấy một lúc trước, tôi mới đến, tôi thật sự rất cô đơn, tôi nghĩ mình nên dừng lại chào hỏi…” Các con gái tôi chen vào, “Mẹ cháu cần bạn bè. Mẹ nghĩ vợ bác rất ngầu, nên bọn cháu bắt mẹ đến chào.”</w:t>
      </w:r>
    </w:p>
    <w:p>
      <w:pPr>
        <w:spacing w:after="80"/>
      </w:pPr>
      <w:r>
        <w:rPr>
          <w:b w:val="0"/>
          <w:i w:val="0"/>
        </w:rPr>
        <w:t>Anh ấy thật tử tế, mời chúng tôi vào nhà, dẫn chúng tôi tham quan. Chúng tôi gặp mấy chú chó, Mia rất vui vì chúng tôi ghé qua, chúng tôi trao đổi số điện thoại, và một tuần sau, cô ấy và tôi cùng nhau đi bộ đúng vòng đường đó. Và đó là khởi đầu cho việc thay đổi phần đời này của tôi và học được rằng tình bạn tuổi trưởng thành không phải là thứ tự nhiên xảy ra. Nó là thứ bạn tạo ra.</w:t>
      </w:r>
    </w:p>
    <w:p>
      <w:pPr>
        <w:spacing w:after="80"/>
      </w:pPr>
      <w:r>
        <w:rPr>
          <w:b w:val="0"/>
          <w:i w:val="0"/>
        </w:rPr>
        <w:t>Tôi vui mừng báo cáo rằng, từ cú gõ cửa đau đớn ở nhà Mia đó, và hàng trăm khoảnh khắc ngượng ngùng nhỏ nhặt khác—giới thiệu bản thân với ai đó ở quán cà phê, tấp xe vào một cánh đồng ở trang trại hoa địa phương để nói với chủ rằng hoa của họ tuyệt vời, chào người ngồi cạnh tôi trong lớp tập thể dục—tôi đã có thể chậm mà chắc tạo ra cộng đồng nhỏ mới của riêng mình.</w:t>
      </w:r>
    </w:p>
    <w:p>
      <w:pPr>
        <w:spacing w:after="80"/>
      </w:pPr>
      <w:r>
        <w:rPr>
          <w:b w:val="0"/>
          <w:i w:val="0"/>
        </w:rPr>
        <w:t xml:space="preserve">Suốt cả năm đó, tôi bắt đầu cảm thấy mình không chỉ biết những gương mặt quen thuộc trong cộng đồng nhỏ của mình, mà qua việc làm quen với họ, tôi đã tìm thấy những người bạn thật sự của mình. Đây là lý do bạn cần tập trung vào </w:t>
      </w:r>
      <w:r>
        <w:rPr>
          <w:b w:val="0"/>
          <w:i/>
        </w:rPr>
        <w:t>Để Tôi</w:t>
      </w:r>
      <w:r>
        <w:rPr>
          <w:b w:val="0"/>
          <w:i w:val="0"/>
        </w:rPr>
        <w:t>.</w:t>
      </w:r>
    </w:p>
    <w:p>
      <w:pPr>
        <w:pStyle w:val="Heading2"/>
      </w:pPr>
      <w:r>
        <w:rPr>
          <w:rFonts w:ascii="Calibri" w:hAnsi="Calibri"/>
          <w:b/>
          <w:i w:val="0"/>
          <w:sz w:val="32"/>
        </w:rPr>
        <w:t>Thói quen “Đi Trước”</w:t>
      </w:r>
    </w:p>
    <w:p>
      <w:pPr>
        <w:spacing w:after="80"/>
      </w:pPr>
      <w:r>
        <w:rPr>
          <w:b w:val="0"/>
          <w:i/>
        </w:rPr>
        <w:t>Để Tôi</w:t>
      </w:r>
      <w:r>
        <w:rPr>
          <w:b w:val="0"/>
          <w:i w:val="0"/>
        </w:rPr>
        <w:t xml:space="preserve"> là người đầu tiên giới thiệu bản thân. </w:t>
      </w:r>
      <w:r>
        <w:rPr>
          <w:b w:val="0"/>
          <w:i/>
        </w:rPr>
        <w:t>Để Tôi</w:t>
      </w:r>
      <w:r>
        <w:rPr>
          <w:b w:val="0"/>
          <w:i w:val="0"/>
        </w:rPr>
        <w:t xml:space="preserve"> là người đầu tiên nói, “Tôi mới đến đây. Bạn sống ở đây bao lâu rồi?” </w:t>
      </w:r>
      <w:r>
        <w:rPr>
          <w:b w:val="0"/>
          <w:i/>
        </w:rPr>
        <w:t>Để Tôi</w:t>
      </w:r>
      <w:r>
        <w:rPr>
          <w:b w:val="0"/>
          <w:i w:val="0"/>
        </w:rPr>
        <w:t xml:space="preserve"> là người đầu tiên nói, “Nếu bạn muốn đi dạo thì cho tôi biết nhé. Đây là số của tôi.”</w:t>
      </w:r>
    </w:p>
    <w:p>
      <w:pPr>
        <w:spacing w:after="80"/>
      </w:pPr>
      <w:r>
        <w:rPr>
          <w:b w:val="0"/>
          <w:i w:val="0"/>
        </w:rPr>
        <w:t>Chậm mà chắc, từng cuộc trò chuyện ngượng ngùng một, tôi không chỉ gặp được những người bạn của mình—tôi còn tìm thấy một số người tuyệt vời nhất mà tôi từng gặp trong đời ở thị trấn nông thôn nhỏ bé này. Và nếu tôi có thể kết bạn tuyệt vời ở tuổi 50, thì bạn cũng có thể kết bạn tuyệt vời, dù bạn sống ở đâu, ở độ tuổi nào.</w:t>
      </w:r>
    </w:p>
    <w:p>
      <w:pPr>
        <w:spacing w:after="80"/>
      </w:pPr>
      <w:r>
        <w:rPr>
          <w:b w:val="0"/>
          <w:i w:val="0"/>
        </w:rPr>
        <w:t>Không bao giờ là quá muộn vì ai cũng muốn và cần tình bạn trong đời. Kể cả khi người ta đã có “nhóm bạn” của mình, luôn có chỗ cho một người mà bạn thật sự hợp cạ.</w:t>
      </w:r>
    </w:p>
    <w:p>
      <w:pPr>
        <w:spacing w:after="80"/>
      </w:pPr>
      <w:r>
        <w:rPr>
          <w:b w:val="0"/>
          <w:i w:val="0"/>
        </w:rPr>
        <w:t>Tất cả những gì bạn cần làm là đi trước.</w:t>
      </w:r>
    </w:p>
    <w:p>
      <w:pPr>
        <w:spacing w:after="80"/>
      </w:pPr>
      <w:r>
        <w:rPr>
          <w:b w:val="0"/>
          <w:i w:val="0"/>
        </w:rPr>
        <w:t>Hãy là người chào hỏi bất cứ ai quanh bạn. Điều đó tạo nên mọi khác biệt. Tôi đã không làm vậy trong một thời gian dài. Suốt một năm ngồi trong nhà khóc, kể cả khi ra ngoài, tôi vẫn khép kín. Tôi bước vào quán cà phê, thấy những người quen, mà không biết tên ai cả. Vì tôi không hỏi. Đó là lý do tôi không quen biết ai. Tôi chỉ giữ riêng mình. Tôi không nói chuyện với ai.</w:t>
      </w:r>
    </w:p>
    <w:p>
      <w:pPr>
        <w:spacing w:after="80"/>
      </w:pPr>
      <w:r>
        <w:rPr>
          <w:b w:val="0"/>
          <w:i w:val="0"/>
        </w:rPr>
        <w:t>Ngay giây phút tôi bắt đầu “đi trước,” tôi bước vào đúng quán cà phê mà tôi đã đến gần như mỗi ngày suốt cả năm, và khi nhân viên thu ngân tính tiền cho tôi, tôi nói, “Tôi là Mel. Bạn tên gì?”</w:t>
      </w:r>
    </w:p>
    <w:p>
      <w:pPr>
        <w:spacing w:after="80"/>
      </w:pPr>
      <w:r>
        <w:rPr>
          <w:b w:val="0"/>
          <w:i w:val="0"/>
        </w:rPr>
        <w:t>“Kevin.”</w:t>
      </w:r>
    </w:p>
    <w:p>
      <w:pPr>
        <w:spacing w:after="80"/>
      </w:pPr>
      <w:r>
        <w:rPr>
          <w:b w:val="0"/>
          <w:i w:val="0"/>
        </w:rPr>
        <w:t>Khi anh ấy đưa tôi ly cà phê, tôi nói “Cảm ơn, Kevin.”</w:t>
      </w:r>
    </w:p>
    <w:p>
      <w:pPr>
        <w:spacing w:after="80"/>
      </w:pPr>
      <w:r>
        <w:rPr>
          <w:b w:val="0"/>
          <w:i w:val="0"/>
        </w:rPr>
        <w:t>Thế là khi ngồi xuống với ly cà phê, tôi mở điện thoại ra ngay và tạo một danh bạ mới cho quán cà phê. Trong phần ghi chú, tôi thêm “Kevin anh pha chế cao ráo có râu.” Tôi làm ngay vì sợ rằng mình sẽ quên tên anh ấy nếu đợi đến lúc vào xe.</w:t>
      </w:r>
    </w:p>
    <w:p>
      <w:pPr>
        <w:spacing w:after="80"/>
      </w:pPr>
      <w:r>
        <w:rPr>
          <w:b w:val="0"/>
          <w:i w:val="0"/>
        </w:rPr>
        <w:t>Tiếp theo tôi quay sang cặp vợ chồng trẻ mà tôi đã thấy sáng này qua sáng khác ở quán cà phê, nhưng chưa từng nói chuyện trước đây. “Này hai bạn, tôi thấy hai bạn ở đây hoài; tôi mới chuyển đến khu này. Tôi muốn giới thiệu bản thân. Tôi là Mel, hai bạn tên gì?”</w:t>
      </w:r>
    </w:p>
    <w:p>
      <w:pPr>
        <w:spacing w:after="80"/>
      </w:pPr>
      <w:r>
        <w:rPr>
          <w:b w:val="0"/>
          <w:i w:val="0"/>
        </w:rPr>
        <w:t>Gregory và Jordan. Không thể tử tế hơn. Tôi thêm ngay tên họ vào danh bạ quán cà phê, dưới tên Kevin, trong phần ghi chú, kèm mô tả ngắn: “Cặp vợ chồng dễ thương. Chuyển từ Los Angeles. Em bé đáng yêu.” Rồi tôi hỏi họ sống ở khu này bao lâu rồi. Hóa ra họ cũng mới chuyển đến đây một năm trước.</w:t>
      </w:r>
    </w:p>
    <w:p>
      <w:pPr>
        <w:spacing w:after="80"/>
      </w:pPr>
      <w:r>
        <w:rPr>
          <w:b w:val="0"/>
          <w:i w:val="0"/>
        </w:rPr>
        <w:t>Tiếp theo tôi hỏi họ làm nghề gì. Bạn có muốn biết một điều điên rồ không? Gregory làm trong ngành podcast. Jordan là nhà tâm lý học. Xác suất trùng hợp đến vậy là bao nhiêu chứ? Nghĩ mà xem, tôi đã dành cả một năm ngồi cách hai người có quá nhiều điểm chung với mình chỉ mười feet. Việc tôi làm ở quán cà phê sâu xa hơn nhiều so với chỉ nói vài câu xã giao. Tôi đang bắt đầu tạo dựng một cộng đồng cho chính mình.</w:t>
      </w:r>
    </w:p>
    <w:p>
      <w:pPr>
        <w:spacing w:after="80"/>
      </w:pPr>
      <w:r>
        <w:rPr>
          <w:b w:val="0"/>
          <w:i w:val="0"/>
        </w:rPr>
        <w:t>Sự ấm áp bạn dành cho người khác luôn tìm được đường quay trở lại với bạn. Chỉ cần biết tên của tất cả những gương mặt quen thuộc quanh mình cũng đủ khiến bạn cảm thấy gắn kết hơn với nơi mình sống. Hơn nữa, càng gặp nhiều người, bạn càng nhanh tìm ra những người thực sự kết nối với mình.</w:t>
      </w:r>
    </w:p>
    <w:p>
      <w:pPr>
        <w:spacing w:after="80"/>
      </w:pPr>
      <w:r>
        <w:rPr>
          <w:b w:val="0"/>
          <w:i w:val="0"/>
        </w:rPr>
        <w:t>Và điều này còn mang lại nhiều lợi ích hơn thế. Bằng cách chủ động bắt chuyện trước, bạn tạo ra một sự kết nối có tác động to lớn đến sức khỏe tinh thần và hạnh phúc của mình. Và điều này thường bị bỏ qua. Các nhà nghiên cứu nói rằng những người bạn ngồi cạnh ở quán cà phê, hay đứng cạnh trong thang máy tòa nhà bạn ở, không phải là người lạ—họ là những "mối liên kết yếu" (weak ties).</w:t>
      </w:r>
    </w:p>
    <w:p>
      <w:pPr>
        <w:spacing w:after="80"/>
      </w:pPr>
      <w:r>
        <w:rPr>
          <w:b w:val="0"/>
          <w:i w:val="0"/>
        </w:rPr>
        <w:t>Những người này vô cùng quyền năng và là một phần quan trọng trong cuộc sống của bạn. Họ có thể trở thành nền tảng bạn xây dựng để nâng đỡ bạn trong nhịp sống thường ngày. Hãy học tên họ. Chào hỏi họ. Vuốt ve chó của họ. Ghi chú mô tả vào danh bạ để bạn có thể nhớ lại trước khi bước vào quán cà phê ngày mai.</w:t>
      </w:r>
    </w:p>
    <w:p>
      <w:pPr>
        <w:spacing w:after="80"/>
      </w:pPr>
      <w:r>
        <w:rPr>
          <w:b w:val="0"/>
          <w:i w:val="0"/>
        </w:rPr>
        <w:t>Từng cuộc trò chuyện một, tôi bắt đầu tạo dựng giàn giáo xã hội của mình, mạng lưới những người quanh tôi mà tôi biết tên riêng: "Chào Kevin," "Chào Gregory," "Chào Jordan," điều đó khiến tôi cảm thấy bớt cô đơn hơn một chút.</w:t>
      </w:r>
    </w:p>
    <w:p>
      <w:pPr>
        <w:spacing w:after="80"/>
      </w:pPr>
      <w:r>
        <w:rPr>
          <w:b w:val="0"/>
          <w:i w:val="0"/>
        </w:rPr>
        <w:t>Đó cũng là cách tôi gặp một trong những người bạn thân nhất hiện tại của mình, David. Chúng tôi đã sống cách nhau một dặm suốt một năm, và chưa từng gặp nhau vì cả hai đều ngồi một mình trong nhà, tự thương hại bản thân. Chúng tôi bắt đầu từ một lời chào ở quán cà phê, và giờ anh ấy là một trong những người tôi yêu quý nhất trên đời, anh ấy và chồng anh ấy đã trở thành như gia đình của tôi.</w:t>
      </w:r>
    </w:p>
    <w:p>
      <w:pPr>
        <w:spacing w:after="80"/>
      </w:pPr>
      <w:r>
        <w:rPr>
          <w:b w:val="0"/>
          <w:i w:val="0"/>
        </w:rPr>
        <w:t>Nếu tôi làm được, bạn cũng làm được. Học thuyết Let Them sẽ giúp bạn thực hiện điều này.</w:t>
      </w:r>
    </w:p>
    <w:p>
      <w:pPr>
        <w:spacing w:after="80"/>
      </w:pPr>
      <w:r>
        <w:rPr>
          <w:b w:val="0"/>
          <w:i w:val="0"/>
        </w:rPr>
        <w:t xml:space="preserve">Liệu một số người có hơi ngượng ngùng không? Có. </w:t>
      </w:r>
      <w:r>
        <w:rPr>
          <w:b w:val="0"/>
          <w:i/>
        </w:rPr>
        <w:t>Let Them</w:t>
      </w:r>
      <w:r>
        <w:rPr>
          <w:b w:val="0"/>
          <w:i w:val="0"/>
        </w:rPr>
        <w:t xml:space="preserve">. Liệu hầu hết mọi người có ấm áp và cởi mở không? Có. </w:t>
      </w:r>
      <w:r>
        <w:rPr>
          <w:b w:val="0"/>
          <w:i/>
        </w:rPr>
        <w:t>Let Them</w:t>
      </w:r>
      <w:r>
        <w:rPr>
          <w:b w:val="0"/>
          <w:i w:val="0"/>
        </w:rPr>
        <w:t>.</w:t>
      </w:r>
    </w:p>
    <w:p>
      <w:pPr>
        <w:spacing w:after="80"/>
      </w:pPr>
      <w:r>
        <w:rPr>
          <w:b w:val="0"/>
          <w:i w:val="0"/>
        </w:rPr>
        <w:t xml:space="preserve">Tạo dựng tình bạn thực sự nằm ở phần </w:t>
      </w:r>
      <w:r>
        <w:rPr>
          <w:b w:val="0"/>
          <w:i/>
        </w:rPr>
        <w:t>Let Me</w:t>
      </w:r>
      <w:r>
        <w:rPr>
          <w:b w:val="0"/>
          <w:i w:val="0"/>
        </w:rPr>
        <w:t>. Và đây là một vài điều đơn giản tôi đã làm để buộc mình phải chủ động trước:</w:t>
      </w:r>
    </w:p>
    <w:p>
      <w:pPr>
        <w:pStyle w:val="Heading3"/>
      </w:pPr>
      <w:r>
        <w:rPr>
          <w:rFonts w:ascii="Calibri" w:hAnsi="Calibri"/>
          <w:b/>
          <w:i w:val="0"/>
          <w:sz w:val="26"/>
        </w:rPr>
        <w:t>1. Khen ngợi mọi người ở mọi nơi bạn đến.</w:t>
      </w:r>
    </w:p>
    <w:p>
      <w:pPr>
        <w:spacing w:after="80"/>
      </w:pPr>
      <w:r>
        <w:rPr>
          <w:b w:val="0"/>
          <w:i w:val="0"/>
        </w:rPr>
        <w:t>Nếu bạn thích màu sơn móng tay của họ, hãy nói ra. Nếu bạn thích bộ đồ của họ, hãy nói ra. Nếu bạn thích đôi tất của họ, cứ nói đi! Mọi người thích được khen vì họ cảm thấy được nhìn thấy và trân trọng. Và đó là cách chắc chắn để phá vỡ rào cản với ai đó mà không cảm thấy kỳ cục.</w:t>
      </w:r>
    </w:p>
    <w:p>
      <w:pPr>
        <w:pStyle w:val="Heading3"/>
      </w:pPr>
      <w:r>
        <w:rPr>
          <w:rFonts w:ascii="Calibri" w:hAnsi="Calibri"/>
          <w:b/>
          <w:i w:val="0"/>
          <w:sz w:val="26"/>
        </w:rPr>
        <w:t>2. Hãy tò mò.</w:t>
      </w:r>
    </w:p>
    <w:p>
      <w:pPr>
        <w:spacing w:after="80"/>
      </w:pPr>
      <w:r>
        <w:rPr>
          <w:b w:val="0"/>
          <w:i w:val="0"/>
        </w:rPr>
        <w:t>Hỏi họ đang đọc gì. Hỏi họ đã gọi món gì. Mọi người thích nói về bản thân. Và kể cả khi câu chuyện không đi xa hơn việc người kia nói cảm ơn, bạn vẫn được điểm vì là người chủ động trước.</w:t>
      </w:r>
    </w:p>
    <w:p>
      <w:pPr>
        <w:pStyle w:val="Heading3"/>
      </w:pPr>
      <w:r>
        <w:rPr>
          <w:rFonts w:ascii="Calibri" w:hAnsi="Calibri"/>
          <w:b/>
          <w:i w:val="0"/>
          <w:sz w:val="26"/>
        </w:rPr>
        <w:t>3. Mỉm cười và chào hỏi bất kỳ ai bạn gặp hay đi ngang qua.</w:t>
      </w:r>
    </w:p>
    <w:p>
      <w:pPr>
        <w:spacing w:after="80"/>
      </w:pPr>
      <w:r>
        <w:rPr>
          <w:b w:val="0"/>
          <w:i w:val="0"/>
        </w:rPr>
        <w:t>Trở thành một người ấm áp và dễ gần là một kỹ năng. Nếu bạn luyện tập nó, nó sẽ trở thành một lối sống. Khi bạn bước qua cuộc đời với tinh thần chào đón, cuộc sống sẽ mở ra với bạn</w:t>
      </w:r>
    </w:p>
    <w:p>
      <w:pPr>
        <w:pStyle w:val="Heading3"/>
      </w:pPr>
      <w:r>
        <w:rPr>
          <w:rFonts w:ascii="Calibri" w:hAnsi="Calibri"/>
          <w:b/>
          <w:i w:val="0"/>
          <w:sz w:val="26"/>
        </w:rPr>
        <w:t>4. Làm điều này mà không mong đợi điều gì.</w:t>
      </w:r>
    </w:p>
    <w:p>
      <w:pPr>
        <w:spacing w:after="80"/>
      </w:pPr>
      <w:r>
        <w:rPr>
          <w:b w:val="0"/>
          <w:i w:val="0"/>
        </w:rPr>
        <w:t>Lý do để trở nên ấm áp với người lạ là vì chỉ cần tạo ra những kết nối với người khác thôi cũng sẽ cải thiện cuộc sống của bạn. Sự ấm áp bạn trao đi luôn tìm được đường quay trở lại với bạn.</w:t>
      </w:r>
    </w:p>
    <w:p>
      <w:pPr>
        <w:spacing w:after="80"/>
      </w:pPr>
      <w:r>
        <w:rPr>
          <w:b w:val="0"/>
          <w:i w:val="0"/>
        </w:rPr>
        <w:t>Hãy tin rằng bạn càng làm điều này mà không mong đợi ai đó rủ bạn đi ăn tối, hay ai đó lập tức hợp gu với mình, thì những người phù hợp sẽ càng nhanh tìm đến bạn. Bạn có thể nghĩ về điều này theo góc độ năng lượng. Bạn đang mở ra nguồn năng lượng của mình, với niềm tin rằng những người thực sự thuộc về cuộc đời bạn sẽ tự nhiên hòa hợp với nó.</w:t>
      </w:r>
    </w:p>
    <w:p>
      <w:pPr>
        <w:spacing w:after="80"/>
      </w:pPr>
      <w:r>
        <w:rPr>
          <w:b w:val="0"/>
          <w:i w:val="0"/>
        </w:rPr>
        <w:t>Sự cô đơn là có thật. Nhưng bạn không bị mắc kẹt ở đó. Thật khó để bước ra ngoài, nhưng ở nhà và cảm thấy cô đơn còn khó hơn. Tôi thà có một khoảnh khắc ngượng ngùng còn hơn tiếp tục cảm thấy cô đơn. Và tôi biết bạn cũng vậy.</w:t>
      </w:r>
    </w:p>
    <w:p>
      <w:pPr>
        <w:spacing w:after="80"/>
      </w:pPr>
      <w:r>
        <w:rPr>
          <w:b w:val="0"/>
          <w:i w:val="0"/>
        </w:rPr>
        <w:t>Và cuối cùng, hãy cho nó một năm.</w:t>
      </w:r>
    </w:p>
    <w:p>
      <w:pPr>
        <w:spacing w:after="80"/>
      </w:pPr>
      <w:r>
        <w:rPr>
          <w:b w:val="0"/>
          <w:i w:val="0"/>
        </w:rPr>
        <w:t>Xây dựng một mạng lưới những kết nối ấm áp khiến bạn cảm thấy mình là một phần của cộng đồng là một tầng lớp thiết yếu của tình bạn khi trưởng thành. Tôi đã rất sốc khi nhận ra rằng chỉ cần bắt đầu kết nối với tất cả những người xung quanh mình, tôi mới thấy rằng chính tôi là người đã bị ngắt kết nối khỏi tiềm năng của tình bạn.</w:t>
      </w:r>
    </w:p>
    <w:p>
      <w:pPr>
        <w:pStyle w:val="Heading2"/>
      </w:pPr>
      <w:r>
        <w:rPr>
          <w:rFonts w:ascii="Calibri" w:hAnsi="Calibri"/>
          <w:b/>
          <w:i w:val="0"/>
          <w:sz w:val="32"/>
        </w:rPr>
        <w:t>Tạo Dựng Cộng Đồng Ở Bất Cứ Đâu</w:t>
      </w:r>
    </w:p>
    <w:p>
      <w:pPr>
        <w:spacing w:after="80"/>
      </w:pPr>
      <w:r>
        <w:rPr>
          <w:b w:val="0"/>
          <w:i w:val="0"/>
        </w:rPr>
        <w:t>Chính tôi là người đã ngăn mình kết nối với cộng đồng ngay bên cạnh mình. Bằng cách cô lập và tách mình ra, tôi đã đóng lại cánh cửa với cộng đồng đang chờ đợi mình. Người bạn tri kỷ hay người bạn thân nhất của bạn rất có thể đang ngồi cách bạn hai bàn ở quán cà phê ngay hôm nay.</w:t>
      </w:r>
    </w:p>
    <w:p>
      <w:pPr>
        <w:spacing w:after="80"/>
      </w:pPr>
      <w:r>
        <w:rPr>
          <w:b w:val="0"/>
          <w:i w:val="0"/>
        </w:rPr>
        <w:t>Đừng mong họ tìm thấy bạn. Hãy đi trước và bạn sẽ tìm thấy họ. Và nếu bạn thực sự muốn tăng tốc khả năng gặp gỡ những người mà bạn sẽ hợp gu, hãy thử những điều mà tôi và chồng tôi đã làm:</w:t>
      </w:r>
    </w:p>
    <w:p>
      <w:pPr>
        <w:pStyle w:val="Heading3"/>
      </w:pPr>
      <w:r>
        <w:rPr>
          <w:rFonts w:ascii="Calibri" w:hAnsi="Calibri"/>
          <w:b/>
          <w:i w:val="0"/>
          <w:sz w:val="26"/>
        </w:rPr>
        <w:t>1. Tìm kiếm các sự kiện và lớp học nhóm mà bạn thấy hứng thú.</w:t>
      </w:r>
    </w:p>
    <w:p>
      <w:pPr>
        <w:spacing w:after="80"/>
      </w:pPr>
      <w:r>
        <w:rPr>
          <w:b w:val="0"/>
          <w:i w:val="0"/>
        </w:rPr>
        <w:t>Có thể là bất cứ thứ gì: CrossFit, yoga, chạy bộ, đi bộ, nấu ăn, vẽ tranh, diễn ứng tác (improv), hay sửa sang đồ nội thất. Điều này sẽ đưa bạn đến gần những người có cùng mối quan tâm về một chủ đề cụ thể. Điều này sẽ giúp bạn dễ tìm thấy những người mà bạn có điểm chung hơn.</w:t>
      </w:r>
    </w:p>
    <w:p>
      <w:pPr>
        <w:pStyle w:val="Heading3"/>
      </w:pPr>
      <w:r>
        <w:rPr>
          <w:rFonts w:ascii="Calibri" w:hAnsi="Calibri"/>
          <w:b/>
          <w:i w:val="0"/>
          <w:sz w:val="26"/>
        </w:rPr>
        <w:t>2. Khi bạn hợp gu với ai đó, hãy đưa mối quan hệ ra khỏi lớp học.</w:t>
      </w:r>
    </w:p>
    <w:p>
      <w:pPr>
        <w:spacing w:after="80"/>
      </w:pPr>
      <w:r>
        <w:rPr>
          <w:b w:val="0"/>
          <w:i w:val="0"/>
        </w:rPr>
        <w:t>Bạn hãy đi trước, và rủ họ đi uống một tách cà phê hoặc đi dạo. Bạn càng làm điều này với nhiều người, bạn sẽ càng cảm thấy thoải mái khi mời một người vừa mới quen cùng làm gì đó, và bạn sẽ càng nhanh tìm thấy những người thuộc về mình.</w:t>
      </w:r>
    </w:p>
    <w:p>
      <w:pPr>
        <w:pStyle w:val="Heading3"/>
      </w:pPr>
      <w:r>
        <w:rPr>
          <w:rFonts w:ascii="Calibri" w:hAnsi="Calibri"/>
          <w:b/>
          <w:i w:val="0"/>
          <w:sz w:val="26"/>
        </w:rPr>
        <w:t>3. Khi bạn gặp nhiều người hơn, hãy tìm những sự kiện thú vị và liên hệ với những người bạn đã hay đi chơi cùng để xem có ai muốn đi theo nhóm không.</w:t>
      </w:r>
    </w:p>
    <w:p>
      <w:pPr>
        <w:spacing w:after="80"/>
      </w:pPr>
      <w:r>
        <w:rPr>
          <w:b w:val="0"/>
          <w:i w:val="0"/>
        </w:rPr>
        <w:t>Có thể là một buổi hòa nhạc, một buổi diễn thuyết, hay một ngày tình nguyện. Một cách tôi đã làm điều này là lập một nhóm đi bộ với một người phụ nữ tôi gặp ở tiệm làm tóc. Rồi một ngày cô ấy dẫn theo một người bạn. Chậm mà chắc, tôi bắt đầu mời những người khác mà mình đã gặp. Mỗi thứ Tư, chúng tôi gặp nhau lúc 6:30 sáng để đi bộ một vòng quanh khu xóm.</w:t>
      </w:r>
    </w:p>
    <w:p>
      <w:pPr>
        <w:spacing w:after="80"/>
      </w:pPr>
      <w:r>
        <w:rPr>
          <w:b w:val="0"/>
          <w:i w:val="0"/>
        </w:rPr>
        <w:t>Ba năm sau, nhóm vẫn hoạt động mạnh mẽ. Chuỗi tin nhắn có nhiều người đến mức chúng tôi không thể thêm ai nữa. Và những người mới cứ liên tục xuất hiện. Đây là một ví dụ khác cho thấy tại sao cần cả một năm.</w:t>
      </w:r>
    </w:p>
    <w:p>
      <w:pPr>
        <w:spacing w:after="80"/>
      </w:pPr>
      <w:r>
        <w:rPr>
          <w:b w:val="0"/>
          <w:i w:val="0"/>
        </w:rPr>
        <w:t>Nhưng đi bộ chỉ là một ví dụ. Tôi đã mời các nhóm người gặp nhau để nghe nhạc jazz ở một quán trọ địa phương, đi học lớp làm vòng hoa, đi dự một sự kiện bingo của drag queen, và đi tình nguyện giúp một nông dân địa phương đào củ thược dược.</w:t>
      </w:r>
    </w:p>
    <w:p>
      <w:pPr>
        <w:spacing w:after="80"/>
      </w:pPr>
      <w:r>
        <w:rPr>
          <w:b w:val="0"/>
          <w:i w:val="0"/>
        </w:rPr>
        <w:t>Chồng tôi, Chris, cũng dùng cách tiếp cận này. Anh ấy tham gia một phòng gym, đăng ký một giải golf, và tham gia một loạt lớp tập paddle tennis. Anh ấy tham gia vào ngọn núi trượt tuyết địa phương. Anh ấy trở thành tình nguyện viên chăm sóc cuối đời. Tất cả những điều này đưa anh ấy đến gặp gỡ những người có cùng sở thích.</w:t>
      </w:r>
    </w:p>
    <w:p>
      <w:pPr>
        <w:spacing w:after="80"/>
      </w:pPr>
      <w:r>
        <w:rPr>
          <w:b w:val="0"/>
          <w:i w:val="0"/>
        </w:rPr>
        <w:t>Sau đó Chris tìm những hoạt động vui vẻ đang diễn ra trong thị trấn hoặc gần đó và rủ một người bạn mới cùng làm. Anh ấy tham gia một đội để thi đấu trong một cuộc đua trượt tuyết nam. Anh ấy lập một nhóm "leo núi rồi trượt xuống" vào lúc bình minh sáng thứ Ba—họ gặp nhau ở một bãi đỗ xe, tin lan ra, và giờ vào bất kỳ thứ Ba nào bạn cũng sẽ thấy 15–20 người đủ mọi lứa tuổi, từ các thị trấn xung quanh, cùng nhau leo núi.</w:t>
      </w:r>
    </w:p>
    <w:p>
      <w:pPr>
        <w:spacing w:after="80"/>
      </w:pPr>
      <w:r>
        <w:rPr>
          <w:b w:val="0"/>
          <w:i w:val="0"/>
        </w:rPr>
        <w:t>Điều đó nói với bạn điều gì?</w:t>
      </w:r>
    </w:p>
    <w:p>
      <w:pPr>
        <w:spacing w:after="80"/>
      </w:pPr>
      <w:r>
        <w:rPr>
          <w:b w:val="0"/>
          <w:i w:val="0"/>
        </w:rPr>
        <w:t>Rằng chậm mà chắc, bạn có thể kết thêm nhiều bạn—và rằng mỗi người chúng ta đều đang tìm kiếm cơ hội để kết nối với người khác và tìm những người bạn mới.</w:t>
      </w:r>
    </w:p>
    <w:p>
      <w:pPr>
        <w:spacing w:after="80"/>
      </w:pPr>
      <w:r>
        <w:rPr>
          <w:b w:val="0"/>
          <w:i w:val="0"/>
        </w:rPr>
        <w:t>Thay vì ngồi đó hy vọng ai đó khác sẽ lập một nhóm đi bộ đường dài, hay một câu lạc bộ đi bộ, hay một câu lạc bộ đọc sách, bạn hãy là người đi trước.</w:t>
      </w:r>
    </w:p>
    <w:p>
      <w:pPr>
        <w:spacing w:after="80"/>
      </w:pPr>
      <w:r>
        <w:rPr>
          <w:b w:val="0"/>
          <w:i w:val="0"/>
        </w:rPr>
        <w:t>Dùng Let Them Theory, bạn không chỉ tạo được những tình bạn tốt hơn—bạn còn trở thành một người bạn tốt hơn. Điều này quan trọng. Các mối quan hệ của bạn tạo nên một cuộc sống tốt đẹp. Những người bạn tốt khiến bạn hạnh phúc hơn, khỏe mạnh hơn, và mang lại ý nghĩa cho cuộc sống của bạn; và tình bạn là một trong những điều bạn sẽ trân quý nhất khi đi qua cuộc đời mình.</w:t>
      </w:r>
    </w:p>
    <w:p>
      <w:pPr>
        <w:spacing w:after="80"/>
      </w:pPr>
      <w:r>
        <w:rPr>
          <w:b w:val="0"/>
          <w:i w:val="0"/>
        </w:rPr>
        <w:t xml:space="preserve">Let Them Theory sẽ giúp bạn tạo ra những tình bạn mà bạn xứng đáng có, và điều đó sẽ đòi hỏi bạn phải linh hoạt. Hãy nhớ rằng, bạn bè sẽ đến rồi đi trong cuộc đời bạn. Đừng chờ đợi lời mời nữa. Đừng nắm giữ quá chặt khi mọi thứ bắt đầu thay đổi. Và hãy bắt đầu chịu trách nhiệm về cách bạn xuất hiện. </w:t>
      </w:r>
      <w:r>
        <w:rPr>
          <w:b w:val="0"/>
          <w:i/>
        </w:rPr>
        <w:t>Let Them</w:t>
      </w:r>
      <w:r>
        <w:rPr>
          <w:b w:val="0"/>
          <w:i w:val="0"/>
        </w:rPr>
        <w:t xml:space="preserve"> sẽ giúp bạn linh hoạt hơn, không để bụng chuyện gì, và cho phép đúng người bước vào, và để người không phù hợp rời đi.</w:t>
      </w:r>
    </w:p>
    <w:p>
      <w:pPr>
        <w:spacing w:after="80"/>
      </w:pPr>
      <w:r>
        <w:rPr>
          <w:b w:val="0"/>
          <w:i w:val="0"/>
        </w:rPr>
        <w:t xml:space="preserve">Nó cũng sẽ giúp bạn vượt qua giai đoạn vô cùng ngượng ngùng này khi bạn đang kết bạn mới. Nếu bạn chào hỏi ở một quán cà phê mà họ không thân thiện lắm, </w:t>
      </w:r>
      <w:r>
        <w:rPr>
          <w:b w:val="0"/>
          <w:i/>
        </w:rPr>
        <w:t>Let Them</w:t>
      </w:r>
      <w:r>
        <w:rPr>
          <w:b w:val="0"/>
          <w:i w:val="0"/>
        </w:rPr>
        <w:t xml:space="preserve">. Nếu lịch của họ quá bận đến mức không tìm được thời gian đi dạo, </w:t>
      </w:r>
      <w:r>
        <w:rPr>
          <w:b w:val="0"/>
          <w:i/>
        </w:rPr>
        <w:t>Let Them</w:t>
      </w:r>
      <w:r>
        <w:rPr>
          <w:b w:val="0"/>
          <w:i w:val="0"/>
        </w:rPr>
        <w:t xml:space="preserve">. Nếu họ hủy kế hoạch cuối tuần này vì đã có một tuần làm việc dài, </w:t>
      </w:r>
      <w:r>
        <w:rPr>
          <w:b w:val="0"/>
          <w:i/>
        </w:rPr>
        <w:t>Let Them</w:t>
      </w:r>
      <w:r>
        <w:rPr>
          <w:b w:val="0"/>
          <w:i w:val="0"/>
        </w:rPr>
        <w:t xml:space="preserve">. Nếu họ yêu, hoặc có em bé, và bạn không còn là ưu tiên, </w:t>
      </w:r>
      <w:r>
        <w:rPr>
          <w:b w:val="0"/>
          <w:i/>
        </w:rPr>
        <w:t>Let Them</w:t>
      </w:r>
      <w:r>
        <w:rPr>
          <w:b w:val="0"/>
          <w:i w:val="0"/>
        </w:rPr>
        <w:t xml:space="preserve">. Nếu họ chuyển đi, và bắt đầu một chương khác, </w:t>
      </w:r>
      <w:r>
        <w:rPr>
          <w:b w:val="0"/>
          <w:i/>
        </w:rPr>
        <w:t>Let Them</w:t>
      </w:r>
      <w:r>
        <w:rPr>
          <w:b w:val="0"/>
          <w:i w:val="0"/>
        </w:rPr>
        <w:t xml:space="preserve">. Nếu họ ngừng gọi lại cho bạn, </w:t>
      </w:r>
      <w:r>
        <w:rPr>
          <w:b w:val="0"/>
          <w:i/>
        </w:rPr>
        <w:t>Let Them</w:t>
      </w:r>
      <w:r>
        <w:rPr>
          <w:b w:val="0"/>
          <w:i w:val="0"/>
        </w:rPr>
        <w:t xml:space="preserve">. Nếu họ đang ưu tiên những tình bạn khác hoặc công việc, </w:t>
      </w:r>
      <w:r>
        <w:rPr>
          <w:b w:val="0"/>
          <w:i/>
        </w:rPr>
        <w:t>Let Them</w:t>
      </w:r>
      <w:r>
        <w:rPr>
          <w:b w:val="0"/>
          <w:i w:val="0"/>
        </w:rPr>
        <w:t xml:space="preserve">. Nếu thời điểm, khoảng cách, hay năng lượng không khớp, </w:t>
      </w:r>
      <w:r>
        <w:rPr>
          <w:b w:val="0"/>
          <w:i/>
        </w:rPr>
        <w:t>Let Them</w:t>
      </w:r>
      <w:r>
        <w:rPr>
          <w:b w:val="0"/>
          <w:i w:val="0"/>
        </w:rPr>
        <w:t>.</w:t>
      </w:r>
    </w:p>
    <w:p>
      <w:pPr>
        <w:spacing w:after="80"/>
      </w:pPr>
      <w:r>
        <w:rPr>
          <w:b w:val="0"/>
          <w:i w:val="0"/>
        </w:rPr>
        <w:t xml:space="preserve">Mọi người sẽ đến rồi đi trong cuộc đời bạn. Và bạn càng linh hoạt, họ càng đến rồi đi nhiều hơn. Thật là một điều tuyệt đẹp khi </w:t>
      </w:r>
      <w:r>
        <w:rPr>
          <w:b w:val="0"/>
          <w:i/>
        </w:rPr>
        <w:t>Let Them</w:t>
      </w:r>
      <w:r>
        <w:rPr>
          <w:b w:val="0"/>
          <w:i w:val="0"/>
        </w:rPr>
        <w:t xml:space="preserve">. Hãy tập trung vào </w:t>
      </w:r>
      <w:r>
        <w:rPr>
          <w:b w:val="0"/>
          <w:i/>
        </w:rPr>
        <w:t>Let Me</w:t>
      </w:r>
      <w:r>
        <w:rPr>
          <w:b w:val="0"/>
          <w:i w:val="0"/>
        </w:rPr>
        <w:t>, vì đó là điều nằm trong tầm kiểm soát của bạn.</w:t>
      </w:r>
    </w:p>
    <w:p>
      <w:pPr>
        <w:spacing w:after="80"/>
      </w:pPr>
      <w:r>
        <w:rPr>
          <w:b w:val="0"/>
          <w:i/>
        </w:rPr>
        <w:t>Let Me</w:t>
      </w:r>
      <w:r>
        <w:rPr>
          <w:b w:val="0"/>
          <w:i w:val="0"/>
        </w:rPr>
        <w:t xml:space="preserve"> thấu hiểu. </w:t>
      </w:r>
      <w:r>
        <w:rPr>
          <w:b w:val="0"/>
          <w:i/>
        </w:rPr>
        <w:t>Let Me</w:t>
      </w:r>
      <w:r>
        <w:rPr>
          <w:b w:val="0"/>
          <w:i w:val="0"/>
        </w:rPr>
        <w:t xml:space="preserve"> nỗ lực. </w:t>
      </w:r>
      <w:r>
        <w:rPr>
          <w:b w:val="0"/>
          <w:i/>
        </w:rPr>
        <w:t>Let Me</w:t>
      </w:r>
      <w:r>
        <w:rPr>
          <w:b w:val="0"/>
          <w:i w:val="0"/>
        </w:rPr>
        <w:t xml:space="preserve"> hỏi thăm mà không kỳ vọng gì, chỉ vì tôi quan tâm. </w:t>
      </w:r>
      <w:r>
        <w:rPr>
          <w:b w:val="0"/>
          <w:i/>
        </w:rPr>
        <w:t>Let Me</w:t>
      </w:r>
      <w:r>
        <w:rPr>
          <w:b w:val="0"/>
          <w:i w:val="0"/>
        </w:rPr>
        <w:t xml:space="preserve"> lên kế hoạch. </w:t>
      </w:r>
      <w:r>
        <w:rPr>
          <w:b w:val="0"/>
          <w:i/>
        </w:rPr>
        <w:t>Let Me</w:t>
      </w:r>
      <w:r>
        <w:rPr>
          <w:b w:val="0"/>
          <w:i w:val="0"/>
        </w:rPr>
        <w:t xml:space="preserve"> tin vào trực giác khi năng lượng có vẻ không ổn. </w:t>
      </w:r>
      <w:r>
        <w:rPr>
          <w:b w:val="0"/>
          <w:i/>
        </w:rPr>
        <w:t>Let Me</w:t>
      </w:r>
      <w:r>
        <w:rPr>
          <w:b w:val="0"/>
          <w:i w:val="0"/>
        </w:rPr>
        <w:t xml:space="preserve"> gọi điện hay nhắn tin nếu ai đó chợt hiện lên trong đầu tôi. </w:t>
      </w:r>
      <w:r>
        <w:rPr>
          <w:b w:val="0"/>
          <w:i/>
        </w:rPr>
        <w:t>Let Me</w:t>
      </w:r>
      <w:r>
        <w:rPr>
          <w:b w:val="0"/>
          <w:i w:val="0"/>
        </w:rPr>
        <w:t xml:space="preserve"> hành động với niềm tin rằng một số người bạn thân yêu nhất của tôi vẫn chưa gặp mặt.</w:t>
      </w:r>
    </w:p>
    <w:p>
      <w:pPr>
        <w:spacing w:after="80"/>
      </w:pPr>
      <w:r>
        <w:rPr>
          <w:b w:val="0"/>
          <w:i/>
        </w:rPr>
        <w:t>Let Me</w:t>
      </w:r>
      <w:r>
        <w:rPr>
          <w:b w:val="0"/>
          <w:i w:val="0"/>
        </w:rPr>
        <w:t xml:space="preserve"> đi trước.</w:t>
      </w:r>
    </w:p>
    <w:p>
      <w:pPr>
        <w:spacing w:after="80"/>
      </w:pPr>
      <w:r>
        <w:rPr>
          <w:b w:val="0"/>
          <w:i w:val="0"/>
        </w:rPr>
        <w:t>Vậy hãy tóm tắt cách làm chủ tình bạn tuổi trưởng thành. Bạn đã tiếp cận tình bạn tuổi trưởng thành giống như hồi còn nhỏ—bạn chỉ mong nó tự nhiên xảy ra. Let Them Theory trao cho bạn sức mạnh để ngừng mong tình bạn tự xảy ra và chịu trách nhiệm tạo ra nó.</w:t>
      </w:r>
    </w:p>
    <w:p>
      <w:pPr>
        <w:spacing w:after="80"/>
        <w:ind w:left="360"/>
      </w:pPr>
      <w:r>
        <w:t xml:space="preserve">1. </w:t>
      </w:r>
      <w:r>
        <w:rPr>
          <w:b/>
          <w:i w:val="0"/>
        </w:rPr>
        <w:t>Vấn đề:</w:t>
      </w:r>
      <w:r>
        <w:rPr>
          <w:b w:val="0"/>
          <w:i w:val="0"/>
        </w:rPr>
        <w:t xml:space="preserve"> Cuộc Đại Phân Tán đã xảy ra và bạn không nhận ra. Bạn đã tiếp cận tình bạn sai cách kể từ đó. Bạn đã mong được bao gồm. Bạn đã mong được ở bên bạn bè mình mọi lúc. Bạn đã mong nhận được tin nhắn trả lời. Kỳ vọng đó đã dẫn đến cảm giác mất kết nối, cô lập, và bất an khi tiếp cận những tình bạn mới hoặc đang có.</w:t>
      </w:r>
    </w:p>
    <w:p>
      <w:pPr>
        <w:spacing w:after="80"/>
        <w:ind w:left="360"/>
      </w:pPr>
      <w:r>
        <w:t xml:space="preserve">2. </w:t>
      </w:r>
      <w:r>
        <w:rPr>
          <w:b/>
          <w:i w:val="0"/>
        </w:rPr>
        <w:t>Sự thật:</w:t>
      </w:r>
      <w:r>
        <w:rPr>
          <w:b w:val="0"/>
          <w:i w:val="0"/>
        </w:rPr>
        <w:t xml:space="preserve"> Có ba trụ cột của tình bạn tuổi trưởng thành: khoảng cách, thời điểm, và năng lượng. Bạn có trách nhiệm hiểu ba trụ cột này và áp dụng một tư duy linh hoạt cùng cách tiếp cận chủ động với các tình bạn của mình. Bạn có rất nhiều sức mạnh trong các mối quan hệ của mình và một số người bạn thân yêu nhất của bạn đang chỉ chờ bạn đi trước.</w:t>
      </w:r>
    </w:p>
    <w:p>
      <w:pPr>
        <w:spacing w:after="80"/>
        <w:ind w:left="360"/>
      </w:pPr>
      <w:r>
        <w:t xml:space="preserve">3. </w:t>
      </w:r>
      <w:r>
        <w:rPr>
          <w:b/>
          <w:i w:val="0"/>
        </w:rPr>
        <w:t>Giải pháp:</w:t>
      </w:r>
      <w:r>
        <w:rPr>
          <w:b w:val="0"/>
          <w:i w:val="0"/>
        </w:rPr>
        <w:t xml:space="preserve"> Dùng Let Them Theory, hãy bắt đầu tạo ra những kết nối mà không có bất kỳ kỳ vọng nào. Bạn đi trước. Hãy bắt đầu chào hỏi những người xung quanh bạn và xây dựng cảm giác cộng đồng đó ở bất cứ nơi nào bạn sống hôm nay. Đăng ký lớp học đó. Lập câu lạc bộ đọc sách. Gửi tin nhắn đi. Từng cuộc trò chuyện ngượng ngùng một, bạn sẽ tìm thấy những người của mình. Cách tiếp cận này trao cho bạn sức mạnh để tạo ra cộng đồng tuyệt vời nhất xung quanh bạn, đầy ắp những tình bạn ý nghĩa, nâng đỡ, và hòa hợp với con người bạn.</w:t>
      </w:r>
    </w:p>
    <w:p>
      <w:pPr>
        <w:spacing w:after="80"/>
      </w:pPr>
      <w:r>
        <w:rPr>
          <w:b w:val="0"/>
          <w:i w:val="0"/>
        </w:rPr>
        <w:t xml:space="preserve">Khi bạn nói </w:t>
      </w:r>
      <w:r>
        <w:rPr>
          <w:b w:val="0"/>
          <w:i/>
        </w:rPr>
        <w:t>Let Them</w:t>
      </w:r>
      <w:r>
        <w:rPr>
          <w:b w:val="0"/>
          <w:i w:val="0"/>
        </w:rPr>
        <w:t xml:space="preserve">, bạn giải phóng nhu cầu bám víu vào những tình bạn không còn phù hợp với mình, tạo không gian cho những kết nối thực sự quan trọng. Khi bạn nói </w:t>
      </w:r>
      <w:r>
        <w:rPr>
          <w:b w:val="0"/>
          <w:i/>
        </w:rPr>
        <w:t>Let Me</w:t>
      </w:r>
      <w:r>
        <w:rPr>
          <w:b w:val="0"/>
          <w:i w:val="0"/>
        </w:rPr>
        <w:t>, bạn nắm quyền kiểm soát đời sống xã hội của mình, chủ động liên lạc, khởi xướng, và vun đắp kiểu tình bạn phản ánh giá trị của bạn và mang lại hạnh phúc cho bạn.</w:t>
      </w:r>
    </w:p>
    <w:p>
      <w:pPr>
        <w:spacing w:after="80"/>
      </w:pPr>
      <w:r>
        <w:rPr>
          <w:b w:val="0"/>
          <w:i w:val="0"/>
        </w:rPr>
        <w:t>Đã đến lúc ngừng chờ đợi và bắt đầu tạo dựng—xây đắp những tình bạn tuyệt vời nhất trong cuộc đời bạn và bao quanh mình bằng một cộng đồng nâng đỡ và ủng hộ bạn. Bạn còn bao nhiêu tiếng cười, bao nhiêu kỷ niệm để tạo nên, và bao nhiêu cuộc phiêu lưu kỳ diệu đang chờ phía trước.</w:t>
      </w:r>
    </w:p>
    <w:p>
      <w:pPr>
        <w:spacing w:after="80"/>
      </w:pPr>
      <w:r>
        <w:rPr>
          <w:b w:val="0"/>
          <w:i w:val="0"/>
        </w:rPr>
        <w:t>Tất cả đều đang ở đó, chờ bạn vươn tay ra và tạo nên.</w:t>
      </w:r>
    </w:p>
    <w:p>
      <w:pPr>
        <w:spacing w:after="80"/>
      </w:pPr>
      <w:r>
        <w:rPr>
          <w:b/>
          <w:i w:val="0"/>
        </w:rPr>
        <w:t>Tất cả những gì bạn cần làm là đi trước.</w:t>
      </w:r>
    </w:p>
    <w:p>
      <w:pPr>
        <w:pStyle w:val="Heading1"/>
      </w:pPr>
      <w:r>
        <w:rPr>
          <w:rFonts w:ascii="Calibri" w:hAnsi="Calibri"/>
          <w:b/>
          <w:i w:val="0"/>
          <w:sz w:val="40"/>
        </w:rPr>
        <w:t>Thúc đẩy Người khác</w:t>
      </w:r>
      <w:r>
        <w:br/>
      </w:r>
      <w:r>
        <w:rPr>
          <w:rFonts w:ascii="Calibri" w:hAnsi="Calibri"/>
          <w:b/>
          <w:i w:val="0"/>
          <w:sz w:val="40"/>
        </w:rPr>
        <w:t>Thay đổi</w:t>
      </w:r>
    </w:p>
    <w:p>
      <w:pPr>
        <w:pStyle w:val="Heading1"/>
      </w:pPr>
      <w:r>
        <w:rPr>
          <w:rFonts w:ascii="Calibri" w:hAnsi="Calibri"/>
          <w:b/>
          <w:i w:val="0"/>
          <w:sz w:val="40"/>
        </w:rPr>
        <w:t>CHƯƠNG 14</w:t>
      </w:r>
    </w:p>
    <w:p>
      <w:pPr>
        <w:pStyle w:val="Heading1"/>
      </w:pPr>
      <w:r>
        <w:rPr>
          <w:rFonts w:ascii="Calibri" w:hAnsi="Calibri"/>
          <w:b/>
          <w:i w:val="0"/>
          <w:sz w:val="40"/>
        </w:rPr>
        <w:t>Người ta chỉ thay đổi khi họ cảm thấy muốn thay đổi</w:t>
      </w:r>
    </w:p>
    <w:p>
      <w:pPr>
        <w:spacing w:after="80"/>
      </w:pPr>
      <w:r>
        <w:rPr>
          <w:b w:val="0"/>
          <w:i w:val="0"/>
        </w:rPr>
        <w:t>Một trong những câu hỏi phổ biến nhất được đặt ra trong nhiều năm qua là: "Làm sao để tôi thúc đẩy người khác thay đổi?"</w:t>
      </w:r>
    </w:p>
    <w:p>
      <w:pPr>
        <w:spacing w:after="80"/>
      </w:pPr>
      <w:r>
        <w:rPr>
          <w:b w:val="0"/>
          <w:i w:val="0"/>
        </w:rPr>
        <w:t>Bạn không thể.</w:t>
      </w:r>
    </w:p>
    <w:p>
      <w:pPr>
        <w:spacing w:after="80"/>
      </w:pPr>
      <w:r>
        <w:rPr>
          <w:b w:val="0"/>
          <w:i w:val="0"/>
        </w:rPr>
        <w:t>Sự thật là, người ta chỉ thay đổi khi họ cảm thấy muốn thay đổi. Không quan trọng bạn muốn ai đó thay đổi đến mức nào. Không quan trọng lý do của bạn chính đáng ra sao. Hay việc bạn đúng trong quan điểm rằng họ nên thay đổi. Hay hậu quả sẽ lớn đến đâu nếu họ không thay đổi. Nếu ai đó không cảm thấy muốn thay đổi, họ sẽ không thay đổi. Và tệ hơn, khi bạn gây áp lực buộc ai đó thay đổi, điều đó chỉ tạo thêm căng thẳng, oán giận và khoảng cách trong các mối quan hệ của bạn. Tôi sẽ chứng minh điều đó cho bạn thấy.</w:t>
      </w:r>
    </w:p>
    <w:p>
      <w:pPr>
        <w:spacing w:after="80"/>
      </w:pPr>
      <w:r>
        <w:rPr>
          <w:b w:val="0"/>
          <w:i w:val="0"/>
        </w:rPr>
        <w:t>Tôi muốn bạn nghĩ về một người trong cuộc đời bạn mà bạn quan tâm và bạn ước gì họ thay đổi. Có thể là bất kỳ ai: mẹ bạn, cháu gái bạn, bạn cùng phòng của bạn, anh trai bạn, chồng bạn, người yêu cũ của bạn, con bạn, chị dâu bạn, bạn thân nhất của bạn, người bạn đời của bạn. Bất kỳ ai.</w:t>
      </w:r>
    </w:p>
    <w:p>
      <w:pPr>
        <w:spacing w:after="80"/>
      </w:pPr>
      <w:r>
        <w:rPr>
          <w:b w:val="0"/>
          <w:i w:val="0"/>
        </w:rPr>
        <w:t>Bạn ước gì họ kiếm được công việc tốt hơn, giảm cân, có động lực hơn, dậy sớm hơn, chi tiêu đúng ngân sách, dọn dẹp đồ đạc của mình, ngừng hẹn hò với những kẻ tệ hại, chủ động hơn, uống ít hơn, giúp chăm sóc con chó, ngừng tiêu cực quá mức, thay đổi quan điểm về chính trị, biết trân trọng hơn, ngừng hút thuốc, quan tâm đến con cái nhiều hơn, hoặc ngừng để bát đĩa trong bồn rửa.</w:t>
      </w:r>
    </w:p>
    <w:p>
      <w:pPr>
        <w:spacing w:after="80"/>
      </w:pPr>
      <w:r>
        <w:rPr>
          <w:b w:val="0"/>
          <w:i w:val="0"/>
        </w:rPr>
        <w:t xml:space="preserve">Bạn có thể lo lắng cho họ. Bạn có thể không hiểu tại sao họ không thấy đây là một vấn đề hay tại sao họ không có động lực. Bạn có thể đã từng nghĩ, </w:t>
      </w:r>
      <w:r>
        <w:rPr>
          <w:b w:val="0"/>
          <w:i/>
        </w:rPr>
        <w:t>Sao họ không thể chỉ làm điều tôi đang yêu cầu họ thôi chứ?!</w:t>
      </w:r>
      <w:r>
        <w:rPr>
          <w:b w:val="0"/>
          <w:i w:val="0"/>
        </w:rPr>
        <w:t xml:space="preserve"> Tôi hiểu chính xác cảm giác của bạn.</w:t>
      </w:r>
    </w:p>
    <w:p>
      <w:pPr>
        <w:spacing w:after="80"/>
      </w:pPr>
      <w:r>
        <w:rPr>
          <w:b w:val="0"/>
          <w:i w:val="0"/>
        </w:rPr>
        <w:t>Đây là sự thật: Khi bạn đẩy ai đó, điều đó chỉ khiến người ta đẩy ngược lại. Bạn đang chống lại quy luật cơ bản của bản chất con người. Người ta cần cảm thấy mình kiểm soát được các quyết định của mình. Bạn muốn những người trong cuộc đời bạn thay đổi, nhưng việc gây áp lực lên họ lại tạo ra sự phản kháng đối với điều đó.</w:t>
      </w:r>
    </w:p>
    <w:p>
      <w:pPr>
        <w:spacing w:after="80"/>
      </w:pPr>
      <w:r>
        <w:rPr>
          <w:b w:val="0"/>
          <w:i w:val="0"/>
        </w:rPr>
        <w:t>Bạn có thể đang hành động với những ý định tốt nhất, nhưng nó lại mang lại kết quả tệ nhất. Đó là bởi vì mỗi lần bạn chống lại bản chất con người, bạn sẽ thua.</w:t>
      </w:r>
    </w:p>
    <w:p>
      <w:pPr>
        <w:spacing w:after="80"/>
      </w:pPr>
      <w:r>
        <w:rPr>
          <w:b w:val="0"/>
          <w:i w:val="0"/>
        </w:rPr>
        <w:t>Sử dụng Học thuyết Để Họ Tự Lo (Let Them Theory), bạn sẽ học được một cách tiếp cận hoàn toàn mới để đối phó với những tình huống mà bạn muốn người khác thay đổi hành vi của họ. Đúng vậy: Bạn không thể khiến người khác thay đổi. Nhưng tôi chưa bao giờ nói bạn không thể gây ảnh hưởng đến họ.</w:t>
      </w:r>
    </w:p>
    <w:p>
      <w:pPr>
        <w:spacing w:after="80"/>
      </w:pPr>
      <w:r>
        <w:rPr>
          <w:b w:val="0"/>
          <w:i w:val="0"/>
        </w:rPr>
        <w:t>Khi tôi chia sẻ những ví dụ từ cuộc đời mình và dẫn bạn từng bước cách sử dụng Học thuyết Để Họ Tự Lo để gây ảnh hưởng khiến người khác thay đổi, tôi muốn bạn ghi nhớ trong đầu những mối quan hệ của bạn và những người đang khiến bạn bực bội.</w:t>
      </w:r>
    </w:p>
    <w:p>
      <w:pPr>
        <w:pStyle w:val="Heading2"/>
      </w:pPr>
      <w:r>
        <w:rPr>
          <w:rFonts w:ascii="Calibri" w:hAnsi="Calibri"/>
          <w:b/>
          <w:i w:val="0"/>
          <w:sz w:val="32"/>
        </w:rPr>
        <w:t>Ước Gì Ai Đó Sẽ Thay Đổi</w:t>
      </w:r>
    </w:p>
    <w:p>
      <w:pPr>
        <w:spacing w:after="80"/>
      </w:pPr>
      <w:r>
        <w:rPr>
          <w:b w:val="0"/>
          <w:i w:val="0"/>
        </w:rPr>
        <w:t>“Ước gì anh biết chăm sóc bản thân mình tốt hơn.”</w:t>
      </w:r>
    </w:p>
    <w:p>
      <w:pPr>
        <w:spacing w:after="80"/>
      </w:pPr>
      <w:r>
        <w:rPr>
          <w:b w:val="0"/>
          <w:i w:val="0"/>
        </w:rPr>
        <w:t>Một người bạn thân của tôi đang kết hôn với (và vô cùng yêu thương) một anh chàng cần sống lành mạnh hơn. Có thể bạn cũng đang ở trong tình huống này với một người bạn yêu thương. Suốt bao năm qua, cô ấy đã thử đủ mọi cách để chồng mình kiểm soát sức khỏe của anh.</w:t>
      </w:r>
    </w:p>
    <w:p>
      <w:pPr>
        <w:spacing w:after="80"/>
      </w:pPr>
      <w:r>
        <w:rPr>
          <w:b w:val="0"/>
          <w:i w:val="0"/>
        </w:rPr>
        <w:t>Cô ấy đã hỏi, đã van xin, đã gợi ý, và thậm chí đôi khi còn bật khóc ngay trước mặt anh. Điều đó khiến cô lo lắng. . . RẤT nhiều.</w:t>
      </w:r>
    </w:p>
    <w:p>
      <w:pPr>
        <w:spacing w:after="80"/>
      </w:pPr>
      <w:r>
        <w:rPr>
          <w:b w:val="0"/>
          <w:i w:val="0"/>
        </w:rPr>
        <w:t>Cô ấy đã nổi giận với anh và buông những lời mỉa mai. Cô ấy đăng ký cho anh thẻ tập gym. Cô ấy mua cho anh đôi giày thể thao mới. Cô ấy nấu những bữa tối lành mạnh. Và cô ấy còn mua cho hai người một chiếc Peloton để tập tại nhà.</w:t>
      </w:r>
    </w:p>
    <w:p>
      <w:pPr>
        <w:spacing w:after="80"/>
      </w:pPr>
      <w:r>
        <w:rPr>
          <w:b w:val="0"/>
          <w:i w:val="0"/>
        </w:rPr>
        <w:t>Chẳng có gì hiệu quả cả. Đến giờ, mọi thứ đều khiến cô phát điên. Dù là món anh gọi trong thực đơn, sự chống đối của anh với việc tập luyện, món tráng miệng sau bữa tối của anh, hay những giờ anh ngồi xem tivi mỗi tối, chẳng quan trọng anh chàng tội nghiệp làm gì—điều đó đều khiến cô bực bội đến phát điên.</w:t>
      </w:r>
    </w:p>
    <w:p>
      <w:pPr>
        <w:spacing w:after="80"/>
      </w:pPr>
      <w:r>
        <w:rPr>
          <w:b w:val="0"/>
          <w:i w:val="0"/>
        </w:rPr>
        <w:t>Giờ thì, công bằng mà nói, anh ấy cũng đã cố gắng. Anh đã bắt đầu ăn kiêng, đã đến phòng gym vài đợt, và thậm chí đã tham gia vài lớp học Peloton—nhưng chẳng có gì kéo dài được, và thế là anh và vợ vẫn mắc kẹt trong thế bế tắc với nhau về sức khỏe của anh.</w:t>
      </w:r>
    </w:p>
    <w:p>
      <w:pPr>
        <w:spacing w:after="80"/>
      </w:pPr>
      <w:r>
        <w:rPr>
          <w:b w:val="0"/>
          <w:i w:val="0"/>
        </w:rPr>
        <w:t>Cô ấy tức vì anh không chịu thay đổi, còn anh thì khó chịu vì cô không chịu ngừng cằn nhằn. Nghe quen không? Với tôi thì quen lắm.</w:t>
      </w:r>
    </w:p>
    <w:p>
      <w:pPr>
        <w:spacing w:after="80"/>
      </w:pPr>
      <w:r>
        <w:rPr>
          <w:b w:val="0"/>
          <w:i w:val="0"/>
        </w:rPr>
        <w:t>Và tôi chắc rằng với bạn cũng vậy, khi bạn nghĩ về người trong cuộc đời mình mà bạn ước gì họ sẽ thay đổi tốt hơn.</w:t>
      </w:r>
    </w:p>
    <w:p>
      <w:pPr>
        <w:spacing w:after="80"/>
      </w:pPr>
      <w:r>
        <w:rPr>
          <w:b w:val="0"/>
          <w:i w:val="0"/>
        </w:rPr>
        <w:t>Tôi biết bạn muốn điều tốt nhất cho họ. Đó là lý do bạn muốn họ thay đổi. Bạn yêu thương họ. Đó là lý do bạn căng thẳng về tình huống này.</w:t>
      </w:r>
    </w:p>
    <w:p>
      <w:pPr>
        <w:spacing w:after="80"/>
      </w:pPr>
      <w:r>
        <w:rPr>
          <w:b w:val="0"/>
          <w:i w:val="0"/>
        </w:rPr>
        <w:t>Đó là lý do bạn muốn họ sống lành mạnh hơn. Có công việc tốt hơn. Học hành chăm chỉ hơn. Đi trị liệu. Vượt qua sau ly hôn và bắt đầu hẹn hò lại. Hoặc chỉ cần ra khỏi nhà và dành nhiều thời gian hơn với bạn bè.</w:t>
      </w:r>
    </w:p>
    <w:p>
      <w:pPr>
        <w:spacing w:after="80"/>
      </w:pPr>
      <w:r>
        <w:rPr>
          <w:b w:val="0"/>
          <w:i w:val="0"/>
        </w:rPr>
        <w:t>Muốn người mình yêu thay đổi tốt hơn, được hạnh phúc và khỏe mạnh hơn, là điều bình thường. Muốn ai đó sống một cuộc đời tốt đẹp là điều tốt. Nhìn thấy một khả năng lớn hơn cho người mình yêu là điều đẹp đẽ. Tin vào khả năng cải thiện cuộc sống, đạt được tiềm năng và chạm tới mục tiêu của ai đó là điều quan trọng.</w:t>
      </w:r>
    </w:p>
    <w:p>
      <w:pPr>
        <w:spacing w:after="80"/>
      </w:pPr>
      <w:r>
        <w:rPr>
          <w:b w:val="0"/>
          <w:i w:val="0"/>
        </w:rPr>
        <w:t>Vấn đề không nằm ở việc muốn điều đó cho người khác. Vấn đề nằm ở cách bạn đã tiếp cận chủ đề này và cách nó đang tác động đến mối quan hệ giữa bạn và người bạn quan tâm.</w:t>
      </w:r>
    </w:p>
    <w:p>
      <w:pPr>
        <w:spacing w:after="80"/>
      </w:pPr>
      <w:r>
        <w:rPr>
          <w:b w:val="0"/>
          <w:i w:val="0"/>
        </w:rPr>
        <w:t>Hoặc có thể khi đọc đến đây, bạn nhận ra rằng ai đó đang gây áp lực để BẠN thay đổi. Họ thậm chí không cần nói gì với bạn về công việc, thói quen, hay người bạn đang hẹn hò, vì hành vi của họ đã nói rõ rằng họ không chấp nhận con người hiện tại của bạn.</w:t>
      </w:r>
    </w:p>
    <w:p>
      <w:pPr>
        <w:spacing w:after="80"/>
      </w:pPr>
      <w:r>
        <w:rPr>
          <w:b w:val="0"/>
          <w:i w:val="0"/>
        </w:rPr>
        <w:t>Họ muốn bạn sống cuộc đời mình theo một cách khác. Thật khó chịu. Tôi biết mà. Và phản ứng tự nhiên của bạn là chống lại.</w:t>
      </w:r>
    </w:p>
    <w:p>
      <w:pPr>
        <w:spacing w:after="80"/>
      </w:pPr>
      <w:r>
        <w:rPr>
          <w:b w:val="0"/>
          <w:i w:val="0"/>
        </w:rPr>
        <w:t>Lý thuyết Let Them đã thách thức tôi suy nghĩ rất nhiều về phản ứng tức thời này—việc gây áp lực lên người khác (và phản ứng bẩm sinh của họ là chống lại)—và tại sao việc thay đổi lại khó khăn với bất kỳ ai.</w:t>
      </w:r>
    </w:p>
    <w:p>
      <w:pPr>
        <w:pStyle w:val="Heading2"/>
      </w:pPr>
      <w:r>
        <w:rPr>
          <w:rFonts w:ascii="Calibri" w:hAnsi="Calibri"/>
          <w:b/>
          <w:i w:val="0"/>
          <w:sz w:val="32"/>
        </w:rPr>
        <w:t>Tại Sao Thay Đổi Lại Khó Đến Vậy?</w:t>
      </w:r>
    </w:p>
    <w:p>
      <w:pPr>
        <w:spacing w:after="80"/>
      </w:pPr>
      <w:r>
        <w:rPr>
          <w:b w:val="0"/>
          <w:i w:val="0"/>
        </w:rPr>
        <w:t>Ý tôi là, khi bạn muốn người khác thay đổi, chẳng phải bạn cứ mặc định rằng họ sẽ dễ dàng. . . làm điều đó thôi sao?</w:t>
      </w:r>
    </w:p>
    <w:p>
      <w:pPr>
        <w:spacing w:after="80"/>
      </w:pPr>
      <w:r>
        <w:rPr>
          <w:b w:val="0"/>
          <w:i w:val="0"/>
        </w:rPr>
        <w:t>Tôi cũng từng như vậy. Bạn chỉ cần chỉ ra điều hiển nhiên thôi, đúng không? Chỉ cần nói với người ta rằng họ sẽ cảm thấy tốt hơn biết bao nhiêu nếu họ tập thể dục. Hoặc liên tục nhắc nhở họ về khả năng kiếm được công việc tốt hơn và việc mức lương cao hơn sẽ giải quyết mọi vấn đề tài chính hiện tại của họ. Hoặc sự thật rằng họ sẽ không gặp được ai tuyệt vời khi cứ ngồi trên ghế sofa cả cuối tuần chơi game.</w:t>
      </w:r>
    </w:p>
    <w:p>
      <w:pPr>
        <w:spacing w:after="80"/>
      </w:pPr>
      <w:r>
        <w:rPr>
          <w:b w:val="0"/>
          <w:i w:val="0"/>
        </w:rPr>
        <w:t>Ý tôi là, rõ ràng là họ chưa bao giờ tự nghĩ đến những lựa chọn này. Đúng không?</w:t>
      </w:r>
    </w:p>
    <w:p>
      <w:pPr>
        <w:spacing w:after="80"/>
      </w:pPr>
      <w:r>
        <w:rPr>
          <w:b w:val="0"/>
          <w:i w:val="0"/>
        </w:rPr>
        <w:t>Giờ thì lật ngược lại đi. Đã bao nhiêu lần ai đó chỉ ra điều hiển nhiên cho bạn? Như thể bạn không biết rằng tập thể dục sẽ giúp bạn giảm cân. Hoặc khóc một mình trong phòng ngủ sẽ không giành lại được người yêu cũ. Hoặc việc nộp đơn vào trường điều dưỡng là điều kiện bắt buộc để thực sự được vào trường điều dưỡng.</w:t>
      </w:r>
    </w:p>
    <w:p>
      <w:pPr>
        <w:spacing w:after="80"/>
      </w:pPr>
      <w:r>
        <w:rPr>
          <w:b w:val="0"/>
          <w:i w:val="0"/>
        </w:rPr>
        <w:t>Gần như là xúc phạm khi người khác làm điều này với bạn. Bạn cảm thấy bị tấn công. Và cũng thật khó chịu khi ai đó ngồi trên ngựa cao và hành xử như thể chỉ cần búng tay là có thể thay đổi ngay hoặc tìm được công việc lương cao hơn. Sao họ dám nghĩ rằng họ biết điều gì tốt nhất cho bạn chứ!</w:t>
      </w:r>
    </w:p>
    <w:p>
      <w:pPr>
        <w:spacing w:after="80"/>
      </w:pPr>
      <w:r>
        <w:rPr>
          <w:b w:val="0"/>
          <w:i w:val="0"/>
        </w:rPr>
        <w:t>Sự thật là, thay đổi khó khăn với tất cả mọi người, kể cả bạn. Không ai muốn cảm thấy áp lực từ bạn, vì chính họ đã tự tạo áp lực cho mình rồi.</w:t>
      </w:r>
    </w:p>
    <w:p>
      <w:pPr>
        <w:spacing w:after="80"/>
      </w:pPr>
      <w:r>
        <w:rPr>
          <w:b w:val="0"/>
          <w:i w:val="0"/>
        </w:rPr>
        <w:t>Cứ lấy bạn tôi và chồng cô ấy làm ví dụ. Tất nhiên anh ấy muốn có thân hình cân đối! Anh ấy muốn giảm cân. Mang thêm 50 pound không hề dễ dàng. Anh ấy ghét việc mình là người to con nhất trong nhóm bạn. Điều đó không tốt cho tim anh ấy. Anh ấy biết điều đó. Anh ấy không phải kẻ ngốc. Và anh ấy cũng biết việc đó sẽ khó khăn đến mức nào, và sẽ tốn bao nhiêu công sức.</w:t>
      </w:r>
    </w:p>
    <w:p>
      <w:pPr>
        <w:spacing w:after="80"/>
      </w:pPr>
      <w:r>
        <w:rPr>
          <w:b w:val="0"/>
          <w:i w:val="0"/>
        </w:rPr>
        <w:t>Dậy sớm, cắt giảm rượu bia, cảm thấy xấu hổ ở phòng gym, bắt đầu một chế độ ăn mới sẽ rất đau đớn. Đơn giản là vậy. Cũng giống như việc người hút thuốc cai thuốc lá rất khó. Người chi tiêu quá mức học cách tuân thủ ngân sách rất khó. Độc thân rất khó, đó là lý do người ta ở lại với ai đó lâu hơn mức nên ở. Tin vào bản thân và kiếm được công việc tuyệt vời rất khó nếu bạn từng bị sa thải.</w:t>
      </w:r>
    </w:p>
    <w:p>
      <w:pPr>
        <w:spacing w:after="80"/>
      </w:pPr>
      <w:r>
        <w:rPr>
          <w:b w:val="0"/>
          <w:i w:val="0"/>
        </w:rPr>
        <w:t>Thay đổi chưa bao giờ là chuyện dễ dàng. Nếu nó vui vẻ và dễ dàng, người bạn yêu thương đã làm điều đó rồi.</w:t>
      </w:r>
    </w:p>
    <w:p>
      <w:pPr>
        <w:spacing w:after="80"/>
      </w:pPr>
      <w:r>
        <w:rPr>
          <w:b w:val="0"/>
          <w:i w:val="0"/>
        </w:rPr>
        <w:t xml:space="preserve">Điều yêu thương nhất bạn có thể làm là ngừng gây áp lực cho họ và </w:t>
      </w:r>
      <w:r>
        <w:rPr>
          <w:b w:val="0"/>
          <w:i/>
        </w:rPr>
        <w:t>Để Họ</w:t>
      </w:r>
      <w:r>
        <w:rPr>
          <w:b w:val="0"/>
          <w:i w:val="0"/>
        </w:rPr>
        <w:t xml:space="preserve"> tự do. Ngay bây giờ, bạn đang có một kỳ vọng hoàn toàn phi thực tế và một cách tiếp cận đang phản tác dụng. Bạn không có lựa chọn nào khác ngoài việc </w:t>
      </w:r>
      <w:r>
        <w:rPr>
          <w:b w:val="0"/>
          <w:i/>
        </w:rPr>
        <w:t>Để Họ</w:t>
      </w:r>
      <w:r>
        <w:rPr>
          <w:b w:val="0"/>
          <w:i w:val="0"/>
        </w:rPr>
        <w:t xml:space="preserve"> tự lo. Hãy để người lớn được làm người lớn.</w:t>
      </w:r>
    </w:p>
    <w:p>
      <w:pPr>
        <w:spacing w:after="80"/>
      </w:pPr>
      <w:r>
        <w:rPr>
          <w:b w:val="0"/>
          <w:i w:val="0"/>
        </w:rPr>
        <w:t>Lý thuyết Để Họ sẽ buộc bạn lùi lại một bước trở về với thực tế, và tiếp cận các mối quan hệ của mình với nhiều lòng trắc ẩn, sự khiêm nhường hơn và theo một cách hiệu quả hơn nhiều. Đầu tiên, bạn cần hiểu khoa học về động lực và thay đổi để cách tiếp cận của bạn hiệu quả hơn.</w:t>
      </w:r>
    </w:p>
    <w:p>
      <w:pPr>
        <w:pStyle w:val="Heading3"/>
      </w:pPr>
      <w:r>
        <w:rPr>
          <w:rFonts w:ascii="Calibri" w:hAnsi="Calibri"/>
          <w:b/>
          <w:i w:val="0"/>
          <w:sz w:val="26"/>
        </w:rPr>
        <w:t>Sự thật #1: Người lớn chỉ thay đổi khi họ cảm thấy muốn thay đổi.</w:t>
      </w:r>
    </w:p>
    <w:p>
      <w:pPr>
        <w:spacing w:after="80"/>
      </w:pPr>
      <w:r>
        <w:rPr>
          <w:b w:val="0"/>
          <w:i w:val="0"/>
        </w:rPr>
        <w:t>Đừng cố thúc đẩy người khác nữa. Nó không hiệu quả. Dựa trên nghiên cứu, động lực thay đổi phải đến từ bên trong chính người đó.</w:t>
      </w:r>
    </w:p>
    <w:p>
      <w:pPr>
        <w:spacing w:after="80"/>
      </w:pPr>
      <w:r>
        <w:rPr>
          <w:b w:val="0"/>
          <w:i w:val="0"/>
        </w:rPr>
        <w:t xml:space="preserve">Giờ thì, người ta rất thích từ </w:t>
      </w:r>
      <w:r>
        <w:rPr>
          <w:b w:val="0"/>
          <w:i/>
        </w:rPr>
        <w:t>động lực</w:t>
      </w:r>
      <w:r>
        <w:rPr>
          <w:b w:val="0"/>
          <w:i w:val="0"/>
        </w:rPr>
        <w:t>—và có thể bạn cũng vậy. Bạn tôi phàn nàn về việc chồng cô ấy không có "động lực" để chăm sóc bản thân tốt hơn. Và có thể bạn cũng thấy hơi bực bội vì người bạn muốn thay đổi cũng không có động lực.</w:t>
      </w:r>
    </w:p>
    <w:p>
      <w:pPr>
        <w:spacing w:after="80"/>
      </w:pPr>
      <w:r>
        <w:rPr>
          <w:b w:val="0"/>
          <w:i w:val="0"/>
        </w:rPr>
        <w:t xml:space="preserve">Tuy nhiên, mọi chuyện không đơn giản như vậy. Hãy bắt đầu với định nghĩa của </w:t>
      </w:r>
      <w:r>
        <w:rPr>
          <w:b w:val="0"/>
          <w:i/>
        </w:rPr>
        <w:t>động lực</w:t>
      </w:r>
      <w:r>
        <w:rPr>
          <w:b w:val="0"/>
          <w:i w:val="0"/>
        </w:rPr>
        <w:t>: Nó có nghĩa là "bạn cảm thấy muốn làm điều gì đó." Và, như bạn đang học được, người lớn chỉ làm những gì họ cảm thấy muốn làm.</w:t>
      </w:r>
    </w:p>
    <w:p>
      <w:pPr>
        <w:spacing w:after="80"/>
      </w:pPr>
      <w:r>
        <w:rPr>
          <w:b w:val="0"/>
          <w:i w:val="0"/>
        </w:rPr>
        <w:t xml:space="preserve">Vợ/chồng bạn </w:t>
      </w:r>
      <w:r>
        <w:rPr>
          <w:b w:val="0"/>
          <w:i/>
        </w:rPr>
        <w:t>không hứng thú</w:t>
      </w:r>
      <w:r>
        <w:rPr>
          <w:b w:val="0"/>
          <w:i w:val="0"/>
        </w:rPr>
        <w:t xml:space="preserve"> với việc tập thể dục. Đó là lý do họ không có động lực! Họ không muốn làm điều đó. Bạn không thể tạo động lực cho họ, bởi vì “cảm giác” muốn làm điều đó phải xuất phát từ chính bên trong họ.</w:t>
      </w:r>
    </w:p>
    <w:p>
      <w:pPr>
        <w:spacing w:after="80"/>
      </w:pPr>
      <w:r>
        <w:rPr>
          <w:b w:val="0"/>
          <w:i w:val="0"/>
        </w:rPr>
        <w:t>Vấn đề với động lực là nó chẳng bao giờ có mặt khi bạn cần. Nếu động lực là tự động, thì ai cũng sẽ có cơ bụng sáu múi, có một triệu đô trong ngân hàng, và nghề tay trái đỉnh nhất thế giới. Hơn nữa, nếu bạn có thể thần kỳ khiến người khác “cảm thấy muốn làm” bất cứ điều gì bạn muốn họ làm, thì bạn đang thực hành thao túng tâm trí rồi. . . chứ không phải tạo động lực.</w:t>
      </w:r>
    </w:p>
    <w:p>
      <w:pPr>
        <w:spacing w:after="80"/>
      </w:pPr>
      <w:r>
        <w:rPr>
          <w:b w:val="0"/>
          <w:i w:val="0"/>
        </w:rPr>
        <w:t>Và này, ngay cả tôi cũng từng làm hỏng chuyện này.</w:t>
      </w:r>
    </w:p>
    <w:p>
      <w:pPr>
        <w:spacing w:after="80"/>
      </w:pPr>
      <w:r>
        <w:rPr>
          <w:b w:val="0"/>
          <w:i w:val="0"/>
        </w:rPr>
        <w:t>Ví dụ, tôi đã dành nhiều năm cố gắng “tạo động lực” để người khác thay đổi theo đúng cách mà tôi đã khiến bản thân mình thay đổi: bằng cách thúc ép họ. Tôi thúc ép người bạn thân nhất của mình bắt đầu hẹn hò trở lại, tôi tặng anh trai mình một huấn luyện viên cá nhân, tôi cố ép mẹ tôi đi trị liệu. Thất bại. Thảm hại.</w:t>
      </w:r>
    </w:p>
    <w:p>
      <w:pPr>
        <w:spacing w:after="80"/>
      </w:pPr>
      <w:r>
        <w:rPr>
          <w:b w:val="0"/>
          <w:i w:val="0"/>
        </w:rPr>
        <w:t>Tất nhiên là nó thất bại vì thúc ép ai đó chỉ khiến họ chống lại mà thôi.</w:t>
      </w:r>
    </w:p>
    <w:p>
      <w:pPr>
        <w:pStyle w:val="Heading3"/>
      </w:pPr>
      <w:r>
        <w:rPr>
          <w:rFonts w:ascii="Calibri" w:hAnsi="Calibri"/>
          <w:b/>
          <w:i w:val="0"/>
          <w:sz w:val="26"/>
        </w:rPr>
        <w:t>Sự thật #2: Con người được lập trình để hướng tới những gì mang lại cảm giác dễ chịu.</w:t>
      </w:r>
    </w:p>
    <w:p>
      <w:pPr>
        <w:spacing w:after="80"/>
      </w:pPr>
      <w:r>
        <w:rPr>
          <w:b w:val="0"/>
          <w:i w:val="0"/>
        </w:rPr>
        <w:t>Một lý do khác khiến áp lực không hiệu quả? Con người được lập trình để hướng tới những gì mang lại cảm giác dễ chịu ngay lúc này, và tránh xa những gì cảm thấy khó khăn trong khoảnh khắc hiện tại.</w:t>
      </w:r>
    </w:p>
    <w:p>
      <w:pPr>
        <w:spacing w:after="80"/>
      </w:pPr>
      <w:r>
        <w:rPr>
          <w:b w:val="0"/>
          <w:i w:val="0"/>
        </w:rPr>
        <w:t>Đây là khoa học thần kinh. Trong quá trình nghiên cứu cho cuốn sách này, tôi đã nói chuyện với bác sĩ tâm thần được đào tạo tại Harvard, Tiến sĩ Alok Kanojia, MD—còn được biết đến với cái tên “Dr. K” đối với hàng triệu người theo dõi ông trực tuyến tại Healthy Gamer.</w:t>
      </w:r>
    </w:p>
    <w:p>
      <w:pPr>
        <w:spacing w:after="80"/>
      </w:pPr>
      <w:r>
        <w:rPr>
          <w:b w:val="0"/>
          <w:i w:val="0"/>
        </w:rPr>
        <w:t>Dr. K là một trong những tiếng nói hàng đầu về động lực và thay đổi hành vi. Ông nói thẳng với tôi rằng gây áp lực lên người khác sẽ phản tác dụng bởi vì “bạn không hiểu cách con người được lập trình.”</w:t>
      </w:r>
    </w:p>
    <w:p>
      <w:pPr>
        <w:spacing w:after="80"/>
      </w:pPr>
      <w:r>
        <w:rPr>
          <w:b w:val="0"/>
          <w:i w:val="0"/>
        </w:rPr>
        <w:t>Điều bạn cần biết, theo Dr. K, đơn giản là một con người sẽ luôn cảm thấy muốn chọn những gì mang lại khoái cảm ngay lúc này, và tránh những gì cảm thấy đau đớn. Trong khoảnh khắc hiện tại, công sức bỏ ra để thay đổi là đau đớn và khó khăn. Đó là lý do không ai có động lực để thay đổi—ngay cả khi họ biết điều đó tốt cho họ về lâu dài.</w:t>
      </w:r>
    </w:p>
    <w:p>
      <w:pPr>
        <w:spacing w:after="80"/>
      </w:pPr>
      <w:r>
        <w:rPr>
          <w:b w:val="0"/>
          <w:i w:val="0"/>
        </w:rPr>
        <w:t>Chồng của bạn tôi biết rằng sẽ phải mất vô số chuyến đến phòng gym (và cả một loạt thay đổi lối sống khác) để cải thiện sức khỏe của anh ấy. Nhưng chiếc ghế sofa anh ấy đang ngồi? Nó êm ái NGAY LÚC NÀY. Gói khoai tây chiên anh ấy đang ăn? Nó ngon tuyệt NGAY LÚC NÀY. Trận đấu anh ấy đang xem? Nó đang giải trí cho anh ấy NGAY LÚC NÀY.</w:t>
      </w:r>
    </w:p>
    <w:p>
      <w:pPr>
        <w:spacing w:after="80"/>
      </w:pPr>
      <w:r>
        <w:rPr>
          <w:b w:val="0"/>
          <w:i w:val="0"/>
        </w:rPr>
        <w:t xml:space="preserve">Trong khi anh ấy biết rằng máy chạy bộ và ghế đẩy tạ </w:t>
      </w:r>
      <w:r>
        <w:rPr>
          <w:b w:val="0"/>
          <w:i/>
        </w:rPr>
        <w:t>cuối cùng</w:t>
      </w:r>
      <w:r>
        <w:rPr>
          <w:b w:val="0"/>
          <w:i w:val="0"/>
        </w:rPr>
        <w:t xml:space="preserve"> sẽ tạo ra kết quả tốt, thì sự thỏa mãn không có ở đó NGAY LÚC NÀY. Thực tế, điều ngay lập tức anh ấy sẽ cảm thấy khi đẩy mình khỏi ghế sofa và nhảy lên máy chạy bộ là. . . đau đớn.</w:t>
      </w:r>
    </w:p>
    <w:p>
      <w:pPr>
        <w:spacing w:after="80"/>
      </w:pPr>
      <w:r>
        <w:rPr>
          <w:b w:val="0"/>
          <w:i w:val="0"/>
        </w:rPr>
        <w:t>Máy chạy bộ và ghế đẩy tạ sẽ khiến anh ấy mệt mỏi. Chúng sẽ khiến anh ấy đau nhức. Chúng sẽ đòi hỏi rất nhiều công sức. . . và lỡ như anh ấy không thể kiên trì với nó thì sao? Lỡ như nó không đáng công thì sao? Lỡ như cân nặng không giảm thì sao? Lỡ như anh ấy không làm được thì sao? Chẳng phải ăn hết gói khoai tây chiên và thử lại vào ngày mai là ý tưởng tốt hơn và dễ hơn sao?</w:t>
      </w:r>
    </w:p>
    <w:p>
      <w:pPr>
        <w:spacing w:after="80"/>
      </w:pPr>
      <w:r>
        <w:rPr>
          <w:b w:val="0"/>
          <w:i w:val="0"/>
        </w:rPr>
        <w:t>Tất nhiên là phải rồi. Và đó là lý do anh ấy không có động lực để thay đổi! Anh ấy không làm điều đó, bởi vì anh ấy không cảm thấy muốn làm.</w:t>
      </w:r>
    </w:p>
    <w:p>
      <w:pPr>
        <w:spacing w:after="80"/>
      </w:pPr>
      <w:r>
        <w:rPr>
          <w:b w:val="0"/>
          <w:i w:val="0"/>
        </w:rPr>
        <w:t>Dr. K nói với tôi rằng khi chúng ta gây áp lực để người khác thay đổi, “Chúng ta đang dành cả cuộc đời mình để bơi ngược dòng. Thay vì hiểu mạch động lực của mình, chúng ta lại cố chinh phục nó. Thay vì tận dụng nó, chúng ta lại cố chống lại và vượt qua nó.” Khi bạn gây áp lực lên ai đó, bạn đang chống lại cách lập trình của bộ não con người. Con người được lập trình để hướng tới những gì mang lại khoái cảm ngay lúc này. Dr. K nói rằng để tạo ra một thay đổi, một người phải có khả năng tách mình ra khỏi nỗi đau họ sẽ cảm thấy trong khoảnh khắc hiện tại và hành động mà họ cần thực hiện.</w:t>
      </w:r>
    </w:p>
    <w:p>
      <w:pPr>
        <w:spacing w:after="80"/>
      </w:pPr>
      <w:r>
        <w:rPr>
          <w:b w:val="0"/>
          <w:i w:val="0"/>
        </w:rPr>
        <w:t>Điều đó có nghĩa là trong khi anh ấy đang ngồi trên ghế sofa, anh ấy sẽ phải tự nhủ với chính mình, “Tập thể dục sẽ rất khó chịu, nhưng tôi vẫn sẽ làm nó dù sao đi nữa.”</w:t>
      </w:r>
    </w:p>
    <w:p>
      <w:pPr>
        <w:spacing w:after="80"/>
      </w:pPr>
      <w:r>
        <w:rPr>
          <w:b w:val="0"/>
          <w:i w:val="0"/>
        </w:rPr>
        <w:t xml:space="preserve">Anh ấy phải tự làm điều đó. Anh ấy phải tách mình ra khỏi nỗi đau. Anh ấy phải quyết định gạt cảm xúc sang một bên và thúc đẩy bản thân làm điều đó. Bạn không thể làm thay người khác được. Vậy nên hãy </w:t>
      </w:r>
      <w:r>
        <w:rPr>
          <w:b w:val="0"/>
          <w:i/>
        </w:rPr>
        <w:t>Để Họ</w:t>
      </w:r>
      <w:r>
        <w:rPr>
          <w:b w:val="0"/>
          <w:i w:val="0"/>
        </w:rPr>
        <w:t xml:space="preserve"> ngồi trên ghế sofa.</w:t>
      </w:r>
    </w:p>
    <w:p>
      <w:pPr>
        <w:spacing w:after="80"/>
      </w:pPr>
      <w:r>
        <w:rPr>
          <w:b w:val="0"/>
          <w:i w:val="0"/>
        </w:rPr>
        <w:t>Và đó chưa phải là tất cả. Còn nhiều lý do tâm lý khác nữa khiến việc gây áp lực đang phản tác dụng.</w:t>
      </w:r>
    </w:p>
    <w:p>
      <w:pPr>
        <w:pStyle w:val="Heading3"/>
      </w:pPr>
      <w:r>
        <w:rPr>
          <w:rFonts w:ascii="Calibri" w:hAnsi="Calibri"/>
          <w:b/>
          <w:i w:val="0"/>
          <w:sz w:val="26"/>
        </w:rPr>
        <w:t>Sự thật #3: Mỗi người trên hành tinh này đều nghĩ mình là ngoại lệ.</w:t>
      </w:r>
    </w:p>
    <w:p>
      <w:pPr>
        <w:spacing w:after="80"/>
      </w:pPr>
      <w:r>
        <w:rPr>
          <w:b w:val="0"/>
          <w:i w:val="0"/>
        </w:rPr>
        <w:t>Tôi cũng đã nói chuyện với Tiến sĩ Tali Sharot trong quá trình nghiên cứu cuốn sách này. Tiến sĩ Sharot là nhà khoa học thần kinh hành vi và là giám đốc Phòng thí nghiệm Não bộ Cảm xúc (Affective Brain Lab) tại University College London và MIT. Nghiên cứu của bà kết hợp khoa học thần kinh, kinh tế học hành vi và tâm lý học để nghiên cứu cách cảm xúc và hành vi ảnh hưởng đến niềm tin và quyết định của con người.</w:t>
      </w:r>
    </w:p>
    <w:p>
      <w:pPr>
        <w:spacing w:after="80"/>
      </w:pPr>
      <w:r>
        <w:rPr>
          <w:b w:val="0"/>
          <w:i w:val="0"/>
        </w:rPr>
        <w:t>Và một trong những phát hiện của bà mang tính đột phá: rằng mọi người tin rằng nhãn cảnh báo, lời đe dọa và những rủi ro đã biết không áp dụng cho họ.</w:t>
      </w:r>
    </w:p>
    <w:p>
      <w:pPr>
        <w:spacing w:after="80"/>
      </w:pPr>
      <w:r>
        <w:rPr>
          <w:b w:val="0"/>
          <w:i w:val="0"/>
        </w:rPr>
        <w:t>Đó là lý do chồng của bạn tôi nghĩ anh ấy là người duy nhất trên hành tinh này có thể thừa cân, lười vận động mà không bao giờ bị đau tim. Đó là lý do anh ấy có thể tự thuyết phục mình rằng anh ấy có thể giữ nguyên như vậy, và sẽ không có gì tồi tệ xảy ra.</w:t>
      </w:r>
    </w:p>
    <w:p>
      <w:pPr>
        <w:spacing w:after="80"/>
      </w:pPr>
      <w:r>
        <w:rPr>
          <w:b w:val="0"/>
          <w:i w:val="0"/>
        </w:rPr>
        <w:t>Đó là lý do bạn của bạn nghĩ cô ấy là người duy nhất trên hành tinh này có thể hút vape vài lần mỗi ngày mà không bao giờ thấy hậu quả gì cho phổi. Đó là lý do bạn nghĩ rằng việc "âm thầm nghỉ việc" (quiet quitting) bằng cách đến muộn, về sớm và làm việc qua loa sẽ hoàn toàn không bị ai để ý. Đó là lý do người bạn đời của bạn không tin bạn khi bạn nói: "Nếu chuyện này không thay đổi, tôi sẽ ra đi."</w:t>
      </w:r>
    </w:p>
    <w:p>
      <w:pPr>
        <w:spacing w:after="80"/>
      </w:pPr>
      <w:r>
        <w:rPr>
          <w:b w:val="0"/>
          <w:i w:val="0"/>
        </w:rPr>
        <w:t>Ai cũng nghĩ mình là ngoại lệ, rằng những kết cục tồi tệ sẽ không xảy ra với mình. Điều đó giải thích tại sao những giọt nước mắt, lời van xin và tối hậu thư của bạn cũng sẽ phản tác dụng.</w:t>
      </w:r>
    </w:p>
    <w:p>
      <w:pPr>
        <w:spacing w:after="80"/>
      </w:pPr>
      <w:r>
        <w:rPr>
          <w:b w:val="0"/>
          <w:i w:val="0"/>
        </w:rPr>
        <w:t>Não bộ của chúng ta thực sự gạt bỏ những viễn cảnh tồi tệ nhất—đó là lý do những tiếng thở dài đầy khinh miệt chẳng có tác dụng gì.</w:t>
      </w:r>
    </w:p>
    <w:p>
      <w:pPr>
        <w:spacing w:after="80"/>
      </w:pPr>
      <w:r>
        <w:rPr>
          <w:b w:val="0"/>
          <w:i w:val="0"/>
        </w:rPr>
        <w:t>Họ nghĩ họ là ngoại lệ. (Và nhân tiện, bạn cũng vậy, khi nói đến những thay đổi mà chính bạn đang chống lại trong cuộc sống của mình.) Bằng cách thụ động gây hấn, liên tục nhắc đi nhắc lại, hoặc dùng lời đe dọa như một cách gây áp lực để người khác thay đổi, nó sẽ luôn phản tác dụng.</w:t>
      </w:r>
    </w:p>
    <w:p>
      <w:pPr>
        <w:spacing w:after="80"/>
      </w:pPr>
      <w:r>
        <w:rPr>
          <w:b w:val="0"/>
          <w:i w:val="0"/>
        </w:rPr>
        <w:t>Và này, hãy nghe điều này: Tiến sĩ Sharot giải thích rằng các bản quét não cho thấy khi ai đó nói với bạn điều tiêu cực ("Tôi sẽ rời đi nếu anh không ngừng uống rượu") hoặc điều bạn không muốn nghe ("Gã mà cậu đang hẹn hò là một kẻ ái kỷ"), não bạn thực sự gạt nó đi.</w:t>
      </w:r>
    </w:p>
    <w:p>
      <w:pPr>
        <w:spacing w:after="80"/>
      </w:pPr>
      <w:r>
        <w:rPr>
          <w:b w:val="0"/>
          <w:i w:val="0"/>
        </w:rPr>
        <w:t>Bạn có thể thấy trên các bản quét rằng phần não đang lắng nghe thông tin tiêu cực sẽ tắt đi! Vậy điều đó có nghĩa là gì?</w:t>
      </w:r>
    </w:p>
    <w:p>
      <w:pPr>
        <w:spacing w:after="80"/>
      </w:pPr>
      <w:r>
        <w:rPr>
          <w:b w:val="0"/>
          <w:i w:val="0"/>
        </w:rPr>
        <w:t>Nó có nghĩa là tất cả những lời đe dọa, những viễn cảnh tồi tệ nhất, những lời bình luận thụ động gây hấn, những cái liếc mắt và những chiến thuật gây sợ hãi đều không hề được ghi nhận trong não của người kia. Bạn đang lãng phí thời gian, lời nói và hơi thở của mình. Chẳng trách bạn lại thấy bực bội và căng thẳng đến vậy vì tình huống này!</w:t>
      </w:r>
    </w:p>
    <w:p>
      <w:pPr>
        <w:spacing w:after="80"/>
      </w:pPr>
      <w:r>
        <w:rPr>
          <w:b w:val="0"/>
          <w:i w:val="0"/>
        </w:rPr>
        <w:t>Đó là lý do bạn cần một cách tiếp cận khác, và Lý thuyết Để Họ (Let Them Theory) sẽ giúp bạn áp dụng khoa học này vào thực tế để bạn sử dụng thời gian và năng lượng của mình một cách hiệu quả và đầy lòng trắc ẩn hơn nhiều.</w:t>
      </w:r>
    </w:p>
    <w:p>
      <w:pPr>
        <w:spacing w:after="80"/>
      </w:pPr>
      <w:r>
        <w:rPr>
          <w:b w:val="0"/>
          <w:i w:val="0"/>
        </w:rPr>
        <w:t>Và nếu bạn làm đúng, nó có thể sẽ truyền cảm hứng để người bạn yêu thương muốn thay đổi vì chính bản thân họ.</w:t>
      </w:r>
    </w:p>
    <w:p>
      <w:pPr>
        <w:spacing w:after="80"/>
      </w:pPr>
      <w:r>
        <w:rPr>
          <w:b w:val="0"/>
          <w:i w:val="0"/>
        </w:rPr>
        <w:t>Hãy quay lại ví dụ về bạn tôi và chồng cô ấy. Tôi muốn bạn hình dung mình đang ở trong hoàn cảnh của họ.</w:t>
      </w:r>
    </w:p>
    <w:p>
      <w:pPr>
        <w:spacing w:after="80"/>
      </w:pPr>
      <w:r>
        <w:rPr>
          <w:b w:val="0"/>
          <w:i w:val="0"/>
        </w:rPr>
        <w:t>Hãy tưởng tượng bạn bước vào nhà sau một ngày dài làm việc, và người bạn đời của bạn đang nằm thoải mái trên ghế sofa, vừa xem trận bóng rổ của anh ấy vừa nhét khoai tây chiên vào miệng.</w:t>
      </w:r>
    </w:p>
    <w:p>
      <w:pPr>
        <w:spacing w:after="80"/>
      </w:pPr>
      <w:r>
        <w:rPr>
          <w:b w:val="0"/>
          <w:i w:val="0"/>
        </w:rPr>
        <w:t>Anh ấy thấy ổn khi ngồi đó. Thật ra, anh ấy rất vui khi được ngồi đó. Anh ấy nói: "Chào em yêu!" với nụ cười rạng rỡ trên mặt.</w:t>
      </w:r>
    </w:p>
    <w:p>
      <w:pPr>
        <w:spacing w:after="80"/>
      </w:pPr>
      <w:r>
        <w:rPr>
          <w:b w:val="0"/>
          <w:i w:val="0"/>
        </w:rPr>
        <w:t>Còn bạn thì... bạn chỉ liếc nhìn anh ấy một cái, căng thẳng ập đến, và hạch hạnh nhân (amygdala) bật công tắc. Bạn thấy khó chịu ngay lập tức. Cơn giận bắt đầu sôi lên trong bạn. Bạn không thể ngăn mình thở dài thành tiếng: "Ồ, chào."</w:t>
      </w:r>
    </w:p>
    <w:p>
      <w:pPr>
        <w:spacing w:after="80"/>
      </w:pPr>
      <w:r>
        <w:rPr>
          <w:b w:val="0"/>
          <w:i w:val="0"/>
        </w:rPr>
        <w:t>Bạn không nghĩ về bất cứ điều gì bạn vừa học về bộ não con người hay khoa học về động lực hay bất kỳ điều gì chúng ta đã nói đến từ đầu đến giờ. Bạn chỉ nghĩ về việc anh ấy có thể đứng dậy và làm gì đó khác ngoài việc ngồi lười biếng trên ghế dễ dàng đến mức nào.</w:t>
      </w:r>
    </w:p>
    <w:p>
      <w:pPr>
        <w:spacing w:after="80"/>
      </w:pPr>
      <w:r>
        <w:rPr>
          <w:b w:val="0"/>
          <w:i w:val="0"/>
        </w:rPr>
        <w:t>Vì bạn đang xuất phát từ chỗ phán xét, chứ không phải chấp nhận, nên bạn không nghĩ về tất cả những bước nhỏ mà anh ấy cần thực hiện để đến phòng gym, và việc đó sẽ đau đớn đến mức nào.</w:t>
      </w:r>
    </w:p>
    <w:p>
      <w:pPr>
        <w:spacing w:after="80"/>
      </w:pPr>
      <w:r>
        <w:rPr>
          <w:b w:val="0"/>
          <w:i w:val="0"/>
        </w:rPr>
        <w:t>Bạn không nghĩ về việc anh ấy bước vào phòng ngủ, thay đồ tập, rót đầy bình nước, tìm chìa khóa, lái xe đến phòng gym, đi bộ vào tận bên trong phòng gym, tìm một cái máy, và rồi thực sự phải làm việc đó.</w:t>
      </w:r>
    </w:p>
    <w:p>
      <w:pPr>
        <w:spacing w:after="80"/>
      </w:pPr>
      <w:r>
        <w:rPr>
          <w:b w:val="0"/>
          <w:i w:val="0"/>
        </w:rPr>
        <w:t>Thay vào đó, bạn nhảy qua thực tế, khoa học, và sự thật về việc thay đổi khó khăn như thế nào với tất cả mọi người—và bạn nhảy thẳng vào cơn giận về việc họ không làm điều bạn muốn họ làm đúng lúc bạn muốn họ làm.</w:t>
      </w:r>
    </w:p>
    <w:p>
      <w:pPr>
        <w:spacing w:after="80"/>
      </w:pPr>
      <w:r>
        <w:rPr>
          <w:b w:val="0"/>
          <w:i w:val="0"/>
        </w:rPr>
        <w:t>Thực ra, điều mà tình huống đó cần là lòng trắc ẩn, chứ không phải sự khinh miệt... và tiếng thở dài ghê tởm cùng tâm trạng tồi tệ của bạn sẽ không đẩy được họ ra khỏi ghế sofa. Thật ra, những tiếng thở dài khinh miệt đó sẽ giữ người bạn đời của bạn nằm trên ghế sofa cho đến khi họ làm mất luôn cái điều khiển vào trong đệm ghế.</w:t>
      </w:r>
    </w:p>
    <w:p>
      <w:pPr>
        <w:spacing w:after="80"/>
      </w:pPr>
      <w:r>
        <w:rPr>
          <w:b w:val="0"/>
          <w:i w:val="0"/>
        </w:rPr>
        <w:t>Dù ý định của bạn có yêu thương đến đâu đằng sau những tiếng thở dài thành tiếng, người bạn đời của bạn vẫn cảm thấy như bạn đang cố sửa anh ấy—điều đó giống như nỗi đau hơn, nghĩa là giờ anh ấy sẽ rời xa bạn. Nó khiến anh ấy thấy phòng thủ, và điều đó chỉ càng khiến anh ấy khép lòng lại với việc cảm thấy muốn thay đổi hơn nữa.</w:t>
      </w:r>
    </w:p>
    <w:p>
      <w:pPr>
        <w:pStyle w:val="Heading2"/>
      </w:pPr>
      <w:r>
        <w:rPr>
          <w:rFonts w:ascii="Calibri" w:hAnsi="Calibri"/>
          <w:b/>
          <w:i w:val="0"/>
          <w:sz w:val="32"/>
        </w:rPr>
        <w:t>Và đây: Thế Bế Tắc</w:t>
      </w:r>
    </w:p>
    <w:p>
      <w:pPr>
        <w:spacing w:after="80"/>
      </w:pPr>
      <w:r>
        <w:rPr>
          <w:b w:val="0"/>
          <w:i w:val="0"/>
        </w:rPr>
        <w:t>Áp lực không tạo ra thay đổi—nó tạo ra sự kháng cự lại thay đổi. Khi bạn cố gắng kiểm soát hành vi của người khác, họ theo bản năng sẽ chống lại nỗ lực kiểm soát họ của bạn.</w:t>
      </w:r>
    </w:p>
    <w:p>
      <w:pPr>
        <w:spacing w:after="80"/>
      </w:pPr>
      <w:r>
        <w:rPr>
          <w:b w:val="0"/>
          <w:i w:val="0"/>
        </w:rPr>
        <w:t>Thay vì truyền cảm hứng thay đổi, áp lực của bạn tạo ra một cuộc chiến giành quyền kiểm soát.</w:t>
      </w:r>
    </w:p>
    <w:p>
      <w:pPr>
        <w:spacing w:after="80"/>
      </w:pPr>
      <w:r>
        <w:rPr>
          <w:b w:val="0"/>
          <w:i w:val="0"/>
        </w:rPr>
        <w:t>Khi tôi nói chuyện với Tiến sĩ Sharot, bà ấy nhắc lại rằng con người có một nhu cầu được lập trình sẵn là phải nắm quyền kiểm soát. Đó là một bản năng sinh tồn. Cảm giác mình kiểm soát được cuộc sống của mình là điều khiến bạn thấy an toàn. Cảm giác kiểm soát được cũng là điều khiến mọi người khác trong cuộc đời bạn thấy an toàn.</w:t>
      </w:r>
    </w:p>
    <w:p>
      <w:pPr>
        <w:spacing w:after="80"/>
      </w:pPr>
      <w:r>
        <w:rPr>
          <w:b w:val="0"/>
          <w:i w:val="0"/>
        </w:rPr>
        <w:t>Điều đó có nghĩa là người bạn đời, bạn cùng phòng, mẹ bạn, sếp bạn, và bạn bè bạn đều có cùng bản năng sinh tồn được lập trình sẵn là phải nắm quyền kiểm soát, giống hệt như bạn.</w:t>
      </w:r>
    </w:p>
    <w:p>
      <w:pPr>
        <w:spacing w:after="80"/>
      </w:pPr>
      <w:r>
        <w:rPr>
          <w:b w:val="0"/>
          <w:i w:val="0"/>
        </w:rPr>
        <w:t>Những người bạn yêu thương chỉ thấy an toàn khi họ cảm thấy kiểm soát được cuộc sống của chính mình.</w:t>
      </w:r>
    </w:p>
    <w:p>
      <w:pPr>
        <w:spacing w:after="80"/>
      </w:pPr>
      <w:r>
        <w:rPr>
          <w:b w:val="0"/>
          <w:i w:val="0"/>
        </w:rPr>
        <w:t xml:space="preserve">Vậy nên khi bạn bắt đầu sai khiến người khác, gây áp lực cho họ, hay bảo họ phải làm gì, bạn đang đe dọa nhu cầu được lập trình sẵn của họ về việc kiểm soát cuộc sống, quyết định, và hành động của chính họ. Bạn đang cản trở </w:t>
      </w:r>
      <w:r>
        <w:rPr>
          <w:b w:val="0"/>
          <w:i/>
        </w:rPr>
        <w:t>quyền tự chủ</w:t>
      </w:r>
      <w:r>
        <w:rPr>
          <w:b w:val="0"/>
          <w:i w:val="0"/>
        </w:rPr>
        <w:t xml:space="preserve"> của họ, cảm giác rằng họ kiểm soát được chính mình, cuộc sống của mình, và những suy nghĩ cùng hành vi của chính mình.</w:t>
      </w:r>
    </w:p>
    <w:p>
      <w:pPr>
        <w:spacing w:after="80"/>
      </w:pPr>
      <w:r>
        <w:rPr>
          <w:b w:val="0"/>
          <w:i w:val="0"/>
        </w:rPr>
        <w:t>Khi bạn gợi ý với ai đó rằng “hôm nay đẹp trời để chạy bộ ngoài trời đấy” trong lúc họ không muốn đi chạy, bạn vừa mới đe dọa họ đấy. Lời gợi ý của bạn — dù bạn có ý tốt đến đâu — cũng khiến họ cảm thấy như bạn đang cố tước đi quyền được là chính mình, được làm điều mình muốn, vào lúc mình muốn.</w:t>
      </w:r>
    </w:p>
    <w:p>
      <w:pPr>
        <w:spacing w:after="80"/>
      </w:pPr>
      <w:r>
        <w:rPr>
          <w:b w:val="0"/>
          <w:i w:val="0"/>
        </w:rPr>
        <w:t xml:space="preserve">Đây là lý do vì sao bạn phải để người lớn được làm người lớn. </w:t>
      </w:r>
      <w:r>
        <w:rPr>
          <w:b w:val="0"/>
          <w:i/>
        </w:rPr>
        <w:t>Hãy Để Họ Tự Lo</w:t>
      </w:r>
      <w:r>
        <w:rPr>
          <w:b w:val="0"/>
          <w:i w:val="0"/>
        </w:rPr>
        <w:t>.</w:t>
      </w:r>
    </w:p>
    <w:p>
      <w:pPr>
        <w:spacing w:after="80"/>
      </w:pPr>
      <w:r>
        <w:rPr>
          <w:b w:val="0"/>
          <w:i w:val="0"/>
        </w:rPr>
        <w:t>Chấp nhận một người khác đúng như họ vốn là, chính là nền tảng của một mối quan hệ lành mạnh và đầy yêu thương. Khi ai đó cảm thấy bạn chấp nhận họ như họ vốn là, họ thấy an toàn khi ở bên bạn.</w:t>
      </w:r>
    </w:p>
    <w:p>
      <w:pPr>
        <w:spacing w:after="80"/>
      </w:pPr>
      <w:r>
        <w:rPr>
          <w:b w:val="0"/>
          <w:i w:val="0"/>
        </w:rPr>
        <w:t>Điều ngược lại sẽ xảy ra khi bạn gây áp lực, đòi thay đổi, chỉ trích, thúc ép, hay kỳ vọng ai đó phải cư xử khác đi so với con người thật của họ. Áp lực này đẩy bạn và người thân yêu của bạn vào một cuộc chiến giành quyền kiểm soát, dù bạn có nhận ra hay không.</w:t>
      </w:r>
    </w:p>
    <w:p>
      <w:pPr>
        <w:spacing w:after="80"/>
      </w:pPr>
      <w:r>
        <w:rPr>
          <w:b w:val="0"/>
          <w:i w:val="0"/>
        </w:rPr>
        <w:t>Bạn còn nhớ nghiên cứu của Dr. K về việc não bộ được lập trình để hướng về khoái lạc và tránh xa đau đớn chứ? Cảm nhận áp lực từ bạn là đau đớn, nên họ mới đang rời xa bạn. Điều đó chỉ khiến bạn càng đẩy mạnh hơn, và điều đó khiến họ càng kháng cự hơn.</w:t>
      </w:r>
    </w:p>
    <w:p>
      <w:pPr>
        <w:spacing w:after="80"/>
      </w:pPr>
      <w:r>
        <w:rPr>
          <w:b w:val="0"/>
          <w:i w:val="0"/>
        </w:rPr>
        <w:t>Đây sẽ là một cuộc đối đầu không hồi kết giữa hai người. Bạn có sức mạnh để chấm dứt nó.</w:t>
      </w:r>
    </w:p>
    <w:p>
      <w:pPr>
        <w:spacing w:after="80"/>
      </w:pPr>
      <w:r>
        <w:rPr>
          <w:b w:val="0"/>
          <w:i/>
        </w:rPr>
        <w:t>Hãy Để Họ</w:t>
      </w:r>
      <w:r>
        <w:rPr>
          <w:b w:val="0"/>
          <w:i w:val="0"/>
        </w:rPr>
        <w:t xml:space="preserve"> ngồi trên ghế sofa, vì nếu bạn muốn chấm dứt cuộc đối đầu, bạn phải làm vậy.</w:t>
      </w:r>
    </w:p>
    <w:p>
      <w:pPr>
        <w:spacing w:after="80"/>
      </w:pPr>
      <w:r>
        <w:rPr>
          <w:b w:val="0"/>
          <w:i w:val="0"/>
        </w:rPr>
        <w:t>Nếu bạn nghĩ về người bạn của tôi và chồng cô ấy, ai là người nắm quyền kiểm soát? Người chồng. Chỉ cần anh ấy phớt lờ vợ mình, anh ấy đang kiểm soát cuộc sống, quyết định và hành vi của chính mình.</w:t>
      </w:r>
    </w:p>
    <w:p>
      <w:pPr>
        <w:spacing w:after="80"/>
      </w:pPr>
      <w:r>
        <w:rPr>
          <w:b w:val="0"/>
          <w:i w:val="0"/>
        </w:rPr>
        <w:t>Ngay giây phút anh ấy làm theo lời cô ấy, anh ấy đánh mất cảm giác tự chủ và cô ấy “thắng”. Đến lúc này, cuộc tranh cãi không còn là về việc tập thể dục nữa, mà là về việc ai nắm quyền.</w:t>
      </w:r>
    </w:p>
    <w:p>
      <w:pPr>
        <w:spacing w:after="80"/>
      </w:pPr>
      <w:r>
        <w:rPr>
          <w:b w:val="0"/>
          <w:i w:val="0"/>
        </w:rPr>
        <w:t>Điều đó cũng giải thích vì sao cô ấy không thể buông bỏ. Sức khỏe của anh ấy khiến cô ấy lo phát điên và khiến cô ấy cảm thấy như mình đã mất kiểm soát một phần quan trọng trong cuộc đời mình. . . Thế nên cô ấy cứ cố kiểm soát anh ấy, để tự khiến mình cảm thấy kiểm soát được phần này của cuộc đời.</w:t>
      </w:r>
    </w:p>
    <w:p>
      <w:pPr>
        <w:spacing w:after="80"/>
      </w:pPr>
      <w:r>
        <w:rPr>
          <w:b w:val="0"/>
          <w:i w:val="0"/>
        </w:rPr>
        <w:t>Điều đó chỉ khiến anh ấy cảm thấy bị đe dọa, và đẩy ngược lại để tự bảo vệ mình. Và, anh ấy càng trở nên cứng đầu, cô ấy càng đẩy mạnh hơn.</w:t>
      </w:r>
    </w:p>
    <w:p>
      <w:pPr>
        <w:spacing w:after="80"/>
      </w:pPr>
      <w:r>
        <w:rPr>
          <w:b w:val="0"/>
          <w:i w:val="0"/>
        </w:rPr>
        <w:t>Bạn có thấy cách động lực này tạo ra một thế bế tắc cứ thế leo thang không?</w:t>
      </w:r>
    </w:p>
    <w:p>
      <w:pPr>
        <w:spacing w:after="80"/>
      </w:pPr>
      <w:r>
        <w:rPr>
          <w:b w:val="0"/>
          <w:i w:val="0"/>
        </w:rPr>
        <w:t>Và có thể bạn cũng thấy thế bế tắc y hệt như vậy giữa bạn và một trong những đứa con của bạn, hay một bậc cha mẹ đã lớn tuổi, hoặc giữa bạn và người bạn đời của bạn. Hoặc có thể bạn cảm nhận thế bế tắc này vì ai đó khác đang gây áp lực lên bạn.</w:t>
      </w:r>
    </w:p>
    <w:p>
      <w:pPr>
        <w:spacing w:after="80"/>
      </w:pPr>
      <w:r>
        <w:rPr>
          <w:b w:val="0"/>
          <w:i w:val="0"/>
        </w:rPr>
        <w:t>Sự thật là thế này: Không ai muốn cảm thấy bị bạn bè, gia đình, hay người thân yêu gây áp lực. Điều bạn muốn là tình yêu vô điều kiện, sự chấp nhận, lòng tốt và sự cảm thông. Bạn không muốn bị kiểm soát; bạn muốn cảm thấy được chấp nhận sâu sắc vì con người bạn, và vì vị trí bạn đang ở trong cuộc đời.</w:t>
      </w:r>
    </w:p>
    <w:p>
      <w:pPr>
        <w:spacing w:after="80"/>
      </w:pPr>
      <w:r>
        <w:rPr>
          <w:b w:val="0"/>
          <w:i w:val="0"/>
        </w:rPr>
        <w:t>Đó chính là điều cho phép bạn thật sự được là chính mình và cảm thấy an toàn trong các mối quan hệ của mình.</w:t>
      </w:r>
    </w:p>
    <w:p>
      <w:pPr>
        <w:spacing w:after="80"/>
      </w:pPr>
      <w:r>
        <w:rPr>
          <w:b w:val="0"/>
          <w:i w:val="0"/>
        </w:rPr>
        <w:t>Chắc chắn bạn không muốn cô bạn thân nhất của mình nói rằng cô ấy không thích bạn trai của bạn, hay người bạn đời của bạn gõ vào đầu bạn bằng một thẻ tập gym, một chiếc Peloton, và một đống thực phẩm hữu cơ.</w:t>
      </w:r>
    </w:p>
    <w:p>
      <w:pPr>
        <w:spacing w:after="80"/>
      </w:pPr>
      <w:r>
        <w:rPr>
          <w:b w:val="0"/>
          <w:i w:val="0"/>
        </w:rPr>
        <w:t>Điều đó dẫn tôi đến một sự thật khác.</w:t>
      </w:r>
    </w:p>
    <w:p>
      <w:pPr>
        <w:spacing w:after="80"/>
      </w:pPr>
      <w:r>
        <w:rPr>
          <w:b w:val="0"/>
          <w:i w:val="0"/>
        </w:rPr>
        <w:t>Hầu hết thời gian, trong sâu thẳm, người đó có lẽ thực sự muốn thay đổi. Tiến sĩ K đã nói rất nhiều về sự căng thẳng nội tâm mà con người cảm thấy khi họ biết hành vi của mình không tốt cho bản thân về lâu dài.</w:t>
      </w:r>
    </w:p>
    <w:p>
      <w:pPr>
        <w:spacing w:after="80"/>
      </w:pPr>
      <w:r>
        <w:rPr>
          <w:b w:val="0"/>
          <w:i w:val="0"/>
        </w:rPr>
        <w:t>Đó chính xác là những gì chồng của bạn tôi cảm thấy. Đó là lý do anh ấy dừng lại rồi lại bắt đầu. Đó là lý do anh ấy cứ tiếp tục cố gắng. Đó là lý do anh ấy đang vật lộn.</w:t>
      </w:r>
    </w:p>
    <w:p>
      <w:pPr>
        <w:spacing w:after="80"/>
      </w:pPr>
      <w:r>
        <w:rPr>
          <w:b w:val="0"/>
          <w:i w:val="0"/>
        </w:rPr>
        <w:t>Thay đổi là điều khó khăn với tất cả mọi người. Và càng khó hơn khi bạn có ai đó cứ thúc ép sát gáy, và bạn không chỉ phải đối mặt với áp lực của họ, mà còn phải thừa nhận rằng họ đã đúng khi cuối cùng bạn làm được việc đó.</w:t>
      </w:r>
    </w:p>
    <w:p>
      <w:pPr>
        <w:spacing w:after="80"/>
      </w:pPr>
      <w:r>
        <w:rPr>
          <w:b w:val="0"/>
          <w:i w:val="0"/>
        </w:rPr>
        <w:t>Tiến sĩ K đã nhấn mạnh không ngừng rằng việc thay đổi phải là ý tưởng CỦA HỌ, không phải của bạn. Người chồng cần có một lý do để tự thúc đẩy mình làm việc khó khăn—chứ không chỉ để vợ anh ta im miệng. Nếu không, sự thay đổi này sẽ không bao giờ bền vững, và sự oán giận giữa họ sẽ chỉ ngày càng lớn.</w:t>
      </w:r>
    </w:p>
    <w:p>
      <w:pPr>
        <w:pStyle w:val="Heading2"/>
      </w:pPr>
      <w:r>
        <w:rPr>
          <w:rFonts w:ascii="Calibri" w:hAnsi="Calibri"/>
          <w:b/>
          <w:i w:val="0"/>
          <w:sz w:val="32"/>
        </w:rPr>
        <w:t>Người Ta Làm Điều Họ Cảm Thấy Muốn Làm</w:t>
      </w:r>
    </w:p>
    <w:p>
      <w:pPr>
        <w:spacing w:after="80"/>
      </w:pPr>
      <w:r>
        <w:rPr>
          <w:b w:val="0"/>
          <w:i w:val="0"/>
        </w:rPr>
        <w:t>Người ta chỉ thay đổi khi họ sẵn sàng thay đổi vì chính bản thân họ. Đừng trừng phạt họ vì không thay đổi theo đúng lịch trình của bạn. Đừng cố "thúc đẩy" họ làm điều gì đó mà rõ ràng họ không muốn làm.</w:t>
      </w:r>
    </w:p>
    <w:p>
      <w:pPr>
        <w:spacing w:after="80"/>
      </w:pPr>
      <w:r>
        <w:rPr>
          <w:b w:val="0"/>
          <w:i w:val="0"/>
        </w:rPr>
        <w:t>Đó là sự lãng phí thời gian của bạn. Đó là điều làm bạn căng thẳng. Đó là điều đang hủy hoại mối quan hệ của bạn. Nó không hiệu quả. Và quan trọng nhất, nó đang tạo ra một rào cản giữa hai người.</w:t>
      </w:r>
    </w:p>
    <w:p>
      <w:pPr>
        <w:spacing w:after="80"/>
      </w:pPr>
      <w:r>
        <w:rPr>
          <w:b w:val="0"/>
          <w:i w:val="0"/>
        </w:rPr>
        <w:t>Yêu thương người khác nghĩa là bạn phải gặp họ ở nơi họ đang đứng. Bạn phải học cách để người lớn được làm người lớn. Đây là lý do Lý thuyết Để Họ Tự Lo (Let Them Theory) lại hiệu quả đến vậy.</w:t>
      </w:r>
    </w:p>
    <w:p>
      <w:pPr>
        <w:spacing w:after="80"/>
      </w:pPr>
      <w:r>
        <w:rPr>
          <w:b w:val="0"/>
          <w:i w:val="0"/>
        </w:rPr>
        <w:t xml:space="preserve">Khi bạn </w:t>
      </w:r>
      <w:r>
        <w:rPr>
          <w:b w:val="0"/>
          <w:i/>
        </w:rPr>
        <w:t>Để Họ</w:t>
      </w:r>
      <w:r>
        <w:rPr>
          <w:b w:val="0"/>
          <w:i w:val="0"/>
        </w:rPr>
        <w:t xml:space="preserve"> tự do, bạn đang chấp nhận con người thật của họ ngay lúc này. </w:t>
      </w:r>
      <w:r>
        <w:rPr>
          <w:b w:val="0"/>
          <w:i/>
        </w:rPr>
        <w:t>Để Họ</w:t>
      </w:r>
      <w:r>
        <w:rPr>
          <w:b w:val="0"/>
          <w:i w:val="0"/>
        </w:rPr>
        <w:t xml:space="preserve"> theo đúng lịch trình của riêng họ. </w:t>
      </w:r>
      <w:r>
        <w:rPr>
          <w:b w:val="0"/>
          <w:i/>
        </w:rPr>
        <w:t>Để Họ</w:t>
      </w:r>
      <w:r>
        <w:rPr>
          <w:b w:val="0"/>
          <w:i w:val="0"/>
        </w:rPr>
        <w:t xml:space="preserve"> thất bại trong sự nghiệp. </w:t>
      </w:r>
      <w:r>
        <w:rPr>
          <w:b w:val="0"/>
          <w:i/>
        </w:rPr>
        <w:t>Để Họ</w:t>
      </w:r>
      <w:r>
        <w:rPr>
          <w:b w:val="0"/>
          <w:i w:val="0"/>
        </w:rPr>
        <w:t xml:space="preserve"> hút vape. </w:t>
      </w:r>
      <w:r>
        <w:rPr>
          <w:b w:val="0"/>
          <w:i/>
        </w:rPr>
        <w:t>Để Họ</w:t>
      </w:r>
      <w:r>
        <w:rPr>
          <w:b w:val="0"/>
          <w:i w:val="0"/>
        </w:rPr>
        <w:t xml:space="preserve"> bỏ cuộc. </w:t>
      </w:r>
      <w:r>
        <w:rPr>
          <w:b w:val="0"/>
          <w:i/>
        </w:rPr>
        <w:t>Để Họ</w:t>
      </w:r>
      <w:r>
        <w:rPr>
          <w:b w:val="0"/>
          <w:i w:val="0"/>
        </w:rPr>
        <w:t xml:space="preserve"> ở lại trong mối quan hệ khổ sở đó. </w:t>
      </w:r>
      <w:r>
        <w:rPr>
          <w:b w:val="0"/>
          <w:i/>
        </w:rPr>
        <w:t>Để Họ</w:t>
      </w:r>
      <w:r>
        <w:rPr>
          <w:b w:val="0"/>
          <w:i w:val="0"/>
        </w:rPr>
        <w:t xml:space="preserve"> hứa mà không giữ lời. </w:t>
      </w:r>
      <w:r>
        <w:rPr>
          <w:b w:val="0"/>
          <w:i/>
        </w:rPr>
        <w:t>Để Họ</w:t>
      </w:r>
      <w:r>
        <w:rPr>
          <w:b w:val="0"/>
          <w:i w:val="0"/>
        </w:rPr>
        <w:t xml:space="preserve"> sống bừa bộn. </w:t>
      </w:r>
      <w:r>
        <w:rPr>
          <w:b w:val="0"/>
          <w:i/>
        </w:rPr>
        <w:t>Để Họ</w:t>
      </w:r>
      <w:r>
        <w:rPr>
          <w:b w:val="0"/>
          <w:i w:val="0"/>
        </w:rPr>
        <w:t xml:space="preserve"> mặc quần thể thao đến bữa tiệc tối. </w:t>
      </w:r>
      <w:r>
        <w:rPr>
          <w:b w:val="0"/>
          <w:i/>
        </w:rPr>
        <w:t>Để Họ</w:t>
      </w:r>
      <w:r>
        <w:rPr>
          <w:b w:val="0"/>
          <w:i w:val="0"/>
        </w:rPr>
        <w:t xml:space="preserve"> chơi game cả cuối tuần. </w:t>
      </w:r>
      <w:r>
        <w:rPr>
          <w:b w:val="0"/>
          <w:i/>
        </w:rPr>
        <w:t>Để Họ</w:t>
      </w:r>
      <w:r>
        <w:rPr>
          <w:b w:val="0"/>
          <w:i w:val="0"/>
        </w:rPr>
        <w:t xml:space="preserve"> cảm nhận hậu quả từ sự không hành động của mình. </w:t>
      </w:r>
      <w:r>
        <w:rPr>
          <w:b w:val="0"/>
          <w:i/>
        </w:rPr>
        <w:t>Để Họ</w:t>
      </w:r>
      <w:r>
        <w:rPr>
          <w:b w:val="0"/>
          <w:i w:val="0"/>
        </w:rPr>
        <w:t xml:space="preserve"> ngồi trên ghế sofa và không bao giờ đến phòng gym. </w:t>
      </w:r>
      <w:r>
        <w:rPr>
          <w:b w:val="0"/>
          <w:i/>
        </w:rPr>
        <w:t>Để Họ</w:t>
      </w:r>
      <w:r>
        <w:rPr>
          <w:b w:val="0"/>
          <w:i w:val="0"/>
        </w:rPr>
        <w:t xml:space="preserve"> sống cuộc đời của họ.</w:t>
      </w:r>
    </w:p>
    <w:p>
      <w:pPr>
        <w:spacing w:after="80"/>
      </w:pPr>
      <w:r>
        <w:rPr>
          <w:b w:val="0"/>
          <w:i w:val="0"/>
        </w:rPr>
        <w:t xml:space="preserve">Nghe thì đơn giản, nhưng tôi không nói nó dễ dàng. Tôi biết bạn có thể đọc điều này và nghĩ, </w:t>
      </w:r>
      <w:r>
        <w:rPr>
          <w:b w:val="0"/>
          <w:i/>
        </w:rPr>
        <w:t>Ồ. Vậy là tôi chẳng làm được gì sao?</w:t>
      </w:r>
      <w:r>
        <w:rPr>
          <w:b w:val="0"/>
          <w:i w:val="0"/>
        </w:rPr>
        <w:t xml:space="preserve"> Luôn có điều gì đó bạn có thể làm.</w:t>
      </w:r>
    </w:p>
    <w:p>
      <w:pPr>
        <w:spacing w:after="80"/>
      </w:pPr>
      <w:r>
        <w:rPr>
          <w:b w:val="0"/>
          <w:i w:val="0"/>
        </w:rPr>
        <w:t>Bởi vì luôn có điều gì đó nằm trong tầm kiểm soát của bạn: đó chính là BẠN. Sự thay đổi hành vi duy nhất mà bạn có thể kiểm soát là của chính bạn. Và đây chính là nơi sức mạnh của bạn nằm.</w:t>
      </w:r>
    </w:p>
    <w:p>
      <w:pPr>
        <w:spacing w:after="80"/>
      </w:pPr>
      <w:r>
        <w:rPr>
          <w:b w:val="0"/>
          <w:i w:val="0"/>
        </w:rPr>
        <w:t xml:space="preserve">Thay đổi đầu tiên trong hành vi của bạn là ngừng gây áp lực và bắt đầu chấp nhận. </w:t>
      </w:r>
      <w:r>
        <w:rPr>
          <w:b w:val="0"/>
          <w:i/>
        </w:rPr>
        <w:t>Để Họ</w:t>
      </w:r>
      <w:r>
        <w:rPr>
          <w:b w:val="0"/>
          <w:i w:val="0"/>
        </w:rPr>
        <w:t xml:space="preserve"> tự do. Khi bạn chấp nhận họ đúng như con người họ, cuộc chiến giành quyền kiểm soát đầy bực bội và vô hiệu sẽ kết thúc, và bạn tự đặt mình vào thế để thắng cuộc chiến vì sự thay đổi tích cực.</w:t>
      </w:r>
    </w:p>
    <w:p>
      <w:pPr>
        <w:spacing w:after="80"/>
      </w:pPr>
      <w:r>
        <w:rPr>
          <w:b w:val="0"/>
          <w:i w:val="0"/>
        </w:rPr>
        <w:t>Đó là khoa học.</w:t>
      </w:r>
    </w:p>
    <w:p>
      <w:pPr>
        <w:spacing w:after="80"/>
      </w:pPr>
      <w:r>
        <w:rPr>
          <w:b w:val="0"/>
          <w:i w:val="0"/>
        </w:rPr>
        <w:t xml:space="preserve">Nhưng tôi chắc bạn đang thắc mắc... nếu áp lực không hiệu quả, thì cái gì mới hiệu quả? Tôi đã nói bạn không thể thay đổi hành vi của họ... nhưng tôi chưa bao giờ nói bạn không thể tác động đến nó. Và đây chính là lúc </w:t>
      </w:r>
      <w:r>
        <w:rPr>
          <w:b w:val="0"/>
          <w:i/>
        </w:rPr>
        <w:t>Để Tôi</w:t>
      </w:r>
      <w:r>
        <w:rPr>
          <w:b w:val="0"/>
          <w:i w:val="0"/>
        </w:rPr>
        <w:t xml:space="preserve"> (Let Me) xuất hiện và giúp bạn khai mở sức mạnh tác động của mình.</w:t>
      </w:r>
    </w:p>
    <w:p>
      <w:pPr>
        <w:spacing w:after="80"/>
      </w:pPr>
      <w:r>
        <w:rPr>
          <w:b w:val="0"/>
          <w:i w:val="0"/>
        </w:rPr>
        <w:t>Nhiều thập kỷ nghiên cứu từ các nhà khoa học thần kinh và nhà tâm lý học nói rằng bạn không thể thúc đẩy ai đó thay đổi, nhưng bạn có thể "truyền cảm hứng" để họ thay đổi và thậm chí khiến họ tin rằng tất cả đều là ý tưởng của chính họ.</w:t>
      </w:r>
    </w:p>
    <w:p>
      <w:pPr>
        <w:spacing w:after="80"/>
      </w:pPr>
      <w:r>
        <w:rPr>
          <w:b w:val="0"/>
          <w:i w:val="0"/>
        </w:rPr>
        <w:t xml:space="preserve">Trong chương tiếp theo, tôi sẽ chỉ cho bạn cách bạn có thể khai thác mong muốn thay đổi sẵn có trong mỗi người bằng cách chọn KHÔNG gây áp lực lên họ: </w:t>
      </w:r>
      <w:r>
        <w:rPr>
          <w:b w:val="0"/>
          <w:i/>
        </w:rPr>
        <w:t>Để Họ Tự Do</w:t>
      </w:r>
      <w:r>
        <w:rPr>
          <w:b w:val="0"/>
          <w:i w:val="0"/>
        </w:rPr>
        <w:t>. Và thay vào đó, hãy dùng ảnh hưởng của mình bằng cách nói và làm đúng điều vào đúng thời điểm, dựa trên nghiên cứu.</w:t>
      </w:r>
    </w:p>
    <w:p>
      <w:pPr>
        <w:pStyle w:val="Heading1"/>
      </w:pPr>
      <w:r>
        <w:rPr>
          <w:rFonts w:ascii="Calibri" w:hAnsi="Calibri"/>
          <w:b/>
          <w:i w:val="0"/>
          <w:sz w:val="40"/>
        </w:rPr>
        <w:t>CHƯƠNG 15</w:t>
      </w:r>
    </w:p>
    <w:p>
      <w:pPr>
        <w:pStyle w:val="Heading1"/>
      </w:pPr>
      <w:r>
        <w:rPr>
          <w:rFonts w:ascii="Calibri" w:hAnsi="Calibri"/>
          <w:b/>
          <w:i w:val="0"/>
          <w:sz w:val="40"/>
        </w:rPr>
        <w:t>Khai Mở Sức Mạnh Ảnh Hưởng Của Bạn</w:t>
      </w:r>
    </w:p>
    <w:p>
      <w:pPr>
        <w:spacing w:after="80"/>
      </w:pPr>
      <w:r>
        <w:rPr>
          <w:b w:val="0"/>
          <w:i w:val="0"/>
        </w:rPr>
        <w:t xml:space="preserve">Khi bạn ngừng cố gắng gây áp lực để người khác thay đổi và </w:t>
      </w:r>
      <w:r>
        <w:rPr>
          <w:b w:val="0"/>
          <w:i/>
        </w:rPr>
        <w:t>Để Họ Tự Do</w:t>
      </w:r>
      <w:r>
        <w:rPr>
          <w:b w:val="0"/>
          <w:i w:val="0"/>
        </w:rPr>
        <w:t>, một điều kỳ diệu sẽ xảy ra. Bạn giờ đây có thời gian và năng lượng để khai mở sức mạnh ảnh hưởng tích cực của mình.</w:t>
      </w:r>
    </w:p>
    <w:p>
      <w:pPr>
        <w:spacing w:after="80"/>
      </w:pPr>
      <w:r>
        <w:rPr>
          <w:b w:val="0"/>
          <w:i w:val="0"/>
        </w:rPr>
        <w:t>Con người là những sinh vật xã hội, chịu ảnh hưởng và được truyền cảm hứng rất nhiều từ những người xung quanh. Điều này đã được chứng minh hết lần này đến lần khác qua hàng thập kỷ nghiên cứu về hành vi con người. Đó là lý do vì sao khi bạn thấy ai đó trên mạng xuýt xoa về một loại bột protein, hay một kiểu quần jeans mới, hay một tay golf chuyên nghiệp giơ cao cây gậy đã "cải thiện trò chơi golf của họ", bạn bỗng thấy mình cũng muốn mua nó.</w:t>
      </w:r>
    </w:p>
    <w:p>
      <w:pPr>
        <w:spacing w:after="80"/>
      </w:pPr>
      <w:r>
        <w:rPr>
          <w:b w:val="0"/>
          <w:i w:val="0"/>
        </w:rPr>
        <w:t>Nếu bạn thấy một điều gì đó đang mang lại kết quả tích cực cho người khác, nó thường khiến bạn cũng thấy hứng thú với điều đó. Dù bạn có nhận ra hay không, khi ai đó đang vui vẻ tận hưởng, hoặc đạt được kết quả mà bạn mong muốn, hoặc khiến một việc gì đó trông thật dễ dàng và thú vị, bạn được lập trình sẵn để hướng về phía đó. Đó là lý do vì sao khi nghe một người bạn say sưa khen một cuốn sách, bạn tự nhiên cũng muốn đọc nó.</w:t>
      </w:r>
    </w:p>
    <w:p>
      <w:pPr>
        <w:spacing w:after="80"/>
      </w:pPr>
      <w:r>
        <w:rPr>
          <w:b w:val="0"/>
          <w:i w:val="0"/>
        </w:rPr>
        <w:t>Nếu ai đó bắt đầu ăn một quả táo đỏ giòn tan trên tàu, nghiên cứu cho thấy những người xung quanh cũng bắt đầu thèm một quả. Nếu một đồng nghiệp bắt đầu đi dạo ngoài trời vào giờ ăn trưa—bạn cũng dễ bỗng thấy muốn đi dạo vào giờ ăn trưa hơn.</w:t>
      </w:r>
    </w:p>
    <w:p>
      <w:pPr>
        <w:spacing w:after="80"/>
      </w:pPr>
      <w:r>
        <w:rPr>
          <w:b w:val="0"/>
          <w:i w:val="0"/>
        </w:rPr>
        <w:t>Lý do vì sao ảnh hưởng có tác dụng được chống lưng bởi hàng thập kỷ nghiên cứu về hành vi con người. Chúng ta là những sinh vật xã hội, chịu ảnh hưởng và được truyền cảm hứng rất nhiều từ những người xung quanh. Tiến sĩ Sharot gọi đó là "sự lây lan xã hội" (social contagion), một cách nói hoa mỹ để chỉ rằng hành vi của con người có tính lây lan.</w:t>
      </w:r>
    </w:p>
    <w:p>
      <w:pPr>
        <w:spacing w:after="80"/>
      </w:pPr>
      <w:r>
        <w:rPr>
          <w:b w:val="0"/>
          <w:i w:val="0"/>
        </w:rPr>
        <w:t>Áp dụng điều này với những người trong cuộc sống của bạn rất đơn giản: Hãy làm gương cho sự thay đổi hành vi mà bạn muốn thấy và thực hành đúng điều bạn đã luôn yêu cầu. Nếu bạn có BẤT KỲ cơ hội nào để ảnh hưởng khiến họ hướng tới hành vi hay sự thay đổi mà bạn muốn họ thực hiện, bạn cần cho họ thấy điều đó dễ dàng đến nhường nào. Bạn không thể yêu cầu người khác ăn uống lành mạnh hơn trong khi bạn đang xuýt xoa về chiếc bánh sừng bò bạn vừa ăn. Nhưng bạn có thể ảnh hưởng đến họ nếu chính bạn luôn ăn những bữa ăn lành mạnh và say sưa khen chúng ngon tuyệt.</w:t>
      </w:r>
    </w:p>
    <w:p>
      <w:pPr>
        <w:spacing w:after="80"/>
      </w:pPr>
      <w:r>
        <w:rPr>
          <w:b w:val="0"/>
          <w:i w:val="0"/>
        </w:rPr>
        <w:t>Bạn không thể yêu cầu ai đó ngừng nhìn vào điện thoại khi chính bạn đang cầm điện thoại trong tay. Nhưng bạn có thể ảnh hưởng đến họ bằng cách để điện thoại ở một phòng khác và làm gương về việc đặt ra ranh giới tốt hơn với các thiết bị của mình.</w:t>
      </w:r>
    </w:p>
    <w:p>
      <w:pPr>
        <w:spacing w:after="80"/>
      </w:pPr>
      <w:r>
        <w:rPr>
          <w:b w:val="0"/>
          <w:i w:val="0"/>
        </w:rPr>
        <w:t xml:space="preserve">Hãy làm gương cho hành vi mà bạn muốn thấy. Điều tôi thích ở nghiên cứu này là nó là một cách lén lút để khiến người khác thay đổi và tin rằng đó là ý tưởng của </w:t>
      </w:r>
      <w:r>
        <w:rPr>
          <w:b w:val="0"/>
          <w:i/>
        </w:rPr>
        <w:t>chính họ</w:t>
      </w:r>
      <w:r>
        <w:rPr>
          <w:b w:val="0"/>
          <w:i w:val="0"/>
        </w:rPr>
        <w:t>.</w:t>
      </w:r>
    </w:p>
    <w:p>
      <w:pPr>
        <w:spacing w:after="80"/>
      </w:pPr>
      <w:r>
        <w:rPr>
          <w:b w:val="0"/>
          <w:i w:val="0"/>
        </w:rPr>
        <w:t>Cứ lấy ví dụ về người đồng nghiệp đi dạo mỗi ngày. Nếu bạn thấy ai đó làm điều đó mỗi ngày trong vài tuần, nó bắt đầu ảnh hưởng đến bạn một cách vô thức. Bạn thấy họ rời đi mỗi ngày vào giờ ăn trưa, bạn thấy họ quay lại sau chuyến đi dạo, và họ có tâm trạng tốt hơn, tràn đầy năng lượng hơn, và họ đang mỉm cười. Rồi bạn lại thấy điều đó lặp lại vào ngày hôm sau, khi họ bước ra cửa, còn bạn thì ngồi ở bàn làm việc, nhồi một chiếc bánh sandwich vào miệng, vừa làm việc vừa ăn trưa.</w:t>
      </w:r>
    </w:p>
    <w:p>
      <w:pPr>
        <w:spacing w:after="80"/>
      </w:pPr>
      <w:r>
        <w:rPr>
          <w:b w:val="0"/>
          <w:i w:val="0"/>
        </w:rPr>
        <w:t>Nửa tiếng sau, họ bước trở vào, trông thật sảng khoái, tràn đầy năng lượng và hạnh phúc. Tấm gương của họ ảnh hưởng đến bạn dù bạn không hề ý thức về điều đó. Và đoán xem điều gì xảy ra nếu bạn thấy điều này hết lần này đến lần khác, và họ có vẻ tận hưởng nó? Đột nhiên vào một ngày nọ, bạn nhìn ra ngoài, thấy trời đẹp, và bạn bỗng thấy muốn đi dạo vào giờ ăn trưa, thay vì vừa làm việc vừa ăn trưa như thường lệ.</w:t>
      </w:r>
    </w:p>
    <w:p>
      <w:pPr>
        <w:spacing w:after="80"/>
      </w:pPr>
      <w:r>
        <w:rPr>
          <w:b w:val="0"/>
          <w:i w:val="0"/>
        </w:rPr>
        <w:t>Đây là điều tôi thích ở sức mạnh của ảnh hưởng: Khi bạn bước ra cửa để đi dạo, bạn nghĩ đây là ý tưởng của mình. Không phải đâu. Đó là ảnh hưởng của người đồng nghiệp đang làm phép màu lên bộ não bạn. Và họ thậm chí còn chẳng cố gắng làm điều đó! Họ chỉ đơn giản là đi dạo và tận hưởng nó. Nghe hợp lý phải không?</w:t>
      </w:r>
    </w:p>
    <w:p>
      <w:pPr>
        <w:spacing w:after="80"/>
      </w:pPr>
      <w:r>
        <w:rPr>
          <w:b w:val="0"/>
          <w:i w:val="0"/>
        </w:rPr>
        <w:t>Đó chính là sức mạnh ảnh hưởng của bạn, và bạn có thể dùng nghiên cứu này để truyền cảm hứng cho bất kỳ ai trong cuộc sống của mình thay đổi. Đây là cách:</w:t>
      </w:r>
    </w:p>
    <w:p>
      <w:pPr>
        <w:spacing w:after="80"/>
      </w:pPr>
      <w:r>
        <w:rPr>
          <w:b w:val="0"/>
          <w:i w:val="0"/>
        </w:rPr>
        <w:t xml:space="preserve">Đầu tiên, </w:t>
      </w:r>
      <w:r>
        <w:rPr>
          <w:b w:val="0"/>
          <w:i/>
        </w:rPr>
        <w:t>Để Họ Tự Do</w:t>
      </w:r>
      <w:r>
        <w:rPr>
          <w:b w:val="0"/>
          <w:i w:val="0"/>
        </w:rPr>
        <w:t>.</w:t>
      </w:r>
    </w:p>
    <w:p>
      <w:pPr>
        <w:spacing w:after="80"/>
      </w:pPr>
      <w:r>
        <w:rPr>
          <w:b w:val="0"/>
          <w:i w:val="0"/>
        </w:rPr>
        <w:t>Đừng ép họ phải thay đổi nữa. Hãy chấp nhận rằng bạn không thể kiểm soát hành vi hay hành động của họ. Người lớn chỉ làm những gì họ thích làm. Việc của bạn là chấp nhận con người thật của họ và nơi họ đang đứng.</w:t>
      </w:r>
    </w:p>
    <w:p>
      <w:pPr>
        <w:spacing w:after="80"/>
      </w:pPr>
      <w:r>
        <w:rPr>
          <w:b w:val="0"/>
          <w:i/>
        </w:rPr>
        <w:t>Để Họ</w:t>
      </w:r>
      <w:r>
        <w:rPr>
          <w:b w:val="0"/>
          <w:i w:val="0"/>
        </w:rPr>
        <w:t xml:space="preserve"> yên. Rồi sau đó, </w:t>
      </w:r>
      <w:r>
        <w:rPr>
          <w:b w:val="0"/>
          <w:i/>
        </w:rPr>
        <w:t>Để Mình</w:t>
      </w:r>
      <w:r>
        <w:rPr>
          <w:b w:val="0"/>
          <w:i w:val="0"/>
        </w:rPr>
        <w:t>.</w:t>
      </w:r>
    </w:p>
    <w:p>
      <w:pPr>
        <w:pStyle w:val="Heading2"/>
      </w:pPr>
      <w:r>
        <w:rPr>
          <w:rFonts w:ascii="Calibri" w:hAnsi="Calibri"/>
          <w:b/>
          <w:i w:val="0"/>
          <w:sz w:val="32"/>
        </w:rPr>
        <w:t>Dùng Sức Ảnh Hưởng Của Bạn</w:t>
      </w:r>
    </w:p>
    <w:p>
      <w:pPr>
        <w:spacing w:after="80"/>
      </w:pPr>
      <w:r>
        <w:rPr>
          <w:b w:val="0"/>
          <w:i w:val="0"/>
        </w:rPr>
        <w:t>Nhớ nhé, sức mạnh nằm ở sức ảnh hưởng của bạn. Nghĩa là hãy tập trung vào thứ bạn kiểm soát được: hành vi của chính bạn. Hãy làm gương về sự thay đổi và khiến nó trông thật vui vẻ và dễ dàng.</w:t>
      </w:r>
    </w:p>
    <w:p>
      <w:pPr>
        <w:spacing w:after="80"/>
      </w:pPr>
      <w:r>
        <w:rPr>
          <w:b w:val="0"/>
          <w:i w:val="0"/>
        </w:rPr>
        <w:t>Nghiên cứu của Tiến sĩ Sharot cho thấy sức ảnh hưởng của bạn cực kỳ hiệu quả, nhưng nó đòi hỏi rất nhiều kiên nhẫn vì sẽ mất thời gian để ảnh hưởng tích cực của bạn phát huy tác dụng trong não của người khác.</w:t>
      </w:r>
    </w:p>
    <w:p>
      <w:pPr>
        <w:spacing w:after="80"/>
      </w:pPr>
      <w:r>
        <w:rPr>
          <w:b w:val="0"/>
          <w:i w:val="0"/>
        </w:rPr>
        <w:t xml:space="preserve">Vậy nên bạn sẽ phải nói </w:t>
      </w:r>
      <w:r>
        <w:rPr>
          <w:b w:val="0"/>
          <w:i/>
        </w:rPr>
        <w:t>Để Họ</w:t>
      </w:r>
      <w:r>
        <w:rPr>
          <w:b w:val="0"/>
          <w:i w:val="0"/>
        </w:rPr>
        <w:t xml:space="preserve"> rất nhiều lần, trong khi chỉ tập trung vào hành vi của chính mình và thái độ của bạn về điều đó. Điều quan trọng là làm việc này mà không kèm theo kỳ vọng rằng họ sẽ thay đổi. Lý do bạn phải từ bỏ kỳ vọng là vì nếu bạn làm điều này với hy vọng họ sẽ thay đổi, bạn sẽ bắt đầu thấy bực bội với họ khi họ không đổi.</w:t>
      </w:r>
    </w:p>
    <w:p>
      <w:pPr>
        <w:spacing w:after="80"/>
      </w:pPr>
      <w:r>
        <w:rPr>
          <w:b w:val="0"/>
          <w:i w:val="0"/>
        </w:rPr>
        <w:t>Hãy tập trung vào chính mình, làm gương về hành vi và thái độ tích cực vì nó có hiệu quả với bạn, và nuôi hy vọng rằng phép màu từ sức ảnh hưởng của bạn sẽ tác động đến họ. Hãy chuẩn bị tinh thần cho ít nhất sáu tháng hoặc hơn. Tôi biết bạn đang nghĩ gì.</w:t>
      </w:r>
    </w:p>
    <w:p>
      <w:pPr>
        <w:spacing w:after="80"/>
      </w:pPr>
      <w:r>
        <w:rPr>
          <w:b w:val="0"/>
          <w:i/>
        </w:rPr>
        <w:t>Sáu tháng?!</w:t>
      </w:r>
    </w:p>
    <w:p>
      <w:pPr>
        <w:spacing w:after="80"/>
      </w:pPr>
      <w:r>
        <w:rPr>
          <w:b w:val="0"/>
          <w:i w:val="0"/>
        </w:rPr>
        <w:t>Đúng vậy. Sáu tháng. Hoàn toàn có thể mất sáu tháng hoặc hơn để bạn đi tập gym, khiến nó trông thật dễ dàng, và đạt được những kết quả đáng kinh ngạc nhờ sức ảnh hưởng của mình, để rồi người trong cuộc đời bạn đột nhiên cảm thấy có động lực tập thể dục cho chính họ. Nếu bạn không muốn chờ lâu đến vậy, hoặc nếu bạn đang ở trong một thế bế tắc vô cùng bực bội với một người mà bạn quan tâm, thì đã đến lúc dùng đến những kỹ thuật nâng cao trong khoa học về sức ảnh hưởng.</w:t>
      </w:r>
    </w:p>
    <w:p>
      <w:pPr>
        <w:pStyle w:val="Heading2"/>
      </w:pPr>
      <w:r>
        <w:rPr>
          <w:rFonts w:ascii="Calibri" w:hAnsi="Calibri"/>
          <w:b/>
          <w:i w:val="0"/>
          <w:sz w:val="32"/>
        </w:rPr>
        <w:t>Vòng Lặp ABC</w:t>
      </w:r>
    </w:p>
    <w:p>
      <w:pPr>
        <w:spacing w:after="80"/>
      </w:pPr>
      <w:r>
        <w:rPr>
          <w:b w:val="0"/>
          <w:i w:val="0"/>
        </w:rPr>
        <w:t>Vòng Lặp ABC là một công cụ tôi đã tạo ra, dựa trên việc kết hợp những gì tốt nhất mà các chuyên gia nói sẽ hiệu quả, và tôi đã đúc nó thành một công thức đơn giản mà bạn có thể áp dụng với bất kỳ ai trong cuộc đời mình.</w:t>
      </w:r>
    </w:p>
    <w:p>
      <w:pPr>
        <w:spacing w:after="80"/>
      </w:pPr>
      <w:r>
        <w:rPr>
          <w:b w:val="0"/>
          <w:i w:val="0"/>
        </w:rPr>
        <w:t>Trong Vòng Lặp ABC, bạn có ba bước:</w:t>
      </w:r>
    </w:p>
    <w:p>
      <w:pPr>
        <w:spacing w:after="80"/>
      </w:pPr>
      <w:r>
        <w:rPr>
          <w:b w:val="0"/>
          <w:i w:val="0"/>
        </w:rPr>
        <w:t>A: XIN LỖI, rồi HỎI những câu hỏi mở.</w:t>
      </w:r>
    </w:p>
    <w:p>
      <w:pPr>
        <w:spacing w:after="80"/>
      </w:pPr>
      <w:r>
        <w:rPr>
          <w:b w:val="0"/>
          <w:i w:val="0"/>
        </w:rPr>
        <w:t>B: LÙI LẠI, và quan sát HÀNH VI của họ.</w:t>
      </w:r>
    </w:p>
    <w:p>
      <w:pPr>
        <w:spacing w:after="80"/>
      </w:pPr>
      <w:r>
        <w:rPr>
          <w:b w:val="0"/>
          <w:i w:val="0"/>
        </w:rPr>
        <w:t>C: ĂN MỪNG tiến bộ trong khi bạn tiếp tục làm gương về sự THAY ĐỔI.</w:t>
      </w:r>
    </w:p>
    <w:p>
      <w:pPr>
        <w:spacing w:after="80"/>
      </w:pPr>
      <w:r>
        <w:rPr>
          <w:b w:val="0"/>
          <w:i w:val="0"/>
        </w:rPr>
        <w:t>Hãy cùng đi qua từng bước trong ba bước này, lần lượt, để chỉ cho bạn chính xác cần làm gì và giải thích bằng khoa học cùng với Lý thuyết Để Họ tại sao điều này lại hiệu quả.</w:t>
      </w:r>
    </w:p>
    <w:p>
      <w:pPr>
        <w:pStyle w:val="Heading3"/>
      </w:pPr>
      <w:r>
        <w:rPr>
          <w:rFonts w:ascii="Calibri" w:hAnsi="Calibri"/>
          <w:b/>
          <w:i w:val="0"/>
          <w:sz w:val="26"/>
        </w:rPr>
        <w:t>1. Các nguyên tắc cơ bản: Sử dụng Vòng lặp ABC</w:t>
      </w:r>
    </w:p>
    <w:p>
      <w:pPr>
        <w:spacing w:after="80"/>
      </w:pPr>
      <w:r>
        <w:rPr>
          <w:b w:val="0"/>
          <w:i w:val="0"/>
        </w:rPr>
        <w:t>Nếu bạn muốn dùng những kỹ thuật nâng cao, bạn phải sẵn lòng chuẩn bị một chút.</w:t>
      </w:r>
    </w:p>
    <w:p>
      <w:pPr>
        <w:spacing w:after="80"/>
      </w:pPr>
      <w:r>
        <w:rPr>
          <w:b w:val="0"/>
          <w:i w:val="0"/>
        </w:rPr>
        <w:t>Vòng lặp ABC bắt đầu bằng một cuộc trò chuyện theo một kỹ thuật đã được chứng minh và mang tính khoa học. Cuộc trò chuyện này rất khác với bất kỳ cuộc trò chuyện nào bạn từng có về vấn đề này trong quá khứ. Bạn sẽ đi theo một phương pháp được nghiên cứu hậu thuẫn, được các chuyên gia y tế sử dụng trong môi trường lâm sàng. Để đảm bảo cuộc trò chuyện này thành công, bạn cần xem nó nghiêm túc, và làm phần chuẩn bị trước khi bắt đầu.</w:t>
      </w:r>
    </w:p>
    <w:p>
      <w:pPr>
        <w:spacing w:after="80"/>
      </w:pPr>
      <w:r>
        <w:rPr>
          <w:b w:val="0"/>
          <w:i w:val="0"/>
        </w:rPr>
        <w:t>Nếu vấn đề này đã tồn tại một thời gian, có lẽ bạn đang tích tụ rất nhiều bực bội và cảm xúc về nó. Đó là một phần của vấn đề, và đó là lý do hai bên đang ở thế bế tắc. Việc chuẩn bị này, cùng cách thiết lập cuộc trò chuyện cho đúng, sẽ làm dịu cảm xúc của bạn và giúp bạn hiệu quả hơn nhiều.</w:t>
      </w:r>
    </w:p>
    <w:p>
      <w:pPr>
        <w:spacing w:after="80"/>
      </w:pPr>
      <w:r>
        <w:rPr>
          <w:b w:val="0"/>
          <w:i w:val="0"/>
        </w:rPr>
        <w:t>Cuộc trò chuyện cần diễn ra trực tiếp, không có rượu bia và không bị áp lực thời gian phải kết thúc nhanh. Đừng trò chuyện ở một nơi ngẫu nhiên, hay khi bạn chỉ có 20 phút qua điện thoại. Nó không hoạt động như vậy. Điều cốt lõi thực sự là kết nối ở một mức độ sâu hơn với người bạn quan tâm về một vấn đề đang làm bạn khó chịu.</w:t>
      </w:r>
    </w:p>
    <w:p>
      <w:pPr>
        <w:spacing w:after="80"/>
      </w:pPr>
      <w:r>
        <w:rPr>
          <w:b w:val="0"/>
          <w:i w:val="0"/>
        </w:rPr>
        <w:t>Đây cũng là lúc để bạn hiện diện và thực hành lòng trắc ẩn cùng sự tò mò. Đây không phải là lời mời để bạn xả hết hay phàn nàn về việc mình bực bội và lo lắng đến mức nào. Mục đích không phải là để “đúng”. Toàn bộ mục đích là giao tiếp theo cách trung hòa mọi căng thẳng và tạo không gian cho thay đổi tích cực diễn ra.</w:t>
      </w:r>
    </w:p>
    <w:p>
      <w:pPr>
        <w:spacing w:after="80"/>
      </w:pPr>
      <w:r>
        <w:rPr>
          <w:b w:val="0"/>
          <w:i w:val="0"/>
        </w:rPr>
        <w:t>Cách tốt nhất để làm điều này là đến với sự chuẩn bị sẵn sàng lắng nghe người kia bằng cả trái tim mà không ngắt lời họ.</w:t>
      </w:r>
    </w:p>
    <w:p>
      <w:pPr>
        <w:spacing w:after="80"/>
      </w:pPr>
      <w:r>
        <w:rPr>
          <w:b w:val="0"/>
          <w:i w:val="0"/>
        </w:rPr>
        <w:t>Nếu bạn theo đúng công thức, bạn chẳng có gì phải lo, vì bạn đang xuất phát từ tình yêu thương (và khoa học). Bạn làm được mà.</w:t>
      </w:r>
    </w:p>
    <w:p>
      <w:pPr>
        <w:pStyle w:val="Heading3"/>
      </w:pPr>
      <w:r>
        <w:rPr>
          <w:rFonts w:ascii="Calibri" w:hAnsi="Calibri"/>
          <w:b/>
          <w:i w:val="0"/>
          <w:sz w:val="26"/>
        </w:rPr>
        <w:t>2. Phần chuẩn bị: Sử dụng phương pháp “5 Whys”</w:t>
      </w:r>
    </w:p>
    <w:p>
      <w:pPr>
        <w:spacing w:after="80"/>
      </w:pPr>
      <w:r>
        <w:rPr>
          <w:b w:val="0"/>
          <w:i w:val="0"/>
        </w:rPr>
        <w:t>Trước khi bắt đầu cuộc trò chuyện, bạn cần hiểu thật rõ điều gì chính xác đang làm bạn khó chịu đến vậy và vì sao bạn muốn họ thay đổi. Điều này quan trọng vì trước khi có thể trung thực với người khác, bạn phải trung thực đến tàn nhẫn với CHÍNH MÌNH.</w:t>
      </w:r>
    </w:p>
    <w:p>
      <w:pPr>
        <w:spacing w:after="80"/>
      </w:pPr>
      <w:r>
        <w:rPr>
          <w:b w:val="0"/>
          <w:i w:val="0"/>
        </w:rPr>
        <w:t>Đây là cách bạn có thể đi đến sự thật với chính mình. Lấy một tờ giấy trắng, mở một cuốn nhật ký, hoặc mở ứng dụng Notes của bạn.</w:t>
      </w:r>
    </w:p>
    <w:p>
      <w:pPr>
        <w:spacing w:after="80"/>
      </w:pPr>
      <w:r>
        <w:rPr>
          <w:b w:val="0"/>
          <w:i w:val="0"/>
        </w:rPr>
        <w:t>Ý tưởng ở đây là vượt lên trên cảm xúc của bạn và đi đến sự thật về lý do vì sao điều này làm bạn khó chịu đến vậy, bằng một kỹ thuật đã được chứng minh gọi là phương pháp 5 Whys. Phương pháp 5 Whys được Sakichi Toyoda, một nhà phát minh và là người sáng lập các công ty thuộc gia đình Toyota, tạo ra như một cách giúp các kỹ sư khám phá nguyên nhân gốc rễ của một vấn đề cụ thể, và hiện nay nó được giảng dạy trong các trường kinh doanh và chương trình kỹ thuật trên khắp thế giới.</w:t>
      </w:r>
    </w:p>
    <w:p>
      <w:pPr>
        <w:spacing w:after="80"/>
      </w:pPr>
      <w:r>
        <w:rPr>
          <w:b w:val="0"/>
          <w:i w:val="0"/>
        </w:rPr>
        <w:t>Phương pháp 5 Whys là một công thức mà tôi đã dùng trong cuộc sống, công việc và hôn nhân của mình để giúp tôi thoát khỏi bế tắc và có được những hiểu biết sâu sắc mỗi khi gặp một vấn đề mà tôi dường như không thể giải quyết.</w:t>
      </w:r>
    </w:p>
    <w:p>
      <w:pPr>
        <w:spacing w:after="80"/>
      </w:pPr>
      <w:r>
        <w:rPr>
          <w:b w:val="0"/>
          <w:i w:val="0"/>
        </w:rPr>
        <w:t>Trong phương pháp này, bạn sẽ hỏi “tại sao?” tổng cộng năm lần cho đến khi bạn cảm thấy mình đã đi đến một câu trả lời sâu sắc hơn nhiều về lý do vì sao điều này làm bạn khó chịu đến vậy.</w:t>
      </w:r>
    </w:p>
    <w:p>
      <w:pPr>
        <w:spacing w:after="80"/>
      </w:pPr>
      <w:r>
        <w:rPr>
          <w:b w:val="0"/>
          <w:i w:val="0"/>
        </w:rPr>
        <w:t>Đây là cách bạn sử dụng phương pháp 5 Whys:</w:t>
      </w:r>
    </w:p>
    <w:p>
      <w:pPr>
        <w:spacing w:after="80"/>
      </w:pPr>
      <w:r>
        <w:rPr>
          <w:b w:val="0"/>
          <w:i w:val="0"/>
        </w:rPr>
        <w:t xml:space="preserve">Hãy tự hỏi: </w:t>
      </w:r>
      <w:r>
        <w:rPr>
          <w:b w:val="0"/>
          <w:i/>
        </w:rPr>
        <w:t>Tại sao hành vi của người này (hoặc tình huống này) lại làm mình khó chịu đến vậy?</w:t>
      </w:r>
      <w:r>
        <w:rPr>
          <w:b w:val="0"/>
          <w:i w:val="0"/>
        </w:rPr>
        <w:t xml:space="preserve"> Hãy suy nghĩ về điều đó, rồi viết ra hoặc nói ra câu trả lời của bạn.</w:t>
      </w:r>
    </w:p>
    <w:p>
      <w:pPr>
        <w:spacing w:after="80"/>
      </w:pPr>
      <w:r>
        <w:rPr>
          <w:b w:val="0"/>
          <w:i w:val="0"/>
        </w:rPr>
        <w:t>Và rồi, hãy hỏi lại nó:</w:t>
      </w:r>
    </w:p>
    <w:p>
      <w:pPr>
        <w:spacing w:after="80"/>
      </w:pPr>
      <w:r>
        <w:rPr>
          <w:b w:val="0"/>
          <w:i/>
        </w:rPr>
        <w:t>Tại sao điều đó lại làm bạn khó chịu?</w:t>
      </w:r>
    </w:p>
    <w:p>
      <w:pPr>
        <w:spacing w:after="80"/>
      </w:pPr>
      <w:r>
        <w:rPr>
          <w:b w:val="0"/>
          <w:i w:val="0"/>
        </w:rPr>
        <w:t xml:space="preserve">Và rồi hỏi lại lần nữa: </w:t>
      </w:r>
      <w:r>
        <w:rPr>
          <w:b w:val="0"/>
          <w:i/>
        </w:rPr>
        <w:t>Tại sao điều đó lại làm bạn khó chịu?</w:t>
      </w:r>
      <w:r>
        <w:rPr>
          <w:b w:val="0"/>
          <w:i w:val="0"/>
        </w:rPr>
        <w:t xml:space="preserve"> Và rồi hỏi lại lần nữa: </w:t>
      </w:r>
      <w:r>
        <w:rPr>
          <w:b w:val="0"/>
          <w:i/>
        </w:rPr>
        <w:t>Tại sao điều đó lại làm bạn khó chịu?</w:t>
      </w:r>
      <w:r>
        <w:rPr>
          <w:b w:val="0"/>
          <w:i w:val="0"/>
        </w:rPr>
        <w:t xml:space="preserve"> Và rồi hỏi lần cuối: </w:t>
      </w:r>
      <w:r>
        <w:rPr>
          <w:b w:val="0"/>
          <w:i/>
        </w:rPr>
        <w:t>Tại sao điều đó lại làm bạn khó chịu?</w:t>
      </w:r>
    </w:p>
    <w:p>
      <w:pPr>
        <w:spacing w:after="80"/>
      </w:pPr>
      <w:r>
        <w:rPr>
          <w:b w:val="0"/>
          <w:i w:val="0"/>
        </w:rPr>
        <w:t>Đây là một ví dụ về cách điều đó có thể diễn ra với người bạn của tôi, người đang buồn phiền về sức khỏe của chồng cô ấy. Hãy hỏi cô ấy:</w:t>
      </w:r>
    </w:p>
    <w:p>
      <w:pPr>
        <w:spacing w:after="80"/>
      </w:pPr>
      <w:r>
        <w:rPr>
          <w:b w:val="0"/>
          <w:i w:val="0"/>
        </w:rPr>
        <w:t xml:space="preserve">Tại sao hành vi/tình huống này lại làm bạn khó chịu? </w:t>
      </w:r>
      <w:r>
        <w:rPr>
          <w:b w:val="0"/>
          <w:i/>
        </w:rPr>
        <w:t>Nó làm tôi khó chịu vì anh ấy dường như không quan tâm đến sức khỏe của mình</w:t>
      </w:r>
      <w:r>
        <w:rPr>
          <w:b w:val="0"/>
          <w:i w:val="0"/>
        </w:rPr>
        <w:t>.</w:t>
      </w:r>
    </w:p>
    <w:p>
      <w:pPr>
        <w:spacing w:after="80"/>
      </w:pPr>
      <w:r>
        <w:rPr>
          <w:b w:val="0"/>
          <w:i w:val="0"/>
        </w:rPr>
        <w:t xml:space="preserve">Tại sao điều đó lại làm bạn khó chịu? </w:t>
      </w:r>
      <w:r>
        <w:rPr>
          <w:b w:val="0"/>
          <w:i/>
        </w:rPr>
        <w:t>Anh ấy đang làm gương về những thói quen không lành mạnh cho các con chúng tôi.</w:t>
      </w:r>
    </w:p>
    <w:p>
      <w:pPr>
        <w:spacing w:after="80"/>
      </w:pPr>
      <w:r>
        <w:rPr>
          <w:b w:val="0"/>
          <w:i w:val="0"/>
        </w:rPr>
        <w:t xml:space="preserve">Tại sao điều đó lại làm bạn khó chịu? </w:t>
      </w:r>
      <w:r>
        <w:rPr>
          <w:b w:val="0"/>
          <w:i/>
        </w:rPr>
        <w:t>Cứ như thể anh ấy đang phớt lờ mọi thứ quan trọng chỉ để có thêm một cốc bia, ngồi thêm 15 phút trước TV, và một cây kem. . . và điều đó khiến anh ấy trở nên kém hấp dẫn.</w:t>
      </w:r>
    </w:p>
    <w:p>
      <w:pPr>
        <w:spacing w:after="80"/>
      </w:pPr>
      <w:r>
        <w:rPr>
          <w:b w:val="0"/>
          <w:i w:val="0"/>
        </w:rPr>
        <w:t xml:space="preserve">Tại sao điều đó lại làm bạn khó chịu? </w:t>
      </w:r>
      <w:r>
        <w:rPr>
          <w:b w:val="0"/>
          <w:i/>
        </w:rPr>
        <w:t>Anh ấy là tình yêu của đời tôi và tôi nghĩ anh ấy đang ích kỷ. Tôi không muốn anh ấy bị đau tim khi anh ấy hoàn toàn có thể rời khỏi ghế sofa và tập thể dục.</w:t>
      </w:r>
    </w:p>
    <w:p>
      <w:pPr>
        <w:spacing w:after="80"/>
      </w:pPr>
      <w:r>
        <w:rPr>
          <w:b w:val="0"/>
          <w:i w:val="0"/>
        </w:rPr>
        <w:t xml:space="preserve">Tại sao điều đó lại làm bạn khó chịu? </w:t>
      </w:r>
      <w:r>
        <w:rPr>
          <w:b w:val="0"/>
          <w:i/>
        </w:rPr>
        <w:t>Tôi sợ hãi rằng mình sẽ mất anh ấy sớm hơn mức phải thế.</w:t>
      </w:r>
    </w:p>
    <w:p>
      <w:pPr>
        <w:spacing w:after="80"/>
      </w:pPr>
      <w:r>
        <w:rPr>
          <w:b w:val="0"/>
          <w:i w:val="0"/>
        </w:rPr>
        <w:t>Thấy cách đó hoạt động chưa? Khá rõ ràng là, sau 5 lần hỏi Tại sao, vấn đề này có lẽ sâu xa hơn nhiều so với việc cô ấy đang giận anh ấy. Đó chính xác là lý do tại sao nó khiến cô ấy căng thẳng đến vậy. Và đây là điều khác bạn cần biết: Câu trả lời của bạn sẽ mang tính cá nhân sâu sắc đối với bạn.</w:t>
      </w:r>
    </w:p>
    <w:p>
      <w:pPr>
        <w:spacing w:after="80"/>
      </w:pPr>
      <w:r>
        <w:rPr>
          <w:b w:val="0"/>
          <w:i w:val="0"/>
        </w:rPr>
        <w:t>Hãy cho phép bản thân đi đến tận gốc rễ ngay cả khi bạn phát hiện ra điều gì đó xấu xí về chính mình. Sau khi thực hiện bài tập này với hàng nghìn người, một chủ đề xuất hiện rất nhiều mà rất khó nhìn thấy ở bản thân chính là sự phán xét người kia, và cách hành vi của họ phản ánh xấu về bạn (hoặc ít nhất bạn nghĩ là vậy).</w:t>
      </w:r>
    </w:p>
    <w:p>
      <w:pPr>
        <w:spacing w:after="80"/>
      </w:pPr>
      <w:r>
        <w:rPr>
          <w:b w:val="0"/>
          <w:i w:val="0"/>
        </w:rPr>
        <w:t>Ví dụ, bạn có thể trả lời 5 lần hỏi Tại sao và đi đến kết luận rằng lý do thực sự khiến bạn khó chịu về việc ai đó uống rượu là vì bạn thấy xấu hổ khi có một đứa con trai nghiện rượu. Hoặc bạn thấy xấu hổ vì kết hôn với một người không thành đạt.</w:t>
      </w:r>
    </w:p>
    <w:p>
      <w:pPr>
        <w:spacing w:after="80"/>
      </w:pPr>
      <w:r>
        <w:rPr>
          <w:b w:val="0"/>
          <w:i w:val="0"/>
        </w:rPr>
        <w:t>Và bất cứ điều gì bạn học được khi dùng phương pháp 5 Whys đều mang tính cá nhân đối với bạn, và bạn không nhất thiết phải chia sẻ những gì mình học được với người kia. Bạn có thể chia sẻ nếu bạn nghĩ điều đó sẽ giúp bạn xin lỗi vì đã gây áp lực cho họ, nhưng việc này là về việc bạn đi đến tận gốc rễ của sự bực bội trong mình, và nó sẽ luôn liên quan đến việc hành vi của họ khiến bạn cảm thấy mất kiểm soát.</w:t>
      </w:r>
    </w:p>
    <w:p>
      <w:pPr>
        <w:spacing w:after="80"/>
      </w:pPr>
      <w:r>
        <w:rPr>
          <w:b w:val="0"/>
          <w:i w:val="0"/>
        </w:rPr>
        <w:t xml:space="preserve">Hãy cho phép mình thành thật. Khi bạn nhận ra rằng vấn đề từ trước đến nay là về CHÍNH BẠN, và nhu cầu kiểm soát của bạn, thì sẽ dễ dàng hơn để buông bỏ áp lực và </w:t>
      </w:r>
      <w:r>
        <w:rPr>
          <w:b w:val="0"/>
          <w:i/>
        </w:rPr>
        <w:t>Để Họ</w:t>
      </w:r>
      <w:r>
        <w:rPr>
          <w:b w:val="0"/>
          <w:i w:val="0"/>
        </w:rPr>
        <w:t xml:space="preserve"> được tự nhiên. Và điều đó đưa bạn vào một trạng thái vững vàng khi bạn bước vào cuộc trò chuyện bằng Vòng lặp ABC.</w:t>
      </w:r>
    </w:p>
    <w:p>
      <w:pPr>
        <w:spacing w:after="80"/>
      </w:pPr>
      <w:r>
        <w:rPr>
          <w:b w:val="0"/>
          <w:i w:val="0"/>
        </w:rPr>
        <w:t>Vòng lặp đó bắt đầu bằng:</w:t>
      </w:r>
    </w:p>
    <w:p>
      <w:pPr>
        <w:pStyle w:val="Heading2"/>
      </w:pPr>
      <w:r>
        <w:rPr>
          <w:rFonts w:ascii="Calibri" w:hAnsi="Calibri"/>
          <w:b/>
          <w:i w:val="0"/>
          <w:sz w:val="32"/>
        </w:rPr>
        <w:t>VÒNG LẶP ABC</w:t>
      </w:r>
    </w:p>
    <w:p>
      <w:pPr>
        <w:jc w:val="center"/>
      </w:pPr>
      <w:r>
        <w:drawing>
          <wp:inline xmlns:a="http://schemas.openxmlformats.org/drawingml/2006/main" xmlns:pic="http://schemas.openxmlformats.org/drawingml/2006/picture">
            <wp:extent cx="5486400" cy="4523727"/>
            <wp:docPr id="10" name="Picture 10"/>
            <wp:cNvGraphicFramePr>
              <a:graphicFrameLocks noChangeAspect="1"/>
            </wp:cNvGraphicFramePr>
            <a:graphic>
              <a:graphicData uri="http://schemas.openxmlformats.org/drawingml/2006/picture">
                <pic:pic>
                  <pic:nvPicPr>
                    <pic:cNvPr id="0" name="p224.jpg"/>
                    <pic:cNvPicPr/>
                  </pic:nvPicPr>
                  <pic:blipFill>
                    <a:blip r:embed="rId18"/>
                    <a:stretch>
                      <a:fillRect/>
                    </a:stretch>
                  </pic:blipFill>
                  <pic:spPr>
                    <a:xfrm>
                      <a:off x="0" y="0"/>
                      <a:ext cx="5486400" cy="4523727"/>
                    </a:xfrm>
                    <a:prstGeom prst="rect"/>
                  </pic:spPr>
                </pic:pic>
              </a:graphicData>
            </a:graphic>
          </wp:inline>
        </w:drawing>
      </w:r>
    </w:p>
    <w:p>
      <w:pPr>
        <w:pStyle w:val="Heading3"/>
      </w:pPr>
      <w:r>
        <w:rPr>
          <w:rFonts w:ascii="Calibri" w:hAnsi="Calibri"/>
          <w:b/>
          <w:i w:val="0"/>
          <w:sz w:val="26"/>
        </w:rPr>
        <w:t>Bước A: XIN LỖI, rồi HỎI những câu hỏi mở.</w:t>
      </w:r>
    </w:p>
    <w:p>
      <w:pPr>
        <w:spacing w:after="80"/>
      </w:pPr>
      <w:r>
        <w:rPr>
          <w:b w:val="0"/>
          <w:i w:val="0"/>
        </w:rPr>
        <w:t xml:space="preserve">Bước đầu tiên này sử dụng một kỹ thuật dựa trên bằng chứng để khơi gợi sự thay đổi, gọi là </w:t>
      </w:r>
      <w:r>
        <w:rPr>
          <w:b w:val="0"/>
          <w:i/>
        </w:rPr>
        <w:t>phỏng vấn tạo động lực</w:t>
      </w:r>
      <w:r>
        <w:rPr>
          <w:b w:val="0"/>
          <w:i w:val="0"/>
        </w:rPr>
        <w:t xml:space="preserve"> (motivational interviewing), mà tôi biết được từ Tiến sĩ K.</w:t>
      </w:r>
    </w:p>
    <w:p>
      <w:pPr>
        <w:spacing w:after="80"/>
      </w:pPr>
      <w:r>
        <w:rPr>
          <w:b w:val="0"/>
          <w:i w:val="0"/>
        </w:rPr>
        <w:t>Tiến sĩ K nói rằng đây là một trong những cách duy nhất hiệu quả để giúp bạn tác động đến động lực thay đổi của người khác, và đó là kỹ thuật mà ông ấy dùng với các bệnh nhân của mình, những người đang chật vật tìm động lực để thay đổi.</w:t>
      </w:r>
    </w:p>
    <w:p>
      <w:pPr>
        <w:spacing w:after="80"/>
      </w:pPr>
      <w:r>
        <w:rPr>
          <w:b w:val="0"/>
          <w:i w:val="0"/>
        </w:rPr>
        <w:t>Phần tôi thích nhất ở kỹ thuật này là nó tập trung vào việc đặt những câu hỏi mở. Ý tưởng đằng sau kỹ thuật này là khiến người đó nói về cảm nhận CỦA HỌ sẽ khuyến khích họ nghĩ về khoảng cách giữa điều họ muốn và hành vi hiện tại của họ.</w:t>
      </w:r>
    </w:p>
    <w:p>
      <w:pPr>
        <w:spacing w:after="80"/>
      </w:pPr>
      <w:r>
        <w:rPr>
          <w:b w:val="0"/>
          <w:i w:val="0"/>
        </w:rPr>
        <w:t>Đây là điều ngược lại với áp lực. Thay vì nghĩ rằng bạn biết người khác nên làm gì, bạn đặt những câu hỏi mở vì bạn tò mò muốn biết người đó đang ở đâu với hành vi của họ.</w:t>
      </w:r>
    </w:p>
    <w:p>
      <w:pPr>
        <w:spacing w:after="80"/>
      </w:pPr>
      <w:r>
        <w:rPr>
          <w:b w:val="0"/>
          <w:i w:val="0"/>
        </w:rPr>
        <w:t>Cách tốt nhất để bắt đầu cuộc trò chuyện này là xin lỗi trước. Bạn có thể nói đại loại như: "Tôi muốn xin lỗi vì đã phán xét và gây áp lực cho bạn, và tôi nhận ra mình chưa bao giờ hỏi bạn cảm thấy thế nào về . . ."</w:t>
      </w:r>
    </w:p>
    <w:p>
      <w:pPr>
        <w:spacing w:after="80"/>
      </w:pPr>
      <w:r>
        <w:rPr>
          <w:b w:val="0"/>
          <w:i w:val="0"/>
        </w:rPr>
        <w:t>Sức khỏe.</w:t>
      </w:r>
    </w:p>
    <w:p>
      <w:pPr>
        <w:spacing w:after="80"/>
      </w:pPr>
      <w:r>
        <w:rPr>
          <w:b w:val="0"/>
          <w:i w:val="0"/>
        </w:rPr>
        <w:t>Điểm số.</w:t>
      </w:r>
    </w:p>
    <w:p>
      <w:pPr>
        <w:spacing w:after="80"/>
      </w:pPr>
      <w:r>
        <w:rPr>
          <w:b w:val="0"/>
          <w:i w:val="0"/>
        </w:rPr>
        <w:t>Việc tìm việc làm.</w:t>
      </w:r>
    </w:p>
    <w:p>
      <w:pPr>
        <w:spacing w:after="80"/>
      </w:pPr>
      <w:r>
        <w:rPr>
          <w:b w:val="0"/>
          <w:i w:val="0"/>
        </w:rPr>
        <w:t>Việc còn độc thân.</w:t>
      </w:r>
    </w:p>
    <w:p>
      <w:pPr>
        <w:spacing w:after="80"/>
      </w:pPr>
      <w:r>
        <w:rPr>
          <w:b w:val="0"/>
          <w:i w:val="0"/>
        </w:rPr>
        <w:t>Hoàn cảnh sống.</w:t>
      </w:r>
    </w:p>
    <w:p>
      <w:pPr>
        <w:spacing w:after="80"/>
      </w:pPr>
      <w:r>
        <w:rPr>
          <w:b w:val="0"/>
          <w:i w:val="0"/>
        </w:rPr>
        <w:t>Hôn nhân.</w:t>
      </w:r>
    </w:p>
    <w:p>
      <w:pPr>
        <w:spacing w:after="80"/>
      </w:pPr>
      <w:r>
        <w:rPr>
          <w:b w:val="0"/>
          <w:i w:val="0"/>
        </w:rPr>
        <w:t>Việc uống rượu.</w:t>
      </w:r>
    </w:p>
    <w:p>
      <w:pPr>
        <w:spacing w:after="80"/>
      </w:pPr>
      <w:r>
        <w:rPr>
          <w:b w:val="0"/>
          <w:i w:val="0"/>
        </w:rPr>
        <w:t>Tài chính.</w:t>
      </w:r>
    </w:p>
    <w:p>
      <w:pPr>
        <w:spacing w:after="80"/>
      </w:pPr>
      <w:r>
        <w:rPr>
          <w:b w:val="0"/>
          <w:i w:val="0"/>
        </w:rPr>
        <w:t>Bắt đầu bằng một lời xin lỗi sẽ tạo nên tông giọng cho một cuộc trò chuyện đầy cảm thông và hỗ trợ. Hãy thật sự lắng nghe, nghiêng người tới, và cố gắng tìm hiểu xem người này cảm thấy thế nào về vấn đề đó.</w:t>
      </w:r>
    </w:p>
    <w:p>
      <w:pPr>
        <w:spacing w:after="80"/>
      </w:pPr>
      <w:r>
        <w:rPr>
          <w:b w:val="0"/>
          <w:i w:val="0"/>
        </w:rPr>
        <w:t>Dù họ nói gì, cứ tiếp tục hỏi họ những câu hỏi mở phản chiếu lại những câu trả lời họ vừa đưa ra.</w:t>
      </w:r>
    </w:p>
    <w:p>
      <w:pPr>
        <w:spacing w:after="80"/>
      </w:pPr>
      <w:r>
        <w:rPr>
          <w:b w:val="0"/>
          <w:i w:val="0"/>
        </w:rPr>
        <w:t>Với bạn tôi, nó có thể là một câu đại loại như: “Bây giờ bạn cảm thấy thế nào về sức khỏe của mình?”</w:t>
      </w:r>
    </w:p>
    <w:p>
      <w:pPr>
        <w:spacing w:after="80"/>
      </w:pPr>
      <w:r>
        <w:rPr>
          <w:b w:val="0"/>
          <w:i w:val="0"/>
        </w:rPr>
        <w:t>Theo bác sĩ K, câu hỏi này mời gọi người kia thực sự cảm nhận sự căng thẳng giữa cảm giác thật của họ về tình trạng hiện tại, và việc họ không làm gì để thay đổi nó.</w:t>
      </w:r>
    </w:p>
    <w:p>
      <w:pPr>
        <w:spacing w:after="80"/>
      </w:pPr>
      <w:r>
        <w:rPr>
          <w:b w:val="0"/>
          <w:i w:val="0"/>
        </w:rPr>
        <w:t>“Mỗi hành động bạn làm trong cuộc sống đều mang tính cá nhân,” ông nói. “Và trong phỏng vấn tạo động lực (motivational interviewing), chúng tôi giúp mọi người hiểu nguyên tắc này. Điều chúng tôi muốn làm là khuyến khích mọi người suy nghĩ về hoàn cảnh của chính họ.”</w:t>
      </w:r>
    </w:p>
    <w:p>
      <w:pPr>
        <w:spacing w:after="80"/>
      </w:pPr>
      <w:r>
        <w:rPr>
          <w:b w:val="0"/>
          <w:i w:val="0"/>
        </w:rPr>
        <w:t>Sau đó, dù câu trả lời của họ cho câu hỏi đầu tiên là gì, bạn cũng sẽ không chia sẻ cảm nhận của mình về điều đó. Bạn chỉ lặp lại câu trả lời của họ: “Vậy có vẻ như là. . .”</w:t>
      </w:r>
    </w:p>
    <w:p>
      <w:pPr>
        <w:spacing w:after="80"/>
      </w:pPr>
      <w:r>
        <w:rPr>
          <w:b w:val="0"/>
          <w:i/>
        </w:rPr>
        <w:t>Vậy có vẻ như bạn cảm thấy ổn về sức khỏe của mình?</w:t>
      </w:r>
    </w:p>
    <w:p>
      <w:pPr>
        <w:spacing w:after="80"/>
      </w:pPr>
      <w:r>
        <w:rPr>
          <w:b w:val="0"/>
          <w:i w:val="0"/>
        </w:rPr>
        <w:t>Nếu họ trả lời bằng một từ—“Ổn”—không sao cả. Chỉ cần biến nó thành một câu hỏi mở khác.</w:t>
      </w:r>
    </w:p>
    <w:p>
      <w:pPr>
        <w:spacing w:after="80"/>
      </w:pPr>
      <w:r>
        <w:rPr>
          <w:b w:val="0"/>
          <w:i/>
        </w:rPr>
        <w:t>Điều gì khiến bạn cảm thấy ổn về nó?</w:t>
      </w:r>
    </w:p>
    <w:p>
      <w:pPr>
        <w:spacing w:after="80"/>
      </w:pPr>
      <w:r>
        <w:rPr>
          <w:b w:val="0"/>
          <w:i w:val="0"/>
        </w:rPr>
        <w:t>Và rồi tiếp tục chỉ lắng nghe với sự tò mò và chấp nhận, và chỉ đáp lại bằng những câu hỏi mở lặp lại điều họ vừa nói.</w:t>
      </w:r>
    </w:p>
    <w:p>
      <w:pPr>
        <w:spacing w:after="80"/>
      </w:pPr>
      <w:r>
        <w:rPr>
          <w:b w:val="0"/>
          <w:i/>
        </w:rPr>
        <w:t>Có vẻ như bạn ổn với sức khỏe của mình vì bạn đã như vậy từ lâu rồi.</w:t>
      </w:r>
    </w:p>
    <w:p>
      <w:pPr>
        <w:spacing w:after="80"/>
      </w:pPr>
      <w:r>
        <w:rPr>
          <w:b w:val="0"/>
          <w:i w:val="0"/>
        </w:rPr>
        <w:t>Dưới đây là một số câu hỏi tiếp theo mà bác sĩ K gợi ý cho hầu như bất kỳ chủ đề nào:</w:t>
      </w:r>
    </w:p>
    <w:p>
      <w:pPr>
        <w:spacing w:after="80"/>
      </w:pPr>
      <w:r>
        <w:rPr>
          <w:b w:val="0"/>
          <w:i/>
        </w:rPr>
        <w:t>Bạn cảm thấy thế nào về điều đó?</w:t>
      </w:r>
    </w:p>
    <w:p>
      <w:pPr>
        <w:spacing w:after="80"/>
      </w:pPr>
      <w:r>
        <w:rPr>
          <w:b w:val="0"/>
          <w:i/>
        </w:rPr>
        <w:t>Vậy có vẻ như bạn đã quen với nó rồi.</w:t>
      </w:r>
    </w:p>
    <w:p>
      <w:pPr>
        <w:spacing w:after="80"/>
      </w:pPr>
      <w:r>
        <w:rPr>
          <w:b w:val="0"/>
          <w:i/>
        </w:rPr>
        <w:t>Ý tôi là, bạn đang nói rằng bạn thấy thoải mái. Với tôi nó gần như giống sự cam chịu hơn một chút. Bạn có cảm thấy rằng sẽ cần quá nhiều công sức để thay đổi không?</w:t>
      </w:r>
    </w:p>
    <w:p>
      <w:pPr>
        <w:spacing w:after="80"/>
      </w:pPr>
      <w:r>
        <w:rPr>
          <w:b w:val="0"/>
          <w:i/>
        </w:rPr>
        <w:t>Điều gì khiến nó có vẻ khó khăn?</w:t>
      </w:r>
    </w:p>
    <w:p>
      <w:pPr>
        <w:spacing w:after="80"/>
      </w:pPr>
      <w:r>
        <w:rPr>
          <w:b w:val="0"/>
          <w:i/>
        </w:rPr>
        <w:t>Hẳn là vô cùng bực bội khi tôi cứ cằn nhằn bạn suốt, đòi hỏi nhiều hơn ở bạn.</w:t>
      </w:r>
    </w:p>
    <w:p>
      <w:pPr>
        <w:spacing w:after="80"/>
      </w:pPr>
      <w:r>
        <w:rPr>
          <w:b w:val="0"/>
          <w:i/>
        </w:rPr>
        <w:t>Bạn có thể kể cho tôi một chút về việc bạn đã cảm thấy như vậy bao lâu rồi không?</w:t>
      </w:r>
    </w:p>
    <w:p>
      <w:pPr>
        <w:spacing w:after="80"/>
      </w:pPr>
      <w:r>
        <w:rPr>
          <w:b w:val="0"/>
          <w:i/>
        </w:rPr>
        <w:t>Vậy tôi hiểu là bạn đang nói rằng bạn không cần tôi làm gì cả?</w:t>
      </w:r>
    </w:p>
    <w:p>
      <w:pPr>
        <w:spacing w:after="80"/>
      </w:pPr>
      <w:r>
        <w:rPr>
          <w:b w:val="0"/>
          <w:i w:val="0"/>
        </w:rPr>
        <w:t>Và tôi cần nhắc bạn một lần nữa: Bạn chỉ đang đặt câu hỏi thôi. Ý kiến của bạn không liên quan và không thuộc về cuộc trò chuyện này. Ngay khi bạn đưa ra một ý kiến, bạn sẽ gây áp lực lên người đó và điều đó sẽ giết chết hiệu quả của kỹ thuật này.</w:t>
      </w:r>
    </w:p>
    <w:p>
      <w:pPr>
        <w:spacing w:after="80"/>
      </w:pPr>
      <w:r>
        <w:rPr>
          <w:b w:val="0"/>
          <w:i w:val="0"/>
        </w:rPr>
        <w:t>Kỹ thuật này đã được chứng minh trong nghiên cứu và môi trường lâm sàng là rất hiệu quả trong việc khiến người ta tự thừa nhận với chính mình rằng có một khoảng cách lớn giữa điều họ thực sự muốn và hành vi hiện tại của họ.</w:t>
      </w:r>
    </w:p>
    <w:p>
      <w:pPr>
        <w:spacing w:after="80"/>
      </w:pPr>
      <w:r>
        <w:rPr>
          <w:b w:val="0"/>
          <w:i w:val="0"/>
        </w:rPr>
        <w:t>Và đó là mục tiêu của bạn: khiến họ cảm nhận được sự căng thẳng giữa những điều này.</w:t>
      </w:r>
    </w:p>
    <w:p>
      <w:pPr>
        <w:spacing w:after="80"/>
      </w:pPr>
      <w:r>
        <w:rPr>
          <w:b w:val="0"/>
          <w:i w:val="0"/>
        </w:rPr>
        <w:t>Tôi phải nhấn mạnh: Đừng nản lòng nếu tất cả những gì bạn nhận được chỉ là những câu trả lời một từ, hoặc họ cứ cố gắng đổi chủ đề. Mục đích của kỹ thuật này không phải là khiến họ nói cho bạn sự thật. Mà là tạo ra sự khó chịu mà họ cảm nhận được bên trong. Họ có thể không bộc lộ điều đó với bạn.</w:t>
      </w:r>
    </w:p>
    <w:p>
      <w:pPr>
        <w:spacing w:after="80"/>
      </w:pPr>
      <w:r>
        <w:rPr>
          <w:b w:val="0"/>
          <w:i w:val="0"/>
        </w:rPr>
        <w:t>Sự căng thẳng đó là then chốt, vì cuối cùng nó trở thành nguồn động lực để họ thay đổi. Nhìn thấy khoảng cách giữa điều họ muốn và hành động hiện tại của họ chính là điều thúc đẩy họ cuối cùng thay đổi vì chính bản thân họ.</w:t>
      </w:r>
    </w:p>
    <w:p>
      <w:pPr>
        <w:spacing w:after="80"/>
      </w:pPr>
      <w:r>
        <w:rPr>
          <w:b w:val="0"/>
          <w:i w:val="0"/>
        </w:rPr>
        <w:t>Đó là lý do bạn không thể xen mình vào. Bạn chỉ là phương tiện để giúp họ trải nghiệm sự mất kết nối đó, và bạn đang làm điều đó theo cách đầy yêu thương, từ bi và tò mò. Bạn chỉ muốn biết họ cảm thấy thế nào về chủ đề này.</w:t>
      </w:r>
    </w:p>
    <w:p>
      <w:pPr>
        <w:spacing w:after="80"/>
      </w:pPr>
      <w:r>
        <w:rPr>
          <w:b w:val="0"/>
          <w:i w:val="0"/>
        </w:rPr>
        <w:t xml:space="preserve">Cuộc trò chuyện này là một thành phần then chốt để đánh thức động lực thay đổi của họ. Vậy hãy </w:t>
      </w:r>
      <w:r>
        <w:rPr>
          <w:b w:val="0"/>
          <w:i/>
        </w:rPr>
        <w:t>Để Họ</w:t>
      </w:r>
      <w:r>
        <w:rPr>
          <w:b w:val="0"/>
          <w:i w:val="0"/>
        </w:rPr>
        <w:t xml:space="preserve"> nói. Và </w:t>
      </w:r>
      <w:r>
        <w:rPr>
          <w:b w:val="0"/>
          <w:i/>
        </w:rPr>
        <w:t>Để Tôi</w:t>
      </w:r>
      <w:r>
        <w:rPr>
          <w:b w:val="0"/>
          <w:i w:val="0"/>
        </w:rPr>
        <w:t xml:space="preserve"> lắng nghe.</w:t>
      </w:r>
    </w:p>
    <w:p>
      <w:pPr>
        <w:pStyle w:val="Heading3"/>
      </w:pPr>
      <w:r>
        <w:rPr>
          <w:rFonts w:ascii="Calibri" w:hAnsi="Calibri"/>
          <w:b/>
          <w:i w:val="0"/>
          <w:sz w:val="26"/>
        </w:rPr>
        <w:t>Bước B: LÙI LẠI, và quan sát HÀNH VI của họ.</w:t>
      </w:r>
    </w:p>
    <w:p>
      <w:pPr>
        <w:spacing w:after="80"/>
      </w:pPr>
      <w:r>
        <w:rPr>
          <w:b w:val="0"/>
          <w:i w:val="0"/>
        </w:rPr>
        <w:t xml:space="preserve">Giờ thì bạn đã </w:t>
      </w:r>
      <w:r>
        <w:rPr>
          <w:b w:val="0"/>
          <w:i/>
        </w:rPr>
        <w:t>xin lỗi</w:t>
      </w:r>
      <w:r>
        <w:rPr>
          <w:b w:val="0"/>
          <w:i w:val="0"/>
        </w:rPr>
        <w:t xml:space="preserve"> vì hành vi của mình và </w:t>
      </w:r>
      <w:r>
        <w:rPr>
          <w:b w:val="0"/>
          <w:i/>
        </w:rPr>
        <w:t>hỏi</w:t>
      </w:r>
      <w:r>
        <w:rPr>
          <w:b w:val="0"/>
          <w:i w:val="0"/>
        </w:rPr>
        <w:t xml:space="preserve"> họ những câu hỏi mở, bạn phải </w:t>
      </w:r>
      <w:r>
        <w:rPr>
          <w:b w:val="0"/>
          <w:i/>
        </w:rPr>
        <w:t>lùi lại</w:t>
      </w:r>
      <w:r>
        <w:rPr>
          <w:b w:val="0"/>
          <w:i w:val="0"/>
        </w:rPr>
        <w:t xml:space="preserve"> và ngừng gây áp lực lên họ.</w:t>
      </w:r>
    </w:p>
    <w:p>
      <w:pPr>
        <w:spacing w:after="80"/>
      </w:pPr>
      <w:r>
        <w:rPr>
          <w:b w:val="0"/>
          <w:i w:val="0"/>
        </w:rPr>
        <w:t>Đừng mong họ lao ngay vào hành động. Họ sẽ cần ngấm nghĩ về điều đó. Đây cũng là lý do tại sao việc làm gương cho sự thay đổi là then chốt, và khiến nó trông dễ dàng và vui vẻ, trong khi bạn cho họ tự do tìm ra vì sao vấn đề này lại quan trọng với chính họ.</w:t>
      </w:r>
    </w:p>
    <w:p>
      <w:pPr>
        <w:spacing w:after="80"/>
      </w:pPr>
      <w:r>
        <w:rPr>
          <w:b w:val="0"/>
          <w:i w:val="0"/>
        </w:rPr>
        <w:t>Hãy nghĩ đến ví dụ về người đồng nghiệp đi bộ. Có thể bạn phải xem ai đó làm điều đó hàng tháng trời trước khi bạn cảm thấy được truyền cảm hứng để tự mình đi bộ. Và nếu bạn thực sự nghĩ về điều đó, mỗi lần bạn thấy đồng nghiệp của mình đi bộ trong khi bạn vừa làm việc vừa ăn trưa, bạn cảm thấy căng thẳng trong cơ thể khi ngồi đó trong văn phòng làm việc suốt giờ nghỉ trưa. Cuối cùng sự căng thẳng đó biến thành động lực đưa bạn ra khỏi cửa.</w:t>
      </w:r>
    </w:p>
    <w:p>
      <w:pPr>
        <w:spacing w:after="80"/>
      </w:pPr>
      <w:r>
        <w:rPr>
          <w:b w:val="0"/>
          <w:i w:val="0"/>
        </w:rPr>
        <w:t xml:space="preserve">Đó là lý do bạn phải cho điều này thời gian. Cần thời gian để sự căng thẳng biến thành động lực. </w:t>
      </w:r>
      <w:r>
        <w:rPr>
          <w:b w:val="0"/>
          <w:i/>
        </w:rPr>
        <w:t>Để Họ</w:t>
      </w:r>
      <w:r>
        <w:rPr>
          <w:b w:val="0"/>
          <w:i w:val="0"/>
        </w:rPr>
        <w:t xml:space="preserve"> yên.</w:t>
      </w:r>
    </w:p>
    <w:p>
      <w:pPr>
        <w:spacing w:after="80"/>
      </w:pPr>
      <w:r>
        <w:rPr>
          <w:b w:val="0"/>
          <w:i w:val="0"/>
        </w:rPr>
        <w:t xml:space="preserve">Tất cả những gì bạn có thể làm sau khi đã đặt những câu hỏi mở là quan sát hành vi và ngăn mình cố gắng thay đổi nó. Nếu bạn thấy họ đang thay đổi, tuyệt vời. Nếu không, </w:t>
      </w:r>
      <w:r>
        <w:rPr>
          <w:b w:val="0"/>
          <w:i/>
        </w:rPr>
        <w:t>Để Họ</w:t>
      </w:r>
      <w:r>
        <w:rPr>
          <w:b w:val="0"/>
          <w:i w:val="0"/>
        </w:rPr>
        <w:t xml:space="preserve"> yên.</w:t>
      </w:r>
    </w:p>
    <w:p>
      <w:pPr>
        <w:spacing w:after="80"/>
      </w:pPr>
      <w:r>
        <w:rPr>
          <w:b w:val="0"/>
          <w:i w:val="0"/>
        </w:rPr>
        <w:t>Điều này cần thời gian, đặc biệt với một người mà bạn yêu thương. Vậy hãy lùi lại. Họ cần đủ không gian, thời gian và khoảng cách khỏi cuộc trò chuyện với bạn để cảm thấy rằng họ sẽ không bị "tôi đã nói rồi mà". Không gian cho phép họ tự mình đi đến ý tưởng đó. Thời gian cho phép sự căng thẳng biến thành động lực.</w:t>
      </w:r>
    </w:p>
    <w:p>
      <w:pPr>
        <w:pStyle w:val="Heading3"/>
      </w:pPr>
      <w:r>
        <w:rPr>
          <w:rFonts w:ascii="Calibri" w:hAnsi="Calibri"/>
          <w:b/>
          <w:i w:val="0"/>
          <w:sz w:val="26"/>
        </w:rPr>
        <w:t>Bước C: ĂN MỪNG tiến bộ trong khi bạn tiếp tục làm gương cho sự THAY ĐỔI.</w:t>
      </w:r>
    </w:p>
    <w:p>
      <w:pPr>
        <w:spacing w:after="80"/>
      </w:pPr>
      <w:r>
        <w:rPr>
          <w:b w:val="0"/>
          <w:i w:val="0"/>
        </w:rPr>
        <w:t>Khi bạn đã đặt những câu hỏi mở và bạn đã lùi lại trong khi tiếp tục làm gương cho sự thay đổi hành vi, bạn phải ăn mừng bất kỳ tiến bộ nào bạn thấy. Mỗi khi họ tiến lên dù chỉ một bước nhỏ nhất, hãy ăn mừng điều đó.</w:t>
      </w:r>
    </w:p>
    <w:p>
      <w:pPr>
        <w:spacing w:after="80"/>
      </w:pPr>
      <w:r>
        <w:rPr>
          <w:b w:val="0"/>
          <w:i w:val="0"/>
        </w:rPr>
        <w:t>Nghiên cứu của Tiến sĩ Sharot nói rằng những lời khen tích cực ngay lập tức là động lực then chốt để tác động đến sự thay đổi hành vi. Ví dụ, nếu một ngày nào đó vợ/chồng bạn đi xuống tầng hầm và nhảy lên chiếc Peloton, điều đó thật tuyệt vời. Khi họ quay trở lên nhà, hãy ôm họ một cái. Nói với họ rằng bạn tự hào về họ.</w:t>
      </w:r>
    </w:p>
    <w:p>
      <w:pPr>
        <w:spacing w:after="80"/>
      </w:pPr>
      <w:r>
        <w:rPr>
          <w:b w:val="0"/>
          <w:i w:val="0"/>
        </w:rPr>
        <w:t>Tiến sĩ Sharot nói rằng một trong những điều hiệu quả nhất bạn có thể làm là nói với họ rằng họ trông thật hấp dẫn, hoặc hôn lên má họ, ngay khi họ vừa tập xong hoặc vừa làm xong điều bạn muốn họ làm.</w:t>
      </w:r>
    </w:p>
    <w:p>
      <w:pPr>
        <w:spacing w:after="80"/>
      </w:pPr>
      <w:r>
        <w:rPr>
          <w:b w:val="0"/>
          <w:i w:val="0"/>
        </w:rPr>
        <w:t>Nghe có vẻ sến súa, nhưng nó thực sự hiệu quả.</w:t>
      </w:r>
    </w:p>
    <w:p>
      <w:pPr>
        <w:pStyle w:val="Heading2"/>
      </w:pPr>
      <w:r>
        <w:rPr>
          <w:rFonts w:ascii="Calibri" w:hAnsi="Calibri"/>
          <w:b/>
          <w:i w:val="0"/>
          <w:sz w:val="32"/>
        </w:rPr>
        <w:t>Đơn giản thôi. Người ta muốn cảm thấy dễ chịu.</w:t>
      </w:r>
    </w:p>
    <w:p>
      <w:pPr>
        <w:spacing w:after="80"/>
      </w:pPr>
      <w:r>
        <w:rPr>
          <w:b w:val="0"/>
          <w:i w:val="0"/>
        </w:rPr>
        <w:t>Theo nghiên cứu, những phần thưởng tích cực ngay lập tức sau khi ai đó làm một việc khó sẽ thúc đẩy động lực nội tại (intrinsic motivation) hay mong muốn làm lại điều đó của họ. Khi bạn ghi nhận nỗ lực của họ, điều đó giống như nhiên liệu giúp họ tiếp tục bước tiếp.</w:t>
      </w:r>
    </w:p>
    <w:p>
      <w:pPr>
        <w:spacing w:after="80"/>
      </w:pPr>
      <w:r>
        <w:rPr>
          <w:b w:val="0"/>
          <w:i w:val="0"/>
        </w:rPr>
        <w:t>Điều khó khăn được gắn kết với một thứ thực sự dễ chịu: phần thưởng mà bạn đang trao tặng. Và hãy nhớ những gì Tiến sĩ K đã dạy bạn về bộ não con người: Chúng ta được lập trình để hướng tới những gì mang lại cảm giác dễ chịu, dễ dàng và vui vẻ.</w:t>
      </w:r>
    </w:p>
    <w:p>
      <w:pPr>
        <w:spacing w:after="80"/>
      </w:pPr>
      <w:r>
        <w:rPr>
          <w:b w:val="0"/>
          <w:i w:val="0"/>
        </w:rPr>
        <w:t>Càng khen ngợi, ôm ấp và ngưỡng mộ chồng sau khi tập luyện bao nhiêu, bạn tôi sẽ càng giúp chồng cô ấy nhanh chóng gắn kết việc tập luyện với những lời khen, sự khao khát, và việc vợ anh ấy nghĩ anh ấy trông thật hấp dẫn bấy nhiêu. Sự quan tâm tích cực của cô ấy trở thành niềm vui mà anh ấy hướng tới, và đó chính là điều đã thiếu suốt thời gian qua.</w:t>
      </w:r>
    </w:p>
    <w:p>
      <w:pPr>
        <w:spacing w:after="80"/>
      </w:pPr>
      <w:r>
        <w:rPr>
          <w:b w:val="0"/>
          <w:i w:val="0"/>
        </w:rPr>
        <w:t>Đây không chỉ là lẽ thường. Đây là khoa học thần kinh. Bạn đã học được rằng con người được lập trình để hướng tới những lợi ích tích cực tức thì. Những điều tốt đẹp. Những sự ăn mừng. Thường thì chúng ta tiếp cận sự thay đổi bằng những củng cố tiêu cực, đe dọa, áp lực và nỗi sợ, trong khi thành công thực sự lại nằm ở việc chấp nhận, thấu cảm và thể hiện sự ủng hộ của bạn một cách chân thành và hiệu quả.</w:t>
      </w:r>
    </w:p>
    <w:p>
      <w:pPr>
        <w:spacing w:after="80"/>
      </w:pPr>
      <w:r>
        <w:rPr>
          <w:b w:val="0"/>
          <w:i w:val="0"/>
        </w:rPr>
        <w:t xml:space="preserve">Nghe hợp lý phải không? </w:t>
      </w:r>
      <w:r>
        <w:rPr>
          <w:b w:val="0"/>
          <w:i/>
        </w:rPr>
        <w:t>Tất nhiên là hợp lý rồi</w:t>
      </w:r>
      <w:r>
        <w:rPr>
          <w:b w:val="0"/>
          <w:i w:val="0"/>
        </w:rPr>
        <w:t>.</w:t>
      </w:r>
    </w:p>
    <w:p>
      <w:pPr>
        <w:spacing w:after="80"/>
      </w:pPr>
      <w:r>
        <w:rPr>
          <w:b w:val="0"/>
          <w:i w:val="0"/>
        </w:rPr>
        <w:t xml:space="preserve">Người lớn chỉ làm những gì họ cảm thấy muốn làm. Sức mạnh của bạn nằm ở ảnh hưởng tích cực của bạn. </w:t>
      </w:r>
      <w:r>
        <w:rPr>
          <w:b w:val="0"/>
          <w:i/>
        </w:rPr>
        <w:t>Hãy Để Họ</w:t>
      </w:r>
      <w:r>
        <w:rPr>
          <w:b w:val="0"/>
          <w:i w:val="0"/>
        </w:rPr>
        <w:t xml:space="preserve"> được tự do. Và </w:t>
      </w:r>
      <w:r>
        <w:rPr>
          <w:b w:val="0"/>
          <w:i/>
        </w:rPr>
        <w:t>Hãy Để Tôi</w:t>
      </w:r>
      <w:r>
        <w:rPr>
          <w:b w:val="0"/>
          <w:i w:val="0"/>
        </w:rPr>
        <w:t xml:space="preserve"> dùng khoa học để truyền cảm hứng thay đổi. </w:t>
      </w:r>
      <w:r>
        <w:rPr>
          <w:b w:val="0"/>
          <w:i/>
        </w:rPr>
        <w:t>Hãy Để Họ</w:t>
      </w:r>
      <w:r>
        <w:rPr>
          <w:b w:val="0"/>
          <w:i w:val="0"/>
        </w:rPr>
        <w:t xml:space="preserve"> giúp bạn vượt lên trên những cảm xúc và những mối quan hệ rạn nứt để củng cố sự kết nối của bạn, trong khi </w:t>
      </w:r>
      <w:r>
        <w:rPr>
          <w:b w:val="0"/>
          <w:i/>
        </w:rPr>
        <w:t>Hãy Để Tôi</w:t>
      </w:r>
      <w:r>
        <w:rPr>
          <w:b w:val="0"/>
          <w:i w:val="0"/>
        </w:rPr>
        <w:t xml:space="preserve"> tác động đến sự thay đổi hành vi tích cực ở những người bạn yêu thương.</w:t>
      </w:r>
    </w:p>
    <w:p>
      <w:pPr>
        <w:spacing w:after="80"/>
      </w:pPr>
      <w:r>
        <w:rPr>
          <w:b w:val="0"/>
          <w:i w:val="0"/>
        </w:rPr>
        <w:t>Họ có thể thay đổi ngay lập tức. Họ có thể thay đổi trong một tuần. Họ có thể thay đổi trong vài tháng. Có thể mất nhiều năm. Có thể họ sẽ không bao giờ thay đổi.</w:t>
      </w:r>
    </w:p>
    <w:p>
      <w:pPr>
        <w:spacing w:after="80"/>
      </w:pPr>
      <w:r>
        <w:rPr>
          <w:b w:val="0"/>
          <w:i w:val="0"/>
        </w:rPr>
        <w:t>Và điều đó cũng không sao cả.</w:t>
      </w:r>
    </w:p>
    <w:p>
      <w:pPr>
        <w:spacing w:after="80"/>
      </w:pPr>
      <w:r>
        <w:rPr>
          <w:b w:val="0"/>
          <w:i w:val="0"/>
        </w:rPr>
        <w:t>Ở phần sau của cuốn sách, chúng ta sẽ bàn về điều gì xảy ra khi bạn đã thử Vòng lặp ABC, bạn đã lùi lại trong sáu tháng, và vẫn không có sự thay đổi tích cực nào. Khi điều này xảy ra, bạn sẽ cần quyết định xem đây có phải là điều không thể chấp nhận được hay không. Thật không công bằng khi ở trong một mối quan hệ mà bạn liên tục phàn nàn về người khác. Bạn luôn nắm trong tay sức mạnh để làm cho mọi thứ tốt hơn hoặc học cách chấp nhận mọi thứ như nó vốn có.</w:t>
      </w:r>
    </w:p>
    <w:p>
      <w:pPr>
        <w:spacing w:after="80"/>
      </w:pPr>
      <w:r>
        <w:rPr>
          <w:b w:val="0"/>
          <w:i w:val="0"/>
        </w:rPr>
        <w:t>Sự thay đổi quan trọng nhất trong bất kỳ mối quan hệ nào là sự thay đổi mà bạn có thể kiểm soát: của chính bạn. Bạn thay đổi cách bạn hiện diện. Bạn ngừng gây áp lực lên người bạn yêu thương và trở nên yêu thương hơn.</w:t>
      </w:r>
    </w:p>
    <w:p>
      <w:pPr>
        <w:spacing w:after="80"/>
      </w:pPr>
      <w:r>
        <w:rPr>
          <w:b w:val="0"/>
          <w:i w:val="0"/>
        </w:rPr>
        <w:t>Đó chính là điều khiến bạn có sức ảnh hưởng.</w:t>
      </w:r>
    </w:p>
    <w:p>
      <w:pPr>
        <w:spacing w:after="80"/>
      </w:pPr>
      <w:r>
        <w:rPr>
          <w:b w:val="0"/>
          <w:i w:val="0"/>
        </w:rPr>
        <w:t>Và trong quá trình đó, nếu bạn làm đúng, bạn không chỉ giảm bớt ma sát giữa bạn và người bạn yêu thương. Bạn còn khiến mối quan hệ trở nên tốt đẹp hơn rất nhiều trên suốt chặng đường.</w:t>
      </w:r>
    </w:p>
    <w:p>
      <w:pPr>
        <w:spacing w:after="80"/>
      </w:pPr>
      <w:r>
        <w:rPr>
          <w:b w:val="0"/>
          <w:i w:val="0"/>
        </w:rPr>
        <w:t>Nhưng còn khi mọi chuyện thực sự nghiêm trọng, và đó không chỉ là chuyện ai đó có thân hình đẹp hơn, hay có chút động lực hơn trong công việc, hay chủ động và giúp đỡ nhiều hơn trong nhà thì sao?</w:t>
      </w:r>
    </w:p>
    <w:p>
      <w:pPr>
        <w:spacing w:after="80"/>
      </w:pPr>
      <w:r>
        <w:rPr>
          <w:b w:val="0"/>
          <w:i w:val="0"/>
        </w:rPr>
        <w:t xml:space="preserve">Nếu người bạn yêu thương đang lao dốc thì sao? Bạn cứ </w:t>
      </w:r>
      <w:r>
        <w:rPr>
          <w:b w:val="0"/>
          <w:i/>
        </w:rPr>
        <w:t>Để Họ</w:t>
      </w:r>
      <w:r>
        <w:rPr>
          <w:b w:val="0"/>
          <w:i w:val="0"/>
        </w:rPr>
        <w:t xml:space="preserve"> tiếp tục uống rượu ư? Bạn cứ </w:t>
      </w:r>
      <w:r>
        <w:rPr>
          <w:b w:val="0"/>
          <w:i/>
        </w:rPr>
        <w:t>Để Họ</w:t>
      </w:r>
      <w:r>
        <w:rPr>
          <w:b w:val="0"/>
          <w:i w:val="0"/>
        </w:rPr>
        <w:t xml:space="preserve"> nằm bẹp trên giường với chứng trầm cảm ư? Bạn cứ </w:t>
      </w:r>
      <w:r>
        <w:rPr>
          <w:b w:val="0"/>
          <w:i/>
        </w:rPr>
        <w:t>Để Họ</w:t>
      </w:r>
      <w:r>
        <w:rPr>
          <w:b w:val="0"/>
          <w:i w:val="0"/>
        </w:rPr>
        <w:t xml:space="preserve"> sụp đổ ư?</w:t>
      </w:r>
    </w:p>
    <w:p>
      <w:pPr>
        <w:spacing w:after="80"/>
      </w:pPr>
      <w:r>
        <w:rPr>
          <w:b w:val="0"/>
          <w:i w:val="0"/>
        </w:rPr>
        <w:t>Tôi đã thấy những câu hỏi này lặp đi lặp lại trong suốt quá trình nghiên cứu cuốn sách này. Trong chương tiếp theo, bạn sẽ học được một cách tiếp cận hoàn toàn mới để hỗ trợ một người đang gặp khó khăn, sử dụng Học thuyết Để Họ và những nghiên cứu chuyên môn mới nhất.</w:t>
      </w:r>
    </w:p>
    <w:p>
      <w:pPr>
        <w:spacing w:after="80"/>
      </w:pPr>
      <w:r>
        <w:rPr>
          <w:b w:val="0"/>
          <w:i w:val="0"/>
        </w:rPr>
        <w:t>Nhưng trước tiên, hãy tóm tắt cách thúc đẩy người khác thay đổi. Đúng, bạn muốn những người trong đời mình thay đổi, nhưng gây áp lực lên họ chỉ tạo ra sự chống đối mà thôi.</w:t>
      </w:r>
    </w:p>
    <w:p>
      <w:pPr>
        <w:spacing w:after="80"/>
      </w:pPr>
      <w:r>
        <w:rPr>
          <w:b w:val="0"/>
          <w:i w:val="0"/>
        </w:rPr>
        <w:t>Học thuyết Để Họ khuyến khích bạn chấp nhận người khác, tập trung vào sự phát triển của chính mình, và truyền cảm hứng thay đổi thông qua ảnh hưởng tích cực thay vì áp lực.</w:t>
      </w:r>
    </w:p>
    <w:p>
      <w:pPr>
        <w:spacing w:after="80"/>
        <w:ind w:left="360"/>
      </w:pPr>
      <w:r>
        <w:t xml:space="preserve">1. </w:t>
      </w:r>
      <w:r>
        <w:rPr>
          <w:b/>
          <w:i w:val="0"/>
        </w:rPr>
        <w:t>Vấn đề:</w:t>
      </w:r>
      <w:r>
        <w:rPr>
          <w:b w:val="0"/>
          <w:i w:val="0"/>
        </w:rPr>
        <w:t xml:space="preserve"> Áp lực không tạo ra thay đổi; nó tạo ra sự chống đối. Bạn hành động với ý định tốt nhất, nhưng nó lại mang đến kết quả tồi tệ nhất. Mỗi lần bạn gây áp lực lên ai đó, bạn đẩy họ ra xa. Bạn không chỉ làm căng thẳng các mối quan hệ, mà còn đang chống lại chính cách bộ não và cơ thể của người ta được lập trình. Bạn nghĩ rằng sự căng thẳng và bực bội là do người kia không chịu làm theo ý bạn. Bạn sai rồi. Sự căng thẳng và chia rẽ chính là do áp lực của bạn tạo ra.</w:t>
      </w:r>
    </w:p>
    <w:p>
      <w:pPr>
        <w:spacing w:after="80"/>
        <w:ind w:left="360"/>
      </w:pPr>
      <w:r>
        <w:t xml:space="preserve">2. </w:t>
      </w:r>
      <w:r>
        <w:rPr>
          <w:b/>
          <w:i w:val="0"/>
        </w:rPr>
        <w:t>Sự thật:</w:t>
      </w:r>
      <w:r>
        <w:rPr>
          <w:b w:val="0"/>
          <w:i w:val="0"/>
        </w:rPr>
        <w:t xml:space="preserve"> Người lớn chỉ thay đổi khi họ cảm thấy muốn thay đổi. Con người có bản năng sinh tồn được lập trình sẵn là phải kiểm soát mọi khía cạnh trong cuộc sống của mình. Bất cứ khi nào ai đó cảm thấy bị ép buộc phải làm gì, họ sẽ chống lại—và bạn sẽ thấy mình bị cuốn vào một cuộc chiến giành quyền kiểm soát. Điều con người muốn là cảm thấy được chấp nhận và yêu thương. Họ cần được kiểm soát suy nghĩ, hành động và quyết định của chính mình. Sức mạnh của bạn nằm ở khả năng ảnh hưởng.</w:t>
      </w:r>
    </w:p>
    <w:p>
      <w:pPr>
        <w:spacing w:after="80"/>
        <w:ind w:left="360"/>
      </w:pPr>
      <w:r>
        <w:t xml:space="preserve">3. </w:t>
      </w:r>
      <w:r>
        <w:rPr>
          <w:b/>
          <w:i w:val="0"/>
        </w:rPr>
        <w:t>Giải pháp:</w:t>
      </w:r>
      <w:r>
        <w:rPr>
          <w:b w:val="0"/>
          <w:i w:val="0"/>
        </w:rPr>
        <w:t xml:space="preserve"> Sử dụng Học thuyết Để Họ, bạn sẽ tận dụng các quy luật ảnh hưởng để khơi dậy động lực nội tại của người khác nhằm thay đổi vì chính họ. Bằng cách sử dụng Vòng lặp ABC để đặt những câu hỏi mở, làm gương cho sự thay đổi hành vi, và tôn vinh tiến bộ, bạn dùng sức mạnh của mình để thay đổi người khác. Mấu chốt của điều này là tạo không gian để người khác tin rằng sự thay đổi là ý tưởng của họ. Không phải của bạn.</w:t>
      </w:r>
    </w:p>
    <w:p>
      <w:pPr>
        <w:spacing w:after="80"/>
      </w:pPr>
      <w:r>
        <w:rPr>
          <w:b w:val="0"/>
          <w:i w:val="0"/>
        </w:rPr>
        <w:t xml:space="preserve">Khi bạn nói </w:t>
      </w:r>
      <w:r>
        <w:rPr>
          <w:b w:val="0"/>
          <w:i/>
        </w:rPr>
        <w:t>Để Họ</w:t>
      </w:r>
      <w:r>
        <w:rPr>
          <w:b w:val="0"/>
          <w:i w:val="0"/>
        </w:rPr>
        <w:t xml:space="preserve">, bạn đang chấp nhận người khác đúng như họ vốn là, gỡ bỏ căng thẳng và áp lực, và để họ kiểm soát cách họ sống cuộc đời mình. Khi bạn nói </w:t>
      </w:r>
      <w:r>
        <w:rPr>
          <w:b w:val="0"/>
          <w:i/>
        </w:rPr>
        <w:t>Để Tôi</w:t>
      </w:r>
      <w:r>
        <w:rPr>
          <w:b w:val="0"/>
          <w:i w:val="0"/>
        </w:rPr>
        <w:t>, bạn tận dụng khoa học thần kinh để có lợi cho mình và khơi mở sức mạnh ảnh hưởng của bạn để thúc đẩy người khác thay đổi.</w:t>
      </w:r>
    </w:p>
    <w:p>
      <w:pPr>
        <w:spacing w:after="80"/>
      </w:pPr>
      <w:r>
        <w:rPr>
          <w:b/>
          <w:i w:val="0"/>
        </w:rPr>
        <w:t>Hãy để người lớn được làm người lớn, và để ảnh hưởng của bạn truyền cảm hứng cho họ thay đổi.</w:t>
      </w:r>
    </w:p>
    <w:p>
      <w:pPr>
        <w:pStyle w:val="Heading1"/>
      </w:pPr>
      <w:r>
        <w:rPr>
          <w:rFonts w:ascii="Calibri" w:hAnsi="Calibri"/>
          <w:b/>
          <w:i w:val="0"/>
          <w:sz w:val="40"/>
        </w:rPr>
        <w:t>Giúp Đỡ Một Người</w:t>
      </w:r>
      <w:r>
        <w:br/>
      </w:r>
      <w:r>
        <w:rPr>
          <w:rFonts w:ascii="Calibri" w:hAnsi="Calibri"/>
          <w:b/>
          <w:i w:val="0"/>
          <w:sz w:val="40"/>
        </w:rPr>
        <w:t>Đang Gặp Khó Khăn</w:t>
      </w:r>
    </w:p>
    <w:p>
      <w:pPr>
        <w:pStyle w:val="Heading1"/>
      </w:pPr>
      <w:r>
        <w:rPr>
          <w:rFonts w:ascii="Calibri" w:hAnsi="Calibri"/>
          <w:b/>
          <w:i w:val="0"/>
          <w:sz w:val="40"/>
        </w:rPr>
        <w:t>CHƯƠNG 16</w:t>
      </w:r>
    </w:p>
    <w:p>
      <w:pPr>
        <w:pStyle w:val="Heading1"/>
      </w:pPr>
      <w:r>
        <w:rPr>
          <w:rFonts w:ascii="Calibri" w:hAnsi="Calibri"/>
          <w:b/>
          <w:i w:val="0"/>
          <w:sz w:val="40"/>
        </w:rPr>
        <w:t>Bạn Càng Cứu, Họ Càng Chìm</w:t>
      </w:r>
    </w:p>
    <w:p>
      <w:pPr>
        <w:spacing w:after="80"/>
      </w:pPr>
      <w:r>
        <w:rPr>
          <w:b w:val="0"/>
          <w:i w:val="0"/>
        </w:rPr>
        <w:t>Tôi biết bạn có thể đang nghĩ: Để người lớn được làm người lớn ư? Nhưng nếu người tôi đang cố gắng thay đổi đang gặp rắc rối nghiêm trọng thì sao? Tôi phải làm gì đây, cứ để họ lao dốc ư? Để họ uống rượu rồi lái xe ư?</w:t>
      </w:r>
    </w:p>
    <w:p>
      <w:pPr>
        <w:spacing w:after="80"/>
      </w:pPr>
      <w:r>
        <w:rPr>
          <w:b w:val="0"/>
          <w:i w:val="0"/>
        </w:rPr>
        <w:t>Tất nhiên là không rồi.</w:t>
      </w:r>
    </w:p>
    <w:p>
      <w:pPr>
        <w:spacing w:after="80"/>
      </w:pPr>
      <w:r>
        <w:rPr>
          <w:b w:val="0"/>
          <w:i w:val="0"/>
        </w:rPr>
        <w:t xml:space="preserve">Nếu ai đó đang làm điều gì nguy hiểm hoặc tự hủy hoại bản thân, bạn không thể chỉ </w:t>
      </w:r>
      <w:r>
        <w:rPr>
          <w:b w:val="0"/>
          <w:i/>
        </w:rPr>
        <w:t>Để Họ Tự Lo</w:t>
      </w:r>
      <w:r>
        <w:rPr>
          <w:b w:val="0"/>
          <w:i w:val="0"/>
        </w:rPr>
        <w:t>. Bạn phải can thiệp, lấy chìa khóa xe, hoặc làm bất cứ điều gì cần thiết để giúp đỡ, bởi vì phản ứng của bạn có thể cứu mạng họ—dù đó là gọi cứu giúp, gọi cảnh sát, chở họ đi cai nghiện, hay ở bên họ suốt cơn khủng hoảng cho đến khi họ đến được nơi an toàn.</w:t>
      </w:r>
    </w:p>
    <w:p>
      <w:pPr>
        <w:spacing w:after="80"/>
      </w:pPr>
      <w:r>
        <w:rPr>
          <w:b w:val="0"/>
          <w:i w:val="0"/>
        </w:rPr>
        <w:t>Vấn đề là hầu hết những người đang vật lộn đều giấu bạn. Họ không dùng ma túy trước mặt bạn; họ nói dối bạn về điều đó. Họ tỏ ra mạnh mẽ ở chỗ làm nhưng thầm lặng vật lộn với chứng trầm cảm.</w:t>
      </w:r>
    </w:p>
    <w:p>
      <w:pPr>
        <w:spacing w:after="80"/>
      </w:pPr>
      <w:r>
        <w:rPr>
          <w:b w:val="0"/>
          <w:i w:val="0"/>
        </w:rPr>
        <w:t>Một phần khó khăn khi đối mặt với những người đang vật lộn là không biết họ đã chìm sâu đến mức nào, cho đến khi mọi chuyện thực sự nghiêm trọng hoặc đã quá muộn. Và tôi đảm bảo với bạn, có ít nhất một người trong cuộc đời bạn đang vật lộn vô cùng và bạn không hề hay biết.</w:t>
      </w:r>
    </w:p>
    <w:p>
      <w:pPr>
        <w:spacing w:after="80"/>
      </w:pPr>
      <w:r>
        <w:rPr>
          <w:b w:val="0"/>
          <w:i w:val="0"/>
        </w:rPr>
        <w:t>Khi mọi người đang vật lộn, họ mang rất nhiều nỗi xấu hổ và thường phủ nhận điều đó. Họ đã cảm thấy mình là gánh nặng và thường tự nhủ rằng mình đang làm mọi người thất vọng. Đó là lý do tại sao người ta thường không cầu cứu hay mở lòng về những gì đang diễn ra.</w:t>
      </w:r>
    </w:p>
    <w:p>
      <w:pPr>
        <w:spacing w:after="80"/>
      </w:pPr>
      <w:r>
        <w:rPr>
          <w:b w:val="0"/>
          <w:i w:val="0"/>
        </w:rPr>
        <w:t>Chứng kiến người bạn yêu thương vật lộn với sức khỏe tâm thần, nỗi đau buồn tê dại, hay chứng nghiện ngập là một trong những trải nghiệm khó khăn nhất bạn sẽ đối mặt trong đời. Và một sự thật còn khắc nghiệt hơn: Không phải ai cũng sẵn sàng để trở nên tốt hơn, sống tỉnh táo, làm việc cần làm, dùng các công cụ của mình, hay đối mặt với vấn đề của họ. Và không phải ai cũng có thể.</w:t>
      </w:r>
    </w:p>
    <w:p>
      <w:pPr>
        <w:spacing w:after="80"/>
      </w:pPr>
      <w:r>
        <w:rPr>
          <w:b w:val="0"/>
          <w:i w:val="0"/>
        </w:rPr>
        <w:t>Dù bạn có yêu thương ai đó đến đâu, tin tưởng họ đến đâu, và sẵn sàng làm bất cứ điều gì trên đời để xóa đi nỗi đau của họ, bạn không thể mong muốn sự tỉnh táo, sự chữa lành, hay sức khỏe của người khác nhiều hơn chính họ.</w:t>
      </w:r>
    </w:p>
    <w:p>
      <w:pPr>
        <w:spacing w:after="80"/>
      </w:pPr>
      <w:r>
        <w:rPr>
          <w:b w:val="0"/>
          <w:i w:val="0"/>
        </w:rPr>
        <w:t>Trong phần này của cuốn sách, chúng ta sẽ mổ xẻ cách mà trong nỗ lực giúp đỡ, bạn có thể vô tình đang ngăn cản những người trưởng thành khác tìm thấy sức mạnh để đối mặt với những vật lộn của họ. Bạn càng cố gắng cứu ai đó khỏi vấn đề của họ, họ càng dễ tiếp tục chìm đắm trong đó. Để ai đó đối mặt với hậu quả tự nhiên từ hành động của họ là một phần cần thiết của quá trình chữa lành. Sự thật là, người trưởng thành chỉ trở nên tốt hơn khi họ sẵn sàng làm việc cần làm, và bạn sẽ sẵn sàng trước họ rất lâu. Nghe có vẻ phũ phàng, nhưng đó là sự thật.</w:t>
      </w:r>
    </w:p>
    <w:p>
      <w:pPr>
        <w:spacing w:after="80"/>
      </w:pPr>
      <w:r>
        <w:rPr>
          <w:b w:val="0"/>
          <w:i w:val="0"/>
        </w:rPr>
        <w:t>Bạn và tôi sẽ lấy tất cả những gì bạn đã học được đến giờ về các mối quan hệ, tình bạn, và bản chất con người, rồi xây dựng tiếp để chỉ cho bạn thấy những sự thật đó áp dụng ngay cả trong những tình huống khó khăn nhất.</w:t>
      </w:r>
    </w:p>
    <w:p>
      <w:pPr>
        <w:spacing w:after="80"/>
      </w:pPr>
      <w:r>
        <w:rPr>
          <w:b w:val="0"/>
          <w:i w:val="0"/>
        </w:rPr>
        <w:t>Bạn cũng sẽ học được một cách tiếp cận hoàn toàn mới để hỗ trợ ai đó vượt qua những vật lộn của họ, dựa trên niềm tin rằng một người có thể làm việc cần làm để trở nên tốt hơn.</w:t>
      </w:r>
    </w:p>
    <w:p>
      <w:pPr>
        <w:spacing w:after="80"/>
      </w:pPr>
      <w:r>
        <w:rPr>
          <w:b w:val="0"/>
          <w:i w:val="0"/>
        </w:rPr>
        <w:t>Nhưng trước khi bắt đầu, một lời tuyên bố MIỄN TRỪ TRÁCH NHIỆM LỚN: Có sự khác biệt giữa việc hỗ trợ một người trưởng thành đang vật lộn và hỗ trợ một đứa trẻ đang vật lộn. Khi bạn đối mặt với một đứa trẻ, bạn chịu trách nhiệm về sự hỗ trợ cảm xúc, tài chính, và thể chất cho chúng.</w:t>
      </w:r>
    </w:p>
    <w:p>
      <w:pPr>
        <w:spacing w:after="80"/>
      </w:pPr>
      <w:r>
        <w:rPr>
          <w:b w:val="0"/>
          <w:i w:val="0"/>
        </w:rPr>
        <w:t>Khi bạn đối mặt với một người trưởng thành, bạn không phải chịu trách nhiệm đó.</w:t>
      </w:r>
    </w:p>
    <w:p>
      <w:pPr>
        <w:pStyle w:val="Heading2"/>
      </w:pPr>
      <w:r>
        <w:rPr>
          <w:rFonts w:ascii="Calibri" w:hAnsi="Calibri"/>
          <w:b/>
          <w:i w:val="0"/>
          <w:sz w:val="32"/>
        </w:rPr>
        <w:t>Sự Thật Khắc Nghiệt Về Việc Chữa Lành</w:t>
      </w:r>
    </w:p>
    <w:p>
      <w:pPr>
        <w:spacing w:after="80"/>
      </w:pPr>
      <w:r>
        <w:rPr>
          <w:b w:val="0"/>
          <w:i w:val="0"/>
        </w:rPr>
        <w:t>Như bạn đã học, gây áp lực buộc ai đó thay đổi sẽ tạo ra sự kháng cự với việc thay đổi, và sự thất vọng cùng phán xét của bạn chỉ làm tình huống với người đang vật lộn trở nên tồi tệ hơn. Mức độ nghiêm trọng càng cao, người kia càng cảm thấy xấu hổ và tê liệt.</w:t>
      </w:r>
    </w:p>
    <w:p>
      <w:pPr>
        <w:spacing w:after="80"/>
      </w:pPr>
      <w:r>
        <w:rPr>
          <w:b w:val="0"/>
          <w:i w:val="0"/>
        </w:rPr>
        <w:t>Người ta chỉ chữa lành khi họ sẵn sàng. Và nếu họ chưa chữa lành, đó là vì họ chưa sẵn sàng. Khi người bạn yêu thương đang trải qua một cuộc vật lộn nội tâm, họ sẽ không trở nên tốt hơn vì bạn, vì con họ, hay vì gia đình họ. Họ phải muốn trở nên tốt hơn vì chính bản thân họ.</w:t>
      </w:r>
    </w:p>
    <w:p>
      <w:pPr>
        <w:spacing w:after="80"/>
      </w:pPr>
      <w:r>
        <w:rPr>
          <w:b w:val="0"/>
          <w:i w:val="0"/>
        </w:rPr>
        <w:t>Bạn có thể không hiểu điều đó. Bạn có thể nghĩ rằng mình sẽ hành động khác nếu ở trong hoàn cảnh tương tự. Tất cả những điều đó đều không quan trọng. Mọi ý kiến của bạn đều là sự phán xét. Và sự phán xét của bạn về người kia cùng những gì bạn nghĩ họ nên làm chính là một phần của vấn đề, bởi vì nó chuyển hóa thành áp lực.</w:t>
      </w:r>
    </w:p>
    <w:p>
      <w:pPr>
        <w:spacing w:after="80"/>
      </w:pPr>
      <w:r>
        <w:rPr>
          <w:b w:val="0"/>
          <w:i w:val="0"/>
        </w:rPr>
        <w:t xml:space="preserve">Bạn cần một lối thoát cho sự phán xét của mình—một nhà trị liệu, một người bạn—bởi vì nhắm nó vào người kia sẽ không giúp ích gì. Trong những lúc vật lộn, điều người kia cần là sự chấp nhận. </w:t>
      </w:r>
      <w:r>
        <w:rPr>
          <w:b w:val="0"/>
          <w:i/>
        </w:rPr>
        <w:t>Hãy Để Họ</w:t>
      </w:r>
      <w:r>
        <w:rPr>
          <w:b w:val="0"/>
          <w:i w:val="0"/>
        </w:rPr>
        <w:t xml:space="preserve"> vật lộn.</w:t>
      </w:r>
    </w:p>
    <w:p>
      <w:pPr>
        <w:spacing w:after="80"/>
      </w:pPr>
      <w:r>
        <w:rPr>
          <w:b w:val="0"/>
          <w:i w:val="0"/>
        </w:rPr>
        <w:t>Con người chỉ chữa lành khi chính họ sẵn sàng làm điều đó vì bản thân mình. Đây là những cuộc chiến vô cùng riêng tư và khó khăn... và chỉ người đó mới có thể chiến đấu khi họ sẵn sàng. Bạn không thể bắt họ chiến đấu. Bạn không thể bắt ai đó cai nghiện. Bạn không thể bắt ai đó có trách nhiệm về tài chính. Bạn không thể bắt họ chữa lành.</w:t>
      </w:r>
    </w:p>
    <w:p>
      <w:pPr>
        <w:spacing w:after="80"/>
      </w:pPr>
      <w:r>
        <w:rPr>
          <w:b w:val="0"/>
          <w:i w:val="0"/>
        </w:rPr>
        <w:t>Đúng, họ cần tình yêu và sự ủng hộ của bạn. Nhưng đây là phần khó khăn: Họ không cần được "cứu". Tôi sẽ nói lại điều này: Càng cố cứu ai đó khỏi vấn đề của họ, họ càng dễ tiếp tục chìm đắm trong đó. Càng phán xét ai đó vì hành vi của họ, họ càng giỏi nói dối bạn về điều đó hơn.</w:t>
      </w:r>
    </w:p>
    <w:p>
      <w:pPr>
        <w:spacing w:after="80"/>
      </w:pPr>
      <w:r>
        <w:rPr>
          <w:b w:val="0"/>
          <w:i w:val="0"/>
        </w:rPr>
        <w:t>Điều thiết yếu là bạn phải nhận ra rằng cứu ai đó không phải là ủng hộ họ, và dung túng cho hành vi tự hủy hoại của ai đó không phải là yêu thương họ. Có một ranh giới mong manh giữa điều tạo nên sự ủng hộ và điều là dung túng cho người khác.</w:t>
      </w:r>
    </w:p>
    <w:p>
      <w:pPr>
        <w:spacing w:after="80"/>
      </w:pPr>
      <w:r>
        <w:rPr>
          <w:b w:val="0"/>
          <w:i/>
        </w:rPr>
        <w:t>Dung túng (Enabling)</w:t>
      </w:r>
      <w:r>
        <w:rPr>
          <w:b w:val="0"/>
          <w:i w:val="0"/>
        </w:rPr>
        <w:t xml:space="preserve"> là khi bạn biện minh hoặc ủng hộ những hành vi có vấn đề của ai đó vì bạn nghĩ mình đang giúp họ. Ví dụ, nó có thể bao gồm những việc như đưa tiền cho một đứa con đã trưởng thành nhưng không dùng tiền một cách có trách nhiệm và không tìm việc làm. Nó có thể là che đậy cho người khác vì họ đi uống rượu tối qua, tìm lý do bào chữa cho cơn giận của vợ/chồng bạn, hoặc phớt lờ vấn đề để tránh xung đột.</w:t>
      </w:r>
    </w:p>
    <w:p>
      <w:pPr>
        <w:spacing w:after="80"/>
      </w:pPr>
      <w:r>
        <w:rPr>
          <w:b w:val="0"/>
          <w:i w:val="0"/>
        </w:rPr>
        <w:t>Thường thì, yêu thương ai đó sẽ đòi hỏi bạn phải để họ học bài học theo cách khó khăn. Đôi khi, giành lại sức mạnh của bạn nghĩa là không sửa chữa vấn đề của mọi người khác hay tìm lý do bào chữa cho hành vi của họ.</w:t>
      </w:r>
    </w:p>
    <w:p>
      <w:pPr>
        <w:spacing w:after="80"/>
      </w:pPr>
      <w:r>
        <w:rPr>
          <w:b w:val="0"/>
          <w:i w:val="0"/>
        </w:rPr>
        <w:t>Khi bạn dung túng cho người khác bằng tiền bạc, lời nói và hành động của mình, bạn không nuôi dưỡng sự độc lập—bạn cản trở sự chữa lành của họ. Bạn kéo dài nỗi đau của họ, khoản nợ của họ, sự sụp đổ của họ, và đến lượt nó, cả của chính bạn. Bạn nghĩ mình đang làm mọi thứ dễ dàng hơn, nhưng thực ra bạn đang làm cho sự hồi phục hay sự cải thiện bản thân của họ khó khăn hơn.</w:t>
      </w:r>
    </w:p>
    <w:p>
      <w:pPr>
        <w:spacing w:after="80"/>
      </w:pPr>
      <w:r>
        <w:rPr>
          <w:b w:val="0"/>
          <w:i w:val="0"/>
        </w:rPr>
        <w:t>Để người trưởng thành khác đối mặt và cảm nhận những hậu quả tự nhiên từ hành động của họ là một trong những bước quan trọng nhất của sự chữa lành.</w:t>
      </w:r>
    </w:p>
    <w:p>
      <w:pPr>
        <w:spacing w:after="80"/>
      </w:pPr>
      <w:r>
        <w:rPr>
          <w:b w:val="0"/>
          <w:i w:val="0"/>
        </w:rPr>
        <w:t>Lý thuyết Let Them dạy bạn rằng giúp đỡ người khác không có nghĩa là giải quyết vấn đề thay họ—mà là cho họ không gian, sự ủng hộ và công cụ để tự họ làm điều đó.</w:t>
      </w:r>
    </w:p>
    <w:p>
      <w:pPr>
        <w:spacing w:after="80"/>
      </w:pPr>
      <w:r>
        <w:rPr>
          <w:b w:val="0"/>
          <w:i w:val="0"/>
        </w:rPr>
        <w:t>Hãy nghĩ về sự chữa lành như một trò chơi mà người bạn yêu thương phải chọn tham gia. Đưa ra sự ủng hộ giống như ném cho ai đó quả bóng. Bạn có thể ném bóng cho họ hết lần này đến lần khác, nhưng họ phải chọn bắt lấy nó và chạy xuống sân. Dung túng là khi bạn chộp lấy quả bóng và cố chạy xuống sân mỗi lần họ không chịu làm.</w:t>
      </w:r>
    </w:p>
    <w:p>
      <w:pPr>
        <w:spacing w:after="80"/>
      </w:pPr>
      <w:r>
        <w:rPr>
          <w:b w:val="0"/>
          <w:i/>
        </w:rPr>
        <w:t>Let Them</w:t>
      </w:r>
      <w:r>
        <w:rPr>
          <w:b w:val="0"/>
          <w:i w:val="0"/>
        </w:rPr>
        <w:t xml:space="preserve"> đánh rơi quả bóng. </w:t>
      </w:r>
      <w:r>
        <w:rPr>
          <w:b w:val="0"/>
          <w:i/>
        </w:rPr>
        <w:t>Let Me</w:t>
      </w:r>
      <w:r>
        <w:rPr>
          <w:b w:val="0"/>
          <w:i w:val="0"/>
        </w:rPr>
        <w:t xml:space="preserve"> ngừng ném nó. </w:t>
      </w:r>
      <w:r>
        <w:rPr>
          <w:b w:val="0"/>
          <w:i/>
        </w:rPr>
        <w:t>Let Me</w:t>
      </w:r>
      <w:r>
        <w:rPr>
          <w:b w:val="0"/>
          <w:i w:val="0"/>
        </w:rPr>
        <w:t xml:space="preserve"> chống lại thôi thúc nhặt nó lên và chạy xuống sân. </w:t>
      </w:r>
      <w:r>
        <w:rPr>
          <w:b w:val="0"/>
          <w:i/>
        </w:rPr>
        <w:t>Let Me</w:t>
      </w:r>
      <w:r>
        <w:rPr>
          <w:b w:val="0"/>
          <w:i w:val="0"/>
        </w:rPr>
        <w:t xml:space="preserve"> ngừng nói dối về những gì đang xảy ra. </w:t>
      </w:r>
      <w:r>
        <w:rPr>
          <w:b w:val="0"/>
          <w:i/>
        </w:rPr>
        <w:t>Let Me</w:t>
      </w:r>
      <w:r>
        <w:rPr>
          <w:b w:val="0"/>
          <w:i w:val="0"/>
        </w:rPr>
        <w:t xml:space="preserve"> chấp nhận sự thật rằng họ chưa sẵn sàng thay đổi. Tôi hiểu: Một trong những điều khó nhất trên đời là nhìn người mình yêu thương vật lộn. Tôi không phải người vô tâm. Tôi đã mất quá nhiều người tôi yêu thương vì căn bệnh của sự tuyệt vọng và nghiện ngập. Tôi ước họ đã bắt được quả bóng. Nhưng không lượng ước muốn nào có thể mang họ trở lại hay khiến một người đang vật lộn phải làm việc để trở nên tốt hơn.</w:t>
      </w:r>
    </w:p>
    <w:p>
      <w:pPr>
        <w:spacing w:after="80"/>
      </w:pPr>
      <w:r>
        <w:rPr>
          <w:b w:val="0"/>
          <w:i w:val="0"/>
        </w:rPr>
        <w:t>Tất cả những gì bạn có thể làm là nhận ra tình huống mình đang ở trong đó. Nếu họ không sẵn lòng bắt quả bóng, bạn phải ngừng ném nó. Cả hai chúng ta đều biết rằng sâu thẳm trong tim bạn, ngay khi họ sẵn sàng bắt quả bóng, bạn sẽ chờ để ném nó.</w:t>
      </w:r>
    </w:p>
    <w:p>
      <w:pPr>
        <w:pStyle w:val="Heading2"/>
      </w:pPr>
      <w:r>
        <w:rPr>
          <w:rFonts w:ascii="Calibri" w:hAnsi="Calibri"/>
          <w:b/>
          <w:i w:val="0"/>
          <w:sz w:val="32"/>
        </w:rPr>
        <w:t>Người trưởng thành chữa lành khi họ sẵn sàng làm công việc khó khăn</w:t>
      </w:r>
    </w:p>
    <w:p>
      <w:pPr>
        <w:spacing w:after="80"/>
      </w:pPr>
      <w:r>
        <w:rPr>
          <w:b w:val="0"/>
          <w:i w:val="0"/>
        </w:rPr>
        <w:t>Bạn không thể mong muốn ai đó cai nghiện, chữa lành, tự do tài chính, hoài bão hay hạnh phúc của họ nhiều hơn chính họ. Bạn sẽ sẵn sàng để người thân của mình trở nên tốt hơn, sớm hơn họ rất nhiều. Đó là lý do bạn cần giữ quyền kiểm soát phản ứng của mình trước tình huống. Bạn không đang đối phó với một người có khả năng suy nghĩ lý trí hay đưa ra quyết định lành mạnh.</w:t>
      </w:r>
    </w:p>
    <w:p>
      <w:pPr>
        <w:spacing w:after="80"/>
      </w:pPr>
      <w:r>
        <w:rPr>
          <w:b w:val="0"/>
          <w:i w:val="0"/>
        </w:rPr>
        <w:t>Điều này luôn đúng khi bạn đang đối phó với một đứa trẻ, vì não của chúng chưa phát triển đầy đủ. Đó là lý do bạn không thể để một đứa trẻ tự dẫn dắt sự chữa lành của chính nó. Theo các chuyên gia, từ góc độ phát triển, não người không trưởng thành hoàn toàn cho đến 25 tuổi. Về mặt pháp lý, bạn là người trưởng thành ở tuổi 18, nhưng từ góc độ khoa học thần kinh, một người trong độ tuổi 18 đến 25 vẫn cần rất nhiều sự hướng dẫn.</w:t>
      </w:r>
    </w:p>
    <w:p>
      <w:pPr>
        <w:spacing w:after="80"/>
      </w:pPr>
      <w:r>
        <w:rPr>
          <w:b w:val="0"/>
          <w:i w:val="0"/>
        </w:rPr>
        <w:t>Vì vậy, bạn phải là người trưởng thành trong phòng, tìm kiếm sự giúp đỡ chuyên môn và dẫn dắt những gì đang xảy ra. Với người trưởng thành trên 25 tuổi, mọi thứ khác đi. Người trưởng thành chịu trách nhiệm cho sự chữa lành của chính họ. Và họ cũng có khả năng làm điều đó.</w:t>
      </w:r>
    </w:p>
    <w:p>
      <w:pPr>
        <w:spacing w:after="80"/>
      </w:pPr>
      <w:r>
        <w:rPr>
          <w:b w:val="0"/>
          <w:i w:val="0"/>
        </w:rPr>
        <w:t>Nhưng bất kể độ tuổi của người đang vật lộn, từ góc độ thần kinh, họ có thể đang ở chế độ sinh tồn thuần túy. Đặc biệt nếu ai đó đang xoáy sâu vào trầm cảm hay nghiện ngập hoặc đối mặt với bi kịch, họ đang ở trong trạng thái mãn tính của chiến đấu, bỏ chạy hoặc đóng băng.</w:t>
      </w:r>
    </w:p>
    <w:p>
      <w:pPr>
        <w:spacing w:after="80"/>
      </w:pPr>
      <w:r>
        <w:rPr>
          <w:b w:val="0"/>
          <w:i w:val="0"/>
        </w:rPr>
        <w:t>Và đây là lý do vì sao mọi thứ trở nên đau đớn và phức tạp. Bạn không thể kéo họ ra khỏi chế độ sinh tồn. Bạn có thể xoa dịu ai đó trong khoảnh khắc bằng một cái ôm, hoặc ngồi bên họ khi họ khóc, hoặc lắng nghe cho đến khi họ cảm thấy bình tĩnh và hiện diện, nhưng bạn không thể kéo họ ra khỏi trạng thái căng thẳng kinh niên. Họ sẽ phải tự mình làm việc để thoát ra.</w:t>
      </w:r>
    </w:p>
    <w:p>
      <w:pPr>
        <w:spacing w:after="80"/>
      </w:pPr>
      <w:r>
        <w:rPr>
          <w:b w:val="0"/>
          <w:i w:val="0"/>
        </w:rPr>
        <w:t>Mọi thứ bạn đã học trong các chương về quản lý căng thẳng, gây ảnh hưởng để người khác thay đổi, và cách bộ não được lập trình đều áp dụng ở đây. Tiến sĩ K đã dạy bạn rằng con người được lập trình sẵn để hướng tới những gì cảm thấy dễ dàng và thú vị trong khoảnh khắc, và tránh những gì đau đớn và khó khăn.</w:t>
      </w:r>
    </w:p>
    <w:p>
      <w:pPr>
        <w:spacing w:after="80"/>
      </w:pPr>
      <w:r>
        <w:rPr>
          <w:b w:val="0"/>
          <w:i w:val="0"/>
        </w:rPr>
        <w:t>Khi bạn trầm cảm, nằm trên giường cảm thấy dễ dàng hơn. Khi bạn đang đau buồn, thật dễ nghĩ rằng mình sẽ không bao giờ vượt qua được chuyện này. Khi bạn đang chật vật, với tay lấy một ly rượu sẽ làm dịu đi nỗi đau.</w:t>
      </w:r>
    </w:p>
    <w:p>
      <w:pPr>
        <w:spacing w:after="80"/>
      </w:pPr>
      <w:r>
        <w:rPr>
          <w:b w:val="0"/>
          <w:i w:val="0"/>
        </w:rPr>
        <w:t>Đó là lý do vì sao những người bạn yêu thương có thể vật lộn với cùng những con quỷ đó suốt nhiều năm. Họ rất muốn khá lên. Họ có lẽ nghi ngờ rằng mình có thể làm được.</w:t>
      </w:r>
    </w:p>
    <w:p>
      <w:pPr>
        <w:spacing w:after="80"/>
      </w:pPr>
      <w:r>
        <w:rPr>
          <w:b w:val="0"/>
          <w:i w:val="0"/>
        </w:rPr>
        <w:t>Trong những giai đoạn của cuộc đời tôi khi phải vật lộn với chứng trầm cảm sau sinh nặng nề hoặc lo âu tê liệt, đó là một trong nhiều nỗi sợ của tôi: rằng tôi sẽ không bao giờ thoát ra được. Đó là lý do vì sao quá trình khá lên sẽ luôn cảm thấy tệ hơn lúc ban đầu. Đó là lý do vì sao người ta né tránh nó và hành xử theo những cách không hợp lý.</w:t>
      </w:r>
    </w:p>
    <w:p>
      <w:pPr>
        <w:spacing w:after="80"/>
      </w:pPr>
      <w:r>
        <w:rPr>
          <w:b w:val="0"/>
          <w:i w:val="0"/>
        </w:rPr>
        <w:t>Tôi từng nghe một chuyên gia về nghiện nói rằng không ai cai được cho đến khi say rượu trở nên đau đớn hơn việc đối mặt với điều mà bạn đang chạy trốn. Nghe điều đó khiến tôi thấy vô cùng hợp lý và nó có thể giúp bạn chuyển từ chỗ phán xét sang chỗ thấu hiểu và cảm thông.</w:t>
      </w:r>
    </w:p>
    <w:p>
      <w:pPr>
        <w:spacing w:after="80"/>
      </w:pPr>
      <w:r>
        <w:rPr>
          <w:b w:val="0"/>
          <w:i w:val="0"/>
        </w:rPr>
        <w:t>Người đó cần nỗi đau để khơi dậy ý chí thay đổi.</w:t>
      </w:r>
    </w:p>
    <w:p>
      <w:pPr>
        <w:spacing w:after="80"/>
      </w:pPr>
      <w:r>
        <w:rPr>
          <w:b w:val="0"/>
          <w:i w:val="0"/>
        </w:rPr>
        <w:t>Điều này đúng với bất kỳ cuộc vật lộn nào. Không ai chữa khỏi chứng rối loạn ăn uống cho đến khi việc hạn chế ăn trở nên đau đớn hơn việc đối mặt với những vấn đề họ đang chạy trốn. Không ai đối mặt với chứng nghiện tình dục cho đến khi việc che giấu nó trở nên đau đớn hơn việc đối mặt với sự thật.</w:t>
      </w:r>
    </w:p>
    <w:p>
      <w:pPr>
        <w:spacing w:after="80"/>
      </w:pPr>
      <w:r>
        <w:rPr>
          <w:b w:val="0"/>
          <w:i w:val="0"/>
        </w:rPr>
        <w:t>Điều mà mọi chuyên gia tôi đã trò chuyện trong quá trình nghiên cứu cuốn sách này đều nói là: vật lộn là một phần quan trọng của trải nghiệm con người, và nó là một trong những yếu tố cần thiết nhất để một người chọn khá lên.</w:t>
      </w:r>
    </w:p>
    <w:p>
      <w:pPr>
        <w:spacing w:after="80"/>
      </w:pPr>
      <w:r>
        <w:rPr>
          <w:b w:val="0"/>
          <w:i w:val="0"/>
        </w:rPr>
        <w:t xml:space="preserve">Hãy để ý từ </w:t>
      </w:r>
      <w:r>
        <w:rPr>
          <w:b w:val="0"/>
          <w:i/>
        </w:rPr>
        <w:t>chọn</w:t>
      </w:r>
      <w:r>
        <w:rPr>
          <w:b w:val="0"/>
          <w:i w:val="0"/>
        </w:rPr>
        <w:t>.</w:t>
      </w:r>
    </w:p>
    <w:p>
      <w:pPr>
        <w:spacing w:after="80"/>
      </w:pPr>
      <w:r>
        <w:rPr>
          <w:b w:val="0"/>
          <w:i w:val="0"/>
        </w:rPr>
        <w:t>Một người đang vật lộn là đang chạy trốn khỏi vấn đề của họ và làm tê liệt nỗi đau của mình. Chữa lành là một sự lựa chọn. Thực tế này tạo ra một vấn đề cho bạn và tôi, bởi vì bạn sẽ luôn cảm thấy sự căng thẳng này giữa việc để ai đó vật lộn và, cùng lúc đó, khao khát mãnh liệt muốn làm nỗi đau của ai đó biến mất.</w:t>
      </w:r>
    </w:p>
    <w:p>
      <w:pPr>
        <w:spacing w:after="80"/>
      </w:pPr>
      <w:r>
        <w:rPr>
          <w:b w:val="0"/>
          <w:i w:val="0"/>
        </w:rPr>
        <w:t xml:space="preserve">Tôi đã từng mắc sai lầm này. Tôi nghĩ, </w:t>
      </w:r>
      <w:r>
        <w:rPr>
          <w:b w:val="0"/>
          <w:i/>
        </w:rPr>
        <w:t>Nếu mình chỉ cần làm cuộc sống của họ dễ dàng hơn, mình sẽ khiến việc thay đổi dễ dàng hơn, đúng không?</w:t>
      </w:r>
      <w:r>
        <w:rPr>
          <w:b w:val="0"/>
          <w:i w:val="0"/>
        </w:rPr>
        <w:t xml:space="preserve"> Sai rồi.</w:t>
      </w:r>
    </w:p>
    <w:p>
      <w:pPr>
        <w:spacing w:after="80"/>
      </w:pPr>
      <w:r>
        <w:rPr>
          <w:b w:val="0"/>
          <w:i w:val="0"/>
        </w:rPr>
        <w:t>Có một sự khác biệt rất lớn giữa việc cố làm nỗi đau của ai đó biến mất và việc đưa ra sự hỗ trợ cho phép họ tự mình làm việc đó. Điều khó khăn ở đây là mỗi tình huống đều khác nhau, và bạn sẽ phải tự tìm ra sự hỗ trợ trông như thế nào đối với bạn.</w:t>
      </w:r>
    </w:p>
    <w:p>
      <w:pPr>
        <w:spacing w:after="80"/>
      </w:pPr>
      <w:r>
        <w:rPr>
          <w:b w:val="0"/>
          <w:i w:val="0"/>
        </w:rPr>
        <w:t>Những trải nghiệm đau đớn này cũng là một phần của mạch động lực mà Tiến sĩ K đã nói đến. Nói cách khác, nếu né tránh vấn đề dễ dàng hơn, họ sẽ không bao giờ đối mặt với nó.</w:t>
      </w:r>
    </w:p>
    <w:p>
      <w:pPr>
        <w:pStyle w:val="Heading2"/>
      </w:pPr>
      <w:r>
        <w:rPr>
          <w:rFonts w:ascii="Calibri" w:hAnsi="Calibri"/>
          <w:b/>
          <w:i w:val="0"/>
          <w:sz w:val="32"/>
        </w:rPr>
        <w:t>"Hãy Để Mọi Người Học Từ Cuộc Sống."</w:t>
      </w:r>
    </w:p>
    <w:p>
      <w:pPr>
        <w:spacing w:after="80"/>
      </w:pPr>
      <w:r>
        <w:rPr>
          <w:b w:val="0"/>
          <w:i w:val="0"/>
        </w:rPr>
        <w:t>Tiến sĩ Robert Waldinger là một bác sĩ tâm thần và nhà phân tâm học đang hành nghề, đồng thời là giáo sư lâm sàng về tâm thần học tại Trường Y Harvard. Ông cũng dẫn dắt Nghiên cứu Harvard về Phát triển Người lớn, một trong những dự án nghiên cứu quy mô và lâu đời nhất về cuộc sống người lớn. Tiến sĩ Waldinger đã đề cập cụ thể đến điều này khi tôi trò chuyện với ông:</w:t>
      </w:r>
    </w:p>
    <w:p>
      <w:pPr>
        <w:spacing w:after="80"/>
      </w:pPr>
      <w:r>
        <w:rPr>
          <w:b w:val="0"/>
          <w:i w:val="0"/>
        </w:rPr>
        <w:t>Hãy để mọi người học từ cuộc sống. Đừng che chắn họ khỏi hậu quả của những gì họ chọn. Nếu ai đó nói: "Tôi thật sự không muốn đi làm." "Được thôi, vậy bạn sẽ trả tiền thuê nhà thế nào?" Có rất nhiều điều chúng ta có thể làm để giúp mọi người đối mặt với những thách thức của cuộc sống bằng cách không che chắn họ khỏi những thách thức của cuộc sống. Điều này thường xảy ra trong lĩnh vực nghiện ngập với những người thân yêu. Chúng ta phải để mọi người đối mặt với nỗi đau mất việc, hoặc mất người bạn đời vì họ nghiện một chất nào đó. Đừng cố chạy vào và làm mọi thứ tốt đẹp hơn. Khi chúng ta để mọi người đối mặt với hậu quả thực tế trong thế giới thực từ những lựa chọn họ đưa ra, hy vọng họ sẽ học được từ đó.</w:t>
      </w:r>
    </w:p>
    <w:p>
      <w:pPr>
        <w:spacing w:after="80"/>
      </w:pPr>
      <w:r>
        <w:rPr>
          <w:b w:val="0"/>
          <w:i w:val="0"/>
        </w:rPr>
        <w:t>Có thể họ cần ở một đêm trong tù.</w:t>
      </w:r>
    </w:p>
    <w:p>
      <w:pPr>
        <w:spacing w:after="80"/>
      </w:pPr>
      <w:r>
        <w:rPr>
          <w:b w:val="0"/>
          <w:i w:val="0"/>
        </w:rPr>
        <w:t>Có thể họ cần mất việc, hoặc mất gia đình.</w:t>
      </w:r>
    </w:p>
    <w:p>
      <w:pPr>
        <w:spacing w:after="80"/>
      </w:pPr>
      <w:r>
        <w:rPr>
          <w:b w:val="0"/>
          <w:i w:val="0"/>
        </w:rPr>
        <w:t>Có thể bạn cần cho họ nghỉ học đại học.</w:t>
      </w:r>
    </w:p>
    <w:p>
      <w:pPr>
        <w:spacing w:after="80"/>
      </w:pPr>
      <w:r>
        <w:rPr>
          <w:b w:val="0"/>
          <w:i w:val="0"/>
        </w:rPr>
        <w:t>Có thể họ cần sống với bạn, vì họ cần gia đình ở bên cạnh.</w:t>
      </w:r>
    </w:p>
    <w:p>
      <w:pPr>
        <w:spacing w:after="80"/>
      </w:pPr>
      <w:r>
        <w:rPr>
          <w:b w:val="0"/>
          <w:i w:val="0"/>
        </w:rPr>
        <w:t>Có thể họ đã sa ngã quá xa, họ sẽ trở thành người vô gia cư.</w:t>
      </w:r>
    </w:p>
    <w:p>
      <w:pPr>
        <w:spacing w:after="80"/>
      </w:pPr>
      <w:r>
        <w:rPr>
          <w:b w:val="0"/>
          <w:i w:val="0"/>
        </w:rPr>
        <w:t>Và điều này không chỉ xảy ra trong những trường hợp cực đoan nhất như nghiện ngập và bệnh tâm thần nặng. Nguyên tắc tương tự cũng áp dụng khi ai đó đang vật lộn với nỗi nhớ nhà, lo âu, hoặc tự ti.</w:t>
      </w:r>
    </w:p>
    <w:p>
      <w:pPr>
        <w:spacing w:after="80"/>
      </w:pPr>
      <w:r>
        <w:rPr>
          <w:b w:val="0"/>
          <w:i w:val="0"/>
        </w:rPr>
        <w:t>Tiến sĩ Luana Marques, một nhà tâm lý học lâm sàng và giảng viên tại Trường Y Harvard, đã nói với tôi rằng né tránh là một thói quen và cơ chế đối phó rất phổ biến khi ai đó bị đối mặt.</w:t>
      </w:r>
    </w:p>
    <w:p>
      <w:pPr>
        <w:spacing w:after="80"/>
      </w:pPr>
      <w:r>
        <w:rPr>
          <w:b w:val="0"/>
          <w:i w:val="0"/>
        </w:rPr>
        <w:t>Người thân yêu của bạn sẽ né tránh những tình huống, cuộc trò chuyện, hoặc thay đổi hành vi mà họ cảm thấy khó khăn. Bản chất con người là vươn tới những gì cảm thấy dễ dàng và tránh xa việc đối mặt với những gì khó khăn. Điều quan trọng là chấp nhận sự thật ở đây, để bạn có thể tiếp cận điều này từ một cách tiếp cận lý trí và dựa trên khoa học.</w:t>
      </w:r>
    </w:p>
    <w:p>
      <w:pPr>
        <w:pStyle w:val="Heading2"/>
      </w:pPr>
      <w:r>
        <w:rPr>
          <w:rFonts w:ascii="Calibri" w:hAnsi="Calibri"/>
          <w:b/>
          <w:i w:val="0"/>
          <w:sz w:val="32"/>
        </w:rPr>
        <w:t>Ngừng Né Tránh Vấn Đề</w:t>
      </w:r>
    </w:p>
    <w:p>
      <w:pPr>
        <w:spacing w:after="80"/>
      </w:pPr>
      <w:r>
        <w:rPr>
          <w:b w:val="0"/>
          <w:i w:val="0"/>
        </w:rPr>
        <w:t>Tôi sẽ cho bạn một ví dụ từ cuộc đời tôi khi một trong những đứa con của tôi đang gặp khó khăn. Tôi đã không xử lý đúng cách. Trong những nỗ lực làm giảm bớt lo âu của con gái tôi, tôi thực ra lại làm mọi thứ trở nên tồi tệ hơn.</w:t>
      </w:r>
    </w:p>
    <w:p>
      <w:pPr>
        <w:spacing w:after="80"/>
      </w:pPr>
      <w:r>
        <w:rPr>
          <w:b w:val="0"/>
          <w:i w:val="0"/>
        </w:rPr>
        <w:t>Mặc dù cuốn sách này thực sự nói về các mối quan hệ của người trưởng thành, nhưng các quy luật của bản chất con người cũng áp dụng cho việc nuôi dạy con cái ở tuổi trưởng thành trẻ. Chỉ cần nhớ rằng: Khi bạn là cha mẹ, bạn chịu trách nhiệm về nhu cầu thể chất, tinh thần và cảm xúc của con bạn.</w:t>
      </w:r>
    </w:p>
    <w:p>
      <w:pPr>
        <w:spacing w:after="80"/>
      </w:pPr>
      <w:r>
        <w:rPr>
          <w:b w:val="0"/>
          <w:i w:val="0"/>
        </w:rPr>
        <w:t>Khi con gái chúng tôi học trung học cơ sở, con bé có một cơn lo âu rất đáng sợ. Nó tăng lên suốt cả ngày, và đỉnh điểm là con bé thức dậy vào giữa đêm và không muốn ở một mình trong phòng. Con bé sẽ đến phòng ngủ của chúng tôi, và tôi đã mắc sai lầm khi chào đón con bé vào giường chúng tôi trong vài đêm đầu tiên.</w:t>
      </w:r>
    </w:p>
    <w:p>
      <w:pPr>
        <w:spacing w:after="80"/>
      </w:pPr>
      <w:r>
        <w:rPr>
          <w:b w:val="0"/>
          <w:i w:val="0"/>
        </w:rPr>
        <w:t>Mỗi lần tôi nói rằng con bé có thể ngủ trong phòng chúng tôi, tôi đang giúp con bé né tránh những cảm giác lo âu và tôi nghĩ mình đang làm mọi thứ dễ dàng hơn cho con bé. Nhưng điều tôi không nhận ra là tôi thực ra đang làm cho con bé khó đối mặt hơn với bất cứ điều gì nằm dưới nỗi lo âu này.</w:t>
      </w:r>
    </w:p>
    <w:p>
      <w:pPr>
        <w:spacing w:after="80"/>
      </w:pPr>
      <w:r>
        <w:rPr>
          <w:b w:val="0"/>
          <w:i w:val="0"/>
        </w:rPr>
        <w:t>Mỗi đêm, con bé sẽ thức dậy ngay trước nửa đêm và lò dò đi xuống, và tôi cố gắng thức dậy và trấn an con bé, nhưng con bé từ chối quay lại tầng trên một mình. Cuối cùng, con bé sẽ làm tôi kiệt sức, và sau vài đêm con bé leo lên giường tôi, tôi chỉ bắt đầu tạo một chiếc giường nhỏ trên sàn phòng tôi cho con bé.</w:t>
      </w:r>
    </w:p>
    <w:p>
      <w:pPr>
        <w:spacing w:after="80"/>
      </w:pPr>
      <w:r>
        <w:rPr>
          <w:b w:val="0"/>
          <w:i w:val="0"/>
        </w:rPr>
        <w:t>Điều này kéo dài sáu tháng, mỗi đêm.</w:t>
      </w:r>
    </w:p>
    <w:p>
      <w:pPr>
        <w:spacing w:after="80"/>
      </w:pPr>
      <w:r>
        <w:rPr>
          <w:b w:val="0"/>
          <w:i w:val="0"/>
        </w:rPr>
        <w:t>Đây là điều mà Tiến sĩ Marques muốn nói khi bà giải thích rằng “né tránh là một cơ chế đối phó khi ai đó đang gặp khó khăn.” Con gái chúng tôi sợ ngủ trong phòng của mình, nên con bé đã né tránh nó. Bằng cách cho phép con ngủ trên sàn phòng chúng tôi, tôi đã khiến chứng lo âu của con trở nên tồi tệ hơn. Mỗi ngày, khi tôi nói, “Con có thể ngủ trên sàn phòng của bố mẹ,” tôi đang nói với con bằng hành động của mình rằng, “Bố tin rằng con không đủ mạnh mẽ để đối mặt với điều này.”</w:t>
      </w:r>
    </w:p>
    <w:p>
      <w:pPr>
        <w:spacing w:after="80"/>
      </w:pPr>
      <w:r>
        <w:rPr>
          <w:b w:val="0"/>
          <w:i w:val="0"/>
        </w:rPr>
        <w:t>Điều này nghe có vẻ không to tát, nhưng thực sự là một chuyện rất lớn. Trong vài năm tiếp theo, chứng lo âu của con trở nên tồi tệ hơn nhiều, bởi vì tôi đã giúp con học cách né tránh đối mặt với nó. Tôi đã dạy con rằng giải pháp cho những cảm giác lo âu là chạy trốn khỏi chúng. Điều đó chỉ khiến chứng lo âu của con tồi tệ hơn và thôi thúc chạy trốn của con mạnh mẽ hơn.</w:t>
      </w:r>
    </w:p>
    <w:p>
      <w:pPr>
        <w:spacing w:after="80"/>
      </w:pPr>
      <w:r>
        <w:rPr>
          <w:b w:val="0"/>
          <w:i w:val="0"/>
        </w:rPr>
        <w:t>Mọi thứ đều khiến con lo âu: đi học, ngồi một mình trong xe, ngủ ở nhà bạn, đi tập guitar. Bất kỳ khoảnh khắc căng thẳng nhỏ nhặt, bình thường nào cũng leo thang thành một cơn hoảng loạn khiến con “cần đến tôi.”</w:t>
      </w:r>
    </w:p>
    <w:p>
      <w:pPr>
        <w:spacing w:after="80"/>
      </w:pPr>
      <w:r>
        <w:rPr>
          <w:b w:val="0"/>
          <w:i w:val="0"/>
        </w:rPr>
        <w:t>Tôi đã bay về nhà từ một kỳ nghỉ cùng chồng vì con bé không thể nào dỗ được, và người trông trẻ của chúng tôi không biết phải xử lý con bé thế nào—và tôi cũng vậy. Tôi tự trách mình. Tôi là phụ huynh. Và tôi đã để cả hai chúng tôi né tránh đối mặt trực diện với tình huống khó khăn này. Tôi đã giải cứu con, trong khi sự thật là, con bé có sức mạnh, khả năng và năng lực để vượt qua nỗi lo âu và nỗi sợ của mình, và học cách ổn thỏa mỗi khi con cảm thấy lo âu hay không thoải mái.</w:t>
      </w:r>
    </w:p>
    <w:p>
      <w:pPr>
        <w:spacing w:after="80"/>
      </w:pPr>
      <w:r>
        <w:rPr>
          <w:b w:val="0"/>
          <w:i w:val="0"/>
        </w:rPr>
        <w:t>Mãi cho đến khi Chris cuối cùng đã chịu đủ, chúng tôi mới đưa con đi gặp một nhà trị liệu, và học được rằng cách duy nhất để ai đó trở nên mạnh mẽ hơn là đối mặt với những điều họ cảm thấy quá yếu đuối để đối mặt. Và đó chính xác là điều mà Lý thuyết Để Họ (Let Them Theory) sẽ giúp bạn làm.</w:t>
      </w:r>
    </w:p>
    <w:p>
      <w:pPr>
        <w:spacing w:after="80"/>
      </w:pPr>
      <w:r>
        <w:rPr>
          <w:b w:val="0"/>
          <w:i w:val="0"/>
        </w:rPr>
        <w:t>Sự thật là, thức dậy giữa đêm và cảm thấy lo âu là điều bình thường. Nó không cần phải biến thành một thử thách kéo dài sáu tháng. Lo âu không cần phải trở thành vấn đề chủ đạo trong cuộc sống của con gái tôi trong suốt thập kỷ tiếp theo.</w:t>
      </w:r>
    </w:p>
    <w:p>
      <w:pPr>
        <w:spacing w:after="80"/>
      </w:pPr>
      <w:r>
        <w:rPr>
          <w:b w:val="0"/>
          <w:i w:val="0"/>
        </w:rPr>
        <w:t>Bạn có năng lực hơn nhiều so với những gì bạn tự công nhận cho mình, và người bạn yêu thương cũng vậy. Bạn không thể kiểm soát việc người khác có cảm thấy lo âu hay không. Bạn không thể kiểm soát việc họ có thức dậy giữa đêm và đi xuống phòng ngủ của bạn hay không. Nhưng bạn luôn có thể kiểm soát những gì BẠN nghĩ, làm và nói để đáp lại.</w:t>
      </w:r>
    </w:p>
    <w:p>
      <w:pPr>
        <w:spacing w:after="80"/>
      </w:pPr>
      <w:r>
        <w:rPr>
          <w:b w:val="0"/>
          <w:i w:val="0"/>
        </w:rPr>
        <w:t>Khi người bạn yêu thương đang gặp khó khăn, tôi muốn bạn hình dung mình vòng tay qua vai họ và trao đi sự ủng hộ, khi bạn khuyến khích họ đối mặt với điều họ đang né tránh.</w:t>
      </w:r>
    </w:p>
    <w:p>
      <w:pPr>
        <w:spacing w:after="80"/>
      </w:pPr>
      <w:r>
        <w:rPr>
          <w:b w:val="0"/>
          <w:i w:val="0"/>
        </w:rPr>
        <w:t xml:space="preserve">Bạn không thể kiểm soát những phản ứng lo âu của họ. Sức mạnh của bạn nằm ở cách bạn đáp lại. Đây là cách bạn có thể dùng </w:t>
      </w:r>
      <w:r>
        <w:rPr>
          <w:b w:val="0"/>
          <w:i/>
        </w:rPr>
        <w:t>Để Tôi</w:t>
      </w:r>
      <w:r>
        <w:rPr>
          <w:b w:val="0"/>
          <w:i w:val="0"/>
        </w:rPr>
        <w:t xml:space="preserve"> để trao đi sự ủng hộ đó:</w:t>
      </w:r>
    </w:p>
    <w:p>
      <w:pPr>
        <w:spacing w:after="80"/>
      </w:pPr>
      <w:r>
        <w:rPr>
          <w:b w:val="0"/>
          <w:i/>
        </w:rPr>
        <w:t>Để Tôi</w:t>
      </w:r>
      <w:r>
        <w:rPr>
          <w:b w:val="0"/>
          <w:i w:val="0"/>
        </w:rPr>
        <w:t xml:space="preserve"> công nhận những gì họ đang cảm nhận: “Ôi con yêu, bố/mẹ rất tiếc vì con cảm thấy sợ hãi đến vậy.”</w:t>
      </w:r>
    </w:p>
    <w:p>
      <w:pPr>
        <w:spacing w:after="80"/>
      </w:pPr>
      <w:r>
        <w:rPr>
          <w:b w:val="0"/>
          <w:i/>
        </w:rPr>
        <w:t>Để Tôi</w:t>
      </w:r>
      <w:r>
        <w:rPr>
          <w:b w:val="0"/>
          <w:i w:val="0"/>
        </w:rPr>
        <w:t xml:space="preserve"> tách cảm xúc của mình khỏi cảm xúc của họ: “Điều này cũng khó khăn với bố/mẹ, khi thấy con buồn đến vậy.”</w:t>
      </w:r>
    </w:p>
    <w:p>
      <w:pPr>
        <w:spacing w:after="80"/>
      </w:pPr>
      <w:r>
        <w:rPr>
          <w:b w:val="0"/>
          <w:i/>
        </w:rPr>
        <w:t>Để Tôi</w:t>
      </w:r>
      <w:r>
        <w:rPr>
          <w:b w:val="0"/>
          <w:i w:val="0"/>
        </w:rPr>
        <w:t xml:space="preserve"> an ủi người tôi yêu thương đang gặp khó khăn: Một cái ôm luôn làm nên điều kỳ diệu.</w:t>
      </w:r>
    </w:p>
    <w:p>
      <w:pPr>
        <w:spacing w:after="80"/>
      </w:pPr>
      <w:r>
        <w:rPr>
          <w:b w:val="0"/>
          <w:i w:val="0"/>
        </w:rPr>
        <w:t xml:space="preserve">Và rồi </w:t>
      </w:r>
      <w:r>
        <w:rPr>
          <w:b w:val="0"/>
          <w:i/>
        </w:rPr>
        <w:t>Để Tôi</w:t>
      </w:r>
      <w:r>
        <w:rPr>
          <w:b w:val="0"/>
          <w:i w:val="0"/>
        </w:rPr>
        <w:t xml:space="preserve"> ủng hộ họ bằng cách khẳng định với họ rằng trong họ có khả năng làm một điều gì đó cảm thấy khó khăn.</w:t>
      </w:r>
    </w:p>
    <w:p>
      <w:pPr>
        <w:spacing w:after="80"/>
      </w:pPr>
      <w:r>
        <w:rPr>
          <w:b w:val="0"/>
          <w:i w:val="0"/>
        </w:rPr>
        <w:t>Sau đó, hãy đứng bên cạnh họ khi họ làm điều khó khăn đó—mà với tôi, điều đó có nghĩa là thức dậy mỗi đêm, giữa đêm, và dắt con gái tôi trở về phòng, và đặt con trở lại giường.</w:t>
      </w:r>
    </w:p>
    <w:p>
      <w:pPr>
        <w:spacing w:after="80"/>
      </w:pPr>
      <w:r>
        <w:rPr>
          <w:b w:val="0"/>
          <w:i w:val="0"/>
        </w:rPr>
        <w:t xml:space="preserve">Và tôi sẽ không nói dối, trong vài đêm đầu tiên, tôi cảm thấy mình như một con quái vật khi con bé khóc lóc và van xin. Tôi muốn sa thải nhà trị liệu và buông xuôi kế hoạch này, và cho phép con ngủ trở lại trên sàn. </w:t>
      </w:r>
      <w:r>
        <w:rPr>
          <w:b w:val="0"/>
          <w:i/>
        </w:rPr>
        <w:t>Ý tôi là rồi cuối cùng con bé cũng sẽ muốn giường của riêng mình, đúng không?!</w:t>
      </w:r>
    </w:p>
    <w:p>
      <w:pPr>
        <w:spacing w:after="80"/>
      </w:pPr>
      <w:r>
        <w:rPr>
          <w:b w:val="0"/>
          <w:i w:val="0"/>
        </w:rPr>
        <w:t>Nhưng tôi đã không làm vậy. Phải mất khoảng năm ngày, và thật không dễ dàng gì cho tôi khi thấy con khóc lóc và van xin. Thật không dễ dàng gì khi đắp chăn cho con vào giường rồi ra đứng ngoài cửa phòng con cho đến khi tôi nghe thấy con chìm trở lại vào giấc ngủ. Có những đêm con lại thức dậy và lại đi xuống, không phải một lần mà thêm vài lần nữa, và tôi sẽ dành thời gian để an ủi con, vòng tay qua con, và cùng con bước trở lại lên những bậc thang đó để giúp con đối mặt với điều con đang né tránh.</w:t>
      </w:r>
    </w:p>
    <w:p>
      <w:pPr>
        <w:spacing w:after="80"/>
      </w:pPr>
      <w:r>
        <w:rPr>
          <w:b w:val="0"/>
          <w:i w:val="0"/>
        </w:rPr>
        <w:t>Hãy nhìn những khó khăn của người khác như một cơ hội để bạn đồng hành cùng họ trên hành trình khám phá sức mạnh của chính mình. Nếu ai đó học được rằng họ quá yếu đuối để đối mặt với khó khăn, họ sẽ mãi mãi không bao giờ biết được điều gì thực sự có thể.</w:t>
      </w:r>
    </w:p>
    <w:p>
      <w:pPr>
        <w:spacing w:after="80"/>
      </w:pPr>
      <w:r>
        <w:rPr>
          <w:b w:val="0"/>
          <w:i w:val="0"/>
        </w:rPr>
        <w:t>Và nếu bạn luôn lao vào giải cứu ai đó, họ sẽ bắt đầu kỳ vọng bạn sẽ làm điều đó mỗi khi cuộc sống trở nên khó khăn. Nhưng nếu họ thấy chính mình từng khoảnh khắc, từng ngày, đối mặt với những điều khó khăn và đáng sợ trong cuộc sống với bạn ở bên cạnh, bạn đang dạy họ rằng họ có khả năng làm được những điều vượt xa những gì họ hình dung về bản thân.</w:t>
      </w:r>
    </w:p>
    <w:p>
      <w:pPr>
        <w:spacing w:after="80"/>
      </w:pPr>
      <w:r>
        <w:rPr>
          <w:b w:val="0"/>
          <w:i w:val="0"/>
        </w:rPr>
        <w:t>Hãy ngừng giải cứu người khác khỏi vấn đề của họ và bắt đầu hành động như thể bạn tin vào khả năng của họ trong việc đối mặt với chúng. Hành động của bạn là hình thức giao tiếp to nhất và chân thật nhất. Vì vậy, khi bạn hành động theo cách hỗ trợ ai đó đối mặt với điều khiến họ sợ hãi, hành vi của bạn nói rằng: "Tôi tin ở bạn. Bạn làm được điều này. Và tôi sẽ ở đây bên cạnh bạn khi bạn đối mặt với nó."</w:t>
      </w:r>
    </w:p>
    <w:p>
      <w:pPr>
        <w:spacing w:after="80"/>
      </w:pPr>
      <w:r>
        <w:rPr>
          <w:b w:val="0"/>
          <w:i w:val="0"/>
        </w:rPr>
        <w:t>Hỗ trợ người khác vượt qua khó khăn là điều rất khó làm. Nó rút cạn năng lượng. Nó đòi hỏi rất nhiều thời gian và kiên nhẫn. Nó gây bực bội. Đó là lý do nhiều người trong chúng ta chọn cách tạo điều kiện hoặc giải cứu người khác. Việc để họ ngủ trên sàn nhà, chuyển trường, nghỉ việc, phớt lờ và hy vọng nó sẽ qua đi, hoặc cách phổ biến nhất mà người ta tạo điều kiện cho người khác: ném tiền vào vấn đề — dễ dàng hơn nhiều.</w:t>
      </w:r>
    </w:p>
    <w:p>
      <w:pPr>
        <w:spacing w:after="80"/>
      </w:pPr>
      <w:r>
        <w:rPr>
          <w:b w:val="0"/>
          <w:i w:val="0"/>
        </w:rPr>
        <w:t>Vậy câu hỏi đặt ra là: Làm thế nào để hỗ trợ ai đó một cách hiệu quả?</w:t>
      </w:r>
    </w:p>
    <w:p>
      <w:pPr>
        <w:pStyle w:val="Heading1"/>
      </w:pPr>
      <w:r>
        <w:rPr>
          <w:rFonts w:ascii="Calibri" w:hAnsi="Calibri"/>
          <w:b/>
          <w:i w:val="0"/>
          <w:sz w:val="40"/>
        </w:rPr>
        <w:t>CHƯƠNG 17</w:t>
      </w:r>
    </w:p>
    <w:p>
      <w:pPr>
        <w:pStyle w:val="Heading1"/>
      </w:pPr>
      <w:r>
        <w:rPr>
          <w:rFonts w:ascii="Calibri" w:hAnsi="Calibri"/>
          <w:b/>
          <w:i w:val="0"/>
          <w:sz w:val="40"/>
        </w:rPr>
        <w:t>Cách Hỗ trợ Đúng cách</w:t>
      </w:r>
    </w:p>
    <w:p>
      <w:pPr>
        <w:spacing w:after="80"/>
      </w:pPr>
      <w:r>
        <w:rPr>
          <w:b w:val="0"/>
          <w:i w:val="0"/>
        </w:rPr>
        <w:t>Vì có quá nhiều câu hỏi về LÀM THẾ NÀO để cân bằng hiệu quả giữa việc hỗ trợ ai đó mà không giải cứu họ, tôi muốn chia sẻ một gợi ý rất cụ thể mà gần như mọi chuyên gia tôi trò chuyện đều nêu ra.</w:t>
      </w:r>
    </w:p>
    <w:p>
      <w:pPr>
        <w:spacing w:after="80"/>
      </w:pPr>
      <w:r>
        <w:rPr>
          <w:b w:val="0"/>
          <w:i w:val="0"/>
        </w:rPr>
        <w:t>Khi bạn đang hỗ trợ một người trưởng thành đang gặp khó khăn, một trong những đòn bẩy lớn nhất bạn có thể kéo là bạn sẽ chi tiền cho việc gì và không chi cho việc gì.</w:t>
      </w:r>
    </w:p>
    <w:p>
      <w:pPr>
        <w:spacing w:after="80"/>
      </w:pPr>
      <w:r>
        <w:rPr>
          <w:b w:val="0"/>
          <w:i w:val="0"/>
        </w:rPr>
        <w:t>Nếu bạn đang hỗ trợ tài chính cho ai đó với ý định giúp họ vượt qua giai đoạn khó khăn, tốt nhất bạn nên cực kỳ rõ ràng về các điều kiện mà bạn đưa ra khoản hỗ trợ đó.</w:t>
      </w:r>
    </w:p>
    <w:p>
      <w:pPr>
        <w:spacing w:after="80"/>
      </w:pPr>
      <w:r>
        <w:rPr>
          <w:b w:val="0"/>
          <w:i w:val="0"/>
        </w:rPr>
        <w:t>Nếu bạn cho tiền mà không có điều kiện, nó sẽ dẫn đến sự oán giận khổng lồ từ phía bạn. Số tiền đó không phải là một món quà. Và tình yêu vô điều kiện không có nghĩa là hỗ trợ tài chính vô điều kiện.</w:t>
      </w:r>
    </w:p>
    <w:p>
      <w:pPr>
        <w:spacing w:after="80"/>
      </w:pPr>
      <w:r>
        <w:rPr>
          <w:b w:val="0"/>
          <w:i w:val="0"/>
        </w:rPr>
        <w:t>Thường thì tình yêu vô điều kiện có nghĩa là rút lại hỗ trợ tài chính. Điều này rất khó, đặc biệt với các bậc cha mẹ có con trưởng thành đang gặp khó khăn, và đây thường là đòn bẩy cuối cùng được kéo.</w:t>
      </w:r>
    </w:p>
    <w:p>
      <w:pPr>
        <w:spacing w:after="80"/>
      </w:pPr>
      <w:r>
        <w:rPr>
          <w:b w:val="0"/>
          <w:i w:val="0"/>
        </w:rPr>
        <w:t xml:space="preserve">Trong giới cai nghiện có một thuật ngữ gọi là </w:t>
      </w:r>
      <w:r>
        <w:rPr>
          <w:b w:val="0"/>
          <w:i/>
        </w:rPr>
        <w:t>đáy vực</w:t>
      </w:r>
      <w:r>
        <w:rPr>
          <w:b w:val="0"/>
          <w:i w:val="0"/>
        </w:rPr>
        <w:t>. Chúng ta thường nói về những khoảnh khắc đáy vực liên quan đến người đang gặp khó khăn. Nhưng điều chúng ta chưa nói đủ, là bạn, với tư cách người thân yêu, cũng sẽ có khoảnh khắc đáy vực của riêng mình.</w:t>
      </w:r>
    </w:p>
    <w:p>
      <w:pPr>
        <w:spacing w:after="80"/>
      </w:pPr>
      <w:r>
        <w:rPr>
          <w:b w:val="0"/>
          <w:i w:val="0"/>
        </w:rPr>
        <w:t>Nó xảy ra khi bạn đã "thử mọi cách." Không gì hiệu quả. Bạn đang đau khổ. Và rồi điều đó ập đến: Có một điều tôi chưa thử: Tôi chưa ngừng trợ cấp cho cuộc sống của họ. Đến một lúc nào đó, bạn sẽ nhận ra rằng bằng cách trả tiền thuê nhà, hóa đơn, học phí, hoặc cho họ chỗ ở mà không kèm điều kiện nào, bạn đang tạo điều kiện cho hành vi tự hủy hoại của họ.</w:t>
      </w:r>
    </w:p>
    <w:p>
      <w:pPr>
        <w:spacing w:after="80"/>
      </w:pPr>
      <w:r>
        <w:rPr>
          <w:b w:val="0"/>
          <w:i w:val="0"/>
        </w:rPr>
        <w:t>Còn nhớ Tiến sĩ Waldinger đã nói gì không? "Đừng che chở họ khỏi hậu quả của những gì họ chọn." Đến một lúc nào đó, bạn sẽ quyết định ngừng trợ cấp cho cuộc sống của một người cứ từ chối làm việc hoặc tìm sự giúp đỡ chuyên môn mà họ cần để trở nên tốt hơn.</w:t>
      </w:r>
    </w:p>
    <w:p>
      <w:pPr>
        <w:spacing w:after="80"/>
      </w:pPr>
      <w:r>
        <w:rPr>
          <w:b w:val="0"/>
          <w:i w:val="0"/>
        </w:rPr>
        <w:t>Tiến sĩ Waldinger, và mọi chuyên gia khác mà tôi trò chuyện, đều kiên quyết về điểm này: Bạn nợ người ta tình yêu, sự chấp nhận và lòng trắc ẩn. Bạn không nợ họ tiền. Bởi vì nếu bạn đang tài trợ cho bất kỳ khía cạnh nào trong cuộc sống của ai đó trong khi họ tiếp tục từ chối điều trị, hoặc không chịu đi làm, hoặc không đến lớp, hoặc tiếp tục nói dối hay trộm cắp hay dính vào những hành vi mờ ám, né tránh — thì bạn là một phần của vấn đề. Tiền mà không có điều kiện là tạo điều kiện.</w:t>
      </w:r>
    </w:p>
    <w:p>
      <w:pPr>
        <w:spacing w:after="80"/>
      </w:pPr>
      <w:r>
        <w:rPr>
          <w:b w:val="0"/>
          <w:i w:val="0"/>
        </w:rPr>
        <w:t>Nhưng đưa tiền kèm theo những điều kiện cụ thể lại là sự hỗ trợ, và nó có thể trông như thế này: Con có thể sống ở đây, nếu con tỉnh táo. Bố/mẹ sẽ trả tiền trị liệu, miễn là con và bác sĩ trị liệu của con đồng ý gặp bố/mẹ kiểm tra hàng tháng. Bố/mẹ sẽ trả học phí miễn là con đạt điểm 3.0. Bố/mẹ sẽ trả tiền thuê nhà, hóa đơn điện thoại và tiền trả xe cho con nếu con đi điều trị nội trú cho chứng rối loạn ăn uống của con.</w:t>
      </w:r>
    </w:p>
    <w:p>
      <w:pPr>
        <w:spacing w:after="80"/>
      </w:pPr>
      <w:r>
        <w:rPr>
          <w:b w:val="0"/>
          <w:i w:val="0"/>
        </w:rPr>
        <w:t>Phần khó nhất là chuyện xảy ra khi họ không đồng ý với các điều kiện. Bởi vì nếu họ từ chối đến cơ sở điều trị nội trú hoặc từ chối đi làm, bạn sẽ phải cắt bỏ toàn bộ hỗ trợ tài chính, nghĩa là bạn ngừng trả tiền thuê nhà cho họ hoặc đuổi họ ra khỏi nhà.</w:t>
      </w:r>
    </w:p>
    <w:p>
      <w:pPr>
        <w:spacing w:after="80"/>
      </w:pPr>
      <w:r>
        <w:rPr>
          <w:b w:val="0"/>
          <w:i w:val="0"/>
        </w:rPr>
        <w:t>Và ý tôi là toàn bộ hỗ trợ tài chính. Họ không nằm trong hóa đơn điện thoại của bạn. Bạn không trả tiền thuê nhà cho họ. Bạn không đưa cho họ tài khoản đăng nhập các dịch vụ streaming của bạn. Bạn không mua thực phẩm cho họ hay trả tiền Uber cho họ. Và đúng, có thể bạn đã đứng ra bảo lãnh cho hợp đồng thuê căn hộ của họ. Bạn sẽ phải sẵn sàng để điều đó ảnh hưởng đến điểm tín dụng của mình.</w:t>
      </w:r>
    </w:p>
    <w:p>
      <w:pPr>
        <w:spacing w:after="80"/>
      </w:pPr>
      <w:r>
        <w:rPr>
          <w:b w:val="0"/>
          <w:i w:val="0"/>
        </w:rPr>
        <w:t>Họ sẽ căm ghét bạn. Ban đầu họ có thể sẽ lao dốc. Nhưng khi họ từ chối tôn trọng những điều kiện mà bạn đã đặt ra để hỗ trợ, bạn phải là người lớn. Tôi sốc trước số lượng cha mẹ đang hỏi về những đứa con đã trưởng thành đang chật vật, những người mà họ đang hỗ trợ tài chính.</w:t>
      </w:r>
    </w:p>
    <w:p>
      <w:pPr>
        <w:spacing w:after="80"/>
      </w:pPr>
      <w:r>
        <w:rPr>
          <w:b w:val="0"/>
          <w:i/>
        </w:rPr>
        <w:t>Hãy Để Họ</w:t>
      </w:r>
      <w:r>
        <w:rPr>
          <w:b w:val="0"/>
          <w:i w:val="0"/>
        </w:rPr>
        <w:t xml:space="preserve"> chật vật. </w:t>
      </w:r>
      <w:r>
        <w:rPr>
          <w:b w:val="0"/>
          <w:i/>
        </w:rPr>
        <w:t>Hãy Để Họ</w:t>
      </w:r>
      <w:r>
        <w:rPr>
          <w:b w:val="0"/>
          <w:i w:val="0"/>
        </w:rPr>
        <w:t xml:space="preserve"> vi phạm các điều khoản hỗ trợ của bạn. Và sau đó, </w:t>
      </w:r>
      <w:r>
        <w:rPr>
          <w:b w:val="0"/>
          <w:i/>
        </w:rPr>
        <w:t>Hãy Để Tôi</w:t>
      </w:r>
      <w:r>
        <w:rPr>
          <w:b w:val="0"/>
          <w:i w:val="0"/>
        </w:rPr>
        <w:t xml:space="preserve"> cắt hỗ trợ tài chính cho họ.</w:t>
      </w:r>
    </w:p>
    <w:p>
      <w:pPr>
        <w:spacing w:after="80"/>
      </w:pPr>
      <w:r>
        <w:rPr>
          <w:b w:val="0"/>
          <w:i w:val="0"/>
        </w:rPr>
        <w:t>Rất ít người sẵn lòng làm điều này, vì nó có cảm giác tàn nhẫn. Đó là lý do tại sao việc ném tiền vào một tình huống lại phổ biến đến vậy. Nhưng việc rút bỏ hỗ trợ tài chính là điều duy nhất sẽ hiệu quả. Bởi vì đó là điều duy nhất bạn còn lại khi mọi thứ khác đều đã thất bại. Bạn thực sự có quyền lực. Và có thể đây chính là tiếng chuông đánh thức mà người thân của bạn cần.</w:t>
      </w:r>
    </w:p>
    <w:p>
      <w:pPr>
        <w:spacing w:after="80"/>
      </w:pPr>
      <w:r>
        <w:rPr>
          <w:b w:val="0"/>
          <w:i w:val="0"/>
        </w:rPr>
        <w:t>Và nếu bạn đang đọc điều này, và bố mẹ bạn đang trả tiền trị liệu, hoặc tiền thuê nhà, hoặc tiền học, hoặc hóa đơn điện thoại, hoặc bất kỳ khía cạnh nào trong cuộc sống của bạn, tôi có tin này cho bạn: Họ có quyền biểu quyết về cách bạn sống cuộc đời mình.</w:t>
      </w:r>
    </w:p>
    <w:p>
      <w:pPr>
        <w:spacing w:after="80"/>
      </w:pPr>
      <w:r>
        <w:rPr>
          <w:b w:val="0"/>
          <w:i w:val="0"/>
        </w:rPr>
        <w:t>Bạn không thể để người khác tài trợ cho cuộc sống của mình, rồi lại tỏ thái độ khi họ có ý kiến về cách bạn dùng tiền của họ. Để bố mẹ trả tiền trị liệu cho mình rồi lại từ chối để họ nói chuyện với bác sĩ trị liệu của bạn là một dạng thao túng tâm lý (gaslighting).</w:t>
      </w:r>
    </w:p>
    <w:p>
      <w:pPr>
        <w:spacing w:after="80"/>
      </w:pPr>
      <w:r>
        <w:rPr>
          <w:b w:val="0"/>
          <w:i w:val="0"/>
        </w:rPr>
        <w:t xml:space="preserve">Nếu bạn phát ngán với những ý kiến của bố mẹ về việc bạn nên làm gì, thì hãy bắt đầu tự trả các hóa đơn của mình. Chừng nào bạn còn bị ràng buộc tài chính với người khác, bạn có thể nói </w:t>
      </w:r>
      <w:r>
        <w:rPr>
          <w:b w:val="0"/>
          <w:i/>
        </w:rPr>
        <w:t>Hãy Để Họ</w:t>
      </w:r>
      <w:r>
        <w:rPr>
          <w:b w:val="0"/>
          <w:i w:val="0"/>
        </w:rPr>
        <w:t xml:space="preserve"> bao nhiêu tùy thích, nhưng tiền của họ đang mua quyền tiếp cận cuộc sống của bạn, dù bạn có thích hay không. Nếu bạn muốn độc lập, hãy chứng minh đi và bắt đầu thực sự độc lập về tài chính.</w:t>
      </w:r>
    </w:p>
    <w:p>
      <w:pPr>
        <w:spacing w:after="80"/>
      </w:pPr>
      <w:r>
        <w:rPr>
          <w:b w:val="0"/>
          <w:i w:val="0"/>
        </w:rPr>
        <w:t>Và thôi nào, hãy thành thật: Lý do thực sự khiến những ý kiến của bố mẹ làm bạn bực bội đến vậy là vì bạn cần tiền của họ, và bạn biết điều đó. Bạn không giận họ; bạn giận chính mình vì không độc lập về tài chính.</w:t>
      </w:r>
    </w:p>
    <w:p>
      <w:pPr>
        <w:pStyle w:val="Heading2"/>
      </w:pPr>
      <w:r>
        <w:rPr>
          <w:rFonts w:ascii="Calibri" w:hAnsi="Calibri"/>
          <w:b/>
          <w:i w:val="0"/>
          <w:sz w:val="32"/>
        </w:rPr>
        <w:t>Ngừng Cứu Vớt Người Lớn Khác</w:t>
      </w:r>
    </w:p>
    <w:p>
      <w:pPr>
        <w:spacing w:after="80"/>
      </w:pPr>
      <w:r>
        <w:rPr>
          <w:b w:val="0"/>
          <w:i w:val="0"/>
        </w:rPr>
        <w:t>Tôi có thể cho bạn một ví dụ cá nhân về lý do tại sao việc ngừng cứu vớt người khác mà không kèm điều kiện lại quan trọng. Tôi đã đề cập trước đó rằng khi tôi ở độ tuổi 40, Chris và tôi đang chìm trong nợ nần tài chính nghiền nát.</w:t>
      </w:r>
    </w:p>
    <w:p>
      <w:pPr>
        <w:spacing w:after="80"/>
      </w:pPr>
      <w:r>
        <w:rPr>
          <w:b w:val="0"/>
          <w:i w:val="0"/>
        </w:rPr>
        <w:t>Chúng tôi có các lệnh cưỡng chế tài sản (liens) trên căn nhà và đang nợ 800,000 đô la. Việc kinh doanh nhà hàng của Chris đang chật vật vô cùng. Doanh nghiệp không trả nổi lương. Chris đã không được trả lương suốt nhiều tháng, tôi vừa mất việc, và chúng tôi gặp khó khăn trong việc chi trả những thứ như thực phẩm hay thậm chí đổ đầy bình xăng.</w:t>
      </w:r>
    </w:p>
    <w:p>
      <w:pPr>
        <w:spacing w:after="80"/>
      </w:pPr>
      <w:r>
        <w:rPr>
          <w:b w:val="0"/>
          <w:i w:val="0"/>
        </w:rPr>
        <w:t>Đó thực sự là một khoảng thời gian đáng sợ. Chris và đối tác kinh doanh của anh ấy đang cố gắng tuyệt vọng để gây quỹ nhằm giữ doanh nghiệp khỏi chìm. Tôi nhớ anh ấy đã hỏi anh trai mình cho vay một ít tiền cho doanh nghiệp.</w:t>
      </w:r>
    </w:p>
    <w:p>
      <w:pPr>
        <w:spacing w:after="80"/>
      </w:pPr>
      <w:r>
        <w:rPr>
          <w:b w:val="0"/>
          <w:i w:val="0"/>
        </w:rPr>
        <w:t>Anh trai anh ấy nói không, và nói thêm: "Anh xin lỗi nếu việc anh không đưa em số tiền này là lý do khiến doanh nghiệp thất bại và em phá sản, nhưng anh sẽ không cứu vớt em. Em phải tự tìm cách làm điều này."</w:t>
      </w:r>
    </w:p>
    <w:p>
      <w:pPr>
        <w:spacing w:after="80"/>
      </w:pPr>
      <w:r>
        <w:rPr>
          <w:b w:val="0"/>
          <w:i w:val="0"/>
        </w:rPr>
        <w:t>Điều đó có tàn nhẫn không? Không. Đó là sự thật. Anh ấy không chịu trách nhiệm cho những vấn đề kinh doanh của Chris. Chris mới là người chịu trách nhiệm. Và anh ấy không chịu trách nhiệm chống đỡ một doanh nghiệp đang thất bại hay cứu Chris khỏi những vấn đề tài chính của anh ấy. Chris nghe điều đó vô cùng đau đớn, nhưng đó là sự thật. Vài tuần sau, Chris chạm đáy.</w:t>
      </w:r>
    </w:p>
    <w:p>
      <w:pPr>
        <w:spacing w:after="80"/>
      </w:pPr>
      <w:r>
        <w:rPr>
          <w:b w:val="0"/>
          <w:i w:val="0"/>
        </w:rPr>
        <w:t>Công việc kinh doanh đã không trả lương cho anh ấy suốt sáu tháng và đang cầm chừng kiệt sức. Anh ấy và đối tác kinh doanh của mình đã làm việc không ngừng nghỉ suốt nhiều năm để cố gắng làm cho công việc kinh doanh này thành công. Chính cuộc trò chuyện với anh trai mình đã giúp anh ấy nhận ra rằng mình phải thoát ra.</w:t>
      </w:r>
    </w:p>
    <w:p>
      <w:pPr>
        <w:spacing w:after="80"/>
      </w:pPr>
      <w:r>
        <w:rPr>
          <w:b w:val="0"/>
          <w:i w:val="0"/>
        </w:rPr>
        <w:t>Công việc kinh doanh không thể nuôi nổi hai người chủ. Thêm vào đó, Chris đã phát triển một vấn đề nghiêm trọng với rượu. Anh ấy uống để xua đi căng thẳng và dấn thân vào những hành vi tự hủy hoại bản thân khác. Anh ấy trầm cảm, lo âu, và biết rằng mình không thể sống như thế này được nữa. Đó là đáy vực của anh ấy.</w:t>
      </w:r>
    </w:p>
    <w:p>
      <w:pPr>
        <w:spacing w:after="80"/>
      </w:pPr>
      <w:r>
        <w:rPr>
          <w:b w:val="0"/>
          <w:i w:val="0"/>
        </w:rPr>
        <w:t>Nếu anh trai anh ấy cho anh ấy vay tiền, điều đó chỉ kéo dài tình cảnh tàn khốc này mà thôi. Khi anh trai nói không, anh ấy không còn lựa chọn nào khác ngoài việc tự cứu lấy mình. Đó là đáy vực và nó thay đổi cuộc đời bạn theo hướng tốt đẹp hơn. Bởi vì, khi bạn cuối cùng chạm tới nó, bạn kết nối với một điều gì đó vững chắc bên trong chính mình—quyết tâm thay đổi.</w:t>
      </w:r>
    </w:p>
    <w:p>
      <w:pPr>
        <w:spacing w:after="80"/>
      </w:pPr>
      <w:r>
        <w:rPr>
          <w:b w:val="0"/>
          <w:i w:val="0"/>
        </w:rPr>
        <w:t>Điều quan trọng cần chỉ ra là anh trai của Chris nói không với tiền bạc, nhưng điều đó không có nghĩa là anh ấy không ủng hộ. Anh ấy lắng nghe Chris, anh ấy công nhận cảm xúc của Chris, anh ấy cảm thấy rất nhiều lòng trắc ẩn dành cho Chris, và cuối cùng, bằng việc từ chối cho vay tiền, anh ấy đang nói rằng: "Anh tin vào khả năng của em trong việc tự giải quyết chuyện này."</w:t>
      </w:r>
    </w:p>
    <w:p>
      <w:pPr>
        <w:spacing w:after="80"/>
      </w:pPr>
      <w:r>
        <w:rPr>
          <w:b w:val="0"/>
          <w:i w:val="0"/>
        </w:rPr>
        <w:t>Và bạn biết không? Chris đã tự giải quyết được. Câu trả lời đúng không phải là chống đỡ cho nhà hàng. Cũng không phải là chạy trốn khỏi tình cảnh đó. Câu trả lời đúng là nói rằng: "Tôi không làm việc này nữa. Tôi bỏ."</w:t>
      </w:r>
    </w:p>
    <w:p>
      <w:pPr>
        <w:spacing w:after="80"/>
      </w:pPr>
      <w:r>
        <w:rPr>
          <w:b w:val="0"/>
          <w:i w:val="0"/>
        </w:rPr>
        <w:t>Bước đầu tiên để thay đổi cuộc đời bạn là chịu trách nhiệm về việc cuộc đời bạn đang không ổn. Đó là lý do tại sao bạn cần để những người bạn yêu thương đối mặt với thực tế, chứ không phải giúp họ chạy trốn khỏi nó. Nhiệm vụ của bạn là yêu thương họ, tin vào khả năng của họ trong việc làm những gì cần làm, và ủng hộ họ từ một khoảng cách an toàn, đó chính là điều anh trai của Chris đã làm. Bởi vì cũng giống như có hàng triệu cách để giải quyết một vấn đề, cũng có hàng triệu cách để thể hiện sự ủng hộ.</w:t>
      </w:r>
    </w:p>
    <w:p>
      <w:pPr>
        <w:pStyle w:val="Heading2"/>
      </w:pPr>
      <w:r>
        <w:rPr>
          <w:rFonts w:ascii="Calibri" w:hAnsi="Calibri"/>
          <w:b/>
          <w:i w:val="0"/>
          <w:sz w:val="32"/>
        </w:rPr>
        <w:t>Cách Tạo Ra Môi Trường Tốt Nhất Có Thể Cho Việc Chữa Lành</w:t>
      </w:r>
    </w:p>
    <w:p>
      <w:pPr>
        <w:spacing w:after="80"/>
      </w:pPr>
      <w:r>
        <w:rPr>
          <w:b w:val="0"/>
          <w:i w:val="0"/>
        </w:rPr>
        <w:t>Một trong những cách tôi yêu thích để thể hiện sự ủng hộ là nghĩ về cách bạn có thể tạo ra một môi trường giúp ai đó trở nên tốt hơn. Điều đó nghĩa là gì? Có rất nhiều nghiên cứu về vai trò mà môi trường vật chất của bạn đóng góp vào sức khỏe tinh thần, tâm linh và thể chất của bạn. Đó là tất cả mọi thứ từ không gian bạn sống, sự bừa bộn xung quanh bạn, thức ăn trong tủ lạnh, những người bạn dành thời gian cùng, cho đến những kế hoạch trong lịch của bạn.</w:t>
      </w:r>
    </w:p>
    <w:p>
      <w:pPr>
        <w:spacing w:after="80"/>
      </w:pPr>
      <w:r>
        <w:rPr>
          <w:b w:val="0"/>
          <w:i w:val="0"/>
        </w:rPr>
        <w:t xml:space="preserve">Hãy tự hỏi bản thân: </w:t>
      </w:r>
      <w:r>
        <w:rPr>
          <w:b w:val="0"/>
          <w:i/>
        </w:rPr>
        <w:t>Làm thế nào tôi có thể tạo ra một môi trường giúp việc thay đổi và trở nên tốt hơn trở nên dễ dàng hơn?</w:t>
      </w:r>
      <w:r>
        <w:rPr>
          <w:b w:val="0"/>
          <w:i w:val="0"/>
        </w:rPr>
        <w:t xml:space="preserve"> Có hàng triệu cách bạn có thể làm điều này, nhưng tôi muốn bắt đầu với một ví dụ từ cuộc đời mình.</w:t>
      </w:r>
    </w:p>
    <w:p>
      <w:pPr>
        <w:spacing w:after="80"/>
      </w:pPr>
      <w:r>
        <w:rPr>
          <w:b w:val="0"/>
          <w:i w:val="0"/>
        </w:rPr>
        <w:t>Khi con gái đầu lòng của chúng tôi chào đời, tôi đã trải qua một ca sinh rất phức tạp và mất rất nhiều máu. Đến khi cuối cùng tôi được xuất viện và về nhà, tôi không chỉ bị tàn phá về thể xác, mà còn phải đối mặt về mặt tinh thần với chứng trầm cảm sau sinh nghiêm trọng.</w:t>
      </w:r>
    </w:p>
    <w:p>
      <w:pPr>
        <w:spacing w:after="80"/>
      </w:pPr>
      <w:r>
        <w:rPr>
          <w:b w:val="0"/>
          <w:i w:val="0"/>
        </w:rPr>
        <w:t>Nó tệ đến mức tôi không thể ở một mình với con trong bốn tháng đầu đời của con bé. Tôi không thể cho con bú vì những loại thuốc tôi đang dùng. Và tôi kiệt quệ đến mức dành phần lớn thời gian trong ngày để ngủ hoặc ngồi như một thây ma trên ghế sofa.</w:t>
      </w:r>
    </w:p>
    <w:p>
      <w:pPr>
        <w:spacing w:after="80"/>
      </w:pPr>
      <w:r>
        <w:rPr>
          <w:b w:val="0"/>
          <w:i w:val="0"/>
        </w:rPr>
        <w:t>Điều tôi nhớ nhất là không ai hỏi tôi rằng họ có thể giúp gì. Họ chỉ xuất hiện và tạo ra một môi trường cho việc chữa lành của tôi mà không cần hỏi.</w:t>
      </w:r>
    </w:p>
    <w:p>
      <w:pPr>
        <w:spacing w:after="80"/>
      </w:pPr>
      <w:r>
        <w:rPr>
          <w:b w:val="0"/>
          <w:i w:val="0"/>
        </w:rPr>
        <w:t>Em họ tôi đến dọn dẹp. Bố mẹ tôi lái xe xuyên quốc gia và ngồi với tôi suốt nhiều tuần. Một người bạn mới, Joanie, lúc đó đang mang thai, sẽ đến chỉ để ngồi và làm bạn với tôi để Chris có thể đi làm. Và trong khi tôi chợp mắt ngủ, cô ấy sẽ giặt một mẻ quần áo hoặc làm một bữa trưa đơn giản.</w:t>
      </w:r>
    </w:p>
    <w:p>
      <w:pPr>
        <w:spacing w:after="80"/>
      </w:pPr>
      <w:r>
        <w:rPr>
          <w:b w:val="0"/>
          <w:i w:val="0"/>
        </w:rPr>
        <w:t>Bố mẹ chồng tôi đến chơi một tuần và mỗi ngày đều có một kế hoạch gì đó. Không cần hỏi han gì, họ sẽ nói: "Được rồi, đi nào, chúng ta sẽ đến Triển lãm Hoa Boston." Và họ sẽ đưa tôi và em bé lên xe. Và dù tôi vẫn còn như một thây ma, và vẫn trầm cảm sâu sắc, họ đã tạo ra một môi trường để tôi ra khỏi nhà và bắt đầu bước trở lại vào cuộc sống.</w:t>
      </w:r>
    </w:p>
    <w:p>
      <w:pPr>
        <w:spacing w:after="80"/>
      </w:pPr>
      <w:r>
        <w:rPr>
          <w:b w:val="0"/>
          <w:i w:val="0"/>
        </w:rPr>
        <w:t>Không ai hỏi tôi: "Bạn cần giúp gì?" Không ai hỏi tôi: "Bạn có muốn tôi giặt quần áo không?" Không ai hỏi tôi: "Bạn có muốn tôi mang bữa tối đến tối nay không?" Họ chỉ làm thôi. Và đó là một ghi chú quan trọng về những người đang gặp khó khăn.</w:t>
      </w:r>
    </w:p>
    <w:p>
      <w:pPr>
        <w:spacing w:after="80"/>
      </w:pPr>
      <w:r>
        <w:rPr>
          <w:b w:val="0"/>
          <w:i/>
        </w:rPr>
        <w:t>Để Họ Tự Lo</w:t>
      </w:r>
      <w:r>
        <w:rPr>
          <w:b w:val="0"/>
          <w:i w:val="0"/>
        </w:rPr>
        <w:t xml:space="preserve"> không có nghĩa là bỏ mặc họ một mình.</w:t>
      </w:r>
    </w:p>
    <w:p>
      <w:pPr>
        <w:spacing w:after="80"/>
      </w:pPr>
      <w:r>
        <w:rPr>
          <w:b w:val="0"/>
          <w:i w:val="0"/>
        </w:rPr>
        <w:t>Khi bạn đang chật vật, bạn không biết mình muốn gì hay cần gì. Có những ngày, bạn còn không biết hôm nay là thứ mấy. Bạn có bao giờ để ý rằng khi bạn hỏi một người bạn đang đau buồn, đang trải qua chia tay, hay vừa mới ra viện rằng bạn có thể giúp gì không, họ thường nói: "Không sao đâu, mình ổn mà", "Không có gì đâu", hoặc "Mình không cần gì cả."</w:t>
      </w:r>
    </w:p>
    <w:p>
      <w:pPr>
        <w:spacing w:after="80"/>
      </w:pPr>
      <w:r>
        <w:rPr>
          <w:b w:val="0"/>
          <w:i w:val="0"/>
        </w:rPr>
        <w:t xml:space="preserve">Khi bạn đang chật vật, bạn không muốn làm gánh nặng cho ai khác, bởi vì chính bạn đã cảm thấy mình là một gánh nặng rồi. Hãy </w:t>
      </w:r>
      <w:r>
        <w:rPr>
          <w:b w:val="0"/>
          <w:i/>
        </w:rPr>
        <w:t>Để Họ</w:t>
      </w:r>
      <w:r>
        <w:rPr>
          <w:b w:val="0"/>
          <w:i w:val="0"/>
        </w:rPr>
        <w:t xml:space="preserve"> tự tạo ra môi trường mà họ cần để trở nên tốt hơn.</w:t>
      </w:r>
    </w:p>
    <w:p>
      <w:pPr>
        <w:spacing w:after="80"/>
      </w:pPr>
      <w:r>
        <w:rPr>
          <w:b w:val="0"/>
          <w:i w:val="0"/>
        </w:rPr>
        <w:t>Dưới đây là một vài ví dụ về những việc bạn có thể làm: xuất hiện trước cửa nhà họ, mang bữa tối đến, giúp họ dọn dẹp căn hộ, chất đầy thực phẩm lành mạnh vào tủ lạnh, bước vào phòng ngủ của họ, kéo rèm lên và mở cửa sổ cho không khí tràn vào, giặt giũ quần áo cho họ, tạo một danh sách nhạc toàn bài hay, gửi cho họ những tập podcast giúp mang lại hy vọng, gửi những gói quà chăm sóc chứa đầy những món đồ chu đáo và nuôi dưỡng tinh thần, hoặc mua cho họ một khung ảnh kỹ thuật số và nạp đầy ảnh để trong không gian của họ, họ liên tục được nhắc nhở về những ký ức hạnh phúc và những người xung quanh.</w:t>
      </w:r>
    </w:p>
    <w:p>
      <w:pPr>
        <w:spacing w:after="80"/>
      </w:pPr>
      <w:r>
        <w:rPr>
          <w:b w:val="0"/>
          <w:i w:val="0"/>
        </w:rPr>
        <w:t>Một trong những việc mình thích làm nhất, đặc biệt là cho một người mẹ mới sinh, đến từ nhà trị liệu K.C. Davis: Mang đến một chồng đĩa giấy và cốc giấy để họ không phải rửa bát trong khi chăm sóc em bé sơ sinh.</w:t>
      </w:r>
    </w:p>
    <w:p>
      <w:pPr>
        <w:spacing w:after="80"/>
      </w:pPr>
      <w:r>
        <w:rPr>
          <w:b w:val="0"/>
          <w:i w:val="0"/>
        </w:rPr>
        <w:t>Và nhân đang nói về chủ đề này, hãy gọi điện hoặc nhắn tin cho một người bạn và nói: "Thứ Bảy này mình sẽ qua, và mình sẽ đưa bọn trẻ hoặc con chó đến công viên để bạn được nghỉ ngơi một chút."</w:t>
      </w:r>
    </w:p>
    <w:p>
      <w:pPr>
        <w:spacing w:after="80"/>
      </w:pPr>
      <w:r>
        <w:rPr>
          <w:b w:val="0"/>
          <w:i w:val="0"/>
        </w:rPr>
        <w:t>Đưa bạn cùng phòng của bạn đi làm móng, hoặc đến một triển lãm mới ở bảo tàng, sau khi cô ấy chia tay. Nhắn tin cho ai đó mỗi tuần một lần và chỉ nói: "Mình đang nghĩ về bạn, bạn sẽ không phải trải qua chuyện này một mình đâu, bạn không cần nhắn lại cho mình, mình chỉ muốn bạn biết rằng mình luôn ở đây." Mời người bạn vừa ra khỏi một chương trình điều trị cùng tham gia lớp yoga với bạn vào mỗi sáng thứ Tư, và tuyệt hơn nữa là hãy đến đón họ.</w:t>
      </w:r>
    </w:p>
    <w:p>
      <w:pPr>
        <w:spacing w:after="80"/>
      </w:pPr>
      <w:r>
        <w:rPr>
          <w:b w:val="0"/>
          <w:i w:val="0"/>
        </w:rPr>
        <w:t>Bạn có thể tạo ra một môi trường cho sự thay đổi tích cực bằng cách đề nghị trị liệu, nấu những bữa ăn lành mạnh, hoặc trò chuyện, và tập trung vào những câu hỏi mở. Bạn có thấy những ví dụ này rất khác với việc ném tiền vào một tình huống, hay bao che hoặc cứu vớt ai đó khỏi vấn đề của họ không? Đây đều là những ví dụ mà bạn đang giúp họ dễ dàng bước trở lại cuộc sống hơn.</w:t>
      </w:r>
    </w:p>
    <w:p>
      <w:pPr>
        <w:spacing w:after="80"/>
      </w:pPr>
      <w:r>
        <w:rPr>
          <w:b w:val="0"/>
          <w:i w:val="0"/>
        </w:rPr>
        <w:t>Bạn không bao giờ biết người khác đang trải qua điều gì. Bạn được quyền chọn mình sẽ trở thành kiểu bạn bè, người thân, hay thành viên gia đình như thế nào. Trong cuốn sách này, chúng ta đã nói rất nhiều về việc xuất hiện theo cách khiến bạn tự hào về chính mình.</w:t>
      </w:r>
    </w:p>
    <w:p>
      <w:pPr>
        <w:spacing w:after="80"/>
      </w:pPr>
      <w:r>
        <w:rPr>
          <w:b w:val="0"/>
          <w:i w:val="0"/>
        </w:rPr>
        <w:t>Khi bạn giúp đỡ người khác, hãy làm mà không mong đợi điều gì. Hãy làm vì việc liên lạc với người bạn đang nằm viện đó khiến bạn cảm thấy dễ chịu. Đừng làm vì bạn hy vọng nhận được một tin nhắn dài cập nhật cho bạn về những gì đang xảy ra. Mang bữa tối đến cho người vừa sinh em bé, không phải vì bạn mong một lời cảm ơn, mà vì việc biết rằng bạn có mặt cho những người bạn yêu thương trong cuộc đời khiến bạn cảm thấy dễ chịu.</w:t>
      </w:r>
    </w:p>
    <w:p>
      <w:pPr>
        <w:spacing w:after="80"/>
      </w:pPr>
      <w:r>
        <w:rPr>
          <w:b w:val="0"/>
          <w:i w:val="0"/>
        </w:rPr>
        <w:t>Hãy nhớ rằng khi ai đó đang chật vật, họ thường quá choáng ngợp đến mức không có năng lượng để cập nhật cho bạn hay nhớ cảm ơn bạn—nhưng hãy tin rằng hành động tử tế của bạn đang tạo nên sự khác biệt lớn lao, dù bạn có nhận được lời cảm ơn hay không.</w:t>
      </w:r>
    </w:p>
    <w:p>
      <w:pPr>
        <w:spacing w:after="80"/>
      </w:pPr>
      <w:r>
        <w:rPr>
          <w:b w:val="0"/>
          <w:i w:val="0"/>
        </w:rPr>
        <w:t>Nhiệm vụ của bạn là đứng bên cạnh họ và giơ cao ngọn đèn. Hãy là một ngọn hải đăng của hy vọng. Tin vào khả năng trở nên tốt hơn của họ.</w:t>
      </w:r>
    </w:p>
    <w:p>
      <w:pPr>
        <w:spacing w:after="80"/>
      </w:pPr>
      <w:r>
        <w:rPr>
          <w:b w:val="0"/>
          <w:i w:val="0"/>
        </w:rPr>
        <w:t xml:space="preserve">Mọi người né tránh việc chữa lành vì họ không tin mình có thể đối mặt với nỗi đau mà họ đang chạy trốn. Vậy nên hãy </w:t>
      </w:r>
      <w:r>
        <w:rPr>
          <w:b w:val="0"/>
          <w:i/>
        </w:rPr>
        <w:t>Để Họ</w:t>
      </w:r>
      <w:r>
        <w:rPr>
          <w:b w:val="0"/>
          <w:i w:val="0"/>
        </w:rPr>
        <w:t xml:space="preserve"> mượn niềm tin từ bạn. Bởi vì khi ai đó cảm thấy được chấp nhận, được yêu thương và được nâng đỡ, họ sẽ dễ dàng tin vào khả năng bước trở lại cuộc sống của chính mình hơn.</w:t>
      </w:r>
    </w:p>
    <w:p>
      <w:pPr>
        <w:spacing w:after="80"/>
      </w:pPr>
      <w:r>
        <w:rPr>
          <w:b w:val="0"/>
          <w:i w:val="0"/>
        </w:rPr>
        <w:t>Vậy hãy tóm tắt cách giúp đỡ một người đang chật vật. Trong phần này, có thể bạn đã học được cách mình đang ngăn cản những người trưởng thành khác đối mặt với những khó khăn của họ. Học thuyết Let Them dạy bạn rằng giúp đỡ người khác không có nghĩa là giải quyết vấn đề thay họ—mà là cho họ không gian và công cụ để tự làm điều đó.</w:t>
      </w:r>
    </w:p>
    <w:p>
      <w:pPr>
        <w:spacing w:after="80"/>
        <w:ind w:left="360"/>
      </w:pPr>
      <w:r>
        <w:t xml:space="preserve">1. </w:t>
      </w:r>
      <w:r>
        <w:rPr>
          <w:b/>
          <w:i w:val="0"/>
        </w:rPr>
        <w:t>Vấn đề:</w:t>
      </w:r>
      <w:r>
        <w:rPr>
          <w:b w:val="0"/>
          <w:i w:val="0"/>
        </w:rPr>
        <w:t xml:space="preserve"> Cứu vớt người khỏi vấn đề của họ khiến họ chìm sâu hơn trong đó. Khi bạn bao che người khác bằng tiền bạc, lời nói và hành động của mình, bạn không nuôi dưỡng tính độc lập của họ—bạn cản trở sự chữa lành của họ. Bạn kéo dài nỗi đau khổ, khoản nợ, sự suy sụp của họ, và đến lượt mình, cả của chính bạn.</w:t>
      </w:r>
    </w:p>
    <w:p>
      <w:pPr>
        <w:spacing w:after="80"/>
        <w:ind w:left="360"/>
      </w:pPr>
      <w:r>
        <w:t xml:space="preserve">2. </w:t>
      </w:r>
      <w:r>
        <w:rPr>
          <w:b/>
          <w:i w:val="0"/>
        </w:rPr>
        <w:t>Sự thật:</w:t>
      </w:r>
      <w:r>
        <w:rPr>
          <w:b w:val="0"/>
          <w:i w:val="0"/>
        </w:rPr>
        <w:t xml:space="preserve"> Mọi người chỉ chữa lành khi họ sẵn sàng làm việc đó. Bạn sẽ sẵn sàng cho việc họ chữa lành trước khi chính họ sẵn sàng. Dù ý định của bạn có thể tốt, việc liên tục xen vào để giải quyết vấn đề của họ tạo ra sự phụ thuộc và thất vọng, đồng thời cản trở khả năng tự chịu trách nhiệm của họ. Bạn không thể mong muốn sự chữa lành cho ai đó nhiều hơn chính họ.</w:t>
      </w:r>
    </w:p>
    <w:p>
      <w:pPr>
        <w:spacing w:after="80"/>
        <w:ind w:left="360"/>
      </w:pPr>
      <w:r>
        <w:t xml:space="preserve">3. </w:t>
      </w:r>
      <w:r>
        <w:rPr>
          <w:b/>
          <w:i w:val="0"/>
        </w:rPr>
        <w:t>Giải pháp:</w:t>
      </w:r>
      <w:r>
        <w:rPr>
          <w:b w:val="0"/>
          <w:i w:val="0"/>
        </w:rPr>
        <w:t xml:space="preserve"> Sử dụng học thuyết Let Them, bạn phải lùi lại và để người trưởng thành đối mặt và cảm nhận những hậu quả tự nhiên từ hành động của họ. Thay vì cứu vớt, hãy đề nghị hỗ trợ kèm theo điều kiện. Cách tiếp cận này giúp họ tự chịu trách nhiệm cho sự chữa lành và phát triển của chính mình, đồng thời thể hiện niềm tin của bạn vào khả năng bẩm sinh của họ để trở nên tốt hơn và làm tốt hơn.</w:t>
      </w:r>
    </w:p>
    <w:p>
      <w:pPr>
        <w:spacing w:after="80"/>
      </w:pPr>
      <w:r>
        <w:rPr>
          <w:b w:val="0"/>
          <w:i w:val="0"/>
        </w:rPr>
        <w:t xml:space="preserve">Khi bạn nói </w:t>
      </w:r>
      <w:r>
        <w:rPr>
          <w:b w:val="0"/>
          <w:i/>
        </w:rPr>
        <w:t>Để Họ Tự Lo</w:t>
      </w:r>
      <w:r>
        <w:rPr>
          <w:b w:val="0"/>
          <w:i w:val="0"/>
        </w:rPr>
        <w:t xml:space="preserve">, bạn tin tưởng và trao quyền cho người khác tự xử lý khó khăn của họ, đồng thời hiểu rằng đối mặt với gian nan là một phần tất yếu của sự trưởng thành. Khi bạn nói </w:t>
      </w:r>
      <w:r>
        <w:rPr>
          <w:b w:val="0"/>
          <w:i/>
        </w:rPr>
        <w:t>Để Tôi Lo</w:t>
      </w:r>
      <w:r>
        <w:rPr>
          <w:b w:val="0"/>
          <w:i w:val="0"/>
        </w:rPr>
        <w:t>, bạn tập trung vào việc hỗ trợ mà không giành quyền kiểm soát, đồng thời tạo ra môi trường và công cụ cần thiết để người khác tự mình trở nên tốt hơn.</w:t>
      </w:r>
    </w:p>
    <w:p>
      <w:pPr>
        <w:spacing w:after="80"/>
      </w:pPr>
      <w:r>
        <w:rPr>
          <w:b/>
          <w:i w:val="0"/>
        </w:rPr>
        <w:t>Tin vào khả năng chữa lành của họ, và tạo ra một môi trường nơi sự thay đổi là điều có thể.</w:t>
      </w:r>
    </w:p>
    <w:p>
      <w:pPr>
        <w:pStyle w:val="Heading1"/>
      </w:pPr>
      <w:r>
        <w:rPr>
          <w:rFonts w:ascii="Calibri" w:hAnsi="Calibri"/>
          <w:b/>
          <w:i w:val="0"/>
          <w:sz w:val="40"/>
        </w:rPr>
        <w:t>Chọn Tình Yêu</w:t>
      </w:r>
      <w:r>
        <w:br/>
      </w:r>
      <w:r>
        <w:rPr>
          <w:rFonts w:ascii="Calibri" w:hAnsi="Calibri"/>
          <w:b/>
          <w:i w:val="0"/>
          <w:sz w:val="40"/>
        </w:rPr>
        <w:t>Mà Bạn Xứng Đáng</w:t>
      </w:r>
    </w:p>
    <w:p>
      <w:pPr>
        <w:pStyle w:val="Heading1"/>
      </w:pPr>
      <w:r>
        <w:rPr>
          <w:rFonts w:ascii="Calibri" w:hAnsi="Calibri"/>
          <w:b/>
          <w:i w:val="0"/>
          <w:sz w:val="40"/>
        </w:rPr>
        <w:t>CHƯƠNG 18</w:t>
      </w:r>
    </w:p>
    <w:p>
      <w:pPr>
        <w:pStyle w:val="Heading1"/>
      </w:pPr>
      <w:r>
        <w:rPr>
          <w:rFonts w:ascii="Calibri" w:hAnsi="Calibri"/>
          <w:b/>
          <w:i w:val="0"/>
          <w:sz w:val="40"/>
        </w:rPr>
        <w:t>Để Họ Cho Bạn Thấy Con Người Thật Của Họ</w:t>
      </w:r>
    </w:p>
    <w:p>
      <w:pPr>
        <w:spacing w:after="80"/>
      </w:pPr>
      <w:r>
        <w:rPr>
          <w:b w:val="0"/>
          <w:i w:val="0"/>
        </w:rPr>
        <w:t>Vào cuối cuộc đời mình, bạn muốn ai đó nói với bạn những lời cuối cùng nào?</w:t>
      </w:r>
    </w:p>
    <w:p>
      <w:pPr>
        <w:spacing w:after="80"/>
      </w:pPr>
      <w:r>
        <w:rPr>
          <w:b w:val="0"/>
          <w:i w:val="0"/>
        </w:rPr>
        <w:t>"Anh yêu em."</w:t>
      </w:r>
    </w:p>
    <w:p>
      <w:pPr>
        <w:spacing w:after="80"/>
      </w:pPr>
      <w:r>
        <w:rPr>
          <w:b w:val="0"/>
          <w:i w:val="0"/>
        </w:rPr>
        <w:t>Tình yêu là thế lực mạnh mẽ nhất trên thế giới. Bạn xứng đáng được cảm nhận tình yêu, được yêu thương, được phải lòng, được bày tỏ tình yêu, và được trải nghiệm một trong những niềm vui lớn nhất của cuộc đời: được sống trong một mối quan hệ đầy yêu thương.</w:t>
      </w:r>
    </w:p>
    <w:p>
      <w:pPr>
        <w:spacing w:after="80"/>
      </w:pPr>
      <w:r>
        <w:rPr>
          <w:b w:val="0"/>
          <w:i w:val="0"/>
        </w:rPr>
        <w:t>Dù bạn đang độc thân, đã ly hôn, đang hẹn hò, đã đính hôn, đang trong một mối quan hệ mập mờ, hay đã kết hôn từ rất lâu, tôi tin rằng tình yêu lớn nhất của đời bạn vẫn đang ở phía trước. Ngay cả những mối quan hệ tốt đẹp nhất cũng có thể trở nên ý nghĩa hơn, và sự kết nối của bạn với một người nào đó luôn có thể đi sâu hơn.</w:t>
      </w:r>
    </w:p>
    <w:p>
      <w:pPr>
        <w:spacing w:after="80"/>
      </w:pPr>
      <w:r>
        <w:rPr>
          <w:b w:val="0"/>
          <w:i w:val="0"/>
        </w:rPr>
        <w:t>Nếu bạn đang độc thân, câu chuyện tình yêu của bạn còn lâu mới kết thúc. Tình yêu của đời bạn không nằm trong quá khứ. Họ đang chờ bạn ở tương lai, và mọi thứ đã xảy ra cùng mọi mối quan hệ bạn từng trải qua đều đã chuẩn bị cho bạn đón nhận điều sắp diễn ra tiếp theo.</w:t>
      </w:r>
    </w:p>
    <w:p>
      <w:pPr>
        <w:spacing w:after="80"/>
      </w:pPr>
      <w:r>
        <w:rPr>
          <w:b w:val="0"/>
          <w:i w:val="0"/>
        </w:rPr>
        <w:t>Trong lúc tôi nghiên cứu cho cuốn sách này, tôi nhận được rất nhiều câu hỏi về việc áp dụng Học thuyết Để Họ Tự Lo khi nói đến tình yêu. Vì vậy, trong ba chương tiếp theo, bạn và tôi sẽ cùng bàn về việc hẹn hò, cam kết, cách biết một mối quan hệ có phù hợp với bạn hay không, làm sao để tình yêu bền lâu, và cách vượt qua chia tay.</w:t>
      </w:r>
    </w:p>
    <w:p>
      <w:pPr>
        <w:spacing w:after="80"/>
      </w:pPr>
      <w:r>
        <w:rPr>
          <w:b w:val="0"/>
          <w:i w:val="0"/>
        </w:rPr>
        <w:t>Cuối cùng, chúng ta sẽ nói về việc bạn đã và đang chấp nhận ít hơn tình yêu mà bạn xứng đáng được nhận.</w:t>
      </w:r>
    </w:p>
    <w:p>
      <w:pPr>
        <w:spacing w:after="80"/>
      </w:pPr>
      <w:r>
        <w:rPr>
          <w:b w:val="0"/>
          <w:i w:val="0"/>
        </w:rPr>
        <w:t>Sự thật là, người lớn tự chọn yêu ai và yêu như thế nào, và đôi khi họ sẽ không chọn bạn. Hành vi của một người nói lên sự thật về cách họ cảm nhận về bạn. Bạn thường đuổi theo tình yêu—hoặc đuổi theo tiềm năng về điều bạn nghĩ nó có thể trở thành—rồi cuối cùng lại thỏa hiệp với các giá trị của mình. Bằng cách đuổi theo tình yêu, bạn đuổi đi mối quan hệ sâu sắc và ý nghĩa mà bạn xứng đáng có được.</w:t>
      </w:r>
    </w:p>
    <w:p>
      <w:pPr>
        <w:spacing w:after="80"/>
      </w:pPr>
      <w:r>
        <w:rPr>
          <w:b w:val="0"/>
          <w:i w:val="0"/>
        </w:rPr>
        <w:t>Tình yêu tuyệt vời là thế, nhưng nó cũng là nguồn gốc của biết bao đau đớn. Bạn khao khát được yêu đến mức có thể tự trao đi quyền lực của mình cho người kia.</w:t>
      </w:r>
    </w:p>
    <w:p>
      <w:pPr>
        <w:spacing w:after="80"/>
      </w:pPr>
      <w:r>
        <w:rPr>
          <w:b w:val="0"/>
          <w:i w:val="0"/>
        </w:rPr>
        <w:t>Ví dụ, có thể một người xa lạ bạn gặp trên mạng giờ đây quyết định tâm trạng của bạn. Có thể một người đã biến mất không lời từ biệt giờ đây đã phá hủy lòng tự trọng của bạn. Hoặc vợ/chồng bạn rất lạnh nhạt và đối xử với bạn như một người bạn cùng phòng, điều mà bạn đã học cách chấp nhận.</w:t>
      </w:r>
    </w:p>
    <w:p>
      <w:pPr>
        <w:spacing w:after="80"/>
      </w:pPr>
      <w:r>
        <w:rPr>
          <w:b w:val="0"/>
          <w:i w:val="0"/>
        </w:rPr>
        <w:t>Trong đời sống tình cảm, bạn có thể rơi vào cái bẫy để người khác—cùng những tổn thương và vấn đề của riêng họ—khiến bạn thỏa hiệp với tiêu chuẩn của mình và chấp nhận thứ thấp hơn nhiều so với điều bạn thực sự muốn và biết mình cần.</w:t>
      </w:r>
    </w:p>
    <w:p>
      <w:pPr>
        <w:spacing w:after="80"/>
      </w:pPr>
      <w:r>
        <w:rPr>
          <w:b w:val="0"/>
          <w:i w:val="0"/>
        </w:rPr>
        <w:t>Khi trái tim lên tiếng, lý trí bay ra ngoài cửa sổ. Bạn có thể thấy mình đang biện minh cho những hành vi tồi tệ hoặc tự tạo ra một viễn cảnh trong đầu thay vì chấp nhận thực tế. Bạn cũng có thể tự thuyết phục mình ở lại trong một mối quan hệ không còn hiệu quả chỉ vì cảm giác đó dễ chịu hơn là chia tay và đối mặt với những điều chưa biết.</w:t>
      </w:r>
    </w:p>
    <w:p>
      <w:pPr>
        <w:spacing w:after="80"/>
      </w:pPr>
      <w:r>
        <w:rPr>
          <w:b w:val="0"/>
          <w:i w:val="0"/>
        </w:rPr>
        <w:t>Bạn xứng đáng có một câu chuyện tình yêu tuyệt vời, và bạn đừng bao giờ chấp nhận thứ tình yêu ít hơn thế.</w:t>
      </w:r>
    </w:p>
    <w:p>
      <w:pPr>
        <w:spacing w:after="80"/>
      </w:pPr>
      <w:r>
        <w:rPr>
          <w:b w:val="0"/>
          <w:i w:val="0"/>
        </w:rPr>
        <w:t>Sử dụng Lý thuyết Để Họ Tự Do (Let Them Theory), bạn sẽ học được sự khác biệt giữa việc đuổi theo tình yêu và việc chọn lấy nó. Bạn sẽ biết ai đáng để cam kết và ai thì không. Bạn cũng sẽ học cách dùng lý thuyết này để tạo nên mối quan hệ đồng hành đầy yêu thương, nâng đỡ và gắn bó nhất mà bạn từng có.</w:t>
      </w:r>
    </w:p>
    <w:p>
      <w:pPr>
        <w:spacing w:after="80"/>
      </w:pPr>
      <w:r>
        <w:rPr>
          <w:b w:val="0"/>
          <w:i w:val="0"/>
        </w:rPr>
        <w:t>Sự thật là, những mối quan hệ tốt nhất sẽ lớn lên và thay đổi theo thời gian—và việc thay đổi cách bạn hiện diện sẽ tạo ra sự kết nối và mối quan hệ đồng hành đầy yêu thương mà bạn thực sự xứng đáng có được.</w:t>
      </w:r>
    </w:p>
    <w:p>
      <w:pPr>
        <w:pStyle w:val="Heading2"/>
      </w:pPr>
      <w:r>
        <w:rPr>
          <w:rFonts w:ascii="Calibri" w:hAnsi="Calibri"/>
          <w:b/>
          <w:i w:val="0"/>
          <w:sz w:val="32"/>
        </w:rPr>
        <w:t>Vậy thì, hãy bắt đầu từ khởi đầu . . . Cách Tìm Tình Yêu</w:t>
      </w:r>
    </w:p>
    <w:p>
      <w:pPr>
        <w:spacing w:after="80"/>
      </w:pPr>
      <w:r>
        <w:rPr>
          <w:b w:val="0"/>
          <w:i w:val="0"/>
        </w:rPr>
        <w:t>Việc hẹn hò ngày nay thực sự rất khó. Tôi chưa từng nói chuyện với một ai bảo rằng họ thích hẹn hò và thấy nó dễ dàng, vui vẻ cả.</w:t>
      </w:r>
    </w:p>
    <w:p>
      <w:pPr>
        <w:spacing w:after="80"/>
      </w:pPr>
      <w:r>
        <w:rPr>
          <w:b w:val="0"/>
          <w:i w:val="0"/>
        </w:rPr>
        <w:t>Tuyệt đối ai cũng sợ cái ý tưởng "bước ra ngoài kia", lên các ứng dụng hẹn hò, và bước vào thứ có cảm giác như một sân chơi hẹn hò chớp nhoáng đầy độc hại và hời hợt. Nên nếu bạn cảm thấy chán nản, buồn bã hay tự ti vì đang độc thân, thì bạn không cô đơn đâu. Điều này là bình thường, và nó liên quan nhiều đến việc các ứng dụng hẹn hò và mạng xã hội đã biến tình yêu và các mối quan hệ thành một trò chơi, một ngành công nghiệp và một cuộc thi.</w:t>
      </w:r>
    </w:p>
    <w:p>
      <w:pPr>
        <w:spacing w:after="80"/>
      </w:pPr>
      <w:r>
        <w:rPr>
          <w:b w:val="0"/>
          <w:i w:val="0"/>
        </w:rPr>
        <w:t>Lý do khác khiến nó bực bội là vì quá nhiều lời khuyên nghe như những mánh khóe, mẹo vặt và quy tắc để chinh phục ai đó, để chắc chắn có buổi hẹn tiếp theo, hay để thu hút càng nhiều lượt thích trên ứng dụng càng tốt. Đó là điều tôi muốn nói khi bảo rằng hẹn hò trong thế giới ngày nay giống như một cuộc thi. Đó là cách tiếp cận tồi tệ nhất với chủ đề tình yêu và những mối quan hệ cam kết. Nó không phải là một trò chơi. Bạn không cần phải lừa ai đó thích mình. Bạn không cần phải tuân theo các quy tắc về việc khi nào được nhắn tin hay được nói gì.</w:t>
      </w:r>
    </w:p>
    <w:p>
      <w:pPr>
        <w:spacing w:after="80"/>
      </w:pPr>
      <w:r>
        <w:rPr>
          <w:b w:val="0"/>
          <w:i w:val="0"/>
        </w:rPr>
        <w:t>Bạn được phép là chính mình và tin rằng nếu bạn hiện diện với trọn vẹn con người mình, người đang tìm kiếm một ai đó tuyệt vời như bạn sẽ thực sự tìm thấy bạn. Bất kỳ ai bảo bạn mánh khóe để "cưa đổ họ" đều đang dẫn bạn rời xa chính mình và vào những vùng nước nông nơi bạn sẽ gặp nhầm người. Thay vì nghĩ rằng bạn cần thay đổi bản thân và bắt đầu làm điều gì đó khác, tôi sẽ dạy bạn những gì bạn cần ngừng làm.</w:t>
      </w:r>
    </w:p>
    <w:p>
      <w:pPr>
        <w:spacing w:after="80"/>
      </w:pPr>
      <w:r>
        <w:rPr>
          <w:b w:val="0"/>
          <w:i w:val="0"/>
        </w:rPr>
        <w:t>Tìm kiếm tình yêu thiên về việc nói "không" hơn là nói "có". Khi bạn có tiêu chuẩn cao cho bản thân và cho kiểu mối quan hệ mình muốn, việc hẹn hò trở thành một quá trình loại trừ. Lý thuyết Để Họ Tự Do sẽ giúp bạn trung thực với chính mình, và nó sẽ cho bạn can đảm để mặc người khác bộc lộ con người thật của họ trong khi bạn vẫn trung thành với chính mình.</w:t>
      </w:r>
    </w:p>
    <w:p>
      <w:pPr>
        <w:spacing w:after="80"/>
      </w:pPr>
      <w:r>
        <w:rPr>
          <w:b w:val="0"/>
          <w:i w:val="0"/>
        </w:rPr>
        <w:t>Khi bạn đủ can đảm để là chính mình, bạn nắm quyền kiểm soát—vì bạn là người chọn ai xứng đáng nhận thời gian và năng lượng của mình, và ai thì không.</w:t>
      </w:r>
    </w:p>
    <w:p>
      <w:pPr>
        <w:spacing w:after="80"/>
      </w:pPr>
      <w:r>
        <w:rPr>
          <w:b w:val="0"/>
          <w:i w:val="0"/>
        </w:rPr>
        <w:t>Cũng cần can đảm để nhìn ra rằng ai đó không hứng thú với bạn. Cần sự tự tin để tự nhắc mình rằng nhắn tin cho bạn thì dễ—nhưng nếu họ thực sự muốn gặp bạn, họ đã lên kế hoạch rồi.</w:t>
      </w:r>
    </w:p>
    <w:p>
      <w:pPr>
        <w:spacing w:after="80"/>
      </w:pPr>
      <w:r>
        <w:rPr>
          <w:b w:val="0"/>
          <w:i w:val="0"/>
        </w:rPr>
        <w:t>Ngay giây phút bạn bắt đầu tạo ra những lời biện minh và viễn cảnh trong đầu, bạn đang trao quyền lực của mình cho người kia. Hẹn hò đòi hỏi bạn phải rất rõ ràng trắng đen khi nói đến hành vi của người khác. Và đó mới là phần khó. Sử dụng Lý thuyết Để Họ Tự Do, bạn sẽ học được cách chọn đúng mối quan hệ thay vì liên tục đuổi theo những mối quan hệ sai lầm.</w:t>
      </w:r>
    </w:p>
    <w:p>
      <w:pPr>
        <w:pStyle w:val="Heading2"/>
      </w:pPr>
      <w:r>
        <w:rPr>
          <w:rFonts w:ascii="Calibri" w:hAnsi="Calibri"/>
          <w:b/>
          <w:i w:val="0"/>
          <w:sz w:val="32"/>
        </w:rPr>
        <w:t>Mục Đích Của Việc Hẹn Hò Không Chỉ Là Tìm "Người Ấy"</w:t>
      </w:r>
    </w:p>
    <w:p>
      <w:pPr>
        <w:spacing w:after="80"/>
      </w:pPr>
      <w:r>
        <w:rPr>
          <w:b w:val="0"/>
          <w:i w:val="0"/>
        </w:rPr>
        <w:t>Một lý do lớn khiến việc hẹn hò khó khăn là bạn không hiểu mục đích thực sự của nó. Nó không chỉ để tìm "người ấy". Hẹn hò giúp bạn hiểu thêm về chính mình và về những gì bạn muốn và không muốn. Từng người một, bạn đang học xem mình thích gì và không thích gì. Đó là lý do mỗi trải nghiệm bạn có—kể cả những trải nghiệm tệ hại—đều dạy bạn điều gì đó quan trọng.</w:t>
      </w:r>
    </w:p>
    <w:p>
      <w:pPr>
        <w:spacing w:after="80"/>
      </w:pPr>
      <w:r>
        <w:rPr>
          <w:b w:val="0"/>
          <w:i w:val="0"/>
        </w:rPr>
        <w:t>Một trong những bài học quan trọng nhất là học xem kiểu hành vi nào bạn sẽ không chấp nhận, và kiểu người nào bạn thực sự muốn đồng hành trong một mối quan hệ. Nếu bạn trở nên ám ảnh với việc tìm "người ấy", bạn sẽ bỏ lỡ tất cả những bài học mà việc hẹn hò đang cố dạy bạn về giá trị của tình yêu trong cuộc đời bạn.</w:t>
      </w:r>
    </w:p>
    <w:p>
      <w:pPr>
        <w:spacing w:after="80"/>
      </w:pPr>
      <w:r>
        <w:rPr>
          <w:b w:val="0"/>
          <w:i w:val="0"/>
        </w:rPr>
        <w:t>Bạn không được sinh ra trên đời này để làm vợ hay chồng của ai đó. Bạn ở đây để thực hiện ước mơ của mình; kể câu chuyện của mình; và tạo nên một cuộc sống lớn lao, tươi đẹp và tuyệt vời.</w:t>
      </w:r>
    </w:p>
    <w:p>
      <w:pPr>
        <w:spacing w:after="80"/>
      </w:pPr>
      <w:r>
        <w:rPr>
          <w:b w:val="0"/>
          <w:i w:val="0"/>
        </w:rPr>
        <w:t>Không ai khác sẽ tạo nên cuộc sống đó cho bạn. Người mà bạn chọn để yêu chỉ được chia sẻ cuộc sống đó cùng bạn mà thôi. Đó là lý do tôi muốn bạn phải kén chọn.</w:t>
      </w:r>
    </w:p>
    <w:p>
      <w:pPr>
        <w:spacing w:after="80"/>
      </w:pPr>
      <w:r>
        <w:rPr>
          <w:b w:val="0"/>
          <w:i w:val="0"/>
        </w:rPr>
        <w:t>Khi hẹn hò, hãy vui vẻ và gặp gỡ thật nhiều người, nhưng đừng bao giờ quên bức tranh lớn hơn: rằng bạn đang tìm kiếm một người có khả năng giúp bạn trở thành phiên bản tốt nhất của chính mình và cùng bạn kiến tạo nên một cuộc sống tươi đẹp.</w:t>
      </w:r>
    </w:p>
    <w:p>
      <w:pPr>
        <w:spacing w:after="80"/>
      </w:pPr>
      <w:r>
        <w:rPr>
          <w:b w:val="0"/>
          <w:i w:val="0"/>
        </w:rPr>
        <w:t>Vậy nên, không. Mục đích của việc hẹn hò không chỉ là tìm "một nửa định mệnh".</w:t>
      </w:r>
    </w:p>
    <w:p>
      <w:pPr>
        <w:spacing w:after="80"/>
      </w:pPr>
      <w:r>
        <w:rPr>
          <w:b w:val="0"/>
          <w:i w:val="0"/>
        </w:rPr>
        <w:t>Đó là lý do bạn cần nghĩ về việc hẹn hò như một cơ hội để hiểu thêm về chính mình bằng cách cởi mở với nhiều trải nghiệm khác nhau, để rồi cuối cùng dẫn bạn đến việc chọn một người tuyệt vời, người cũng chọn lại bạn.</w:t>
      </w:r>
    </w:p>
    <w:p>
      <w:pPr>
        <w:spacing w:after="80"/>
      </w:pPr>
      <w:r>
        <w:rPr>
          <w:b w:val="0"/>
          <w:i w:val="0"/>
        </w:rPr>
        <w:t>Phần khó khăn là bạn không thể kiểm soát được liệu người khác có chọn bạn hay không. Bạn không thể kiểm soát được liệu thời điểm của cuộc đời bạn có khớp với thời điểm của cuộc đời người khác hay không.</w:t>
      </w:r>
    </w:p>
    <w:p>
      <w:pPr>
        <w:spacing w:after="80"/>
      </w:pPr>
      <w:r>
        <w:rPr>
          <w:b w:val="0"/>
          <w:i w:val="0"/>
        </w:rPr>
        <w:t>Con người ta chọn yêu ai và yêu như thế nào, và đôi khi người đó không phải là bạn. Nhưng đừng bao giờ quên: Bạn cũng được quyền chọn yêu ai và yêu như thế nào. Bạn được quyền chọn ai xứng đáng với thời gian và năng lượng của bạn, và bạn được quyền chọn cách mình muốn được đối xử. Thường thì trong chuyện hẹn hò, cách bạn chọn chính là chọn bước đi khi bạn không được đối xử theo cách mình xứng đáng.</w:t>
      </w:r>
    </w:p>
    <w:p>
      <w:pPr>
        <w:spacing w:after="80"/>
      </w:pPr>
      <w:r>
        <w:rPr>
          <w:b w:val="0"/>
          <w:i w:val="0"/>
        </w:rPr>
        <w:t>Và điều đó đưa tôi đến một sự thật: Cách mọi người hành xử sẽ nói cho bạn biết chính xác họ cảm thấy thế nào về bạn.</w:t>
      </w:r>
    </w:p>
    <w:p>
      <w:pPr>
        <w:spacing w:after="80"/>
      </w:pPr>
      <w:r>
        <w:rPr>
          <w:b w:val="0"/>
          <w:i w:val="0"/>
        </w:rPr>
        <w:t>Nhiệm vụ của bạn không phải là diễn giải hay hoài nghi nó. Nhiệm vụ của bạn là để mọi người bộc lộ con người thật của họ và cảm xúc thật của họ về bạn, rồi chấp nhận điều đó. Và nhân đây, điều này đúng ở mọi giai đoạn của một mối quan hệ.</w:t>
      </w:r>
    </w:p>
    <w:p>
      <w:pPr>
        <w:pStyle w:val="Heading2"/>
      </w:pPr>
      <w:r>
        <w:rPr>
          <w:rFonts w:ascii="Calibri" w:hAnsi="Calibri"/>
          <w:b/>
          <w:i w:val="0"/>
          <w:sz w:val="32"/>
        </w:rPr>
        <w:t>Những Ngày Đầu</w:t>
      </w:r>
    </w:p>
    <w:p>
      <w:pPr>
        <w:spacing w:after="80"/>
      </w:pPr>
      <w:r>
        <w:rPr>
          <w:b w:val="0"/>
          <w:i w:val="0"/>
        </w:rPr>
        <w:t>Khi bạn bước ra ngoài và bắt đầu gặp gỡ mọi người, bạn có thể thấy có rất nhiều người mà bạn "thích" và "hứng thú" bởi vì ngoài kia có rất nhiều người hấp dẫn, thú vị và vui vẻ.</w:t>
      </w:r>
    </w:p>
    <w:p>
      <w:pPr>
        <w:spacing w:after="80"/>
      </w:pPr>
      <w:r>
        <w:rPr>
          <w:b w:val="0"/>
          <w:i w:val="0"/>
        </w:rPr>
        <w:t>Những ngày đầu có thể tràn đầy năng lượng và phấn khích. . . đó là lý do bạn có thể sẽ đồng ý với rất nhiều người mà cuối cùng hóa ra lại không phù hợp với bạn. Thật dễ để nói "có" khi ai đó hấp dẫn, hoặc khi bạn cảm thấy dâng trào cảm xúc, hoặc khi cuối tuần này bạn chẳng có gì khác để làm, hoặc khi bạn mệt mỏi vì cô đơn, hoặc khi bạn sợ rằng mình sẽ không bao giờ gặp được ai.</w:t>
      </w:r>
    </w:p>
    <w:p>
      <w:pPr>
        <w:spacing w:after="80"/>
      </w:pPr>
      <w:r>
        <w:rPr>
          <w:b w:val="0"/>
          <w:i w:val="0"/>
        </w:rPr>
        <w:t>Hẹn hò thật khó vì ai cũng quá sợ cô đơn, và quá khao khát tìm được một ai đó và có được câu chuyện cổ tích, đến nỗi bạn không đủ sáng suốt để nhìn rõ thực tế của tình huống mà mình có thể đang ở trong đó với một người nào đó.</w:t>
      </w:r>
    </w:p>
    <w:p>
      <w:pPr>
        <w:spacing w:after="80"/>
      </w:pPr>
      <w:r>
        <w:rPr>
          <w:b w:val="0"/>
          <w:i w:val="0"/>
        </w:rPr>
        <w:t>Bạn đã bao nhiêu lần tự thuyết phục mình rằng một chuyện gì đó nghiêm túc hơn thực tế, hoặc rằng chuyện này đang tiến triển, hoặc rằng những lần say xỉn qua đêm lặp đi lặp lại nghĩa là họ thích bạn nhiều như bạn thích họ, hoặc rằng hai người có một tương lai chung?</w:t>
      </w:r>
    </w:p>
    <w:p>
      <w:pPr>
        <w:spacing w:after="80"/>
      </w:pPr>
      <w:r>
        <w:rPr>
          <w:b w:val="0"/>
          <w:i w:val="0"/>
        </w:rPr>
        <w:t xml:space="preserve">Có một câu nói nổi tiếng: "Nếu ai đó thích bạn, bạn sẽ biết, còn nếu họ không thích, bạn sẽ thấy bối rối." Cảm thấy bối rối là một nơi rất nguy hiểm khi bạn đang hẹn hò, bởi vì nếu bạn thích họ, phản ứng tức thời của bạn sẽ là tự thuyết phục mình rằng họ cũng thích bạn. ĐỪNG làm vậy. Hãy </w:t>
      </w:r>
      <w:r>
        <w:rPr>
          <w:b w:val="0"/>
          <w:i/>
        </w:rPr>
        <w:t>Để Họ</w:t>
      </w:r>
      <w:r>
        <w:rPr>
          <w:b w:val="0"/>
          <w:i w:val="0"/>
        </w:rPr>
        <w:t xml:space="preserve"> làm bạn bối rối.</w:t>
      </w:r>
    </w:p>
    <w:p>
      <w:pPr>
        <w:spacing w:after="80"/>
      </w:pPr>
      <w:r>
        <w:rPr>
          <w:b w:val="0"/>
          <w:i w:val="0"/>
        </w:rPr>
        <w:t>Bạn có để ý rằng những người duy nhất khiến bạn thấy bối rối chính là những người không thích bạn lại không? Hãy nhìn sự bối rối bạn cảm thấy đúng như bản chất của nó. Nó có nghĩa là họ không thích bạn theo cách bạn muốn. Khi bạn tự thuyết phục mình rằng một chuyện gì đó đang diễn ra trong khi rõ ràng là không, bạn đang đuổi theo tình yêu. Đuổi theo tình yêu chỉ khiến nó chạy xa hơn. Đuổi theo sai người luôn dẫn bạn đến sai chốn. Đuổi theo tiềm năng nghĩa là bạn biết có điều gì đó không ổn và bạn đang phớt lờ sự thật.</w:t>
      </w:r>
    </w:p>
    <w:p>
      <w:pPr>
        <w:spacing w:after="80"/>
      </w:pPr>
      <w:r>
        <w:rPr>
          <w:b w:val="0"/>
          <w:i w:val="0"/>
        </w:rPr>
        <w:t>Và đây là cách bạn biết mình đang đuổi theo nó:</w:t>
      </w:r>
    </w:p>
    <w:p>
      <w:pPr>
        <w:spacing w:after="80"/>
      </w:pPr>
      <w:r>
        <w:rPr>
          <w:b w:val="0"/>
          <w:i w:val="0"/>
        </w:rPr>
        <w:t>Bạn là người luôn nhắn tin, gọi điện và chủ động liên lạc trước. Bạn tin rằng những lần qua đêm trong cơn say đang dẫn đến một điều gì đó đặc biệt. Bạn cố gắng ở gần họ mọi lúc, hy vọng họ sẽ phải lòng bạn.</w:t>
      </w:r>
    </w:p>
    <w:p>
      <w:pPr>
        <w:spacing w:after="80"/>
      </w:pPr>
      <w:r>
        <w:rPr>
          <w:b w:val="0"/>
          <w:i w:val="0"/>
        </w:rPr>
        <w:t>Bạn tin vào những gì họ nói, kể cả khi hành động của họ nói ngược lại. Bạn nghĩ rằng theo thời gian mọi chuyện sẽ tốt hơn. Bạn nghĩ mình biết điều gì tốt nhất cho họ, và điều đó chính là bạn. Bạn chỉ gặp họ khi cả hai đang ở quán bar. Bạn tin rằng mình có thể sửa chữa họ. Bạn tin rằng có một tin nhắn nào đó bạn có thể gửi đi để khiến họ muốn quay lại với bạn.</w:t>
      </w:r>
    </w:p>
    <w:p>
      <w:pPr>
        <w:spacing w:after="80"/>
      </w:pPr>
      <w:r>
        <w:rPr>
          <w:b w:val="0"/>
          <w:i w:val="0"/>
        </w:rPr>
        <w:t>Đây đều là những ví dụ về việc đuổi theo tiềm năng và chọn cách không nhìn vào thực tế. Bạn không thể dính chặt vào việc "làm cho nó thành công" đến mức cứ mãi đuổi theo một thứ mà bạn biết là không phù hợp. Nó giống như việc bạn lấy một đôi giày mà bạn nghĩ là dễ thương rồi cố nhét chân mình vào đó dù nó nhỏ hơn hai cỡ. Chân bạn sẽ không tự nhiên nhỏ lại một cách thần kỳ, và cũng giống như đôi giày sẽ không tự lớn lên để vừa với bạn, người này cũng sẽ không biến hình thành người mà bạn hy vọng họ sẽ trở thành. Đó là lý do bạn phải ngừng đuổi theo.</w:t>
      </w:r>
    </w:p>
    <w:p>
      <w:pPr>
        <w:spacing w:after="80"/>
      </w:pPr>
      <w:r>
        <w:rPr>
          <w:b w:val="0"/>
          <w:i w:val="0"/>
        </w:rPr>
        <w:t xml:space="preserve">Bạn càng lãng phí thời gian đuổi theo những người sai, thì bạn càng mất nhiều thời gian hơn để tìm được người đúng. </w:t>
      </w:r>
      <w:r>
        <w:rPr>
          <w:b w:val="0"/>
          <w:i/>
        </w:rPr>
        <w:t>Hãy Để Họ</w:t>
      </w:r>
      <w:r>
        <w:rPr>
          <w:b w:val="0"/>
          <w:i w:val="0"/>
        </w:rPr>
        <w:t xml:space="preserve"> biến mất. </w:t>
      </w:r>
      <w:r>
        <w:rPr>
          <w:b w:val="0"/>
          <w:i/>
        </w:rPr>
        <w:t>Hãy Để Mình</w:t>
      </w:r>
      <w:r>
        <w:rPr>
          <w:b w:val="0"/>
          <w:i w:val="0"/>
        </w:rPr>
        <w:t xml:space="preserve"> bước tiếp.</w:t>
      </w:r>
    </w:p>
    <w:p>
      <w:pPr>
        <w:spacing w:after="80"/>
      </w:pPr>
      <w:r>
        <w:rPr>
          <w:b w:val="0"/>
          <w:i w:val="0"/>
        </w:rPr>
        <w:t>Ngừng đuổi theo tiềm năng về con người mà ai đó có thể trở thành. Ngừng dồn hết thời gian và năng lượng của bạn vào những người không đáp lại điều đó cho bạn. Ngừng biện minh cho hành vi thiếu tôn trọng của họ. Ngừng trao tình yêu của bạn cho những người không yêu bạn lại. Ngừng tìm lý do bào chữa cho những người rõ ràng không hứng thú với bạn. Ngừng đuổi theo những người không chọn yêu bạn lại. Ngừng chơi trò chơi đó.</w:t>
      </w:r>
    </w:p>
    <w:p>
      <w:pPr>
        <w:spacing w:after="80"/>
      </w:pPr>
      <w:r>
        <w:rPr>
          <w:b w:val="0"/>
          <w:i w:val="0"/>
        </w:rPr>
        <w:t>Đúng, hẹn hò thật khó. Đúng, cảm xúc của bạn rối tung cả lên. Đúng, bị từ chối thật đau đớn.</w:t>
      </w:r>
    </w:p>
    <w:p>
      <w:pPr>
        <w:spacing w:after="80"/>
      </w:pPr>
      <w:r>
        <w:rPr>
          <w:b w:val="0"/>
          <w:i w:val="0"/>
        </w:rPr>
        <w:t>Đúng, chuyện chăn gối thật tuyệt vời. Đúng, họ thật hài hước. Đúng, thật dễ chịu khi không phải là người độc thân duy nhất trong nhóm bạn của bạn. Đúng, cảm giác thật tuyệt khi có ai đó tỏ ra hứng thú. Đúng, thật dễ chịu khi có kế hoạch cho cuối tuần này hay có điều gì đó để mong chờ. Đúng, sẽ có những lúc người đó có vẻ đúng, nhưng thời điểm lại sai.</w:t>
      </w:r>
    </w:p>
    <w:p>
      <w:pPr>
        <w:spacing w:after="80"/>
      </w:pPr>
      <w:r>
        <w:rPr>
          <w:b w:val="0"/>
          <w:i w:val="0"/>
        </w:rPr>
        <w:t>Hãy nhớ: Bạn sẽ tìm được mối quan hệ đúng đắn bằng cách nói không với những mối quan hệ sai lầm. Bạn càng nói không nhanh bao nhiêu, bạn càng sớm nói có với tình yêu của đời mình bấy nhiêu. Học thuyết Để Họ (Let Them Theory) sẽ mang tính cách mạng khi nói đến việc tìm kiếm tình yêu mà bạn xứng đáng có, bởi vì nó buộc bạn phải trung thực một cách tàn nhẫn về tình huống mà bạn đang ở trong đó, về người mà bạn đang dính dáng tới, và về cảm xúc thực sự của họ dành cho bạn.</w:t>
      </w:r>
    </w:p>
    <w:p>
      <w:pPr>
        <w:pStyle w:val="Heading2"/>
      </w:pPr>
      <w:r>
        <w:rPr>
          <w:rFonts w:ascii="Calibri" w:hAnsi="Calibri"/>
          <w:b/>
          <w:i w:val="0"/>
          <w:sz w:val="32"/>
        </w:rPr>
        <w:t>Họ Không Thích Bạn. Tỉnh Dậy Đi.</w:t>
      </w:r>
    </w:p>
    <w:p>
      <w:pPr>
        <w:spacing w:after="80"/>
      </w:pPr>
      <w:r>
        <w:rPr>
          <w:b w:val="0"/>
          <w:i w:val="0"/>
        </w:rPr>
        <w:t>Cách duy nhất để bạn biết một người là ai và bạn đứng ở đâu trong cuộc đời họ là quan sát hành vi của họ. Quên những gì họ nói đi. Hãy nhìn vào những gì họ làm. Điều đó có thể khó thực hiện, bởi vì lúc ban đầu, cảm xúc và hormone của bạn rối tung cả lên. Chúng có thể che mờ khả năng nhìn thấy sự thật về cách bạn đang bị đối xử.</w:t>
      </w:r>
    </w:p>
    <w:p>
      <w:pPr>
        <w:spacing w:after="80"/>
      </w:pPr>
      <w:r>
        <w:rPr>
          <w:b w:val="0"/>
          <w:i w:val="0"/>
        </w:rPr>
        <w:t xml:space="preserve">Một câu hỏi mà bạn luôn có thể tự hỏi mình để thoát ra khỏi cơn mù mờ hẹn hò là: </w:t>
      </w:r>
      <w:r>
        <w:rPr>
          <w:b w:val="0"/>
          <w:i/>
        </w:rPr>
        <w:t>Nếu người bạn thân nhất của bạn bị đối xử theo cách này, bạn sẽ nói gì với họ?</w:t>
      </w:r>
    </w:p>
    <w:p>
      <w:pPr>
        <w:spacing w:after="80"/>
      </w:pPr>
      <w:r>
        <w:rPr>
          <w:b w:val="0"/>
          <w:i w:val="0"/>
        </w:rPr>
        <w:t>Một trong những nguyên tắc cơ bản của Học thuyết Để Họ là hành vi của con người cho bạn biết chính xác bạn đứng ở đâu trong cuộc đời họ. Bạn cần hiểu rằng: Điều này rất rõ ràng, trắng đen phân minh. Bạn hoặc là một ưu tiên, hoặc là không. Không có vùng ở giữa.</w:t>
      </w:r>
    </w:p>
    <w:p>
      <w:pPr>
        <w:spacing w:after="80"/>
      </w:pPr>
      <w:r>
        <w:rPr>
          <w:b w:val="0"/>
          <w:i/>
        </w:rPr>
        <w:t>Hãy Để Họ</w:t>
      </w:r>
      <w:r>
        <w:rPr>
          <w:b w:val="0"/>
          <w:i w:val="0"/>
        </w:rPr>
        <w:t xml:space="preserve"> cho bạn thấy họ là ai.</w:t>
      </w:r>
    </w:p>
    <w:p>
      <w:pPr>
        <w:spacing w:after="80"/>
      </w:pPr>
      <w:r>
        <w:rPr>
          <w:b w:val="0"/>
          <w:i w:val="0"/>
        </w:rPr>
        <w:t>Nếu bạn đang bận rộn đuổi theo một ai đó, bạn sẽ không bao giờ cho phép mình nhìn thấy sự thật rằng người khác không thích bạn theo cách mà bạn muốn họ thích. Nếu ai đó đang gửi cho bạn những tín hiệu lẫn lộn, điều đó có nghĩa là họ KHÔNG hứng thú. Tín hiệu lẫn lộn thực ra chẳng "lẫn lộn" chút nào. Chúng gửi đi một thông điệp rất rõ ràng rằng bạn không phải là một ưu tiên; bạn chỉ là một sự tiện lợi.</w:t>
      </w:r>
    </w:p>
    <w:p>
      <w:pPr>
        <w:spacing w:after="80"/>
      </w:pPr>
      <w:r>
        <w:rPr>
          <w:b w:val="0"/>
          <w:i w:val="0"/>
        </w:rPr>
        <w:t xml:space="preserve">Ví dụ, nếu họ nhắn tin cho bạn không ngừng nghỉ, nhưng không bao giờ đề xuất một kế hoạch gặp gỡ, thì họ không hứng thú với bất cứ điều gì thực sự. </w:t>
      </w:r>
      <w:r>
        <w:rPr>
          <w:b w:val="0"/>
          <w:i/>
        </w:rPr>
        <w:t>Hãy Để Họ</w:t>
      </w:r>
      <w:r>
        <w:rPr>
          <w:b w:val="0"/>
          <w:i w:val="0"/>
        </w:rPr>
        <w:t xml:space="preserve"> nhắn tin không ngừng nghỉ. Nếu họ muốn gặp bạn mỗi lần họ trở về thị trấn, nhưng không bao giờ liên lạc lại mỗi khi họ rời đi, thì họ không hứng thú với bất cứ điều gì hơn là tình dục. </w:t>
      </w:r>
      <w:r>
        <w:rPr>
          <w:b w:val="0"/>
          <w:i/>
        </w:rPr>
        <w:t>Hãy Để Họ</w:t>
      </w:r>
      <w:r>
        <w:rPr>
          <w:b w:val="0"/>
          <w:i w:val="0"/>
        </w:rPr>
        <w:t>. Họ không phải là vấn đề. Bạn mới là vấn đề. Bạn không trân trọng thời gian của mình đủ để nhận ra rằng chuyện này chẳng đi đến đâu cả.</w:t>
      </w:r>
    </w:p>
    <w:p>
      <w:pPr>
        <w:spacing w:after="80"/>
      </w:pPr>
      <w:r>
        <w:rPr>
          <w:b w:val="0"/>
          <w:i w:val="0"/>
        </w:rPr>
        <w:t xml:space="preserve">Bạn cần phần </w:t>
      </w:r>
      <w:r>
        <w:rPr>
          <w:b w:val="0"/>
          <w:i/>
        </w:rPr>
        <w:t>Let Me</w:t>
      </w:r>
      <w:r>
        <w:rPr>
          <w:b w:val="0"/>
          <w:i w:val="0"/>
        </w:rPr>
        <w:t xml:space="preserve"> của lý thuyết: </w:t>
      </w:r>
      <w:r>
        <w:rPr>
          <w:b w:val="0"/>
          <w:i/>
        </w:rPr>
        <w:t>Let Me</w:t>
      </w:r>
      <w:r>
        <w:rPr>
          <w:b w:val="0"/>
          <w:i w:val="0"/>
        </w:rPr>
        <w:t xml:space="preserve"> tỉnh táo và thành thật với chính mình. Càng đuổi theo người này, càng dành thời gian nhắn tin cho họ, càng sống trong đầu và tạo ra một viễn tưởng rằng cuối cùng họ sẽ nhận ra hai người sinh ra là dành cho nhau, thì cơ hội gặp được một người thực sự muốn một mối quan hệ nghiêm túc của bạn càng ít đi.</w:t>
      </w:r>
    </w:p>
    <w:p>
      <w:pPr>
        <w:spacing w:after="80"/>
      </w:pPr>
      <w:r>
        <w:rPr>
          <w:b w:val="0"/>
          <w:i/>
        </w:rPr>
        <w:t>Let Me</w:t>
      </w:r>
      <w:r>
        <w:rPr>
          <w:b w:val="0"/>
          <w:i w:val="0"/>
        </w:rPr>
        <w:t xml:space="preserve"> tôn trọng bản thân đủ để thừa nhận rằng chuyện này chẳng đi đến đâu. Khi ai đó đang dắt mũi bạn, </w:t>
      </w:r>
      <w:r>
        <w:rPr>
          <w:b w:val="0"/>
          <w:i/>
        </w:rPr>
        <w:t>Let Them</w:t>
      </w:r>
      <w:r>
        <w:rPr>
          <w:b w:val="0"/>
          <w:i w:val="0"/>
        </w:rPr>
        <w:t>. Bạn luôn có quyền cắt đứt sợi dây đó. Bạn là người tham gia chủ động vào việc bị dắt mũi, vì bạn đang cho phép họ làm điều đó. Và nếu ngay lúc này bạn đang ở trong một mối quan hệ tích cực, đầy yêu thương, bạn sẽ trợn mắt nếu họ nhắn tin rủ bạn qua đêm! Vậy nên hãy thừa nhận phần trách nhiệm của mình trong chính sự tự hủy hoại này ngay bây giờ, và lấy lại sức mạnh của bạn.</w:t>
      </w:r>
    </w:p>
    <w:p>
      <w:pPr>
        <w:spacing w:after="80"/>
      </w:pPr>
      <w:r>
        <w:rPr>
          <w:b w:val="0"/>
          <w:i/>
        </w:rPr>
        <w:t>Let Me</w:t>
      </w:r>
      <w:r>
        <w:rPr>
          <w:b w:val="0"/>
          <w:i w:val="0"/>
        </w:rPr>
        <w:t xml:space="preserve"> nhắc mình rằng tôi không muốn hẹn hò với một người không chọn tôi. Một trong những dấu hiệu quan trọng nhất của một mối quan hệ lành mạnh là nó phải có sự qua lại từ cả hai phía.</w:t>
      </w:r>
    </w:p>
    <w:p>
      <w:pPr>
        <w:spacing w:after="80"/>
      </w:pPr>
      <w:r>
        <w:rPr>
          <w:b w:val="0"/>
          <w:i w:val="0"/>
        </w:rPr>
        <w:t>Nỗ lực từ cả hai phía. Tôn trọng từ cả hai phía. Tình cảm từ cả hai phía. Sức hút từ cả hai phía. Sự quan tâm từ cả hai phía.</w:t>
      </w:r>
    </w:p>
    <w:p>
      <w:pPr>
        <w:spacing w:after="80"/>
      </w:pPr>
      <w:r>
        <w:rPr>
          <w:b w:val="0"/>
          <w:i w:val="0"/>
        </w:rPr>
        <w:t xml:space="preserve">Nếu bạn đang bao biện cho hành vi của người khác... hãy dừng lại. </w:t>
      </w:r>
      <w:r>
        <w:rPr>
          <w:b w:val="0"/>
          <w:i/>
        </w:rPr>
        <w:t>Let Them</w:t>
      </w:r>
      <w:r>
        <w:rPr>
          <w:b w:val="0"/>
          <w:i w:val="0"/>
        </w:rPr>
        <w:t xml:space="preserve"> bộc lộ con người thật của họ. </w:t>
      </w:r>
      <w:r>
        <w:rPr>
          <w:b w:val="0"/>
          <w:i/>
        </w:rPr>
        <w:t>Let Them</w:t>
      </w:r>
      <w:r>
        <w:rPr>
          <w:b w:val="0"/>
          <w:i w:val="0"/>
        </w:rPr>
        <w:t xml:space="preserve"> bộc lộ xem họ có nỗ lực hay không. </w:t>
      </w:r>
      <w:r>
        <w:rPr>
          <w:b w:val="0"/>
          <w:i/>
        </w:rPr>
        <w:t>Let Them</w:t>
      </w:r>
      <w:r>
        <w:rPr>
          <w:b w:val="0"/>
          <w:i w:val="0"/>
        </w:rPr>
        <w:t xml:space="preserve"> bộc lộ xem họ có quan tâm hay không.</w:t>
      </w:r>
    </w:p>
    <w:p>
      <w:pPr>
        <w:spacing w:after="80"/>
      </w:pPr>
      <w:r>
        <w:rPr>
          <w:b w:val="0"/>
          <w:i w:val="0"/>
        </w:rPr>
        <w:t>Điều lớn nhất khiến việc hẹn hò trở nên rối rắm là việc bạn từ chối nhìn vào sự thật rằng họ không quan tâm bạn theo cách bạn mong muốn. Ai trong chúng ta cũng từng trải qua điều đó. Thật đau lòng khi bạn có tình cảm với ai đó mà những tình cảm ấy không được đáp lại. Nhưng bạn không thể kiểm soát việc người khác chọn yêu ai.</w:t>
      </w:r>
    </w:p>
    <w:p>
      <w:pPr>
        <w:spacing w:after="80"/>
      </w:pPr>
      <w:r>
        <w:rPr>
          <w:b w:val="0"/>
          <w:i w:val="0"/>
        </w:rPr>
        <w:t>Đừng dành thời gian cố thu mình lại thành một chiếc hộp bé xíu, hay trở thành một con người mới, hay thay đổi con người mình, chỉ để có được một mối quan hệ với người không yêu bạn lại. Đừng làm vậy.</w:t>
      </w:r>
    </w:p>
    <w:p>
      <w:pPr>
        <w:spacing w:after="80"/>
      </w:pPr>
      <w:r>
        <w:rPr>
          <w:b w:val="0"/>
          <w:i w:val="0"/>
        </w:rPr>
        <w:t>Vào giai đoạn đầu của một mối quan hệ, rất dễ rơi vào cái bẫy này. Thật dễ để đi thẳng đến kết luận rằng người này là đúng người dành cho bạn (kể cả khi trong đầu bạn đang vang lên hồi chuông cảnh báo rằng không phải vậy). Thật dễ để mù quáng hy vọng rằng người ta cũng cảm thấy như bạn. Thật dễ để nghĩ rằng ai đó sẽ yêu bạn nếu bạn thay đổi thêm một chút nữa. Thật dễ để bám chặt lấy ý tưởng được yêu, kể cả khi nó không hề kỳ diệu như bạn hằng mong. Thật dễ để tự lừa mình rằng họ không hẹn hò với ai khác, dù ngay lúc này họ không hề cam kết trọn vẹn với bạn, hoặc họ "không thích gán nhãn". Thật dễ để rơi vào một mối quan hệ không trọn vẹn chỉ để mình thôi làm "đứa bạn độc thân". Trong khoảnh khắc thì dễ, nhưng về lâu dài, nó sẽ làm bạn tan nát trái tim.</w:t>
      </w:r>
    </w:p>
    <w:p>
      <w:pPr>
        <w:spacing w:after="80"/>
      </w:pPr>
      <w:r>
        <w:rPr>
          <w:b w:val="0"/>
          <w:i w:val="0"/>
        </w:rPr>
        <w:t>Nỗi đau tinh thần, sự đánh mất chính mình, việc liên tục tự hỏi mình đang ở đâu trong lòng họ, nỗi xót xa vì họ sẽ chẳng bao giờ thực sự cam kết... tất cả đều không đáng. Tôi muốn nói lại lần nữa: Nếu họ thích bạn, bạn sẽ biết. Nếu họ không, bạn sẽ thấy mơ hồ.</w:t>
      </w:r>
    </w:p>
    <w:p>
      <w:pPr>
        <w:spacing w:after="80"/>
      </w:pPr>
      <w:r>
        <w:rPr>
          <w:b w:val="0"/>
          <w:i/>
        </w:rPr>
        <w:t>Let Them</w:t>
      </w:r>
      <w:r>
        <w:rPr>
          <w:b w:val="0"/>
          <w:i w:val="0"/>
        </w:rPr>
        <w:t xml:space="preserve"> không nhắn lại cho bạn. </w:t>
      </w:r>
      <w:r>
        <w:rPr>
          <w:b w:val="0"/>
          <w:i/>
        </w:rPr>
        <w:t>Let Them</w:t>
      </w:r>
      <w:r>
        <w:rPr>
          <w:b w:val="0"/>
          <w:i w:val="0"/>
        </w:rPr>
        <w:t xml:space="preserve"> hứa hẹn khi say. </w:t>
      </w:r>
      <w:r>
        <w:rPr>
          <w:b w:val="0"/>
          <w:i/>
        </w:rPr>
        <w:t>Let Them</w:t>
      </w:r>
      <w:r>
        <w:rPr>
          <w:b w:val="0"/>
          <w:i w:val="0"/>
        </w:rPr>
        <w:t xml:space="preserve"> rời đi đột ngột vào buổi sáng và không bao giờ nhắc lại câu "Anh rất muốn gặp em lần nữa". </w:t>
      </w:r>
      <w:r>
        <w:rPr>
          <w:b w:val="0"/>
          <w:i/>
        </w:rPr>
        <w:t>Let Them</w:t>
      </w:r>
      <w:r>
        <w:rPr>
          <w:b w:val="0"/>
          <w:i w:val="0"/>
        </w:rPr>
        <w:t xml:space="preserve"> làm bạn bối rối, khiến bạn phát điên, và gửi đi những tín hiệu lẫn lộn.</w:t>
      </w:r>
    </w:p>
    <w:p>
      <w:pPr>
        <w:spacing w:after="80"/>
      </w:pPr>
      <w:r>
        <w:rPr>
          <w:b w:val="0"/>
          <w:i w:val="0"/>
        </w:rPr>
        <w:t xml:space="preserve">Bạn phải để hành vi của họ trở thành thông điệp rõ ràng. Letting Them là phần dễ. </w:t>
      </w:r>
      <w:r>
        <w:rPr>
          <w:b w:val="0"/>
          <w:i/>
        </w:rPr>
        <w:t>Let Me</w:t>
      </w:r>
      <w:r>
        <w:rPr>
          <w:b w:val="0"/>
          <w:i w:val="0"/>
        </w:rPr>
        <w:t xml:space="preserve"> mới là phần khó, vì bạn không muốn nhìn thấy sự thật. </w:t>
      </w:r>
      <w:r>
        <w:rPr>
          <w:b w:val="0"/>
          <w:i/>
        </w:rPr>
        <w:t>Let Me</w:t>
      </w:r>
      <w:r>
        <w:rPr>
          <w:b w:val="0"/>
          <w:i w:val="0"/>
        </w:rPr>
        <w:t xml:space="preserve"> nhìn họ đúng như con người thật của họ. </w:t>
      </w:r>
      <w:r>
        <w:rPr>
          <w:b w:val="0"/>
          <w:i/>
        </w:rPr>
        <w:t>Let Me</w:t>
      </w:r>
      <w:r>
        <w:rPr>
          <w:b w:val="0"/>
          <w:i w:val="0"/>
        </w:rPr>
        <w:t xml:space="preserve"> chấp nhận sự thật trong hành vi của họ—tôi không phải là ưu tiên. Hãy ngừng chọn đuổi theo những người rõ ràng không muốn ở bên bạn.</w:t>
      </w:r>
    </w:p>
    <w:p>
      <w:pPr>
        <w:spacing w:after="80"/>
      </w:pPr>
      <w:r>
        <w:rPr>
          <w:b w:val="0"/>
          <w:i w:val="0"/>
        </w:rPr>
        <w:t>Nếu họ không nỗ lực, họ không xứng đáng với nỗ lực của bạn.</w:t>
      </w:r>
    </w:p>
    <w:p>
      <w:pPr>
        <w:pStyle w:val="Heading1"/>
      </w:pPr>
      <w:r>
        <w:rPr>
          <w:rFonts w:ascii="Calibri" w:hAnsi="Calibri"/>
          <w:b/>
          <w:i w:val="0"/>
          <w:sz w:val="40"/>
        </w:rPr>
        <w:t>CHƯƠNG 19</w:t>
      </w:r>
    </w:p>
    <w:p>
      <w:pPr>
        <w:pStyle w:val="Heading1"/>
      </w:pPr>
      <w:r>
        <w:rPr>
          <w:rFonts w:ascii="Calibri" w:hAnsi="Calibri"/>
          <w:b/>
          <w:i w:val="0"/>
          <w:sz w:val="40"/>
        </w:rPr>
        <w:t>Cách đưa mối quan hệ của bạn lên một tầm cao mới</w:t>
      </w:r>
    </w:p>
    <w:p>
      <w:pPr>
        <w:spacing w:after="80"/>
      </w:pPr>
      <w:r>
        <w:rPr>
          <w:b/>
          <w:i w:val="0"/>
        </w:rPr>
        <w:t>“N</w:t>
      </w:r>
      <w:r>
        <w:rPr>
          <w:b w:val="0"/>
          <w:i w:val="0"/>
        </w:rPr>
        <w:t>hưng mà, Mel... họ đang dành cho em sự quan tâm mà em xứng đáng. Em biết họ thích em vì họ đã nói với em... và họ đang hành xử đúng mực theo mọi cách... trừ cách quan trọng nhất. Họ chỉ không muốn cam kết với em thôi.”</w:t>
      </w:r>
    </w:p>
    <w:p>
      <w:pPr>
        <w:spacing w:after="80"/>
      </w:pPr>
      <w:r>
        <w:rPr>
          <w:b w:val="0"/>
          <w:i w:val="0"/>
        </w:rPr>
        <w:t>Điều này thực sự phổ biến, và nó có thể xuất hiện theo nhiều cách: Có thể họ không muốn gán "nhãn" cho mối quan hệ, không muốn độc quyền, không muốn chính thức yêu nhau, không muốn sống chung, không muốn đính hôn, hay không muốn kết hôn.</w:t>
      </w:r>
    </w:p>
    <w:p>
      <w:pPr>
        <w:spacing w:after="80"/>
      </w:pPr>
      <w:r>
        <w:rPr>
          <w:b w:val="0"/>
          <w:i w:val="0"/>
        </w:rPr>
        <w:t xml:space="preserve">Đầu tiên, bạn phải tự hỏi mình, </w:t>
      </w:r>
      <w:r>
        <w:rPr>
          <w:b w:val="0"/>
          <w:i/>
        </w:rPr>
        <w:t>Đây có phải là kiểu của mình là luôn đuổi theo những người không chịu cam kết không?</w:t>
      </w:r>
      <w:r>
        <w:rPr>
          <w:b w:val="0"/>
          <w:i w:val="0"/>
        </w:rPr>
        <w:t xml:space="preserve"> Hay đây chỉ là vấn đề với một người này thôi? Tôi sẽ giải quyết từng chủ đề riêng, vì đây là hai vấn đề khác nhau.</w:t>
      </w:r>
    </w:p>
    <w:p>
      <w:pPr>
        <w:pStyle w:val="Heading2"/>
      </w:pPr>
      <w:r>
        <w:rPr>
          <w:rFonts w:ascii="Calibri" w:hAnsi="Calibri"/>
          <w:b/>
          <w:i w:val="0"/>
          <w:sz w:val="32"/>
        </w:rPr>
        <w:t>Nếu Bạn Luôn Chọn Sai Người</w:t>
      </w:r>
    </w:p>
    <w:p>
      <w:pPr>
        <w:spacing w:after="80"/>
      </w:pPr>
      <w:r>
        <w:rPr>
          <w:b w:val="0"/>
          <w:i w:val="0"/>
        </w:rPr>
        <w:t>Nếu bạn luôn thấy mình cố gắng hẹn hò với người không sẵn sàng hoặc không thể cam kết, thì rất có thể đó không phải là sự trùng hợp ngẫu nhiên như bạn nghĩ. Bạn có lẽ bị thu hút bởi những người mà bạn nghĩ mình có thể thay đổi hoặc chinh phục được, hoặc những người không sẵn sàng vì họ đang ở với người khác hoặc chỉ đơn giản là không sẵn sàng về mặt cảm xúc.</w:t>
      </w:r>
    </w:p>
    <w:p>
      <w:pPr>
        <w:spacing w:after="80"/>
      </w:pPr>
      <w:r>
        <w:rPr>
          <w:b w:val="0"/>
          <w:i w:val="0"/>
        </w:rPr>
        <w:t>Hãy tự hỏi: Bạn có đang hẹn hò với những người không bao giờ cam kết không? Bạn có phải là cô bạn gái trước khi họ gặp vợ của họ không? Bạn có đang hẹn hò với những người mà bạn không hoàn toàn tin tưởng không? Bạn có đang hẹn hò với những người ghen tuông hoặc kiểm soát không? Bạn có tiếp tục ngủ với người ta với hy vọng nó sẽ thành điều gì đó không? Bạn có đang hẹn hò với những người có khó khăn nghiêm trọng mà bạn muốn cứu vớt không? Bạn có đang hẹn hò với những người lừa dối bạn hoặc những người bạn gặp bằng cách lừa dối không? Khi các mối quan hệ của bạn cuối cùng tan vỡ, bạn có kể với bạn bè rằng họ là người "điên" không?</w:t>
      </w:r>
    </w:p>
    <w:p>
      <w:pPr>
        <w:spacing w:after="80"/>
      </w:pPr>
      <w:r>
        <w:rPr>
          <w:b w:val="0"/>
          <w:i w:val="0"/>
        </w:rPr>
        <w:t>Nếu bất kỳ điều nào trong số này đúng với bạn, thì đã đến lúc phải thành thật: Bạn yêu thích việc theo đuổi. Đây là kiểu của bạn và đó là một vấn đề. Mối quan hệ phần lớn đang diễn ra như một ảo tưởng trong tâm trí bạn, vì bạn sống trong tiềm năng của những gì có thể xảy ra, chứ không phải trong thực tế của những gì đang diễn ra.</w:t>
      </w:r>
    </w:p>
    <w:p>
      <w:pPr>
        <w:spacing w:after="80"/>
      </w:pPr>
      <w:r>
        <w:rPr>
          <w:b w:val="0"/>
          <w:i w:val="0"/>
        </w:rPr>
        <w:t>Kiểu này trong cuộc sống của bạn sẽ lặp lại trừ khi bạn phá vỡ nó. Nghiên cứu cho thấy rằng mọi người tiềm thức chọn cùng một kiểu người để theo đuổi hết lần này đến lần khác dựa trên các mối quan hệ trước đây và trải nghiệm thời thơ ấu.</w:t>
      </w:r>
    </w:p>
    <w:p>
      <w:pPr>
        <w:spacing w:after="80"/>
      </w:pPr>
      <w:r>
        <w:rPr>
          <w:b w:val="0"/>
          <w:i w:val="0"/>
        </w:rPr>
        <w:t>Một nghiên cứu từ Đại học Alberta cho thấy rằng sau "giai đoạn trăng mật" ban đầu, một mối quan hệ mới có xu hướng đi theo đúng những kiểu động lực của các mối quan hệ cũ. Nghiên cứu kéo dài tám năm cho thấy rằng mọi người có xu hướng lặp lại các kiểu, mang cùng những động lực vào những trải nghiệm mới, và tránh giải quyết các vấn đề của chính mình. . . từ đó, tạo ra đúng những động lực mối quan hệ tan vỡ giống hệt nhau hết lần này đến lần khác.</w:t>
      </w:r>
    </w:p>
    <w:p>
      <w:pPr>
        <w:spacing w:after="80"/>
      </w:pPr>
      <w:r>
        <w:rPr>
          <w:b w:val="0"/>
          <w:i w:val="0"/>
        </w:rPr>
        <w:t>Nếu điều này đúng với bạn, bạn thực sự nên đi nói chuyện với một nhà trị liệu về quá khứ của mình, và đi đến gốc rễ của các vấn đề của bạn—vì chúng sẽ không được giải quyết bằng việc ở trong một mối quan hệ với người khác. Thực tế, nếu bạn đuổi theo một mối quan hệ khác, bạn sẽ chỉ tiếp tục đuổi tình yêu lành mạnh đi xa.</w:t>
      </w:r>
    </w:p>
    <w:p>
      <w:pPr>
        <w:spacing w:after="80"/>
      </w:pPr>
      <w:r>
        <w:rPr>
          <w:b w:val="0"/>
          <w:i w:val="0"/>
        </w:rPr>
        <w:t>Một mối quan hệ khác không phải là câu trả lời. Thực tế, một mối quan hệ khác ngay bây giờ chỉ làm cho vấn đề trở nên tồi tệ hơn.</w:t>
      </w:r>
    </w:p>
    <w:p>
      <w:pPr>
        <w:spacing w:after="80"/>
      </w:pPr>
      <w:r>
        <w:rPr>
          <w:b w:val="0"/>
          <w:i w:val="0"/>
        </w:rPr>
        <w:t>Bạn cần phải độc thân.</w:t>
      </w:r>
    </w:p>
    <w:p>
      <w:pPr>
        <w:spacing w:after="80"/>
      </w:pPr>
      <w:r>
        <w:rPr>
          <w:b w:val="0"/>
          <w:i w:val="0"/>
        </w:rPr>
        <w:t>Tôi sẽ nói điều đó một lần nữa. Bạn cần phải độc thân.</w:t>
      </w:r>
    </w:p>
    <w:p>
      <w:pPr>
        <w:spacing w:after="80"/>
      </w:pPr>
      <w:r>
        <w:rPr>
          <w:b w:val="0"/>
          <w:i w:val="0"/>
        </w:rPr>
        <w:t>Nếu bạn thực sự muốn sửa chữa điều này và tạo ra mối quan hệ lành mạnh, đầy yêu thương mà bạn hằng mơ ước, bạn phải sẵn sàng độc thân trong năm tới và tập trung vào việc tìm ra cách để hạnh phúc một mình và chữa lành.</w:t>
      </w:r>
    </w:p>
    <w:p>
      <w:pPr>
        <w:spacing w:after="80"/>
      </w:pPr>
      <w:r>
        <w:rPr>
          <w:b w:val="0"/>
          <w:i w:val="0"/>
        </w:rPr>
        <w:t>"Nhưng, Mel. . . tôi không muốn độc thân, và tôi không nghĩ đó là vấn đề lớn đến thế. Tôi chỉ là đã gặp nhầm người. Không phải tôi. Là họ. Tôi chỉ cần chọn một người khác thôi."</w:t>
      </w:r>
    </w:p>
    <w:p>
      <w:pPr>
        <w:spacing w:after="80"/>
      </w:pPr>
      <w:r>
        <w:rPr>
          <w:b w:val="0"/>
          <w:i w:val="0"/>
        </w:rPr>
        <w:t>Không đâu! Vấn đề là bạn. Tôi vừa nhận ra, khi tôi đang nói điều này với bạn. . . rằng bạn sẽ nghĩ mình là ngoại lệ của nghiên cứu này.</w:t>
      </w:r>
    </w:p>
    <w:p>
      <w:pPr>
        <w:spacing w:after="80"/>
      </w:pPr>
      <w:r>
        <w:rPr>
          <w:b w:val="0"/>
          <w:i w:val="0"/>
        </w:rPr>
        <w:t>Nhớ lại phần trước trong cuốn sách khi bạn gặp Tiến sĩ Sharot từ MIT, và cô ấy đã dạy bạn tại sao bạn không thể khiến người khác thay đổi chứ? Bởi vì mọi người đều nghĩ mình là ngoại lệ, và điều đó đang xảy ra với bạn ngay lúc này.</w:t>
      </w:r>
    </w:p>
    <w:p>
      <w:pPr>
        <w:spacing w:after="80"/>
      </w:pPr>
      <w:r>
        <w:rPr>
          <w:b w:val="0"/>
          <w:i w:val="0"/>
        </w:rPr>
        <w:t>Nếu bạn có kiểu theo đuổi tình yêu này, nhưng không bao giờ đạt được một cam kết lành mạnh, bạn không phải là ngoại lệ. Bạn là vấn đề. Thách thức lớn nhất mà bạn sẽ gặp phải là nhận ra sự phủ nhận của chính mình rằng đây thực sự là một kiểu mà bạn cần sửa chữa và rằng việc ở trong một mối quan hệ khác sẽ khiến bạn không thể sửa chữa được vấn đề này.</w:t>
      </w:r>
    </w:p>
    <w:p>
      <w:pPr>
        <w:spacing w:after="80"/>
      </w:pPr>
      <w:r>
        <w:rPr>
          <w:b w:val="0"/>
          <w:i w:val="0"/>
        </w:rPr>
        <w:t>Bạn xứng đáng có một câu chuyện tình yêu tuyệt vời, nhưng bạn sẽ không thể tạo ra nó cho đến khi bạn tìm ra nguyên nhân gốc rễ khiến bạn cứ mãi chọn những người không lành mạnh hoặc không chịu cam kết với bạn.</w:t>
      </w:r>
    </w:p>
    <w:p>
      <w:pPr>
        <w:spacing w:after="80"/>
      </w:pPr>
      <w:r>
        <w:rPr>
          <w:b w:val="0"/>
          <w:i w:val="0"/>
        </w:rPr>
        <w:t>Và tôi nói điều này với bạn bằng cả tình yêu thương.</w:t>
      </w:r>
    </w:p>
    <w:p>
      <w:pPr>
        <w:spacing w:after="80"/>
      </w:pPr>
      <w:r>
        <w:rPr>
          <w:b w:val="0"/>
          <w:i w:val="0"/>
        </w:rPr>
        <w:t>Giờ thì hãy nói về việc áp dụng Lý thuyết Để Họ Tự Do (Let Them Theory) trong những tình huống bạn đang hẹn hò với ai đó hoặc đang trong một mối quan hệ, và bạn muốn đưa nó lên một tầm cao mới, nhưng bạn không chắc người kia đang ở đâu hoặc làm sao để mở lời về một cam kết lớn hơn mà không đánh mất vị thế của mình.</w:t>
      </w:r>
    </w:p>
    <w:p>
      <w:pPr>
        <w:pStyle w:val="Heading2"/>
      </w:pPr>
      <w:r>
        <w:rPr>
          <w:rFonts w:ascii="Calibri" w:hAnsi="Calibri"/>
          <w:b/>
          <w:i w:val="0"/>
          <w:sz w:val="32"/>
        </w:rPr>
        <w:t>Cuộc Trò Chuyện Về Cam Kết</w:t>
      </w:r>
    </w:p>
    <w:p>
      <w:pPr>
        <w:spacing w:after="80"/>
      </w:pPr>
      <w:r>
        <w:rPr>
          <w:b w:val="0"/>
          <w:i w:val="0"/>
        </w:rPr>
        <w:t>Trong bất kỳ mối quan hệ nào cũng sẽ đến lúc bạn tự hỏi không biết chuyện này đang đi về đâu, hoặc liệu hai người có đang cùng chung một suy nghĩ về điều mình muốn hay không. Ngay khi bạn bắt đầu cảm thấy như vậy, đó là lúc cần có một cuộc trò chuyện.</w:t>
      </w:r>
    </w:p>
    <w:p>
      <w:pPr>
        <w:spacing w:after="80"/>
      </w:pPr>
      <w:r>
        <w:rPr>
          <w:b w:val="0"/>
          <w:i w:val="0"/>
        </w:rPr>
        <w:t>Đừng bao giờ cảm thấy tệ khi đòi hỏi những gì bạn xứng đáng được nhận. Đừng bao giờ nói bóng gió về một điều quan trọng như sự cam kết. Việc có thể trò chuyện một cách chân thành chính là nền tảng của một mối quan hệ yêu thương và lành mạnh.</w:t>
      </w:r>
    </w:p>
    <w:p>
      <w:pPr>
        <w:spacing w:after="80"/>
      </w:pPr>
      <w:r>
        <w:rPr>
          <w:b w:val="0"/>
          <w:i w:val="0"/>
        </w:rPr>
        <w:t>Vậy nên đừng sợ điều này, hãy đón nhận nó. Nếu mối quan hệ này là định mệnh, cuộc trò chuyện này sẽ khiến nó bền chặt hơn. Một cuộc trò chuyện thật sự chỉ phá hủy những thứ giả tạo mà thôi.</w:t>
      </w:r>
    </w:p>
    <w:p>
      <w:pPr>
        <w:spacing w:after="80"/>
      </w:pPr>
      <w:r>
        <w:rPr>
          <w:b w:val="0"/>
          <w:i w:val="0"/>
        </w:rPr>
        <w:t xml:space="preserve">Cách bạn dẫn dắt cuộc trò chuyện này đến từ người bạn của tôi, Matthew Hussey, một tác giả sách bán chạy của </w:t>
      </w:r>
      <w:r>
        <w:rPr>
          <w:b w:val="0"/>
          <w:i/>
        </w:rPr>
        <w:t>New York Times</w:t>
      </w:r>
      <w:r>
        <w:rPr>
          <w:b w:val="0"/>
          <w:i w:val="0"/>
        </w:rPr>
        <w:t>, người đã giúp mọi người trong hơn 17 năm qua cảm thấy tự tin hơn và làm chủ được các mối quan hệ của mình. Kênh YouTube của anh ấy đứng số 1 thế giới về tư vấn tình yêu, với hơn nửa tỷ lượt xem.</w:t>
      </w:r>
    </w:p>
    <w:p>
      <w:pPr>
        <w:spacing w:after="80"/>
      </w:pPr>
      <w:r>
        <w:rPr>
          <w:b w:val="0"/>
          <w:i w:val="0"/>
        </w:rPr>
        <w:t>Trong quá trình nghiên cứu cuốn sách này, tôi đã nói chuyện với Matthew về những sai lầm mà mọi người thường mắc phải khi muốn đưa một mối quan hệ lên tầm cao mới.</w:t>
      </w:r>
    </w:p>
    <w:p>
      <w:pPr>
        <w:spacing w:after="80"/>
      </w:pPr>
      <w:r>
        <w:rPr>
          <w:b w:val="0"/>
          <w:i w:val="0"/>
        </w:rPr>
        <w:t>Và anh ấy đã kể cho tôi một câu chuyện cá nhân rất cảm động. Anh kể rằng khi gặp vợ mình, Audrey, anh đang hẹn hò với nhiều người; họ còn sống ở những thành phố khác nhau, và mọi thứ rất hời hợt. Anh thú nhận với tôi (trong khi Audrey đang ngồi ngay cạnh chúng tôi) rằng anh đang dắt mũi cô ấy. Đó là... cho đến khi cô ấy ngồi xuống với anh và có một cuộc trò chuyện được sắp xếp theo một cách rất đặc biệt, khiến anh hoàn toàn bất ngờ.</w:t>
      </w:r>
    </w:p>
    <w:p>
      <w:pPr>
        <w:spacing w:after="80"/>
      </w:pPr>
      <w:r>
        <w:rPr>
          <w:b w:val="0"/>
          <w:i w:val="0"/>
        </w:rPr>
        <w:t>Cô ấy không khiến anh cảm thấy tệ. Cô ấy không nói mãi về việc cô thích anh nhiều đến mức nào, hay rằng cô đang phải lòng anh. Thực tế, cô ấy không tập trung vào anh chút nào. Cô ấy tập trung vào giá trị thời gian của mình và những gì cô đang tìm kiếm.</w:t>
      </w:r>
    </w:p>
    <w:p>
      <w:pPr>
        <w:spacing w:after="80"/>
      </w:pPr>
      <w:r>
        <w:rPr>
          <w:b w:val="0"/>
          <w:i w:val="0"/>
        </w:rPr>
        <w:t>Khi Matthew kể cho tôi câu chuyện này, anh nói rằng sai lầm số 1 mà mọi người mắc phải khi cố gắng đưa mọi thứ lên tầm cao mới là tập trung vào người kia, thay vì tập trung vào giá trị thời gian của mình và những gì mình muốn trong cuộc sống. Và nó đã hiệu quả—vì anh đã ngừng hẹn hò với tất cả những người khác, và cam kết với Audrey ngay lập tức, và giờ họ đã kết hôn và là đối tác kinh doanh của nhau.</w:t>
      </w:r>
    </w:p>
    <w:p>
      <w:pPr>
        <w:spacing w:after="80"/>
      </w:pPr>
      <w:r>
        <w:rPr>
          <w:b w:val="0"/>
          <w:i w:val="0"/>
        </w:rPr>
        <w:t>Anh ấy đã dẫn tôi đi qua những gì anh học được từ trải nghiệm đó, cách anh hiện đang dạy kỹ thuật này, và cách bạn cũng có thể dẫn dắt cuộc trò chuyện này. Vậy đây là những gì bạn sẽ làm:</w:t>
      </w:r>
    </w:p>
    <w:p>
      <w:pPr>
        <w:spacing w:after="80"/>
      </w:pPr>
      <w:r>
        <w:rPr>
          <w:b w:val="0"/>
          <w:i w:val="0"/>
        </w:rPr>
        <w:t>Tương tự như Vòng Lặp ABC, đừng có cuộc trò chuyện này ở quán bar, qua điện thoại, hay khi bạn đang gấp gáp về thời gian. Đừng bao giờ nghĩ đến việc nhắn tin để nói điều này. Điều quan trọng là đừng bước vào cuộc trò chuyện này với bất kỳ kỳ vọng nào rằng người kia sẽ muốn điều giống như bạn. Bạn đang tìm kiếm sự rõ ràng vì bạn đã đến mức biết rằng nếu chuyện này không đi đến đâu, thì nó không còn đáng để bạn dành thời gian nữa.</w:t>
      </w:r>
    </w:p>
    <w:p>
      <w:pPr>
        <w:spacing w:after="80"/>
      </w:pPr>
      <w:r>
        <w:rPr>
          <w:b w:val="0"/>
          <w:i w:val="0"/>
        </w:rPr>
        <w:t>Đây không phải là chuyện có được câu trả lời mà bạn muốn. Đây là chuyện có được sự thật về vị trí của bạn. Đây không phải là một cuộc trò chuyện đặc biệt giàu cảm xúc. Đây là chuyện về sự thật rằng điều gì đáng để bạn dành thời gian, và điều gì không. Đây là những gì Matthew đề xuất, nhưng hãy biến nó thành của riêng bạn:</w:t>
      </w:r>
    </w:p>
    <w:p>
      <w:pPr>
        <w:spacing w:after="80"/>
      </w:pPr>
      <w:r>
        <w:rPr>
          <w:b w:val="0"/>
          <w:i w:val="0"/>
        </w:rPr>
        <w:t>Em thật sự rất thích được dành thời gian với anh. Và em hiểu chính mình, và em thật sự đang tìm kiếm một sự cam kết. Em muốn nói chuyện với anh vì em muốn xem liệu cả hai chúng ta có cùng tầm nhìn về việc chuyện này sẽ đi về đâu không. Em trân trọng thời gian và năng lượng của mình, và em không muốn dồn thời gian và năng lượng vào việc dành thời gian với một người nếu nó không đi đến tầm cao mới. Và em đã đến điểm đó với anh. Mọi thứ thật sự rất vui. Em thích được ở bên anh. Nhưng em chỉ muốn đầu tư thêm thời gian và năng lượng nếu chúng ta sẽ đi đến tầm cao mới. Và nếu anh không thấy điều tương tự, thì chuyện này cũng đã rất tuyệt rồi. Nhưng em hiểu chính mình và em cần chọn dành thời gian mình có cho những người muốn những điều giống như em muốn.</w:t>
      </w:r>
    </w:p>
    <w:p>
      <w:pPr>
        <w:spacing w:after="80"/>
      </w:pPr>
      <w:r>
        <w:rPr>
          <w:b w:val="0"/>
          <w:i w:val="0"/>
        </w:rPr>
        <w:t>Wow. Ước gì mình đã biết điều này hồi còn hẹn hò. Điều khiến mình ấn tượng về cách tiếp cận của Matthew và Audrey là nó thực tế đến mức nào.</w:t>
      </w:r>
    </w:p>
    <w:p>
      <w:pPr>
        <w:spacing w:after="80"/>
      </w:pPr>
      <w:r>
        <w:rPr>
          <w:b w:val="0"/>
          <w:i w:val="0"/>
        </w:rPr>
        <w:t>Khi đọc nó, bạn có thấy nể người đang nói không? Rằng họ "trân trọng" thời gian và năng lượng của mình? Và bạn có để ý không, họ cực kỳ khen ngợi người mà họ đã hẹn hò?</w:t>
      </w:r>
    </w:p>
    <w:p>
      <w:pPr>
        <w:spacing w:after="80"/>
      </w:pPr>
      <w:r>
        <w:rPr>
          <w:b w:val="0"/>
          <w:i w:val="0"/>
        </w:rPr>
        <w:t>Không gieo cảm giác tội lỗi. Không buộc tội. Không kể lể bi thương. Chỉ là hai người lớn đang vui vẻ bên nhau, và giờ một trong hai nói rõ ràng về điều họ muốn trong cuộc sống.</w:t>
      </w:r>
    </w:p>
    <w:p>
      <w:pPr>
        <w:spacing w:after="80"/>
      </w:pPr>
      <w:r>
        <w:rPr>
          <w:b w:val="0"/>
          <w:i w:val="0"/>
        </w:rPr>
        <w:t>Bạn có thấy nể điều đó không? Mình thì chắc chắn có. Bạn có muốn trân trọng thời gian của mình nhiều như vậy không? Tất nhiên là có rồi! Và bạn có muốn ở bên một người ngầu đến mức họ trân trọng thời gian của mình đến vậy, và thực sự nghiêm túc với điều đó không?</w:t>
      </w:r>
    </w:p>
    <w:p>
      <w:pPr>
        <w:spacing w:after="80"/>
      </w:pPr>
      <w:r>
        <w:rPr>
          <w:b w:val="0"/>
          <w:i w:val="0"/>
        </w:rPr>
        <w:t>Và, bạn có để ý thấy không hề có kỳ vọng nào không? Cánh cửa rộng mở để người kia có thể nói không.</w:t>
      </w:r>
    </w:p>
    <w:p>
      <w:pPr>
        <w:spacing w:after="80"/>
      </w:pPr>
      <w:r>
        <w:rPr>
          <w:b w:val="0"/>
          <w:i w:val="0"/>
        </w:rPr>
        <w:t>Đây là phần khó: Đôi khi những người bạn chọn sẽ không chọn lại bạn. Điều đó sẽ tệ. Bạn sẽ cảm thấy mất tinh thần. Và rồi bạn sẽ ổn thôi.</w:t>
      </w:r>
    </w:p>
    <w:p>
      <w:pPr>
        <w:spacing w:after="80"/>
      </w:pPr>
      <w:r>
        <w:rPr>
          <w:b w:val="0"/>
          <w:i w:val="0"/>
        </w:rPr>
        <w:t>Và vấn đề là thế này, kể cả khi họ nói không, bạn vẫn được chọn điều mình làm tiếp theo.</w:t>
      </w:r>
    </w:p>
    <w:p>
      <w:pPr>
        <w:spacing w:after="80"/>
      </w:pPr>
      <w:r>
        <w:rPr>
          <w:b w:val="0"/>
          <w:i w:val="0"/>
        </w:rPr>
        <w:t>Nếu họ nói với bạn—anh không muốn dọn về sống chung với em; anh không muốn làm bạn trai hay bạn gái của em; anh không muốn yêu xa; anh không muốn kết hôn; anh không bao giờ muốn có con; anh không chuyển về quê em—thì họ đã cho bạn tất cả những gì họ có thể cho. Và chỉ có vậy thôi.</w:t>
      </w:r>
    </w:p>
    <w:p>
      <w:pPr>
        <w:spacing w:after="80"/>
      </w:pPr>
      <w:r>
        <w:rPr>
          <w:b w:val="0"/>
          <w:i/>
        </w:rPr>
        <w:t>Hãy Để Họ</w:t>
      </w:r>
      <w:r>
        <w:rPr>
          <w:b w:val="0"/>
          <w:i w:val="0"/>
        </w:rPr>
        <w:t>.</w:t>
      </w:r>
    </w:p>
    <w:p>
      <w:pPr>
        <w:spacing w:after="80"/>
      </w:pPr>
      <w:r>
        <w:rPr>
          <w:b w:val="0"/>
          <w:i w:val="0"/>
        </w:rPr>
        <w:t>Như người bạn của mình, tác giả bán chạy nhất Mục sư Sarah Jakes Roberts hay nói, "Những mẩu vụn trên bàn này là thứ bạn sẵn sàng chấp nhận, hay bạn đang tìm một bữa ăn năm sao?"</w:t>
      </w:r>
    </w:p>
    <w:p>
      <w:pPr>
        <w:spacing w:after="80"/>
      </w:pPr>
      <w:r>
        <w:rPr>
          <w:b w:val="0"/>
          <w:i w:val="0"/>
        </w:rPr>
        <w:t>Nếu bạn chọn ở lại trong chuyện này sau khi họ đã nói rằng họ không muốn những điều giống bạn, thì đó là lỗi của bạn. Nếu bạn ở lại trong một mối quan hệ sau khi họ không chịu cam kết, cuộc gọi tiếp theo nên là cho bác sĩ trị liệu của bạn, vì có điều gì đó sâu xa hơn đang diễn ra.</w:t>
      </w:r>
    </w:p>
    <w:p>
      <w:pPr>
        <w:spacing w:after="80"/>
      </w:pPr>
      <w:r>
        <w:rPr>
          <w:b w:val="0"/>
          <w:i w:val="0"/>
        </w:rPr>
        <w:t>Với tư cách là bạn của bạn, mình sẽ hỏi bạn: Tại sao bạn muốn ở bên một người không chịu cam kết với bạn? Tại sao bạn muốn ở bên một người không muốn những điều giống bạn muốn?</w:t>
      </w:r>
    </w:p>
    <w:p>
      <w:pPr>
        <w:spacing w:after="80"/>
      </w:pPr>
      <w:r>
        <w:rPr>
          <w:b w:val="0"/>
          <w:i w:val="0"/>
        </w:rPr>
        <w:t>Đúng, ở một mình có thể rất đáng sợ. Đúng, thật hụt hẫng khi biết thêm sáu tháng nữa vừa trôi qua. Đúng, thật cám dỗ khi ở bên những mẩu vụn trên bàn thay vì quay lại thị trường hẹn hò.</w:t>
      </w:r>
    </w:p>
    <w:p>
      <w:pPr>
        <w:spacing w:after="80"/>
      </w:pPr>
      <w:r>
        <w:rPr>
          <w:b w:val="0"/>
          <w:i w:val="0"/>
        </w:rPr>
        <w:t>Bạn có thể nghĩ mình sẽ không bao giờ tìm được tình yêu. Bạn có thể nghĩ mình sẽ không bao giờ tìm được ai thông minh, hài hước, hấp dẫn, biết khen ngợi, hay giỏi trên giường như vậy. Nhưng bạn sai rồi. Điều đó không đúng.</w:t>
      </w:r>
    </w:p>
    <w:p>
      <w:pPr>
        <w:spacing w:after="80"/>
      </w:pPr>
      <w:r>
        <w:rPr>
          <w:b w:val="0"/>
          <w:i w:val="0"/>
        </w:rPr>
        <w:t>Đừng chấp nhận những mẩu vụn trên bàn.</w:t>
      </w:r>
    </w:p>
    <w:p>
      <w:pPr>
        <w:spacing w:after="80"/>
      </w:pPr>
      <w:r>
        <w:rPr>
          <w:b w:val="0"/>
          <w:i w:val="0"/>
        </w:rPr>
        <w:t xml:space="preserve">Hãy dũng cảm. Nói không với những tình huống sai là cách bạn tìm được đúng người cho mình. </w:t>
      </w:r>
      <w:r>
        <w:rPr>
          <w:b w:val="0"/>
          <w:i/>
        </w:rPr>
        <w:t>Hãy Để Họ</w:t>
      </w:r>
      <w:r>
        <w:rPr>
          <w:b w:val="0"/>
          <w:i w:val="0"/>
        </w:rPr>
        <w:t xml:space="preserve"> tiết lộ họ là ai, và bạn đang ở đâu. Rồi bạn phải tập trung vào phần thứ hai của Lý thuyết Let Them, </w:t>
      </w:r>
      <w:r>
        <w:rPr>
          <w:b w:val="0"/>
          <w:i/>
        </w:rPr>
        <w:t>Let Me</w:t>
      </w:r>
      <w:r>
        <w:rPr>
          <w:b w:val="0"/>
          <w:i w:val="0"/>
        </w:rPr>
        <w:t>.</w:t>
      </w:r>
    </w:p>
    <w:p>
      <w:pPr>
        <w:spacing w:after="80"/>
      </w:pPr>
      <w:r>
        <w:rPr>
          <w:b w:val="0"/>
          <w:i/>
        </w:rPr>
        <w:t>Hãy để tôi</w:t>
      </w:r>
      <w:r>
        <w:rPr>
          <w:b w:val="0"/>
          <w:i w:val="0"/>
        </w:rPr>
        <w:t xml:space="preserve"> kết thúc một mối quan hệ với người không chịu cam kết.</w:t>
      </w:r>
    </w:p>
    <w:p>
      <w:pPr>
        <w:spacing w:after="80"/>
      </w:pPr>
      <w:r>
        <w:rPr>
          <w:b w:val="0"/>
          <w:i/>
        </w:rPr>
        <w:t>Hãy để tôi</w:t>
      </w:r>
      <w:r>
        <w:rPr>
          <w:b w:val="0"/>
          <w:i w:val="0"/>
        </w:rPr>
        <w:t xml:space="preserve"> tin rằng đây là một bước tiến nữa trên con đường chọn lấy tình yêu mà tôi xứng đáng có được.</w:t>
      </w:r>
    </w:p>
    <w:p>
      <w:pPr>
        <w:spacing w:after="80"/>
      </w:pPr>
      <w:r>
        <w:rPr>
          <w:b w:val="0"/>
          <w:i/>
        </w:rPr>
        <w:t>Hãy để tôi</w:t>
      </w:r>
      <w:r>
        <w:rPr>
          <w:b w:val="0"/>
          <w:i w:val="0"/>
        </w:rPr>
        <w:t xml:space="preserve"> ngừng đuổi theo tiềm năng của mối quan hệ này và nhìn vào thực tế.</w:t>
      </w:r>
    </w:p>
    <w:p>
      <w:pPr>
        <w:spacing w:after="80"/>
      </w:pPr>
      <w:r>
        <w:rPr>
          <w:b w:val="0"/>
          <w:i/>
        </w:rPr>
        <w:t>Hãy để tôi</w:t>
      </w:r>
      <w:r>
        <w:rPr>
          <w:b w:val="0"/>
          <w:i w:val="0"/>
        </w:rPr>
        <w:t xml:space="preserve"> tin rằng tôi vừa tiến thêm một bước gần hơn tới đúng người.</w:t>
      </w:r>
    </w:p>
    <w:p>
      <w:pPr>
        <w:spacing w:after="80"/>
      </w:pPr>
      <w:r>
        <w:rPr>
          <w:b w:val="0"/>
          <w:i/>
        </w:rPr>
        <w:t>Hãy để tôi</w:t>
      </w:r>
      <w:r>
        <w:rPr>
          <w:b w:val="0"/>
          <w:i w:val="0"/>
        </w:rPr>
        <w:t xml:space="preserve"> lấy lại sức mạnh của mình, bởi vì tình yêu của đời tôi đang ở ngay gần đây thôi.</w:t>
      </w:r>
    </w:p>
    <w:p>
      <w:pPr>
        <w:pStyle w:val="Heading1"/>
      </w:pPr>
      <w:r>
        <w:rPr>
          <w:rFonts w:ascii="Calibri" w:hAnsi="Calibri"/>
          <w:b/>
          <w:i w:val="0"/>
          <w:sz w:val="40"/>
        </w:rPr>
        <w:t>CHƯƠNG 20</w:t>
      </w:r>
    </w:p>
    <w:p>
      <w:pPr>
        <w:pStyle w:val="Heading1"/>
      </w:pPr>
      <w:r>
        <w:rPr>
          <w:rFonts w:ascii="Calibri" w:hAnsi="Calibri"/>
          <w:b/>
          <w:i w:val="0"/>
          <w:sz w:val="40"/>
        </w:rPr>
        <w:t>Mọi Kết Thúc Đều Là Một Khởi Đầu Đẹp Đẽ</w:t>
      </w:r>
    </w:p>
    <w:p>
      <w:pPr>
        <w:spacing w:after="80"/>
      </w:pPr>
      <w:r>
        <w:rPr>
          <w:b w:val="0"/>
          <w:i w:val="0"/>
        </w:rPr>
        <w:t>Một chủ đề cứ liên tục xuất hiện khi tôi nghiên cứu cuốn sách này là làm sao biết được khi nào những vấn đề bạn đang gặp phải trong một mối quan hệ là thứ bạn có thể giải quyết, và khi nào là thứ bạn cần phải chấp nhận.</w:t>
      </w:r>
    </w:p>
    <w:p>
      <w:pPr>
        <w:spacing w:after="80"/>
      </w:pPr>
      <w:r>
        <w:rPr>
          <w:b w:val="0"/>
          <w:i w:val="0"/>
        </w:rPr>
        <w:t xml:space="preserve">Khi nào thì suy nghĩ quá nhiều, bực bội và cãi vặt là bình thường, và khi nào thì đó là dấu hiệu cho thấy có gì đó đã hỏng? Khi nào tôi nên </w:t>
      </w:r>
      <w:r>
        <w:rPr>
          <w:b w:val="0"/>
          <w:i/>
        </w:rPr>
        <w:t>Hãy Để Họ</w:t>
      </w:r>
      <w:r>
        <w:rPr>
          <w:b w:val="0"/>
          <w:i w:val="0"/>
        </w:rPr>
        <w:t xml:space="preserve"> được là chính mình, và khi nào nên thừa nhận sự thật đau lòng rằng mối quan hệ này không còn phù hợp với tôi nữa?</w:t>
      </w:r>
    </w:p>
    <w:p>
      <w:pPr>
        <w:spacing w:after="80"/>
      </w:pPr>
      <w:r>
        <w:rPr>
          <w:b w:val="0"/>
          <w:i w:val="0"/>
        </w:rPr>
        <w:t>Đã kết hôn gần 30 năm, tôi có thể nói với bạn rằng sự cho và nhận lẫn nhau cùng việc thỏa hiệp là cực kỳ quan trọng cho một mối quan hệ thành công. Không ai hoàn hảo, không mối quan hệ nào hoàn hảo, và mọi mối quan hệ đều thay đổi theo thời gian.</w:t>
      </w:r>
    </w:p>
    <w:p>
      <w:pPr>
        <w:spacing w:after="80"/>
      </w:pPr>
      <w:r>
        <w:rPr>
          <w:b w:val="0"/>
          <w:i w:val="0"/>
        </w:rPr>
        <w:t>Trong một mối quan hệ đối tác lâu dài, sẽ có những giai đoạn tuyệt vời, và cũng sẽ có những lúc cực kỳ khó khăn. Nhưng mọi cặp đôi đã làm cho mối quan hệ của họ thành công đều có hai điều quan trọng hiện diện:</w:t>
      </w:r>
    </w:p>
    <w:p>
      <w:pPr>
        <w:spacing w:after="80"/>
      </w:pPr>
      <w:r>
        <w:rPr>
          <w:b w:val="0"/>
          <w:i w:val="0"/>
        </w:rPr>
        <w:t>Thứ nhất, cả hai đều muốn mối quan hệ này thành công. Và cả hai đều sẵn lòng làm việc để làm cho nó tốt hơn. Thứ hai, những vấn đề gây ra rắc rối không đòi hỏi bất kỳ ai phải từ bỏ ước mơ hay thỏa hiệp các giá trị của mình.</w:t>
      </w:r>
    </w:p>
    <w:p>
      <w:pPr>
        <w:spacing w:after="80"/>
      </w:pPr>
      <w:r>
        <w:rPr>
          <w:b w:val="0"/>
          <w:i w:val="0"/>
        </w:rPr>
        <w:t>Vậy nên nếu bạn đang ngồi đây tự hỏi liệu mình có đang ở trong mối quan hệ đúng đắn không, thì đó là điều tốt, bởi vì nó có nghĩa là bạn muốn ở bên một người sẽ khơi ra những điều tốt đẹp nhất trong bạn, và sẽ cùng bạn tạo nên một cuộc sống tốt đẹp.</w:t>
      </w:r>
    </w:p>
    <w:p>
      <w:pPr>
        <w:spacing w:after="80"/>
      </w:pPr>
      <w:r>
        <w:rPr>
          <w:b w:val="0"/>
          <w:i w:val="0"/>
        </w:rPr>
        <w:t>Một trong những điều khó khăn nhất mà tôi từng trải qua là ở bên một người thực sự tử tế, và biết sâu thẳm trong lòng rằng họ không phải là người phù hợp với mình.</w:t>
      </w:r>
    </w:p>
    <w:p>
      <w:pPr>
        <w:spacing w:after="80"/>
      </w:pPr>
      <w:r>
        <w:rPr>
          <w:b w:val="0"/>
          <w:i w:val="0"/>
        </w:rPr>
        <w:t>Hoặc, trong một vài trường hợp, ở bên một người thực sự tử tế và biết rằng mình đang ở sai chỗ về mặt tinh thần và không phải là người phù hợp với họ—thực ra, tôi chẳng có tư cách gì để ở trong một mối quan hệ cả. (Tôi đang nghĩ về những lời xin lỗi tôi đã nói với các bạn trai thời đại học và thời học luật. Tôi đã ở trong một trạng thái tinh thần tồi tệ vào những năm 20 tuổi, và trời ơi tôi đã cư xử theo những cách mà tôi vô cùng hối hận.)</w:t>
      </w:r>
    </w:p>
    <w:p>
      <w:pPr>
        <w:spacing w:after="80"/>
      </w:pPr>
      <w:r>
        <w:rPr>
          <w:b w:val="0"/>
          <w:i w:val="0"/>
        </w:rPr>
        <w:t>Thừa nhận rằng một mối quan hệ không còn hiệu quả là một trong những điều khó nhất trên đời để làm, đặc biệt là nếu bạn đang yêu họ. Thường thì vấn đề là gì không rõ ràng đến thế. Sâu thẳm trong lòng bạn chỉ biết rằng bên dưới những ngày tháng thường nhật, và những thói quen quen thuộc bên nhau, có gì đó không ổn.</w:t>
      </w:r>
    </w:p>
    <w:p>
      <w:pPr>
        <w:pStyle w:val="Heading2"/>
      </w:pPr>
      <w:r>
        <w:rPr>
          <w:rFonts w:ascii="Calibri" w:hAnsi="Calibri"/>
          <w:b/>
          <w:i w:val="0"/>
          <w:sz w:val="32"/>
        </w:rPr>
        <w:t>Yêu Con Người, Không Phải Tiềm Năng Của Họ</w:t>
      </w:r>
    </w:p>
    <w:p>
      <w:pPr>
        <w:spacing w:after="80"/>
      </w:pPr>
      <w:r>
        <w:rPr>
          <w:b w:val="0"/>
          <w:i w:val="0"/>
        </w:rPr>
        <w:t xml:space="preserve">Mỗi khi bạn thấy mình tự hỏi liệu đây có phải là mối quan hệ đúng đắn dành cho mình hay không, hãy tự hỏi: </w:t>
      </w:r>
      <w:r>
        <w:rPr>
          <w:b w:val="0"/>
          <w:i/>
        </w:rPr>
        <w:t>Bạn có thể chấp nhận con người này đúng như họ đang là, đúng như nơi họ đang đứng, và vẫn yêu thương họ không</w:t>
      </w:r>
      <w:r>
        <w:rPr>
          <w:b w:val="0"/>
          <w:i w:val="0"/>
        </w:rPr>
        <w:t>?</w:t>
      </w:r>
    </w:p>
    <w:p>
      <w:pPr>
        <w:spacing w:after="80"/>
      </w:pPr>
      <w:r>
        <w:rPr>
          <w:b w:val="0"/>
          <w:i w:val="0"/>
        </w:rPr>
        <w:t>Điều đó có nghĩa là, bạn có thật lòng yêu bạn trai, bạn gái, vợ, chồng hay người bạn đời của mình vì con người hiện tại của họ không? Hay bạn yêu con người họ từng là, hoặc con người mà bạn ước họ sẽ trở thành?</w:t>
      </w:r>
    </w:p>
    <w:p>
      <w:pPr>
        <w:spacing w:after="80"/>
      </w:pPr>
      <w:r>
        <w:rPr>
          <w:b w:val="0"/>
          <w:i w:val="0"/>
        </w:rPr>
        <w:t>Kể cả khi có những điều cụ thể khiến bạn khó chịu, thì cuối cùng chúng cũng có thể không phải là những điều phá vỡ mối quan hệ. Chúng có thể là những điều bạn phải học cách chấp nhận, và đó chính là phần việc bạn sẽ phải làm để mối quan hệ này phát triển tốt đẹp.</w:t>
      </w:r>
    </w:p>
    <w:p>
      <w:pPr>
        <w:spacing w:after="80"/>
      </w:pPr>
      <w:r>
        <w:rPr>
          <w:b w:val="0"/>
          <w:i/>
        </w:rPr>
        <w:t>Hãy Để Họ Tự Do</w:t>
      </w:r>
      <w:r>
        <w:rPr>
          <w:b w:val="0"/>
          <w:i w:val="0"/>
        </w:rPr>
        <w:t>.</w:t>
      </w:r>
    </w:p>
    <w:p>
      <w:pPr>
        <w:spacing w:after="80"/>
      </w:pPr>
      <w:r>
        <w:rPr>
          <w:b w:val="0"/>
          <w:i w:val="0"/>
        </w:rPr>
        <w:t>Ví dụ, có thể bạn không chịu nổi việc họ bắt đầu hút vape, họ không chăm sóc bản thân, họ quá bừa bộn đến mức khiến bạn phát điên, họ chẳng lên kế hoạch gì cả, chuyện chăn gối thì nhàm chán khi nó diễn ra, họ không bao giờ muốn làm gì cả, hoặc họ không hứng thú với việc chuyển đến một thành phố mới hay đi du lịch đến một đất nước mới vào kỳ nghỉ.</w:t>
      </w:r>
    </w:p>
    <w:p>
      <w:pPr>
        <w:spacing w:after="80"/>
      </w:pPr>
      <w:r>
        <w:rPr>
          <w:b w:val="0"/>
          <w:i w:val="0"/>
        </w:rPr>
        <w:t>Bạn có thể vẫn yêu thương họ bất chấp tất cả những điều này không? Bởi vì, thực tế là. . . họ có thể sẽ không bao giờ thay đổi. Và còn một điều nữa, có lẽ họ sẽ không thay đổi đâu.</w:t>
      </w:r>
    </w:p>
    <w:p>
      <w:pPr>
        <w:spacing w:after="80"/>
      </w:pPr>
      <w:r>
        <w:rPr>
          <w:b w:val="0"/>
          <w:i w:val="0"/>
        </w:rPr>
        <w:t>Hãy nhớ, một trong những điểm mấu chốt nền tảng của cuốn sách này: Con người chỉ làm những gì họ cảm thấy muốn làm. Đúng, bạn có thể gây ảnh hưởng đến họ. Nhưng nếu bạn cứ mãi muốn họ thay đổi, mà họ không thay đổi, thì điều đó không chỉ làm suy yếu tình yêu của bạn. Nó còn tạo ra sự oán giận.</w:t>
      </w:r>
    </w:p>
    <w:p>
      <w:pPr>
        <w:spacing w:after="80"/>
      </w:pPr>
      <w:r>
        <w:rPr>
          <w:b w:val="0"/>
          <w:i w:val="0"/>
        </w:rPr>
        <w:t>Điều tôi nhận thấy ở các cặp đôi là càng ở bên nhau lâu, bạn càng muốn người bạn đời của mình giống mình hơn. Điều đó không công bằng. Vậy nên hãy thành thật với chính mình. Có phải bạn chỉ muốn họ giống hệt bạn, hay là một trong những nhu cầu nền tảng của bạn trong mối quan hệ đang không được đáp ứng? Điều này rất quan trọng bởi vì dựa trên các quy luật bản chất con người, bạn nên giả định rằng người đó sẽ không bao giờ thay đổi.</w:t>
      </w:r>
    </w:p>
    <w:p>
      <w:pPr>
        <w:spacing w:after="80"/>
      </w:pPr>
      <w:r>
        <w:rPr>
          <w:b w:val="0"/>
          <w:i/>
        </w:rPr>
        <w:t>Hãy Để Họ</w:t>
      </w:r>
      <w:r>
        <w:rPr>
          <w:b w:val="0"/>
          <w:i w:val="0"/>
        </w:rPr>
        <w:t xml:space="preserve"> được là chính mình. Thay vì ngồi đó âm thầm oán giận họ hay chỉ trích họ sau lưng, hãy là người yêu thương và trưởng thành trong mối quan hệ. Hoặc là ngừng cố gắng biến họ thành giống bạn, và chấp nhận họ đúng như họ đang là, hoặc là có một cuộc trò chuyện mang tính xây dựng và đầy yêu thương về điều bạn cần, và lý do vì sao điều này đang làm bạn khó chịu.</w:t>
      </w:r>
    </w:p>
    <w:p>
      <w:pPr>
        <w:spacing w:after="80"/>
      </w:pPr>
      <w:r>
        <w:rPr>
          <w:b w:val="0"/>
          <w:i w:val="0"/>
        </w:rPr>
        <w:t>Có thể họ thậm chí không biết bạn đang buồn phiền vì điều đó, hoặc họ không biết bạn cảm thấy thế nào về vấn đề này, hoặc họ không biết điều đó quan trọng với bạn đến mức nào, hoặc họ có biết, nhưng bạn vừa tạo ra một sự bế tắc.</w:t>
      </w:r>
    </w:p>
    <w:p>
      <w:pPr>
        <w:spacing w:after="80"/>
      </w:pPr>
      <w:r>
        <w:rPr>
          <w:b w:val="0"/>
          <w:i w:val="0"/>
        </w:rPr>
        <w:t>Vậy nên trước khi bạn dành thêm một năm nữa để suy nghĩ quá nhiều và tự hỏi liệu đây có phải là người dành cho mình không, hãy có cuộc trò chuyện đó, áp dụng khoa học, rồi ngồi lại và chờ đợi. Bạn biết cách làm điều này bằng Vòng Lặp ABC và sức mạnh ảnh hưởng của mình:</w:t>
      </w:r>
    </w:p>
    <w:p>
      <w:pPr>
        <w:spacing w:after="80"/>
      </w:pPr>
      <w:r>
        <w:rPr>
          <w:b w:val="0"/>
          <w:i w:val="0"/>
        </w:rPr>
        <w:t>A: XIN LỖI, rồi HỎI những câu hỏi mở.</w:t>
      </w:r>
    </w:p>
    <w:p>
      <w:pPr>
        <w:spacing w:after="80"/>
      </w:pPr>
      <w:r>
        <w:rPr>
          <w:b w:val="0"/>
          <w:i w:val="0"/>
        </w:rPr>
        <w:t>B: LÙI LẠI, và quan sát HÀNH VI của họ.</w:t>
      </w:r>
    </w:p>
    <w:p>
      <w:pPr>
        <w:spacing w:after="80"/>
      </w:pPr>
      <w:r>
        <w:rPr>
          <w:b w:val="0"/>
          <w:i w:val="0"/>
        </w:rPr>
        <w:t>C: TÔN VINH tiến bộ trong khi bạn tiếp tục làm gương cho sự THAY ĐỔI.</w:t>
      </w:r>
    </w:p>
    <w:p>
      <w:pPr>
        <w:spacing w:after="80"/>
      </w:pPr>
      <w:r>
        <w:rPr>
          <w:b w:val="0"/>
          <w:i w:val="0"/>
        </w:rPr>
        <w:t xml:space="preserve">Khi bạn dùng </w:t>
      </w:r>
      <w:r>
        <w:rPr>
          <w:b w:val="0"/>
          <w:i/>
        </w:rPr>
        <w:t>Let Me</w:t>
      </w:r>
      <w:r>
        <w:rPr>
          <w:b w:val="0"/>
          <w:i w:val="0"/>
        </w:rPr>
        <w:t xml:space="preserve"> để gây ảnh hưởng đến người khác, hãy làm điều đó với hy vọng rằng họ sẽ thay đổi, bởi vì bạn yêu thương họ và mong điều tốt đẹp hơn cho họ, và bạn muốn mối quan hệ này thành công và điều này quan trọng với bạn. Nhưng đừng bao giờ làm điều đó với kỳ vọng rằng họ buộc phải thay đổi.</w:t>
      </w:r>
    </w:p>
    <w:p>
      <w:pPr>
        <w:spacing w:after="80"/>
      </w:pPr>
      <w:r>
        <w:rPr>
          <w:b w:val="0"/>
          <w:i w:val="0"/>
        </w:rPr>
        <w:t>Bởi vì ngay cả khi bạn dùng khoa học để tác động đến người khác, họ vẫn là chính họ và nắm quyền kiểm soát những gì họ chọn suy nghĩ, nói và làm. Hãy dành ít nhất ba tháng mà không có bất kỳ năng lượng tiêu cực nào, trong khi bạn tiếp tục làm gương cho sự thay đổi tích cực và tán thưởng bất cứ điều gì bạn thấy.</w:t>
      </w:r>
    </w:p>
    <w:p>
      <w:pPr>
        <w:spacing w:after="80"/>
      </w:pPr>
      <w:r>
        <w:rPr>
          <w:b w:val="0"/>
          <w:i/>
        </w:rPr>
        <w:t>Hãy Để Họ</w:t>
      </w:r>
      <w:r>
        <w:rPr>
          <w:b w:val="0"/>
          <w:i w:val="0"/>
        </w:rPr>
        <w:t xml:space="preserve"> được sống.</w:t>
      </w:r>
    </w:p>
    <w:p>
      <w:pPr>
        <w:spacing w:after="80"/>
      </w:pPr>
      <w:r>
        <w:rPr>
          <w:b w:val="0"/>
          <w:i w:val="0"/>
        </w:rPr>
        <w:t>Tại sao lại là ba tháng? Đó là khoảng thời gian đủ dài để năng lượng của bạn chuyển dịch và để người kia bỗng nhiên cảm thấy được truyền cảm hứng để thay đổi và tin rằng đó là ý tưởng của chính họ.</w:t>
      </w:r>
    </w:p>
    <w:p>
      <w:pPr>
        <w:spacing w:after="80"/>
      </w:pPr>
      <w:r>
        <w:rPr>
          <w:b w:val="0"/>
          <w:i w:val="0"/>
        </w:rPr>
        <w:t>Hãy nhớ lại ví dụ về bạn tôi và chồng cô ấy. Vấn đề sức khỏe của anh ấy đã khiến cô ấy băn khoăn suốt một thời gian, và dù cô ấy yêu chồng mình, điều đó vẫn khiến cô ấy tự hỏi liệu anh ấy có phải là người phù hợp với mình không? Liệu cô ấy có thể sống chung với một người không biết chăm sóc bản thân không?</w:t>
      </w:r>
    </w:p>
    <w:p>
      <w:pPr>
        <w:spacing w:after="80"/>
      </w:pPr>
      <w:r>
        <w:rPr>
          <w:b w:val="0"/>
          <w:i w:val="0"/>
        </w:rPr>
        <w:t>Thế nên cô ấy đã dùng Lý thuyết Hãy Để Họ để trả lời câu hỏi này. Cô ấy để anh ấy được sống, và trong lúc đó, cô ấy đi bộ mỗi sáng, cô ấy tích cực và vui vẻ, cô ấy khen ngợi và ôm anh ấy, và cô ấy rất âu yếm mỗi khi anh ấy tập thể dục.</w:t>
      </w:r>
    </w:p>
    <w:p>
      <w:pPr>
        <w:spacing w:after="80"/>
      </w:pPr>
      <w:r>
        <w:rPr>
          <w:b w:val="0"/>
          <w:i w:val="0"/>
        </w:rPr>
        <w:t>Và giờ cô ấy phải chờ. Một trong những phần khó nhất của việc chờ đợi, và chỉ để họ được sống, chính là khoảnh khắc người thân của bạn phàn nàn về những hậu quả tự nhiên từ hành vi của họ.</w:t>
      </w:r>
    </w:p>
    <w:p>
      <w:pPr>
        <w:spacing w:after="80"/>
      </w:pPr>
      <w:r>
        <w:rPr>
          <w:b w:val="0"/>
          <w:i w:val="0"/>
        </w:rPr>
        <w:t>Như việc họ đã tiêu bao nhiêu tiền cho thuốc lá điện tử. (Nhưng họ vẫn hút thuốc lá điện tử). Hoặc việc họ ghét công việc của mình đến mức nào. (Nhưng họ vẫn chưa tìm công việc mới). Hoặc việc họ cảm thấy chán nản ra sao. (Nhưng họ từ chối đi trị liệu tâm lý.)</w:t>
      </w:r>
    </w:p>
    <w:p>
      <w:pPr>
        <w:spacing w:after="80"/>
      </w:pPr>
      <w:r>
        <w:rPr>
          <w:b w:val="0"/>
          <w:i w:val="0"/>
        </w:rPr>
        <w:t>Bạn tôi kể rằng hôm nọ chồng cô ấy phàn nàn rằng anh ấy thở dốc đến mức phải rời khỏi ván pickleball với bạn bè.</w:t>
      </w:r>
    </w:p>
    <w:p>
      <w:pPr>
        <w:spacing w:after="80"/>
      </w:pPr>
      <w:r>
        <w:rPr>
          <w:b w:val="0"/>
          <w:i w:val="0"/>
        </w:rPr>
        <w:t>Khi điều đó xảy ra, bạn thường có xu hướng muốn trấn an người ta. Đừng làm vậy. Hãy để lời phàn nàn của họ lơ lửng trong không khí. Đừng đáp lại.</w:t>
      </w:r>
    </w:p>
    <w:p>
      <w:pPr>
        <w:spacing w:after="80"/>
      </w:pPr>
      <w:r>
        <w:rPr>
          <w:b w:val="0"/>
          <w:i/>
        </w:rPr>
        <w:t>Hãy Để Họ</w:t>
      </w:r>
      <w:r>
        <w:rPr>
          <w:b w:val="0"/>
          <w:i w:val="0"/>
        </w:rPr>
        <w:t xml:space="preserve"> ngồi lại với nó. Đừng nói gì cả. </w:t>
      </w:r>
      <w:r>
        <w:rPr>
          <w:b w:val="0"/>
          <w:i/>
        </w:rPr>
        <w:t>Hãy Để Họ</w:t>
      </w:r>
      <w:r>
        <w:rPr>
          <w:b w:val="0"/>
          <w:i w:val="0"/>
        </w:rPr>
        <w:t xml:space="preserve"> trải nghiệm cảm xúc của mình. Hãy để sự im lặng làm việc thay bạn. </w:t>
      </w:r>
      <w:r>
        <w:rPr>
          <w:b w:val="0"/>
          <w:i/>
        </w:rPr>
        <w:t>Hãy Để Họ</w:t>
      </w:r>
      <w:r>
        <w:rPr>
          <w:b w:val="0"/>
          <w:i w:val="0"/>
        </w:rPr>
        <w:t xml:space="preserve"> cảm nhận hậu quả từ hành động của mình. </w:t>
      </w:r>
      <w:r>
        <w:rPr>
          <w:b w:val="0"/>
          <w:i/>
        </w:rPr>
        <w:t>Hãy Để Họ</w:t>
      </w:r>
      <w:r>
        <w:rPr>
          <w:b w:val="0"/>
          <w:i w:val="0"/>
        </w:rPr>
        <w:t>.</w:t>
      </w:r>
    </w:p>
    <w:p>
      <w:pPr>
        <w:spacing w:after="80"/>
      </w:pPr>
      <w:r>
        <w:rPr>
          <w:b w:val="0"/>
          <w:i w:val="0"/>
        </w:rPr>
        <w:t xml:space="preserve">Và rồi, </w:t>
      </w:r>
      <w:r>
        <w:rPr>
          <w:b w:val="0"/>
          <w:i/>
        </w:rPr>
        <w:t>Hãy Để Tôi</w:t>
      </w:r>
      <w:r>
        <w:rPr>
          <w:b w:val="0"/>
          <w:i w:val="0"/>
        </w:rPr>
        <w:t xml:space="preserve"> dùng khoa học. Hãy hỏi họ một câu hỏi mở. "Nghe có vẻ như điều đó làm bạn khó chịu nhỉ?" "Bạn có muốn làm gì đó về nó không?"</w:t>
      </w:r>
    </w:p>
    <w:p>
      <w:pPr>
        <w:spacing w:after="80"/>
      </w:pPr>
      <w:r>
        <w:rPr>
          <w:b w:val="0"/>
          <w:i w:val="0"/>
        </w:rPr>
        <w:t xml:space="preserve">Như bạn đã học được từ Tiến sĩ K, những câu hỏi mở này chính là thứ mà các nhà nghiên cứu gọi là </w:t>
      </w:r>
      <w:r>
        <w:rPr>
          <w:b w:val="0"/>
          <w:i/>
        </w:rPr>
        <w:t>phỏng vấn tạo động lực</w:t>
      </w:r>
      <w:r>
        <w:rPr>
          <w:b w:val="0"/>
          <w:i w:val="0"/>
        </w:rPr>
        <w:t>. Nó khiến người bạn đời của bạn suy ngẫm về mâu thuẫn giữa điều họ thực sự muốn thay đổi trong cuộc sống và hành vi hiện tại của họ, và điều họ không muốn thay đổi.</w:t>
      </w:r>
    </w:p>
    <w:p>
      <w:pPr>
        <w:pStyle w:val="Heading2"/>
      </w:pPr>
      <w:r>
        <w:rPr>
          <w:rFonts w:ascii="Calibri" w:hAnsi="Calibri"/>
          <w:b/>
          <w:i w:val="0"/>
          <w:sz w:val="32"/>
        </w:rPr>
        <w:t>Quyết Định Về Điều Không Thể Thỏa Hiệp</w:t>
      </w:r>
    </w:p>
    <w:p>
      <w:pPr>
        <w:spacing w:after="80"/>
      </w:pPr>
      <w:r>
        <w:rPr>
          <w:b w:val="0"/>
          <w:i w:val="0"/>
        </w:rPr>
        <w:t>Nhưng. . . điều gì xảy ra nếu bạn làm theo Vòng lặp ABC, và bạn kiên nhẫn chờ đợi ba tháng, mà không có gì thay đổi?</w:t>
      </w:r>
    </w:p>
    <w:p>
      <w:pPr>
        <w:spacing w:after="80"/>
      </w:pPr>
      <w:r>
        <w:rPr>
          <w:b w:val="0"/>
          <w:i w:val="0"/>
        </w:rPr>
        <w:t>Điều đó có nghĩa là người bạn đời của bạn không cảm thấy muốn thay đổi. Hành vi của họ nói lên điều đó. Vậy thì bạn có một lựa chọn. Bởi vì bạn luôn có quyền lực nếu bạn tập trung vào cách mình phản ứng. Bạn đã làm theo ABC. Giờ là lúc bạn chuyển sang hai phần tiếp theo: D và E.</w:t>
      </w:r>
    </w:p>
    <w:p>
      <w:pPr>
        <w:pStyle w:val="Heading2"/>
      </w:pPr>
      <w:r>
        <w:rPr>
          <w:rFonts w:ascii="Calibri" w:hAnsi="Calibri"/>
          <w:b/>
          <w:i w:val="0"/>
          <w:sz w:val="32"/>
        </w:rPr>
        <w:t>VÒNG LẶP ABC (DE)</w:t>
      </w:r>
    </w:p>
    <w:p>
      <w:pPr>
        <w:jc w:val="center"/>
      </w:pPr>
      <w:r>
        <w:drawing>
          <wp:inline xmlns:a="http://schemas.openxmlformats.org/drawingml/2006/main" xmlns:pic="http://schemas.openxmlformats.org/drawingml/2006/picture">
            <wp:extent cx="4186252" cy="8229600"/>
            <wp:docPr id="11" name="Picture 11"/>
            <wp:cNvGraphicFramePr>
              <a:graphicFrameLocks noChangeAspect="1"/>
            </wp:cNvGraphicFramePr>
            <a:graphic>
              <a:graphicData uri="http://schemas.openxmlformats.org/drawingml/2006/picture">
                <pic:pic>
                  <pic:nvPicPr>
                    <pic:cNvPr id="0" name="p284.jpg"/>
                    <pic:cNvPicPr/>
                  </pic:nvPicPr>
                  <pic:blipFill>
                    <a:blip r:embed="rId19"/>
                    <a:stretch>
                      <a:fillRect/>
                    </a:stretch>
                  </pic:blipFill>
                  <pic:spPr>
                    <a:xfrm>
                      <a:off x="0" y="0"/>
                      <a:ext cx="4186252" cy="8229600"/>
                    </a:xfrm>
                    <a:prstGeom prst="rect"/>
                  </pic:spPr>
                </pic:pic>
              </a:graphicData>
            </a:graphic>
          </wp:inline>
        </w:drawing>
      </w:r>
    </w:p>
    <w:p>
      <w:pPr>
        <w:pStyle w:val="Heading3"/>
      </w:pPr>
      <w:r>
        <w:rPr>
          <w:rFonts w:ascii="Calibri" w:hAnsi="Calibri"/>
          <w:b/>
          <w:i w:val="0"/>
          <w:sz w:val="26"/>
        </w:rPr>
        <w:t>Bước D: QUYẾT ĐỊNH xem đây có phải là điều không thể chấp nhận được (deal breaker) hay không.</w:t>
      </w:r>
    </w:p>
    <w:p>
      <w:pPr>
        <w:spacing w:after="80"/>
      </w:pPr>
      <w:r>
        <w:rPr>
          <w:b w:val="0"/>
          <w:i w:val="0"/>
        </w:rPr>
        <w:t>Nếu sau ba tháng, người đó vẫn không thay đổi hoặc không cố gắng thay đổi, hãy mặc định rằng họ sẽ không thay đổi đâu. Và tôi rất tiếc vì phải là người nói với bạn điều này, nhưng họ chưa sẵn sàng. Họ không muốn làm điều đó. Làm vì bạn là không đủ. Đó không phải là ưu tiên của họ, hoặc có thể có điều gì đó sâu xa hơn đang diễn ra, và họ không có khả năng thay đổi.</w:t>
      </w:r>
    </w:p>
    <w:p>
      <w:pPr>
        <w:spacing w:after="80"/>
      </w:pPr>
      <w:r>
        <w:rPr>
          <w:b w:val="0"/>
          <w:i w:val="0"/>
        </w:rPr>
        <w:t>Hoặc có thể họ vốn dĩ là như vậy, và điều đó cũng không sao. Hành vi của họ chính là câu trả lời và họ đã nói rõ rồi.</w:t>
      </w:r>
    </w:p>
    <w:p>
      <w:pPr>
        <w:spacing w:after="80"/>
      </w:pPr>
      <w:r>
        <w:rPr>
          <w:b w:val="0"/>
          <w:i/>
        </w:rPr>
        <w:t>Hãy Để Họ Tự Do</w:t>
      </w:r>
      <w:r>
        <w:rPr>
          <w:b w:val="0"/>
          <w:i w:val="0"/>
        </w:rPr>
        <w:t>. Không phải ai cũng muốn thay đổi. Đôi khi trong cuộc sống, điều yêu thương nhất bạn có thể làm là ngừng sửa chữa, bắt đầu chấp nhận, yêu thương nhiều hơn, và tập trung vào những gì bạn có thể kiểm soát.</w:t>
      </w:r>
    </w:p>
    <w:p>
      <w:pPr>
        <w:spacing w:after="80"/>
      </w:pPr>
      <w:r>
        <w:rPr>
          <w:b w:val="0"/>
          <w:i w:val="0"/>
        </w:rPr>
        <w:t>Và điều bạn có thể kiểm soát chính là chọn yêu một người đúng như con người họ.</w:t>
      </w:r>
    </w:p>
    <w:p>
      <w:pPr>
        <w:spacing w:after="80"/>
      </w:pPr>
      <w:r>
        <w:rPr>
          <w:b w:val="0"/>
          <w:i w:val="0"/>
        </w:rPr>
        <w:t xml:space="preserve">Tôi biết điều đó thật không công bằng. Tôi biết điều đó thật đáng thất vọng. Tôi biết điều đó thật bực bội và đôi khi còn tàn phá tinh thần khi ai đó không chịu thay đổi vì bạn. </w:t>
      </w:r>
      <w:r>
        <w:rPr>
          <w:b w:val="0"/>
          <w:i/>
        </w:rPr>
        <w:t>Hãy Để Họ</w:t>
      </w:r>
      <w:r>
        <w:rPr>
          <w:b w:val="0"/>
          <w:i w:val="0"/>
        </w:rPr>
        <w:t xml:space="preserve"> được là chính họ.</w:t>
      </w:r>
    </w:p>
    <w:p>
      <w:pPr>
        <w:spacing w:after="80"/>
      </w:pPr>
      <w:r>
        <w:rPr>
          <w:b w:val="0"/>
          <w:i w:val="0"/>
        </w:rPr>
        <w:t xml:space="preserve">Giờ là lúc cho phần thứ hai của lý thuyết, </w:t>
      </w:r>
      <w:r>
        <w:rPr>
          <w:b w:val="0"/>
          <w:i/>
        </w:rPr>
        <w:t>Hãy Để Tôi</w:t>
      </w:r>
      <w:r>
        <w:rPr>
          <w:b w:val="0"/>
          <w:i w:val="0"/>
        </w:rPr>
        <w:t>. Đã đến lúc quyết định xem đây có phải là điều không thể chấp nhận được đối với BẠN hay không. Bởi vì hãy nhớ rằng, bạn luôn được quyền chọn yêu ai và yêu như thế nào.</w:t>
      </w:r>
    </w:p>
    <w:p>
      <w:pPr>
        <w:spacing w:after="80"/>
      </w:pPr>
      <w:r>
        <w:rPr>
          <w:b w:val="0"/>
          <w:i w:val="0"/>
        </w:rPr>
        <w:t>Bạn có thể chọn xem đây có phải là điều không thể chấp nhận được hay không. Điều không thể chấp nhận được là thứ bạn không thể sống chung suốt phần đời còn lại. Đây là cách để bạn xác định điều đó.</w:t>
      </w:r>
    </w:p>
    <w:p>
      <w:pPr>
        <w:spacing w:after="80"/>
      </w:pPr>
      <w:r>
        <w:rPr>
          <w:b w:val="0"/>
          <w:i w:val="0"/>
        </w:rPr>
        <w:t xml:space="preserve">Hãy tự hỏi: </w:t>
      </w:r>
      <w:r>
        <w:rPr>
          <w:b w:val="0"/>
          <w:i/>
        </w:rPr>
        <w:t>Liệu bạn có thể ở bên người này suốt phần đời còn lại nếu họ mãi mãi không bao giờ thay đổi không?</w:t>
      </w:r>
    </w:p>
    <w:p>
      <w:pPr>
        <w:spacing w:after="80"/>
      </w:pPr>
      <w:r>
        <w:rPr>
          <w:b w:val="0"/>
          <w:i w:val="0"/>
        </w:rPr>
        <w:t>Dù câu trả lời là có hay không, hãy chuyển sang Bước E vì cần phải chấm dứt một điều gì đó để mối quan hệ này trở nên tốt hơn.</w:t>
      </w:r>
    </w:p>
    <w:p>
      <w:pPr>
        <w:pStyle w:val="Heading3"/>
      </w:pPr>
      <w:r>
        <w:rPr>
          <w:rFonts w:ascii="Calibri" w:hAnsi="Calibri"/>
          <w:b/>
          <w:i w:val="0"/>
          <w:sz w:val="26"/>
        </w:rPr>
        <w:t>Bước E: CHẤM DỨT việc bạn cằn nhằn hoặc CHẤM DỨT mối quan hệ.</w:t>
      </w:r>
    </w:p>
    <w:p>
      <w:pPr>
        <w:spacing w:after="80"/>
      </w:pPr>
      <w:r>
        <w:rPr>
          <w:b w:val="0"/>
          <w:i w:val="0"/>
        </w:rPr>
        <w:t>Bạn đang ở thời điểm mà họ không thay đổi. Bạn đang ở thế giằng co về vấn đề này và bạn hoặc là có thể sống chung với nó, hoặc là không. Bạn phải chọn chấm dứt việc cằn nhằn hoặc chấm dứt mối quan hệ.</w:t>
      </w:r>
    </w:p>
    <w:p>
      <w:pPr>
        <w:spacing w:after="80"/>
      </w:pPr>
      <w:r>
        <w:rPr>
          <w:b w:val="0"/>
          <w:i w:val="0"/>
        </w:rPr>
        <w:t>Bạn có thể ngừng phàn nàn về vấn đề này không, thật lòng đó? Bạn có thể ngừng tự than vãn, ngừng lấy nó ra để trách móc họ, ngừng hành xử kiểu thụ động gây hấn (passive-aggressive) và ngừng phàn nàn với bạn bè không?</w:t>
      </w:r>
    </w:p>
    <w:p>
      <w:pPr>
        <w:spacing w:after="80"/>
      </w:pPr>
      <w:r>
        <w:rPr>
          <w:b w:val="0"/>
          <w:i w:val="0"/>
        </w:rPr>
        <w:t>Nếu bạn chọn ở bên họ, bạn nợ họ và nợ chính mình việc chọn họ đúng như con người họ. Lấy cuộc hôn nhân của tôi làm ví dụ. Chứng ADHD của tôi khiến Chris phát điên, và tôi hiểu vì sao. Tôi là một mớ hỗn độn trong phần lớn thời gian.</w:t>
      </w:r>
    </w:p>
    <w:p>
      <w:pPr>
        <w:spacing w:after="80"/>
      </w:pPr>
      <w:r>
        <w:rPr>
          <w:b w:val="0"/>
          <w:i w:val="0"/>
        </w:rPr>
        <w:t>Tôi để bát đĩa trong bồn rửa hoặc chồng chất trên bàn làm việc, tôi liên tục để chìa khóa sai chỗ, đồ đạc của tôi vương vãi khắp bên bồn rửa mặt của tôi, và bất cứ khi nào chúng tôi đi đâu đó thì tôi đều trễ.</w:t>
      </w:r>
    </w:p>
    <w:p>
      <w:pPr>
        <w:spacing w:after="80"/>
      </w:pPr>
      <w:r>
        <w:rPr>
          <w:b w:val="0"/>
          <w:i w:val="0"/>
        </w:rPr>
        <w:t>Chris thường ngồi trong xe kiên nhẫn chờ tôi trong khi tôi chạy quanh nhà như một kẻ điên để tìm thứ gì đó mà tôi không thể tìm thấy. . . và đây chỉ mới là phần nổi của tảng băng hỗn độn mang tên Mel Robbins mà thôi.</w:t>
      </w:r>
    </w:p>
    <w:p>
      <w:pPr>
        <w:spacing w:after="80"/>
      </w:pPr>
      <w:r>
        <w:rPr>
          <w:b w:val="0"/>
          <w:i w:val="0"/>
        </w:rPr>
        <w:t>Trong suốt bao năm qua, Chris đã ngồi xuống nói chuyện nghiêm túc với tôi. Chúng tôi đã có vô số cuộc trò chuyện về chuyện này. Về việc tôi để khăn giấy bẩn trên quầy và quên không ném vào thùng rác. (“Thật kinh tởm, Mel ạ.”) Hay việc anh ấy bực bội thế nào khi tôi mất tập trung và lướt Instagram. (“Em có đang nghe anh nói không đấy?”)</w:t>
      </w:r>
    </w:p>
    <w:p>
      <w:pPr>
        <w:spacing w:after="80"/>
      </w:pPr>
      <w:r>
        <w:rPr>
          <w:b w:val="0"/>
          <w:i w:val="0"/>
        </w:rPr>
        <w:t>Và tôi biết rằng hành vi của mình khiến anh ấy cảm thấy như tôi không tôn trọng thời gian của anh, hay không quan tâm đến việc sự lộn xộn của tôi ảnh hưởng đến anh như thế nào.</w:t>
      </w:r>
    </w:p>
    <w:p>
      <w:pPr>
        <w:spacing w:after="80"/>
      </w:pPr>
      <w:r>
        <w:rPr>
          <w:b w:val="0"/>
          <w:i w:val="0"/>
        </w:rPr>
        <w:t>Tôi đã cố gắng thay đổi. Tôi muốn thay đổi. Tôi nỗ lực vì điều đó. Và nó vẫn chưa thành hiện thực. Tôi hay trễ giờ. Tôi làm mất mọi thứ. Tôi bày bừa khắp nhà mà không dọn dẹp. Tôi ghét điều này ở bản thân. Tôi ước gì mình có thể búng tay một cái là thay đổi được khía cạnh này trong con người mình.</w:t>
      </w:r>
    </w:p>
    <w:p>
      <w:pPr>
        <w:spacing w:after="80"/>
      </w:pPr>
      <w:r>
        <w:rPr>
          <w:b w:val="0"/>
          <w:i w:val="0"/>
        </w:rPr>
        <w:t>Chris thì đúng giờ. Ngăn nắp. Điềm tĩnh. Có thể đoán trước. Xưa nay vẫn vậy. Và mãi mãi sẽ như vậy. Chris muốn tôi giống anh ấy hơn. Cuộc sống của anh sẽ dễ dàng hơn. Anh sẽ cảm thấy được tôi hỗ trợ và tôn trọng nhiều hơn.</w:t>
      </w:r>
    </w:p>
    <w:p>
      <w:pPr>
        <w:spacing w:after="80"/>
      </w:pPr>
      <w:r>
        <w:rPr>
          <w:b w:val="0"/>
          <w:i w:val="0"/>
        </w:rPr>
        <w:t>Nhưng các mối quan hệ là về việc học cách yêu thương một người vì con người thật của họ, chứ không phải vì con người mà bạn ước họ có thể trở thành. Khi bạn bắt đầu áp dụng Lý thuyết Để Họ Tự Do (Let Them Theory), bạn sẽ học cách nhìn nhận người khác đúng như họ vốn là, và rồi bạn sẽ thấy rằng chính bạn phải tự tìm ra điều gì mình có thể chấp nhận và điều gì không. Đó là cách bạn giữ vững sức mạnh của mình. Nó luôn nằm trong cách bạn phản ứng.</w:t>
      </w:r>
    </w:p>
    <w:p>
      <w:pPr>
        <w:spacing w:after="80"/>
      </w:pPr>
      <w:r>
        <w:rPr>
          <w:b w:val="0"/>
          <w:i w:val="0"/>
        </w:rPr>
        <w:t>Đồng thời, khi bạn buông bỏ những thứ bề ngoài vốn sẽ không bao giờ thay đổi, có lẽ bạn sẽ bắt đầu nhìn thấy những điều sâu xa hơn mà bạn từng coi là đương nhiên. Ví dụ, dù có rất nhiều điều ở Chris từng khiến tôi khó chịu, một trong những điều tôi trân trọng nhất ở chồng mình là anh ấy tốt bụng, đáng tin cậy và bình yên đến nhường nào. Tôi chưa bao giờ biết mình “cần” điều đó trong một mối quan hệ. Ngược lại, anh ấy trân trọng sự nhiệt huyết hoang dại, lòng trung thành mãnh liệt và khiếu hài hước của tôi.</w:t>
      </w:r>
    </w:p>
    <w:p>
      <w:pPr>
        <w:spacing w:after="80"/>
      </w:pPr>
      <w:r>
        <w:rPr>
          <w:b w:val="0"/>
          <w:i w:val="0"/>
        </w:rPr>
        <w:t>Đó là lý do vì sao, dù hành vi của tôi khiến anh ấy bực bội đến đâu, nó cũng không phải là điều không thể chấp nhận. Chris đã quyết định rằng mọi thứ khác mà tôi mang lại với tư cách là người bạn đời của anh đều lấn át những khó chịu do chứng ADHD của tôi gây ra.</w:t>
      </w:r>
    </w:p>
    <w:p>
      <w:pPr>
        <w:spacing w:after="80"/>
      </w:pPr>
      <w:r>
        <w:rPr>
          <w:b w:val="0"/>
          <w:i w:val="0"/>
        </w:rPr>
        <w:t>Chris đã chấp nhận sự thật rằng tôi sẽ mãi như thế này suốt phần đời còn lại. Và anh đã học được cách vừa cười, vừa sống chung với nó. Để Mel được là. . . Mel.</w:t>
      </w:r>
    </w:p>
    <w:p>
      <w:pPr>
        <w:spacing w:after="80"/>
      </w:pPr>
      <w:r>
        <w:rPr>
          <w:b w:val="0"/>
          <w:i w:val="0"/>
        </w:rPr>
        <w:t>Đó là lý do vì sao Lý thuyết Để Họ Tự Do đã làm cuộc hôn nhân của tôi bền chặt hơn. Nó dạy tôi cách chấp nhận Chris đúng như con người anh ấy, và ngừng phàn nàn về việc anh ấy không phải là ai. . . và ngược lại.</w:t>
      </w:r>
    </w:p>
    <w:p>
      <w:pPr>
        <w:spacing w:after="80"/>
      </w:pPr>
      <w:r>
        <w:rPr>
          <w:b w:val="0"/>
          <w:i w:val="0"/>
        </w:rPr>
        <w:t>Bạn cũng sẽ khám phá ra sự rõ ràng y hệt như vậy trong các mối quan hệ của chính mình. Với bạn tôi và chồng cô ấy, điều này có thể có nghĩa là khi cô ấy thức dậy để tập Peloton dưới tầng hầm, cô ấy để anh ấy ngủ thêm. Và điều đó nghĩa là phải cực kỳ im lặng khi thay đồ, thay vì đóng sầm cửa phòng ngủ như cô ấy từng làm.</w:t>
      </w:r>
    </w:p>
    <w:p>
      <w:pPr>
        <w:spacing w:after="80"/>
      </w:pPr>
      <w:r>
        <w:rPr>
          <w:b w:val="0"/>
          <w:i w:val="0"/>
        </w:rPr>
        <w:t>Tôi chia sẻ ví dụ này vì yêu thương một người đúng như con người họ vượt xa việc chỉ ngừng ca cẩm. Bạn thể hiện qua hành vi của mình rằng bạn thực sự yêu thương họ đúng như họ vốn là. Bạn dẫn dắt bằng lòng tốt và sự chu đáo.</w:t>
      </w:r>
    </w:p>
    <w:p>
      <w:pPr>
        <w:pStyle w:val="Heading2"/>
      </w:pPr>
      <w:r>
        <w:rPr>
          <w:rFonts w:ascii="Calibri" w:hAnsi="Calibri"/>
          <w:b/>
          <w:i w:val="0"/>
          <w:sz w:val="32"/>
        </w:rPr>
        <w:t>Bạn Có Thực Sự Hòa Hợp Với Người Bạn Đời Của Mình Không?</w:t>
      </w:r>
    </w:p>
    <w:p>
      <w:pPr>
        <w:spacing w:after="80"/>
      </w:pPr>
      <w:r>
        <w:rPr>
          <w:b w:val="0"/>
          <w:i w:val="0"/>
        </w:rPr>
        <w:t>Trước đó, tôi đã hỏi bạn câu hỏi: Liệu bạn có thể ở bên người này suốt phần đời còn lại nếu họ mãi mãi, không bao giờ thay đổi không?</w:t>
      </w:r>
    </w:p>
    <w:p>
      <w:pPr>
        <w:spacing w:after="80"/>
      </w:pPr>
      <w:r>
        <w:rPr>
          <w:b w:val="0"/>
          <w:i w:val="0"/>
        </w:rPr>
        <w:t>Và nếu câu trả lời của bạn là: “Tôi không biết” hoặc “không” thì sao?</w:t>
      </w:r>
    </w:p>
    <w:p>
      <w:pPr>
        <w:spacing w:after="80"/>
      </w:pPr>
      <w:r>
        <w:rPr>
          <w:b w:val="0"/>
          <w:i w:val="0"/>
        </w:rPr>
        <w:t>Nếu bạn không thể thực sự ngừng ca cẩm, thì bạn không thể chấp nhận người kia và yêu thương họ đúng như con người họ.</w:t>
      </w:r>
    </w:p>
    <w:p>
      <w:pPr>
        <w:spacing w:after="80"/>
      </w:pPr>
      <w:r>
        <w:rPr>
          <w:b w:val="0"/>
          <w:i w:val="0"/>
        </w:rPr>
        <w:t>Đó không phải là một việc làm tử tế và đầy yêu thương cho lắm. Và nếu bạn không thể ngừng đóng sầm cửa vào buổi sáng, hay ngừng tỏ ra giận dỗi ngầm khi họ lại trễ giờ thêm một lần nữa, thì điều đó cũng không tử tế chút nào.</w:t>
      </w:r>
    </w:p>
    <w:p>
      <w:pPr>
        <w:spacing w:after="80"/>
      </w:pPr>
      <w:r>
        <w:rPr>
          <w:b w:val="0"/>
          <w:i w:val="0"/>
        </w:rPr>
        <w:t>Việc có kết thúc một mối quan hệ hay không là quyết định vô cùng cá nhân mà chỉ bạn mới có thể đưa ra. Trong trường hợp của bạn tôi và vợ/chồng cô ấy, đó không phải là một quyết định khó khăn. Những thói quen không lành mạnh của anh ấy không phải là điều không thể chấp nhận được. Thậm chí còn không gần đến mức đó. Cô ấy yêu anh ấy.</w:t>
      </w:r>
    </w:p>
    <w:p>
      <w:pPr>
        <w:spacing w:after="80"/>
      </w:pPr>
      <w:r>
        <w:rPr>
          <w:b w:val="0"/>
          <w:i w:val="0"/>
        </w:rPr>
        <w:t>Cô ấy biết rằng để mối quan hệ này thành công, cô ấy phải nỗ lực nhiều hơn trong việc chấp nhận anh ấy và thay đổi cách mình thể hiện trong mối quan hệ. Cô ấy cần mang đến nhiều lòng trắc ẩn và sự tử tế hơn cho mối quan hệ của họ. Cô ấy có thể tiếp tục cố gắng tác động đến anh ấy, nhưng những kỳ vọng phải được gạt bỏ, cùng với mọi lời phàn nàn. Đây là về cô ấy, không phải về anh ấy.</w:t>
      </w:r>
    </w:p>
    <w:p>
      <w:pPr>
        <w:spacing w:after="80"/>
      </w:pPr>
      <w:r>
        <w:rPr>
          <w:b w:val="0"/>
          <w:i w:val="0"/>
        </w:rPr>
        <w:t>Và vì anh ấy không thay đổi con người mình, cô ấy cần thay đổi con người mà cô ấy đã từng là để mối quan hệ này trở nên tốt đẹp hơn.</w:t>
      </w:r>
    </w:p>
    <w:p>
      <w:pPr>
        <w:spacing w:after="80"/>
      </w:pPr>
      <w:r>
        <w:rPr>
          <w:b w:val="0"/>
          <w:i w:val="0"/>
        </w:rPr>
        <w:t>Nhưng điều mà hầu hết mọi người đang gặp khó khăn khi họ đặt câu hỏi về việc sử dụng Lý thuyết Để Họ Tự Quyết (Let Them Theory) để xác định liệu họ có đang ở bên đúng người hay không chính là các vấn đề về sự tương thích. Có sự khác biệt giữa việc cam kết với một người và việc tương thích với họ.</w:t>
      </w:r>
    </w:p>
    <w:p>
      <w:pPr>
        <w:spacing w:after="80"/>
      </w:pPr>
      <w:r>
        <w:rPr>
          <w:b w:val="0"/>
          <w:i w:val="0"/>
        </w:rPr>
        <w:t>Việc yêu một ai đó và trải nghiệm điều có vẻ như là mối quan hệ tuyệt vời nhất trong cả cuộc đời bạn là điều rất phổ biến—rồi theo thời gian, hai bạn bắt đầu phát triển theo những hướng khác nhau, muốn những điều khác nhau, hoặc nhận ra rằng mình đã trở thành những con người khác.</w:t>
      </w:r>
    </w:p>
    <w:p>
      <w:pPr>
        <w:spacing w:after="80"/>
      </w:pPr>
      <w:r>
        <w:rPr>
          <w:b w:val="0"/>
          <w:i w:val="0"/>
        </w:rPr>
        <w:t>Điều này vô cùng khó khăn khi nó xảy ra, bởi vì bạn không hề hết yêu. Bạn chỉ là không còn vừa vặn như trước nữa. Tôi đã nói rằng có hai điều cần thiết để một mối quan hệ đi được đến đích:</w:t>
      </w:r>
    </w:p>
    <w:p>
      <w:pPr>
        <w:spacing w:after="80"/>
        <w:ind w:left="360"/>
      </w:pPr>
      <w:r>
        <w:t xml:space="preserve">1. </w:t>
      </w:r>
      <w:r>
        <w:rPr>
          <w:b w:val="0"/>
          <w:i w:val="0"/>
        </w:rPr>
        <w:t>Cả hai người đều muốn mối quan hệ này thành công và cả hai đều sẵn lòng nỗ lực để làm cho nó tốt đẹp hơn.</w:t>
      </w:r>
    </w:p>
    <w:p>
      <w:pPr>
        <w:spacing w:after="80"/>
        <w:ind w:left="360"/>
      </w:pPr>
      <w:r>
        <w:t xml:space="preserve">2. </w:t>
      </w:r>
      <w:r>
        <w:rPr>
          <w:b w:val="0"/>
          <w:i w:val="0"/>
        </w:rPr>
        <w:t>Những vấn đề gây ra rắc rối không đòi hỏi bất kỳ ai phải từ bỏ ước mơ hay thỏa hiệp với các giá trị của mình.</w:t>
      </w:r>
    </w:p>
    <w:p>
      <w:pPr>
        <w:spacing w:after="80"/>
      </w:pPr>
      <w:r>
        <w:rPr>
          <w:b w:val="0"/>
          <w:i w:val="0"/>
        </w:rPr>
        <w:t>Bạn có thể đang ở trong tình huống mà cả hai đều muốn mối quan hệ này thành công, và cả hai đều sẵn lòng làm việc đó. Khi có vấn đề về sự tương thích, cho dù bạn có nỗ lực đến đâu cho mối quan hệ này, khả năng cao là nó vẫn có thể không thành công.</w:t>
      </w:r>
    </w:p>
    <w:p>
      <w:pPr>
        <w:spacing w:after="80"/>
      </w:pPr>
      <w:r>
        <w:rPr>
          <w:b w:val="0"/>
          <w:i w:val="0"/>
        </w:rPr>
        <w:t>Đây là một trong những điều buồn nhất và khó chấp nhận nhất khi nó xảy ra, và đó là một lựa chọn vô cùng cá nhân.</w:t>
      </w:r>
    </w:p>
    <w:p>
      <w:pPr>
        <w:spacing w:after="80"/>
      </w:pPr>
      <w:r>
        <w:rPr>
          <w:b w:val="0"/>
          <w:i w:val="0"/>
        </w:rPr>
        <w:t>Ví dụ, giả sử bạn yêu và cam kết với một người là người Anh và muốn trở về quê nhà ở London, nhưng bạn thì luôn hình dung mình sẽ ở gần gia đình tại Atlanta.</w:t>
      </w:r>
    </w:p>
    <w:p>
      <w:pPr>
        <w:spacing w:after="80"/>
      </w:pPr>
      <w:r>
        <w:rPr>
          <w:b w:val="0"/>
          <w:i w:val="0"/>
        </w:rPr>
        <w:t>Hoặc một ví dụ khác thường xuyên xuất hiện: Một trong hai người muốn có con, còn người kia thì không.</w:t>
      </w:r>
    </w:p>
    <w:p>
      <w:pPr>
        <w:spacing w:after="80"/>
      </w:pPr>
      <w:r>
        <w:rPr>
          <w:b w:val="0"/>
          <w:i w:val="0"/>
        </w:rPr>
        <w:t>Bạn có thể nói về điều đó. Bạn có thể cãi nhau về điều đó. Bạn hiểu lý do tại sao đối tác của bạn muốn trở về quê nhà ở châu Âu và họ hiểu tại sao bạn không muốn. Bạn đã thảo luận về những ưu và nhược điểm của việc có con nhưng dường như không bao giờ đạt được sự đồng thuận về tương lai của hai người. Bạn đã xoay quanh chủ đề này hết lần này đến lần khác. Trước đây, bạn đã nói: "Chúng ta không cần phải quyết định điều này ngay bây giờ."</w:t>
      </w:r>
    </w:p>
    <w:p>
      <w:pPr>
        <w:spacing w:after="80"/>
      </w:pPr>
      <w:r>
        <w:rPr>
          <w:b w:val="0"/>
          <w:i w:val="0"/>
        </w:rPr>
        <w:t>Nhưng bây giờ đã đến, và bạn đang ở trong thế bế tắc.</w:t>
      </w:r>
    </w:p>
    <w:p>
      <w:pPr>
        <w:spacing w:after="80"/>
      </w:pPr>
      <w:r>
        <w:rPr>
          <w:b w:val="0"/>
          <w:i w:val="0"/>
        </w:rPr>
        <w:t>Họ muốn chuyển đi. Bạn thì không.</w:t>
      </w:r>
    </w:p>
    <w:p>
      <w:pPr>
        <w:spacing w:after="80"/>
      </w:pPr>
      <w:r>
        <w:rPr>
          <w:b w:val="0"/>
          <w:i w:val="0"/>
        </w:rPr>
        <w:t>Bạn muốn có con. Họ thì không.</w:t>
      </w:r>
    </w:p>
    <w:p>
      <w:pPr>
        <w:spacing w:after="80"/>
      </w:pPr>
      <w:r>
        <w:rPr>
          <w:b w:val="0"/>
          <w:i w:val="0"/>
        </w:rPr>
        <w:t>Bạn đã cam kết với nhau, hoàn toàn. . . nhưng có thể ngay lúc này hai bạn không hợp nhau.</w:t>
      </w:r>
    </w:p>
    <w:p>
      <w:pPr>
        <w:spacing w:after="80"/>
      </w:pPr>
      <w:r>
        <w:rPr>
          <w:b w:val="0"/>
          <w:i w:val="0"/>
        </w:rPr>
        <w:t>Làm sao bạn biết đây thật sự là điều không thể thỏa hiệp?</w:t>
      </w:r>
    </w:p>
    <w:p>
      <w:pPr>
        <w:spacing w:after="80"/>
      </w:pPr>
      <w:r>
        <w:rPr>
          <w:b w:val="0"/>
          <w:i w:val="0"/>
        </w:rPr>
        <w:t>Đây là cách bạn tìm ra điều đó. Hãy lấy tình huống bạn đang yêu một người mà họ luôn muốn chuyển về quê nhà ở London. Còn bạn thì luôn hình dung mình sẽ ở gần gia đình tại Hoa Kỳ.</w:t>
      </w:r>
    </w:p>
    <w:p>
      <w:pPr>
        <w:spacing w:after="80"/>
      </w:pPr>
      <w:r>
        <w:rPr>
          <w:b w:val="0"/>
          <w:i w:val="0"/>
        </w:rPr>
        <w:t xml:space="preserve">Bạn tự hỏi: </w:t>
      </w:r>
      <w:r>
        <w:rPr>
          <w:b w:val="0"/>
          <w:i/>
        </w:rPr>
        <w:t>Bạn sẽ hối hận vì chia tay họ nhiều hơn là chuyển đến London cùng họ chứ? Nếu bạn đồng ý chuyển đi, liệu bạn có oán trách người yêu nếu bạn chọn bỏ lại gia đình và bạn bè phía sau không?</w:t>
      </w:r>
    </w:p>
    <w:p>
      <w:pPr>
        <w:spacing w:after="80"/>
      </w:pPr>
      <w:r>
        <w:rPr>
          <w:b w:val="0"/>
          <w:i w:val="0"/>
        </w:rPr>
        <w:t>Cả hai lựa chọn đều kèm theo nỗi đau lòng.</w:t>
      </w:r>
    </w:p>
    <w:p>
      <w:pPr>
        <w:spacing w:after="80"/>
      </w:pPr>
      <w:r>
        <w:rPr>
          <w:b w:val="0"/>
          <w:i w:val="0"/>
        </w:rPr>
        <w:t>Một lựa chọn đòi hỏi bạn phải từ bỏ giấc mơ sống gần gia đình. Lựa chọn kia đòi hỏi bạn phải rời xa người mà cho đến nay vẫn là tình yêu của đời bạn.</w:t>
      </w:r>
    </w:p>
    <w:p>
      <w:pPr>
        <w:spacing w:after="80"/>
      </w:pPr>
      <w:r>
        <w:rPr>
          <w:b w:val="0"/>
          <w:i w:val="0"/>
        </w:rPr>
        <w:t xml:space="preserve">Và nhân đây, người yêu của bạn cũng đang đối mặt với nỗi đau lòng y hệt, vì họ cũng không chịu thỏa hiệp. Người yêu bạn không thay đổi. Họ sẽ chuyển đến London. Có bạn hay không cũng vậy. </w:t>
      </w:r>
      <w:r>
        <w:rPr>
          <w:b w:val="0"/>
          <w:i/>
        </w:rPr>
        <w:t>Hãy Để Họ</w:t>
      </w:r>
      <w:r>
        <w:rPr>
          <w:b w:val="0"/>
          <w:i w:val="0"/>
        </w:rPr>
        <w:t>.</w:t>
      </w:r>
    </w:p>
    <w:p>
      <w:pPr>
        <w:spacing w:after="80"/>
      </w:pPr>
      <w:r>
        <w:rPr>
          <w:b w:val="0"/>
          <w:i w:val="0"/>
        </w:rPr>
        <w:t xml:space="preserve">Và giờ, </w:t>
      </w:r>
      <w:r>
        <w:rPr>
          <w:b w:val="0"/>
          <w:i/>
        </w:rPr>
        <w:t>Hãy Để Tôi</w:t>
      </w:r>
      <w:r>
        <w:rPr>
          <w:b w:val="0"/>
          <w:i w:val="0"/>
        </w:rPr>
        <w:t xml:space="preserve"> đưa ra lựa chọn. Liệu tôi có sẵn lòng thỏa hiệp để ở trong mối quan hệ này không?</w:t>
      </w:r>
    </w:p>
    <w:p>
      <w:pPr>
        <w:spacing w:after="80"/>
      </w:pPr>
      <w:r>
        <w:rPr>
          <w:b w:val="0"/>
          <w:i w:val="0"/>
        </w:rPr>
        <w:t>Sự thật là, 69 phần trăm các vấn đề trong mối quan hệ của bạn là không thể giải quyết được. Con số thống kê này đến từ 40 năm nghiên cứu khoa học do Tiến sĩ John và Julie Gottman thực hiện, những nhà nghiên cứu về mối quan hệ nổi tiếng nhất hành tinh (và họ cũng là vợ chồng với nhau).</w:t>
      </w:r>
    </w:p>
    <w:p>
      <w:pPr>
        <w:spacing w:after="80"/>
      </w:pPr>
      <w:r>
        <w:rPr>
          <w:b w:val="0"/>
          <w:i w:val="0"/>
        </w:rPr>
        <w:t>Họ phát hiện ra rằng vấn đề số 1 mà các cặp đôi cãi nhau chính là những thứ sẽ không bao giờ thay đổi: Như việc ai đó hay đi trễ, hoặc không tham vọng như bạn mong muốn, hoặc dành cả cuối tuần ngồi trước TV, hoặc sở thích của họ khác bạn, hoặc họ bừa bộn, hoặc họ thích ở nhà, hoặc họ có quan điểm chính trị khác biệt.</w:t>
      </w:r>
    </w:p>
    <w:p>
      <w:pPr>
        <w:spacing w:after="80"/>
      </w:pPr>
      <w:r>
        <w:rPr>
          <w:b w:val="0"/>
          <w:i w:val="0"/>
        </w:rPr>
        <w:t>Đây đều là những ví dụ về 69 phần trăm các vấn đề trong mối quan hệ của bạn mà không thể giải quyết được. Đó là lý do bạn phải tự tìm ra điều mình trân trọng ở tầng sâu nhất. Liệu đây có phải là điều bạn có thể thỏa hiệp nếu người yêu bạn không chịu không?</w:t>
      </w:r>
    </w:p>
    <w:p>
      <w:pPr>
        <w:spacing w:after="80"/>
      </w:pPr>
      <w:r>
        <w:rPr>
          <w:b w:val="0"/>
          <w:i w:val="0"/>
        </w:rPr>
        <w:t>Với một số người, việc chuyển đi không phải chuyện lớn. Họ sẽ chớp ngay cơ hội chuyển ra nước ngoài cùng tình yêu của đời mình.</w:t>
      </w:r>
    </w:p>
    <w:p>
      <w:pPr>
        <w:spacing w:after="80"/>
      </w:pPr>
      <w:r>
        <w:rPr>
          <w:b w:val="0"/>
          <w:i w:val="0"/>
        </w:rPr>
        <w:t>Nghiên cứu của Tiến sĩ John Gottman nói rằng nếu bạn liên tục cãi nhau về cùng một thứ và cứ lặp đi lặp lại, thì có lẽ đó là do sự khác biệt sâu sắc giữa tính cách của bạn và người yêu, cùng những hy vọng và giấc mơ sâu thẳm nhất của cả hai.</w:t>
      </w:r>
    </w:p>
    <w:p>
      <w:pPr>
        <w:spacing w:after="80"/>
      </w:pPr>
      <w:r>
        <w:rPr>
          <w:b w:val="0"/>
          <w:i w:val="0"/>
        </w:rPr>
        <w:t>Nói cách khác, hai bạn trân trọng những điều khác nhau, và có tầm nhìn khác nhau về cách mình muốn sống hằng ngày và điều mình muốn trải nghiệm trong cuộc đời. Theo Tiến sĩ Gottman, gần như mọi sự bế tắc trong mối quan hệ của bạn đều đến từ "những giấc mơ chưa thành".</w:t>
      </w:r>
    </w:p>
    <w:p>
      <w:pPr>
        <w:spacing w:after="80"/>
      </w:pPr>
      <w:r>
        <w:rPr>
          <w:b w:val="0"/>
          <w:i w:val="0"/>
        </w:rPr>
        <w:t>Lấy ví dụ cặp đôi cãi nhau về việc chuyển đến London, hay cặp đôi bất đồng về việc có con. Đây là những vấn đề lớn. Đó là lý do bạn không thể buông bỏ nó. Nó gắn với một tầm nhìn sâu xa mà bạn có về cuộc đời mình. Đây là một quyết định rất cá nhân mà bạn sẽ cần phải đưa ra.</w:t>
      </w:r>
    </w:p>
    <w:p>
      <w:pPr>
        <w:spacing w:after="80"/>
      </w:pPr>
      <w:r>
        <w:rPr>
          <w:b w:val="0"/>
          <w:i w:val="0"/>
        </w:rPr>
        <w:t>Chuyển đến London có vẻ là điều đáng để thỏa hiệp. Nhưng nếu bạn luôn muốn có con, bạn sẽ hối hận vì đã lãng phí một thập kỷ với ai đó, để rồi tỉnh dậy ở tuổi trung niên 40 và nhận ra đây là điều bạn thật sự mong muốn—và giờ nó sẽ không thể xảy ra nữa.</w:t>
      </w:r>
    </w:p>
    <w:p>
      <w:pPr>
        <w:spacing w:after="80"/>
      </w:pPr>
      <w:r>
        <w:rPr>
          <w:b w:val="0"/>
          <w:i w:val="0"/>
        </w:rPr>
        <w:t>Hãy tự hỏi bản thân, liệu điều này có buộc mình phải từ bỏ một giấc mơ không? Bởi theo vợ chồng Gottman, nếu đúng như vậy thì đó là một vấn đề.</w:t>
      </w:r>
    </w:p>
    <w:p>
      <w:pPr>
        <w:pStyle w:val="Heading2"/>
      </w:pPr>
      <w:r>
        <w:rPr>
          <w:rFonts w:ascii="Calibri" w:hAnsi="Calibri"/>
          <w:b/>
          <w:i w:val="0"/>
          <w:sz w:val="32"/>
        </w:rPr>
        <w:t>Liệu Có Ai Tốt Hơn Không?</w:t>
      </w:r>
    </w:p>
    <w:p>
      <w:pPr>
        <w:spacing w:after="80"/>
      </w:pPr>
      <w:r>
        <w:rPr>
          <w:b w:val="0"/>
          <w:i w:val="0"/>
        </w:rPr>
        <w:t xml:space="preserve">Trong nghiên cứu của mình, tôi cũng nhận thấy có rất nhiều bạn đang trong các mối quan hệ gắn bó lâu dài nhưng vẫn thắc mắc: </w:t>
      </w:r>
      <w:r>
        <w:rPr>
          <w:b w:val="0"/>
          <w:i/>
        </w:rPr>
        <w:t>Liệu ngoài kia có ai tốt hơn không?</w:t>
      </w:r>
    </w:p>
    <w:p>
      <w:pPr>
        <w:spacing w:after="80"/>
      </w:pPr>
      <w:r>
        <w:rPr>
          <w:b w:val="0"/>
          <w:i w:val="0"/>
        </w:rPr>
        <w:t>Câu trả lời là, bạn sẽ không bao giờ biết được.</w:t>
      </w:r>
    </w:p>
    <w:p>
      <w:pPr>
        <w:spacing w:after="80"/>
      </w:pPr>
      <w:r>
        <w:rPr>
          <w:b w:val="0"/>
          <w:i w:val="0"/>
        </w:rPr>
        <w:t>Cá nhân tôi tin rằng nỗi lo này là thứ mà văn hóa hẹn hò, mạng xã hội và phim hài lãng mạn đã nhét vào đầu bạn. Không có ai hoàn hảo cả. Ai cũng có những vấn đề trong quá khứ. Ai cũng có hành trang riêng. Và càng lớn tuổi, bạn càng mang nhiều hành trang hơn.</w:t>
      </w:r>
    </w:p>
    <w:p>
      <w:pPr>
        <w:spacing w:after="80"/>
      </w:pPr>
      <w:r>
        <w:rPr>
          <w:b w:val="0"/>
          <w:i w:val="0"/>
        </w:rPr>
        <w:t>Hầu hết mọi người chưa giải quyết được điều đó. Chỉ bạn mới biết liệu mình có đang không trân trọng những gì ngay trước mắt, hay là bạn nhìn mọi thứ trong cuộc sống của mình như một chiếc ly vơi một nửa. Bạn có thể nghĩ rằng cỏ ở đâu đó luôn xanh hơn.</w:t>
      </w:r>
    </w:p>
    <w:p>
      <w:pPr>
        <w:spacing w:after="80"/>
      </w:pPr>
      <w:r>
        <w:rPr>
          <w:b w:val="0"/>
          <w:i w:val="0"/>
        </w:rPr>
        <w:t>Sự thật là, cỏ xanh hơn ở nơi bạn tưới nước cho nó.</w:t>
      </w:r>
    </w:p>
    <w:p>
      <w:pPr>
        <w:spacing w:after="80"/>
      </w:pPr>
      <w:r>
        <w:rPr>
          <w:b w:val="0"/>
          <w:i w:val="0"/>
        </w:rPr>
        <w:t>Điều đó đưa tôi trở lại với hai điều cần thiết để một mối quan hệ lâu dài vận hành được:</w:t>
      </w:r>
    </w:p>
    <w:p>
      <w:pPr>
        <w:spacing w:after="80"/>
        <w:ind w:left="360"/>
      </w:pPr>
      <w:r>
        <w:t xml:space="preserve">1. </w:t>
      </w:r>
      <w:r>
        <w:rPr>
          <w:b w:val="0"/>
          <w:i w:val="0"/>
        </w:rPr>
        <w:t>Cả hai người đều muốn mối quan hệ này thành công và đều sẵn lòng vun đắp để nó tốt đẹp hơn.</w:t>
      </w:r>
    </w:p>
    <w:p>
      <w:pPr>
        <w:spacing w:after="80"/>
        <w:ind w:left="360"/>
      </w:pPr>
      <w:r>
        <w:t xml:space="preserve">2. </w:t>
      </w:r>
      <w:r>
        <w:rPr>
          <w:b w:val="0"/>
          <w:i w:val="0"/>
        </w:rPr>
        <w:t>Những vấn đề gây ra rắc rối không đòi hỏi bất kỳ ai phải từ bỏ giấc mơ hay thỏa hiệp với giá trị của mình.</w:t>
      </w:r>
    </w:p>
    <w:p>
      <w:pPr>
        <w:spacing w:after="80"/>
      </w:pPr>
      <w:r>
        <w:rPr>
          <w:b w:val="0"/>
          <w:i w:val="0"/>
        </w:rPr>
        <w:t>Đến một lúc nào đó, bạn buộc phải chọn. Và điều đó có thể có nghĩa là chọn lấy những gì đang ngay trước mắt bạn.</w:t>
      </w:r>
    </w:p>
    <w:p>
      <w:pPr>
        <w:spacing w:after="80"/>
      </w:pPr>
      <w:r>
        <w:rPr>
          <w:b w:val="0"/>
          <w:i w:val="0"/>
        </w:rPr>
        <w:t>Là người đã kết hôn gần 30 năm, tôi đảm bảo với bạn rằng mọi cặp đôi đều từng đối mặt với những khoảng thời gian thực sự tăm tối và đáng sợ trong mối quan hệ của họ. Và với những cặp đôi đã chọn dấn thân vào nhau và cùng nhau vượt qua các vấn đề, khó khăn và thử thách, không một ai trong số họ hối hận vì điều đó.</w:t>
      </w:r>
    </w:p>
    <w:p>
      <w:pPr>
        <w:spacing w:after="80"/>
      </w:pPr>
      <w:r>
        <w:rPr>
          <w:b w:val="0"/>
          <w:i w:val="0"/>
        </w:rPr>
        <w:t>Nhưng tôi biết rất nhiều người đã ly hôn và mang trong lòng nỗi hối tiếc dai dẳng rằng giá như họ đã cố gắng thêm một chút để vun đắp cho mối quan hệ và có đủ can đảm đối mặt với các vấn đề của mình sớm hơn.</w:t>
      </w:r>
    </w:p>
    <w:p>
      <w:pPr>
        <w:spacing w:after="80"/>
      </w:pPr>
      <w:r>
        <w:rPr>
          <w:b w:val="0"/>
          <w:i w:val="0"/>
        </w:rPr>
        <w:t>Có lẽ nếu họ đã có những cuộc trò chuyện khó khăn và đi trị liệu, mọi chuyện đã diễn ra khác đi. Bởi vì, kể cả khi điều đó không giữ được họ bên nhau, nó cũng sẽ khiến quá trình chia tay—và những hệ lụy sau khi ly thân khi có con cái—trở nên dễ chịu hơn rất nhiều.</w:t>
      </w:r>
    </w:p>
    <w:p>
      <w:pPr>
        <w:spacing w:after="80"/>
      </w:pPr>
      <w:r>
        <w:rPr>
          <w:b w:val="0"/>
          <w:i w:val="0"/>
        </w:rPr>
        <w:t>Kết thúc một mối quan hệ là một lựa chọn rất riêng tư và khó khăn, đặc biệt là khi bạn ước gì nó có thể thành công. Điều đó có thể có nghĩa là chọn tin vào trực giác sâu thẳm bên trong bạn rằng có điều gì đó về mối quan hệ này không thực sự vừa vặn.</w:t>
      </w:r>
    </w:p>
    <w:p>
      <w:pPr>
        <w:spacing w:after="80"/>
      </w:pPr>
      <w:r>
        <w:rPr>
          <w:b w:val="0"/>
          <w:i w:val="0"/>
        </w:rPr>
        <w:t>Bạn biết điều đó, chỉ là bạn quá sợ hãi để thừa nhận với chính mình. Đôi khi bạn phải kết thúc mọi thứ trước khi chúng kết thúc bạn. Nếu bạn biết giấc mơ của mình trong cuộc đời là gì, bạn xứng đáng và cần những mối quan hệ hỗ trợ bạn đạt được chúng. Nếu bạn ở lại với một người không chia sẻ những hy vọng và giấc mơ giống như bạn. Điều đó sẽ khiến cả hai đều khổ sở.</w:t>
      </w:r>
    </w:p>
    <w:p>
      <w:pPr>
        <w:spacing w:after="80"/>
      </w:pPr>
      <w:r>
        <w:rPr>
          <w:b w:val="0"/>
          <w:i w:val="0"/>
        </w:rPr>
        <w:t xml:space="preserve">Và nhìn này, viết điều đó vào sách thì dễ với tôi lắm. Nói câu </w:t>
      </w:r>
      <w:r>
        <w:rPr>
          <w:b w:val="0"/>
          <w:i/>
        </w:rPr>
        <w:t>Để Họ Đi</w:t>
      </w:r>
      <w:r>
        <w:rPr>
          <w:b w:val="0"/>
          <w:i w:val="0"/>
        </w:rPr>
        <w:t xml:space="preserve"> cũng dễ với tôi lắm. Nhưng chia tay một người mà bạn vẫn còn yêu thương thì chẳng có gì dễ dàng cả.</w:t>
      </w:r>
    </w:p>
    <w:p>
      <w:pPr>
        <w:spacing w:after="80"/>
      </w:pPr>
      <w:r>
        <w:rPr>
          <w:b w:val="0"/>
          <w:i w:val="0"/>
        </w:rPr>
        <w:t>Đó là lúc hơn bao giờ hết, bạn sẽ thấy biết ơn vì mình có Lý Thuyết Để Họ Đi để giúp mình vượt qua.</w:t>
      </w:r>
    </w:p>
    <w:p>
      <w:pPr>
        <w:pStyle w:val="Heading2"/>
      </w:pPr>
      <w:r>
        <w:rPr>
          <w:rFonts w:ascii="Calibri" w:hAnsi="Calibri"/>
          <w:b/>
          <w:i w:val="0"/>
          <w:sz w:val="32"/>
        </w:rPr>
        <w:t>Sống Sót Qua Nỗi Đau Tan Vỡ</w:t>
      </w:r>
    </w:p>
    <w:p>
      <w:pPr>
        <w:spacing w:after="80"/>
      </w:pPr>
      <w:r>
        <w:rPr>
          <w:b w:val="0"/>
          <w:i w:val="0"/>
        </w:rPr>
        <w:t>Tôi muốn nói trực tiếp với bạn, hoặc với người bạn yêu thương đang trải qua nỗi đau tan vỡ.</w:t>
      </w:r>
    </w:p>
    <w:p>
      <w:pPr>
        <w:spacing w:after="80"/>
      </w:pPr>
      <w:r>
        <w:rPr>
          <w:b w:val="0"/>
          <w:i w:val="0"/>
        </w:rPr>
        <w:t>Đây sẽ là một trong những điều khó khăn nhất bạn từng trải qua. Và bạn sẽ vượt qua được.</w:t>
      </w:r>
    </w:p>
    <w:p>
      <w:pPr>
        <w:spacing w:after="80"/>
      </w:pPr>
      <w:r>
        <w:rPr>
          <w:b w:val="0"/>
          <w:i w:val="0"/>
        </w:rPr>
        <w:t>Điều tệ nhất mà ai đó có thể nói với bạn khi một mối quan hệ vừa kết thúc là bạn nên tập trung vào việc "yêu thương bản thân". Đó là lời khuyên tệ nhất trên đời, bởi vì khi đang trải qua nỗi đau tan vỡ, bạn thường ghét chính mình.</w:t>
      </w:r>
    </w:p>
    <w:p>
      <w:pPr>
        <w:spacing w:after="80"/>
      </w:pPr>
      <w:r>
        <w:rPr>
          <w:b w:val="0"/>
          <w:i w:val="0"/>
        </w:rPr>
        <w:t>Bạn đặt câu hỏi cho mọi thứ. Bạn tự hỏi liệu mình có bao giờ tìm được tình yêu lần nữa không. Bạn muốn cuộc sống cũ của mình và ước gì mình có thể quay lại như xưa. Bạn muốn những gì mình từng có. Cảm giác như trái tim bạn đang vỡ vụn, bởi vì nó thật sự vỡ vụn.</w:t>
      </w:r>
    </w:p>
    <w:p>
      <w:pPr>
        <w:spacing w:after="80"/>
      </w:pPr>
      <w:r>
        <w:rPr>
          <w:b w:val="0"/>
          <w:i w:val="0"/>
        </w:rPr>
        <w:t>Điều bạn đang cảm nhận là nỗi đau mất mát (grief). Cuộc sống mà bạn tưởng mình sẽ sống đã chết rồi. Cũng giống như trải nghiệm mất đi người thân yêu, khi trải qua nỗi đau tan vỡ, bạn sẽ trải qua tất cả các giai đoạn mất mát giống hệt nhau. Và nó sẽ nhấn chìm bạn. Suốt nhiều ngày, nhiều tuần, thậm chí nhiều tháng, bạn sẽ nghĩ về người đó không ngừng nghỉ.</w:t>
      </w:r>
    </w:p>
    <w:p>
      <w:pPr>
        <w:spacing w:after="80"/>
      </w:pPr>
      <w:r>
        <w:rPr>
          <w:b w:val="0"/>
          <w:i w:val="0"/>
        </w:rPr>
        <w:t>Bạn sẽ phải chống lại sự thôi thúc suốt ngày, mỗi ngày, để nhắn tin, gọi điện, nghe lại tin nhắn thoại của họ, xem ảnh, kiểm tra vị trí của họ, hay xem tin (stories) của họ trên mạng.</w:t>
      </w:r>
    </w:p>
    <w:p>
      <w:pPr>
        <w:spacing w:after="80"/>
      </w:pPr>
      <w:r>
        <w:rPr>
          <w:b w:val="0"/>
          <w:i w:val="0"/>
        </w:rPr>
        <w:t>Tôi đã nói chuyện với chuyên gia trị liệu của mình, Anne, về điều này, và cô ấy giải thích rằng:</w:t>
      </w:r>
    </w:p>
    <w:p>
      <w:pPr>
        <w:spacing w:after="80"/>
      </w:pPr>
      <w:r>
        <w:rPr>
          <w:b w:val="0"/>
          <w:i w:val="0"/>
        </w:rPr>
        <w:t>Nó đau sâu sắc đến vậy vì mọi thứ về họ đều đan xen vào hệ thần kinh của bạn. Họ đã là một phần của bạn và bạn đã là một phần của họ trong một thời gian dài. Đó là lý do bạn vẫn có thể cảm nhận được sự hiện diện của họ và nghe được giọng nói của họ. Bạn đã quá quen với việc nói chuyện với họ mỗi ngày, nên bạn tự nhiên muốn liên lạc. Đúng, bạn nhớ họ, nhưng hệ thần kinh của bạn luôn nhớ họ và những cách mà họ đã hòa quyện vào trải nghiệm sống của bạn. Điều này là bình thường.</w:t>
      </w:r>
    </w:p>
    <w:p>
      <w:pPr>
        <w:spacing w:after="80"/>
      </w:pPr>
      <w:r>
        <w:rPr>
          <w:b w:val="0"/>
          <w:i w:val="0"/>
        </w:rPr>
        <w:t>Cô ấy đang giải thích khía cạnh thần kinh, sinh lý và hóa học thần kinh của cảm giác khi trải qua nỗi đau tan vỡ. Khi bạn đi dạo trên phố, hay lái xe, bạn sẽ tưởng tượng rằng họ đang ở đó bên cạnh bạn. Khi bạn có một suy nghĩ, bạn gần như nghe được họ sẽ đáp lại điều gì. Nếu có điều gì tốt đẹp xảy ra, bạn sẽ thấy mình muốn chia sẻ với họ. Nếu có điều gì thay đổi trong gia đình bạn, bạn sẽ ước gì mình có thể kể cho họ.</w:t>
      </w:r>
    </w:p>
    <w:p>
      <w:pPr>
        <w:spacing w:after="80"/>
      </w:pPr>
      <w:r>
        <w:rPr>
          <w:b w:val="0"/>
          <w:i w:val="0"/>
        </w:rPr>
        <w:t>Không chỉ trái tim bạn đang vỡ, mà là tất cả những khuôn mẫu này trong cuộc sống của bạn. Đó là mạch nơ-ron trong cơ thể bạn. Đó là hệ thần kinh của bạn. Đó là những suy nghĩ trong tâm trí bạn. Đó là những hình ảnh trong trái tim bạn. Đó là những bài hát bạn từng nghe. Khi bạn mặc đồ đi làm, khi bạn leo lên giường vào cuối ngày và thức dậy một mình vào buổi sáng, họ sẽ ở trong tâm trí bạn.</w:t>
      </w:r>
    </w:p>
    <w:p>
      <w:pPr>
        <w:spacing w:after="80"/>
      </w:pPr>
      <w:r>
        <w:rPr>
          <w:b w:val="0"/>
          <w:i w:val="0"/>
        </w:rPr>
        <w:t>Bạn sẽ sống trong nỗi sợ và niềm hy vọng được tình cờ gặp họ. Bạn sẽ nhìn cuộc sống của họ diễn ra qua những bức ảnh từ xa. Bạn sẽ kinh hoàng trước cái ngày mà bạn biết được họ đã gặp người khác. Phần khó nhất của một cuộc chia tay là bạn phải trải qua nó.</w:t>
      </w:r>
    </w:p>
    <w:p>
      <w:pPr>
        <w:spacing w:after="80"/>
      </w:pPr>
      <w:r>
        <w:rPr>
          <w:b w:val="0"/>
          <w:i w:val="0"/>
        </w:rPr>
        <w:t>Không có cách nào tránh khỏi. Bạn trải nghiệm nó trong từng tế bào của cơ thể mình, bởi vì bạn phải gỡ bỏ những gì đã quen khi ở bên họ, và học lại cách sống cuộc đời mình mà không có họ. Đây là lý do vì sao rất nhiều người bám víu quá lâu.</w:t>
      </w:r>
    </w:p>
    <w:p>
      <w:pPr>
        <w:spacing w:after="80"/>
      </w:pPr>
      <w:r>
        <w:rPr>
          <w:b w:val="0"/>
          <w:i/>
        </w:rPr>
        <w:t>Để Họ Đi</w:t>
      </w:r>
      <w:r>
        <w:rPr>
          <w:b w:val="0"/>
          <w:i w:val="0"/>
        </w:rPr>
        <w:t xml:space="preserve"> sẽ không làm điều này trở nên dễ dàng. </w:t>
      </w:r>
      <w:r>
        <w:rPr>
          <w:b w:val="0"/>
          <w:i/>
        </w:rPr>
        <w:t>Để Họ Đi</w:t>
      </w:r>
      <w:r>
        <w:rPr>
          <w:b w:val="0"/>
          <w:i w:val="0"/>
        </w:rPr>
        <w:t xml:space="preserve"> sẽ không xóa đi nỗi đau. Chuyên gia trị liệu Anne của tôi có một nguyên tắc khi nói về nỗi đau tan vỡ. Không liên lạc trong 30 ngày. Lý do là bất kỳ sự liên lạc nào—nhìn một bức ảnh, nghe giọng nói của họ—sẽ kích hoạt tất cả những khuôn mẫu cũ trong hệ thần kinh của bạn, và thật sự sẽ buộc bạn phải lùi lại một bước trong quá trình gỡ bỏ cuộc sống với người này.</w:t>
      </w:r>
    </w:p>
    <w:p>
      <w:pPr>
        <w:spacing w:after="80"/>
      </w:pPr>
      <w:r>
        <w:rPr>
          <w:b w:val="0"/>
          <w:i w:val="0"/>
        </w:rPr>
        <w:t>Đây là phần khó khăn. Và bạn sẽ phải chìm sâu trong đó ít nhất ba tháng. Đó là khoảng thời gian mà nghiên cứu cho thấy bạn cần để vượt qua nỗi đau của một cuộc chia tay trước khi bắt đầu cảm thấy khá hơn một chút.</w:t>
      </w:r>
    </w:p>
    <w:p>
      <w:pPr>
        <w:spacing w:after="80"/>
      </w:pPr>
      <w:r>
        <w:rPr>
          <w:b w:val="0"/>
          <w:i w:val="0"/>
        </w:rPr>
        <w:t>Đến mốc 11 tuần, 71 phần trăm người ta cảm thấy khá hơn. Tôi đưa ra con số đó như một cột mốc để bạn phần nào yên tâm rằng, đúng vậy, mọi chuyện rồi sẽ tốt hơn. Có thể tốt hơn sau 11 ngày. Có thể tốt hơn sau 11 tuần. Có thể lâu hơn một chút. Nhưng rồi nó sẽ tốt hơn.</w:t>
      </w:r>
    </w:p>
    <w:p>
      <w:pPr>
        <w:spacing w:after="80"/>
      </w:pPr>
      <w:r>
        <w:rPr>
          <w:b w:val="0"/>
          <w:i w:val="0"/>
        </w:rPr>
        <w:t xml:space="preserve">Lý thuyết Let Them sẽ giúp bạn đi qua giai đoạn này, học hỏi từ nó, và vượt qua nó mạnh mẽ hơn, gắn kết hơn với chính mình và với những gì bạn muốn và xứng đáng có trong cuộc đời. Nhưng, khi còn đang ở phần đầu tiên này, bạn chỉ cần cho phép mình được ở trong đó. </w:t>
      </w:r>
      <w:r>
        <w:rPr>
          <w:b w:val="0"/>
          <w:i/>
        </w:rPr>
        <w:t>Let Me</w:t>
      </w:r>
      <w:r>
        <w:rPr>
          <w:b w:val="0"/>
          <w:i w:val="0"/>
        </w:rPr>
        <w:t>.</w:t>
      </w:r>
    </w:p>
    <w:p>
      <w:pPr>
        <w:spacing w:after="80"/>
      </w:pPr>
      <w:r>
        <w:rPr>
          <w:b w:val="0"/>
          <w:i/>
        </w:rPr>
        <w:t>Let Me</w:t>
      </w:r>
      <w:r>
        <w:rPr>
          <w:b w:val="0"/>
          <w:i w:val="0"/>
        </w:rPr>
        <w:t xml:space="preserve"> đau buồn. </w:t>
      </w:r>
      <w:r>
        <w:rPr>
          <w:b w:val="0"/>
          <w:i/>
        </w:rPr>
        <w:t>Let Me</w:t>
      </w:r>
      <w:r>
        <w:rPr>
          <w:b w:val="0"/>
          <w:i w:val="0"/>
        </w:rPr>
        <w:t xml:space="preserve"> khóc trên giường mấy ngày liền. </w:t>
      </w:r>
      <w:r>
        <w:rPr>
          <w:b w:val="0"/>
          <w:i/>
        </w:rPr>
        <w:t>Let Me</w:t>
      </w:r>
      <w:r>
        <w:rPr>
          <w:b w:val="0"/>
          <w:i w:val="0"/>
        </w:rPr>
        <w:t xml:space="preserve"> kể đi kể lại câu chuyện về cách mọi chuyện kết thúc. </w:t>
      </w:r>
      <w:r>
        <w:rPr>
          <w:b w:val="0"/>
          <w:i/>
        </w:rPr>
        <w:t>Let Me</w:t>
      </w:r>
      <w:r>
        <w:rPr>
          <w:b w:val="0"/>
          <w:i w:val="0"/>
        </w:rPr>
        <w:t xml:space="preserve"> chống lại việc nhắn tin cho họ. </w:t>
      </w:r>
      <w:r>
        <w:rPr>
          <w:b w:val="0"/>
          <w:i/>
        </w:rPr>
        <w:t>Let Me</w:t>
      </w:r>
      <w:r>
        <w:rPr>
          <w:b w:val="0"/>
          <w:i w:val="0"/>
        </w:rPr>
        <w:t xml:space="preserve"> ở trong trạng thái trầm cảm.</w:t>
      </w:r>
    </w:p>
    <w:p>
      <w:pPr>
        <w:spacing w:after="80"/>
      </w:pPr>
      <w:r>
        <w:rPr>
          <w:b w:val="0"/>
          <w:i w:val="0"/>
        </w:rPr>
        <w:t>Tất cả nỗi buồn này là một phản ứng lành mạnh về mặt tinh thần trước sự tan vỡ. Và khi bạn sẵn sàng, có một vài điều, dựa trên nghiên cứu, sẽ giúp bạn chấp nhận rằng mối quan hệ đã kết thúc và đã đến lúc bạn nhặt lại những mảnh ghép của cuộc đời mình và bước tiếp.</w:t>
      </w:r>
    </w:p>
    <w:p>
      <w:pPr>
        <w:spacing w:after="80"/>
      </w:pPr>
      <w:r>
        <w:rPr>
          <w:b w:val="0"/>
          <w:i w:val="0"/>
        </w:rPr>
        <w:t>Dưới đây là một vài gợi ý về cách bạn có thể bắt đầu ổn định lại hệ thần kinh của mình và đi qua cuộc chia tay này theo một cách lành mạnh hơn—bởi vì thời gian không chữa lành. Điều bạn làm với khoảng thời gian đó mới là điều quan trọng:</w:t>
      </w:r>
    </w:p>
    <w:p>
      <w:pPr>
        <w:pStyle w:val="Heading3"/>
      </w:pPr>
      <w:r>
        <w:rPr>
          <w:rFonts w:ascii="Calibri" w:hAnsi="Calibri"/>
          <w:b/>
          <w:i w:val="0"/>
          <w:sz w:val="26"/>
        </w:rPr>
        <w:t>1. Loại bỏ mọi thứ gợi nhắc trong môi trường xung quanh.</w:t>
      </w:r>
    </w:p>
    <w:p>
      <w:pPr>
        <w:spacing w:after="80"/>
      </w:pPr>
      <w:r>
        <w:rPr>
          <w:b w:val="0"/>
          <w:i w:val="0"/>
        </w:rPr>
        <w:t>Hãy lấy mọi thứ gợi nhắc có thể nhìn thấy—đồ lặt vặt, áo sơ mi, hình ảnh—và cất chúng đi khuất tầm mắt. Những dấu vết về người này đã ăn sâu vào cơ thể và tâm trí bạn đến mức chỉ cần nhìn thấy những thứ gợi nhớ về họ cũng khiến bạn không thể bước tiếp. Bạn không cần phải đốt chúng. Bạn chỉ cần bỏ chúng vào một cái hộp và quay lại với chúng khi bạn có thời gian, không gian và khoảng cách với tất cả những cảm xúc này.</w:t>
      </w:r>
    </w:p>
    <w:p>
      <w:pPr>
        <w:pStyle w:val="Heading3"/>
      </w:pPr>
      <w:r>
        <w:rPr>
          <w:rFonts w:ascii="Calibri" w:hAnsi="Calibri"/>
          <w:b/>
          <w:i w:val="0"/>
          <w:sz w:val="26"/>
        </w:rPr>
        <w:t>2. Thay đổi chút ít cho phòng ngủ của bạn.</w:t>
      </w:r>
    </w:p>
    <w:p>
      <w:pPr>
        <w:spacing w:after="80"/>
      </w:pPr>
      <w:r>
        <w:rPr>
          <w:b w:val="0"/>
          <w:i w:val="0"/>
        </w:rPr>
        <w:t>Rất có thể bạn đã dành rất nhiều thời gian bên nhau trong phòng ngủ của mình. Làm mới phòng ngủ thực sự giúp báo hiệu rằng một chương mới đang bắt đầu. Sơn lại một bức tường hoặc dán loại giấy dán tường bóc được ngầu đó. Mua ga trải giường mới và chăn mới. Sắp xếp lại đồ đạc. Nó thực sự có ích.</w:t>
      </w:r>
    </w:p>
    <w:p>
      <w:pPr>
        <w:pStyle w:val="Heading3"/>
      </w:pPr>
      <w:r>
        <w:rPr>
          <w:rFonts w:ascii="Calibri" w:hAnsi="Calibri"/>
          <w:b/>
          <w:i w:val="0"/>
          <w:sz w:val="26"/>
        </w:rPr>
        <w:t>3. Liên lạc với bạn bè, anh chị em, họ hàng và đồng nghiệp.</w:t>
      </w:r>
    </w:p>
    <w:p>
      <w:pPr>
        <w:spacing w:after="80"/>
      </w:pPr>
      <w:r>
        <w:rPr>
          <w:b w:val="0"/>
          <w:i w:val="0"/>
        </w:rPr>
        <w:t>Có một khoảng trống mà người này để lại và nó cần được lấp đầy. Bạn cần sự hỗ trợ, nên hãy lên tiếng xin nó. Không có gì phải xấu hổ cả. Ai cũng từng trải qua một cuộc chia tay và hiểu nó có thể khủng khiếp đến mức nào. Hãy nhờ mọi người để ý hỏi thăm bạn trong vài tháng tới và rủ bạn đi dạo hoặc ăn tối để bạn ra khỏi nhà.</w:t>
      </w:r>
    </w:p>
    <w:p>
      <w:pPr>
        <w:pStyle w:val="Heading3"/>
      </w:pPr>
      <w:r>
        <w:rPr>
          <w:rFonts w:ascii="Calibri" w:hAnsi="Calibri"/>
          <w:b/>
          <w:i w:val="0"/>
          <w:sz w:val="26"/>
        </w:rPr>
        <w:t>4. Lấp đầy lịch của bạn.</w:t>
      </w:r>
    </w:p>
    <w:p>
      <w:pPr>
        <w:spacing w:after="80"/>
      </w:pPr>
      <w:r>
        <w:rPr>
          <w:b w:val="0"/>
          <w:i w:val="0"/>
        </w:rPr>
        <w:t>Tìm các sự kiện trong khu vực của bạn và mua vé để bạn cam kết sẽ đi xem một triển lãm hoặc đi thăm một người bạn ở thành phố khác. Liên lạc với bạn bè và lên kế hoạch để bạn không nhìn thấy một lịch trống trơn, mà là một lịch đầy ắp. Sự xao nhãng thực sự có ích. Không gì tệ cho một cuộc chia tay bằng một tâm trí nhàn rỗi. Nếu bạn không có việc gì để bận rộn, bạn sẽ tự làm mình bận rộn bằng cách nghĩ về họ.</w:t>
      </w:r>
    </w:p>
    <w:p>
      <w:pPr>
        <w:pStyle w:val="Heading3"/>
      </w:pPr>
      <w:r>
        <w:rPr>
          <w:rFonts w:ascii="Calibri" w:hAnsi="Calibri"/>
          <w:b/>
          <w:i w:val="0"/>
          <w:sz w:val="26"/>
        </w:rPr>
        <w:t>5. Chọn một thử thách mà bạn luôn muốn làm.</w:t>
      </w:r>
    </w:p>
    <w:p>
      <w:pPr>
        <w:spacing w:after="80"/>
      </w:pPr>
      <w:r>
        <w:rPr>
          <w:b w:val="0"/>
          <w:i w:val="0"/>
        </w:rPr>
        <w:t>Dù đó là một ngọn núi bạn hằng muốn chinh phục, một cuộc thi ba môn phối hợp mà bạn chưa bao giờ có thời gian luyện tập, một lớp học bạn luôn muốn tham gia, hay thậm chí là học guitar, đây là thời điểm hoàn hảo. Hãy chọn thử thách này cho chính mình để bạn đang làm điều gì đó vì bản thân mà bạn thấy tự hào. Không có cảm giác nào tuyệt hơn thế.</w:t>
      </w:r>
    </w:p>
    <w:p>
      <w:pPr>
        <w:pStyle w:val="Heading3"/>
      </w:pPr>
      <w:r>
        <w:rPr>
          <w:rFonts w:ascii="Calibri" w:hAnsi="Calibri"/>
          <w:b/>
          <w:i w:val="0"/>
          <w:sz w:val="26"/>
        </w:rPr>
        <w:t>6. Hãy tiếp tục tự hỏi mình câu hỏi này.</w:t>
      </w:r>
    </w:p>
    <w:p>
      <w:pPr>
        <w:spacing w:after="80"/>
      </w:pPr>
      <w:r>
        <w:rPr>
          <w:b w:val="0"/>
          <w:i w:val="0"/>
        </w:rPr>
        <w:t>Nếu bạn biết rằng tình yêu của đời mình đang ở ngay góc phố và cuộc chia tay này đang đưa bạn đến gần hơn một bước để gặp được họ, bạn sẽ dành những buổi tối và cuối tuần của mình như thế nào khi còn độc thân?</w:t>
      </w:r>
    </w:p>
    <w:p>
      <w:pPr>
        <w:spacing w:after="80"/>
      </w:pPr>
      <w:r>
        <w:rPr>
          <w:b w:val="0"/>
          <w:i w:val="0"/>
        </w:rPr>
        <w:t>Một trong những nỗi sợ lớn nhất khi người ta trải qua một cuộc chia tay là họ sẽ cô đơn mãi mãi và không bao giờ tìm được ai tốt như người vừa bước ra khỏi cửa. Điều đó không đúng, và việc chủ động có ý thức về cách bạn muốn dành thời gian độc thân của mình gửi tín hiệu đến não bộ rằng bạn thực sự tin mình sẽ không độc thân mãi mãi—và rằng bạn nên tận dụng tối đa khoảng thời gian này ngay bây giờ.</w:t>
      </w:r>
    </w:p>
    <w:p>
      <w:pPr>
        <w:spacing w:after="80"/>
      </w:pPr>
      <w:r>
        <w:rPr>
          <w:b w:val="0"/>
          <w:i w:val="0"/>
        </w:rPr>
        <w:t>Một điều nữa: Đừng ăn kiêng để trả đũa.</w:t>
      </w:r>
    </w:p>
    <w:p>
      <w:pPr>
        <w:spacing w:after="80"/>
      </w:pPr>
      <w:r>
        <w:rPr>
          <w:b w:val="0"/>
          <w:i w:val="0"/>
        </w:rPr>
        <w:t>Thật là một sai lầm lớn khi dùng nỗi đau tan vỡ làm cái cớ để giảm cân hay tập gym cho cơ bắp cuồn cuộn hay bằng cách nào đó làm mình hấp dẫn hơn với hy vọng giành lại người yêu cũ hoặc để chọc tức họ khi bạn trở nên nóng bỏng. Đừng làm thế. Điều đó nghĩa là bạn vẫn còn đuổi theo người yêu cũ và họ vẫn là một phần động lực hằng ngày của bạn.</w:t>
      </w:r>
    </w:p>
    <w:p>
      <w:pPr>
        <w:spacing w:after="80"/>
      </w:pPr>
      <w:r>
        <w:rPr>
          <w:b w:val="0"/>
          <w:i w:val="0"/>
        </w:rPr>
        <w:t>Nếu bạn muốn đến phòng gym và lấy lại vóc dáng vì chính bản thân mình, tuyệt vời. Nếu bạn muốn chăm sóc bản thân và ưu tiên những thói quen lành mạnh hơn, thật tuyệt. Nhưng đừng làm vì họ. Hãy làm vì bạn.</w:t>
      </w:r>
    </w:p>
    <w:p>
      <w:pPr>
        <w:spacing w:after="80"/>
      </w:pPr>
      <w:r>
        <w:rPr>
          <w:b w:val="0"/>
          <w:i w:val="0"/>
        </w:rPr>
        <w:t>Quan trọng nhất là. . . hãy cho nó thời gian.</w:t>
      </w:r>
    </w:p>
    <w:p>
      <w:pPr>
        <w:spacing w:after="80"/>
      </w:pPr>
      <w:r>
        <w:rPr>
          <w:b w:val="0"/>
          <w:i w:val="0"/>
        </w:rPr>
        <w:t>Thời gian không chữa lành mọi vết thương. Điều bạn làm với thời gian của mình mới chữa lành. Dù bạn có bận rộn đến đâu, hay bạn bắt đầu cảm thấy tốt hơn bao nhiêu, bạn vẫn cần thời gian để xử lý mọi thứ đã xảy ra. Hãy để nó cần thời gian. . . vì nó sẽ cần thời gian. Thường thì nó cần RẤT NHIỀU thời gian. Nhưng nếu bạn cứ thức dậy mỗi ngày và tiến thêm một bước, một ngày nào đó bạn sẽ thức dậy và nhận ra rằng bạn không chỉ cảm thấy tốt hơn—mà bạn đã tốt hơn.</w:t>
      </w:r>
    </w:p>
    <w:p>
      <w:pPr>
        <w:pStyle w:val="Heading2"/>
      </w:pPr>
      <w:r>
        <w:rPr>
          <w:rFonts w:ascii="Calibri" w:hAnsi="Calibri"/>
          <w:b/>
          <w:i w:val="0"/>
          <w:sz w:val="32"/>
        </w:rPr>
        <w:t>Bạn Chính Là Tình Yêu Của Đời Mình</w:t>
      </w:r>
    </w:p>
    <w:p>
      <w:pPr>
        <w:spacing w:after="80"/>
      </w:pPr>
      <w:r>
        <w:rPr>
          <w:b w:val="0"/>
          <w:i w:val="0"/>
        </w:rPr>
        <w:t>Khi bạn đã đi qua những thử thách của tình yêu, tan vỡ, và mọi thứ ở giữa, điều quan trọng là dừng lại và nhận ra một sự thật nền tảng: Một mối quan hệ không làm bạn xứng đáng với tình yêu. Chính sự tồn tại của bạn mới làm điều đó. Bạn sẽ dành cả cuộc đời mình từ ngày sinh ra đến ngày nhắm mắt chỉ với một người duy nhất: chính bạn. Bạn là tình yêu duy nhất của đời mình.</w:t>
      </w:r>
    </w:p>
    <w:p>
      <w:pPr>
        <w:spacing w:after="80"/>
      </w:pPr>
      <w:r>
        <w:rPr>
          <w:b w:val="0"/>
          <w:i w:val="0"/>
        </w:rPr>
        <w:t>Xuyên suốt cuốn sách này, chúng ta đã tập trung vào các mối quan hệ của bạn với người khác. Làm thế nào để ngừng biến người khác thành vấn đề, và làm thế nào để biến các mối quan hệ của bạn thành những nguồn vui, ý nghĩa và kết nối lớn nhất. Nhưng có một mối quan hệ làm nền tảng cho tất cả, và đó là mối quan hệ bạn có với chính mình.</w:t>
      </w:r>
    </w:p>
    <w:p>
      <w:pPr>
        <w:spacing w:after="80"/>
      </w:pPr>
      <w:r>
        <w:rPr>
          <w:b w:val="0"/>
          <w:i w:val="0"/>
        </w:rPr>
        <w:t>Dù bạn đang độc thân, đang hẹn hò, đã kết hôn, hay đang chữa lành sau tan vỡ, sức mạnh để tạo nên những mối quan hệ tuyệt vời đã nằm trong bạn. Học thuyết Let Them đã dạy bạn cách đi qua những phức tạp của tương tác giữa người với người, cách để người khác được là chính họ, và cách giành lại sức mạnh của mình bằng việc chọn cách bạn hiện diện. Nhưng giờ đây, đã đến lúc áp dụng mọi thứ bạn đã học vào mối quan hệ quan trọng nhất mà bạn sẽ từng có: mối quan hệ với chính mình.</w:t>
      </w:r>
    </w:p>
    <w:p>
      <w:pPr>
        <w:spacing w:after="80"/>
      </w:pPr>
      <w:r>
        <w:rPr>
          <w:b w:val="0"/>
          <w:i/>
        </w:rPr>
        <w:t>Let Them</w:t>
      </w:r>
      <w:r>
        <w:rPr>
          <w:b w:val="0"/>
          <w:i w:val="0"/>
        </w:rPr>
        <w:t xml:space="preserve"> được là họ, để bạn cuối cùng có thể </w:t>
      </w:r>
      <w:r>
        <w:rPr>
          <w:b w:val="0"/>
          <w:i/>
        </w:rPr>
        <w:t>Let Me</w:t>
      </w:r>
      <w:r>
        <w:rPr>
          <w:b w:val="0"/>
          <w:i w:val="0"/>
        </w:rPr>
        <w:t xml:space="preserve"> được là tôi.</w:t>
      </w:r>
    </w:p>
    <w:p>
      <w:pPr>
        <w:spacing w:after="80"/>
      </w:pPr>
      <w:r>
        <w:rPr>
          <w:b w:val="0"/>
          <w:i w:val="0"/>
        </w:rPr>
        <w:t>Bạn đã học được rằng người khác có thể là một trong những nguồn hạnh phúc, sức khỏe tốt hơn, sự hỗ trợ, tình yêu và kết nối lớn nhất. Bạn xứng đáng với tất cả những điều đó và hơn thế nữa. Bạn xứng đáng với những mối quan hệ nâng bạn lên, nuôi dưỡng tâm hồn bạn, và phản ánh tình yêu cùng sự tôn trọng mà bạn dành cho chính mình. Nhưng đây là điểm mấu chốt: Nền tảng của những mối quan hệ tuyệt vời này nằm ở cách bạn đối xử với chính mình.</w:t>
      </w:r>
    </w:p>
    <w:p>
      <w:pPr>
        <w:spacing w:after="80"/>
      </w:pPr>
      <w:r>
        <w:rPr>
          <w:b w:val="0"/>
          <w:i w:val="0"/>
        </w:rPr>
        <w:t>Bạn có đang tôn trọng ranh giới của chính mình không? Bạn có đang dành cho mình lòng trắc ẩn và sự tử tế mà bạn trao cho những người mình yêu không? Bạn có đang cho phép mình theo đuổi ước mơ mà không chờ đợi sự chấp thuận của ai khác không?</w:t>
      </w:r>
    </w:p>
    <w:p>
      <w:pPr>
        <w:spacing w:after="80"/>
      </w:pPr>
      <w:r>
        <w:rPr>
          <w:b w:val="0"/>
          <w:i w:val="0"/>
        </w:rPr>
        <w:t>Bạn là người duy nhất mà bạn chắc chắn sẽ dành phần đời còn lại cùng. Đây không phải là một câu sáo rỗng; đây là thực tế. Vậy, bạn muốn có một mối quan hệ như thế nào với chính mình? Tôi sẽ không bảo bạn hãy yêu bản thân theo một cách hời hợt nào đó. Nhưng tôi sẽ nói với bạn rằng bạn có một lựa chọn—một lựa chọn để ưu tiên nhu cầu, mong muốn và hạnh phúc của chính mình.</w:t>
      </w:r>
    </w:p>
    <w:p>
      <w:pPr>
        <w:spacing w:after="80"/>
      </w:pPr>
      <w:r>
        <w:rPr>
          <w:b w:val="0"/>
          <w:i w:val="0"/>
        </w:rPr>
        <w:t>Đây không phải là chuyện trở nên ích kỷ hay đóng cửa với mọi người. Đây là chuyện nhận ra rằng tình yêu, sự tôn trọng và sự quan tâm bạn dành cho chính mình sẽ đặt ra tiêu chuẩn cho mọi mối quan hệ khác trong cuộc đời bạn. Khi bạn ngừng chạy theo sự công nhận từ người khác và bắt đầu chọn tôn vinh chính mình, bạn gửi đi một thông điệp mạnh mẽ đến thế giới về cách bạn xứng đáng được đối xử.</w:t>
      </w:r>
    </w:p>
    <w:p>
      <w:pPr>
        <w:spacing w:after="80"/>
      </w:pPr>
      <w:r>
        <w:rPr>
          <w:b w:val="0"/>
          <w:i w:val="0"/>
        </w:rPr>
        <w:t>Bạn không cần sự cho phép của bất kỳ ai để được hạnh phúc, để theo đuổi đam mê, để thể hiện bản thân nhiều hơn, hay để sống cuộc đời mà bạn hằng mơ ước. Sự cho phép duy nhất bạn cần chính là từ chính bạn. Bạn đã dành đủ thời gian để chờ người khác trao cho bạn những gì bạn khao khát—dù đó là tình yêu, sự chấp nhận hay sự công nhận. Nhưng sự thật là, mọi thứ bạn đang tìm kiếm đều bắt đầu từ chính bạn.</w:t>
      </w:r>
    </w:p>
    <w:p>
      <w:pPr>
        <w:spacing w:after="80"/>
      </w:pPr>
      <w:r>
        <w:rPr>
          <w:b w:val="0"/>
          <w:i w:val="0"/>
        </w:rPr>
        <w:t xml:space="preserve">Học thuyết Let Them không chỉ là một công cụ để xử lý các mối quan hệ với người khác; nó còn là kim chỉ nam cho cách bạn đối xử với chính mình bằng tình yêu, sự tôn trọng và lòng tốt mà bạn xứng đáng nhận được. </w:t>
      </w:r>
      <w:r>
        <w:rPr>
          <w:b w:val="0"/>
          <w:i/>
        </w:rPr>
        <w:t>Hãy để họ</w:t>
      </w:r>
      <w:r>
        <w:rPr>
          <w:b w:val="0"/>
          <w:i w:val="0"/>
        </w:rPr>
        <w:t xml:space="preserve"> là chính họ. Nhưng quan trọng hơn hết, hãy để chính bạn là con người thật của bạn.</w:t>
      </w:r>
    </w:p>
    <w:p>
      <w:pPr>
        <w:spacing w:after="80"/>
      </w:pPr>
      <w:r>
        <w:rPr>
          <w:b w:val="0"/>
          <w:i/>
        </w:rPr>
        <w:t>Hãy để tôi</w:t>
      </w:r>
      <w:r>
        <w:rPr>
          <w:b w:val="0"/>
          <w:i w:val="0"/>
        </w:rPr>
        <w:t xml:space="preserve"> ưu tiên hạnh phúc của chính mình.</w:t>
      </w:r>
    </w:p>
    <w:p>
      <w:pPr>
        <w:spacing w:after="80"/>
      </w:pPr>
      <w:r>
        <w:rPr>
          <w:b w:val="0"/>
          <w:i/>
        </w:rPr>
        <w:t>Hãy để tôi</w:t>
      </w:r>
      <w:r>
        <w:rPr>
          <w:b w:val="0"/>
          <w:i w:val="0"/>
        </w:rPr>
        <w:t xml:space="preserve"> theo đuổi ước mơ với niềm đam mê.</w:t>
      </w:r>
    </w:p>
    <w:p>
      <w:pPr>
        <w:spacing w:after="80"/>
      </w:pPr>
      <w:r>
        <w:rPr>
          <w:b w:val="0"/>
          <w:i/>
        </w:rPr>
        <w:t>Hãy để tôi</w:t>
      </w:r>
      <w:r>
        <w:rPr>
          <w:b w:val="0"/>
          <w:i w:val="0"/>
        </w:rPr>
        <w:t xml:space="preserve"> đặt ra những ranh giới bảo vệ sự bình yên của mình.</w:t>
      </w:r>
    </w:p>
    <w:p>
      <w:pPr>
        <w:spacing w:after="80"/>
      </w:pPr>
      <w:r>
        <w:rPr>
          <w:b w:val="0"/>
          <w:i/>
        </w:rPr>
        <w:t>Hãy để tôi</w:t>
      </w:r>
      <w:r>
        <w:rPr>
          <w:b w:val="0"/>
          <w:i w:val="0"/>
        </w:rPr>
        <w:t xml:space="preserve"> chọn những mối quan hệ nâng đỡ và truyền cảm hứng cho mình.</w:t>
      </w:r>
    </w:p>
    <w:p>
      <w:pPr>
        <w:spacing w:after="80"/>
      </w:pPr>
      <w:r>
        <w:rPr>
          <w:b w:val="0"/>
          <w:i/>
        </w:rPr>
        <w:t>Hãy để tôi</w:t>
      </w:r>
      <w:r>
        <w:rPr>
          <w:b w:val="0"/>
          <w:i w:val="0"/>
        </w:rPr>
        <w:t xml:space="preserve"> yêu bản thân đủ nhiều để bước đi khi mọi thứ không còn tốt đẹp nữa.</w:t>
      </w:r>
    </w:p>
    <w:p>
      <w:pPr>
        <w:spacing w:after="80"/>
      </w:pPr>
      <w:r>
        <w:rPr>
          <w:b w:val="0"/>
          <w:i w:val="0"/>
        </w:rPr>
        <w:t>Đây không phải là chuyện chờ đợi một người bạn đời đúng, một người bạn đúng, hay một cơ hội đúng xuất hiện. Đây là chuyện nhận ra rằng bạn chính là nguồn cội của hạnh phúc, sự viên mãn và niềm vui của chính mình. Khi bạn thật sự đón nhận điều đó, mọi thứ khác sẽ vào đúng vị trí.</w:t>
      </w:r>
    </w:p>
    <w:p>
      <w:pPr>
        <w:spacing w:after="80"/>
      </w:pPr>
      <w:r>
        <w:rPr>
          <w:b w:val="0"/>
          <w:i w:val="0"/>
        </w:rPr>
        <w:t xml:space="preserve">Vậy nên, khi bạn lật trang và bước tiếp, hãy nhớ điều này: Bạn chính là tình yêu của đời mình. Và cuộc đời bạn tạo nên—đầy ắp những mối quan hệ ý nghĩa, niềm vui và sự viên mãn—bắt đầu từ cách bạn chọn yêu chính mình. </w:t>
      </w:r>
      <w:r>
        <w:rPr>
          <w:b w:val="0"/>
          <w:i/>
        </w:rPr>
        <w:t>Hãy để tôi</w:t>
      </w:r>
      <w:r>
        <w:rPr>
          <w:b w:val="0"/>
          <w:i w:val="0"/>
        </w:rPr>
        <w:t>.</w:t>
      </w:r>
    </w:p>
    <w:p>
      <w:pPr>
        <w:spacing w:after="80"/>
      </w:pPr>
      <w:r>
        <w:rPr>
          <w:b w:val="0"/>
          <w:i w:val="0"/>
        </w:rPr>
        <w:t>Giờ thì, hãy cùng tổng kết và nhắc nhở bản thân về hành trình tuyệt vời mà bạn vừa trải qua. Bạn đã học hỏi, bạn đã trưởng thành, và bạn đã khám phá ra rằng sức mạnh để tạo nên cuộc sống và tình yêu mà bạn xứng đáng luôn nằm trong chính bạn. Và qua phần này, bạn đã học được cách thể hiện tốt nhất vì chính mình và chọn lấy tình yêu mà bạn xứng đáng.</w:t>
      </w:r>
    </w:p>
    <w:p>
      <w:pPr>
        <w:spacing w:after="80"/>
      </w:pPr>
      <w:r>
        <w:rPr>
          <w:b w:val="0"/>
          <w:i w:val="0"/>
        </w:rPr>
        <w:t>Cho đến hôm nay, bạn đã chấp nhận ít hơn tình yêu mà bạn xứng đáng. Học thuyết Let Them trao cho bạn sức mạnh để nhận ra giá trị của mình, buông bỏ những người không đối xử tốt với bạn, và tập trung tìm kiếm một người thật sự xứng đáng với bạn.</w:t>
      </w:r>
    </w:p>
    <w:p>
      <w:pPr>
        <w:spacing w:after="80"/>
        <w:ind w:left="360"/>
      </w:pPr>
      <w:r>
        <w:t xml:space="preserve">1. </w:t>
      </w:r>
      <w:r>
        <w:rPr>
          <w:b/>
          <w:i w:val="0"/>
        </w:rPr>
        <w:t>Vấn đề:</w:t>
      </w:r>
      <w:r>
        <w:rPr>
          <w:b w:val="0"/>
          <w:i w:val="0"/>
        </w:rPr>
        <w:t xml:space="preserve"> Bạn đang chấp nhận ít hơn tình yêu mà bạn xứng đáng. Bạn đang chạy theo những người không chịu cam kết, hoặc dồn thời gian vào những người không yêu bạn lại, hoặc từ chối chấp nhận người mà bạn đang ở bên và học cách yêu họ như chính con người họ. Người khác không nắm giữ quyền lực trong các mối quan hệ của bạn, chính bạn mới là người nắm giữ. Đã đến lúc thể hiện bản thân theo cách khác.</w:t>
      </w:r>
    </w:p>
    <w:p>
      <w:pPr>
        <w:spacing w:after="80"/>
        <w:ind w:left="360"/>
      </w:pPr>
      <w:r>
        <w:t xml:space="preserve">2. </w:t>
      </w:r>
      <w:r>
        <w:rPr>
          <w:b/>
          <w:i w:val="0"/>
        </w:rPr>
        <w:t>Sự thật:</w:t>
      </w:r>
      <w:r>
        <w:rPr>
          <w:b w:val="0"/>
          <w:i w:val="0"/>
        </w:rPr>
        <w:t xml:space="preserve"> Các mối quan hệ là về việc học cách yêu một người vì con người thật của họ, chứ không phải vì con người mà bạn ước họ có thể trở thành. Trong hẹn hò, điều này có nghĩa là để người ta bộc lộ con người thật của họ qua hành vi. Trong các mối quan hệ, điều này có nghĩa là chấp nhận người ta như chính họ, và không trừng phạt họ chỉ vì họ không phải là người mà bạn muốn họ trở thành. Nó cũng có nghĩa là dám có những cuộc trò chuyện khó khăn và đưa ra những quyết định khó khăn khi ai đó không thể trở thành người mà bạn muốn họ trở thành.</w:t>
      </w:r>
    </w:p>
    <w:p>
      <w:pPr>
        <w:spacing w:after="80"/>
        <w:ind w:left="360"/>
      </w:pPr>
      <w:r>
        <w:t xml:space="preserve">3. </w:t>
      </w:r>
      <w:r>
        <w:rPr>
          <w:b/>
          <w:i w:val="0"/>
        </w:rPr>
        <w:t>Giải pháp:</w:t>
      </w:r>
      <w:r>
        <w:rPr>
          <w:b w:val="0"/>
          <w:i w:val="0"/>
        </w:rPr>
        <w:t xml:space="preserve"> Sử dụng Học thuyết Let Them, bạn sẽ thấy rằng những mối quan hệ yêu thương là trách nhiệm của bạn để tạo nên, và sức mạnh của bạn nằm ở việc chấp nhận hành vi của người khác đúng như nó vốn là và thay đổi cách bạn thể hiện bản thân. Chính lúc đó, bạn mở lòng đón nhận tình yêu mà bạn thật sự xứng đáng và thể hiện bản thân theo cách khác trong những mối quan hệ hiện có, để một tình yêu sâu sắc hơn trở nên khả thi. Chào mừng bạn đến với cuộc lột xác của mình.</w:t>
      </w:r>
    </w:p>
    <w:p>
      <w:pPr>
        <w:spacing w:after="80"/>
      </w:pPr>
      <w:r>
        <w:rPr>
          <w:b w:val="0"/>
          <w:i w:val="0"/>
        </w:rPr>
        <w:t xml:space="preserve">Khi bạn nói </w:t>
      </w:r>
      <w:r>
        <w:rPr>
          <w:b w:val="0"/>
          <w:i/>
        </w:rPr>
        <w:t>Hãy để họ</w:t>
      </w:r>
      <w:r>
        <w:rPr>
          <w:b w:val="0"/>
          <w:i w:val="0"/>
        </w:rPr>
        <w:t xml:space="preserve">, bạn chấp nhận con người thật của người ta, và bạn chấp nhận hành vi của họ như sự thật. Khi bạn nói </w:t>
      </w:r>
      <w:r>
        <w:rPr>
          <w:b w:val="0"/>
          <w:i/>
        </w:rPr>
        <w:t>Hãy để tôi</w:t>
      </w:r>
      <w:r>
        <w:rPr>
          <w:b w:val="0"/>
          <w:i w:val="0"/>
        </w:rPr>
        <w:t>, bạn chọn cách tình yêu xuất hiện trong cuộc đời mình.</w:t>
      </w:r>
    </w:p>
    <w:p>
      <w:pPr>
        <w:spacing w:after="80"/>
      </w:pPr>
      <w:r>
        <w:rPr>
          <w:b/>
          <w:i w:val="0"/>
        </w:rPr>
        <w:t>Đừng đuổi theo tình yêu nữa, hãy bắt đầu chọn lấy nó.</w:t>
      </w:r>
    </w:p>
    <w:p>
      <w:pPr>
        <w:pStyle w:val="Heading1"/>
      </w:pPr>
      <w:r>
        <w:rPr>
          <w:rFonts w:ascii="Calibri" w:hAnsi="Calibri"/>
          <w:b/>
          <w:i w:val="0"/>
          <w:sz w:val="40"/>
        </w:rPr>
        <w:t>KẾT LUẬN</w:t>
      </w:r>
    </w:p>
    <w:p>
      <w:pPr>
        <w:pStyle w:val="Heading1"/>
      </w:pPr>
      <w:r>
        <w:rPr>
          <w:rFonts w:ascii="Calibri" w:hAnsi="Calibri"/>
          <w:b/>
          <w:i w:val="0"/>
          <w:sz w:val="40"/>
        </w:rPr>
        <w:t>Kỷ nguyên "Để Tôi" của bạn đã đến</w:t>
      </w:r>
    </w:p>
    <w:p>
      <w:pPr>
        <w:spacing w:after="80"/>
      </w:pPr>
      <w:r>
        <w:rPr>
          <w:b w:val="0"/>
          <w:i w:val="0"/>
        </w:rPr>
        <w:t>Bạn và tôi đã dành rất nhiều phần trong cuốn sách này để nói về người khác: ý kiến của họ, cảm xúc của họ, và những cách mà hành động của họ khiến bạn khó chịu, tức giận, bực bội hay thất vọng. Nhưng cuốn sách này thật ra không phải nói về người khác. Nó nói về bạn.</w:t>
      </w:r>
    </w:p>
    <w:p>
      <w:pPr>
        <w:spacing w:after="80"/>
      </w:pPr>
      <w:r>
        <w:rPr>
          <w:b w:val="0"/>
          <w:i w:val="0"/>
        </w:rPr>
        <w:t>Nếu bạn nghĩ nó nói về họ, bạn đã hiểu sai vấn đề rồi. Nếu bạn vẫn còn nghĩ người khác là vấn đề, bạn cần quay lại và đọc lại toàn bộ cuốn sách này từ đầu. Sự thật rất đơn giản: CHÍNH BẠN nắm giữ sức mạnh. Và CHÍNH BẠN là người đã trao nó đi.</w:t>
      </w:r>
    </w:p>
    <w:p>
      <w:pPr>
        <w:spacing w:after="80"/>
      </w:pPr>
      <w:r>
        <w:rPr>
          <w:b w:val="0"/>
          <w:i w:val="0"/>
        </w:rPr>
        <w:t>Hãy tưởng tượng bạn đang đứng dưới một bầu trời không ngừng thay đổi—lúc thì trong xanh, lúc thì đầy mây, lúc lại ầm ầm giông bão. Bạn đã dành biết bao thời gian và sức lực để cố giữ cho bầu trời đó luôn trong xanh, cầu mong mây tan đi, hy vọng có nắng mãi không thôi. Nhưng bầu trời đâu quan tâm bạn muốn gì. Nó cứ làm điều nó làm, dù có bạn can thiệp hay không.</w:t>
      </w:r>
    </w:p>
    <w:p>
      <w:pPr>
        <w:spacing w:after="80"/>
      </w:pPr>
      <w:r>
        <w:rPr>
          <w:b w:val="0"/>
          <w:i w:val="0"/>
        </w:rPr>
        <w:t>Khoảnh khắc đột phá đến khi bạn nhận ra điều này: Vẻ đẹp của bầu trời không hề bị giảm đi vì có mây hay bão tố. Thật ra, chính sự đa dạng, sự khó đoán đó mới khiến nó thật sự huy hoàng. Những cơn bão làm nổi bật sự tĩnh lặng; những đám mây khiến mặt trời trở nên quý giá hơn. Cuộc sống của bạn cũng vậy.</w:t>
      </w:r>
    </w:p>
    <w:p>
      <w:pPr>
        <w:spacing w:after="80"/>
      </w:pPr>
      <w:r>
        <w:rPr>
          <w:b w:val="0"/>
          <w:i w:val="0"/>
        </w:rPr>
        <w:t>Bạn đã cố kiểm soát những thứ không thể kiểm soát, cố ép thế giới phải theo đúng kỳ vọng của mình. Nhưng nếu thay vào đó, bạn tập trung vào cách mình phản ứng với bất cứ điều gì thế giới ném về phía bạn thì sao? Bạn không thể thay đổi thời tiết. Nhưng bạn có thể thay đổi cách nó ảnh hưởng đến bạn.</w:t>
      </w:r>
    </w:p>
    <w:p>
      <w:pPr>
        <w:spacing w:after="80"/>
      </w:pPr>
      <w:r>
        <w:rPr>
          <w:b w:val="0"/>
          <w:i w:val="0"/>
        </w:rPr>
        <w:t>Dù chuyện gì xảy ra xung quanh bạn, bạn là người quyết định nó sẽ tác động đến bạn như thế nào.</w:t>
      </w:r>
    </w:p>
    <w:p>
      <w:pPr>
        <w:spacing w:after="80"/>
      </w:pPr>
      <w:r>
        <w:rPr>
          <w:b w:val="0"/>
          <w:i w:val="0"/>
        </w:rPr>
        <w:t>Bạn quyết định xem một lời nhận xét từ người thân có phá hủy lòng tự trọng của bạn hay chỉ trôi tuột đi. Bạn quyết định xem tất cả những buổi hẹn hò tệ hại bạn từng trải qua sẽ khiến bạn hạ thấp tiêu chuẩn hay trở nên kén chọn hơn. Bạn quyết định xem thành công của người khác sẽ khiến bạn bỏ cuộc hay truyền cảm hứng để bạn nỗ lực hơn nữa.</w:t>
      </w:r>
    </w:p>
    <w:p>
      <w:pPr>
        <w:spacing w:after="80"/>
      </w:pPr>
      <w:r>
        <w:rPr>
          <w:b w:val="0"/>
          <w:i w:val="0"/>
        </w:rPr>
        <w:t>Đơn giản vậy thôi. Bạn nắm giữ sức mạnh.</w:t>
      </w:r>
    </w:p>
    <w:p>
      <w:pPr>
        <w:spacing w:after="80"/>
      </w:pPr>
      <w:r>
        <w:rPr>
          <w:b w:val="0"/>
          <w:i w:val="0"/>
        </w:rPr>
        <w:t>Nhận ra điều này giống như cuối cùng cũng hiểu được bản chất thật sự của bầu trời. Những đám mây từng khiến bạn bực bội giờ được nhìn nhận như một phần của một kiệt tác lớn hơn, luôn biến đổi. Những cơn bão từng khiến bạn sợ hãi giờ là những khoảnh khắc của sức mạnh và vẻ đẹp, dạy bạn sự kiên cường và mạnh mẽ. Bạn bắt đầu thấy rằng chính sự khó đoán của bầu trời mới khiến nó huy hoàng đến vậy, mới khiến nó hấp dẫn không ngừng.</w:t>
      </w:r>
    </w:p>
    <w:p>
      <w:pPr>
        <w:spacing w:after="80"/>
      </w:pPr>
      <w:r>
        <w:rPr>
          <w:b w:val="0"/>
          <w:i w:val="0"/>
        </w:rPr>
        <w:t>Hãy nghĩ về điều đó một chút. Bầu trời sẽ làm điều nó làm—mây sẽ tụ lại, bão sẽ kéo đến, và mặt trời sẽ tỏa sáng khi nó muốn. Bạn không thể kiểm soát nó, nhưng bạn có thể kiểm soát cách mình di chuyển bên dưới nó. Bạn có thể mang theo ô; bạn có thể nhảy múa dưới mưa; bạn có thể đuổi theo mặt trời khi bạn cần.</w:t>
      </w:r>
    </w:p>
    <w:p>
      <w:pPr>
        <w:spacing w:after="80"/>
      </w:pPr>
      <w:r>
        <w:rPr>
          <w:b w:val="0"/>
          <w:i w:val="0"/>
        </w:rPr>
        <w:t>Những người và tình huống xung quanh bạn cũng giống như thời tiết. Sự thật là, bạn không bao giờ có thể kiểm soát người khác—họ nghĩ gì, họ hành động ra sao, họ có yêu bạn hay không, hay họ quét hàng cho bạn ở siêu thị nhanh cỡ nào.</w:t>
      </w:r>
    </w:p>
    <w:p>
      <w:pPr>
        <w:spacing w:after="80"/>
      </w:pPr>
      <w:r>
        <w:rPr>
          <w:b w:val="0"/>
          <w:i w:val="0"/>
        </w:rPr>
        <w:t>Vậy thì tại sao trên đời bạn lại trao cho họ mức độ kiểm soát đối với bạn như bạn đã từng làm chứ?</w:t>
      </w:r>
    </w:p>
    <w:p>
      <w:pPr>
        <w:spacing w:after="80"/>
      </w:pPr>
      <w:r>
        <w:rPr>
          <w:b w:val="0"/>
          <w:i w:val="0"/>
        </w:rPr>
        <w:t>Tại sao bạn lại giao phó những thứ quý giá như sự tự tin, sự an yên trong tâm trí, hạnh phúc và ước mơ của mình cho những thất thường và tâm trạng của những người xung quanh?</w:t>
      </w:r>
    </w:p>
    <w:p>
      <w:pPr>
        <w:spacing w:after="80"/>
      </w:pPr>
      <w:r>
        <w:rPr>
          <w:b w:val="0"/>
          <w:i w:val="0"/>
        </w:rPr>
        <w:t xml:space="preserve">Nếu bạn không dùng </w:t>
      </w:r>
      <w:r>
        <w:rPr>
          <w:b w:val="0"/>
          <w:i/>
        </w:rPr>
        <w:t>Let Them</w:t>
      </w:r>
      <w:r>
        <w:rPr>
          <w:b w:val="0"/>
          <w:i w:val="0"/>
        </w:rPr>
        <w:t xml:space="preserve">, bạn đang để bản thân bị ảnh hưởng bởi những lo lắng, hành động, sự bất an và ý kiến của người khác. Nếu bạn không dùng </w:t>
      </w:r>
      <w:r>
        <w:rPr>
          <w:b w:val="0"/>
          <w:i/>
        </w:rPr>
        <w:t>Let Me</w:t>
      </w:r>
      <w:r>
        <w:rPr>
          <w:b w:val="0"/>
          <w:i w:val="0"/>
        </w:rPr>
        <w:t>, bạn đang phó mặc những điều mình muốn trong cuộc đời cho may rủi.</w:t>
      </w:r>
    </w:p>
    <w:p>
      <w:pPr>
        <w:spacing w:after="80"/>
      </w:pPr>
      <w:r>
        <w:rPr>
          <w:b w:val="0"/>
          <w:i w:val="0"/>
        </w:rPr>
        <w:t>Hãy tự hỏi chính mình, và tôi nói thật đấy, hãy thật sự tự hỏi mình: Nếu tất cả năng lượng và thời gian bạn dành để chống lại thực tại—muốn hàng chờ di chuyển nhanh hơn, muốn người ta nhắn tin trả lời mình, muốn sếp công nhận giá trị của mình, muốn có thêm bạn, muốn người ta thích mình, muốn gia đình ủng hộ việc mình đổi nghề—nếu tất cả những suy nghĩ, cảm xúc và những khoảnh khắc quý giá trong ngày đó được dồn vào một điều thật sự quan trọng với bạn, thì bạn sẽ ở đâu? Bạn sẽ là ai? Bạn sẽ đạt được những gì?</w:t>
      </w:r>
    </w:p>
    <w:p>
      <w:pPr>
        <w:spacing w:after="80"/>
      </w:pPr>
      <w:r>
        <w:rPr>
          <w:b w:val="0"/>
          <w:i w:val="0"/>
        </w:rPr>
        <w:t xml:space="preserve">ĐÓ chính là cái giá của việc không dùng </w:t>
      </w:r>
      <w:r>
        <w:rPr>
          <w:b w:val="0"/>
          <w:i/>
        </w:rPr>
        <w:t>Let Them</w:t>
      </w:r>
      <w:r>
        <w:rPr>
          <w:b w:val="0"/>
          <w:i w:val="0"/>
        </w:rPr>
        <w:t>.</w:t>
      </w:r>
    </w:p>
    <w:p>
      <w:pPr>
        <w:spacing w:after="80"/>
      </w:pPr>
      <w:r>
        <w:rPr>
          <w:b w:val="0"/>
          <w:i w:val="0"/>
        </w:rPr>
        <w:t>Giờ hãy nghĩ về tất cả những cơ hội bị bỏ lỡ—những người mà bạn ước gì mình đã giới thiệu bản thân, sự nghiệp bạn muốn theo đuổi, âm nhạc, tiết mục hài độc thoại, cuốn sách bạn chưa từng viết, bức ảnh bạn chưa từng đăng, chuyến đi bạn không đặt, điều bạn sợ phải nói ra, người bạn sợ phải yêu.</w:t>
      </w:r>
    </w:p>
    <w:p>
      <w:pPr>
        <w:spacing w:after="80"/>
      </w:pPr>
      <w:r>
        <w:rPr>
          <w:b w:val="0"/>
          <w:i w:val="0"/>
        </w:rPr>
        <w:t xml:space="preserve">ĐÓ chính là cái giá của việc không dùng </w:t>
      </w:r>
      <w:r>
        <w:rPr>
          <w:b w:val="0"/>
          <w:i/>
        </w:rPr>
        <w:t>Let Me</w:t>
      </w:r>
      <w:r>
        <w:rPr>
          <w:b w:val="0"/>
          <w:i w:val="0"/>
        </w:rPr>
        <w:t>.</w:t>
      </w:r>
    </w:p>
    <w:p>
      <w:pPr>
        <w:spacing w:after="80"/>
      </w:pPr>
      <w:r>
        <w:rPr>
          <w:b w:val="0"/>
          <w:i w:val="0"/>
        </w:rPr>
        <w:t>Bạn có thật sự kham nổi cái giá đó không? Tôi biết là tôi thì không.</w:t>
      </w:r>
    </w:p>
    <w:p>
      <w:pPr>
        <w:spacing w:after="80"/>
      </w:pPr>
      <w:r>
        <w:rPr>
          <w:b w:val="0"/>
          <w:i w:val="0"/>
        </w:rPr>
        <w:t>Chúng ta đều thích nghĩ ra lý do để cho rằng những người có được điều mình muốn chắc hẳn khác mình: Họ sinh ra trong gia đình giàu có. Họ hấp dẫn hơn. Cuộc đời họ dễ dàng hơn. Họ gặp may.</w:t>
      </w:r>
    </w:p>
    <w:p>
      <w:pPr>
        <w:spacing w:after="80"/>
      </w:pPr>
      <w:r>
        <w:rPr>
          <w:b w:val="0"/>
          <w:i w:val="0"/>
        </w:rPr>
        <w:t>Tôi rất tiếc phải nói thẳng, nhưng đó chỉ là cách ngụy biện. Không có sự khác biệt nào giữa bạn và những người mà bạn thấy đang đạt được những điều phi thường. Họ không đặc biệt.</w:t>
      </w:r>
    </w:p>
    <w:p>
      <w:pPr>
        <w:spacing w:after="80"/>
      </w:pPr>
      <w:r>
        <w:rPr>
          <w:b w:val="0"/>
          <w:i w:val="0"/>
        </w:rPr>
        <w:t>Nhưng có một điều chắc chắn họ đã hiểu ra: Họ không để thế giới xung quanh làm chệch hướng ước mơ của mình. Họ đã học được cách điều hướng bầu trời, chấp nhận thời tiết như nó đến, và cứ tiếp tục tiến về phía mục tiêu bất kể thế nào. Đến một lúc nào đó, họ phát ngán vì cứ lo nghĩ về điều người khác nghĩ, và tự ép mình bắt tay vào làm việc.</w:t>
      </w:r>
    </w:p>
    <w:p>
      <w:pPr>
        <w:spacing w:after="80"/>
      </w:pPr>
      <w:r>
        <w:rPr>
          <w:b w:val="0"/>
          <w:i w:val="0"/>
        </w:rPr>
        <w:t>Họ tập trung như tia laser vào việc mỗi ngày thức dậy và chứng minh, hết lần này đến lần khác bằng hành động của mình, rằng họ xứng đáng và đáng được hưởng viễn cảnh họ vẽ ra cho cuộc đời mình.</w:t>
      </w:r>
    </w:p>
    <w:p>
      <w:pPr>
        <w:spacing w:after="80"/>
      </w:pPr>
      <w:r>
        <w:rPr>
          <w:b w:val="0"/>
          <w:i w:val="0"/>
        </w:rPr>
        <w:t>Mỗi ngày bạn để nỗi sợ về ý kiến của người khác, sự căng thẳng về tình bạn, hay lo lắng về cách ai đó sẽ phản ứng ngăn bạn thực hiện cuộc gọi, điền đơn, làm kế hoạch kinh doanh, bắt đầu chế độ ăn kiêng, hay bỏ công sức ra làm, là mỗi ngày bạn tự kìm hãm chính mình. Bạn đang cướp đi tiềm năng của chính mình. Bạn đang đứng yên trong khi cuộc đời cứ trôi qua quanh bạn.</w:t>
      </w:r>
    </w:p>
    <w:p>
      <w:pPr>
        <w:spacing w:after="80"/>
      </w:pPr>
      <w:r>
        <w:rPr>
          <w:b w:val="0"/>
          <w:i w:val="0"/>
        </w:rPr>
        <w:t>Đừng lãng phí không gian trong đầu cho hàng triệu điều nhỏ nhặt không đáng nữa. Đã đến lúc dùng từng giây trong ngày cho tất cả những điều tuyệt vời mà bạn biết mình có thể làm được.</w:t>
      </w:r>
    </w:p>
    <w:p>
      <w:pPr>
        <w:spacing w:after="80"/>
      </w:pPr>
      <w:r>
        <w:rPr>
          <w:b w:val="0"/>
          <w:i w:val="0"/>
        </w:rPr>
        <w:t>Đừng để nỗi sợ về điều người ta có thể nghĩ làm bạn tê liệt nữa. Đã đến lúc theo đuổi ước mơ của mình một cách táo bạo, không ngừng nghỉ và không chút áy náy.</w:t>
      </w:r>
    </w:p>
    <w:p>
      <w:pPr>
        <w:spacing w:after="80"/>
      </w:pPr>
      <w:r>
        <w:rPr>
          <w:b w:val="0"/>
          <w:i w:val="0"/>
        </w:rPr>
        <w:t>Đừng rón rén quanh cảm xúc của người khác nữa. Đã đến lúc quyết liệt bảo vệ sự bình yên của chính mình.</w:t>
      </w:r>
    </w:p>
    <w:p>
      <w:pPr>
        <w:spacing w:after="80"/>
      </w:pPr>
      <w:r>
        <w:rPr>
          <w:b w:val="0"/>
          <w:i w:val="0"/>
        </w:rPr>
        <w:t>Đừng để thành công của người khác khiến bạn sụp đổ nữa. Đã đến lúc bắt tay vào làm việc.</w:t>
      </w:r>
    </w:p>
    <w:p>
      <w:pPr>
        <w:spacing w:after="80"/>
      </w:pPr>
      <w:r>
        <w:rPr>
          <w:b w:val="0"/>
          <w:i w:val="0"/>
        </w:rPr>
        <w:t>Đừng biến đời sống xã hội của mình thành trách nhiệm của người khác nữa. Đã đến lúc xây dựng những tình bạn tuyệt vời nhất mà bạn từng có.</w:t>
      </w:r>
    </w:p>
    <w:p>
      <w:pPr>
        <w:spacing w:after="80"/>
      </w:pPr>
      <w:r>
        <w:rPr>
          <w:b w:val="0"/>
          <w:i w:val="0"/>
        </w:rPr>
        <w:t>Đừng cố gắng thay đổi những người không muốn thay đổi nữa. Đã đến lúc để người lớn được sống như người lớn.</w:t>
      </w:r>
    </w:p>
    <w:p>
      <w:pPr>
        <w:spacing w:after="80"/>
      </w:pPr>
      <w:r>
        <w:rPr>
          <w:b w:val="0"/>
          <w:i w:val="0"/>
        </w:rPr>
        <w:t>Đừng cố gắng cứu vớt những người đang chật vật nữa. Đã đến lúc để người khác chữa lành theo cách họ cần.</w:t>
      </w:r>
    </w:p>
    <w:p>
      <w:pPr>
        <w:spacing w:after="80"/>
      </w:pPr>
      <w:r>
        <w:rPr>
          <w:b w:val="0"/>
          <w:i w:val="0"/>
        </w:rPr>
        <w:t>Đừng lãng phí thời gian để cố khiến người ta yêu mình nữa. Đã đến lúc chọn tình yêu mà bạn xứng đáng được nhận.</w:t>
      </w:r>
    </w:p>
    <w:p>
      <w:pPr>
        <w:spacing w:after="80"/>
      </w:pPr>
      <w:r>
        <w:rPr>
          <w:b w:val="0"/>
          <w:i w:val="0"/>
        </w:rPr>
        <w:t>Cuối cùng thì đã đến lúc đòi lại sức mạnh của bạn và đòi lại cuộc đời bạn.</w:t>
      </w:r>
    </w:p>
    <w:p>
      <w:pPr>
        <w:spacing w:after="80"/>
      </w:pPr>
      <w:r>
        <w:rPr>
          <w:b w:val="0"/>
          <w:i w:val="0"/>
        </w:rPr>
        <w:t>Thuyết Cứ Để Họ (Let Them Theory) chính là chìa khóa để bạn lấy lại sức mạnh của mình.</w:t>
      </w:r>
    </w:p>
    <w:p>
      <w:pPr>
        <w:spacing w:after="80"/>
      </w:pPr>
      <w:r>
        <w:rPr>
          <w:b w:val="0"/>
          <w:i w:val="0"/>
        </w:rPr>
        <w:t>Bạn có thể có cuộc sống mà bạn hằng mong muốn. Bạn có thể trở thành triệu phú.</w:t>
      </w:r>
    </w:p>
    <w:p>
      <w:pPr>
        <w:spacing w:after="80"/>
      </w:pPr>
      <w:r>
        <w:rPr>
          <w:b w:val="0"/>
          <w:i w:val="0"/>
        </w:rPr>
        <w:t>Bạn có thể có câu chuyện tình yêu đẹp đẽ mà bạn hằng mơ ước. Bạn có thể xây dựng một sự nghiệp thử thách và thỏa mãn bạn.</w:t>
      </w:r>
    </w:p>
    <w:p>
      <w:pPr>
        <w:spacing w:after="80"/>
      </w:pPr>
      <w:r>
        <w:rPr>
          <w:b w:val="0"/>
          <w:i w:val="0"/>
        </w:rPr>
        <w:t>Câu hỏi là, liệu CHÍNH BẠN có để mình làm được điều đó không?</w:t>
      </w:r>
    </w:p>
    <w:p>
      <w:pPr>
        <w:spacing w:after="80"/>
      </w:pPr>
      <w:r>
        <w:rPr>
          <w:b w:val="0"/>
          <w:i w:val="0"/>
        </w:rPr>
        <w:t>Vì không ai khác có thể ngăn bạn lại. Tất cả đều nằm ở bạn.</w:t>
      </w:r>
    </w:p>
    <w:p>
      <w:pPr>
        <w:spacing w:after="80"/>
      </w:pPr>
      <w:r>
        <w:rPr>
          <w:b w:val="0"/>
          <w:i w:val="0"/>
        </w:rPr>
        <w:t>Phần quan trọng nhất của Thuyết Cứ Để Họ là hiểu rằng bạn chịu trách nhiệm cho hạnh phúc của chính mình. Bạn chịu trách nhiệm cho năng lượng bạn mang đến và cách bạn xuất hiện. Bạn chịu trách nhiệm cho việc thức dậy mỗi ngày và làm việc để tiến bộ trên những điều quan trọng. Bạn chịu trách nhiệm cho việc định nghĩa điều gì quan trọng với bạn. Bạn chịu trách nhiệm cho việc nói lên sự thật kể cả khi điều đó thực sự khó khăn. Bạn chịu trách nhiệm cho việc trả giá cho cuộc đời mình. Không ai nợ bạn điều gì, nhưng bạn nợ chính mình tất cả.</w:t>
      </w:r>
    </w:p>
    <w:p>
      <w:pPr>
        <w:spacing w:after="80"/>
      </w:pPr>
      <w:r>
        <w:rPr>
          <w:b w:val="0"/>
          <w:i w:val="0"/>
        </w:rPr>
        <w:t>Nếu bạn chưa ở nơi bạn muốn đến, tin tuyệt vời là, tất cả là lỗi của bạn. Tin còn tuyệt vời hơn nữa là, ngay giây phút bạn quyết định, bạn có thể thay đổi điều đó.</w:t>
      </w:r>
    </w:p>
    <w:p>
      <w:pPr>
        <w:spacing w:after="80"/>
      </w:pPr>
      <w:r>
        <w:rPr>
          <w:b w:val="0"/>
          <w:i w:val="0"/>
        </w:rPr>
        <w:t>Bạn đã lãng phí bao nhiêu năm để bị cuốn vào người khác, cảm xúc của họ, suy nghĩ của họ, và những gì họ đang làm. Vậy hãy để cuốn sách này là tiếng chuông đánh thức bạn: Bạn là người nắm quyền.</w:t>
      </w:r>
    </w:p>
    <w:p>
      <w:pPr>
        <w:spacing w:after="80"/>
      </w:pPr>
      <w:r>
        <w:rPr>
          <w:b w:val="0"/>
          <w:i w:val="0"/>
        </w:rPr>
        <w:t>Sự nhận ra này không phải là một bản án, mà là một sự giải phóng.</w:t>
      </w:r>
    </w:p>
    <w:p>
      <w:pPr>
        <w:spacing w:after="80"/>
      </w:pPr>
      <w:r>
        <w:rPr>
          <w:b w:val="0"/>
          <w:i w:val="0"/>
        </w:rPr>
        <w:t>Thật không thể tin nổi khi biết rằng người khác không thể ảnh hưởng đến bạn, phải không? Thật giải phóng khi biết rằng họ có thể nói và làm những gì họ muốn—họ có thể chế giễu, nghi ngờ, trở thành người thành công nhất hành tinh này, và bạn vẫn không hề bị lay động, phải không?</w:t>
      </w:r>
    </w:p>
    <w:p>
      <w:pPr>
        <w:spacing w:after="80"/>
      </w:pPr>
      <w:r>
        <w:rPr>
          <w:b w:val="0"/>
          <w:i w:val="0"/>
        </w:rPr>
        <w:t>Thật tuyệt vời biết bao khi CHÍNH BẠN được kiểm soát điều mình nghĩ, điều mình nói, và điều mình làm?</w:t>
      </w:r>
    </w:p>
    <w:p>
      <w:pPr>
        <w:spacing w:after="80"/>
      </w:pPr>
      <w:r>
        <w:rPr>
          <w:b w:val="0"/>
          <w:i w:val="0"/>
        </w:rPr>
        <w:t>Thật không thể tin nổi khi CHÍNH BẠN được chọn nơi mình dồn thời gian và năng lượng, và điều gì mình nói có, điều gì mình nói không?</w:t>
      </w:r>
    </w:p>
    <w:p>
      <w:pPr>
        <w:spacing w:after="80"/>
      </w:pPr>
      <w:r>
        <w:rPr>
          <w:b w:val="0"/>
          <w:i w:val="0"/>
        </w:rPr>
        <w:t>Lấy lại sức mạnh của mình nghĩa là giành lại trách nhiệm cho cuộc đời bạn. Nghĩa là đòi hỏi nhiều hơn ở bản thân vì thời gian đang trôi, và bạn đã lãng phí đủ rồi để lo lắng về những thứ không quan trọng. Nghĩa là tập trung như tia laser vào những thứ bạn có thể kiểm soát, và không dành một giây nào cho những thứ bạn không thể.</w:t>
      </w:r>
    </w:p>
    <w:p>
      <w:pPr>
        <w:spacing w:after="80"/>
      </w:pPr>
      <w:r>
        <w:rPr>
          <w:b w:val="0"/>
          <w:i w:val="0"/>
        </w:rPr>
        <w:t>Hãy nghĩ về bầu trời một lần nữa. Dù nó mang đến điều gì, dù nó thay đổi thế nào, bạn chính là người được quyết định cách bước đi bên dưới nó. Bạn chính là người được chọn cách phản ứng, cách hành động, cách sống. Những đám mây, những cơn bão, ánh nắng mặt trời—tất cả đều có vị trí của chúng, nhưng chúng không định nghĩa bạn. Bạn định nghĩa chính mình.</w:t>
      </w:r>
    </w:p>
    <w:p>
      <w:pPr>
        <w:spacing w:after="80"/>
      </w:pPr>
      <w:r>
        <w:rPr>
          <w:b w:val="0"/>
          <w:i w:val="0"/>
        </w:rPr>
        <w:t xml:space="preserve">Tôi sẽ không nói dối bạn: Điều đó sẽ không dễ dàng. Không phải kiểu ngay giây phút bạn bắt đầu nói </w:t>
      </w:r>
      <w:r>
        <w:rPr>
          <w:b w:val="0"/>
          <w:i/>
        </w:rPr>
        <w:t>Let Them</w:t>
      </w:r>
      <w:r>
        <w:rPr>
          <w:b w:val="0"/>
          <w:i w:val="0"/>
        </w:rPr>
        <w:t>, bạn có được mọi thứ mình từng mong muốn. Bất kỳ ai hứa với bạn điều đó đều đang lừa bạn.</w:t>
      </w:r>
    </w:p>
    <w:p>
      <w:pPr>
        <w:spacing w:after="80"/>
      </w:pPr>
      <w:r>
        <w:rPr>
          <w:b w:val="0"/>
          <w:i w:val="0"/>
        </w:rPr>
        <w:t>Nhưng ngay giây phút bạn lấy lại sức mạnh của mình, bạn có thể yên tâm khi biết rằng đó chỉ là vấn đề thời gian. Sự nghiệp, người bạn đời, bạn bè, cơ thể, mục tiêu—tất cả giờ đều nằm trong tầm kiểm soát của bạn.</w:t>
      </w:r>
    </w:p>
    <w:p>
      <w:pPr>
        <w:spacing w:after="80"/>
      </w:pPr>
      <w:r>
        <w:rPr>
          <w:b w:val="0"/>
          <w:i w:val="0"/>
        </w:rPr>
        <w:t xml:space="preserve">Giờ chúng ta đã đến đây, tôi vô cùng phấn khích được đích thân chào mừng bạn đến với kỷ nguyên </w:t>
      </w:r>
      <w:r>
        <w:rPr>
          <w:b w:val="0"/>
          <w:i/>
        </w:rPr>
        <w:t>Let Me</w:t>
      </w:r>
      <w:r>
        <w:rPr>
          <w:b w:val="0"/>
          <w:i w:val="0"/>
        </w:rPr>
        <w:t xml:space="preserve"> của bạn.</w:t>
      </w:r>
    </w:p>
    <w:p>
      <w:pPr>
        <w:spacing w:after="80"/>
      </w:pPr>
      <w:r>
        <w:rPr>
          <w:b w:val="0"/>
          <w:i/>
        </w:rPr>
        <w:t>Let Me</w:t>
      </w:r>
      <w:r>
        <w:rPr>
          <w:b w:val="0"/>
          <w:i w:val="0"/>
        </w:rPr>
        <w:t xml:space="preserve"> bắt đầu.</w:t>
      </w:r>
    </w:p>
    <w:p>
      <w:pPr>
        <w:spacing w:after="80"/>
      </w:pPr>
      <w:r>
        <w:rPr>
          <w:b w:val="0"/>
          <w:i/>
        </w:rPr>
        <w:t>Let Me</w:t>
      </w:r>
      <w:r>
        <w:rPr>
          <w:b w:val="0"/>
          <w:i w:val="0"/>
        </w:rPr>
        <w:t xml:space="preserve"> chấp nhận rủi ro.</w:t>
      </w:r>
    </w:p>
    <w:p>
      <w:pPr>
        <w:spacing w:after="80"/>
      </w:pPr>
      <w:r>
        <w:rPr>
          <w:b w:val="0"/>
          <w:i/>
        </w:rPr>
        <w:t>Let Me</w:t>
      </w:r>
      <w:r>
        <w:rPr>
          <w:b w:val="0"/>
          <w:i w:val="0"/>
        </w:rPr>
        <w:t xml:space="preserve"> viết cuốn sách.</w:t>
      </w:r>
    </w:p>
    <w:p>
      <w:pPr>
        <w:spacing w:after="80"/>
      </w:pPr>
      <w:r>
        <w:rPr>
          <w:b w:val="0"/>
          <w:i/>
        </w:rPr>
        <w:t>Let Me</w:t>
      </w:r>
      <w:r>
        <w:rPr>
          <w:b w:val="0"/>
          <w:i w:val="0"/>
        </w:rPr>
        <w:t xml:space="preserve"> thành thật về điều mình muốn.</w:t>
      </w:r>
    </w:p>
    <w:p>
      <w:pPr>
        <w:spacing w:after="80"/>
      </w:pPr>
      <w:r>
        <w:rPr>
          <w:b w:val="0"/>
          <w:i/>
        </w:rPr>
        <w:t>Let Me</w:t>
      </w:r>
      <w:r>
        <w:rPr>
          <w:b w:val="0"/>
          <w:i w:val="0"/>
        </w:rPr>
        <w:t xml:space="preserve"> có được vóc dáng đẹp nhất trong đời.</w:t>
      </w:r>
    </w:p>
    <w:p>
      <w:pPr>
        <w:spacing w:after="80"/>
      </w:pPr>
      <w:r>
        <w:rPr>
          <w:b w:val="0"/>
          <w:i/>
        </w:rPr>
        <w:t>Let Me</w:t>
      </w:r>
      <w:r>
        <w:rPr>
          <w:b w:val="0"/>
          <w:i w:val="0"/>
        </w:rPr>
        <w:t xml:space="preserve"> ứng tuyển cho công việc mơ ước.</w:t>
      </w:r>
    </w:p>
    <w:p>
      <w:pPr>
        <w:spacing w:after="80"/>
      </w:pPr>
      <w:r>
        <w:rPr>
          <w:b w:val="0"/>
          <w:i/>
        </w:rPr>
        <w:t>Let Me</w:t>
      </w:r>
      <w:r>
        <w:rPr>
          <w:b w:val="0"/>
          <w:i w:val="0"/>
        </w:rPr>
        <w:t xml:space="preserve"> ngừng trao tình yêu cho những người không muốn tôi.</w:t>
      </w:r>
    </w:p>
    <w:p>
      <w:pPr>
        <w:spacing w:after="80"/>
      </w:pPr>
      <w:r>
        <w:rPr>
          <w:b w:val="0"/>
          <w:i/>
        </w:rPr>
        <w:t>Let Me</w:t>
      </w:r>
      <w:r>
        <w:rPr>
          <w:b w:val="0"/>
          <w:i w:val="0"/>
        </w:rPr>
        <w:t xml:space="preserve"> tạo nên một cuộc sống tốt đẹp hơn. Một cuộc sống khiến tôi tự hào. Một cuộc sống khiến tôi hạnh phúc. Một cuộc sống nơi tôi dùng nguồn năng lượng quý giá của mình để tận hưởng từng khoảnh khắc tôi sẽ có.</w:t>
      </w:r>
    </w:p>
    <w:p>
      <w:pPr>
        <w:spacing w:after="80"/>
      </w:pPr>
      <w:r>
        <w:rPr>
          <w:b w:val="0"/>
          <w:i w:val="0"/>
        </w:rPr>
        <w:t>Cuốn sách này đã cho bạn thấy rằng bạn luôn nắm quyền kiểm soát. Bạn luôn là người dẫn dắt. Bạn luôn có sức mạnh. Giờ là lúc lấy lại nó.</w:t>
      </w:r>
    </w:p>
    <w:p>
      <w:pPr>
        <w:spacing w:after="80"/>
      </w:pPr>
      <w:r>
        <w:rPr>
          <w:b w:val="0"/>
          <w:i w:val="0"/>
        </w:rPr>
        <w:t xml:space="preserve">Tôi muốn bạn biết rằng dù giấc mơ lớn lao mà bạn hình dung cho chính mình là gì, dù nó có vẻ điên rồ, khó xảy ra, hay ngớ ngẩn đến đâu, tôi vẫn thấy nó cho bạn. Nếu bạn không tin vào chính mình, </w:t>
      </w:r>
      <w:r>
        <w:rPr>
          <w:b w:val="0"/>
          <w:i/>
        </w:rPr>
        <w:t>Let Me</w:t>
      </w:r>
      <w:r>
        <w:rPr>
          <w:b w:val="0"/>
          <w:i w:val="0"/>
        </w:rPr>
        <w:t xml:space="preserve"> tin vào bạn. Nếu bạn không biết mình có thể làm được, </w:t>
      </w:r>
      <w:r>
        <w:rPr>
          <w:b w:val="0"/>
          <w:i/>
        </w:rPr>
        <w:t>Let Me</w:t>
      </w:r>
      <w:r>
        <w:rPr>
          <w:b w:val="0"/>
          <w:i w:val="0"/>
        </w:rPr>
        <w:t xml:space="preserve"> biết điều đó cho bạn.</w:t>
      </w:r>
    </w:p>
    <w:p>
      <w:pPr>
        <w:spacing w:after="80"/>
      </w:pPr>
      <w:r>
        <w:rPr>
          <w:b w:val="0"/>
          <w:i w:val="0"/>
        </w:rPr>
        <w:t xml:space="preserve">Và nếu bạn không biết bắt đầu từ đâu, </w:t>
      </w:r>
      <w:r>
        <w:rPr>
          <w:b w:val="0"/>
          <w:i/>
        </w:rPr>
        <w:t>Let Me</w:t>
      </w:r>
      <w:r>
        <w:rPr>
          <w:b w:val="0"/>
          <w:i w:val="0"/>
        </w:rPr>
        <w:t xml:space="preserve"> giúp bạn bước bước đầu tiên. Phòng trường hợp không ai khác nói với bạn, tôi muốn chắc chắn nói với bạn rằng: Tôi yêu bạn, tôi tin vào bạn, và tôi tin vào khả năng của bạn để mở khóa mọi điều kỳ diệu và niềm vui mà cuộc sống tuyệt vời của bạn có thể mang lại.</w:t>
      </w:r>
    </w:p>
    <w:p>
      <w:pPr>
        <w:spacing w:after="80"/>
      </w:pPr>
      <w:r>
        <w:rPr>
          <w:b w:val="0"/>
          <w:i w:val="0"/>
        </w:rPr>
        <w:t>Chỉ cần hai từ đơn giản:</w:t>
      </w:r>
    </w:p>
    <w:p>
      <w:pPr>
        <w:spacing w:after="80"/>
      </w:pPr>
      <w:r>
        <w:rPr>
          <w:b w:val="0"/>
          <w:i/>
        </w:rPr>
        <w:t>Để Tôi</w:t>
      </w:r>
      <w:r>
        <w:rPr>
          <w:b w:val="0"/>
          <w:i w:val="0"/>
        </w:rPr>
        <w:t>.</w:t>
      </w:r>
    </w:p>
    <w:p>
      <w:pPr>
        <w:pStyle w:val="Heading1"/>
      </w:pPr>
      <w:r>
        <w:rPr>
          <w:rFonts w:ascii="Calibri" w:hAnsi="Calibri"/>
          <w:b/>
          <w:i w:val="0"/>
          <w:sz w:val="40"/>
        </w:rPr>
        <w:t>PHỤ LỤC</w:t>
      </w:r>
    </w:p>
    <w:p>
      <w:pPr>
        <w:pStyle w:val="Heading1"/>
      </w:pPr>
      <w:r>
        <w:rPr>
          <w:rFonts w:ascii="Calibri" w:hAnsi="Calibri"/>
          <w:b/>
          <w:i w:val="0"/>
          <w:sz w:val="40"/>
        </w:rPr>
        <w:t>Cách Áp Dụng Let Them vào Việc Nuôi Dạy Con</w:t>
      </w:r>
    </w:p>
    <w:p>
      <w:pPr>
        <w:spacing w:after="80"/>
      </w:pPr>
      <w:r>
        <w:rPr>
          <w:b w:val="0"/>
          <w:i w:val="0"/>
        </w:rPr>
        <w:t>Một trong những câu hỏi phổ biến nhất mà tôi nhận được là làm thế nào để sử dụng Let Them Theory trong việc nuôi dạy con. Nói thật nhé—nếu bạn để con làm bất cứ điều gì chúng muốn, chúng có thể sẽ ăn kem trong mọi bữa, bỏ bài tập về nhà, và trốn việc nhà. Nhưng với tư cách là một bà mẹ ba con, tôi đã khám phá ra rằng khi bạn để con được là chính mình, mối quan hệ của bạn sẽ cải thiện và sâu sắc hơn theo những cách bạn chưa từng nghĩ tới.</w:t>
      </w:r>
    </w:p>
    <w:p>
      <w:pPr>
        <w:spacing w:after="80"/>
      </w:pPr>
      <w:r>
        <w:rPr>
          <w:b w:val="0"/>
          <w:i w:val="0"/>
        </w:rPr>
        <w:t>Mặc dù cuốn sách này chủ yếu tập trung vào người lớn, Let Them Theory cũng là một công cụ mạnh mẽ để nuôi dạy con ở mọi lứa tuổi. Nó nói về việc kết nối, hỗ trợ và hướng dẫn—chứ không phải kiểm soát. Suy cho cùng, công việc của bạn với tư cách là cha mẹ là hướng dẫn con trở thành người mà chúng được sinh ra để trở thành, nói cách khác—</w:t>
      </w:r>
      <w:r>
        <w:rPr>
          <w:b w:val="0"/>
          <w:i/>
        </w:rPr>
        <w:t>Let Them</w:t>
      </w:r>
      <w:r>
        <w:rPr>
          <w:b w:val="0"/>
          <w:i w:val="0"/>
        </w:rPr>
        <w:t>.</w:t>
      </w:r>
    </w:p>
    <w:p>
      <w:pPr>
        <w:spacing w:after="80"/>
      </w:pPr>
      <w:r>
        <w:rPr>
          <w:b w:val="0"/>
          <w:i w:val="0"/>
        </w:rPr>
        <w:t>Để giúp bạn củng cố mối gắn kết với con (và hy vọng giữ được sự tỉnh táo của mình), tôi đã tổng hợp một hướng dẫn bổ sung đặc biệt chứa đầy những mẹo thực tế về việc sử dụng Let Them Theory trong nuôi dạy con. Bởi vì ai mà chẳng muốn có một mối quan hệ tuyệt vời với con mình?</w:t>
      </w:r>
    </w:p>
    <w:p>
      <w:pPr>
        <w:spacing w:after="80"/>
      </w:pPr>
      <w:r>
        <w:rPr>
          <w:b w:val="0"/>
          <w:i w:val="0"/>
        </w:rPr>
        <w:t xml:space="preserve">Tải về tại </w:t>
      </w:r>
      <w:r>
        <w:rPr>
          <w:b/>
          <w:i w:val="0"/>
        </w:rPr>
        <w:t>melrobbins.com/parenting</w:t>
      </w:r>
      <w:r>
        <w:rPr>
          <w:b w:val="0"/>
          <w:i w:val="0"/>
        </w:rPr>
        <w:t xml:space="preserve"> để bắt đầu.</w:t>
      </w:r>
    </w:p>
    <w:p>
      <w:pPr>
        <w:pStyle w:val="Heading1"/>
      </w:pPr>
      <w:r>
        <w:rPr>
          <w:rFonts w:ascii="Calibri" w:hAnsi="Calibri"/>
          <w:b/>
          <w:i w:val="0"/>
          <w:sz w:val="40"/>
        </w:rPr>
        <w:t>Cách Áp Dụng Let Them vào Đội Nhóm</w:t>
      </w:r>
    </w:p>
    <w:p>
      <w:pPr>
        <w:spacing w:after="80"/>
      </w:pPr>
      <w:r>
        <w:rPr>
          <w:b w:val="0"/>
          <w:i w:val="0"/>
        </w:rPr>
        <w:t>Trong nhiều năm qua, tôi đã có cơ hội làm việc với một số công ty lớn nhất thế giới, bao gồm Starbucks, JPMorganChase, Headspace, Audible, Ulta Beauty, và nhiều công ty khác.</w:t>
      </w:r>
    </w:p>
    <w:p>
      <w:pPr>
        <w:spacing w:after="80"/>
      </w:pPr>
      <w:r>
        <w:rPr>
          <w:b w:val="0"/>
          <w:i w:val="0"/>
        </w:rPr>
        <w:t xml:space="preserve">Một trong những câu hỏi phổ biến nhất mà tôi được hỏi là: </w:t>
      </w:r>
      <w:r>
        <w:rPr>
          <w:b w:val="0"/>
          <w:i/>
        </w:rPr>
        <w:t>Làm thế nào để tôi thúc đẩy đội nhóm của mình?</w:t>
      </w:r>
    </w:p>
    <w:p>
      <w:pPr>
        <w:spacing w:after="80"/>
      </w:pPr>
      <w:r>
        <w:rPr>
          <w:b w:val="0"/>
          <w:i w:val="0"/>
        </w:rPr>
        <w:t xml:space="preserve">Nghiên cứu đã rõ ràng—có một người sếp tốt chính là điều tạo nên những đội nhóm tốt. Vậy điều gì làm nên một người sếp tốt? Đó là lúc Let Them Theory phát huy tác dụng. Bạn có thể đang nghĩ, </w:t>
      </w:r>
      <w:r>
        <w:rPr>
          <w:b w:val="0"/>
          <w:i/>
        </w:rPr>
        <w:t>Bạn không thể cứ để đội nhóm làm bất cứ điều gì họ muốn—họ cần được quản lý</w:t>
      </w:r>
      <w:r>
        <w:rPr>
          <w:b w:val="0"/>
          <w:i w:val="0"/>
        </w:rPr>
        <w:t>. Đúng vậy, nhưng khi bạn quản lý vi mô, bạn có nguy cơ bóp nghẹt sự sáng tạo, làm tổn hại các mối quan hệ, và tạo ra một môi trường làm việc độc hại.</w:t>
      </w:r>
    </w:p>
    <w:p>
      <w:pPr>
        <w:spacing w:after="80"/>
      </w:pPr>
      <w:r>
        <w:rPr>
          <w:b w:val="0"/>
          <w:i w:val="0"/>
        </w:rPr>
        <w:t>Nói cách khác, một người sếp kiểm soát là một người sếp tồi.</w:t>
      </w:r>
    </w:p>
    <w:p>
      <w:pPr>
        <w:spacing w:after="80"/>
      </w:pPr>
      <w:r>
        <w:rPr>
          <w:b w:val="0"/>
          <w:i w:val="0"/>
        </w:rPr>
        <w:t>Let Them Theory có thể giúp bạn tìm ra sự cân bằng đúng đắn, trao quyền cho đội nhóm của bạn đồng thời cung cấp cấu trúc mà họ cần để phát triển. Suy cho cùng, những người sếp tồi giết chết những đội nhóm tốt, và những người sếp tốt tạo nên những đội nhóm tuyệt vời. Trong hướng dẫn bổ sung đặc biệt này, bạn sẽ học cách sử dụng Let Them Theory để trở thành người sếp tốt nhất có thể.</w:t>
      </w:r>
    </w:p>
    <w:p>
      <w:pPr>
        <w:spacing w:after="80"/>
      </w:pPr>
      <w:r>
        <w:rPr>
          <w:b w:val="0"/>
          <w:i w:val="0"/>
        </w:rPr>
        <w:t xml:space="preserve">Tải về tại </w:t>
      </w:r>
      <w:r>
        <w:rPr>
          <w:b/>
          <w:i w:val="0"/>
        </w:rPr>
        <w:t>melrobbins.com/work</w:t>
      </w:r>
      <w:r>
        <w:rPr>
          <w:b w:val="0"/>
          <w:i w:val="0"/>
        </w:rPr>
        <w:t xml:space="preserve"> để bắt đầu.</w:t>
      </w:r>
    </w:p>
    <w:p>
      <w:pPr>
        <w:pStyle w:val="Heading1"/>
      </w:pPr>
      <w:r>
        <w:rPr>
          <w:rFonts w:ascii="Calibri" w:hAnsi="Calibri"/>
          <w:b/>
          <w:i w:val="0"/>
          <w:sz w:val="40"/>
        </w:rPr>
        <w:t>Để Tôi Ghi Nhận Bạn</w:t>
      </w:r>
    </w:p>
    <w:p>
      <w:pPr>
        <w:spacing w:after="80"/>
      </w:pPr>
      <w:r>
        <w:rPr>
          <w:b/>
          <w:i w:val="0"/>
        </w:rPr>
        <w:t xml:space="preserve">Gửi đến hàng triệu người hâm mộ của </w:t>
      </w:r>
      <w:r>
        <w:rPr>
          <w:b/>
          <w:i/>
        </w:rPr>
        <w:t>The Mel Robbins Podcast</w:t>
      </w:r>
      <w:r>
        <w:rPr>
          <w:b/>
          <w:i w:val="0"/>
        </w:rPr>
        <w:t xml:space="preserve"> và tất cả các bạn trên mạng xã hội, những người theo dõi tôi hoặc đã chia sẻ nội dung từ "quý cô đeo kính"—</w:t>
      </w:r>
      <w:r>
        <w:rPr>
          <w:b w:val="0"/>
          <w:i w:val="0"/>
        </w:rPr>
        <w:t>cảm ơn các bạn! Không có các bạn, tôi đã không thể làm điều mình yêu thích nhất. Các bạn chính là lý do cuốn sách này ra đời. Sự ủng hộ, đam mê, tình yêu và (tất nhiên) cả những hình xăm của các bạn đã truyền cảm hứng để tôi làm một điều mà tôi đã thề sẽ không bao giờ làm lại: viết thêm một cuốn sách nữa. Cảm ơn các bạn đã là một phần của hành trình tuyệt vời này. Cảm ơn các bạn đã giúp tôi tạo nên thứ mà tôi tin là tác phẩm quan trọng nhất mà tôi từng thực hiện. Có một điều chắc chắn: tôi viết cuốn sách này cho các bạn, và nó thuộc về các bạn cũng như thuộc về tôi. Tôi không thể chờ đợi để xem cuốn sách này sẽ giúp các bạn cải thiện cuộc sống và các mối quan hệ của mình như thế nào. Các bạn xứng đáng có thêm tình yêu, ý nghĩa, niềm vui và sự bình yên trong cuộc sống, và Let Them Theory sẽ giúp các bạn đạt được điều đó.</w:t>
      </w:r>
    </w:p>
    <w:p>
      <w:pPr>
        <w:spacing w:after="80"/>
      </w:pPr>
      <w:r>
        <w:rPr>
          <w:b/>
          <w:i w:val="0"/>
        </w:rPr>
        <w:t xml:space="preserve">Tất cả các chuyên gia đã xuất hiện trên </w:t>
      </w:r>
      <w:r>
        <w:rPr>
          <w:b/>
          <w:i/>
        </w:rPr>
        <w:t>The Mel Robbins Podcast</w:t>
      </w:r>
      <w:r>
        <w:rPr>
          <w:b/>
          <w:i w:val="0"/>
        </w:rPr>
        <w:t xml:space="preserve"> và trong các trang của cuốn sách này—</w:t>
      </w:r>
      <w:r>
        <w:rPr>
          <w:b w:val="0"/>
          <w:i w:val="0"/>
        </w:rPr>
        <w:t xml:space="preserve">cảm ơn các bạn đã lên máy bay và bay đến Boston để ngồi xuống và dành thời gian với tôi. Tôi đã học được rất nhiều điều từ từng người trong các bạn. Dù nghiên cứu của các bạn có được trích dẫn trực tiếp trong cuốn sách này và danh mục tài liệu tham khảo hay không, hãy biết điều này: việc gặp gỡ, trò chuyện và học hỏi từ các bạn đã định hình nên từng câu chữ và giúp tôi cải thiện cuộc sống của mình. Thay mặt cho tất cả những người sẽ đọc cuốn sách này, và từng thính giả của </w:t>
      </w:r>
      <w:r>
        <w:rPr>
          <w:b w:val="0"/>
          <w:i/>
        </w:rPr>
        <w:t>The Mel Robbins Podcast</w:t>
      </w:r>
      <w:r>
        <w:rPr>
          <w:b w:val="0"/>
          <w:i w:val="0"/>
        </w:rPr>
        <w:t xml:space="preserve"> tại 194 quốc gia, xin cảm ơn. Cảm ơn vì công việc của các bạn; cảm ơn vì đã chia sẻ trí tuệ của mình với chúng tôi.</w:t>
      </w:r>
    </w:p>
    <w:p>
      <w:pPr>
        <w:spacing w:after="80"/>
      </w:pPr>
      <w:r>
        <w:rPr>
          <w:b/>
          <w:i w:val="0"/>
        </w:rPr>
        <w:t>Sawyer—</w:t>
      </w:r>
      <w:r>
        <w:rPr>
          <w:b w:val="0"/>
          <w:i w:val="0"/>
        </w:rPr>
        <w:t xml:space="preserve">cô con gái thông minh, đồng mưu, đồng nghiên cứu, đồng tác giả và đồng phi công của mẹ—con đã thề sẽ KHÔNG BAO GIỜ làm việc cho mẹ mình, và thế là chúng ta ở đây. Mỗi ngày thức dậy, mẹ đều biết ơn vì con đã đồng ý khi mẹ hỏi "nếu con có thể giúp mẹ một 'dự án nghiên cứu nhỏ'. . . nó được gọi là Let Them Theory." Con đã lao vào và không bao giờ ngoi lên lấy không khí nữa. Được không chỉ làm mẹ của con mà còn được biết con với tư cách đồng nghiệp là một trong những trải nghiệm viên mãn nhất trong đời mẹ. Mẹ yêu con sâu sắc và mẹ yêu từng khoảnh khắc làm việc cùng con, dù mẹ biết con phải nói </w:t>
      </w:r>
      <w:r>
        <w:rPr>
          <w:b w:val="0"/>
          <w:i/>
        </w:rPr>
        <w:t>Let Them</w:t>
      </w:r>
      <w:r>
        <w:rPr>
          <w:b w:val="0"/>
          <w:i w:val="0"/>
        </w:rPr>
        <w:t xml:space="preserve">, </w:t>
      </w:r>
      <w:r>
        <w:rPr>
          <w:b w:val="0"/>
          <w:i/>
        </w:rPr>
        <w:t>Let Them</w:t>
      </w:r>
      <w:r>
        <w:rPr>
          <w:b w:val="0"/>
          <w:i w:val="0"/>
        </w:rPr>
        <w:t xml:space="preserve">, </w:t>
      </w:r>
      <w:r>
        <w:rPr>
          <w:b w:val="0"/>
          <w:i/>
        </w:rPr>
        <w:t>Let Them</w:t>
      </w:r>
      <w:r>
        <w:rPr>
          <w:b w:val="0"/>
          <w:i w:val="0"/>
        </w:rPr>
        <w:t xml:space="preserve"> (về mẹ) suốt cả thời gian đó.</w:t>
      </w:r>
    </w:p>
    <w:p>
      <w:pPr>
        <w:spacing w:after="80"/>
      </w:pPr>
      <w:r>
        <w:rPr>
          <w:b/>
          <w:i w:val="0"/>
        </w:rPr>
        <w:t>Tracey—</w:t>
      </w:r>
      <w:r>
        <w:rPr>
          <w:b w:val="0"/>
          <w:i w:val="0"/>
        </w:rPr>
        <w:t>cánh tay phải, bán cầu não phải, người hoàn thành câu và nhà sản xuất điều hành siêu phàm của tôi—Không có em thì chị sẽ ở đâu? Lạc trôi giữa biển khơi. Em giữ cho con tàu này nổi. Phẩm chất tuyệt vời nhất của em: chị chưa một lần thấy em nhíu mày hay có thái độ tiêu cực; cảm ơn em vì luôn mang ánh nắng đến. Sau tám năm, chị vô cùng biết ơn bàn tay bình tĩnh, vững vàng của em dẫn đường qua cuộc phiêu lưu hoang dã này.</w:t>
      </w:r>
    </w:p>
    <w:p>
      <w:pPr>
        <w:spacing w:after="80"/>
      </w:pPr>
      <w:r>
        <w:rPr>
          <w:b/>
          <w:i w:val="0"/>
        </w:rPr>
        <w:t>Susie—</w:t>
      </w:r>
      <w:r>
        <w:rPr>
          <w:b w:val="0"/>
          <w:i w:val="0"/>
        </w:rPr>
        <w:t>cảm ơn em đã mang niềm vui và nghệ thuật kể chuyện vào quá trình viết. Em đã khiến chị trở thành một người viết tốt hơn. Em đã thêm rất nhiều chiều sâu và tâm hồn cho dự án này, và tác phẩm của em là một phần không thể phủ nhận trong trái tim của cuốn sách. Em là một OG, và cuốn sách này sẽ không ở được vị trí hiện tại nếu không có em. Chị rất vui vì nó đã đưa chúng ta đến với nhau và vô cùng phấn khích khi biết rằng sự hợp tác này chỉ mới bắt đầu.</w:t>
      </w:r>
    </w:p>
    <w:p>
      <w:pPr>
        <w:spacing w:after="80"/>
      </w:pPr>
      <w:r>
        <w:rPr>
          <w:b/>
          <w:i w:val="0"/>
        </w:rPr>
        <w:t>Juna—</w:t>
      </w:r>
      <w:r>
        <w:rPr>
          <w:b w:val="0"/>
          <w:i w:val="0"/>
        </w:rPr>
        <w:t>em đến như một cơn lốc, khiến chị ngày nào cũng ấn tượng bởi kỹ năng viết đáng kinh ngạc của em. Khả năng nắm bắt ngôn ngữ, sức mạnh và phong cách của cuốn sách này của em thật đáng nể. Em là người thiết yếu trong việc định hình câu chuyện này thành một điều gì đó mạnh mẽ. Chị cực kỳ yêu cách em suy nghĩ!</w:t>
      </w:r>
    </w:p>
    <w:p>
      <w:pPr>
        <w:spacing w:after="80"/>
      </w:pPr>
      <w:r>
        <w:rPr>
          <w:b/>
          <w:i w:val="0"/>
        </w:rPr>
        <w:t>Lynne—</w:t>
      </w:r>
      <w:r>
        <w:rPr>
          <w:b w:val="0"/>
          <w:i w:val="0"/>
        </w:rPr>
        <w:t>em biết cảm giác đó không, khi ai đó xuất hiện trong cuộc đời em và em nhận ra điều gì đã còn thiếu. . . đó chính là em, Lynne. Em đã lấp đầy một nhu cầu trong cuộc đời chị, và chỉ khi làm việc với em, chị mới nhận ra sự hỗ trợ và xuất sắc đích thực trông như thế nào và cảm giác ra sao. Em đặt ra tiêu chuẩn cao đến mức không tưởng. Chị không nghĩ mình có thể làm công việc này mà không có em. Giờ thì, làm ơn đặt điện thoại xuống và tắt laptop đi. . . ngừng làm việc. . . và tận hưởng cuối tuần của em! Chị sẽ không đi đâu cả, em cũng vậy, nên hãy nghỉ ngơi khi còn có thể. &lt;3</w:t>
      </w:r>
    </w:p>
    <w:p>
      <w:pPr>
        <w:spacing w:after="80"/>
      </w:pPr>
      <w:r>
        <w:rPr>
          <w:b/>
          <w:i w:val="0"/>
        </w:rPr>
        <w:t>Cindy—</w:t>
      </w:r>
      <w:r>
        <w:rPr>
          <w:b w:val="0"/>
          <w:i w:val="0"/>
        </w:rPr>
        <w:t>gửi đến NGÔI SAO của chúng tôi trong đôi Crocs hồng và son môi cùng tông với giọng Boston hay nhất mà bạn từng nghe, tôi yêu bạn từ tận đáy lòng. Từ khoảnh khắc bạn bước vào cuộc đời chúng tôi, bạn đã mang đến biết bao niềm vui và tiếng cười. Tôi chưa bao giờ nghĩ ở tuổi 56 mình lại tìm được một "mẹ nuôi trong nhà" ngoài đời thực—bạn biết đấy, người phụ nữ tuyệt vời chăm sóc cả một hội nữ sinh—đó chính là bạn! Bạn cứ như thể tên là Cindy Robbins vậy, và đến giờ này Yolo và Homie còn phấn khích hơn khi bạn bước vào so với khi tôi bước vào.</w:t>
      </w:r>
    </w:p>
    <w:p>
      <w:pPr>
        <w:spacing w:after="80"/>
      </w:pPr>
      <w:r>
        <w:rPr>
          <w:b/>
          <w:i w:val="0"/>
        </w:rPr>
        <w:t>Amy &amp; Jessie—</w:t>
      </w:r>
      <w:r>
        <w:rPr>
          <w:b w:val="0"/>
          <w:i w:val="0"/>
        </w:rPr>
        <w:t>gửi đến những OG ở trên này tại Vermont. Chúng ta lần đầu gắn kết vì cùng CỰC GHÉT sống ở VT và không biết mình sẽ làm cái quái gì ở thị trấn nông thôn nhỏ bé này. Chuyển đến đây không phải là trùng hợp; đó là sự đồng bộ kỳ diệu. Trong bốn năm qua, chúng ta đã cười, khóc và vượt qua mọi trở ngại—mỗi lần một cú ngâm nước lạnh và một lần rút bài (Amazing Amy!). Và trong suốt hành trình đó, chúng ta đã xoay xở ra mắt "podcast tăng trưởng nhanh nhất" trên hành tinh, từ ngay trên gara nhà chúng tôi giữa nơi không ai biết đến. Có điều gì đó kỳ diệu khi gặp được một số người mình yêu quý nhất vào giai đoạn sau của cuộc đời. Và hai người là hai trong số đó của tôi. Tôi có cảm giác chương tiếp theo này sẽ là chương tuyệt vời và hoành tráng nhất từ trước đến nay. Điều bất ngờ nhất là giờ chúng tôi cực kỳ yêu thích sống ở đây.</w:t>
      </w:r>
    </w:p>
    <w:p>
      <w:pPr>
        <w:spacing w:after="80"/>
      </w:pPr>
      <w:r>
        <w:rPr>
          <w:b/>
          <w:i w:val="0"/>
        </w:rPr>
        <w:t>Melody—</w:t>
      </w:r>
      <w:r>
        <w:rPr>
          <w:b w:val="0"/>
          <w:i w:val="0"/>
        </w:rPr>
        <w:t>biên tập viên, nhà vô địch biên tập bản thảo và người bạn đồng điệu về thời trang kính mắt ngầu của chúng tôi—cảm ơn em đã duyên dáng xử lý vô số lần trễ hạn vào đêm khuya, phút chót của chị. Em luôn xuất hiện với nụ cười và đảm bảo cuốn sách này được trau chuốt và hoàn hảo. Chị nợ em một núi cà phê và lòng biết ơn vô tận.</w:t>
      </w:r>
    </w:p>
    <w:p>
      <w:pPr>
        <w:spacing w:after="80"/>
      </w:pPr>
      <w:r>
        <w:rPr>
          <w:b/>
          <w:i w:val="0"/>
        </w:rPr>
        <w:t>Marc—</w:t>
      </w:r>
      <w:r>
        <w:rPr>
          <w:b w:val="0"/>
          <w:i w:val="0"/>
        </w:rPr>
        <w:t>anh đã biết em quý mến anh đến nhường nào. Anh không chỉ khiến cuốn sách này thành hiện thực mà còn đảm bảo thông điệp của nó đến được với độc giả khắp toàn cầu, với các bản dịch sang những ngôn ngữ vượt xa biên giới nước Mỹ. Anh là số một, một thiên tài trong việc đàm phán và giúp em trở thành tác giả đầu tiên làm những "điều" chúng ta làm, theo cách độc đáo mà chúng ta làm (tuyệt mật nhé mọi người)—em mãi mãi biết ơn. ;)</w:t>
      </w:r>
    </w:p>
    <w:p>
      <w:pPr>
        <w:spacing w:after="80"/>
      </w:pPr>
      <w:r>
        <w:rPr>
          <w:b/>
          <w:i w:val="0"/>
        </w:rPr>
        <w:t>Christine—</w:t>
      </w:r>
      <w:r>
        <w:rPr>
          <w:b w:val="0"/>
          <w:i w:val="0"/>
        </w:rPr>
        <w:t xml:space="preserve">chị dâu, đối tác kinh doanh, người bạn cùng yêu giống chó Australian shepherd và bạn thân nhất của tôi—cảm ơn em đã là tảng đá vững chắc của chị. Chị xin lỗi vì đã có quá nhiều lần sụp đổ trong quá trình viết cuốn sách này. Chị xấu hổ vì tất cả những tin nhắn đầy cảm xúc và những lần xả stress vào đêm khuya mà chị đã trút lên em. Không ai trên hành tinh này cần phần quản lý cảm xúc của cuốn sách này hơn chị. Cảm ơn em vì đã rộng lượng đến vậy. Cảm ơn em vì đã dẫn dắt công ty của chúng ta từ một startup mất kiểm soát thành một doanh nghiệp đẳng cấp thế giới và một thế lực toàn cầu trong lĩnh vực phát triển bản thân. Chị vô cùng tự hào về em. Chị tự hào được làm đối tác của em. Và chị vô cùng tự hào về những gì chúng ta đã cùng nhau xây dựng. Chị không thể làm được điều đó nếu không biết rằng em luôn ủng hộ chị và luôn đặt lợi ích tốt nhất của chúng ta lên hàng đầu. Mỗi ngày thức dậy, chị đều tự nhủ: </w:t>
      </w:r>
      <w:r>
        <w:rPr>
          <w:b w:val="0"/>
          <w:i/>
        </w:rPr>
        <w:t>Em có tin nổi là chúng ta được làm điều này để kiếm sống không?</w:t>
      </w:r>
      <w:r>
        <w:rPr>
          <w:b w:val="0"/>
          <w:i w:val="0"/>
        </w:rPr>
        <w:t xml:space="preserve"> Chị luôn nghe thấy em nói trong đầu: Chúng ta là những con b*tch kỳ diệu</w:t>
      </w:r>
      <w:r>
        <w:rPr>
          <w:b w:val="0"/>
          <w:i/>
        </w:rPr>
        <w:t>.</w:t>
      </w:r>
    </w:p>
    <w:p>
      <w:pPr>
        <w:spacing w:after="80"/>
      </w:pPr>
      <w:r>
        <w:rPr>
          <w:b/>
          <w:i w:val="0"/>
        </w:rPr>
        <w:t>Chris—</w:t>
      </w:r>
      <w:r>
        <w:rPr>
          <w:b w:val="0"/>
          <w:i w:val="0"/>
        </w:rPr>
        <w:t xml:space="preserve">cảm ơn anh vì đã luôn đi cắm trại trong những tuần viết marathon của </w:t>
      </w:r>
      <w:r>
        <w:rPr>
          <w:b w:val="0"/>
          <w:i/>
        </w:rPr>
        <w:t>Let Them</w:t>
      </w:r>
      <w:r>
        <w:rPr>
          <w:b w:val="0"/>
          <w:i w:val="0"/>
        </w:rPr>
        <w:t>. Một cuốn sách không thể được đóng lại mà không có gáy sách, và anh chính là gáy sách của em. Anh giữ gia đình chúng ta gắn kết với nhau. Điều em yêu thích nhất ở cuộc đời mình là được dành nó bên anh.</w:t>
      </w:r>
    </w:p>
    <w:p>
      <w:pPr>
        <w:spacing w:after="80"/>
      </w:pPr>
      <w:r>
        <w:rPr>
          <w:b/>
          <w:i w:val="0"/>
        </w:rPr>
        <w:t>Kendall và Oakley—</w:t>
      </w:r>
      <w:r>
        <w:rPr>
          <w:b w:val="0"/>
          <w:i w:val="0"/>
        </w:rPr>
        <w:t>dựa trên những gì các con đã nghe về quá trình viết cuốn sách này gian nan đến mức nào, mẹ có thể hình dung các con đã thấy biết ơn vì mình đang ở trường đại học và ở LA trong khi Sawyer và mẹ đấu nhau. Các con luôn ủng hộ mẹ theo đuổi ước mơ của mình, và hãy biết điều này: Dù các con chọn làm gì với cuộc đời mình, mẹ sẽ ở đó từng bước để cổ vũ các con.</w:t>
      </w:r>
    </w:p>
    <w:p>
      <w:pPr>
        <w:spacing w:after="80"/>
      </w:pPr>
      <w:r>
        <w:rPr>
          <w:b/>
          <w:i w:val="0"/>
        </w:rPr>
        <w:t>Bố và Mẹ—</w:t>
      </w:r>
      <w:r>
        <w:rPr>
          <w:b w:val="0"/>
          <w:i w:val="0"/>
        </w:rPr>
        <w:t xml:space="preserve">Mẹ: Con nghĩ mẹ xứng đáng được ghi công vì đã thấm nhuần tinh thần </w:t>
      </w:r>
      <w:r>
        <w:rPr>
          <w:b w:val="0"/>
          <w:i/>
        </w:rPr>
        <w:t>Let Me</w:t>
      </w:r>
      <w:r>
        <w:rPr>
          <w:b w:val="0"/>
          <w:i w:val="0"/>
        </w:rPr>
        <w:t xml:space="preserve"> vào con khi con còn là một cô bé. Khi viết cuốn sách này, con cứ nghĩ mãi về chiếc gối thêu mà mẹ đã khâu với dòng chữ: </w:t>
      </w:r>
      <w:r>
        <w:rPr>
          <w:b w:val="0"/>
          <w:i/>
        </w:rPr>
        <w:t>Pull Up Your Big Girl Panties And Deal With It</w:t>
      </w:r>
      <w:r>
        <w:rPr>
          <w:b w:val="0"/>
          <w:i w:val="0"/>
        </w:rPr>
        <w:t>. LOL. Cảm ơn bố mẹ đã là những người ủng hộ lớn nhất của con và luôn ở đó khi con cần. Con biết bố mẹ tự hào về con, và con muốn bố mẹ biết—con cũng tự hào về bố mẹ, về cuộc hôn nhân của bố mẹ và cuộc sống mà bố mẹ đã tạo dựng.</w:t>
      </w:r>
    </w:p>
    <w:p>
      <w:pPr>
        <w:spacing w:after="80"/>
      </w:pPr>
      <w:r>
        <w:rPr>
          <w:b/>
          <w:i w:val="0"/>
        </w:rPr>
        <w:t>Anne—</w:t>
      </w:r>
      <w:r>
        <w:rPr>
          <w:b w:val="0"/>
          <w:i w:val="0"/>
        </w:rPr>
        <w:t>cảm ơn chị đã dạy em cách trở thành một người phụ nữ trọn vẹn. Ngôn từ không thể diễn tả được tác động mà chị đã tạo nên trong cuộc đời em, cuộc hôn nhân của em và khả năng khai mở tiềm năng trọn vẹn của em. Em yêu chị.</w:t>
      </w:r>
    </w:p>
    <w:p>
      <w:pPr>
        <w:spacing w:after="80"/>
      </w:pPr>
      <w:r>
        <w:rPr>
          <w:b/>
          <w:i w:val="0"/>
        </w:rPr>
        <w:t>David—</w:t>
      </w:r>
      <w:r>
        <w:rPr>
          <w:b w:val="0"/>
          <w:i w:val="0"/>
        </w:rPr>
        <w:t>mỗi khi tôi cần lời khuyên, một góc nhìn mới, sự dẫn dắt, một tiếng cười, hay một ly gin and tonic tuyệt hảo—tôi luôn gọi bạn đầu tiên. Cảm ơn bạn đã dạy tôi cách trở thành một Good Boss và còn là một người bạn tuyệt vời hơn thế. Christine và tôi không thể làm được gì nếu thiếu bạn, và chúng tôi chắc chắn không muốn thử đâu! Yêu bạn.</w:t>
      </w:r>
    </w:p>
    <w:p>
      <w:pPr>
        <w:spacing w:after="80"/>
      </w:pPr>
      <w:r>
        <w:rPr>
          <w:b/>
          <w:i w:val="0"/>
        </w:rPr>
        <w:t>Pete—</w:t>
      </w:r>
      <w:r>
        <w:rPr>
          <w:b w:val="0"/>
          <w:i w:val="0"/>
        </w:rPr>
        <w:t>bạn đã làm quá xuất sắc với bìa sách. Thiết kế đúng là mọi thứ tôi hằng mơ ước và hơn thế nữa. Tôi chắc rằng mình đã là một cơn ác mộng khi làm việc cùng, và tôi trân trọng sự kiên nhẫn của bạn với bao nhiêu hỗn loạn phút chót. Cảm ơn sự sáng tạo của bạn—bìa sách thật sự tuyệt vời, và tôi hy vọng bạn cũng tự hào về nó như tôi vậy.</w:t>
      </w:r>
    </w:p>
    <w:p>
      <w:pPr>
        <w:spacing w:after="80"/>
      </w:pPr>
      <w:r>
        <w:rPr>
          <w:b/>
          <w:i w:val="0"/>
        </w:rPr>
        <w:t>Julie—</w:t>
      </w:r>
      <w:r>
        <w:rPr>
          <w:b w:val="0"/>
          <w:i w:val="0"/>
        </w:rPr>
        <w:t>Biết nói gì đây? Phần ruột của cuốn sách này mang lại cảm giác gọn gàng, nhẹ nhàng và đúng ý tôi. Bạn đã khiến mọi thứ hòa quyện vào nhau, và tôi vô cùng hài lòng với kết quả. Cảm ơn bạn vì sự chăm chỉ và tận tâm!</w:t>
      </w:r>
    </w:p>
    <w:p>
      <w:pPr>
        <w:spacing w:after="80"/>
      </w:pPr>
      <w:r>
        <w:rPr>
          <w:b/>
          <w:i w:val="0"/>
        </w:rPr>
        <w:t>Lindsay—</w:t>
      </w:r>
      <w:r>
        <w:rPr>
          <w:b w:val="0"/>
          <w:i w:val="0"/>
        </w:rPr>
        <w:t xml:space="preserve">thật khó để diễn tả hết lòng biết ơn của tôi với sự hỗ trợ của bạn, ngay cả khi tôi không xuất bản sách mới. Bạn đã sắp xếp cho tôi lên chương trình </w:t>
      </w:r>
      <w:r>
        <w:rPr>
          <w:b w:val="0"/>
          <w:i/>
        </w:rPr>
        <w:t>Today</w:t>
      </w:r>
      <w:r>
        <w:rPr>
          <w:b w:val="0"/>
          <w:i w:val="0"/>
        </w:rPr>
        <w:t xml:space="preserve"> và gửi đến tôi những cơ hội PR. Bạn thông minh, tận tụy, và tôi rất háo hức được tiếp tục cuộc chơi này cùng bạn.</w:t>
      </w:r>
    </w:p>
    <w:p>
      <w:pPr>
        <w:spacing w:after="80"/>
      </w:pPr>
      <w:r>
        <w:rPr>
          <w:b/>
          <w:i w:val="0"/>
        </w:rPr>
        <w:t>Gửi toàn thể đội ngũ của tôi—</w:t>
      </w:r>
      <w:r>
        <w:rPr>
          <w:b w:val="0"/>
          <w:i w:val="0"/>
        </w:rPr>
        <w:t>cảm ơn các bạn đã cho tôi và Sawyer không gian để viết cuốn sách này, trong khi các bạn vẫn đang sản xuất hai tập podcast mỗi tuần, một chương trình huấn luyện trực tuyến kéo dài sáu tháng, các bài phát biểu quan trọng, và các sản phẩm cho đối tác của chúng ta tại Audible, Ulta Beauty. . . và còn nhiều nữa! Các bạn là đội ngũ TUYỆT VỜI NHẤT hành tinh này. Tôi không thể làm được nếu thiếu sự tận tụy và tinh thần đồng đội của các bạn.</w:t>
      </w:r>
    </w:p>
    <w:p>
      <w:pPr>
        <w:spacing w:after="80"/>
      </w:pPr>
      <w:r>
        <w:rPr>
          <w:b/>
          <w:i w:val="0"/>
        </w:rPr>
        <w:t>Những nghệ sĩ xăm hình và những người đã kể cho tôi câu chuyện của các bạn qua tác phẩm của mình—</w:t>
      </w:r>
      <w:r>
        <w:rPr>
          <w:b w:val="0"/>
          <w:i w:val="0"/>
        </w:rPr>
        <w:t xml:space="preserve">các bạn chính là nguồn cảm hứng thật sự đằng sau cuốn sách này. Chứng kiến khái niệm </w:t>
      </w:r>
      <w:r>
        <w:rPr>
          <w:b w:val="0"/>
          <w:i/>
        </w:rPr>
        <w:t>Let Them</w:t>
      </w:r>
      <w:r>
        <w:rPr>
          <w:b w:val="0"/>
          <w:i w:val="0"/>
        </w:rPr>
        <w:t xml:space="preserve"> lan tỏa đã khiến tôi vừa khiêm nhường vừa phấn khích. Tất cả bắt đầu từ các bạn, và tôi mãi mãi biết ơn vì có cơ hội chia sẻ những thiết kế ý nghĩa, đẹp đẽ của các bạn với thế giới.</w:t>
      </w:r>
    </w:p>
    <w:p>
      <w:pPr>
        <w:spacing w:after="80"/>
      </w:pPr>
      <w:r>
        <w:rPr>
          <w:b/>
          <w:i w:val="0"/>
        </w:rPr>
        <w:t>Patty, Reid, Diane, Lizzi, Arya-Mehr, Marlene, Betsy, Kathleen, và toàn thể đội ngũ tại Hay House—</w:t>
      </w:r>
      <w:r>
        <w:rPr>
          <w:b w:val="0"/>
          <w:i w:val="0"/>
        </w:rPr>
        <w:t>tôi yêu việc được làm đối tác của các bạn. Có quá nhiều điều các bạn làm mà tôi thậm chí không biết nên liệt kê những gì, nên xin gửi đến tất cả những ai đã ủng hộ, bán, tiếp thị và đọc cuốn sách này, cần cả một ngôi làng và tôi vinh dự được là một phần trong ngôi làng của các bạn.</w:t>
      </w:r>
    </w:p>
    <w:p>
      <w:pPr>
        <w:spacing w:after="80"/>
      </w:pPr>
      <w:r>
        <w:rPr>
          <w:b/>
          <w:i w:val="0"/>
        </w:rPr>
        <w:t>Các đối tác tại Audible—</w:t>
      </w:r>
      <w:r>
        <w:rPr>
          <w:b w:val="0"/>
          <w:i w:val="0"/>
        </w:rPr>
        <w:t xml:space="preserve">WOW! Chúng ta đã làm việc cùng nhau BẢY NĂM rồi. Tôi không thể tin nổi chúng ta đã làm được bao nhiêu thứ cùng nhau. Ngay cả khi tôi đang viết lời cảm ơn này, để hợp tác với tôi trong sách nói </w:t>
      </w:r>
      <w:r>
        <w:rPr>
          <w:b w:val="0"/>
          <w:i/>
        </w:rPr>
        <w:t>The Let Them Theory</w:t>
      </w:r>
      <w:r>
        <w:rPr>
          <w:b w:val="0"/>
          <w:i w:val="0"/>
        </w:rPr>
        <w:t>, bạn và tôi đang tích cực nghiên cứu chủ đề cho sản phẩm Audible gốc thứ bảy của chúng ta. Tôi rất vinh dự được là một phần trong sứ mệnh toàn cầu và thay đổi cuộc sống của các bạn. Cạn ly cho bảy sản phẩm Audible gốc tiếp theo. Tôi yêu các bạn!</w:t>
      </w:r>
    </w:p>
    <w:p>
      <w:pPr>
        <w:spacing w:after="80"/>
      </w:pPr>
      <w:r>
        <w:rPr>
          <w:b/>
          <w:i w:val="0"/>
        </w:rPr>
        <w:t>Align PR—</w:t>
      </w:r>
      <w:r>
        <w:rPr>
          <w:b w:val="0"/>
          <w:i w:val="0"/>
        </w:rPr>
        <w:t>Các bạn là công ty PR đầu tiên tôi thuê và thật sự rất đáng đồng tiền. Tôi kinh ngạc trước cách các bạn suy nghĩ, vận hành và xuất sắc trong nghề của mình. Tôi tự hào được làm việc với những người giỏi nhất và đó chính là CÁC BẠN.</w:t>
      </w:r>
    </w:p>
    <w:p>
      <w:pPr>
        <w:pStyle w:val="Heading1"/>
      </w:pPr>
      <w:r>
        <w:rPr>
          <w:rFonts w:ascii="Calibri" w:hAnsi="Calibri"/>
          <w:b/>
          <w:i w:val="0"/>
          <w:sz w:val="40"/>
        </w:rPr>
        <w:t>Tài liệu tham khảo</w:t>
      </w:r>
    </w:p>
    <w:p>
      <w:pPr>
        <w:spacing w:after="80"/>
      </w:pPr>
      <w:r>
        <w:rPr>
          <w:b w:val="0"/>
          <w:i w:val="0"/>
        </w:rPr>
        <w:t>Tôi đã dồn hết mọi thứ vào cuốn sách này—cả trái tim, tâm hồn, và nhiều năm học hỏi từ những chuyên gia giỏi nhất thế giới. The Let Them Theory được xây dựng trên nền tảng nghiên cứu luôn không ngừng phát triển, cũng như bạn và tôi vậy. Những gì tôi chia sẻ ở đây là một khởi đầu mạnh mẽ, nhưng luôn còn nhiều điều để khám phá. Hành vi con người và các mối quan hệ thì vô cùng thú vị, và khi những hiểu biết mới xuất hiện, sự thấu hiểu của chúng ta sẽ chỉ càng sâu sắc hơn. Lý do tôi liệt kê tất cả các nguồn theo thứ tự bảng chữ cái rất đơn giản: tôi muốn bạn tập trung vào bức tranh lớn hơn, chứ không bị lạc lối trong biển trích dẫn.</w:t>
      </w:r>
    </w:p>
    <w:p>
      <w:pPr>
        <w:spacing w:after="80"/>
      </w:pPr>
      <w:r>
        <w:rPr>
          <w:b w:val="0"/>
          <w:i w:val="0"/>
        </w:rPr>
        <w:t xml:space="preserve">Lý thuyết này không phải là về việc tách riêng một nghiên cứu—mà là về việc kết hợp những ý tưởng mạnh mẽ nhất từ tâm lý học, khoa học thần kinh, và hành vi con người để tạo nên điều gì đó mang tính chuyển hóa cho bạn. Như tôi đã nói trong phần Giới thiệu, cuốn sách này không phải là sách giáo khoa hay bài báo học thuật, mà là một cuốn cẩm nang. Các nguồn trong những trang tiếp theo chỉ là một cái nhìn thoáng qua về công trình phi thường đã định hình nên </w:t>
      </w:r>
      <w:r>
        <w:rPr>
          <w:b w:val="0"/>
          <w:i/>
        </w:rPr>
        <w:t>Let Them Theory</w:t>
      </w:r>
      <w:r>
        <w:rPr>
          <w:b w:val="0"/>
          <w:i w:val="0"/>
        </w:rPr>
        <w:t>. Hành trình của bạn không kết thúc ở đây—nó chỉ mới bắt đầu.</w:t>
      </w:r>
    </w:p>
    <w:p>
      <w:pPr>
        <w:spacing w:after="80"/>
      </w:pPr>
      <w:r>
        <w:rPr>
          <w:b w:val="0"/>
          <w:i w:val="0"/>
        </w:rPr>
        <w:t xml:space="preserve">Abbott, Alison. “New Theory of Dopamine’s Role in Learning Could Help Explain Addiction.” </w:t>
      </w:r>
      <w:r>
        <w:rPr>
          <w:b w:val="0"/>
          <w:i/>
        </w:rPr>
        <w:t>Nature</w:t>
      </w:r>
      <w:r>
        <w:rPr>
          <w:b w:val="0"/>
          <w:i w:val="0"/>
        </w:rPr>
        <w:t>, August 9, 2018. www.nature.com/articles/d41586-018-05902-7.</w:t>
      </w:r>
    </w:p>
    <w:p>
      <w:pPr>
        <w:spacing w:after="80"/>
      </w:pPr>
      <w:r>
        <w:rPr>
          <w:b w:val="0"/>
          <w:i w:val="0"/>
        </w:rPr>
        <w:t xml:space="preserve">Alter, Adam. </w:t>
      </w:r>
      <w:r>
        <w:rPr>
          <w:b w:val="0"/>
          <w:i/>
        </w:rPr>
        <w:t>Anatomy of a Breakthrough: How to Get Unstuck When It Matters Most</w:t>
      </w:r>
      <w:r>
        <w:rPr>
          <w:b w:val="0"/>
          <w:i w:val="0"/>
        </w:rPr>
        <w:t>. New York: Simon &amp; Schuster, 2023.</w:t>
      </w:r>
    </w:p>
    <w:p>
      <w:pPr>
        <w:spacing w:after="80"/>
      </w:pPr>
      <w:r>
        <w:rPr>
          <w:b w:val="0"/>
          <w:i w:val="0"/>
        </w:rPr>
        <w:t xml:space="preserve">Amabile, Teresa, and Steven Kramer. </w:t>
      </w:r>
      <w:r>
        <w:rPr>
          <w:b w:val="0"/>
          <w:i/>
        </w:rPr>
        <w:t>The Progress Principle: Using Small Wins to Ignite Joy, Engagement, and Creativity at Work</w:t>
      </w:r>
      <w:r>
        <w:rPr>
          <w:b w:val="0"/>
          <w:i w:val="0"/>
        </w:rPr>
        <w:t>. Boston, MA: Harvard Business Review Press, 2011.</w:t>
      </w:r>
    </w:p>
    <w:p>
      <w:pPr>
        <w:spacing w:after="80"/>
      </w:pPr>
      <w:r>
        <w:rPr>
          <w:b w:val="0"/>
          <w:i w:val="0"/>
        </w:rPr>
        <w:t xml:space="preserve">Amati, Valeria, et al. “Social Relations and Life Satisfaction: The Role of Friends.” </w:t>
      </w:r>
      <w:r>
        <w:rPr>
          <w:b w:val="0"/>
          <w:i/>
        </w:rPr>
        <w:t>Genus</w:t>
      </w:r>
      <w:r>
        <w:rPr>
          <w:b w:val="0"/>
          <w:i w:val="0"/>
        </w:rPr>
        <w:t xml:space="preserve"> 74, no. 1 (2018): 1–18.</w:t>
      </w:r>
    </w:p>
    <w:p>
      <w:pPr>
        <w:spacing w:after="80"/>
      </w:pPr>
      <w:r>
        <w:rPr>
          <w:b w:val="0"/>
          <w:i w:val="0"/>
        </w:rPr>
        <w:t xml:space="preserve">Aron, Arthur, và Elaine N. Aron. “The Importance of Love and Commitment in Close Relationships.” </w:t>
      </w:r>
      <w:r>
        <w:rPr>
          <w:b w:val="0"/>
          <w:i/>
        </w:rPr>
        <w:t>Psychology of Relationships</w:t>
      </w:r>
      <w:r>
        <w:rPr>
          <w:b w:val="0"/>
          <w:i w:val="0"/>
        </w:rPr>
        <w:t xml:space="preserve"> 45 (2012): 150–172.</w:t>
      </w:r>
    </w:p>
    <w:p>
      <w:pPr>
        <w:spacing w:after="80"/>
      </w:pPr>
      <w:r>
        <w:rPr>
          <w:b w:val="0"/>
          <w:i w:val="0"/>
        </w:rPr>
        <w:t xml:space="preserve">Aurelius, Marcus. </w:t>
      </w:r>
      <w:r>
        <w:rPr>
          <w:b w:val="0"/>
          <w:i/>
        </w:rPr>
        <w:t>Meditations</w:t>
      </w:r>
      <w:r>
        <w:rPr>
          <w:b w:val="0"/>
          <w:i w:val="0"/>
        </w:rPr>
        <w:t>. Dịch bởi Gregory Hays. New York: Penguin Classics, 2006.</w:t>
      </w:r>
    </w:p>
    <w:p>
      <w:pPr>
        <w:spacing w:after="80"/>
      </w:pPr>
      <w:r>
        <w:rPr>
          <w:b w:val="0"/>
          <w:i w:val="0"/>
        </w:rPr>
        <w:t xml:space="preserve">Bandura, Albert. “On the Functional Properties of Perceived Self-Efficacy Revisited.” </w:t>
      </w:r>
      <w:r>
        <w:rPr>
          <w:b w:val="0"/>
          <w:i/>
        </w:rPr>
        <w:t>Journal of Management</w:t>
      </w:r>
      <w:r>
        <w:rPr>
          <w:b w:val="0"/>
          <w:i w:val="0"/>
        </w:rPr>
        <w:t xml:space="preserve"> 38, no. 1 (2012): 9–44.</w:t>
      </w:r>
    </w:p>
    <w:p>
      <w:pPr>
        <w:spacing w:after="80"/>
      </w:pPr>
      <w:r>
        <w:rPr>
          <w:b w:val="0"/>
          <w:i w:val="0"/>
        </w:rPr>
        <w:t xml:space="preserve">Barron, Helen C., et al. “Unmasking Latent Inhibitory Connections in Human Cortex to Reveal Dormant Cortical Memories.” </w:t>
      </w:r>
      <w:r>
        <w:rPr>
          <w:b w:val="0"/>
          <w:i/>
        </w:rPr>
        <w:t>Neuron</w:t>
      </w:r>
      <w:r>
        <w:rPr>
          <w:b w:val="0"/>
          <w:i w:val="0"/>
        </w:rPr>
        <w:t xml:space="preserve"> 107, no. 2 (2020): 338–348. https://doi.org/10.1016/j.neuron.2020.05.001.</w:t>
      </w:r>
    </w:p>
    <w:p>
      <w:pPr>
        <w:spacing w:after="80"/>
      </w:pPr>
      <w:r>
        <w:rPr>
          <w:b w:val="0"/>
          <w:i w:val="0"/>
        </w:rPr>
        <w:t xml:space="preserve">Baumeister, Roy F., và Mark R. Leary. “The Need to Belong: Desire for Interpersonal Attachments as a Fundamental Human Motivation.” </w:t>
      </w:r>
      <w:r>
        <w:rPr>
          <w:b w:val="0"/>
          <w:i/>
        </w:rPr>
        <w:t>Psychological Bulletin</w:t>
      </w:r>
      <w:r>
        <w:rPr>
          <w:b w:val="0"/>
          <w:i w:val="0"/>
        </w:rPr>
        <w:t xml:space="preserve"> 117, no. 3 (1995): 497–529.</w:t>
      </w:r>
    </w:p>
    <w:p>
      <w:pPr>
        <w:spacing w:after="80"/>
      </w:pPr>
      <w:r>
        <w:rPr>
          <w:b w:val="0"/>
          <w:i w:val="0"/>
        </w:rPr>
        <w:t xml:space="preserve">Ben-Shahar, Tal. </w:t>
      </w:r>
      <w:r>
        <w:rPr>
          <w:b w:val="0"/>
          <w:i/>
        </w:rPr>
        <w:t>Happier: Learn the Secrets to Daily Joy and Lasting Fulfillment</w:t>
      </w:r>
      <w:r>
        <w:rPr>
          <w:b w:val="0"/>
          <w:i w:val="0"/>
        </w:rPr>
        <w:t>. New York: McGraw-Hill, 2007.</w:t>
      </w:r>
    </w:p>
    <w:p>
      <w:pPr>
        <w:spacing w:after="80"/>
      </w:pPr>
      <w:r>
        <w:rPr>
          <w:b w:val="0"/>
          <w:i w:val="0"/>
        </w:rPr>
        <w:t xml:space="preserve">Bilyeu, Lisa. </w:t>
      </w:r>
      <w:r>
        <w:rPr>
          <w:b w:val="0"/>
          <w:i/>
        </w:rPr>
        <w:t>Radical Confidence: 11 Lessons on How to Get the Relationship, Career, and Life You Want</w:t>
      </w:r>
      <w:r>
        <w:rPr>
          <w:b w:val="0"/>
          <w:i w:val="0"/>
        </w:rPr>
        <w:t>. New York: Simon and Schuster, 2024.</w:t>
      </w:r>
    </w:p>
    <w:p>
      <w:pPr>
        <w:spacing w:after="80"/>
      </w:pPr>
      <w:r>
        <w:rPr>
          <w:b w:val="0"/>
          <w:i w:val="0"/>
        </w:rPr>
        <w:t xml:space="preserve">Bolte, Annette, Thomas Goschke, và Julius Kuhl. “Emotion and Intuition.” </w:t>
      </w:r>
      <w:r>
        <w:rPr>
          <w:b w:val="0"/>
          <w:i/>
        </w:rPr>
        <w:t>Psychological Science</w:t>
      </w:r>
      <w:r>
        <w:rPr>
          <w:b w:val="0"/>
          <w:i w:val="0"/>
        </w:rPr>
        <w:t xml:space="preserve"> 14, no. 5 (2003): 416–21. https://doi.org/10.1111/1467-9280.01456.</w:t>
      </w:r>
    </w:p>
    <w:p>
      <w:pPr>
        <w:spacing w:after="80"/>
      </w:pPr>
      <w:r>
        <w:rPr>
          <w:b w:val="0"/>
          <w:i w:val="0"/>
        </w:rPr>
        <w:t xml:space="preserve">Bolte Taylor, Jill. </w:t>
      </w:r>
      <w:r>
        <w:rPr>
          <w:b w:val="0"/>
          <w:i/>
        </w:rPr>
        <w:t>My Stroke of Insight: A Brain Scientist’s Personal Journey</w:t>
      </w:r>
      <w:r>
        <w:rPr>
          <w:b w:val="0"/>
          <w:i w:val="0"/>
        </w:rPr>
        <w:t>. New York: Viking, 2008.</w:t>
      </w:r>
    </w:p>
    <w:p>
      <w:pPr>
        <w:spacing w:after="80"/>
      </w:pPr>
      <w:r>
        <w:rPr>
          <w:b w:val="0"/>
          <w:i w:val="0"/>
        </w:rPr>
        <w:t xml:space="preserve">Bolte Taylor, Jill. </w:t>
      </w:r>
      <w:r>
        <w:rPr>
          <w:b w:val="0"/>
          <w:i/>
        </w:rPr>
        <w:t>Whole Brain Living: The Anatomy of Choice and the Four Characters That Drive Our Life</w:t>
      </w:r>
      <w:r>
        <w:rPr>
          <w:b w:val="0"/>
          <w:i w:val="0"/>
        </w:rPr>
        <w:t>. New York: Hay House, 2021.</w:t>
      </w:r>
    </w:p>
    <w:p>
      <w:pPr>
        <w:spacing w:after="80"/>
      </w:pPr>
      <w:r>
        <w:rPr>
          <w:b w:val="0"/>
          <w:i w:val="0"/>
        </w:rPr>
        <w:t xml:space="preserve">Brach, Tara. </w:t>
      </w:r>
      <w:r>
        <w:rPr>
          <w:b w:val="0"/>
          <w:i/>
        </w:rPr>
        <w:t>Radical Acceptance: Embracing Your Life with the Heart of a Buddha</w:t>
      </w:r>
      <w:r>
        <w:rPr>
          <w:b w:val="0"/>
          <w:i w:val="0"/>
        </w:rPr>
        <w:t>. New York: Bantam, 2004.</w:t>
      </w:r>
    </w:p>
    <w:p>
      <w:pPr>
        <w:spacing w:after="80"/>
      </w:pPr>
      <w:r>
        <w:rPr>
          <w:b w:val="0"/>
          <w:i w:val="0"/>
        </w:rPr>
        <w:t xml:space="preserve">Brehm, Jack W., và Elizabeth A. Self. “The Intensity of Motivation.” </w:t>
      </w:r>
      <w:r>
        <w:rPr>
          <w:b w:val="0"/>
          <w:i/>
        </w:rPr>
        <w:t>Annual Review of Psychology</w:t>
      </w:r>
      <w:r>
        <w:rPr>
          <w:b w:val="0"/>
          <w:i w:val="0"/>
        </w:rPr>
        <w:t xml:space="preserve"> 40, no. 1 (2009): 109–131.</w:t>
      </w:r>
    </w:p>
    <w:p>
      <w:pPr>
        <w:spacing w:after="80"/>
      </w:pPr>
      <w:r>
        <w:rPr>
          <w:b w:val="0"/>
          <w:i w:val="0"/>
        </w:rPr>
        <w:t xml:space="preserve">Brown, Brené. </w:t>
      </w:r>
      <w:r>
        <w:rPr>
          <w:b w:val="0"/>
          <w:i/>
        </w:rPr>
        <w:t>Daring Greatly: How the Courage to Be Vulnerable Transforms the Way We Live, Love, Parent, and Lead</w:t>
      </w:r>
      <w:r>
        <w:rPr>
          <w:b w:val="0"/>
          <w:i w:val="0"/>
        </w:rPr>
        <w:t>. New York: Gotham, 2012.</w:t>
      </w:r>
    </w:p>
    <w:p>
      <w:pPr>
        <w:spacing w:after="80"/>
      </w:pPr>
      <w:r>
        <w:rPr>
          <w:b w:val="0"/>
          <w:i w:val="0"/>
        </w:rPr>
        <w:t xml:space="preserve">Brown, Brené. </w:t>
      </w:r>
      <w:r>
        <w:rPr>
          <w:b w:val="0"/>
          <w:i/>
        </w:rPr>
        <w:t>I Thought It Was Just Me (but It Isn’t): Telling the Truth About Perfectionism, Inadequacy, and Power</w:t>
      </w:r>
      <w:r>
        <w:rPr>
          <w:b w:val="0"/>
          <w:i w:val="0"/>
        </w:rPr>
        <w:t>. New York: Gotham Books, 2008.</w:t>
      </w:r>
    </w:p>
    <w:p>
      <w:pPr>
        <w:spacing w:after="80"/>
      </w:pPr>
      <w:r>
        <w:rPr>
          <w:b w:val="0"/>
          <w:i w:val="0"/>
        </w:rPr>
        <w:t xml:space="preserve">Bryant, Erin. “Dopamine Affects How Brain Decides Whether Goal Is Worth Effort.” </w:t>
      </w:r>
      <w:r>
        <w:rPr>
          <w:b w:val="0"/>
          <w:i/>
        </w:rPr>
        <w:t>NIH Research Matters</w:t>
      </w:r>
      <w:r>
        <w:rPr>
          <w:b w:val="0"/>
          <w:i w:val="0"/>
        </w:rPr>
        <w:t>, April 17, 2017. www.nih.gov/news-events/nih-research-matters/dopamine-affects-how-brain-decides-whether-goal-worth-effort.</w:t>
      </w:r>
    </w:p>
    <w:p>
      <w:pPr>
        <w:spacing w:after="80"/>
      </w:pPr>
      <w:r>
        <w:rPr>
          <w:b w:val="0"/>
          <w:i w:val="0"/>
        </w:rPr>
        <w:t xml:space="preserve">Buunk, Bram P., và Frederick X. Gibbons. “Social Comparison: The End of a Theory and the Emergence of a Field.” </w:t>
      </w:r>
      <w:r>
        <w:rPr>
          <w:b w:val="0"/>
          <w:i/>
        </w:rPr>
        <w:t>Organizational Behavior and Human Decision Processes</w:t>
      </w:r>
      <w:r>
        <w:rPr>
          <w:b w:val="0"/>
          <w:i w:val="0"/>
        </w:rPr>
        <w:t xml:space="preserve"> 102, no. 1 (2007): 3–21.</w:t>
      </w:r>
    </w:p>
    <w:p>
      <w:pPr>
        <w:spacing w:after="80"/>
      </w:pPr>
      <w:r>
        <w:rPr>
          <w:b w:val="0"/>
          <w:i w:val="0"/>
        </w:rPr>
        <w:t xml:space="preserve">Buunk, Bram P., và Frederick X. Gibbons. “Social Comparison: The End of a Theory and the Emergence of a Field.” </w:t>
      </w:r>
      <w:r>
        <w:rPr>
          <w:b w:val="0"/>
          <w:i/>
        </w:rPr>
        <w:t>Perspectives on Psychological Science</w:t>
      </w:r>
      <w:r>
        <w:rPr>
          <w:b w:val="0"/>
          <w:i w:val="0"/>
        </w:rPr>
        <w:t xml:space="preserve"> 9, no. 3 (2014): 234–252.</w:t>
      </w:r>
    </w:p>
    <w:p>
      <w:pPr>
        <w:spacing w:after="80"/>
      </w:pPr>
      <w:r>
        <w:rPr>
          <w:b w:val="0"/>
          <w:i w:val="0"/>
        </w:rPr>
        <w:t xml:space="preserve">Christakis, Nicholas A., và James H. Fowler. </w:t>
      </w:r>
      <w:r>
        <w:rPr>
          <w:b w:val="0"/>
          <w:i/>
        </w:rPr>
        <w:t>Connected: The Surprising Power of Our Social Networks and How They Shape Our Lives</w:t>
      </w:r>
      <w:r>
        <w:rPr>
          <w:b w:val="0"/>
          <w:i w:val="0"/>
        </w:rPr>
        <w:t>. New York, NY: Little, Brown, 2011.</w:t>
      </w:r>
    </w:p>
    <w:p>
      <w:pPr>
        <w:spacing w:after="80"/>
      </w:pPr>
      <w:r>
        <w:rPr>
          <w:b w:val="0"/>
          <w:i w:val="0"/>
        </w:rPr>
        <w:t xml:space="preserve">Clark, C., và J. Greenberg. “Fear of Rejection and Sensitivity to Social Feedback: Implications for Mental Health.” </w:t>
      </w:r>
      <w:r>
        <w:rPr>
          <w:b w:val="0"/>
          <w:i/>
        </w:rPr>
        <w:t>Clinical Psychology Review</w:t>
      </w:r>
      <w:r>
        <w:rPr>
          <w:b w:val="0"/>
          <w:i w:val="0"/>
        </w:rPr>
        <w:t xml:space="preserve"> 84 (2021): 101945.</w:t>
      </w:r>
    </w:p>
    <w:p>
      <w:pPr>
        <w:spacing w:after="80"/>
      </w:pPr>
      <w:r>
        <w:rPr>
          <w:b w:val="0"/>
          <w:i w:val="0"/>
        </w:rPr>
        <w:t xml:space="preserve">Clark, Margaret S., và Edward P. Lemay. “Close Relationships and Well-Being: The Role of Compassionate Goals.” </w:t>
      </w:r>
      <w:r>
        <w:rPr>
          <w:b w:val="0"/>
          <w:i/>
        </w:rPr>
        <w:t>Social and Personality Psychology Compass</w:t>
      </w:r>
      <w:r>
        <w:rPr>
          <w:b w:val="0"/>
          <w:i w:val="0"/>
        </w:rPr>
        <w:t xml:space="preserve"> 4, no. 5 (2010): 289–301.</w:t>
      </w:r>
    </w:p>
    <w:p>
      <w:pPr>
        <w:spacing w:after="80"/>
      </w:pPr>
      <w:r>
        <w:rPr>
          <w:b w:val="0"/>
          <w:i w:val="0"/>
        </w:rPr>
        <w:t xml:space="preserve">Collins, R. L. “For Better or Worse: The Impact of Upward Social Comparison on Self-Evaluations.” </w:t>
      </w:r>
      <w:r>
        <w:rPr>
          <w:b w:val="0"/>
          <w:i/>
        </w:rPr>
        <w:t>Psychological Bulletin</w:t>
      </w:r>
      <w:r>
        <w:rPr>
          <w:b w:val="0"/>
          <w:i w:val="0"/>
        </w:rPr>
        <w:t xml:space="preserve"> 119, no. 1 (1996): 51–69.</w:t>
      </w:r>
    </w:p>
    <w:p>
      <w:pPr>
        <w:spacing w:after="80"/>
      </w:pPr>
      <w:r>
        <w:rPr>
          <w:b w:val="0"/>
          <w:i w:val="0"/>
        </w:rPr>
        <w:t xml:space="preserve">Conti, Paul. </w:t>
      </w:r>
      <w:r>
        <w:rPr>
          <w:b w:val="0"/>
          <w:i/>
        </w:rPr>
        <w:t>Trauma: The Invisible Epidemic: How Trauma Works and How We Can Heal from It</w:t>
      </w:r>
      <w:r>
        <w:rPr>
          <w:b w:val="0"/>
          <w:i w:val="0"/>
        </w:rPr>
        <w:t>. New York: Sounds True, 2021.</w:t>
      </w:r>
    </w:p>
    <w:p>
      <w:pPr>
        <w:spacing w:after="80"/>
      </w:pPr>
      <w:r>
        <w:rPr>
          <w:b w:val="0"/>
          <w:i w:val="0"/>
        </w:rPr>
        <w:t xml:space="preserve">Corcoran, Katja, và Thomas Mussweiler. “Social Comparison and Rumination: Insights into the Motivational Impact of Others’ Success.” </w:t>
      </w:r>
      <w:r>
        <w:rPr>
          <w:b w:val="0"/>
          <w:i/>
        </w:rPr>
        <w:t>Journal of Personality and Social Psychology</w:t>
      </w:r>
      <w:r>
        <w:rPr>
          <w:b w:val="0"/>
          <w:i w:val="0"/>
        </w:rPr>
        <w:t xml:space="preserve"> 103, no. 4 (2012): 712–727.</w:t>
      </w:r>
    </w:p>
    <w:p>
      <w:pPr>
        <w:spacing w:after="80"/>
      </w:pPr>
      <w:r>
        <w:rPr>
          <w:b w:val="0"/>
          <w:i w:val="0"/>
        </w:rPr>
        <w:t xml:space="preserve">Crum, Alia J., và Derek J. Phillips. “Self-Fulfilling Prophecies, Placebo Effects, and the Social-Psychological Creation of Reality.” Trong </w:t>
      </w:r>
      <w:r>
        <w:rPr>
          <w:b w:val="0"/>
          <w:i/>
        </w:rPr>
        <w:t>Handbook of Social Psychology</w:t>
      </w:r>
      <w:r>
        <w:rPr>
          <w:b w:val="0"/>
          <w:i w:val="0"/>
        </w:rPr>
        <w:t>, 2nd ed. Springer, 2015.</w:t>
      </w:r>
    </w:p>
    <w:p>
      <w:pPr>
        <w:spacing w:after="80"/>
      </w:pPr>
      <w:r>
        <w:rPr>
          <w:b w:val="0"/>
          <w:i w:val="0"/>
        </w:rPr>
        <w:t xml:space="preserve">Crum, Alia J., và Ellen J. Langer. “Mindset Matters: Exercise and the Placebo Effect.” </w:t>
      </w:r>
      <w:r>
        <w:rPr>
          <w:b w:val="0"/>
          <w:i/>
        </w:rPr>
        <w:t>Psychological Science</w:t>
      </w:r>
      <w:r>
        <w:rPr>
          <w:b w:val="0"/>
          <w:i w:val="0"/>
        </w:rPr>
        <w:t xml:space="preserve"> 18, no. 2 (2010): 165–171.</w:t>
      </w:r>
    </w:p>
    <w:p>
      <w:pPr>
        <w:spacing w:after="80"/>
      </w:pPr>
      <w:r>
        <w:rPr>
          <w:b w:val="0"/>
          <w:i w:val="0"/>
        </w:rPr>
        <w:t xml:space="preserve">Csikszentmihalyi, Mihaly. </w:t>
      </w:r>
      <w:r>
        <w:rPr>
          <w:b w:val="0"/>
          <w:i/>
        </w:rPr>
        <w:t>Flow: The Psychology of Optimal Experience</w:t>
      </w:r>
      <w:r>
        <w:rPr>
          <w:b w:val="0"/>
          <w:i w:val="0"/>
        </w:rPr>
        <w:t>. New York: Harper &amp; Row, 1990.</w:t>
      </w:r>
    </w:p>
    <w:p>
      <w:pPr>
        <w:spacing w:after="80"/>
      </w:pPr>
      <w:r>
        <w:rPr>
          <w:b w:val="0"/>
          <w:i w:val="0"/>
        </w:rPr>
        <w:t xml:space="preserve">Damasio, Antonio R. </w:t>
      </w:r>
      <w:r>
        <w:rPr>
          <w:b w:val="0"/>
          <w:i/>
        </w:rPr>
        <w:t>Descartes’ Error: Emotion, Reason, and the Human Brain</w:t>
      </w:r>
      <w:r>
        <w:rPr>
          <w:b w:val="0"/>
          <w:i w:val="0"/>
        </w:rPr>
        <w:t>. New York: Penguin Books, 1994.</w:t>
      </w:r>
    </w:p>
    <w:p>
      <w:pPr>
        <w:spacing w:after="80"/>
      </w:pPr>
      <w:r>
        <w:rPr>
          <w:b w:val="0"/>
          <w:i w:val="0"/>
        </w:rPr>
        <w:t xml:space="preserve">Damour, Lisa. </w:t>
      </w:r>
      <w:r>
        <w:rPr>
          <w:b w:val="0"/>
          <w:i/>
        </w:rPr>
        <w:t>The Emotional Lives of Teenagers: Raising Connected, Capable, and Compassionate Adolescents</w:t>
      </w:r>
      <w:r>
        <w:rPr>
          <w:b w:val="0"/>
          <w:i w:val="0"/>
        </w:rPr>
        <w:t>. London: Atlantic Books, 2023.</w:t>
      </w:r>
    </w:p>
    <w:p>
      <w:pPr>
        <w:spacing w:after="80"/>
      </w:pPr>
      <w:r>
        <w:rPr>
          <w:b w:val="0"/>
          <w:i w:val="0"/>
        </w:rPr>
        <w:t xml:space="preserve">Damour, Lisa. </w:t>
      </w:r>
      <w:r>
        <w:rPr>
          <w:b w:val="0"/>
          <w:i/>
        </w:rPr>
        <w:t>Under Pressure: Confronting the Epidemic of Stress and Anxiety in Girls</w:t>
      </w:r>
      <w:r>
        <w:rPr>
          <w:b w:val="0"/>
          <w:i w:val="0"/>
        </w:rPr>
        <w:t>. London: Atlantic Books, 2019.</w:t>
      </w:r>
    </w:p>
    <w:p>
      <w:pPr>
        <w:spacing w:after="80"/>
      </w:pPr>
      <w:r>
        <w:rPr>
          <w:b w:val="0"/>
          <w:i w:val="0"/>
        </w:rPr>
        <w:t xml:space="preserve">Damour, Lisa. </w:t>
      </w:r>
      <w:r>
        <w:rPr>
          <w:b w:val="0"/>
          <w:i/>
        </w:rPr>
        <w:t>Untangled: Guiding Teenage Girls Through the Seven Transitions into Adulthood</w:t>
      </w:r>
      <w:r>
        <w:rPr>
          <w:b w:val="0"/>
          <w:i w:val="0"/>
        </w:rPr>
        <w:t>. London: Atlantic Books Ltd, 2016.</w:t>
      </w:r>
    </w:p>
    <w:p>
      <w:pPr>
        <w:spacing w:after="80"/>
      </w:pPr>
      <w:r>
        <w:rPr>
          <w:b w:val="0"/>
          <w:i w:val="0"/>
        </w:rPr>
        <w:t xml:space="preserve">Davidson, Richard J., và Sharon Begley. </w:t>
      </w:r>
      <w:r>
        <w:rPr>
          <w:b w:val="0"/>
          <w:i/>
        </w:rPr>
        <w:t>The Emotional Life of Your Brain</w:t>
      </w:r>
      <w:r>
        <w:rPr>
          <w:b w:val="0"/>
          <w:i w:val="0"/>
        </w:rPr>
        <w:t>. New York: Plume, 2012.</w:t>
      </w:r>
    </w:p>
    <w:p>
      <w:pPr>
        <w:spacing w:after="80"/>
      </w:pPr>
      <w:r>
        <w:rPr>
          <w:b w:val="0"/>
          <w:i w:val="0"/>
        </w:rPr>
        <w:t xml:space="preserve">Day, Kristen, Corinne Carreon, và Caitlin Stump. “The Influence of the Physical Environment on Health Behavior: Implications for Cancer Survivorship.” </w:t>
      </w:r>
      <w:r>
        <w:rPr>
          <w:b w:val="0"/>
          <w:i/>
        </w:rPr>
        <w:t>Public Health Reports</w:t>
      </w:r>
      <w:r>
        <w:rPr>
          <w:b w:val="0"/>
          <w:i w:val="0"/>
        </w:rPr>
        <w:t xml:space="preserve"> 126 (2011): 112–121.</w:t>
      </w:r>
    </w:p>
    <w:p>
      <w:pPr>
        <w:spacing w:after="80"/>
      </w:pPr>
      <w:r>
        <w:rPr>
          <w:b w:val="0"/>
          <w:i w:val="0"/>
        </w:rPr>
        <w:t xml:space="preserve">Demir, Melikşah, và cộng sự. “Friendships, Psychological Well-Being, and Happiness: A Study on the Role of Socialization Goals in Emerging Adulthood.” </w:t>
      </w:r>
      <w:r>
        <w:rPr>
          <w:b w:val="0"/>
          <w:i/>
        </w:rPr>
        <w:t>Journal of Happiness Studies</w:t>
      </w:r>
      <w:r>
        <w:rPr>
          <w:b w:val="0"/>
          <w:i w:val="0"/>
        </w:rPr>
        <w:t xml:space="preserve"> 16, no. 6 (2015): 1559–1574.</w:t>
      </w:r>
    </w:p>
    <w:p>
      <w:pPr>
        <w:spacing w:after="80"/>
      </w:pPr>
      <w:r>
        <w:rPr>
          <w:b w:val="0"/>
          <w:i w:val="0"/>
        </w:rPr>
        <w:t xml:space="preserve">Dijksterhuis, Ap, và cộng sự. “The Mechanisms of Social Comparison in Success and Failure Contexts.” </w:t>
      </w:r>
      <w:r>
        <w:rPr>
          <w:b w:val="0"/>
          <w:i/>
        </w:rPr>
        <w:t>Journal of Experimental Social Psychology</w:t>
      </w:r>
      <w:r>
        <w:rPr>
          <w:b w:val="0"/>
          <w:i w:val="0"/>
        </w:rPr>
        <w:t xml:space="preserve"> 46, no. 6 (2010): 923–929.</w:t>
      </w:r>
    </w:p>
    <w:p>
      <w:pPr>
        <w:spacing w:after="80"/>
      </w:pPr>
      <w:r>
        <w:rPr>
          <w:b w:val="0"/>
          <w:i w:val="0"/>
        </w:rPr>
        <w:t xml:space="preserve">Duhigg, Charles. </w:t>
      </w:r>
      <w:r>
        <w:rPr>
          <w:b w:val="0"/>
          <w:i/>
        </w:rPr>
        <w:t>The Power of Habit: Why We Do What We Do in Life and Business</w:t>
      </w:r>
      <w:r>
        <w:rPr>
          <w:b w:val="0"/>
          <w:i w:val="0"/>
        </w:rPr>
        <w:t>. New York, NY: Random House, 2014.</w:t>
      </w:r>
    </w:p>
    <w:p>
      <w:pPr>
        <w:spacing w:after="80"/>
      </w:pPr>
      <w:r>
        <w:rPr>
          <w:b w:val="0"/>
          <w:i w:val="0"/>
        </w:rPr>
        <w:t xml:space="preserve">Dunbar, Robin I. M. </w:t>
      </w:r>
      <w:r>
        <w:rPr>
          <w:b w:val="0"/>
          <w:i/>
        </w:rPr>
        <w:t>How Many Friends Does One Person Need? Dunbar’s Number and Other Evolutionary Quirks</w:t>
      </w:r>
      <w:r>
        <w:rPr>
          <w:b w:val="0"/>
          <w:i w:val="0"/>
        </w:rPr>
        <w:t>. Cambridge: Harvard University Press, 2010.</w:t>
      </w:r>
    </w:p>
    <w:p>
      <w:pPr>
        <w:spacing w:after="80"/>
      </w:pPr>
      <w:r>
        <w:rPr>
          <w:b w:val="0"/>
          <w:i w:val="0"/>
        </w:rPr>
        <w:t xml:space="preserve">Dunning, David. “The Dunning-Kruger Effect: On Being Ignorant of One’s Own Ignorance.” Trong </w:t>
      </w:r>
      <w:r>
        <w:rPr>
          <w:b w:val="0"/>
          <w:i/>
        </w:rPr>
        <w:t>Advances in Experimental Social Psychology</w:t>
      </w:r>
      <w:r>
        <w:rPr>
          <w:b w:val="0"/>
          <w:i w:val="0"/>
        </w:rPr>
        <w:t>, vol. 44, biên tập bởi Mark P. Zanna, 247–296. Elsevier, 2011.</w:t>
      </w:r>
    </w:p>
    <w:p>
      <w:pPr>
        <w:spacing w:after="80"/>
      </w:pPr>
      <w:r>
        <w:rPr>
          <w:b w:val="0"/>
          <w:i w:val="0"/>
        </w:rPr>
        <w:t xml:space="preserve">Durvasula, Ramani. </w:t>
      </w:r>
      <w:r>
        <w:rPr>
          <w:b w:val="0"/>
          <w:i/>
        </w:rPr>
        <w:t>It’s Not You</w:t>
      </w:r>
      <w:r>
        <w:rPr>
          <w:b w:val="0"/>
          <w:i w:val="0"/>
        </w:rPr>
        <w:t>. New York: Post Hill Press, 2024.</w:t>
      </w:r>
    </w:p>
    <w:p>
      <w:pPr>
        <w:spacing w:after="80"/>
      </w:pPr>
      <w:r>
        <w:rPr>
          <w:b w:val="0"/>
          <w:i w:val="0"/>
        </w:rPr>
        <w:t xml:space="preserve">Durvasula, Ramani. </w:t>
      </w:r>
      <w:r>
        <w:rPr>
          <w:b w:val="0"/>
          <w:i/>
        </w:rPr>
        <w:t>Should I Stay or Should I Go?: Surviving a Relationship with a Narcissist</w:t>
      </w:r>
      <w:r>
        <w:rPr>
          <w:b w:val="0"/>
          <w:i w:val="0"/>
        </w:rPr>
        <w:t>. New York: Post Hill Press, 2015.</w:t>
      </w:r>
    </w:p>
    <w:p>
      <w:pPr>
        <w:spacing w:after="80"/>
      </w:pPr>
      <w:r>
        <w:rPr>
          <w:b w:val="0"/>
          <w:i w:val="0"/>
        </w:rPr>
        <w:t xml:space="preserve">Dweck, Carol S. </w:t>
      </w:r>
      <w:r>
        <w:rPr>
          <w:b w:val="0"/>
          <w:i/>
        </w:rPr>
        <w:t>Mindset: The New Psychology of Success</w:t>
      </w:r>
      <w:r>
        <w:rPr>
          <w:b w:val="0"/>
          <w:i w:val="0"/>
        </w:rPr>
        <w:t>. New York: Random House, 2006.</w:t>
      </w:r>
    </w:p>
    <w:p>
      <w:pPr>
        <w:spacing w:after="80"/>
      </w:pPr>
      <w:r>
        <w:rPr>
          <w:b w:val="0"/>
          <w:i w:val="0"/>
        </w:rPr>
        <w:t xml:space="preserve">Eagleman, David. </w:t>
      </w:r>
      <w:r>
        <w:rPr>
          <w:b w:val="0"/>
          <w:i/>
        </w:rPr>
        <w:t>Livewired: The Inside Story of the Ever-Changing Brain</w:t>
      </w:r>
      <w:r>
        <w:rPr>
          <w:b w:val="0"/>
          <w:i w:val="0"/>
        </w:rPr>
        <w:t>. New York: Pantheon Books, 2020.</w:t>
      </w:r>
    </w:p>
    <w:p>
      <w:pPr>
        <w:spacing w:after="80"/>
      </w:pPr>
      <w:r>
        <w:rPr>
          <w:b w:val="0"/>
          <w:i w:val="0"/>
        </w:rPr>
        <w:t xml:space="preserve">Ekman, Paul. “What Scientists Who Study Emotion Agree About.” </w:t>
      </w:r>
      <w:r>
        <w:rPr>
          <w:b w:val="0"/>
          <w:i/>
        </w:rPr>
        <w:t>Perspectives on Psychological Science</w:t>
      </w:r>
      <w:r>
        <w:rPr>
          <w:b w:val="0"/>
          <w:i w:val="0"/>
        </w:rPr>
        <w:t xml:space="preserve"> 11, no. 1 (2016): 31–34.</w:t>
      </w:r>
    </w:p>
    <w:p>
      <w:pPr>
        <w:spacing w:after="80"/>
      </w:pPr>
      <w:r>
        <w:rPr>
          <w:b w:val="0"/>
          <w:i w:val="0"/>
        </w:rPr>
        <w:t xml:space="preserve">Epstein, Mark. </w:t>
      </w:r>
      <w:r>
        <w:rPr>
          <w:b w:val="0"/>
          <w:i/>
        </w:rPr>
        <w:t>Thoughts Without a Thinker: Psychotherapy from a Buddhist Perspective</w:t>
      </w:r>
      <w:r>
        <w:rPr>
          <w:b w:val="0"/>
          <w:i w:val="0"/>
        </w:rPr>
        <w:t>. New York: Basic Books, 1995.</w:t>
      </w:r>
    </w:p>
    <w:p>
      <w:pPr>
        <w:spacing w:after="80"/>
      </w:pPr>
      <w:r>
        <w:rPr>
          <w:b w:val="0"/>
          <w:i w:val="0"/>
        </w:rPr>
        <w:t xml:space="preserve">Evans, Gary W. “The Built Environment and Mental Health.” </w:t>
      </w:r>
      <w:r>
        <w:rPr>
          <w:b w:val="0"/>
          <w:i/>
        </w:rPr>
        <w:t>Annual Review of Public Health</w:t>
      </w:r>
      <w:r>
        <w:rPr>
          <w:b w:val="0"/>
          <w:i w:val="0"/>
        </w:rPr>
        <w:t xml:space="preserve"> 29, no. 1 (2011): 403–416.</w:t>
      </w:r>
    </w:p>
    <w:p>
      <w:pPr>
        <w:spacing w:after="80"/>
      </w:pPr>
      <w:r>
        <w:rPr>
          <w:b w:val="0"/>
          <w:i w:val="0"/>
        </w:rPr>
        <w:t xml:space="preserve">“Exercising to Relax.” </w:t>
      </w:r>
      <w:r>
        <w:rPr>
          <w:b w:val="0"/>
          <w:i/>
        </w:rPr>
        <w:t>Harvard Health Publishing</w:t>
      </w:r>
      <w:r>
        <w:rPr>
          <w:b w:val="0"/>
          <w:i w:val="0"/>
        </w:rPr>
        <w:t>, tháng 2 năm 2011. www.health.harvard.edu/staying-healthy/exercising-to-relax.</w:t>
      </w:r>
    </w:p>
    <w:p>
      <w:pPr>
        <w:spacing w:after="80"/>
      </w:pPr>
      <w:r>
        <w:rPr>
          <w:b w:val="0"/>
          <w:i w:val="0"/>
        </w:rPr>
        <w:t xml:space="preserve">Ferriss, Timothy. </w:t>
      </w:r>
      <w:r>
        <w:rPr>
          <w:b w:val="0"/>
          <w:i/>
        </w:rPr>
        <w:t>Tools of Titans: The Tactics, Routines, and Habits of Billionaires, Icons, and World-Class Performers</w:t>
      </w:r>
      <w:r>
        <w:rPr>
          <w:b w:val="0"/>
          <w:i w:val="0"/>
        </w:rPr>
        <w:t>. Boston: Houghton Mifflin Harcourt, 2017.</w:t>
      </w:r>
    </w:p>
    <w:p>
      <w:pPr>
        <w:spacing w:after="80"/>
      </w:pPr>
      <w:r>
        <w:rPr>
          <w:b w:val="0"/>
          <w:i w:val="0"/>
        </w:rPr>
        <w:t xml:space="preserve">Festinger, Leon. “A Theory of Social Comparison Processes: Retrospective and Contemporary Perspectives.” </w:t>
      </w:r>
      <w:r>
        <w:rPr>
          <w:b w:val="0"/>
          <w:i/>
        </w:rPr>
        <w:t>Organizational Behavior and Human Decision Processes</w:t>
      </w:r>
      <w:r>
        <w:rPr>
          <w:b w:val="0"/>
          <w:i w:val="0"/>
        </w:rPr>
        <w:t xml:space="preserve"> 123, no. 2 (2012): 100–121.</w:t>
      </w:r>
    </w:p>
    <w:p>
      <w:pPr>
        <w:spacing w:after="80"/>
      </w:pPr>
      <w:r>
        <w:rPr>
          <w:b w:val="0"/>
          <w:i w:val="0"/>
        </w:rPr>
        <w:t xml:space="preserve">Finkel, Eli J., và Roy F. Baumeister. “Attachment and Marriage: New Developments in the Science of Close Relationships.” </w:t>
      </w:r>
      <w:r>
        <w:rPr>
          <w:b w:val="0"/>
          <w:i/>
        </w:rPr>
        <w:t>Advances in Experimental Social Psychology</w:t>
      </w:r>
      <w:r>
        <w:rPr>
          <w:b w:val="0"/>
          <w:i w:val="0"/>
        </w:rPr>
        <w:t xml:space="preserve"> 42 (2010): 1–50.</w:t>
      </w:r>
    </w:p>
    <w:p>
      <w:pPr>
        <w:spacing w:after="80"/>
      </w:pPr>
      <w:r>
        <w:rPr>
          <w:b w:val="0"/>
          <w:i w:val="0"/>
        </w:rPr>
        <w:t xml:space="preserve">Fiori, Katherine L., và cộng sự. “Friendship Quality in Late Adulthood: The Role of Positive and Negative Social Exchanges in Well-Being.” </w:t>
      </w:r>
      <w:r>
        <w:rPr>
          <w:b w:val="0"/>
          <w:i/>
        </w:rPr>
        <w:t>Journal of Aging and Health</w:t>
      </w:r>
      <w:r>
        <w:rPr>
          <w:b w:val="0"/>
          <w:i w:val="0"/>
        </w:rPr>
        <w:t xml:space="preserve"> 32, no. 3–4 (2020): 163–176.</w:t>
      </w:r>
    </w:p>
    <w:p>
      <w:pPr>
        <w:spacing w:after="80"/>
      </w:pPr>
      <w:r>
        <w:rPr>
          <w:b w:val="0"/>
          <w:i w:val="0"/>
        </w:rPr>
        <w:t xml:space="preserve">Fishbach, Ayelet, và Stacey R. Finkelstein. “How Positive and Negative Feedback Motivate Goal Pursuit.” </w:t>
      </w:r>
      <w:r>
        <w:rPr>
          <w:b w:val="0"/>
          <w:i/>
        </w:rPr>
        <w:t>Social and Personality Psychology Compass</w:t>
      </w:r>
      <w:r>
        <w:rPr>
          <w:b w:val="0"/>
          <w:i w:val="0"/>
        </w:rPr>
        <w:t xml:space="preserve"> 6, no. 5 (2012): 359–366.</w:t>
      </w:r>
    </w:p>
    <w:p>
      <w:pPr>
        <w:spacing w:after="80"/>
      </w:pPr>
      <w:r>
        <w:rPr>
          <w:b w:val="0"/>
          <w:i w:val="0"/>
        </w:rPr>
        <w:t xml:space="preserve">Fogg, B.J. </w:t>
      </w:r>
      <w:r>
        <w:rPr>
          <w:b w:val="0"/>
          <w:i/>
        </w:rPr>
        <w:t>Tiny Habits: The Small Changes That Change Everything</w:t>
      </w:r>
      <w:r>
        <w:rPr>
          <w:b w:val="0"/>
          <w:i w:val="0"/>
        </w:rPr>
        <w:t>. Boston: Mariner Books, Houghton Mifflin Harcourt, 2020.</w:t>
      </w:r>
    </w:p>
    <w:p>
      <w:pPr>
        <w:spacing w:after="80"/>
      </w:pPr>
      <w:r>
        <w:rPr>
          <w:b w:val="0"/>
          <w:i w:val="0"/>
        </w:rPr>
        <w:t xml:space="preserve">Ford, Michael E., và Clyde W. Nichols. “A Framework for Explaining Social Cognitive Influences on Behavior.” Trong </w:t>
      </w:r>
      <w:r>
        <w:rPr>
          <w:b w:val="0"/>
          <w:i/>
        </w:rPr>
        <w:t>Advances in Experimental Social Psychology</w:t>
      </w:r>
      <w:r>
        <w:rPr>
          <w:b w:val="0"/>
          <w:i w:val="0"/>
        </w:rPr>
        <w:t>, vol. 52, biên tập bởi Mark P. Zanna, 193–246. Elsevier, 2015.</w:t>
      </w:r>
    </w:p>
    <w:p>
      <w:pPr>
        <w:spacing w:after="80"/>
      </w:pPr>
      <w:r>
        <w:rPr>
          <w:b w:val="0"/>
          <w:i w:val="0"/>
        </w:rPr>
        <w:t xml:space="preserve">Frankl, Viktor E. </w:t>
      </w:r>
      <w:r>
        <w:rPr>
          <w:b w:val="0"/>
          <w:i/>
        </w:rPr>
        <w:t>Man’s Search for Meaning</w:t>
      </w:r>
      <w:r>
        <w:rPr>
          <w:b w:val="0"/>
          <w:i w:val="0"/>
        </w:rPr>
        <w:t>. New York: Washington Square Press, 1985.</w:t>
      </w:r>
    </w:p>
    <w:p>
      <w:pPr>
        <w:spacing w:after="80"/>
      </w:pPr>
      <w:r>
        <w:rPr>
          <w:b w:val="0"/>
          <w:i w:val="0"/>
        </w:rPr>
        <w:t xml:space="preserve">Gallagher, Winifred. </w:t>
      </w:r>
      <w:r>
        <w:rPr>
          <w:b w:val="0"/>
          <w:i/>
        </w:rPr>
        <w:t>Rapt: Attention and the Focused Life</w:t>
      </w:r>
      <w:r>
        <w:rPr>
          <w:b w:val="0"/>
          <w:i w:val="0"/>
        </w:rPr>
        <w:t>. New York: Penguin Books, 2009.</w:t>
      </w:r>
    </w:p>
    <w:p>
      <w:pPr>
        <w:spacing w:after="80"/>
      </w:pPr>
      <w:r>
        <w:rPr>
          <w:b w:val="0"/>
          <w:i w:val="0"/>
        </w:rPr>
        <w:t xml:space="preserve">Gallo, Amy, Shawn Achor, Michelle Gielan, và Monique Valcour. “How Your Morning Mood Affects Your Whole Workday.” </w:t>
      </w:r>
      <w:r>
        <w:rPr>
          <w:b w:val="0"/>
          <w:i/>
        </w:rPr>
        <w:t>Harvard Business Review</w:t>
      </w:r>
      <w:r>
        <w:rPr>
          <w:b w:val="0"/>
          <w:i w:val="0"/>
        </w:rPr>
        <w:t>. Harvard Business School Publishing, October 5, 2016. https://hbr.org/2016/07/how-your-morning-mood-affects-your-whole-workday.</w:t>
      </w:r>
    </w:p>
    <w:p>
      <w:pPr>
        <w:spacing w:after="80"/>
      </w:pPr>
      <w:r>
        <w:rPr>
          <w:b w:val="0"/>
          <w:i w:val="0"/>
        </w:rPr>
        <w:t xml:space="preserve">Garrett, Neil, và Tali Sharot. “Updating Beliefs Under Perceived Threat.” </w:t>
      </w:r>
      <w:r>
        <w:rPr>
          <w:b w:val="0"/>
          <w:i/>
        </w:rPr>
        <w:t>Affective Brain Lab</w:t>
      </w:r>
      <w:r>
        <w:rPr>
          <w:b w:val="0"/>
          <w:i w:val="0"/>
        </w:rPr>
        <w:t>, August 2018. https://affectivebrain.com/wp-content/uploads/2018/08/Updating-Beliefs-Under-Perceived-Threat.pdf.</w:t>
      </w:r>
    </w:p>
    <w:p>
      <w:pPr>
        <w:spacing w:after="80"/>
      </w:pPr>
      <w:r>
        <w:rPr>
          <w:b w:val="0"/>
          <w:i w:val="0"/>
        </w:rPr>
        <w:t xml:space="preserve">Garrett, Neil, và cộng sự. “Updating Beliefs Under Perceived Threat.” </w:t>
      </w:r>
      <w:r>
        <w:rPr>
          <w:b w:val="0"/>
          <w:i/>
        </w:rPr>
        <w:t>Nature Neuroscience</w:t>
      </w:r>
      <w:r>
        <w:rPr>
          <w:b w:val="0"/>
          <w:i w:val="0"/>
        </w:rPr>
        <w:t xml:space="preserve"> 22, no. 12 (2019): 2066–2074. https://affectivebrain.com/wp-content/uploads/2019/12/s41593-019-0549-2.pdf.</w:t>
      </w:r>
    </w:p>
    <w:p>
      <w:pPr>
        <w:spacing w:after="80"/>
      </w:pPr>
      <w:r>
        <w:rPr>
          <w:b w:val="0"/>
          <w:i w:val="0"/>
        </w:rPr>
        <w:t xml:space="preserve">Grant, Heidi, và Carol S. Dweck. “Clarifying Achievement Goals and Their Impact.” </w:t>
      </w:r>
      <w:r>
        <w:rPr>
          <w:b w:val="0"/>
          <w:i/>
        </w:rPr>
        <w:t>Journal of Personality and Social Psychology</w:t>
      </w:r>
      <w:r>
        <w:rPr>
          <w:b w:val="0"/>
          <w:i w:val="0"/>
        </w:rPr>
        <w:t xml:space="preserve"> 85, no. 3 (2009): 541–553.</w:t>
      </w:r>
    </w:p>
    <w:p>
      <w:pPr>
        <w:spacing w:after="80"/>
      </w:pPr>
      <w:r>
        <w:rPr>
          <w:b w:val="0"/>
          <w:i w:val="0"/>
        </w:rPr>
        <w:t xml:space="preserve">Greitemeyer, Tobias. “Effects of Exposure to Others’ Opinions on Social Influence: Mechanisms of Conformity, Compliance, and Obedience.” </w:t>
      </w:r>
      <w:r>
        <w:rPr>
          <w:b w:val="0"/>
          <w:i/>
        </w:rPr>
        <w:t>Psychological Bulletin</w:t>
      </w:r>
      <w:r>
        <w:rPr>
          <w:b w:val="0"/>
          <w:i w:val="0"/>
        </w:rPr>
        <w:t xml:space="preserve"> 135, no. 6 (2009): 895–915.</w:t>
      </w:r>
    </w:p>
    <w:p>
      <w:pPr>
        <w:spacing w:after="80"/>
      </w:pPr>
      <w:r>
        <w:rPr>
          <w:b w:val="0"/>
          <w:i w:val="0"/>
        </w:rPr>
        <w:t xml:space="preserve">Gilbert, Paul. </w:t>
      </w:r>
      <w:r>
        <w:rPr>
          <w:b w:val="0"/>
          <w:i/>
        </w:rPr>
        <w:t>The Compassionate Mind: A New Approach to Facing Challenges</w:t>
      </w:r>
      <w:r>
        <w:rPr>
          <w:b w:val="0"/>
          <w:i w:val="0"/>
        </w:rPr>
        <w:t>. London: Constable &amp; Robinson, 2009.</w:t>
      </w:r>
    </w:p>
    <w:p>
      <w:pPr>
        <w:spacing w:after="80"/>
      </w:pPr>
      <w:r>
        <w:rPr>
          <w:b w:val="0"/>
          <w:i w:val="0"/>
        </w:rPr>
        <w:t xml:space="preserve">Gilbert, Paul. </w:t>
      </w:r>
      <w:r>
        <w:rPr>
          <w:b w:val="0"/>
          <w:i/>
        </w:rPr>
        <w:t>The Compassionate Mind Workbook</w:t>
      </w:r>
      <w:r>
        <w:rPr>
          <w:b w:val="0"/>
          <w:i w:val="0"/>
        </w:rPr>
        <w:t>. London: Robinson, 2010.</w:t>
      </w:r>
    </w:p>
    <w:p>
      <w:pPr>
        <w:spacing w:after="80"/>
      </w:pPr>
      <w:r>
        <w:rPr>
          <w:b w:val="0"/>
          <w:i w:val="0"/>
        </w:rPr>
        <w:t xml:space="preserve">Goldstein, Joseph. </w:t>
      </w:r>
      <w:r>
        <w:rPr>
          <w:b w:val="0"/>
          <w:i/>
        </w:rPr>
        <w:t>One Dharma: The Emerging Western Buddhism</w:t>
      </w:r>
      <w:r>
        <w:rPr>
          <w:b w:val="0"/>
          <w:i w:val="0"/>
        </w:rPr>
        <w:t>. New York: HarperCollins, 2003.</w:t>
      </w:r>
    </w:p>
    <w:p>
      <w:pPr>
        <w:spacing w:after="80"/>
      </w:pPr>
      <w:r>
        <w:rPr>
          <w:b w:val="0"/>
          <w:i w:val="0"/>
        </w:rPr>
        <w:t xml:space="preserve">Gottman, John M. </w:t>
      </w:r>
      <w:r>
        <w:rPr>
          <w:b w:val="0"/>
          <w:i/>
        </w:rPr>
        <w:t>The Relationship Cure: A 5 Step Guide to Strengthening Your Marriage, Family, and Friendships</w:t>
      </w:r>
      <w:r>
        <w:rPr>
          <w:b w:val="0"/>
          <w:i w:val="0"/>
        </w:rPr>
        <w:t>. New York: Harmony Books, 2002.</w:t>
      </w:r>
    </w:p>
    <w:p>
      <w:pPr>
        <w:spacing w:after="80"/>
      </w:pPr>
      <w:r>
        <w:rPr>
          <w:b w:val="0"/>
          <w:i w:val="0"/>
        </w:rPr>
        <w:t xml:space="preserve">Gottman, John, Julie Gottman, và Doug Abrams. </w:t>
      </w:r>
      <w:r>
        <w:rPr>
          <w:b w:val="0"/>
          <w:i/>
        </w:rPr>
        <w:t>Eight Dates: Essential Conversations for a Lifetime of Love</w:t>
      </w:r>
      <w:r>
        <w:rPr>
          <w:b w:val="0"/>
          <w:i w:val="0"/>
        </w:rPr>
        <w:t>. New York: Workman Publishing, 2019.</w:t>
      </w:r>
    </w:p>
    <w:p>
      <w:pPr>
        <w:spacing w:after="80"/>
      </w:pPr>
      <w:r>
        <w:rPr>
          <w:b w:val="0"/>
          <w:i w:val="0"/>
        </w:rPr>
        <w:t xml:space="preserve">Gottman, John M., và Nan Silver. </w:t>
      </w:r>
      <w:r>
        <w:rPr>
          <w:b w:val="0"/>
          <w:i/>
        </w:rPr>
        <w:t>The Seven Principles for Making Marriage Work: A Practical Guide from the Country’s Foremost Relationship Expert</w:t>
      </w:r>
      <w:r>
        <w:rPr>
          <w:b w:val="0"/>
          <w:i w:val="0"/>
        </w:rPr>
        <w:t>. New York: Harmony Books, 2015.</w:t>
      </w:r>
    </w:p>
    <w:p>
      <w:pPr>
        <w:spacing w:after="80"/>
      </w:pPr>
      <w:r>
        <w:rPr>
          <w:b w:val="0"/>
          <w:i w:val="0"/>
        </w:rPr>
        <w:t xml:space="preserve">Greenfieldboyce, Nell. “The Human Brain Never Stops Growing Neurons, a New Study Claims.” </w:t>
      </w:r>
      <w:r>
        <w:rPr>
          <w:b w:val="0"/>
          <w:i/>
        </w:rPr>
        <w:t>PBS NewsHour</w:t>
      </w:r>
      <w:r>
        <w:rPr>
          <w:b w:val="0"/>
          <w:i w:val="0"/>
        </w:rPr>
        <w:t>, March 25, 2019. www.pbs.org/newshour/science/the-human-brain-never-stops-growing-neurons-a-new-study-claims.</w:t>
      </w:r>
    </w:p>
    <w:p>
      <w:pPr>
        <w:spacing w:after="80"/>
      </w:pPr>
      <w:r>
        <w:rPr>
          <w:b w:val="0"/>
          <w:i w:val="0"/>
        </w:rPr>
        <w:t xml:space="preserve">Grenny, Joseph. “4 Things to Do Before a Tough Conversation.” </w:t>
      </w:r>
      <w:r>
        <w:rPr>
          <w:b w:val="0"/>
          <w:i/>
        </w:rPr>
        <w:t>Harvard Business Review</w:t>
      </w:r>
      <w:r>
        <w:rPr>
          <w:b w:val="0"/>
          <w:i w:val="0"/>
        </w:rPr>
        <w:t>, January 22, 2019. https://hbr.org/2019/01/4-things-to-do-before-a-tough-conversation.</w:t>
      </w:r>
    </w:p>
    <w:p>
      <w:pPr>
        <w:spacing w:after="80"/>
      </w:pPr>
      <w:r>
        <w:rPr>
          <w:b w:val="0"/>
          <w:i w:val="0"/>
        </w:rPr>
        <w:t xml:space="preserve">Gross, James J., và Ross A. Thompson. “Emotion Regulation: Conceptual Foundations.” Trong </w:t>
      </w:r>
      <w:r>
        <w:rPr>
          <w:b w:val="0"/>
          <w:i/>
        </w:rPr>
        <w:t>Handbook of Emotion Regulation</w:t>
      </w:r>
      <w:r>
        <w:rPr>
          <w:b w:val="0"/>
          <w:i w:val="0"/>
        </w:rPr>
        <w:t>, 2nd ed., biên tập bởi James J. Gross, 3–24. New York: Guilford Press, 2014.</w:t>
      </w:r>
    </w:p>
    <w:p>
      <w:pPr>
        <w:spacing w:after="80"/>
      </w:pPr>
      <w:r>
        <w:rPr>
          <w:b w:val="0"/>
          <w:i w:val="0"/>
        </w:rPr>
        <w:t xml:space="preserve">Guell, Xavier, A. David G. Leslie, và Jeremy D. Schmahmann. “Functional Topography of the Human Cerebellum: A Meta-Analysis of Neuroimaging Studies.” </w:t>
      </w:r>
      <w:r>
        <w:rPr>
          <w:b w:val="0"/>
          <w:i/>
        </w:rPr>
        <w:t>NeuroImage</w:t>
      </w:r>
      <w:r>
        <w:rPr>
          <w:b w:val="0"/>
          <w:i w:val="0"/>
        </w:rPr>
        <w:t xml:space="preserve"> 124 (2016): 107–118. https://www.ncbi.nlm.nih.gov/pmc/articles/PMC5789790.</w:t>
      </w:r>
    </w:p>
    <w:p>
      <w:pPr>
        <w:spacing w:after="80"/>
      </w:pPr>
      <w:r>
        <w:rPr>
          <w:b w:val="0"/>
          <w:i w:val="0"/>
        </w:rPr>
        <w:t xml:space="preserve">Hall, Jeffrey A. “How Many Hours Does It Take to Make a Friend?” </w:t>
      </w:r>
      <w:r>
        <w:rPr>
          <w:b w:val="0"/>
          <w:i/>
        </w:rPr>
        <w:t>Journal of Social and Personal Relationships</w:t>
      </w:r>
      <w:r>
        <w:rPr>
          <w:b w:val="0"/>
          <w:i w:val="0"/>
        </w:rPr>
        <w:t xml:space="preserve"> 36, no. 4 (2019): 1278–1296.</w:t>
      </w:r>
    </w:p>
    <w:p>
      <w:pPr>
        <w:spacing w:after="80"/>
      </w:pPr>
      <w:r>
        <w:rPr>
          <w:b w:val="0"/>
          <w:i w:val="0"/>
        </w:rPr>
        <w:t xml:space="preserve">Hamm, Jill V., và Beverly S. Faircloth. “The Role of Friendship in Adolescents’ Sense of School Belonging.” </w:t>
      </w:r>
      <w:r>
        <w:rPr>
          <w:b w:val="0"/>
          <w:i/>
        </w:rPr>
        <w:t>New Directions for Child and Adolescent Development</w:t>
      </w:r>
      <w:r>
        <w:rPr>
          <w:b w:val="0"/>
          <w:i w:val="0"/>
        </w:rPr>
        <w:t xml:space="preserve"> 2015, no. 148 (2015): 61–78.</w:t>
      </w:r>
    </w:p>
    <w:p>
      <w:pPr>
        <w:spacing w:after="80"/>
      </w:pPr>
      <w:r>
        <w:rPr>
          <w:b w:val="0"/>
          <w:i w:val="0"/>
        </w:rPr>
        <w:t xml:space="preserve">Hartup, Willard W., và Nancy Stevens. “Friendships and Adaptation Across the Life Span.” </w:t>
      </w:r>
      <w:r>
        <w:rPr>
          <w:b w:val="0"/>
          <w:i/>
        </w:rPr>
        <w:t>Current Directions in Psychological Science</w:t>
      </w:r>
      <w:r>
        <w:rPr>
          <w:b w:val="0"/>
          <w:i w:val="0"/>
        </w:rPr>
        <w:t xml:space="preserve"> 8, no. 3 (2011): 76–79.</w:t>
      </w:r>
    </w:p>
    <w:p>
      <w:pPr>
        <w:spacing w:after="80"/>
      </w:pPr>
      <w:r>
        <w:rPr>
          <w:b w:val="0"/>
          <w:i w:val="0"/>
        </w:rPr>
        <w:t xml:space="preserve">Hayes, Steven C., Kirk D. Strosahl, và Kelly G. Wilson. </w:t>
      </w:r>
      <w:r>
        <w:rPr>
          <w:b w:val="0"/>
          <w:i/>
        </w:rPr>
        <w:t>Acceptance and Commitment Therapy: An Experiential Approach to Behavior Change</w:t>
      </w:r>
      <w:r>
        <w:rPr>
          <w:b w:val="0"/>
          <w:i w:val="0"/>
        </w:rPr>
        <w:t>. New York: Guilford Press, 1999.</w:t>
      </w:r>
    </w:p>
    <w:p>
      <w:pPr>
        <w:spacing w:after="80"/>
      </w:pPr>
      <w:r>
        <w:rPr>
          <w:b w:val="0"/>
          <w:i w:val="0"/>
        </w:rPr>
        <w:t xml:space="preserve">Heckhausen, Jutta. “Developmental Regulation in Adulthood: Age-Normative and Sociocultural Constraints as Adaptive Challenges.” </w:t>
      </w:r>
      <w:r>
        <w:rPr>
          <w:b w:val="0"/>
          <w:i/>
        </w:rPr>
        <w:t>Psychology and Aging</w:t>
      </w:r>
      <w:r>
        <w:rPr>
          <w:b w:val="0"/>
          <w:i w:val="0"/>
        </w:rPr>
        <w:t xml:space="preserve"> 27, no. 4 (2012): 937–950.</w:t>
      </w:r>
    </w:p>
    <w:p>
      <w:pPr>
        <w:spacing w:after="80"/>
      </w:pPr>
      <w:r>
        <w:rPr>
          <w:b w:val="0"/>
          <w:i w:val="0"/>
        </w:rPr>
        <w:t xml:space="preserve">Heckhausen, Jutta, và Heinz Heckhausen, chủ biên. </w:t>
      </w:r>
      <w:r>
        <w:rPr>
          <w:b w:val="0"/>
          <w:i/>
        </w:rPr>
        <w:t>Motivation and Action</w:t>
      </w:r>
      <w:r>
        <w:rPr>
          <w:b w:val="0"/>
          <w:i w:val="0"/>
        </w:rPr>
        <w:t>. Cambridge: Cambridge University Press, 2009.</w:t>
      </w:r>
    </w:p>
    <w:p>
      <w:pPr>
        <w:spacing w:after="80"/>
      </w:pPr>
      <w:r>
        <w:rPr>
          <w:b w:val="0"/>
          <w:i w:val="0"/>
        </w:rPr>
        <w:t xml:space="preserve">Hill, Sarah E., và David M. Buss. “Envy and Status in Social Groups: An Evolutionary Perspective on Competition and Collaboration.” </w:t>
      </w:r>
      <w:r>
        <w:rPr>
          <w:b w:val="0"/>
          <w:i/>
        </w:rPr>
        <w:t>Evolutionary Psychology</w:t>
      </w:r>
      <w:r>
        <w:rPr>
          <w:b w:val="0"/>
          <w:i w:val="0"/>
        </w:rPr>
        <w:t xml:space="preserve"> 8, no. 3 (2010): 345–368.</w:t>
      </w:r>
    </w:p>
    <w:p>
      <w:pPr>
        <w:spacing w:after="80"/>
      </w:pPr>
      <w:r>
        <w:rPr>
          <w:b w:val="0"/>
          <w:i w:val="0"/>
        </w:rPr>
        <w:t xml:space="preserve">“How to Strengthen Relationships Between Parents and Adult Children.” </w:t>
      </w:r>
      <w:r>
        <w:rPr>
          <w:b w:val="0"/>
          <w:i/>
        </w:rPr>
        <w:t>American Psychological Association</w:t>
      </w:r>
      <w:r>
        <w:rPr>
          <w:b w:val="0"/>
          <w:i w:val="0"/>
        </w:rPr>
        <w:t>, May 18, 2023. www.apa.org/news/podcasts/speaking-of-psychology/parent-adult-children-relationships.</w:t>
      </w:r>
    </w:p>
    <w:p>
      <w:pPr>
        <w:spacing w:after="80"/>
      </w:pPr>
      <w:r>
        <w:rPr>
          <w:b w:val="0"/>
          <w:i w:val="0"/>
        </w:rPr>
        <w:t xml:space="preserve">Hussey, Matthew. </w:t>
      </w:r>
      <w:r>
        <w:rPr>
          <w:b w:val="0"/>
          <w:i/>
        </w:rPr>
        <w:t>Love Life: How to Raise Your Standards, Find Your Person, and Live Happily (No Matter What)</w:t>
      </w:r>
      <w:r>
        <w:rPr>
          <w:b w:val="0"/>
          <w:i w:val="0"/>
        </w:rPr>
        <w:t>. London: HarperCollins UK, 2024.</w:t>
      </w:r>
    </w:p>
    <w:p>
      <w:pPr>
        <w:spacing w:after="80"/>
      </w:pPr>
      <w:r>
        <w:rPr>
          <w:b w:val="0"/>
          <w:i w:val="0"/>
        </w:rPr>
        <w:t xml:space="preserve">Hyun, Jinshil, Martin J. Sliwinski, và Joshua M. Smyth. “Waking Up on the Wrong Side of the Bed: The Effects of Stress Anticipation on Working Memory in Daily Life.” </w:t>
      </w:r>
      <w:r>
        <w:rPr>
          <w:b w:val="0"/>
          <w:i/>
        </w:rPr>
        <w:t>The Journals of Gerontology: Series B</w:t>
      </w:r>
      <w:r>
        <w:rPr>
          <w:b w:val="0"/>
          <w:i w:val="0"/>
        </w:rPr>
        <w:t>, 2018. https://doi.org/10.1093/geronb/gby042.</w:t>
      </w:r>
    </w:p>
    <w:p>
      <w:pPr>
        <w:spacing w:after="80"/>
      </w:pPr>
      <w:r>
        <w:rPr>
          <w:b w:val="0"/>
          <w:i w:val="0"/>
        </w:rPr>
        <w:t xml:space="preserve">Insel, Thomas R. “The NIMH Research Domain Criteria (RDoC) Project: Precision Medicine for Psychiatry.” </w:t>
      </w:r>
      <w:r>
        <w:rPr>
          <w:b w:val="0"/>
          <w:i/>
        </w:rPr>
        <w:t>American Journal of Psychiatry</w:t>
      </w:r>
      <w:r>
        <w:rPr>
          <w:b w:val="0"/>
          <w:i w:val="0"/>
        </w:rPr>
        <w:t xml:space="preserve"> 171, no. 4 (2014): 395–97. www.ncbi.nlm.nih.gov/pmc/articles/PMC5854216/.</w:t>
      </w:r>
    </w:p>
    <w:p>
      <w:pPr>
        <w:spacing w:after="80"/>
      </w:pPr>
      <w:r>
        <w:rPr>
          <w:b w:val="0"/>
          <w:i w:val="0"/>
        </w:rPr>
        <w:t xml:space="preserve">Kabat-Zinn, Jon. </w:t>
      </w:r>
      <w:r>
        <w:rPr>
          <w:b w:val="0"/>
          <w:i/>
        </w:rPr>
        <w:t>Full Catastrophe Living: Using the Wisdom of Your Body and Mind to Face Stress, Pain, and Illness</w:t>
      </w:r>
      <w:r>
        <w:rPr>
          <w:b w:val="0"/>
          <w:i w:val="0"/>
        </w:rPr>
        <w:t>. New York: Delacorte Press, 1990.</w:t>
      </w:r>
    </w:p>
    <w:p>
      <w:pPr>
        <w:spacing w:after="80"/>
      </w:pPr>
      <w:r>
        <w:rPr>
          <w:b w:val="0"/>
          <w:i w:val="0"/>
        </w:rPr>
        <w:t xml:space="preserve">Johnson, M. D., và Franz J. Neyer. “(Eventual) Stability and Change Across Partnerships.” </w:t>
      </w:r>
      <w:r>
        <w:rPr>
          <w:b w:val="0"/>
          <w:i/>
        </w:rPr>
        <w:t>Journal of Family Psychology</w:t>
      </w:r>
      <w:r>
        <w:rPr>
          <w:b w:val="0"/>
          <w:i w:val="0"/>
        </w:rPr>
        <w:t xml:space="preserve"> 33, no. 6 (2019): 711–721. https://doi.org/10.1037/fam0000523.</w:t>
      </w:r>
    </w:p>
    <w:p>
      <w:pPr>
        <w:spacing w:after="80"/>
      </w:pPr>
      <w:r>
        <w:rPr>
          <w:b w:val="0"/>
          <w:i w:val="0"/>
        </w:rPr>
        <w:t xml:space="preserve">Johnson, Colleen L., và Lillian E. Troll. “Friends and Aging: The Interplay of Intimacy and Distance.” </w:t>
      </w:r>
      <w:r>
        <w:rPr>
          <w:b w:val="0"/>
          <w:i/>
        </w:rPr>
        <w:t>Generations</w:t>
      </w:r>
      <w:r>
        <w:rPr>
          <w:b w:val="0"/>
          <w:i w:val="0"/>
        </w:rPr>
        <w:t xml:space="preserve"> 36, no. 1 (2012): 32–39.</w:t>
      </w:r>
    </w:p>
    <w:p>
      <w:pPr>
        <w:spacing w:after="80"/>
      </w:pPr>
      <w:r>
        <w:rPr>
          <w:b w:val="0"/>
          <w:i w:val="0"/>
        </w:rPr>
        <w:t xml:space="preserve">Kabat-Zinn, Jon. </w:t>
      </w:r>
      <w:r>
        <w:rPr>
          <w:b w:val="0"/>
          <w:i/>
        </w:rPr>
        <w:t>Wherever You Go, There You Are: Mindfulness Meditation in Everyday Life</w:t>
      </w:r>
      <w:r>
        <w:rPr>
          <w:b w:val="0"/>
          <w:i w:val="0"/>
        </w:rPr>
        <w:t>. New York: Hachette Books, 2013.</w:t>
      </w:r>
    </w:p>
    <w:p>
      <w:pPr>
        <w:spacing w:after="80"/>
      </w:pPr>
      <w:r>
        <w:rPr>
          <w:b w:val="0"/>
          <w:i w:val="0"/>
        </w:rPr>
        <w:t xml:space="preserve">Kahneman, Daniel. </w:t>
      </w:r>
      <w:r>
        <w:rPr>
          <w:b w:val="0"/>
          <w:i/>
        </w:rPr>
        <w:t>Thinking, Fast and Slow</w:t>
      </w:r>
      <w:r>
        <w:rPr>
          <w:b w:val="0"/>
          <w:i w:val="0"/>
        </w:rPr>
        <w:t>. New York: Farrar, Straus and Giroux, 2011.</w:t>
      </w:r>
    </w:p>
    <w:p>
      <w:pPr>
        <w:spacing w:after="80"/>
      </w:pPr>
      <w:r>
        <w:rPr>
          <w:b w:val="0"/>
          <w:i w:val="0"/>
        </w:rPr>
        <w:t xml:space="preserve">Kanfer, Ruth, và Gilad Chen. “Motivation in Organizational Behavior: Insights and Directions.” </w:t>
      </w:r>
      <w:r>
        <w:rPr>
          <w:b w:val="0"/>
          <w:i/>
        </w:rPr>
        <w:t>Organizational Behavior and Human Decision Processes</w:t>
      </w:r>
      <w:r>
        <w:rPr>
          <w:b w:val="0"/>
          <w:i w:val="0"/>
        </w:rPr>
        <w:t xml:space="preserve"> 136 (2016): 121–133.</w:t>
      </w:r>
    </w:p>
    <w:p>
      <w:pPr>
        <w:spacing w:after="80"/>
      </w:pPr>
      <w:r>
        <w:rPr>
          <w:b w:val="0"/>
          <w:i w:val="0"/>
        </w:rPr>
        <w:t xml:space="preserve">Kanojia, Alok. </w:t>
      </w:r>
      <w:r>
        <w:rPr>
          <w:b w:val="0"/>
          <w:i/>
        </w:rPr>
        <w:t>How to Raise a Healthy Gamer: Break Bad Screen Habits, End Power Struggles, and Transform Your Relationship with Your Kids</w:t>
      </w:r>
      <w:r>
        <w:rPr>
          <w:b w:val="0"/>
          <w:i w:val="0"/>
        </w:rPr>
        <w:t>. London: Pan Macmillan, 2024.</w:t>
      </w:r>
    </w:p>
    <w:p>
      <w:pPr>
        <w:spacing w:after="80"/>
      </w:pPr>
      <w:r>
        <w:rPr>
          <w:b w:val="0"/>
          <w:i w:val="0"/>
        </w:rPr>
        <w:t xml:space="preserve">Kaplan, Rachel, và Stephen Kaplan. </w:t>
      </w:r>
      <w:r>
        <w:rPr>
          <w:b w:val="0"/>
          <w:i/>
        </w:rPr>
        <w:t>The Experience of Nature: A Psychological Perspective</w:t>
      </w:r>
      <w:r>
        <w:rPr>
          <w:b w:val="0"/>
          <w:i w:val="0"/>
        </w:rPr>
        <w:t>. Ann Arbor: University of Michigan Press, 2011.</w:t>
      </w:r>
    </w:p>
    <w:p>
      <w:pPr>
        <w:spacing w:after="80"/>
      </w:pPr>
      <w:r>
        <w:rPr>
          <w:b w:val="0"/>
          <w:i w:val="0"/>
        </w:rPr>
        <w:t xml:space="preserve">Koob, George F., và Nora D. Volkow. “Neurobiology of Addiction: A Neurocircuitry Analysis.” </w:t>
      </w:r>
      <w:r>
        <w:rPr>
          <w:b w:val="0"/>
          <w:i/>
        </w:rPr>
        <w:t>The Lancet Psychiatry</w:t>
      </w:r>
      <w:r>
        <w:rPr>
          <w:b w:val="0"/>
          <w:i w:val="0"/>
        </w:rPr>
        <w:t xml:space="preserve"> 3, no. 8 (2016): 760–773.</w:t>
      </w:r>
    </w:p>
    <w:p>
      <w:pPr>
        <w:spacing w:after="80"/>
      </w:pPr>
      <w:r>
        <w:rPr>
          <w:b w:val="0"/>
          <w:i w:val="0"/>
        </w:rPr>
        <w:t xml:space="preserve">Kross, Ethan, và Ozlem Ayduk. “Self-Distancing: Theory, Research, and Current Directions.” </w:t>
      </w:r>
      <w:r>
        <w:rPr>
          <w:b w:val="0"/>
          <w:i/>
        </w:rPr>
        <w:t>Advances in Experimental Social Psychology</w:t>
      </w:r>
      <w:r>
        <w:rPr>
          <w:b w:val="0"/>
          <w:i w:val="0"/>
        </w:rPr>
        <w:t xml:space="preserve"> 55 (2017): 81–136.</w:t>
      </w:r>
    </w:p>
    <w:p>
      <w:pPr>
        <w:spacing w:after="80"/>
      </w:pPr>
      <w:r>
        <w:rPr>
          <w:b w:val="0"/>
          <w:i w:val="0"/>
        </w:rPr>
        <w:t xml:space="preserve">Kurth-Nelson, Zeb, et al. “Computational Approaches to Neuroscience: Modeling Belief Updating Under Threat.” </w:t>
      </w:r>
      <w:r>
        <w:rPr>
          <w:b w:val="0"/>
          <w:i/>
        </w:rPr>
        <w:t>PLoS Computational Biology</w:t>
      </w:r>
      <w:r>
        <w:rPr>
          <w:b w:val="0"/>
          <w:i w:val="0"/>
        </w:rPr>
        <w:t xml:space="preserve"> 15, no. 2 (2019). https://journals.plos.org/ploscompbiol/article?id</w:t>
      </w:r>
      <w:r>
        <w:rPr>
          <w:rFonts w:ascii="Consolas" w:hAnsi="Consolas"/>
          <w:b w:val="0"/>
          <w:i w:val="0"/>
          <w:sz w:val="20"/>
        </w:rPr>
        <w:t>=10.1371/journal.pcbi.1007089#ack</w:t>
      </w:r>
      <w:r>
        <w:rPr>
          <w:b w:val="0"/>
          <w:i w:val="0"/>
        </w:rPr>
        <w:t>.</w:t>
      </w:r>
    </w:p>
    <w:p>
      <w:pPr>
        <w:spacing w:after="80"/>
      </w:pPr>
      <w:r>
        <w:rPr>
          <w:b w:val="0"/>
          <w:i w:val="0"/>
        </w:rPr>
        <w:t xml:space="preserve">La Guardia, Jennifer G., và Richard M. Ryan. </w:t>
      </w:r>
      <w:r>
        <w:rPr>
          <w:b w:val="0"/>
          <w:i/>
        </w:rPr>
        <w:t>Self-Determination Theory: Basic Psychological Needs in Motivation, Development, and Wellness</w:t>
      </w:r>
      <w:r>
        <w:rPr>
          <w:b w:val="0"/>
          <w:i w:val="0"/>
        </w:rPr>
        <w:t>. New York: Guilford Press, 2013.</w:t>
      </w:r>
    </w:p>
    <w:p>
      <w:pPr>
        <w:spacing w:after="80"/>
      </w:pPr>
      <w:r>
        <w:rPr>
          <w:b w:val="0"/>
          <w:i w:val="0"/>
        </w:rPr>
        <w:t xml:space="preserve">Lavy, Shiri, và Hadassah Littman-Ovadia. “The Effect of Love on Personal Growth and Self-Perception in Relationships.” </w:t>
      </w:r>
      <w:r>
        <w:rPr>
          <w:b w:val="0"/>
          <w:i/>
        </w:rPr>
        <w:t>Journal of Positive Psychology</w:t>
      </w:r>
      <w:r>
        <w:rPr>
          <w:b w:val="0"/>
          <w:i w:val="0"/>
        </w:rPr>
        <w:t xml:space="preserve"> 6, no. 3 (2011): 209–216.</w:t>
      </w:r>
    </w:p>
    <w:p>
      <w:pPr>
        <w:spacing w:after="80"/>
      </w:pPr>
      <w:r>
        <w:rPr>
          <w:b w:val="0"/>
          <w:i w:val="0"/>
        </w:rPr>
        <w:t xml:space="preserve">Leary, Mark R., và Roy F. Baumeister. “The Nature and Function of Self-Esteem: Sociometer Theory.” In </w:t>
      </w:r>
      <w:r>
        <w:rPr>
          <w:b w:val="0"/>
          <w:i/>
        </w:rPr>
        <w:t>Advances in Experimental Social Psychology</w:t>
      </w:r>
      <w:r>
        <w:rPr>
          <w:b w:val="0"/>
          <w:i w:val="0"/>
        </w:rPr>
        <w:t>, vol. 32, edited by Mark P. Zanna, 1–62. Elsevier, 2012.</w:t>
      </w:r>
    </w:p>
    <w:p>
      <w:pPr>
        <w:spacing w:after="80"/>
      </w:pPr>
      <w:r>
        <w:rPr>
          <w:b w:val="0"/>
          <w:i w:val="0"/>
        </w:rPr>
        <w:t xml:space="preserve">Leary, Mark R., và Roy F. Baumeister. “The Nature and Function of Self-Esteem: Sociometer Theory.” In </w:t>
      </w:r>
      <w:r>
        <w:rPr>
          <w:b w:val="0"/>
          <w:i/>
        </w:rPr>
        <w:t>Advances in Experimental Social Psychology</w:t>
      </w:r>
      <w:r>
        <w:rPr>
          <w:b w:val="0"/>
          <w:i w:val="0"/>
        </w:rPr>
        <w:t>, Vol. 32, edited by Mark P. Zanna, 1–62. New York: Academic Press, 1995.</w:t>
      </w:r>
    </w:p>
    <w:p>
      <w:pPr>
        <w:spacing w:after="80"/>
      </w:pPr>
      <w:r>
        <w:rPr>
          <w:b w:val="0"/>
          <w:i w:val="0"/>
        </w:rPr>
        <w:t xml:space="preserve">LeDoux, Joseph. </w:t>
      </w:r>
      <w:r>
        <w:rPr>
          <w:b w:val="0"/>
          <w:i/>
        </w:rPr>
        <w:t>The Emotional Brain: The Mysterious Underpinnings of Emotional Life</w:t>
      </w:r>
      <w:r>
        <w:rPr>
          <w:b w:val="0"/>
          <w:i w:val="0"/>
        </w:rPr>
        <w:t>. New York: Simon &amp; Schuster, 1996.</w:t>
      </w:r>
    </w:p>
    <w:p>
      <w:pPr>
        <w:spacing w:after="80"/>
      </w:pPr>
      <w:r>
        <w:rPr>
          <w:b w:val="0"/>
          <w:i w:val="0"/>
        </w:rPr>
        <w:t xml:space="preserve">Levine, Peter A., và Gabor Maté. </w:t>
      </w:r>
      <w:r>
        <w:rPr>
          <w:b w:val="0"/>
          <w:i/>
        </w:rPr>
        <w:t>In an Unspoken Voice: How the Body Releases Trauma and Restores Goodness</w:t>
      </w:r>
      <w:r>
        <w:rPr>
          <w:b w:val="0"/>
          <w:i w:val="0"/>
        </w:rPr>
        <w:t>. Berkeley, CA: North Atlantic Books, 2010.</w:t>
      </w:r>
    </w:p>
    <w:p>
      <w:pPr>
        <w:spacing w:after="80"/>
      </w:pPr>
      <w:r>
        <w:rPr>
          <w:b w:val="0"/>
          <w:i w:val="0"/>
        </w:rPr>
        <w:t xml:space="preserve">Levitt, Mary J., và cộng sự. “Close Relationships Across the Life Span.” </w:t>
      </w:r>
      <w:r>
        <w:rPr>
          <w:b w:val="0"/>
          <w:i/>
        </w:rPr>
        <w:t>Wiley Interdisciplinary Reviews: Cognitive Science</w:t>
      </w:r>
      <w:r>
        <w:rPr>
          <w:b w:val="0"/>
          <w:i w:val="0"/>
        </w:rPr>
        <w:t xml:space="preserve"> 2, no. 1 (2011): 1–12.</w:t>
      </w:r>
    </w:p>
    <w:p>
      <w:pPr>
        <w:spacing w:after="80"/>
      </w:pPr>
      <w:r>
        <w:rPr>
          <w:b w:val="0"/>
          <w:i w:val="0"/>
        </w:rPr>
        <w:t xml:space="preserve">LeWine, Howard E., M. D. “Understanding the Stress Response.” </w:t>
      </w:r>
      <w:r>
        <w:rPr>
          <w:b w:val="0"/>
          <w:i/>
        </w:rPr>
        <w:t>Harvard Health</w:t>
      </w:r>
      <w:r>
        <w:rPr>
          <w:b w:val="0"/>
          <w:i w:val="0"/>
        </w:rPr>
        <w:t>. Harvard Medical School, July 6, 2020. www.health.harvard.edu/staying-healthy/understanding-the-stress-response.</w:t>
      </w:r>
    </w:p>
    <w:p>
      <w:pPr>
        <w:spacing w:after="80"/>
      </w:pPr>
      <w:r>
        <w:rPr>
          <w:b w:val="0"/>
          <w:i w:val="0"/>
        </w:rPr>
        <w:t xml:space="preserve">Luthar, Suniya S., và Natasha L. Kumar. “Friendship Quality, Social Skills, and Resilience in Adolescence.” </w:t>
      </w:r>
      <w:r>
        <w:rPr>
          <w:b w:val="0"/>
          <w:i/>
        </w:rPr>
        <w:t>Child Development</w:t>
      </w:r>
      <w:r>
        <w:rPr>
          <w:b w:val="0"/>
          <w:i w:val="0"/>
        </w:rPr>
        <w:t xml:space="preserve"> 89, no. 3 (2018): 876–890.</w:t>
      </w:r>
    </w:p>
    <w:p>
      <w:pPr>
        <w:spacing w:after="80"/>
      </w:pPr>
      <w:r>
        <w:rPr>
          <w:b w:val="0"/>
          <w:i w:val="0"/>
        </w:rPr>
        <w:t xml:space="preserve">Lyons, Scott. </w:t>
      </w:r>
      <w:r>
        <w:rPr>
          <w:b w:val="0"/>
          <w:i/>
        </w:rPr>
        <w:t>Addicted to Drama: Healing Dependency on Crisis and Chaos in Yourself and Others</w:t>
      </w:r>
      <w:r>
        <w:rPr>
          <w:b w:val="0"/>
          <w:i w:val="0"/>
        </w:rPr>
        <w:t>. New York: Hachette Go, 2023.</w:t>
      </w:r>
    </w:p>
    <w:p>
      <w:pPr>
        <w:spacing w:after="80"/>
      </w:pPr>
      <w:r>
        <w:rPr>
          <w:b w:val="0"/>
          <w:i w:val="0"/>
        </w:rPr>
        <w:t xml:space="preserve">Lyubomirsky, Sonja, và cộng sự. “Why Are Some People Happier Than Others? The Role of Cognitive and Motivational Processes in Well-Being.” </w:t>
      </w:r>
      <w:r>
        <w:rPr>
          <w:b w:val="0"/>
          <w:i/>
        </w:rPr>
        <w:t>American Psychologist</w:t>
      </w:r>
      <w:r>
        <w:rPr>
          <w:b w:val="0"/>
          <w:i w:val="0"/>
        </w:rPr>
        <w:t xml:space="preserve"> 56, no. 3 (2011): 239–249.</w:t>
      </w:r>
    </w:p>
    <w:p>
      <w:pPr>
        <w:spacing w:after="80"/>
      </w:pPr>
      <w:r>
        <w:rPr>
          <w:b w:val="0"/>
          <w:i w:val="0"/>
        </w:rPr>
        <w:t xml:space="preserve">Maddux, James E. </w:t>
      </w:r>
      <w:r>
        <w:rPr>
          <w:b w:val="0"/>
          <w:i/>
        </w:rPr>
        <w:t>Self-Efficacy, Adaptation, and Adjustment: Theory, Research, and Application</w:t>
      </w:r>
      <w:r>
        <w:rPr>
          <w:b w:val="0"/>
          <w:i w:val="0"/>
        </w:rPr>
        <w:t>. Springer, 2013.</w:t>
      </w:r>
    </w:p>
    <w:p>
      <w:pPr>
        <w:spacing w:after="80"/>
      </w:pPr>
      <w:r>
        <w:rPr>
          <w:b w:val="0"/>
          <w:i w:val="0"/>
        </w:rPr>
        <w:t xml:space="preserve">Margaret Mead, được trích dẫn trong </w:t>
      </w:r>
      <w:r>
        <w:rPr>
          <w:b w:val="0"/>
          <w:i/>
        </w:rPr>
        <w:t>The World Ahead: An Anthropologist Anticipates the Future</w:t>
      </w:r>
      <w:r>
        <w:rPr>
          <w:b w:val="0"/>
          <w:i w:val="0"/>
        </w:rPr>
        <w:t>, biên tập bởi Ruth Nanda Anshen, 24. New York: Berghahn Books, 2000.</w:t>
      </w:r>
    </w:p>
    <w:p>
      <w:pPr>
        <w:spacing w:after="80"/>
      </w:pPr>
      <w:r>
        <w:rPr>
          <w:b w:val="0"/>
          <w:i w:val="0"/>
        </w:rPr>
        <w:t xml:space="preserve">Marsh, Herbert W., và John W. Parker. “Determinants of Student Self-Concept: Is It Better to Be a Relatively Large Fish in a Small Pond Even If You Don’t Learn to Swim as Well?” </w:t>
      </w:r>
      <w:r>
        <w:rPr>
          <w:b w:val="0"/>
          <w:i/>
        </w:rPr>
        <w:t>Journal of Personality and Social Psychology</w:t>
      </w:r>
      <w:r>
        <w:rPr>
          <w:b w:val="0"/>
          <w:i w:val="0"/>
        </w:rPr>
        <w:t xml:space="preserve"> 47, no. 1 (1984): 213–231.</w:t>
      </w:r>
    </w:p>
    <w:p>
      <w:pPr>
        <w:spacing w:after="80"/>
      </w:pPr>
      <w:r>
        <w:rPr>
          <w:b w:val="0"/>
          <w:i w:val="0"/>
        </w:rPr>
        <w:t xml:space="preserve">Marques, Luana. </w:t>
      </w:r>
      <w:r>
        <w:rPr>
          <w:b w:val="0"/>
          <w:i/>
        </w:rPr>
        <w:t>Bold Move: A 3-Step Plan to Transform Anxiety into Power</w:t>
      </w:r>
      <w:r>
        <w:rPr>
          <w:b w:val="0"/>
          <w:i w:val="0"/>
        </w:rPr>
        <w:t>. London: Hachette UK, 2023.</w:t>
      </w:r>
    </w:p>
    <w:p>
      <w:pPr>
        <w:spacing w:after="80"/>
      </w:pPr>
      <w:r>
        <w:rPr>
          <w:b w:val="0"/>
          <w:i w:val="0"/>
        </w:rPr>
        <w:t xml:space="preserve">McGonigal, Kelly. </w:t>
      </w:r>
      <w:r>
        <w:rPr>
          <w:b w:val="0"/>
          <w:i/>
        </w:rPr>
        <w:t>The Willpower Instinct</w:t>
      </w:r>
      <w:r>
        <w:rPr>
          <w:b w:val="0"/>
          <w:i w:val="0"/>
        </w:rPr>
        <w:t>. New York: Avery, 2012.</w:t>
      </w:r>
    </w:p>
    <w:p>
      <w:pPr>
        <w:spacing w:after="80"/>
      </w:pPr>
      <w:r>
        <w:rPr>
          <w:b w:val="0"/>
          <w:i w:val="0"/>
        </w:rPr>
        <w:t xml:space="preserve">McPherson, Miller, Lynn Smith-Lovin, và Matthew E. Brashears. “Social Isolation in America: Changes in Core Discussion Networks Over Two Decades.” </w:t>
      </w:r>
      <w:r>
        <w:rPr>
          <w:b w:val="0"/>
          <w:i/>
        </w:rPr>
        <w:t>American Sociological Review</w:t>
      </w:r>
      <w:r>
        <w:rPr>
          <w:b w:val="0"/>
          <w:i w:val="0"/>
        </w:rPr>
        <w:t xml:space="preserve"> 74, no. 3 (2009): 353–375.</w:t>
      </w:r>
    </w:p>
    <w:p>
      <w:pPr>
        <w:spacing w:after="80"/>
      </w:pPr>
      <w:r>
        <w:rPr>
          <w:b w:val="0"/>
          <w:i w:val="0"/>
        </w:rPr>
        <w:t xml:space="preserve">Miller, William R., và Stephen Rollnick. </w:t>
      </w:r>
      <w:r>
        <w:rPr>
          <w:b w:val="0"/>
          <w:i/>
        </w:rPr>
        <w:t>Motivational Interviewing: Helping People Change</w:t>
      </w:r>
      <w:r>
        <w:rPr>
          <w:b w:val="0"/>
          <w:i w:val="0"/>
        </w:rPr>
        <w:t>. 3rd ed. New York: Guilford Press, 2012.</w:t>
      </w:r>
    </w:p>
    <w:p>
      <w:pPr>
        <w:spacing w:after="80"/>
      </w:pPr>
      <w:r>
        <w:rPr>
          <w:b w:val="0"/>
          <w:i w:val="0"/>
        </w:rPr>
        <w:t xml:space="preserve">Mikulincer, Mario, và Phillip R. Shaver. </w:t>
      </w:r>
      <w:r>
        <w:rPr>
          <w:b w:val="0"/>
          <w:i/>
        </w:rPr>
        <w:t>Attachment in Adulthood: Structure, Dynamics, and Change</w:t>
      </w:r>
      <w:r>
        <w:rPr>
          <w:b w:val="0"/>
          <w:i w:val="0"/>
        </w:rPr>
        <w:t>. 2nd ed. New York: Guilford Press, 2016.</w:t>
      </w:r>
    </w:p>
    <w:p>
      <w:pPr>
        <w:spacing w:after="80"/>
      </w:pPr>
      <w:r>
        <w:rPr>
          <w:b w:val="0"/>
          <w:i w:val="0"/>
        </w:rPr>
        <w:t xml:space="preserve">Mineo, Liz. “Over Nearly 80 Years, Harvard Study Has Been Showing How to Live a Healthy and Happy Life.” </w:t>
      </w:r>
      <w:r>
        <w:rPr>
          <w:b w:val="0"/>
          <w:i/>
        </w:rPr>
        <w:t>Harvard Gazette</w:t>
      </w:r>
      <w:r>
        <w:rPr>
          <w:b w:val="0"/>
          <w:i w:val="0"/>
        </w:rPr>
        <w:t>, April 11, 2017. https://news.harvard.edu/gazette/story/2017/04/over-nearly-80-years-harvard-study-has-been-showing-how-to-live-a-healthy-and-happy-life.</w:t>
      </w:r>
    </w:p>
    <w:p>
      <w:pPr>
        <w:spacing w:after="80"/>
      </w:pPr>
      <w:r>
        <w:rPr>
          <w:b w:val="0"/>
          <w:i w:val="0"/>
        </w:rPr>
        <w:t xml:space="preserve">Mora, Florentina, Sergio Segovia, và José R. Del Arco. “Aging, Stress, and the Hippocampus.” </w:t>
      </w:r>
      <w:r>
        <w:rPr>
          <w:b w:val="0"/>
          <w:i/>
        </w:rPr>
        <w:t>Aging Research Reviews</w:t>
      </w:r>
      <w:r>
        <w:rPr>
          <w:b w:val="0"/>
          <w:i w:val="0"/>
        </w:rPr>
        <w:t xml:space="preserve"> 11, no. 2 (April 2012): 123–129. https://pubmed.ncbi.nlm.nih.gov/23403892.</w:t>
      </w:r>
    </w:p>
    <w:p>
      <w:pPr>
        <w:spacing w:after="80"/>
      </w:pPr>
      <w:r>
        <w:rPr>
          <w:b w:val="0"/>
          <w:i w:val="0"/>
        </w:rPr>
        <w:t xml:space="preserve">Morin, Alexandre J. S., và Christophe Maïano. “Quá trình so sánh xã hội và những hàm ý của nó đối với việc theo đuổi mục tiêu và động lực thành tích.” </w:t>
      </w:r>
      <w:r>
        <w:rPr>
          <w:b w:val="0"/>
          <w:i/>
        </w:rPr>
        <w:t>Social and Personality Psychology Compass</w:t>
      </w:r>
      <w:r>
        <w:rPr>
          <w:b w:val="0"/>
          <w:i w:val="0"/>
        </w:rPr>
        <w:t xml:space="preserve"> 5, no. 6 (2011): 359–374.</w:t>
      </w:r>
    </w:p>
    <w:p>
      <w:pPr>
        <w:spacing w:after="80"/>
      </w:pPr>
      <w:r>
        <w:rPr>
          <w:b w:val="0"/>
          <w:i w:val="0"/>
        </w:rPr>
        <w:t xml:space="preserve">Murray, Sandra L., và John G. Holmes. </w:t>
      </w:r>
      <w:r>
        <w:rPr>
          <w:b w:val="0"/>
          <w:i/>
        </w:rPr>
        <w:t>Những tâm trí phụ thuộc lẫn nhau: Động lực của các mối quan hệ thân thiết</w:t>
      </w:r>
      <w:r>
        <w:rPr>
          <w:b w:val="0"/>
          <w:i w:val="0"/>
        </w:rPr>
        <w:t>. New York: Guilford Press, 2013.</w:t>
      </w:r>
    </w:p>
    <w:p>
      <w:pPr>
        <w:spacing w:after="80"/>
      </w:pPr>
      <w:r>
        <w:rPr>
          <w:b w:val="0"/>
          <w:i w:val="0"/>
        </w:rPr>
        <w:t xml:space="preserve">Murray, Sandra L., và Jennifer L. Derrick. “Sức mạnh của sự trấn an: Cảm giác an toàn về mặt cảm xúc tác động đến sự gắn kết trong các mối quan hệ như thế nào.” </w:t>
      </w:r>
      <w:r>
        <w:rPr>
          <w:b w:val="0"/>
          <w:i/>
        </w:rPr>
        <w:t>Journal of Personality and Social Psychology</w:t>
      </w:r>
      <w:r>
        <w:rPr>
          <w:b w:val="0"/>
          <w:i w:val="0"/>
        </w:rPr>
        <w:t xml:space="preserve"> 100, no. 4 (2011): 575–592.</w:t>
      </w:r>
    </w:p>
    <w:p>
      <w:pPr>
        <w:spacing w:after="80"/>
      </w:pPr>
      <w:r>
        <w:rPr>
          <w:b w:val="0"/>
          <w:i w:val="0"/>
        </w:rPr>
        <w:t xml:space="preserve">Mussweiler, Thomas. “Các quá trình so sánh trong phán đoán xã hội: Cơ chế và hệ quả.” </w:t>
      </w:r>
      <w:r>
        <w:rPr>
          <w:b w:val="0"/>
          <w:i/>
        </w:rPr>
        <w:t>Psychological Review</w:t>
      </w:r>
      <w:r>
        <w:rPr>
          <w:b w:val="0"/>
          <w:i w:val="0"/>
        </w:rPr>
        <w:t xml:space="preserve"> 109, no. 3 (2012): 472–489.</w:t>
      </w:r>
    </w:p>
    <w:p>
      <w:pPr>
        <w:spacing w:after="80"/>
      </w:pPr>
      <w:r>
        <w:rPr>
          <w:b w:val="0"/>
          <w:i w:val="0"/>
        </w:rPr>
        <w:t xml:space="preserve">Neff, Kristin D. </w:t>
      </w:r>
      <w:r>
        <w:rPr>
          <w:b w:val="0"/>
          <w:i/>
        </w:rPr>
        <w:t>Lòng tự bi: Sức mạnh đã được chứng minh của việc tử tế với chính mình</w:t>
      </w:r>
      <w:r>
        <w:rPr>
          <w:b w:val="0"/>
          <w:i w:val="0"/>
        </w:rPr>
        <w:t>. New York: HarperCollins, 2011.</w:t>
      </w:r>
    </w:p>
    <w:p>
      <w:pPr>
        <w:spacing w:after="80"/>
      </w:pPr>
      <w:r>
        <w:rPr>
          <w:b w:val="0"/>
          <w:i w:val="0"/>
        </w:rPr>
        <w:t xml:space="preserve">Nerurkar, Aditi. </w:t>
      </w:r>
      <w:r>
        <w:rPr>
          <w:b w:val="0"/>
          <w:i/>
        </w:rPr>
        <w:t>5 lần thiết lập lại: Tái lập trình não bộ và cơ thể để bớt căng thẳng và kiên cường hơn</w:t>
      </w:r>
      <w:r>
        <w:rPr>
          <w:b w:val="0"/>
          <w:i w:val="0"/>
        </w:rPr>
        <w:t>. London: HarperCollins UK, 2024.</w:t>
      </w:r>
    </w:p>
    <w:p>
      <w:pPr>
        <w:spacing w:after="80"/>
      </w:pPr>
      <w:r>
        <w:rPr>
          <w:b w:val="0"/>
          <w:i w:val="0"/>
        </w:rPr>
        <w:t xml:space="preserve">Norbury, Agnes, và Raymond J. Dolan. “Hoạt động thần kinh dự báo trước dự đoán việc học tập bị suy giảm khi nhận thức mối đe dọa.” </w:t>
      </w:r>
      <w:r>
        <w:rPr>
          <w:b w:val="0"/>
          <w:i/>
        </w:rPr>
        <w:t>Nature Neuroscience</w:t>
      </w:r>
      <w:r>
        <w:rPr>
          <w:b w:val="0"/>
          <w:i w:val="0"/>
        </w:rPr>
        <w:t xml:space="preserve"> 22, no. 3 (2019): 437–448. https://affectivebrain.com/wp-content/uploads/2020/01/41562_2019_793_OnlinePDF_2.pdf.</w:t>
      </w:r>
    </w:p>
    <w:p>
      <w:pPr>
        <w:spacing w:after="80"/>
      </w:pPr>
      <w:r>
        <w:rPr>
          <w:b w:val="0"/>
          <w:i w:val="0"/>
        </w:rPr>
        <w:t xml:space="preserve">Oettingen, Gabriele, Doris Mayer, A. Timur Sevincer, Elizabeth J. Stephens, Hyeon-ju Pak, và Meike Hagenah. “Tương phản tinh thần và cam kết mục tiêu: Vai trò trung gian của việc tiếp thêm năng lượng.” </w:t>
      </w:r>
      <w:r>
        <w:rPr>
          <w:b w:val="0"/>
          <w:i/>
        </w:rPr>
        <w:t>Personality and Social Psychology Bulletin</w:t>
      </w:r>
      <w:r>
        <w:rPr>
          <w:b w:val="0"/>
          <w:i w:val="0"/>
        </w:rPr>
        <w:t xml:space="preserve"> 35, no. 5 (2009): 608–22. https://doi.org/10.1177/0146167208330856.</w:t>
      </w:r>
    </w:p>
    <w:p>
      <w:pPr>
        <w:spacing w:after="80"/>
      </w:pPr>
      <w:r>
        <w:rPr>
          <w:b w:val="0"/>
          <w:i w:val="0"/>
        </w:rPr>
        <w:t xml:space="preserve">Oettingen, Gabriele, Hyeon-ju Pak, và Karoline Schnetter. “Tự điều chỉnh việc đặt mục tiêu: Biến những tưởng tượng tự do về tương lai thành những mục tiêu ràng buộc.” </w:t>
      </w:r>
      <w:r>
        <w:rPr>
          <w:b w:val="0"/>
          <w:i/>
        </w:rPr>
        <w:t>Journal of Personality and Social Psychology</w:t>
      </w:r>
      <w:r>
        <w:rPr>
          <w:b w:val="0"/>
          <w:i w:val="0"/>
        </w:rPr>
        <w:t xml:space="preserve"> 80, no. 5 (2001): 736–53. https://doi.org/10.1037/0022-3514.80.5.736.</w:t>
      </w:r>
    </w:p>
    <w:p>
      <w:pPr>
        <w:spacing w:after="80"/>
      </w:pPr>
      <w:r>
        <w:rPr>
          <w:b w:val="0"/>
          <w:i w:val="0"/>
        </w:rPr>
        <w:t xml:space="preserve">Oliver, Mary. “Ngày mùa hè.” Trong </w:t>
      </w:r>
      <w:r>
        <w:rPr>
          <w:b w:val="0"/>
          <w:i/>
        </w:rPr>
        <w:t>Thơ mới và tuyển chọn</w:t>
      </w:r>
      <w:r>
        <w:rPr>
          <w:b w:val="0"/>
          <w:i w:val="0"/>
        </w:rPr>
        <w:t>, 94. Boston: Beacon Press, 1992.</w:t>
      </w:r>
    </w:p>
    <w:p>
      <w:pPr>
        <w:spacing w:after="80"/>
      </w:pPr>
      <w:r>
        <w:rPr>
          <w:b w:val="0"/>
          <w:i w:val="0"/>
        </w:rPr>
        <w:t xml:space="preserve">Oswald, Debra L., và Elizabeth M. Clark. “Bạn thân mãi mãi? Tình bạn thân thiết thời trung học và sự phát triển tình bạn khi trưởng thành.” </w:t>
      </w:r>
      <w:r>
        <w:rPr>
          <w:b w:val="0"/>
          <w:i/>
        </w:rPr>
        <w:t>Journal of Adolescence</w:t>
      </w:r>
      <w:r>
        <w:rPr>
          <w:b w:val="0"/>
          <w:i w:val="0"/>
        </w:rPr>
        <w:t xml:space="preserve"> 84 (2020): 153–165.</w:t>
      </w:r>
    </w:p>
    <w:p>
      <w:pPr>
        <w:spacing w:after="80"/>
      </w:pPr>
      <w:r>
        <w:rPr>
          <w:b w:val="0"/>
          <w:i w:val="0"/>
        </w:rPr>
        <w:t xml:space="preserve">Pilat, Dan, và Krastev, Sekoul M.D., “Tại sao chúng ta lại dùng những lối tắt tinh thần?” </w:t>
      </w:r>
      <w:r>
        <w:rPr>
          <w:b w:val="0"/>
          <w:i/>
        </w:rPr>
        <w:t>The Decision Lab</w:t>
      </w:r>
      <w:r>
        <w:rPr>
          <w:b w:val="0"/>
          <w:i w:val="0"/>
        </w:rPr>
        <w:t>. The Decision Lab, ngày 27 tháng 1 năm 2021. https://thedecisionlab.com/biases/heuristics.</w:t>
      </w:r>
    </w:p>
    <w:p>
      <w:pPr>
        <w:spacing w:after="80"/>
      </w:pPr>
      <w:r>
        <w:rPr>
          <w:b w:val="0"/>
          <w:i w:val="0"/>
        </w:rPr>
        <w:t xml:space="preserve">Platt, Michael L., et al. “Vượt ra ngoài tính hữu dụng: Nguồn gốc xã hội và sinh học của việc ra quyết định trong não bộ.” </w:t>
      </w:r>
      <w:r>
        <w:rPr>
          <w:b w:val="0"/>
          <w:i/>
        </w:rPr>
        <w:t>Nature Neuroscience</w:t>
      </w:r>
      <w:r>
        <w:rPr>
          <w:b w:val="0"/>
          <w:i w:val="0"/>
        </w:rPr>
        <w:t xml:space="preserve"> 19, no. 10 (2016): 1303–1310.</w:t>
      </w:r>
    </w:p>
    <w:p>
      <w:pPr>
        <w:spacing w:after="80"/>
      </w:pPr>
      <w:r>
        <w:rPr>
          <w:b w:val="0"/>
          <w:i w:val="0"/>
        </w:rPr>
        <w:t xml:space="preserve">Porges, Stephen W. </w:t>
      </w:r>
      <w:r>
        <w:rPr>
          <w:b w:val="0"/>
          <w:i/>
        </w:rPr>
        <w:t>Thuyết đa dây thần kinh phế vị: Nền tảng sinh lý thần kinh của cảm xúc, sự gắn bó, giao tiếp và tự điều chỉnh</w:t>
      </w:r>
      <w:r>
        <w:rPr>
          <w:b w:val="0"/>
          <w:i w:val="0"/>
        </w:rPr>
        <w:t>. New York: W. W. Norton &amp; Company, 2011.</w:t>
      </w:r>
    </w:p>
    <w:p>
      <w:pPr>
        <w:spacing w:after="80"/>
      </w:pPr>
      <w:r>
        <w:rPr>
          <w:b w:val="0"/>
          <w:i w:val="0"/>
        </w:rPr>
        <w:t xml:space="preserve">Reeve, Johnmarshall. </w:t>
      </w:r>
      <w:r>
        <w:rPr>
          <w:b w:val="0"/>
          <w:i/>
        </w:rPr>
        <w:t>Hiểu về động lực và cảm xúc</w:t>
      </w:r>
      <w:r>
        <w:rPr>
          <w:b w:val="0"/>
          <w:i w:val="0"/>
        </w:rPr>
        <w:t>. 7th ed. New York: John Wiley &amp; Sons, 2018.</w:t>
      </w:r>
    </w:p>
    <w:p>
      <w:pPr>
        <w:spacing w:after="80"/>
      </w:pPr>
      <w:r>
        <w:rPr>
          <w:b w:val="0"/>
          <w:i w:val="0"/>
        </w:rPr>
        <w:t xml:space="preserve">Reis, Harry T., và Susan L. Gable. “Hỗ trợ xã hội và việc điều chỉnh các mối quan hệ cá nhân.” </w:t>
      </w:r>
      <w:r>
        <w:rPr>
          <w:b w:val="0"/>
          <w:i/>
        </w:rPr>
        <w:t>Advances in Experimental Social Psychology</w:t>
      </w:r>
      <w:r>
        <w:rPr>
          <w:b w:val="0"/>
          <w:i w:val="0"/>
        </w:rPr>
        <w:t xml:space="preserve"> 52 (2015): 201–245.</w:t>
      </w:r>
    </w:p>
    <w:p>
      <w:pPr>
        <w:spacing w:after="80"/>
      </w:pPr>
      <w:r>
        <w:rPr>
          <w:b w:val="0"/>
          <w:i w:val="0"/>
        </w:rPr>
        <w:t xml:space="preserve">Roberts, Sarah Jakes. </w:t>
      </w:r>
      <w:r>
        <w:rPr>
          <w:b w:val="0"/>
          <w:i/>
        </w:rPr>
        <w:t>Power Moves: Ignite Your Confidence and Become a Force</w:t>
      </w:r>
      <w:r>
        <w:rPr>
          <w:b w:val="0"/>
          <w:i w:val="0"/>
        </w:rPr>
        <w:t>. Nashville: Thomas Nelson, 2024.</w:t>
      </w:r>
    </w:p>
    <w:p>
      <w:pPr>
        <w:spacing w:after="80"/>
      </w:pPr>
      <w:r>
        <w:rPr>
          <w:b w:val="0"/>
          <w:i w:val="0"/>
        </w:rPr>
        <w:t xml:space="preserve">Robbins, Mel. Phỏng vấn với Aditi Nerurkar. </w:t>
      </w:r>
      <w:r>
        <w:rPr>
          <w:b w:val="0"/>
          <w:i/>
        </w:rPr>
        <w:t>The Mel Robbins Podcast</w:t>
      </w:r>
      <w:r>
        <w:rPr>
          <w:b w:val="0"/>
          <w:i w:val="0"/>
        </w:rPr>
        <w:t>, podcast audio, May 23, 2024. https://podcasts.apple.com/us/podcast/1-stress-doctor-5-tools-to-protect-your-brain-from/id1646101002?i=1000656467802.</w:t>
      </w:r>
    </w:p>
    <w:p>
      <w:pPr>
        <w:spacing w:after="80"/>
      </w:pPr>
      <w:r>
        <w:rPr>
          <w:b w:val="0"/>
          <w:i w:val="0"/>
        </w:rPr>
        <w:t xml:space="preserve">Robbins, Mel. Phỏng vấn với Alok Kanojia. </w:t>
      </w:r>
      <w:r>
        <w:rPr>
          <w:b w:val="0"/>
          <w:i/>
        </w:rPr>
        <w:t>The Mel Robbins Podcast</w:t>
      </w:r>
      <w:r>
        <w:rPr>
          <w:b w:val="0"/>
          <w:i w:val="0"/>
        </w:rPr>
        <w:t>, podcast audio, June 5, 2024. https://podcasts.apple.com/us/podcast/the-mel-robbins-podcast/id1646101002?i=1000657879202.</w:t>
      </w:r>
    </w:p>
    <w:p>
      <w:pPr>
        <w:spacing w:after="80"/>
      </w:pPr>
      <w:r>
        <w:rPr>
          <w:b w:val="0"/>
          <w:i w:val="0"/>
        </w:rPr>
        <w:t xml:space="preserve">Robbins, Mel. Phỏng vấn với Alok Kanojia. </w:t>
      </w:r>
      <w:r>
        <w:rPr>
          <w:b w:val="0"/>
          <w:i/>
        </w:rPr>
        <w:t>The Mel Robbins Podcast</w:t>
      </w:r>
      <w:r>
        <w:rPr>
          <w:b w:val="0"/>
          <w:i w:val="0"/>
        </w:rPr>
        <w:t>, podcast audio, September 2, 2024. https://podcasts.apple.com/us/podcast/the-mel-robbins-podcast/id1646101002?i=1000668009088.</w:t>
      </w:r>
    </w:p>
    <w:p>
      <w:pPr>
        <w:spacing w:after="80"/>
      </w:pPr>
      <w:r>
        <w:rPr>
          <w:b w:val="0"/>
          <w:i w:val="0"/>
        </w:rPr>
        <w:t xml:space="preserve">Robbins, Mel. Phỏng vấn với Lisa Bilyeu. </w:t>
      </w:r>
      <w:r>
        <w:rPr>
          <w:b w:val="0"/>
          <w:i/>
        </w:rPr>
        <w:t>The Mel Robbins Podcast</w:t>
      </w:r>
      <w:r>
        <w:rPr>
          <w:b w:val="0"/>
          <w:i w:val="0"/>
        </w:rPr>
        <w:t>, podcast audio, March 28, 2024. https://podcasts.apple.com/us/podcast/the-mel-robbins-podcast/id1646101002?i=1000650685813.</w:t>
      </w:r>
    </w:p>
    <w:p>
      <w:pPr>
        <w:spacing w:after="80"/>
      </w:pPr>
      <w:r>
        <w:rPr>
          <w:b w:val="0"/>
          <w:i w:val="0"/>
        </w:rPr>
        <w:t xml:space="preserve">Robbins, Mel. Phỏng vấn với Lisa Damour. </w:t>
      </w:r>
      <w:r>
        <w:rPr>
          <w:b w:val="0"/>
          <w:i/>
        </w:rPr>
        <w:t>The Mel Robbins Podcast</w:t>
      </w:r>
      <w:r>
        <w:rPr>
          <w:b w:val="0"/>
          <w:i w:val="0"/>
        </w:rPr>
        <w:t>, podcast audio, May 18, 2023. https://podcasts.apple.com/us/podcast/the-mel-robbins-podcast/id1646101002?i=1000613472370.</w:t>
      </w:r>
    </w:p>
    <w:p>
      <w:pPr>
        <w:spacing w:after="80"/>
      </w:pPr>
      <w:r>
        <w:rPr>
          <w:b w:val="0"/>
          <w:i w:val="0"/>
        </w:rPr>
        <w:t xml:space="preserve">Robbins, Mel. Phỏng vấn với Luana Marques. </w:t>
      </w:r>
      <w:r>
        <w:rPr>
          <w:b w:val="0"/>
          <w:i/>
        </w:rPr>
        <w:t>The Mel Robbins Podcast</w:t>
      </w:r>
      <w:r>
        <w:rPr>
          <w:b w:val="0"/>
          <w:i w:val="0"/>
        </w:rPr>
        <w:t>, podcast audio, July 20, 2023. https://podcasts.apple.com/us/podcast/the-mel-robbins-podcast/id1646101002?i=1000621712441.</w:t>
      </w:r>
    </w:p>
    <w:p>
      <w:pPr>
        <w:spacing w:after="80"/>
      </w:pPr>
      <w:r>
        <w:rPr>
          <w:b w:val="0"/>
          <w:i w:val="0"/>
        </w:rPr>
        <w:t xml:space="preserve">Robbins, Mel. Phỏng vấn với Matthew Hussey. </w:t>
      </w:r>
      <w:r>
        <w:rPr>
          <w:b w:val="0"/>
          <w:i/>
        </w:rPr>
        <w:t>The Mel Robbins Podcast</w:t>
      </w:r>
      <w:r>
        <w:rPr>
          <w:b w:val="0"/>
          <w:i w:val="0"/>
        </w:rPr>
        <w:t>, podcast audio, May 27, 2024. https://podcasts.apple.com/us/podcast/the-mel-robbinspodcast/id1646101002?i=1000656851968.</w:t>
      </w:r>
    </w:p>
    <w:p>
      <w:pPr>
        <w:spacing w:after="80"/>
      </w:pPr>
      <w:r>
        <w:rPr>
          <w:b w:val="0"/>
          <w:i w:val="0"/>
        </w:rPr>
        <w:t xml:space="preserve">Robbins, Mel. Phỏng vấn với Robert Waldinger. </w:t>
      </w:r>
      <w:r>
        <w:rPr>
          <w:b w:val="0"/>
          <w:i/>
        </w:rPr>
        <w:t>The Mel Robbins Podcast</w:t>
      </w:r>
      <w:r>
        <w:rPr>
          <w:b w:val="0"/>
          <w:i w:val="0"/>
        </w:rPr>
        <w:t>, podcast audio, April 4, 2024. https://podcasts.apple.com/us/podcast/the-mel-robbinspodcast/id1646101002?i=1000651381441.</w:t>
      </w:r>
    </w:p>
    <w:p>
      <w:pPr>
        <w:spacing w:after="80"/>
      </w:pPr>
      <w:r>
        <w:rPr>
          <w:b w:val="0"/>
          <w:i w:val="0"/>
        </w:rPr>
        <w:t xml:space="preserve">Robbins, Mel. Phỏng vấn với Sarah Jakes Roberts. </w:t>
      </w:r>
      <w:r>
        <w:rPr>
          <w:b w:val="0"/>
          <w:i/>
        </w:rPr>
        <w:t>The Mel Robbins Podcast</w:t>
      </w:r>
      <w:r>
        <w:rPr>
          <w:b w:val="0"/>
          <w:i w:val="0"/>
        </w:rPr>
        <w:t>, podcast audio, July 25, 2024. https://podcasts.apple.com/us/podcast/the-mel-robbins-podcast/id1646101002?i=1000663279637.</w:t>
      </w:r>
    </w:p>
    <w:p>
      <w:pPr>
        <w:spacing w:after="80"/>
      </w:pPr>
      <w:r>
        <w:rPr>
          <w:b w:val="0"/>
          <w:i w:val="0"/>
        </w:rPr>
        <w:t xml:space="preserve">Robbins, Mel. </w:t>
      </w:r>
      <w:r>
        <w:rPr>
          <w:b w:val="0"/>
          <w:i/>
        </w:rPr>
        <w:t>The 5 Second Rule: Transform Your Life, Work, and Confidence with Everyday Courage</w:t>
      </w:r>
      <w:r>
        <w:rPr>
          <w:b w:val="0"/>
          <w:i w:val="0"/>
        </w:rPr>
        <w:t>. Brentwood, TN: Savio Republic, 2017.</w:t>
      </w:r>
    </w:p>
    <w:p>
      <w:pPr>
        <w:spacing w:after="80"/>
      </w:pPr>
      <w:r>
        <w:rPr>
          <w:b w:val="0"/>
          <w:i w:val="0"/>
        </w:rPr>
        <w:t xml:space="preserve">Robbins, Mel. </w:t>
      </w:r>
      <w:r>
        <w:rPr>
          <w:b w:val="0"/>
          <w:i/>
        </w:rPr>
        <w:t>The High 5 Habit</w:t>
      </w:r>
      <w:r>
        <w:rPr>
          <w:b w:val="0"/>
          <w:i w:val="0"/>
        </w:rPr>
        <w:t>. Carlsbad, CA: Hay House, 2021.</w:t>
      </w:r>
    </w:p>
    <w:p>
      <w:pPr>
        <w:spacing w:after="80"/>
      </w:pPr>
      <w:r>
        <w:rPr>
          <w:b w:val="0"/>
          <w:i w:val="0"/>
        </w:rPr>
        <w:t xml:space="preserve">Rusbult, Caryl E., và Paul A. M. Van Lange. “Why Do Relationships Persist? The Role of Investment in Long-Term Commitment.” </w:t>
      </w:r>
      <w:r>
        <w:rPr>
          <w:b w:val="0"/>
          <w:i/>
        </w:rPr>
        <w:t>Psychological Science</w:t>
      </w:r>
      <w:r>
        <w:rPr>
          <w:b w:val="0"/>
          <w:i w:val="0"/>
        </w:rPr>
        <w:t xml:space="preserve"> 22, no. 7 (2010): 135–140.</w:t>
      </w:r>
    </w:p>
    <w:p>
      <w:pPr>
        <w:spacing w:after="80"/>
      </w:pPr>
      <w:r>
        <w:rPr>
          <w:b w:val="0"/>
          <w:i w:val="0"/>
        </w:rPr>
        <w:t xml:space="preserve">Ryan, Richard M., và Edward L. Deci. “Promoting Self-Determined Relationships and Well-Being.” </w:t>
      </w:r>
      <w:r>
        <w:rPr>
          <w:b w:val="0"/>
          <w:i/>
        </w:rPr>
        <w:t>Educational Psychologist</w:t>
      </w:r>
      <w:r>
        <w:rPr>
          <w:b w:val="0"/>
          <w:i w:val="0"/>
        </w:rPr>
        <w:t xml:space="preserve"> 44, no. 2 (2009): 73–85.</w:t>
      </w:r>
    </w:p>
    <w:p>
      <w:pPr>
        <w:spacing w:after="80"/>
      </w:pPr>
      <w:r>
        <w:rPr>
          <w:b w:val="0"/>
          <w:i w:val="0"/>
        </w:rPr>
        <w:t xml:space="preserve">Sangwan, Neha. </w:t>
      </w:r>
      <w:r>
        <w:rPr>
          <w:b w:val="0"/>
          <w:i/>
        </w:rPr>
        <w:t>Powered by Me: From Burned Out to Fully Charged at Work and in Life</w:t>
      </w:r>
      <w:r>
        <w:rPr>
          <w:b w:val="0"/>
          <w:i w:val="0"/>
        </w:rPr>
        <w:t>. New York: Simon &amp; Schuster, 2023.</w:t>
      </w:r>
    </w:p>
    <w:p>
      <w:pPr>
        <w:spacing w:after="80"/>
      </w:pPr>
      <w:r>
        <w:rPr>
          <w:b w:val="0"/>
          <w:i w:val="0"/>
        </w:rPr>
        <w:t xml:space="preserve">Sapolsky, Robert M. </w:t>
      </w:r>
      <w:r>
        <w:rPr>
          <w:b w:val="0"/>
          <w:i/>
        </w:rPr>
        <w:t>Why Zebras Don’t Get Ulcers</w:t>
      </w:r>
      <w:r>
        <w:rPr>
          <w:b w:val="0"/>
          <w:i w:val="0"/>
        </w:rPr>
        <w:t>. New York: Henry Holt and Co., 2004.</w:t>
      </w:r>
    </w:p>
    <w:p>
      <w:pPr>
        <w:spacing w:after="80"/>
      </w:pPr>
      <w:r>
        <w:rPr>
          <w:b w:val="0"/>
          <w:i w:val="0"/>
        </w:rPr>
        <w:t xml:space="preserve">Schore, Allan N. </w:t>
      </w:r>
      <w:r>
        <w:rPr>
          <w:b w:val="0"/>
          <w:i/>
        </w:rPr>
        <w:t>Điều hòa Cảm xúc và Việc Hàn gắn Bản thân</w:t>
      </w:r>
      <w:r>
        <w:rPr>
          <w:b w:val="0"/>
          <w:i w:val="0"/>
        </w:rPr>
        <w:t>. New York: W. W. Norton &amp; Company, 2003.</w:t>
      </w:r>
    </w:p>
    <w:p>
      <w:pPr>
        <w:spacing w:after="80"/>
      </w:pPr>
      <w:r>
        <w:rPr>
          <w:b w:val="0"/>
          <w:i w:val="0"/>
        </w:rPr>
        <w:t xml:space="preserve">Schwartz, Barry. </w:t>
      </w:r>
      <w:r>
        <w:rPr>
          <w:b w:val="0"/>
          <w:i/>
        </w:rPr>
        <w:t>Nghịch lý của Sự lựa chọn: Vì sao càng nhiều lại càng ít</w:t>
      </w:r>
      <w:r>
        <w:rPr>
          <w:b w:val="0"/>
          <w:i w:val="0"/>
        </w:rPr>
        <w:t>. New York: Harper Perennial, 2004.</w:t>
      </w:r>
    </w:p>
    <w:p>
      <w:pPr>
        <w:spacing w:after="80"/>
      </w:pPr>
      <w:r>
        <w:rPr>
          <w:b w:val="0"/>
          <w:i w:val="0"/>
        </w:rPr>
        <w:t xml:space="preserve">Seligman, Martin. </w:t>
      </w:r>
      <w:r>
        <w:rPr>
          <w:b w:val="0"/>
          <w:i/>
        </w:rPr>
        <w:t>Hạnh phúc Đích thực: Sử dụng Tâm lý học Tích cực Mới để Hiện thực hóa Tiềm năng của Bạn vì một Sự viên mãn Lâu dài</w:t>
      </w:r>
      <w:r>
        <w:rPr>
          <w:b w:val="0"/>
          <w:i w:val="0"/>
        </w:rPr>
        <w:t>. New York: Atria Paperback, 2013.</w:t>
      </w:r>
    </w:p>
    <w:p>
      <w:pPr>
        <w:spacing w:after="80"/>
      </w:pPr>
      <w:r>
        <w:rPr>
          <w:b w:val="0"/>
          <w:i w:val="0"/>
        </w:rPr>
        <w:t xml:space="preserve">Siegel, Daniel J. </w:t>
      </w:r>
      <w:r>
        <w:rPr>
          <w:b w:val="0"/>
          <w:i/>
        </w:rPr>
        <w:t>Tâm trí Đang Phát triển: Cách các Mối quan hệ và Bộ não Tương tác để Định hình Con người Chúng ta</w:t>
      </w:r>
      <w:r>
        <w:rPr>
          <w:b w:val="0"/>
          <w:i w:val="0"/>
        </w:rPr>
        <w:t>. 2nd ed. New York: Guilford Press, 2012.</w:t>
      </w:r>
    </w:p>
    <w:p>
      <w:pPr>
        <w:spacing w:after="80"/>
      </w:pPr>
      <w:r>
        <w:rPr>
          <w:b w:val="0"/>
          <w:i w:val="0"/>
        </w:rPr>
        <w:t xml:space="preserve">Seligman, Martin E. P. </w:t>
      </w:r>
      <w:r>
        <w:rPr>
          <w:b w:val="0"/>
          <w:i/>
        </w:rPr>
        <w:t>Phồn thịnh: Một Cách hiểu Mới đầy Tầm nhìn về Hạnh phúc và Sự an lạc</w:t>
      </w:r>
      <w:r>
        <w:rPr>
          <w:b w:val="0"/>
          <w:i w:val="0"/>
        </w:rPr>
        <w:t>. New York: Free Press, 2011.</w:t>
      </w:r>
    </w:p>
    <w:p>
      <w:pPr>
        <w:spacing w:after="80"/>
      </w:pPr>
      <w:r>
        <w:rPr>
          <w:b w:val="0"/>
          <w:i w:val="0"/>
        </w:rPr>
        <w:t xml:space="preserve">“Tự chấp nhận Bản thân có thể là Chìa khóa dẫn đến một Cuộc sống Hạnh phúc hơn, nhưng lại là Thói quen Hạnh phúc mà Nhiều người Thực hành Ít nhất.” </w:t>
      </w:r>
      <w:r>
        <w:rPr>
          <w:b w:val="0"/>
          <w:i/>
        </w:rPr>
        <w:t>ScienceDaily</w:t>
      </w:r>
      <w:r>
        <w:rPr>
          <w:b w:val="0"/>
          <w:i w:val="0"/>
        </w:rPr>
        <w:t>. University of Hertfordshire, March 7, 2014. www.sciencedaily.com/releases/2014/03/140307111016.htm.</w:t>
      </w:r>
    </w:p>
    <w:p>
      <w:pPr>
        <w:spacing w:after="80"/>
      </w:pPr>
      <w:r>
        <w:rPr>
          <w:b w:val="0"/>
          <w:i w:val="0"/>
        </w:rPr>
        <w:t xml:space="preserve">Seneca. </w:t>
      </w:r>
      <w:r>
        <w:rPr>
          <w:b w:val="0"/>
          <w:i/>
        </w:rPr>
        <w:t>Những lá thư từ một Người theo Chủ nghĩa Khắc kỷ</w:t>
      </w:r>
      <w:r>
        <w:rPr>
          <w:b w:val="0"/>
          <w:i w:val="0"/>
        </w:rPr>
        <w:t>. Dịch bởi Robin Campbell. New York: Penguin Classics, 2004.</w:t>
      </w:r>
    </w:p>
    <w:p>
      <w:pPr>
        <w:spacing w:after="80"/>
      </w:pPr>
      <w:r>
        <w:rPr>
          <w:b w:val="0"/>
          <w:i w:val="0"/>
        </w:rPr>
        <w:t xml:space="preserve">Shapiro, Ron. “Làm thế nào để có những Cuộc trò chuyện Khó khăn mà không Đốt cháy Cầu nối.” </w:t>
      </w:r>
      <w:r>
        <w:rPr>
          <w:b w:val="0"/>
          <w:i/>
        </w:rPr>
        <w:t>Harvard Business Review</w:t>
      </w:r>
      <w:r>
        <w:rPr>
          <w:b w:val="0"/>
          <w:i w:val="0"/>
        </w:rPr>
        <w:t>, May 15, 2023. https://hbr.org/2023/05/how-to-have-difficult-conversations-without-burning-bridges.</w:t>
      </w:r>
    </w:p>
    <w:p>
      <w:pPr>
        <w:spacing w:after="80"/>
      </w:pPr>
      <w:r>
        <w:rPr>
          <w:b w:val="0"/>
          <w:i w:val="0"/>
        </w:rPr>
        <w:t xml:space="preserve">Sharot, Tali. </w:t>
      </w:r>
      <w:r>
        <w:rPr>
          <w:b w:val="0"/>
          <w:i/>
        </w:rPr>
        <w:t>Tâm trí có Sức ảnh hưởng: Bộ não Tiết lộ điều gì về Sức mạnh của Chúng ta trong việc Thay đổi Người khác</w:t>
      </w:r>
      <w:r>
        <w:rPr>
          <w:b w:val="0"/>
          <w:i w:val="0"/>
        </w:rPr>
        <w:t>. London: Hachette UK, 2017.</w:t>
      </w:r>
    </w:p>
    <w:p>
      <w:pPr>
        <w:spacing w:after="80"/>
      </w:pPr>
      <w:r>
        <w:rPr>
          <w:b w:val="0"/>
          <w:i w:val="0"/>
        </w:rPr>
        <w:t xml:space="preserve">Sharot, Tali. </w:t>
      </w:r>
      <w:r>
        <w:rPr>
          <w:b w:val="0"/>
          <w:i/>
        </w:rPr>
        <w:t>Thiên kiến Lạc quan: Một Chuyến tham quan Bộ não Tích cực một cách Phi lý</w:t>
      </w:r>
      <w:r>
        <w:rPr>
          <w:b w:val="0"/>
          <w:i w:val="0"/>
        </w:rPr>
        <w:t>. New York: Vintage, 2011.</w:t>
      </w:r>
    </w:p>
    <w:p>
      <w:pPr>
        <w:spacing w:after="80"/>
      </w:pPr>
      <w:r>
        <w:rPr>
          <w:b w:val="0"/>
          <w:i w:val="0"/>
        </w:rPr>
        <w:t xml:space="preserve">Sharot, Tali, và Cass R. Sunstein. </w:t>
      </w:r>
      <w:r>
        <w:rPr>
          <w:b w:val="0"/>
          <w:i/>
        </w:rPr>
        <w:t>Nhìn lại: Sức mạnh của việc Nhận ra những điều Vốn luôn ở đó</w:t>
      </w:r>
      <w:r>
        <w:rPr>
          <w:b w:val="0"/>
          <w:i w:val="0"/>
        </w:rPr>
        <w:t>. New York: Simon and Schuster, 2024.</w:t>
      </w:r>
    </w:p>
    <w:p>
      <w:pPr>
        <w:spacing w:after="80"/>
      </w:pPr>
      <w:r>
        <w:rPr>
          <w:b w:val="0"/>
          <w:i w:val="0"/>
        </w:rPr>
        <w:t xml:space="preserve">Smith, James M., và Nicholas A. Christakis. “Mạng lưới Xã hội và Sức khỏe.” </w:t>
      </w:r>
      <w:r>
        <w:rPr>
          <w:b w:val="0"/>
          <w:i/>
        </w:rPr>
        <w:t>Annual Review of Sociology</w:t>
      </w:r>
      <w:r>
        <w:rPr>
          <w:b w:val="0"/>
          <w:i w:val="0"/>
        </w:rPr>
        <w:t xml:space="preserve"> 36 (2010): 435–457.</w:t>
      </w:r>
    </w:p>
    <w:p>
      <w:pPr>
        <w:spacing w:after="80"/>
      </w:pPr>
      <w:r>
        <w:rPr>
          <w:b w:val="0"/>
          <w:i w:val="0"/>
        </w:rPr>
        <w:t xml:space="preserve">Sprecher, Susan, và Pamela C. Regan. “Tầm quan trọng của Tình bạn trong các Mối quan hệ Lãng mạn.” </w:t>
      </w:r>
      <w:r>
        <w:rPr>
          <w:b w:val="0"/>
          <w:i/>
        </w:rPr>
        <w:t>Social and Personality Psychology Compass</w:t>
      </w:r>
      <w:r>
        <w:rPr>
          <w:b w:val="0"/>
          <w:i w:val="0"/>
        </w:rPr>
        <w:t xml:space="preserve"> 8, no. 8 (2014): 412–425.</w:t>
      </w:r>
    </w:p>
    <w:p>
      <w:pPr>
        <w:spacing w:after="80"/>
      </w:pPr>
      <w:r>
        <w:rPr>
          <w:b w:val="0"/>
          <w:i w:val="0"/>
        </w:rPr>
        <w:t xml:space="preserve">Sprecher, Susan, và Pamela C. Regan. “Tầm quan trọng của Sự có đi có lại và Lòng tự trọng trong các Mối quan hệ Lãng mạn.” </w:t>
      </w:r>
      <w:r>
        <w:rPr>
          <w:b w:val="0"/>
          <w:i/>
        </w:rPr>
        <w:t>Personal Relationships</w:t>
      </w:r>
      <w:r>
        <w:rPr>
          <w:b w:val="0"/>
          <w:i w:val="0"/>
        </w:rPr>
        <w:t xml:space="preserve"> 8, no. 4 (2014): 419–435.</w:t>
      </w:r>
    </w:p>
    <w:p>
      <w:pPr>
        <w:spacing w:after="80"/>
      </w:pPr>
      <w:r>
        <w:rPr>
          <w:b w:val="0"/>
          <w:i w:val="0"/>
        </w:rPr>
        <w:t xml:space="preserve">Swart, Tara B. “Tác động của Cortisol lên Căng thẳng Xã hội và Sức khỏe.” </w:t>
      </w:r>
      <w:r>
        <w:rPr>
          <w:b w:val="0"/>
          <w:i/>
        </w:rPr>
        <w:t>Journal of Neuroscience Research</w:t>
      </w:r>
      <w:r>
        <w:rPr>
          <w:b w:val="0"/>
          <w:i w:val="0"/>
        </w:rPr>
        <w:t xml:space="preserve"> 129, no. 2 (2023): 304–15.</w:t>
      </w:r>
    </w:p>
    <w:p>
      <w:pPr>
        <w:spacing w:after="80"/>
      </w:pPr>
      <w:r>
        <w:rPr>
          <w:b w:val="0"/>
          <w:i w:val="0"/>
        </w:rPr>
        <w:t xml:space="preserve">Swart Bieber, Tara. </w:t>
      </w:r>
      <w:r>
        <w:rPr>
          <w:b w:val="0"/>
          <w:i/>
        </w:rPr>
        <w:t>Nguồn cội: Những Bí mật của Vũ trụ, Khoa học của Bộ não</w:t>
      </w:r>
      <w:r>
        <w:rPr>
          <w:b w:val="0"/>
          <w:i w:val="0"/>
        </w:rPr>
        <w:t>. London: Vermilion, 2019.</w:t>
      </w:r>
    </w:p>
    <w:p>
      <w:pPr>
        <w:spacing w:after="80"/>
      </w:pPr>
      <w:r>
        <w:rPr>
          <w:b w:val="0"/>
          <w:i w:val="0"/>
        </w:rPr>
        <w:t xml:space="preserve">Tannen, Deborah. </w:t>
      </w:r>
      <w:r>
        <w:rPr>
          <w:b w:val="0"/>
          <w:i/>
        </w:rPr>
        <w:t>You Just Don’t Understand: Women and Men in Conversation</w:t>
      </w:r>
      <w:r>
        <w:rPr>
          <w:b w:val="0"/>
          <w:i w:val="0"/>
        </w:rPr>
        <w:t>. New York: HarperCollins, 2011.</w:t>
      </w:r>
    </w:p>
    <w:p>
      <w:pPr>
        <w:spacing w:after="80"/>
      </w:pPr>
      <w:r>
        <w:rPr>
          <w:b w:val="0"/>
          <w:i w:val="0"/>
        </w:rPr>
        <w:t xml:space="preserve">Tesser, Abraham, và Richard H. Smith. “The Meaning of Success: The Social Psychology of Competition and Achievement.” </w:t>
      </w:r>
      <w:r>
        <w:rPr>
          <w:b w:val="0"/>
          <w:i/>
        </w:rPr>
        <w:t>Annual Review of Psychology</w:t>
      </w:r>
      <w:r>
        <w:rPr>
          <w:b w:val="0"/>
          <w:i w:val="0"/>
        </w:rPr>
        <w:t xml:space="preserve"> 65 (2014): 519–546.</w:t>
      </w:r>
    </w:p>
    <w:p>
      <w:pPr>
        <w:spacing w:after="80"/>
      </w:pPr>
      <w:r>
        <w:rPr>
          <w:b w:val="0"/>
          <w:i w:val="0"/>
        </w:rPr>
        <w:t xml:space="preserve">Tolle, Eckhart. </w:t>
      </w:r>
      <w:r>
        <w:rPr>
          <w:b w:val="0"/>
          <w:i/>
        </w:rPr>
        <w:t>The Power of Now: A Guide to Spiritual Enlightenment</w:t>
      </w:r>
      <w:r>
        <w:rPr>
          <w:b w:val="0"/>
          <w:i w:val="0"/>
        </w:rPr>
        <w:t>. Vancouver: New World Library, 2004.</w:t>
      </w:r>
    </w:p>
    <w:p>
      <w:pPr>
        <w:spacing w:after="80"/>
      </w:pPr>
      <w:r>
        <w:rPr>
          <w:b w:val="0"/>
          <w:i w:val="0"/>
        </w:rPr>
        <w:t xml:space="preserve">Tsabary, Shefali. </w:t>
      </w:r>
      <w:r>
        <w:rPr>
          <w:b w:val="0"/>
          <w:i/>
        </w:rPr>
        <w:t>The Conscious Parent: Transforming Ourselves, Empowering Our Children</w:t>
      </w:r>
      <w:r>
        <w:rPr>
          <w:b w:val="0"/>
          <w:i w:val="0"/>
        </w:rPr>
        <w:t>. Vancouver: Namaste Publishing, 2010.</w:t>
      </w:r>
    </w:p>
    <w:p>
      <w:pPr>
        <w:spacing w:after="80"/>
      </w:pPr>
      <w:r>
        <w:rPr>
          <w:b w:val="0"/>
          <w:i w:val="0"/>
        </w:rPr>
        <w:t xml:space="preserve">Ulrich, Roger S. “Evidence-Based Health-Care Architecture.” </w:t>
      </w:r>
      <w:r>
        <w:rPr>
          <w:b w:val="0"/>
          <w:i/>
        </w:rPr>
        <w:t>The Lancet</w:t>
      </w:r>
      <w:r>
        <w:rPr>
          <w:b w:val="0"/>
          <w:i w:val="0"/>
        </w:rPr>
        <w:t xml:space="preserve"> 370, no. 9597 (2011): 139–140.</w:t>
      </w:r>
    </w:p>
    <w:p>
      <w:pPr>
        <w:spacing w:after="80"/>
      </w:pPr>
      <w:r>
        <w:rPr>
          <w:b w:val="0"/>
          <w:i w:val="0"/>
        </w:rPr>
        <w:t xml:space="preserve">Updegraff, John A., và Shelley E. Taylor. “From Vulnerability to Growth: The Influence of Successful Others on Personal Growth in the Face of Challenge.” </w:t>
      </w:r>
      <w:r>
        <w:rPr>
          <w:b w:val="0"/>
          <w:i/>
        </w:rPr>
        <w:t>Journal of Personality and Social Psychology</w:t>
      </w:r>
      <w:r>
        <w:rPr>
          <w:b w:val="0"/>
          <w:i w:val="0"/>
        </w:rPr>
        <w:t xml:space="preserve"> 102, no. 5 (2013): 936–948.</w:t>
      </w:r>
    </w:p>
    <w:p>
      <w:pPr>
        <w:spacing w:after="80"/>
      </w:pPr>
      <w:r>
        <w:rPr>
          <w:b w:val="0"/>
          <w:i w:val="0"/>
        </w:rPr>
        <w:t xml:space="preserve">Vaillant, George E. “Involuntary Coping Mechanisms: A Psychodynamic Perspective.” </w:t>
      </w:r>
      <w:r>
        <w:rPr>
          <w:b w:val="0"/>
          <w:i/>
        </w:rPr>
        <w:t>Harvard Review of Psychiatry</w:t>
      </w:r>
      <w:r>
        <w:rPr>
          <w:b w:val="0"/>
          <w:i w:val="0"/>
        </w:rPr>
        <w:t xml:space="preserve"> 19, no. 3 (2011): 148–152.</w:t>
      </w:r>
    </w:p>
    <w:p>
      <w:pPr>
        <w:spacing w:after="80"/>
      </w:pPr>
      <w:r>
        <w:rPr>
          <w:b w:val="0"/>
          <w:i w:val="0"/>
        </w:rPr>
        <w:t xml:space="preserve">Van Bavel, Jay J., và Dominic J. Packer. “The Power of Us: Intergroup Situations and Group-Based Persuasion.” </w:t>
      </w:r>
      <w:r>
        <w:rPr>
          <w:b w:val="0"/>
          <w:i/>
        </w:rPr>
        <w:t>Social and Personality Psychology Compass</w:t>
      </w:r>
      <w:r>
        <w:rPr>
          <w:b w:val="0"/>
          <w:i w:val="0"/>
        </w:rPr>
        <w:t xml:space="preserve"> 10, no. 8 (2016): 409–420.</w:t>
      </w:r>
    </w:p>
    <w:p>
      <w:pPr>
        <w:spacing w:after="80"/>
      </w:pPr>
      <w:r>
        <w:rPr>
          <w:b w:val="0"/>
          <w:i w:val="0"/>
        </w:rPr>
        <w:t xml:space="preserve">van der Kolk, Bessel. </w:t>
      </w:r>
      <w:r>
        <w:rPr>
          <w:b w:val="0"/>
          <w:i/>
        </w:rPr>
        <w:t>The Body Keeps the Score: Brain, Mind, and Body in the Healing of Trauma</w:t>
      </w:r>
      <w:r>
        <w:rPr>
          <w:b w:val="0"/>
          <w:i w:val="0"/>
        </w:rPr>
        <w:t>. New York: Viking, 2014.</w:t>
      </w:r>
    </w:p>
    <w:p>
      <w:pPr>
        <w:spacing w:after="80"/>
      </w:pPr>
      <w:r>
        <w:rPr>
          <w:b w:val="0"/>
          <w:i w:val="0"/>
        </w:rPr>
        <w:t xml:space="preserve">van der Kolk, Bessel, Alexander C. McFarlane, và Lars Weisæth, eds. </w:t>
      </w:r>
      <w:r>
        <w:rPr>
          <w:b w:val="0"/>
          <w:i/>
        </w:rPr>
        <w:t>Traumatic Stress: The Effects of Overwhelming Experience on Mind, Body, and Society</w:t>
      </w:r>
      <w:r>
        <w:rPr>
          <w:b w:val="0"/>
          <w:i w:val="0"/>
        </w:rPr>
        <w:t>. New York: Guilford Press, 2007.</w:t>
      </w:r>
    </w:p>
    <w:p>
      <w:pPr>
        <w:spacing w:after="80"/>
      </w:pPr>
      <w:r>
        <w:rPr>
          <w:b w:val="0"/>
          <w:i w:val="0"/>
        </w:rPr>
        <w:t xml:space="preserve">Van Dijk, Wilco W., và Marcel Zeelenberg. “The Paradox of Envy: Comparing Ourselves with Better-Off Others May Cause Personal Growth.” </w:t>
      </w:r>
      <w:r>
        <w:rPr>
          <w:b w:val="0"/>
          <w:i/>
        </w:rPr>
        <w:t>Journal of Personality and Social Psychology</w:t>
      </w:r>
      <w:r>
        <w:rPr>
          <w:b w:val="0"/>
          <w:i w:val="0"/>
        </w:rPr>
        <w:t xml:space="preserve"> 86, no. 2 (2014): 192–203.</w:t>
      </w:r>
    </w:p>
    <w:p>
      <w:pPr>
        <w:spacing w:after="80"/>
      </w:pPr>
      <w:r>
        <w:rPr>
          <w:b w:val="0"/>
          <w:i w:val="0"/>
        </w:rPr>
        <w:t xml:space="preserve">Vogel, E. A., J. P. Rose, L. R. Roberts, và K. Eckles. “Social Comparison, Social Media, and Self-Esteem.” </w:t>
      </w:r>
      <w:r>
        <w:rPr>
          <w:b w:val="0"/>
          <w:i/>
        </w:rPr>
        <w:t>Psychology of Popular Media Culture</w:t>
      </w:r>
      <w:r>
        <w:rPr>
          <w:b w:val="0"/>
          <w:i w:val="0"/>
        </w:rPr>
        <w:t xml:space="preserve"> 3, no. 4 (2014): 206–222. https://doi.org/10.1037/ppm0000047.</w:t>
      </w:r>
    </w:p>
    <w:p>
      <w:pPr>
        <w:spacing w:after="80"/>
      </w:pPr>
      <w:r>
        <w:rPr>
          <w:b w:val="0"/>
          <w:i w:val="0"/>
        </w:rPr>
        <w:t xml:space="preserve">Vohs, Kathleen D., et al. “Decision Fatigue Exhausts Self-Regulatory Resources—But So Does Accommodating to Unrealistic Social Expectations.” </w:t>
      </w:r>
      <w:r>
        <w:rPr>
          <w:b w:val="0"/>
          <w:i/>
        </w:rPr>
        <w:t>Journal of Personality and Social Psychology</w:t>
      </w:r>
      <w:r>
        <w:rPr>
          <w:b w:val="0"/>
          <w:i w:val="0"/>
        </w:rPr>
        <w:t xml:space="preserve"> 104, no. 6 (2014): 940–950.</w:t>
      </w:r>
    </w:p>
    <w:p>
      <w:pPr>
        <w:spacing w:after="80"/>
      </w:pPr>
      <w:r>
        <w:rPr>
          <w:b w:val="0"/>
          <w:i w:val="0"/>
        </w:rPr>
        <w:t xml:space="preserve">Vohs, Kathleen D., và Roy F. Baumeister, eds. </w:t>
      </w:r>
      <w:r>
        <w:rPr>
          <w:b w:val="0"/>
          <w:i/>
        </w:rPr>
        <w:t>Handbook of Self-Regulation: Research, Theory, and Applications</w:t>
      </w:r>
      <w:r>
        <w:rPr>
          <w:b w:val="0"/>
          <w:i w:val="0"/>
        </w:rPr>
        <w:t>. 2nd ed. New York: Guilford Publications, 2016.</w:t>
      </w:r>
    </w:p>
    <w:p>
      <w:pPr>
        <w:spacing w:after="80"/>
      </w:pPr>
      <w:r>
        <w:rPr>
          <w:b w:val="0"/>
          <w:i w:val="0"/>
        </w:rPr>
        <w:t xml:space="preserve">Waldinger, Robert, và Marc Schulz. </w:t>
      </w:r>
      <w:r>
        <w:rPr>
          <w:b w:val="0"/>
          <w:i/>
        </w:rPr>
        <w:t>The Good Life: Lessons from the World’s Longest Study on Happiness</w:t>
      </w:r>
      <w:r>
        <w:rPr>
          <w:b w:val="0"/>
          <w:i w:val="0"/>
        </w:rPr>
        <w:t>. New York: Random House, 2023.</w:t>
      </w:r>
    </w:p>
    <w:p>
      <w:pPr>
        <w:spacing w:after="80"/>
      </w:pPr>
      <w:r>
        <w:rPr>
          <w:b w:val="0"/>
          <w:i w:val="0"/>
        </w:rPr>
        <w:t xml:space="preserve">White, Katherine, và Darrin R. Lehman. “Culture and Social Comparison Seeking: The Role of Self-Motives.” </w:t>
      </w:r>
      <w:r>
        <w:rPr>
          <w:b w:val="0"/>
          <w:i/>
        </w:rPr>
        <w:t>Personality and Social Psychology Bulletin</w:t>
      </w:r>
      <w:r>
        <w:rPr>
          <w:b w:val="0"/>
          <w:i w:val="0"/>
        </w:rPr>
        <w:t xml:space="preserve"> 31, no. 2 (2005): 232–242. https://doi.org/10.1177/0146167204271326.</w:t>
      </w:r>
    </w:p>
    <w:p>
      <w:pPr>
        <w:spacing w:after="80"/>
      </w:pPr>
      <w:r>
        <w:rPr>
          <w:b w:val="0"/>
          <w:i w:val="0"/>
        </w:rPr>
        <w:t xml:space="preserve">Willis, Judy. “Khoa học thần kinh đằng sau căng thẳng và học tập.” </w:t>
      </w:r>
      <w:r>
        <w:rPr>
          <w:b w:val="0"/>
          <w:i/>
        </w:rPr>
        <w:t>Nature Partner Journal Science of Learning</w:t>
      </w:r>
      <w:r>
        <w:rPr>
          <w:b w:val="0"/>
          <w:i w:val="0"/>
        </w:rPr>
        <w:t>. Nature Publishing Group, 16 tháng 10, 2016. https://npjscilearncommunity.nature.com/posts/12735-the-neuroscience-behind-stress-and-learning.</w:t>
      </w:r>
    </w:p>
    <w:p>
      <w:pPr>
        <w:spacing w:after="80"/>
      </w:pPr>
      <w:r>
        <w:rPr>
          <w:b w:val="0"/>
          <w:i w:val="0"/>
        </w:rPr>
        <w:t xml:space="preserve">Willis, Judy. “Những điều bạn nên biết về bộ não của mình.” </w:t>
      </w:r>
      <w:r>
        <w:rPr>
          <w:b w:val="0"/>
          <w:i/>
        </w:rPr>
        <w:t>Educational Leadership</w:t>
      </w:r>
      <w:r>
        <w:rPr>
          <w:b w:val="0"/>
          <w:i w:val="0"/>
        </w:rPr>
        <w:t xml:space="preserve"> 67, số 4 (tháng 1, 2010).</w:t>
      </w:r>
    </w:p>
    <w:p>
      <w:pPr>
        <w:spacing w:after="80"/>
      </w:pPr>
      <w:r>
        <w:rPr>
          <w:b w:val="0"/>
          <w:i w:val="0"/>
        </w:rPr>
        <w:t xml:space="preserve">Wiseman, Richard. </w:t>
      </w:r>
      <w:r>
        <w:rPr>
          <w:b w:val="0"/>
          <w:i/>
        </w:rPr>
        <w:t>The Luck Factor</w:t>
      </w:r>
      <w:r>
        <w:rPr>
          <w:b w:val="0"/>
          <w:i w:val="0"/>
        </w:rPr>
        <w:t>. New York: Miramax Books, 2003.</w:t>
      </w:r>
    </w:p>
    <w:p>
      <w:pPr>
        <w:spacing w:after="80"/>
      </w:pPr>
      <w:r>
        <w:rPr>
          <w:b w:val="0"/>
          <w:i w:val="0"/>
        </w:rPr>
        <w:t xml:space="preserve">Wood, Alex M., và cộng sự. “Vai trò của lòng biết ơn trong sự phát triển của hỗ trợ xã hội, căng thẳng và trầm cảm: Hai nghiên cứu theo chiều dọc.” </w:t>
      </w:r>
      <w:r>
        <w:rPr>
          <w:b w:val="0"/>
          <w:i/>
        </w:rPr>
        <w:t>Journal of Research in Personality</w:t>
      </w:r>
      <w:r>
        <w:rPr>
          <w:b w:val="0"/>
          <w:i w:val="0"/>
        </w:rPr>
        <w:t xml:space="preserve"> 45, số 4 (2011): 466–474.</w:t>
      </w:r>
    </w:p>
    <w:p>
      <w:pPr>
        <w:spacing w:after="80"/>
      </w:pPr>
      <w:r>
        <w:rPr>
          <w:b w:val="0"/>
          <w:i w:val="0"/>
        </w:rPr>
        <w:t xml:space="preserve">Wood, Joanne V., và Abraham Tesser. “Suy ngẫm về thành công không thể thay đổi: So sánh xã hội đi xuống và các chiến lược tự cải thiện.” </w:t>
      </w:r>
      <w:r>
        <w:rPr>
          <w:b w:val="0"/>
          <w:i/>
        </w:rPr>
        <w:t>European Journal of Social Psychology</w:t>
      </w:r>
      <w:r>
        <w:rPr>
          <w:b w:val="0"/>
          <w:i w:val="0"/>
        </w:rPr>
        <w:t xml:space="preserve"> 41, số 4 (2011): 387–396.</w:t>
      </w:r>
    </w:p>
    <w:p>
      <w:pPr>
        <w:spacing w:after="80"/>
      </w:pPr>
      <w:r>
        <w:rPr>
          <w:b w:val="0"/>
          <w:i w:val="0"/>
        </w:rPr>
        <w:t xml:space="preserve">Wrzus, Cornelia, và cộng sự. “Những thay đổi trong mạng lưới xã hội và các sự kiện cuộc sống xuyên suốt vòng đời: Một phân tích tổng hợp.” </w:t>
      </w:r>
      <w:r>
        <w:rPr>
          <w:b w:val="0"/>
          <w:i/>
        </w:rPr>
        <w:t>Psychological Bulletin</w:t>
      </w:r>
      <w:r>
        <w:rPr>
          <w:b w:val="0"/>
          <w:i w:val="0"/>
        </w:rPr>
        <w:t xml:space="preserve"> 139, số 1 (2013): 53–80.</w:t>
      </w:r>
    </w:p>
    <w:p>
      <w:pPr>
        <w:spacing w:after="80"/>
      </w:pPr>
      <w:r>
        <w:rPr>
          <w:b w:val="0"/>
          <w:i w:val="0"/>
        </w:rPr>
        <w:t xml:space="preserve">Zaki, Jamil. “Đồng cảm: Một góc nhìn dựa trên động lực.” </w:t>
      </w:r>
      <w:r>
        <w:rPr>
          <w:b w:val="0"/>
          <w:i/>
        </w:rPr>
        <w:t>Psychological Bulletin</w:t>
      </w:r>
      <w:r>
        <w:rPr>
          <w:b w:val="0"/>
          <w:i w:val="0"/>
        </w:rPr>
        <w:t xml:space="preserve"> 140, số 6 (2014): 1608–1647.</w:t>
      </w:r>
    </w:p>
    <w:p>
      <w:pPr>
        <w:spacing w:after="80"/>
      </w:pPr>
      <w:r>
        <w:rPr>
          <w:b w:val="0"/>
          <w:i w:val="0"/>
        </w:rPr>
        <w:t xml:space="preserve">Zaki, Jamil. </w:t>
      </w:r>
      <w:r>
        <w:rPr>
          <w:b w:val="0"/>
          <w:i/>
        </w:rPr>
        <w:t>The War for Kindness: Building Empathy in a Fractured World</w:t>
      </w:r>
      <w:r>
        <w:rPr>
          <w:b w:val="0"/>
          <w:i w:val="0"/>
        </w:rPr>
        <w:t>. New York: Crown Publishing, 2019.</w:t>
      </w:r>
    </w:p>
    <w:p>
      <w:pPr>
        <w:pStyle w:val="Heading1"/>
      </w:pPr>
      <w:r>
        <w:rPr>
          <w:rFonts w:ascii="Calibri" w:hAnsi="Calibri"/>
          <w:b/>
          <w:i w:val="0"/>
          <w:sz w:val="40"/>
        </w:rPr>
        <w:t>Về Mel</w:t>
      </w:r>
    </w:p>
    <w:p>
      <w:pPr>
        <w:spacing w:after="80"/>
      </w:pPr>
      <w:r>
        <w:rPr>
          <w:b/>
          <w:i w:val="0"/>
        </w:rPr>
        <w:t>Mel Robbins</w:t>
      </w:r>
      <w:r>
        <w:rPr>
          <w:b w:val="0"/>
          <w:i w:val="0"/>
        </w:rPr>
        <w:t xml:space="preserve"> là tác giả sách bán chạy của </w:t>
      </w:r>
      <w:r>
        <w:rPr>
          <w:b w:val="0"/>
          <w:i/>
        </w:rPr>
        <w:t>New York Times</w:t>
      </w:r>
      <w:r>
        <w:rPr>
          <w:b w:val="0"/>
          <w:i w:val="0"/>
        </w:rPr>
        <w:t xml:space="preserve"> và là chuyên gia nổi tiếng thế giới về tư duy, động lực và thay đổi hành vi, với các tác phẩm đã được dịch sang 41 ngôn ngữ.</w:t>
      </w:r>
    </w:p>
    <w:p>
      <w:pPr>
        <w:spacing w:after="80"/>
      </w:pPr>
      <w:r>
        <w:rPr>
          <w:b w:val="0"/>
          <w:i w:val="0"/>
        </w:rPr>
        <w:t xml:space="preserve">Với hàng triệu cuốn sách đã bán, bảy tựa sách số 1 trên Audible và hàng tỷ lượt xem video, tầm ảnh hưởng của Mel thực sự mang tính toàn cầu. Là người dẫn chương trình </w:t>
      </w:r>
      <w:r>
        <w:rPr>
          <w:b w:val="0"/>
          <w:i/>
        </w:rPr>
        <w:t>The Mel Robbins Podcast</w:t>
      </w:r>
      <w:r>
        <w:rPr>
          <w:b w:val="0"/>
          <w:i w:val="0"/>
        </w:rPr>
        <w:t>, podcast giáo dục số 1 thế giới từng đoạt giải Webby và Signal, Mel truyền cảm hứng cho người nghe ở 194 quốc gia mỗi ngày.</w:t>
      </w:r>
    </w:p>
    <w:p>
      <w:pPr>
        <w:spacing w:after="80"/>
      </w:pPr>
      <w:r>
        <w:rPr>
          <w:b w:val="0"/>
          <w:i w:val="0"/>
        </w:rPr>
        <w:t>Công ty truyền thông của cô, 143 Studios Inc., sản xuất nội dung khơi gợi, từng đoạt giải thưởng, các sự kiện chuyển đổi và chương trình đào tạo gốc cho các khách hàng như Starbucks, JPMorganChase, LinkedIn, Headspace và Ulta Beauty. Cô được vinh danh trong danh sách 50 Over 50 của Forbes và là thành viên ban giám đốc của Amplify Publishing.</w:t>
      </w:r>
    </w:p>
    <w:p>
      <w:pPr>
        <w:spacing w:after="80"/>
      </w:pPr>
      <w:r>
        <w:rPr>
          <w:b w:val="0"/>
          <w:i w:val="0"/>
        </w:rPr>
        <w:t xml:space="preserve">Được biết đến với khả năng đơn giản hóa những chủ đề phức tạp thành những hành động thực tế hằng ngày, Mel Robbins mang đến tác phẩm mạnh mẽ và sâu sắc nhất của mình với </w:t>
      </w:r>
      <w:r>
        <w:rPr>
          <w:b w:val="0"/>
          <w:i/>
        </w:rPr>
        <w:t>The Let Them Theory</w:t>
      </w:r>
      <w:r>
        <w:rPr>
          <w:b w:val="0"/>
          <w:i w:val="0"/>
        </w:rPr>
        <w:t>.</w:t>
      </w:r>
    </w:p>
    <w:p>
      <w:pPr>
        <w:spacing w:after="80"/>
      </w:pPr>
      <w:r>
        <w:rPr>
          <w:b w:val="0"/>
          <w:i w:val="0"/>
        </w:rPr>
        <w:t xml:space="preserve">Tìm hiểu thêm tại </w:t>
      </w:r>
      <w:r>
        <w:rPr>
          <w:b/>
          <w:i w:val="0"/>
        </w:rPr>
        <w:t>melrobbins.com</w:t>
      </w:r>
      <w:r>
        <w:rPr>
          <w:b w:val="0"/>
          <w:i w:val="0"/>
        </w:rPr>
        <w:t>.</w:t>
      </w:r>
    </w:p>
    <w:p>
      <w:pPr>
        <w:pStyle w:val="Heading1"/>
      </w:pPr>
      <w:r>
        <w:rPr>
          <w:rFonts w:ascii="Calibri" w:hAnsi="Calibri"/>
          <w:b/>
          <w:i w:val="0"/>
          <w:sz w:val="40"/>
        </w:rPr>
        <w:t>Cách giữ liên lạc với tôi</w:t>
      </w:r>
    </w:p>
    <w:p>
      <w:pPr>
        <w:pStyle w:val="Heading2"/>
      </w:pPr>
      <w:r>
        <w:rPr>
          <w:rFonts w:ascii="Calibri" w:hAnsi="Calibri"/>
          <w:b/>
          <w:i w:val="0"/>
          <w:sz w:val="32"/>
        </w:rPr>
        <w:t>Nếu bạn yêu thích cuốn sách này—bạn sẽ thực sự yêu thích:</w:t>
      </w:r>
    </w:p>
    <w:p>
      <w:pPr>
        <w:spacing w:after="80"/>
      </w:pPr>
      <w:r>
        <w:rPr>
          <w:b/>
          <w:i w:val="0"/>
        </w:rPr>
        <w:t>1. Bản tin của tôi</w:t>
      </w:r>
    </w:p>
    <w:p>
      <w:pPr>
        <w:spacing w:after="80"/>
      </w:pPr>
      <w:r>
        <w:rPr>
          <w:b w:val="0"/>
          <w:i w:val="0"/>
        </w:rPr>
        <w:t>Một trong những bản tin phổ biến nhất thế giới. Mỗi tuần, số mới nhất được gửi đến hơn 2,000,000 người. Nó mang tính cá nhân, truyền cảm hứng và chứa đầy những ý tưởng hay nhất cùng lời khuyên hữu ích.</w:t>
      </w:r>
    </w:p>
    <w:p>
      <w:pPr>
        <w:spacing w:after="80"/>
      </w:pPr>
      <w:r>
        <w:rPr>
          <w:b w:val="0"/>
          <w:i w:val="0"/>
        </w:rPr>
        <w:t xml:space="preserve">Đăng ký miễn phí tại </w:t>
      </w:r>
      <w:r>
        <w:rPr>
          <w:b/>
          <w:i w:val="0"/>
        </w:rPr>
        <w:t>melrobbins.com/newsletter</w:t>
      </w:r>
      <w:r>
        <w:rPr>
          <w:b w:val="0"/>
          <w:i w:val="0"/>
        </w:rPr>
        <w:t>.</w:t>
      </w:r>
    </w:p>
    <w:p>
      <w:pPr>
        <w:spacing w:after="80"/>
      </w:pPr>
      <w:r>
        <w:rPr>
          <w:b/>
          <w:i w:val="0"/>
        </w:rPr>
        <w:t>2.</w:t>
      </w:r>
      <w:r>
        <w:rPr>
          <w:b w:val="0"/>
          <w:i w:val="0"/>
        </w:rPr>
        <w:t xml:space="preserve"> </w:t>
      </w:r>
      <w:r>
        <w:rPr>
          <w:b w:val="0"/>
          <w:i/>
        </w:rPr>
        <w:t>The Mel Robbins Podcast</w:t>
      </w:r>
    </w:p>
    <w:p>
      <w:pPr>
        <w:spacing w:after="80"/>
      </w:pPr>
      <w:r>
        <w:rPr>
          <w:b w:val="0"/>
          <w:i w:val="0"/>
        </w:rPr>
        <w:t xml:space="preserve">Tạp chí </w:t>
      </w:r>
      <w:r>
        <w:rPr>
          <w:b w:val="0"/>
          <w:i/>
        </w:rPr>
        <w:t>TIME</w:t>
      </w:r>
      <w:r>
        <w:rPr>
          <w:b w:val="0"/>
          <w:i w:val="0"/>
        </w:rPr>
        <w:t xml:space="preserve"> nói rằng “nó cho người nghe một lý do để tin vào chính mình.” </w:t>
      </w:r>
      <w:r>
        <w:rPr>
          <w:b w:val="0"/>
          <w:i/>
        </w:rPr>
        <w:t>The Mel Robbins Podcast</w:t>
      </w:r>
      <w:r>
        <w:rPr>
          <w:b w:val="0"/>
          <w:i w:val="0"/>
        </w:rPr>
        <w:t xml:space="preserve"> là một trong những podcast xếp hạng cao nhất thế giới. Các tập mới phát hành hàng tuần và có thể tìm thấy ở bất cứ nơi nào bạn nghe podcast hoặc trên </w:t>
      </w:r>
      <w:r>
        <w:rPr>
          <w:b/>
          <w:i w:val="0"/>
        </w:rPr>
        <w:t>youtube.com/melrobbins.</w:t>
      </w:r>
    </w:p>
    <w:p>
      <w:pPr>
        <w:spacing w:after="80"/>
      </w:pPr>
      <w:r>
        <w:rPr>
          <w:b/>
          <w:i w:val="0"/>
        </w:rPr>
        <w:t>3. Kết nối trên mạng xã hội</w:t>
      </w:r>
    </w:p>
    <w:p>
      <w:pPr>
        <w:spacing w:after="80"/>
      </w:pPr>
      <w:r>
        <w:rPr>
          <w:b w:val="0"/>
          <w:i w:val="0"/>
        </w:rPr>
        <w:t xml:space="preserve">Kết nối với tôi hàng ngày trên tất cả các nền tảng mạng xã hội yêu thích của bạn tại </w:t>
      </w:r>
      <w:r>
        <w:rPr>
          <w:b/>
          <w:i w:val="0"/>
        </w:rPr>
        <w:t>@melrobbins</w:t>
      </w:r>
      <w:r>
        <w:rPr>
          <w:b w:val="0"/>
          <w:i w:val="0"/>
        </w:rPr>
        <w:t>.</w:t>
      </w:r>
    </w:p>
    <w:p>
      <w:pPr>
        <w:spacing w:after="80"/>
      </w:pPr>
      <w:r>
        <w:rPr>
          <w:b/>
          <w:i w:val="0"/>
        </w:rPr>
        <w:t>Tìm hiểu thêm tại melrobbins.com</w:t>
      </w:r>
    </w:p>
    <w:p>
      <w:pPr>
        <w:pStyle w:val="Heading1"/>
      </w:pPr>
      <w:r>
        <w:rPr>
          <w:rFonts w:ascii="Calibri" w:hAnsi="Calibri"/>
          <w:b/>
          <w:i w:val="0"/>
          <w:sz w:val="40"/>
        </w:rPr>
        <w:t>Chúng tôi hy vọng bạn đã thích cuốn sách Hay House này. Nếu bạn muốn nhận danh mục trực tuyến của chúng tôi, bao gồm thông tin bổ sung về sách và sản phẩm của Hay House, hoặc nếu bạn muốn tìm hiểu thêm về Hay Foundation, vui lòng liên hệ:</w:t>
      </w:r>
    </w:p>
    <w:p>
      <w:pPr>
        <w:jc w:val="center"/>
      </w:pPr>
      <w:r>
        <w:drawing>
          <wp:inline xmlns:a="http://schemas.openxmlformats.org/drawingml/2006/main" xmlns:pic="http://schemas.openxmlformats.org/drawingml/2006/picture">
            <wp:extent cx="676275" cy="971550"/>
            <wp:docPr id="12" name="Picture 12"/>
            <wp:cNvGraphicFramePr>
              <a:graphicFrameLocks noChangeAspect="1"/>
            </wp:cNvGraphicFramePr>
            <a:graphic>
              <a:graphicData uri="http://schemas.openxmlformats.org/drawingml/2006/picture">
                <pic:pic>
                  <pic:nvPicPr>
                    <pic:cNvPr id="0" name="p336.jpg"/>
                    <pic:cNvPicPr/>
                  </pic:nvPicPr>
                  <pic:blipFill>
                    <a:blip r:embed="rId20"/>
                    <a:stretch>
                      <a:fillRect/>
                    </a:stretch>
                  </pic:blipFill>
                  <pic:spPr>
                    <a:xfrm>
                      <a:off x="0" y="0"/>
                      <a:ext cx="676275" cy="971550"/>
                    </a:xfrm>
                    <a:prstGeom prst="rect"/>
                  </pic:spPr>
                </pic:pic>
              </a:graphicData>
            </a:graphic>
          </wp:inline>
        </w:drawing>
      </w:r>
    </w:p>
    <w:p>
      <w:pPr>
        <w:spacing w:after="80"/>
      </w:pPr>
      <w:r>
        <w:rPr>
          <w:b w:val="0"/>
          <w:i w:val="0"/>
        </w:rPr>
        <w:t>Hay House LLC, P.O. Box 5100, Carlsbad, CA 92018-5100</w:t>
      </w:r>
      <w:r>
        <w:br/>
      </w:r>
      <w:r>
        <w:rPr>
          <w:b w:val="0"/>
          <w:i w:val="0"/>
        </w:rPr>
        <w:t>(760) 431-7695 hoặc (800) 654-5126</w:t>
      </w:r>
      <w:r>
        <w:br/>
      </w:r>
      <w:r>
        <w:rPr>
          <w:b w:val="0"/>
          <w:i w:val="0"/>
        </w:rPr>
        <w:t>www.hayhouse.com • www.hayfoundation.org</w:t>
      </w:r>
    </w:p>
    <w:p>
      <w:pPr>
        <w:spacing w:after="80"/>
      </w:pPr>
      <w:r>
        <w:rPr>
          <w:b w:val="0"/>
          <w:i w:val="0"/>
        </w:rPr>
        <w:t>——</w:t>
      </w:r>
    </w:p>
    <w:p>
      <w:pPr>
        <w:spacing w:after="80"/>
      </w:pPr>
      <w:r>
        <w:rPr>
          <w:b w:val="0"/>
          <w:i/>
        </w:rPr>
        <w:t>Xuất bản tại Úc bởi:</w:t>
      </w:r>
      <w:r>
        <w:br/>
      </w:r>
      <w:r>
        <w:rPr>
          <w:b w:val="0"/>
          <w:i w:val="0"/>
        </w:rPr>
        <w:t>Hay House Australia Publishing Pty Ltd</w:t>
      </w:r>
      <w:r>
        <w:br/>
      </w:r>
      <w:r>
        <w:rPr>
          <w:b w:val="0"/>
          <w:i w:val="0"/>
        </w:rPr>
        <w:t>18/36 Ralph St., Alexandria NSW 2015</w:t>
      </w:r>
      <w:r>
        <w:br/>
      </w:r>
      <w:r>
        <w:rPr>
          <w:b w:val="0"/>
          <w:i/>
        </w:rPr>
        <w:t>Điện thoại: +</w:t>
      </w:r>
      <w:r>
        <w:rPr>
          <w:b w:val="0"/>
          <w:i w:val="0"/>
        </w:rPr>
        <w:t>61 (02) 9669 4299</w:t>
      </w:r>
      <w:r>
        <w:br/>
      </w:r>
      <w:r>
        <w:rPr>
          <w:b w:val="0"/>
          <w:i w:val="0"/>
        </w:rPr>
        <w:t>www.hayhouse.com.au</w:t>
      </w:r>
    </w:p>
    <w:p>
      <w:pPr>
        <w:spacing w:after="80"/>
      </w:pPr>
      <w:r>
        <w:rPr>
          <w:b w:val="0"/>
          <w:i/>
        </w:rPr>
        <w:t>Xuất bản tại Vương quốc Anh bởi:</w:t>
      </w:r>
      <w:r>
        <w:br/>
      </w:r>
      <w:r>
        <w:rPr>
          <w:b w:val="0"/>
          <w:i w:val="0"/>
        </w:rPr>
        <w:t>Hay House UK Ltd</w:t>
      </w:r>
      <w:r>
        <w:br/>
      </w:r>
      <w:r>
        <w:rPr>
          <w:b w:val="0"/>
          <w:i w:val="0"/>
        </w:rPr>
        <w:t>1st Floor, Crawford Corner,</w:t>
      </w:r>
      <w:r>
        <w:br/>
      </w:r>
      <w:r>
        <w:rPr>
          <w:b w:val="0"/>
          <w:i w:val="0"/>
        </w:rPr>
        <w:t>91–93 Baker Street, London W1U 6QQ</w:t>
      </w:r>
      <w:r>
        <w:br/>
      </w:r>
      <w:r>
        <w:rPr>
          <w:b w:val="0"/>
          <w:i/>
        </w:rPr>
        <w:t>Điện thoại:</w:t>
      </w:r>
      <w:r>
        <w:rPr>
          <w:b w:val="0"/>
          <w:i w:val="0"/>
        </w:rPr>
        <w:t xml:space="preserve"> +44 (0)20 3927 7290</w:t>
      </w:r>
      <w:r>
        <w:br/>
      </w:r>
      <w:r>
        <w:rPr>
          <w:b w:val="0"/>
          <w:i w:val="0"/>
        </w:rPr>
        <w:t>www.hayhouse.co.uk</w:t>
      </w:r>
    </w:p>
    <w:p>
      <w:pPr>
        <w:spacing w:after="80"/>
      </w:pPr>
      <w:r>
        <w:rPr>
          <w:b w:val="0"/>
          <w:i/>
        </w:rPr>
        <w:t>Xuất bản tại Ấn Độ bởi:</w:t>
      </w:r>
      <w:r>
        <w:br/>
      </w:r>
      <w:r>
        <w:rPr>
          <w:b w:val="0"/>
          <w:i w:val="0"/>
        </w:rPr>
        <w:t>Hay House Publishers (India) Pvt Ltd</w:t>
      </w:r>
      <w:r>
        <w:br/>
      </w:r>
      <w:r>
        <w:rPr>
          <w:b w:val="0"/>
          <w:i w:val="0"/>
        </w:rPr>
        <w:t>Muskaan Complex, Plot No. 3,</w:t>
      </w:r>
      <w:r>
        <w:br/>
      </w:r>
      <w:r>
        <w:rPr>
          <w:b w:val="0"/>
          <w:i w:val="0"/>
        </w:rPr>
        <w:t>B-2, Vasant Kunj, New Delhi 110 070</w:t>
      </w:r>
      <w:r>
        <w:br/>
      </w:r>
      <w:r>
        <w:rPr>
          <w:b w:val="0"/>
          <w:i/>
        </w:rPr>
        <w:t>Điện thoại:</w:t>
      </w:r>
      <w:r>
        <w:rPr>
          <w:b w:val="0"/>
          <w:i w:val="0"/>
        </w:rPr>
        <w:t xml:space="preserve"> +91 11 41761620</w:t>
      </w:r>
      <w:r>
        <w:br/>
      </w:r>
      <w:r>
        <w:rPr>
          <w:b w:val="0"/>
          <w:i w:val="0"/>
        </w:rPr>
        <w:t>www.hayhouse.co.in</w:t>
      </w:r>
    </w:p>
    <w:p>
      <w:pPr>
        <w:spacing w:after="80"/>
      </w:pPr>
      <w:r>
        <w:rPr>
          <w:b w:val="0"/>
          <w:i w:val="0"/>
        </w:rPr>
        <w:t>——</w:t>
      </w:r>
    </w:p>
    <w:p>
      <w:pPr>
        <w:spacing w:after="80"/>
      </w:pPr>
      <w:r>
        <w:rPr>
          <w:b/>
          <w:i w:val="0"/>
        </w:rPr>
        <w:t>Hãy để tâm hồn bạn phát triển</w:t>
      </w:r>
    </w:p>
    <w:p>
      <w:pPr>
        <w:spacing w:after="80"/>
      </w:pPr>
      <w:r>
        <w:rPr>
          <w:b w:val="0"/>
          <w:i w:val="0"/>
        </w:rPr>
        <w:t>Trải nghiệm sự chuyển hóa thay đổi cuộc đời—từng video một—với sự dẫn dắt từ các chuyên gia hàng đầu thế giới.</w:t>
      </w:r>
    </w:p>
    <w:p>
      <w:pPr>
        <w:spacing w:after="80"/>
      </w:pPr>
      <w:r>
        <w:rPr>
          <w:b w:val="0"/>
          <w:i w:val="0"/>
        </w:rPr>
        <w:t>www.healyourlifeplus.com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