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4981575" cy="6667500"/>
            <wp:docPr id="1" name="Picture 1"/>
            <wp:cNvGraphicFramePr>
              <a:graphicFrameLocks noChangeAspect="1"/>
            </wp:cNvGraphicFramePr>
            <a:graphic>
              <a:graphicData uri="http://schemas.openxmlformats.org/drawingml/2006/picture">
                <pic:pic>
                  <pic:nvPicPr>
                    <pic:cNvPr id="0" name="cover.jpeg"/>
                    <pic:cNvPicPr/>
                  </pic:nvPicPr>
                  <pic:blipFill>
                    <a:blip r:embed="rId9"/>
                    <a:stretch>
                      <a:fillRect/>
                    </a:stretch>
                  </pic:blipFill>
                  <pic:spPr>
                    <a:xfrm>
                      <a:off x="0" y="0"/>
                      <a:ext cx="4981575" cy="6667500"/>
                    </a:xfrm>
                    <a:prstGeom prst="rect"/>
                  </pic:spPr>
                </pic:pic>
              </a:graphicData>
            </a:graphic>
          </wp:inline>
        </w:drawing>
      </w:r>
    </w:p>
    <w:p>
      <w:pPr>
        <w:jc w:val="center"/>
      </w:pPr>
      <w:r>
        <w:drawing>
          <wp:inline xmlns:a="http://schemas.openxmlformats.org/drawingml/2006/main" xmlns:pic="http://schemas.openxmlformats.org/drawingml/2006/picture">
            <wp:extent cx="5486400" cy="7980218"/>
            <wp:docPr id="2" name="Picture 2"/>
            <wp:cNvGraphicFramePr>
              <a:graphicFrameLocks noChangeAspect="1"/>
            </wp:cNvGraphicFramePr>
            <a:graphic>
              <a:graphicData uri="http://schemas.openxmlformats.org/drawingml/2006/picture">
                <pic:pic>
                  <pic:nvPicPr>
                    <pic:cNvPr id="0" name="tp01.jpg"/>
                    <pic:cNvPicPr/>
                  </pic:nvPicPr>
                  <pic:blipFill>
                    <a:blip r:embed="rId10"/>
                    <a:stretch>
                      <a:fillRect/>
                    </a:stretch>
                  </pic:blipFill>
                  <pic:spPr>
                    <a:xfrm>
                      <a:off x="0" y="0"/>
                      <a:ext cx="5486400" cy="7980218"/>
                    </a:xfrm>
                    <a:prstGeom prst="rect"/>
                  </pic:spPr>
                </pic:pic>
              </a:graphicData>
            </a:graphic>
          </wp:inline>
        </w:drawing>
      </w:r>
    </w:p>
    <w:p>
      <w:pPr>
        <w:jc w:val="center"/>
      </w:pPr>
      <w:r>
        <w:drawing>
          <wp:inline xmlns:a="http://schemas.openxmlformats.org/drawingml/2006/main" xmlns:pic="http://schemas.openxmlformats.org/drawingml/2006/picture">
            <wp:extent cx="5486400" cy="7980218"/>
            <wp:docPr id="3" name="Picture 3"/>
            <wp:cNvGraphicFramePr>
              <a:graphicFrameLocks noChangeAspect="1"/>
            </wp:cNvGraphicFramePr>
            <a:graphic>
              <a:graphicData uri="http://schemas.openxmlformats.org/drawingml/2006/picture">
                <pic:pic>
                  <pic:nvPicPr>
                    <pic:cNvPr id="0" name="tp01.jpg"/>
                    <pic:cNvPicPr/>
                  </pic:nvPicPr>
                  <pic:blipFill>
                    <a:blip r:embed="rId10"/>
                    <a:stretch>
                      <a:fillRect/>
                    </a:stretch>
                  </pic:blipFill>
                  <pic:spPr>
                    <a:xfrm>
                      <a:off x="0" y="0"/>
                      <a:ext cx="5486400" cy="7980218"/>
                    </a:xfrm>
                    <a:prstGeom prst="rect"/>
                  </pic:spPr>
                </pic:pic>
              </a:graphicData>
            </a:graphic>
          </wp:inline>
        </w:drawing>
      </w:r>
    </w:p>
    <w:p>
      <w:pPr>
        <w:spacing w:after="80"/>
        <w:jc w:val="center"/>
      </w:pPr>
      <w:r>
        <w:rPr>
          <w:b w:val="0"/>
          <w:i w:val="0"/>
        </w:rPr>
        <w:t>PHÚC ÂM THEO GIU-ĐA là kết quả của sự hợp tác sâu sắc giữa một người kể chuyện và một học giả.</w:t>
      </w:r>
    </w:p>
    <w:p>
      <w:pPr>
        <w:spacing w:after="80"/>
        <w:jc w:val="center"/>
      </w:pPr>
      <w:r>
        <w:rPr>
          <w:b w:val="0"/>
          <w:i w:val="0"/>
        </w:rPr>
        <w:t xml:space="preserve">Mối quan hệ hợp tác tưởng chừng khó xảy ra giữa </w:t>
      </w:r>
      <w:r>
        <w:rPr>
          <w:b w:val="0"/>
          <w:i/>
        </w:rPr>
        <w:t>Jeffrey Archer</w:t>
      </w:r>
      <w:r>
        <w:rPr>
          <w:b w:val="0"/>
          <w:i w:val="0"/>
        </w:rPr>
        <w:t xml:space="preserve"> và </w:t>
      </w:r>
      <w:r>
        <w:rPr>
          <w:b w:val="0"/>
          <w:i/>
        </w:rPr>
        <w:t>Francis J. Moloney</w:t>
      </w:r>
      <w:r>
        <w:rPr>
          <w:b w:val="0"/>
          <w:i w:val="0"/>
        </w:rPr>
        <w:t xml:space="preserve"> đã được hình thành, sau khi Archer tìm lời khuyên từ </w:t>
      </w:r>
      <w:r>
        <w:rPr>
          <w:b w:val="0"/>
          <w:i/>
        </w:rPr>
        <w:t>Hồng y Carlo Maria Martini</w:t>
      </w:r>
      <w:r>
        <w:rPr>
          <w:b w:val="0"/>
          <w:i w:val="0"/>
        </w:rPr>
        <w:t xml:space="preserve"> về việc ai nên dẫn dắt ông qua dự án đầy thử thách này. Trong số nhiều học trò cũ của ông tại Học viện Kinh Thánh Giáo hoàng, Hồng y Martini đã chọn Giáo sư Francis J. Moloney, người tốt nghiệp học viện đó năm 1972, và đã hoàn thành nghiên cứu tiến sĩ tại Đại học Oxford năm 1975.</w:t>
      </w:r>
    </w:p>
    <w:p>
      <w:pPr>
        <w:spacing w:after="80"/>
        <w:jc w:val="center"/>
      </w:pPr>
      <w:r>
        <w:rPr>
          <w:b w:val="0"/>
          <w:i w:val="0"/>
        </w:rPr>
        <w:t>Dự án này vừa táo bạo vừa đơn giản. Archer sẽ viết một câu chuyện cho độc giả thế kỷ hai mươi mốt, trong khi Moloney sẽ đảm bảo rằng kết quả sẽ đáng tin cậy đối với một người Cơ đốc hoặc người Do Thái ở thế kỷ thứ nhất.</w:t>
      </w:r>
    </w:p>
    <w:p>
      <w:pPr>
        <w:jc w:val="center"/>
      </w:pPr>
      <w:r>
        <w:drawing>
          <wp:inline xmlns:a="http://schemas.openxmlformats.org/drawingml/2006/main" xmlns:pic="http://schemas.openxmlformats.org/drawingml/2006/picture">
            <wp:extent cx="390525" cy="114300"/>
            <wp:docPr id="4" name="Picture 4"/>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jc w:val="center"/>
      </w:pPr>
      <w:r>
        <w:drawing>
          <wp:inline xmlns:a="http://schemas.openxmlformats.org/drawingml/2006/main" xmlns:pic="http://schemas.openxmlformats.org/drawingml/2006/picture">
            <wp:extent cx="3838575" cy="4762500"/>
            <wp:docPr id="5" name="Picture 5"/>
            <wp:cNvGraphicFramePr>
              <a:graphicFrameLocks noChangeAspect="1"/>
            </wp:cNvGraphicFramePr>
            <a:graphic>
              <a:graphicData uri="http://schemas.openxmlformats.org/drawingml/2006/picture">
                <pic:pic>
                  <pic:nvPicPr>
                    <pic:cNvPr id="0" name="map.jpg"/>
                    <pic:cNvPicPr/>
                  </pic:nvPicPr>
                  <pic:blipFill>
                    <a:blip r:embed="rId12"/>
                    <a:stretch>
                      <a:fillRect/>
                    </a:stretch>
                  </pic:blipFill>
                  <pic:spPr>
                    <a:xfrm>
                      <a:off x="0" y="0"/>
                      <a:ext cx="3838575" cy="4762500"/>
                    </a:xfrm>
                    <a:prstGeom prst="rect"/>
                  </pic:spPr>
                </pic:pic>
              </a:graphicData>
            </a:graphic>
          </wp:inline>
        </w:drawing>
      </w:r>
    </w:p>
    <w:p>
      <w:pPr>
        <w:pStyle w:val="Heading2"/>
      </w:pPr>
      <w:r>
        <w:rPr>
          <w:rFonts w:ascii="Calibri" w:hAnsi="Calibri"/>
          <w:b/>
          <w:i w:val="0"/>
          <w:sz w:val="32"/>
        </w:rPr>
        <w:t>Mục lục</w:t>
      </w:r>
    </w:p>
    <w:p>
      <w:pPr>
        <w:spacing w:after="80"/>
      </w:pPr>
      <w:r>
        <w:rPr>
          <w:b/>
          <w:i w:val="0"/>
        </w:rPr>
        <w:t>Chương 1</w:t>
      </w:r>
      <w:r>
        <w:rPr>
          <w:b w:val="0"/>
          <w:i w:val="0"/>
        </w:rPr>
        <w:t xml:space="preserve"> </w:t>
      </w:r>
      <w:r>
        <w:rPr>
          <w:b/>
          <w:i/>
        </w:rPr>
        <w:t>Kìa Chiên Thiên Chúa</w:t>
      </w:r>
    </w:p>
    <w:p>
      <w:pPr>
        <w:spacing w:after="80"/>
      </w:pPr>
      <w:r>
        <w:rPr>
          <w:b/>
          <w:i w:val="0"/>
        </w:rPr>
        <w:t>Chương 2</w:t>
      </w:r>
      <w:r>
        <w:rPr>
          <w:b w:val="0"/>
          <w:i w:val="0"/>
        </w:rPr>
        <w:t xml:space="preserve"> </w:t>
      </w:r>
      <w:r>
        <w:rPr>
          <w:b/>
          <w:i/>
        </w:rPr>
        <w:t>Hãy dọn đường cho Chúa</w:t>
      </w:r>
    </w:p>
    <w:p>
      <w:pPr>
        <w:spacing w:after="80"/>
      </w:pPr>
      <w:r>
        <w:rPr>
          <w:b/>
          <w:i w:val="0"/>
        </w:rPr>
        <w:t>Chương 3</w:t>
      </w:r>
      <w:r>
        <w:rPr>
          <w:b w:val="0"/>
          <w:i w:val="0"/>
        </w:rPr>
        <w:t xml:space="preserve"> </w:t>
      </w:r>
      <w:r>
        <w:rPr>
          <w:b/>
          <w:i/>
        </w:rPr>
        <w:t>Hãy theo ta</w:t>
      </w:r>
    </w:p>
    <w:p>
      <w:pPr>
        <w:spacing w:after="80"/>
      </w:pPr>
      <w:r>
        <w:rPr>
          <w:b/>
          <w:i w:val="0"/>
        </w:rPr>
        <w:t>Chương 4</w:t>
      </w:r>
      <w:r>
        <w:rPr>
          <w:b w:val="0"/>
          <w:i w:val="0"/>
        </w:rPr>
        <w:t xml:space="preserve"> </w:t>
      </w:r>
      <w:r>
        <w:rPr>
          <w:b/>
          <w:i/>
        </w:rPr>
        <w:t>Người này là ai?</w:t>
      </w:r>
    </w:p>
    <w:p>
      <w:pPr>
        <w:spacing w:after="80"/>
      </w:pPr>
      <w:r>
        <w:rPr>
          <w:b/>
          <w:i w:val="0"/>
        </w:rPr>
        <w:t>Chương 5</w:t>
      </w:r>
      <w:r>
        <w:rPr>
          <w:b w:val="0"/>
          <w:i w:val="0"/>
        </w:rPr>
        <w:t xml:space="preserve"> </w:t>
      </w:r>
      <w:r>
        <w:rPr>
          <w:b/>
          <w:i/>
        </w:rPr>
        <w:t>Ngài có phải là Đấng phải đến không?</w:t>
      </w:r>
    </w:p>
    <w:p>
      <w:pPr>
        <w:spacing w:after="80"/>
      </w:pPr>
      <w:r>
        <w:rPr>
          <w:b/>
          <w:i w:val="0"/>
        </w:rPr>
        <w:t>Chương 6</w:t>
      </w:r>
      <w:r>
        <w:rPr>
          <w:b w:val="0"/>
          <w:i w:val="0"/>
        </w:rPr>
        <w:t xml:space="preserve"> </w:t>
      </w:r>
      <w:r>
        <w:rPr>
          <w:b/>
          <w:i/>
        </w:rPr>
        <w:t>Tội lỗi con đã được tha</w:t>
      </w:r>
    </w:p>
    <w:p>
      <w:pPr>
        <w:spacing w:after="80"/>
      </w:pPr>
      <w:r>
        <w:rPr>
          <w:b/>
          <w:i w:val="0"/>
        </w:rPr>
        <w:t>Chương 7</w:t>
      </w:r>
      <w:r>
        <w:rPr>
          <w:b w:val="0"/>
          <w:i w:val="0"/>
        </w:rPr>
        <w:t xml:space="preserve"> </w:t>
      </w:r>
      <w:r>
        <w:rPr>
          <w:b/>
          <w:i/>
        </w:rPr>
        <w:t>Ngày Sa-bát được làm ra vì loài người</w:t>
      </w:r>
    </w:p>
    <w:p>
      <w:pPr>
        <w:spacing w:after="80"/>
      </w:pPr>
      <w:r>
        <w:rPr>
          <w:b/>
          <w:i w:val="0"/>
        </w:rPr>
        <w:t>Chương 8</w:t>
      </w:r>
      <w:r>
        <w:rPr>
          <w:b w:val="0"/>
          <w:i w:val="0"/>
        </w:rPr>
        <w:t xml:space="preserve"> </w:t>
      </w:r>
      <w:r>
        <w:rPr>
          <w:b/>
          <w:i/>
        </w:rPr>
        <w:t>Tảng đá mà Ngài sẽ xây Hội Thánh mình trên đó</w:t>
      </w:r>
    </w:p>
    <w:p>
      <w:pPr>
        <w:spacing w:after="80"/>
      </w:pPr>
      <w:r>
        <w:rPr>
          <w:b/>
          <w:i w:val="0"/>
        </w:rPr>
        <w:t>Chương 9</w:t>
      </w:r>
      <w:r>
        <w:rPr>
          <w:b w:val="0"/>
          <w:i w:val="0"/>
        </w:rPr>
        <w:t xml:space="preserve"> </w:t>
      </w:r>
      <w:r>
        <w:rPr>
          <w:b/>
          <w:i/>
        </w:rPr>
        <w:t>Khi các con cầu nguyện, hãy nói những lời này</w:t>
      </w:r>
    </w:p>
    <w:p>
      <w:pPr>
        <w:spacing w:after="80"/>
      </w:pPr>
      <w:r>
        <w:rPr>
          <w:b/>
          <w:i w:val="0"/>
        </w:rPr>
        <w:t>Chương 10</w:t>
      </w:r>
      <w:r>
        <w:rPr>
          <w:b w:val="0"/>
          <w:i w:val="0"/>
        </w:rPr>
        <w:t xml:space="preserve"> </w:t>
      </w:r>
      <w:r>
        <w:rPr>
          <w:b/>
          <w:i/>
        </w:rPr>
        <w:t>Hãy cho họ ăn gì đó</w:t>
      </w:r>
    </w:p>
    <w:p>
      <w:pPr>
        <w:spacing w:after="80"/>
      </w:pPr>
      <w:r>
        <w:rPr>
          <w:b/>
          <w:i w:val="0"/>
        </w:rPr>
        <w:t>Chương 11</w:t>
      </w:r>
      <w:r>
        <w:rPr>
          <w:b w:val="0"/>
          <w:i w:val="0"/>
        </w:rPr>
        <w:t xml:space="preserve"> </w:t>
      </w:r>
      <w:r>
        <w:rPr>
          <w:b/>
          <w:i/>
        </w:rPr>
        <w:t>Người ta nói ta là ai?</w:t>
      </w:r>
    </w:p>
    <w:p>
      <w:pPr>
        <w:spacing w:after="80"/>
      </w:pPr>
      <w:r>
        <w:rPr>
          <w:b/>
          <w:i w:val="0"/>
        </w:rPr>
        <w:t>Chương 12</w:t>
      </w:r>
      <w:r>
        <w:rPr>
          <w:b w:val="0"/>
          <w:i w:val="0"/>
        </w:rPr>
        <w:t xml:space="preserve"> </w:t>
      </w:r>
      <w:r>
        <w:rPr>
          <w:b/>
          <w:i/>
        </w:rPr>
        <w:t>Con Người không đến để hủy diệt mạng sống</w:t>
      </w:r>
    </w:p>
    <w:p>
      <w:pPr>
        <w:spacing w:after="80"/>
      </w:pPr>
      <w:r>
        <w:rPr>
          <w:b/>
          <w:i w:val="0"/>
        </w:rPr>
        <w:t>Chương 13</w:t>
      </w:r>
      <w:r>
        <w:rPr>
          <w:b w:val="0"/>
          <w:i w:val="0"/>
        </w:rPr>
        <w:t xml:space="preserve"> </w:t>
      </w:r>
      <w:r>
        <w:rPr>
          <w:b/>
          <w:i/>
        </w:rPr>
        <w:t>Hãy vác thập tự giá mà theo ta</w:t>
      </w:r>
    </w:p>
    <w:p>
      <w:pPr>
        <w:spacing w:after="80"/>
      </w:pPr>
      <w:r>
        <w:rPr>
          <w:b/>
          <w:i w:val="0"/>
        </w:rPr>
        <w:t>Chương 14</w:t>
      </w:r>
      <w:r>
        <w:rPr>
          <w:b w:val="0"/>
          <w:i w:val="0"/>
        </w:rPr>
        <w:t xml:space="preserve"> </w:t>
      </w:r>
      <w:r>
        <w:rPr>
          <w:b/>
          <w:i/>
        </w:rPr>
        <w:t>Các ngươi là những kẻ ít đức tin</w:t>
      </w:r>
    </w:p>
    <w:p>
      <w:pPr>
        <w:spacing w:after="80"/>
      </w:pPr>
      <w:r>
        <w:rPr>
          <w:b/>
          <w:i w:val="0"/>
        </w:rPr>
        <w:t>Chương 15</w:t>
      </w:r>
      <w:r>
        <w:rPr>
          <w:b w:val="0"/>
          <w:i w:val="0"/>
        </w:rPr>
        <w:t xml:space="preserve"> </w:t>
      </w:r>
      <w:r>
        <w:rPr>
          <w:b/>
          <w:i/>
        </w:rPr>
        <w:t>Ngươi đã chọn theo một kẻ nguy hiểm</w:t>
      </w:r>
    </w:p>
    <w:p>
      <w:pPr>
        <w:spacing w:after="80"/>
      </w:pPr>
      <w:r>
        <w:rPr>
          <w:b/>
          <w:i w:val="0"/>
        </w:rPr>
        <w:t>Chương 16</w:t>
      </w:r>
      <w:r>
        <w:rPr>
          <w:b w:val="0"/>
          <w:i w:val="0"/>
        </w:rPr>
        <w:t xml:space="preserve"> </w:t>
      </w:r>
      <w:r>
        <w:rPr>
          <w:b/>
          <w:i/>
        </w:rPr>
        <w:t>Hãy đi theo đường của ngươi và làm như vậy</w:t>
      </w:r>
    </w:p>
    <w:p>
      <w:pPr>
        <w:spacing w:after="80"/>
      </w:pPr>
      <w:r>
        <w:rPr>
          <w:b/>
          <w:i w:val="0"/>
        </w:rPr>
        <w:t>Chương 17</w:t>
      </w:r>
      <w:r>
        <w:rPr>
          <w:b w:val="0"/>
          <w:i w:val="0"/>
        </w:rPr>
        <w:t xml:space="preserve"> </w:t>
      </w:r>
      <w:r>
        <w:rPr>
          <w:b/>
          <w:i/>
        </w:rPr>
        <w:t>Chúa cần đến người ấy</w:t>
      </w:r>
    </w:p>
    <w:p>
      <w:pPr>
        <w:spacing w:after="80"/>
      </w:pPr>
      <w:r>
        <w:rPr>
          <w:b/>
          <w:i w:val="0"/>
        </w:rPr>
        <w:t>Chương 18</w:t>
      </w:r>
      <w:r>
        <w:rPr>
          <w:b w:val="0"/>
          <w:i w:val="0"/>
        </w:rPr>
        <w:t xml:space="preserve"> </w:t>
      </w:r>
      <w:r>
        <w:rPr>
          <w:b/>
          <w:i/>
        </w:rPr>
        <w:t>Người phải chết để cứu dân tộc ta</w:t>
      </w:r>
    </w:p>
    <w:p>
      <w:pPr>
        <w:spacing w:after="80"/>
      </w:pPr>
      <w:r>
        <w:rPr>
          <w:b/>
          <w:i w:val="0"/>
        </w:rPr>
        <w:t>Chương 19</w:t>
      </w:r>
      <w:r>
        <w:rPr>
          <w:b w:val="0"/>
          <w:i w:val="0"/>
        </w:rPr>
        <w:t xml:space="preserve"> </w:t>
      </w:r>
      <w:r>
        <w:rPr>
          <w:b/>
          <w:i/>
        </w:rPr>
        <w:t>Hãy trả cho Caesar những gì thuộc về Caesar</w:t>
      </w:r>
    </w:p>
    <w:p>
      <w:pPr>
        <w:spacing w:after="80"/>
      </w:pPr>
      <w:r>
        <w:rPr>
          <w:b/>
          <w:i w:val="0"/>
        </w:rPr>
        <w:t>Chương 20</w:t>
      </w:r>
      <w:r>
        <w:rPr>
          <w:b w:val="0"/>
          <w:i w:val="0"/>
        </w:rPr>
        <w:t xml:space="preserve"> </w:t>
      </w:r>
      <w:r>
        <w:rPr>
          <w:b/>
          <w:i/>
        </w:rPr>
        <w:t>Một người trong các ngươi đang ở đây sẽ phản bội ta</w:t>
      </w:r>
    </w:p>
    <w:p>
      <w:pPr>
        <w:spacing w:after="80"/>
      </w:pPr>
      <w:r>
        <w:rPr>
          <w:b/>
          <w:i w:val="0"/>
        </w:rPr>
        <w:t>Chương 21</w:t>
      </w:r>
      <w:r>
        <w:rPr>
          <w:b w:val="0"/>
          <w:i w:val="0"/>
        </w:rPr>
        <w:t xml:space="preserve"> </w:t>
      </w:r>
      <w:r>
        <w:rPr>
          <w:b/>
          <w:i/>
        </w:rPr>
        <w:t>Thưa Thầy, Thưa Thầy</w:t>
      </w:r>
    </w:p>
    <w:p>
      <w:pPr>
        <w:spacing w:after="80"/>
      </w:pPr>
      <w:r>
        <w:rPr>
          <w:b/>
          <w:i w:val="0"/>
        </w:rPr>
        <w:t>Chương 22</w:t>
      </w:r>
      <w:r>
        <w:rPr>
          <w:b w:val="0"/>
          <w:i w:val="0"/>
        </w:rPr>
        <w:t xml:space="preserve"> </w:t>
      </w:r>
      <w:r>
        <w:rPr>
          <w:b/>
          <w:i/>
        </w:rPr>
        <w:t>Ta không biết người ấy</w:t>
      </w:r>
    </w:p>
    <w:p>
      <w:pPr>
        <w:spacing w:after="80"/>
      </w:pPr>
      <w:r>
        <w:rPr>
          <w:b/>
          <w:i w:val="0"/>
        </w:rPr>
        <w:t>Chương 23</w:t>
      </w:r>
      <w:r>
        <w:rPr>
          <w:b w:val="0"/>
          <w:i w:val="0"/>
        </w:rPr>
        <w:t xml:space="preserve"> </w:t>
      </w:r>
      <w:r>
        <w:rPr>
          <w:b/>
          <w:i/>
        </w:rPr>
        <w:t>Đức Chúa Trời của tôi, Đức Chúa Trời của tôi, sao Ngài bỏ rơi tôi?</w:t>
      </w:r>
    </w:p>
    <w:p>
      <w:pPr>
        <w:spacing w:after="80"/>
      </w:pPr>
      <w:r>
        <w:rPr>
          <w:b/>
          <w:i w:val="0"/>
        </w:rPr>
        <w:t>Chương 24</w:t>
      </w:r>
      <w:r>
        <w:rPr>
          <w:b w:val="0"/>
          <w:i w:val="0"/>
        </w:rPr>
        <w:t xml:space="preserve"> </w:t>
      </w:r>
      <w:r>
        <w:rPr>
          <w:b/>
          <w:i/>
        </w:rPr>
        <w:t>Đáng nguyền rủa thay kẻ nào bị treo trên cây</w:t>
      </w:r>
    </w:p>
    <w:p>
      <w:pPr>
        <w:spacing w:after="80"/>
      </w:pPr>
      <w:r>
        <w:rPr>
          <w:b/>
          <w:i w:val="0"/>
        </w:rPr>
        <w:t>Chương 25</w:t>
      </w:r>
      <w:r>
        <w:rPr>
          <w:b w:val="0"/>
          <w:i w:val="0"/>
        </w:rPr>
        <w:t xml:space="preserve"> </w:t>
      </w:r>
      <w:r>
        <w:rPr>
          <w:b/>
          <w:i/>
        </w:rPr>
        <w:t>Tội lỗi của người cha</w:t>
      </w:r>
    </w:p>
    <w:p>
      <w:pPr>
        <w:spacing w:after="80"/>
      </w:pPr>
      <w:r>
        <w:rPr>
          <w:b/>
          <w:i w:val="0"/>
        </w:rPr>
        <w:t>Thuật ngữ</w:t>
      </w:r>
    </w:p>
    <w:p>
      <w:pPr>
        <w:pStyle w:val="Heading2"/>
      </w:pPr>
      <w:r>
        <w:rPr>
          <w:rFonts w:ascii="Calibri" w:hAnsi="Calibri"/>
          <w:b/>
          <w:i w:val="0"/>
          <w:sz w:val="32"/>
        </w:rPr>
        <w:t>Chương 1</w:t>
      </w:r>
    </w:p>
    <w:p>
      <w:pPr>
        <w:pStyle w:val="Heading2"/>
      </w:pPr>
      <w:r>
        <w:rPr>
          <w:rFonts w:ascii="Calibri" w:hAnsi="Calibri"/>
          <w:b/>
          <w:i/>
          <w:sz w:val="32"/>
        </w:rPr>
        <w:t>Kìa Chiên Con của Đức Chúa Trời</w:t>
      </w:r>
    </w:p>
    <w:p>
      <w:pPr>
        <w:spacing w:after="80"/>
      </w:pPr>
      <w:r>
        <w:rPr>
          <w:b/>
          <w:i w:val="0"/>
        </w:rPr>
        <w:t>1.</w:t>
      </w:r>
      <w:r>
        <w:rPr>
          <w:b w:val="0"/>
          <w:i w:val="0"/>
        </w:rPr>
        <w:t xml:space="preserve"> Phúc âm này được viết ra để mọi người có thể biết sự thật về Giu-đa Ít-ca-ri-ốt và vai trò của ông trong cuộc đời và cái chết bi thảm của Giê-su người Na-xa-rét.</w:t>
      </w:r>
    </w:p>
    <w:p>
      <w:pPr>
        <w:spacing w:after="80"/>
      </w:pPr>
      <w:r>
        <w:rPr>
          <w:b/>
          <w:i w:val="0"/>
        </w:rPr>
        <w:t>2.</w:t>
      </w:r>
      <w:r>
        <w:rPr>
          <w:b w:val="0"/>
          <w:i w:val="0"/>
        </w:rPr>
        <w:t xml:space="preserve"> Nhiều người khác đã kể lại câu chuyện về Giê-su, thuật lại tất cả những gì người đã nói và làm trong khoảng thời gian ngắn ngủi trên trần gian.</w:t>
      </w:r>
    </w:p>
    <w:p>
      <w:pPr>
        <w:spacing w:after="80"/>
      </w:pPr>
      <w:r>
        <w:rPr>
          <w:b/>
          <w:i w:val="0"/>
        </w:rPr>
        <w:t>3.</w:t>
      </w:r>
      <w:r>
        <w:rPr>
          <w:b w:val="0"/>
          <w:i w:val="0"/>
        </w:rPr>
        <w:t xml:space="preserve"> Một số là nhân chứng của những gì thực sự đã diễn ra và họ đã truyền lại, theo truyền thống truyền miệng của người Do Thái, những gì họ đã thấy và nghe.</w:t>
      </w:r>
    </w:p>
    <w:p>
      <w:pPr>
        <w:spacing w:after="80"/>
      </w:pPr>
      <w:r>
        <w:rPr>
          <w:b/>
          <w:i w:val="0"/>
        </w:rPr>
        <w:t>4.</w:t>
      </w:r>
      <w:r>
        <w:rPr>
          <w:b w:val="0"/>
          <w:i w:val="0"/>
        </w:rPr>
        <w:t xml:space="preserve"> Những người khác đã viết thêm các bản tường thuật về cuộc đời của Giê-su Ki-tô, con trai của Đức Chúa Trời. Những bản này được biết đến với tên gọi là các Phúc âm.</w:t>
      </w:r>
    </w:p>
    <w:p>
      <w:pPr>
        <w:spacing w:after="80"/>
        <w:jc w:val="right"/>
      </w:pPr>
      <w:r>
        <w:rPr>
          <w:b w:val="0"/>
          <w:i w:val="0"/>
        </w:rPr>
        <w:t>[i]</w:t>
      </w:r>
    </w:p>
    <w:p>
      <w:pPr>
        <w:spacing w:after="80"/>
      </w:pPr>
      <w:r>
        <w:rPr>
          <w:b/>
          <w:i w:val="0"/>
        </w:rPr>
        <w:t>5.</w:t>
      </w:r>
      <w:r>
        <w:rPr>
          <w:b w:val="0"/>
          <w:i w:val="0"/>
        </w:rPr>
        <w:t xml:space="preserve"> Một trong những người chứng kiến tận mắt những sự kiện này là cha tôi, Giu-đa Ít-ca-ri-ốt.</w:t>
      </w:r>
    </w:p>
    <w:p>
      <w:pPr>
        <w:spacing w:after="80"/>
      </w:pPr>
      <w:r>
        <w:rPr>
          <w:b/>
          <w:i w:val="0"/>
        </w:rPr>
        <w:t>6.</w:t>
      </w:r>
      <w:r>
        <w:rPr>
          <w:b w:val="0"/>
          <w:i w:val="0"/>
        </w:rPr>
        <w:t xml:space="preserve"> Tôi, Bên-gia-min, con trai của Giu-đa Ít-ca-ri-ốt, con đầu lòng của ông, đã lắng nghe lời kể của cha tôi về những gì đã diễn ra vào thời điểm đó, và đã ghi chép lại một cách chính xác tất cả những gì ông đã thấy và nghe, ban đầu bằng tiếng A-ram – ngôn ngữ mà Giê-su nói – và sau đó là tiếng Hy Lạp, thứ mà cha tôi đã dạy tôi từ khi còn nhỏ.</w:t>
      </w:r>
    </w:p>
    <w:p>
      <w:pPr>
        <w:spacing w:after="80"/>
        <w:jc w:val="right"/>
      </w:pPr>
      <w:r>
        <w:rPr>
          <w:b w:val="0"/>
          <w:i w:val="0"/>
        </w:rPr>
        <w:t>[ii]</w:t>
      </w:r>
    </w:p>
    <w:p>
      <w:pPr>
        <w:spacing w:after="80"/>
      </w:pPr>
      <w:r>
        <w:rPr>
          <w:b/>
          <w:i w:val="0"/>
        </w:rPr>
        <w:t>7.</w:t>
      </w:r>
      <w:r>
        <w:rPr>
          <w:b w:val="0"/>
          <w:i w:val="0"/>
        </w:rPr>
        <w:t xml:space="preserve"> Cha tôi đã nuôi dạy tôi theo những truyền thống nghiêm ngặt của Kinh Torah, và giống như ông, tôi đã đi đến chỗ tin rằng Giê-su người Na-xa-rét là một nhà tiên tri và là một người con chân chính của Y-sơ-ra-ên, nhưng không phải là Đấng Mê-si-a mà người ta hằng mong đợi.</w:t>
      </w:r>
    </w:p>
    <w:p>
      <w:pPr>
        <w:spacing w:after="80"/>
      </w:pPr>
      <w:r>
        <w:rPr>
          <w:b/>
          <w:i w:val="0"/>
        </w:rPr>
        <w:t>8.</w:t>
      </w:r>
      <w:r>
        <w:rPr>
          <w:b w:val="0"/>
          <w:i w:val="0"/>
        </w:rPr>
        <w:t xml:space="preserve"> Gần đây, một số Phúc âm khác đã được viết ra, đưa ra phiên bản của họ về những gì đã diễn ra trong cuộc đời của Giê-su. Nhưng chỉ một vài trong số đó, không được giáo phái mới mang tên Cơ đốc nhân chấp nhận, là gần với việc đưa ra một bản tường thuật công bằng về những hành động của cha tôi trong giai đoạn này của lịch sử chúng ta.</w:t>
      </w:r>
    </w:p>
    <w:p>
      <w:pPr>
        <w:spacing w:after="80"/>
        <w:jc w:val="right"/>
      </w:pPr>
      <w:r>
        <w:rPr>
          <w:b w:val="0"/>
          <w:i w:val="0"/>
        </w:rPr>
        <w:t>[iii]</w:t>
      </w:r>
    </w:p>
    <w:p>
      <w:pPr>
        <w:spacing w:after="80"/>
      </w:pPr>
      <w:r>
        <w:rPr>
          <w:b/>
          <w:i w:val="0"/>
        </w:rPr>
        <w:t>9.</w:t>
      </w:r>
      <w:r>
        <w:rPr>
          <w:b w:val="0"/>
          <w:i w:val="0"/>
        </w:rPr>
        <w:t xml:space="preserve"> Những người khác không bắt đầu hiểu được, hay ghi chép một cách công bằng, niềm tin mãnh liệt và sự tận tâm của Giu-đa đối với Giê-su người Na-xa-rét. Thật vậy, họ đã bôi nhọ tên tuổi cha tôi đến mức ông giờ đây bị coi là kẻ khét tiếng nhất trong tất cả những người theo Giê-su.</w:t>
      </w:r>
    </w:p>
    <w:p>
      <w:pPr>
        <w:spacing w:after="80"/>
      </w:pPr>
      <w:r>
        <w:rPr>
          <w:b/>
          <w:i w:val="0"/>
        </w:rPr>
        <w:t>10.</w:t>
      </w:r>
      <w:r>
        <w:rPr>
          <w:b w:val="0"/>
          <w:i w:val="0"/>
        </w:rPr>
        <w:t xml:space="preserve"> Ông đã bị gán cho là kẻ phản bội, kẻ trộm và một người sẵn sàng nhận hối lộ, và thậm chí có một Phúc âm còn báo cáo sai sự thật rằng ông đã tự kết liễu đời mình.</w:t>
      </w:r>
    </w:p>
    <w:p>
      <w:pPr>
        <w:spacing w:after="80"/>
        <w:jc w:val="right"/>
      </w:pPr>
      <w:r>
        <w:rPr>
          <w:b w:val="0"/>
          <w:i w:val="0"/>
        </w:rPr>
        <w:t>Matt 27:3–10</w:t>
      </w:r>
    </w:p>
    <w:p>
      <w:pPr>
        <w:spacing w:after="80"/>
      </w:pPr>
      <w:r>
        <w:rPr>
          <w:b/>
          <w:i w:val="0"/>
        </w:rPr>
        <w:t>11.</w:t>
      </w:r>
      <w:r>
        <w:rPr>
          <w:b w:val="0"/>
          <w:i w:val="0"/>
        </w:rPr>
        <w:t xml:space="preserve"> Không có phán xét nào trong số này, phần lớn được đưa ra sau cái chết bi thảm của Giê-su, được đưa ra trong suốt cuộc đời của ông.</w:t>
      </w:r>
    </w:p>
    <w:p>
      <w:pPr>
        <w:spacing w:after="80"/>
      </w:pPr>
      <w:r>
        <w:rPr>
          <w:b/>
          <w:i w:val="0"/>
        </w:rPr>
        <w:t>12.</w:t>
      </w:r>
      <w:r>
        <w:rPr>
          <w:b w:val="0"/>
          <w:i w:val="0"/>
        </w:rPr>
        <w:t xml:space="preserve"> Một số người, quyết tâm chứng minh quan điểm của mình, đã cho rằng cái tên Ít-ca-ri-ốt bắt nguồn từ từ </w:t>
      </w:r>
      <w:r>
        <w:rPr>
          <w:b w:val="0"/>
          <w:i/>
        </w:rPr>
        <w:t>Sicarii</w:t>
      </w:r>
      <w:r>
        <w:rPr>
          <w:b w:val="0"/>
          <w:i w:val="0"/>
        </w:rPr>
        <w:t xml:space="preserve"> trong tiếng La Mã, mà khi dịch ra có nghĩa là 'Người Nhiệt thành mang dao găm'.</w:t>
      </w:r>
    </w:p>
    <w:p>
      <w:pPr>
        <w:spacing w:after="80"/>
      </w:pPr>
      <w:r>
        <w:rPr>
          <w:b/>
          <w:i w:val="0"/>
        </w:rPr>
        <w:t>13.</w:t>
      </w:r>
      <w:r>
        <w:rPr>
          <w:b w:val="0"/>
          <w:i w:val="0"/>
        </w:rPr>
        <w:t xml:space="preserve"> Những người khác lại cho rằng nó bắt nguồn từ tiếng Hebrew </w:t>
      </w:r>
      <w:r>
        <w:rPr>
          <w:b w:val="0"/>
          <w:i/>
        </w:rPr>
        <w:t>saqar</w:t>
      </w:r>
      <w:r>
        <w:rPr>
          <w:b w:val="0"/>
          <w:i w:val="0"/>
        </w:rPr>
        <w:t>, nghĩa là 'kẻ giả dối'.</w:t>
      </w:r>
    </w:p>
    <w:p>
      <w:pPr>
        <w:spacing w:after="80"/>
      </w:pPr>
      <w:r>
        <w:rPr>
          <w:b/>
          <w:i w:val="0"/>
        </w:rPr>
        <w:t>14.</w:t>
      </w:r>
      <w:r>
        <w:rPr>
          <w:b w:val="0"/>
          <w:i w:val="0"/>
        </w:rPr>
        <w:t xml:space="preserve"> Sự thật là cái tên Iscariot bắt nguồn từ tiếng Hebrew </w:t>
      </w:r>
      <w:r>
        <w:rPr>
          <w:b w:val="0"/>
          <w:i/>
        </w:rPr>
        <w:t>ish-kerioth</w:t>
      </w:r>
      <w:r>
        <w:rPr>
          <w:b w:val="0"/>
          <w:i w:val="0"/>
        </w:rPr>
        <w:t>, nghĩa là 'người từ Kerioth', thị trấn nơi Judas sinh ra.</w:t>
      </w:r>
    </w:p>
    <w:p>
      <w:pPr>
        <w:spacing w:after="80"/>
      </w:pPr>
      <w:r>
        <w:rPr>
          <w:b/>
          <w:i w:val="0"/>
        </w:rPr>
        <w:t>15.</w:t>
      </w:r>
      <w:r>
        <w:rPr>
          <w:b w:val="0"/>
          <w:i w:val="0"/>
        </w:rPr>
        <w:t xml:space="preserve"> Nguồn gốc của cha tôi bắt rễ từ chi tộc Judah. Ông được nuôi dưỡng tại Kerioth, một thị trấn được nhắc đến trong lịch sử sơ khai của Israel, trung thành với những truyền thống cổ xưa của người Do Thái.</w:t>
      </w:r>
    </w:p>
    <w:p>
      <w:pPr>
        <w:spacing w:after="80"/>
        <w:jc w:val="right"/>
      </w:pPr>
      <w:r>
        <w:rPr>
          <w:b w:val="0"/>
          <w:i/>
        </w:rPr>
        <w:t>xem</w:t>
      </w:r>
      <w:r>
        <w:br/>
      </w:r>
      <w:r>
        <w:rPr>
          <w:b w:val="0"/>
          <w:i w:val="0"/>
        </w:rPr>
        <w:t xml:space="preserve"> Jos 15:25</w:t>
      </w:r>
      <w:r>
        <w:br/>
      </w:r>
      <w:r>
        <w:rPr>
          <w:b w:val="0"/>
          <w:i w:val="0"/>
        </w:rPr>
        <w:t xml:space="preserve"> [iv]</w:t>
      </w:r>
    </w:p>
    <w:p>
      <w:pPr>
        <w:spacing w:after="80"/>
      </w:pPr>
      <w:r>
        <w:rPr>
          <w:b/>
          <w:i w:val="0"/>
        </w:rPr>
        <w:t>16.</w:t>
      </w:r>
      <w:r>
        <w:rPr>
          <w:b w:val="0"/>
          <w:i w:val="0"/>
        </w:rPr>
        <w:t xml:space="preserve"> Những người theo đạo Cơ đốc tiếp tục lan truyền khắp Galilee rằng Judas là một kẻ bạo lực, một kẻ ăn bám và là người không thể tin cậy. Bất chấp những bằng chứng trái ngược, những lời vu khống này vẫn còn tồn tại và thường được những người theo Jesus lặp lại, cho đến tận ngày nay.</w:t>
      </w:r>
    </w:p>
    <w:p>
      <w:pPr>
        <w:spacing w:after="80"/>
      </w:pPr>
      <w:r>
        <w:rPr>
          <w:b/>
          <w:i w:val="0"/>
        </w:rPr>
        <w:t>17.</w:t>
      </w:r>
      <w:r>
        <w:rPr>
          <w:b w:val="0"/>
          <w:i w:val="0"/>
        </w:rPr>
        <w:t xml:space="preserve"> Thực ra Judas Iscariot là môn đệ của John the Baptist, và đã sẵn lòng tuân theo mệnh lệnh của ông: </w:t>
      </w:r>
      <w:r>
        <w:rPr>
          <w:b/>
          <w:i/>
        </w:rPr>
        <w:t>Kìa một người của Thiên Chúa, hãy đi theo ông ta</w:t>
      </w:r>
      <w:r>
        <w:rPr>
          <w:b/>
          <w:i w:val="0"/>
        </w:rPr>
        <w:t>.</w:t>
      </w:r>
    </w:p>
    <w:p>
      <w:pPr>
        <w:spacing w:after="80"/>
      </w:pPr>
      <w:r>
        <w:rPr>
          <w:b/>
          <w:i w:val="0"/>
        </w:rPr>
        <w:t>18.</w:t>
      </w:r>
      <w:r>
        <w:rPr>
          <w:b w:val="0"/>
          <w:i w:val="0"/>
        </w:rPr>
        <w:t xml:space="preserve"> Từ ngày đó, cha tôi trở thành người theo Jesus xứ Nazareth, và được Bậc Thầy tin tưởng đến mức sau này ông được chọn làm một trong mười hai môn đệ của Người.</w:t>
      </w:r>
    </w:p>
    <w:p>
      <w:pPr>
        <w:spacing w:after="80"/>
      </w:pPr>
      <w:r>
        <w:rPr>
          <w:b/>
          <w:i w:val="0"/>
        </w:rPr>
        <w:t>19.</w:t>
      </w:r>
      <w:r>
        <w:rPr>
          <w:b w:val="0"/>
          <w:i w:val="0"/>
        </w:rPr>
        <w:t xml:space="preserve"> Khi còn nhỏ, tôi đã lắng nghe cha tôi kể về sứ mệnh của Jesus, và sau này đã ghi lại những lời của ông khi tôi đến thăm ông tại Khirbet Qumran, không lâu trước khi ông bị người La Mã xử tử.</w:t>
      </w:r>
    </w:p>
    <w:p>
      <w:pPr>
        <w:spacing w:after="80"/>
      </w:pPr>
      <w:r>
        <w:rPr>
          <w:b/>
          <w:i w:val="0"/>
        </w:rPr>
        <w:t>20.</w:t>
      </w:r>
      <w:r>
        <w:rPr>
          <w:b w:val="0"/>
          <w:i w:val="0"/>
        </w:rPr>
        <w:t xml:space="preserve"> Giờ đây cha tôi đã trở về với Thiên Chúa mà ông yêu mến và đã phụng sự hết mực trung thành.</w:t>
      </w:r>
    </w:p>
    <w:p>
      <w:pPr>
        <w:jc w:val="center"/>
      </w:pPr>
      <w:r>
        <w:drawing>
          <wp:inline xmlns:a="http://schemas.openxmlformats.org/drawingml/2006/main" xmlns:pic="http://schemas.openxmlformats.org/drawingml/2006/picture">
            <wp:extent cx="390525" cy="114300"/>
            <wp:docPr id="6" name="Picture 6"/>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pStyle w:val="Heading2"/>
      </w:pPr>
      <w:r>
        <w:rPr>
          <w:rFonts w:ascii="Calibri" w:hAnsi="Calibri"/>
          <w:b/>
          <w:i w:val="0"/>
          <w:sz w:val="32"/>
        </w:rPr>
        <w:t>Chương 2</w:t>
      </w:r>
    </w:p>
    <w:p>
      <w:pPr>
        <w:pStyle w:val="Heading2"/>
      </w:pPr>
      <w:r>
        <w:rPr>
          <w:rFonts w:ascii="Calibri" w:hAnsi="Calibri"/>
          <w:b/>
          <w:i/>
          <w:sz w:val="32"/>
        </w:rPr>
        <w:t>Hãy dọn đường cho Chúa</w:t>
      </w:r>
    </w:p>
    <w:p>
      <w:pPr>
        <w:spacing w:after="80"/>
      </w:pPr>
      <w:r>
        <w:rPr>
          <w:b/>
          <w:i w:val="0"/>
        </w:rPr>
        <w:t>1.</w:t>
      </w:r>
      <w:r>
        <w:rPr>
          <w:b w:val="0"/>
          <w:i w:val="0"/>
        </w:rPr>
        <w:t xml:space="preserve"> Judas là môn đệ của John the Baptist, và khi vị tiên tri lần đầu xuất hiện trong hoang địa, nhiều người cho rằng lời tiên đoán của Tiên tri Malachi đã ứng nghiệm: </w:t>
      </w:r>
      <w:r>
        <w:rPr>
          <w:b/>
          <w:i/>
        </w:rPr>
        <w:t>Hãy biết rằng Ta sẽ sai Tiên tri Elijah đến với các ngươi trước khi ngày của Chúa đến, ngày vĩ đại và kinh hoàng ấy</w:t>
      </w:r>
      <w:r>
        <w:rPr>
          <w:b/>
          <w:i w:val="0"/>
        </w:rPr>
        <w:t>.</w:t>
      </w:r>
    </w:p>
    <w:p>
      <w:pPr>
        <w:spacing w:after="80"/>
        <w:jc w:val="right"/>
      </w:pPr>
      <w:r>
        <w:rPr>
          <w:b w:val="0"/>
          <w:i w:val="0"/>
        </w:rPr>
        <w:t>Mal 4:5</w:t>
      </w:r>
    </w:p>
    <w:p>
      <w:pPr>
        <w:spacing w:after="80"/>
      </w:pPr>
      <w:r>
        <w:rPr>
          <w:b/>
          <w:i w:val="0"/>
        </w:rPr>
        <w:t>2.</w:t>
      </w:r>
      <w:r>
        <w:rPr>
          <w:b w:val="0"/>
          <w:i w:val="0"/>
        </w:rPr>
        <w:t xml:space="preserve"> John the Baptist sống đúng như Elijah đã sống: </w:t>
      </w:r>
      <w:r>
        <w:rPr>
          <w:b/>
          <w:i/>
        </w:rPr>
        <w:t>một người mặc áo choàng bằng lông lạc đà, thắt lưng da quanh hông và ăn châu chấu rừng cùng mật ong</w:t>
      </w:r>
      <w:r>
        <w:rPr>
          <w:b/>
          <w:i w:val="0"/>
        </w:rPr>
        <w:t>.</w:t>
      </w:r>
    </w:p>
    <w:p>
      <w:pPr>
        <w:spacing w:after="80"/>
        <w:jc w:val="right"/>
      </w:pPr>
      <w:r>
        <w:rPr>
          <w:b w:val="0"/>
          <w:i/>
        </w:rPr>
        <w:t>xem</w:t>
      </w:r>
      <w:r>
        <w:br/>
      </w:r>
      <w:r>
        <w:rPr>
          <w:b w:val="0"/>
          <w:i w:val="0"/>
        </w:rPr>
        <w:t xml:space="preserve"> 2 Kings 1:8</w:t>
      </w:r>
    </w:p>
    <w:p>
      <w:pPr>
        <w:spacing w:after="80"/>
      </w:pPr>
      <w:r>
        <w:rPr>
          <w:b/>
          <w:i w:val="0"/>
        </w:rPr>
        <w:t>3.</w:t>
      </w:r>
      <w:r>
        <w:rPr>
          <w:b w:val="0"/>
          <w:i w:val="0"/>
        </w:rPr>
        <w:t xml:space="preserve"> Judas tin rằng với sự trở lại của Elijah, ngày của Chúa chắc chắn đã gần kề. John the Baptist chính là tiếng của một người kêu trong hoang địa: </w:t>
      </w:r>
      <w:r>
        <w:rPr>
          <w:b/>
          <w:i/>
        </w:rPr>
        <w:t>Hãy dọn đường cho Chúa, hãy làm thẳng một con đường cho Thiên Chúa của chúng ta</w:t>
      </w:r>
      <w:r>
        <w:rPr>
          <w:b/>
          <w:i w:val="0"/>
        </w:rPr>
        <w:t>.</w:t>
      </w:r>
    </w:p>
    <w:p>
      <w:pPr>
        <w:spacing w:after="80"/>
        <w:jc w:val="right"/>
      </w:pPr>
      <w:r>
        <w:rPr>
          <w:b w:val="0"/>
          <w:i w:val="0"/>
        </w:rPr>
        <w:t>Isa 40:3</w:t>
      </w:r>
    </w:p>
    <w:p>
      <w:pPr>
        <w:spacing w:after="80"/>
      </w:pPr>
      <w:r>
        <w:rPr>
          <w:b/>
          <w:i w:val="0"/>
        </w:rPr>
        <w:t>4.</w:t>
      </w:r>
      <w:r>
        <w:rPr>
          <w:b w:val="0"/>
          <w:i w:val="0"/>
        </w:rPr>
        <w:t xml:space="preserve"> Nhiều người cho rằng chính Giăng đang làm ứng nghiệm những hy vọng tiên tri của Y-sơ-ra-ên, và vì thế ắt hẳn ông phải là Đấng Mê-si-a. Nhưng ông nói với Giu-đa rằng ông không phải là người đó: </w:t>
      </w:r>
      <w:r>
        <w:rPr>
          <w:b/>
          <w:i/>
        </w:rPr>
        <w:t>Đấng đến sau tôi thì vĩ đại hơn tôi rất nhiều</w:t>
      </w:r>
      <w:r>
        <w:rPr>
          <w:b/>
          <w:i w:val="0"/>
        </w:rPr>
        <w:t>.</w:t>
      </w:r>
    </w:p>
    <w:p>
      <w:pPr>
        <w:spacing w:after="80"/>
        <w:jc w:val="right"/>
      </w:pPr>
      <w:r>
        <w:rPr>
          <w:b w:val="0"/>
          <w:i w:val="0"/>
        </w:rPr>
        <w:t>John 1:30</w:t>
      </w:r>
    </w:p>
    <w:p>
      <w:pPr>
        <w:spacing w:after="80"/>
      </w:pPr>
      <w:r>
        <w:rPr>
          <w:b/>
          <w:i w:val="0"/>
        </w:rPr>
        <w:t>5.</w:t>
      </w:r>
      <w:r>
        <w:rPr>
          <w:b w:val="0"/>
          <w:i w:val="0"/>
        </w:rPr>
        <w:t xml:space="preserve"> Giăng tự xem mình thấp kém đến mức so với Đấng vẫn còn phải đến nỗi ông thường nói rằng mình </w:t>
      </w:r>
      <w:r>
        <w:rPr>
          <w:b/>
          <w:i/>
        </w:rPr>
        <w:t>không đáng cúi xuống mở quai dép của Ngài;</w:t>
      </w:r>
      <w:r>
        <w:rPr>
          <w:b w:val="0"/>
          <w:i w:val="0"/>
        </w:rPr>
        <w:t xml:space="preserve"> một việc chỉ xứng cho kẻ nô lệ.</w:t>
      </w:r>
    </w:p>
    <w:p>
      <w:pPr>
        <w:spacing w:after="80"/>
        <w:jc w:val="right"/>
      </w:pPr>
      <w:r>
        <w:rPr>
          <w:b w:val="0"/>
          <w:i/>
        </w:rPr>
        <w:t>xem</w:t>
      </w:r>
      <w:r>
        <w:br/>
      </w:r>
      <w:r>
        <w:rPr>
          <w:b w:val="0"/>
          <w:i w:val="0"/>
        </w:rPr>
        <w:t xml:space="preserve"> Mark 1:7;</w:t>
      </w:r>
      <w:r>
        <w:br/>
      </w:r>
      <w:r>
        <w:rPr>
          <w:b w:val="0"/>
          <w:i w:val="0"/>
        </w:rPr>
        <w:t xml:space="preserve"> Matt 3:11;</w:t>
      </w:r>
      <w:r>
        <w:br/>
      </w:r>
      <w:r>
        <w:rPr>
          <w:b w:val="0"/>
          <w:i w:val="0"/>
        </w:rPr>
        <w:t xml:space="preserve"> Luke 3:16</w:t>
      </w:r>
    </w:p>
    <w:p>
      <w:pPr>
        <w:spacing w:after="80"/>
      </w:pPr>
      <w:r>
        <w:rPr>
          <w:b/>
          <w:i w:val="0"/>
        </w:rPr>
        <w:t>6.</w:t>
      </w:r>
      <w:r>
        <w:rPr>
          <w:b w:val="0"/>
          <w:i w:val="0"/>
        </w:rPr>
        <w:t xml:space="preserve"> Chúa Giê-su là con của Giô-sép và vợ ông là Ma-ri. Ngài từ Na-xa-rét đến để được Giăng làm phép báp-têm, và Giăng là anh em họ của Ngài.</w:t>
      </w:r>
    </w:p>
    <w:p>
      <w:pPr>
        <w:spacing w:after="80"/>
        <w:jc w:val="right"/>
      </w:pPr>
      <w:r>
        <w:rPr>
          <w:b w:val="0"/>
          <w:i/>
        </w:rPr>
        <w:t>xem</w:t>
      </w:r>
      <w:r>
        <w:br/>
      </w:r>
      <w:r>
        <w:rPr>
          <w:b w:val="0"/>
          <w:i w:val="0"/>
        </w:rPr>
        <w:t xml:space="preserve"> Luke 1:36</w:t>
      </w:r>
    </w:p>
    <w:p>
      <w:pPr>
        <w:spacing w:after="80"/>
      </w:pPr>
      <w:r>
        <w:rPr>
          <w:b/>
          <w:i w:val="0"/>
        </w:rPr>
        <w:t>7.</w:t>
      </w:r>
      <w:r>
        <w:rPr>
          <w:b w:val="0"/>
          <w:i w:val="0"/>
        </w:rPr>
        <w:t xml:space="preserve"> Nhiều câu chuyện về sự giáng sinh và thời thơ ấu của Chúa Giê-su đã được kể lại, nhưng Giu-đa luôn tin rằng Chúa Giê-su là con đầu lòng trong cuộc hôn nhân hợp pháp giữa cha Ngài là Giô-sép và mẹ Ngài là Ma-ri. </w:t>
      </w:r>
      <w:r>
        <w:rPr>
          <w:b/>
          <w:i/>
        </w:rPr>
        <w:t>Chẳng phải đây là người thợ mộc, con của Ma-ri, anh em với Gia-cơ, Giô-sê, Giu-đa và Si-môn, và chẳng phải các em gái Ngài ở đây với chúng ta sao?</w:t>
      </w:r>
    </w:p>
    <w:p>
      <w:pPr>
        <w:spacing w:after="80"/>
        <w:jc w:val="right"/>
      </w:pPr>
      <w:r>
        <w:rPr>
          <w:b w:val="0"/>
          <w:i w:val="0"/>
        </w:rPr>
        <w:t>Mark 6:3.</w:t>
      </w:r>
      <w:r>
        <w:br/>
      </w:r>
      <w:r>
        <w:rPr>
          <w:b w:val="0"/>
          <w:i w:val="0"/>
        </w:rPr>
        <w:t xml:space="preserve"> </w:t>
      </w:r>
      <w:r>
        <w:rPr>
          <w:b w:val="0"/>
          <w:i/>
        </w:rPr>
        <w:t>xem thêm</w:t>
      </w:r>
      <w:r>
        <w:br/>
      </w:r>
      <w:r>
        <w:rPr>
          <w:b w:val="0"/>
          <w:i w:val="0"/>
        </w:rPr>
        <w:t xml:space="preserve"> Matt 1:25;</w:t>
      </w:r>
      <w:r>
        <w:br/>
      </w:r>
      <w:r>
        <w:rPr>
          <w:b w:val="0"/>
          <w:i w:val="0"/>
        </w:rPr>
        <w:t xml:space="preserve"> Mark 3:31–35;</w:t>
      </w:r>
      <w:r>
        <w:br/>
      </w:r>
      <w:r>
        <w:rPr>
          <w:b w:val="0"/>
          <w:i w:val="0"/>
        </w:rPr>
        <w:t xml:space="preserve"> John 7:3–8</w:t>
      </w:r>
      <w:r>
        <w:br/>
      </w:r>
      <w:r>
        <w:rPr>
          <w:b w:val="0"/>
          <w:i w:val="0"/>
        </w:rPr>
        <w:t xml:space="preserve"> [v]</w:t>
      </w:r>
    </w:p>
    <w:p>
      <w:pPr>
        <w:spacing w:after="80"/>
      </w:pPr>
      <w:r>
        <w:rPr>
          <w:b/>
          <w:i w:val="0"/>
        </w:rPr>
        <w:t>8.</w:t>
      </w:r>
      <w:r>
        <w:rPr>
          <w:b w:val="0"/>
          <w:i w:val="0"/>
        </w:rPr>
        <w:t xml:space="preserve"> Một số câu chuyện về sự giáng sinh của Chúa Giê-su được lưu truyền thời bấy giờ chẳng qua chỉ là những thần thoại Hy Lạp kể về các vị thần trên trời sinh ra con cái sau khi kết hợp với những người nữ trên trần gian này.</w:t>
      </w:r>
    </w:p>
    <w:p>
      <w:pPr>
        <w:spacing w:after="80"/>
        <w:jc w:val="right"/>
      </w:pPr>
      <w:r>
        <w:rPr>
          <w:b w:val="0"/>
          <w:i/>
        </w:rPr>
        <w:t>xem</w:t>
      </w:r>
      <w:r>
        <w:br/>
      </w:r>
      <w:r>
        <w:rPr>
          <w:b w:val="0"/>
          <w:i w:val="0"/>
        </w:rPr>
        <w:t xml:space="preserve"> Gen 6:1–4</w:t>
      </w:r>
      <w:r>
        <w:br/>
      </w:r>
      <w:r>
        <w:rPr>
          <w:b w:val="0"/>
          <w:i w:val="0"/>
        </w:rPr>
        <w:t xml:space="preserve"> [vi]</w:t>
      </w:r>
    </w:p>
    <w:p>
      <w:pPr>
        <w:spacing w:after="80"/>
      </w:pPr>
      <w:r>
        <w:rPr>
          <w:b/>
          <w:i w:val="0"/>
        </w:rPr>
        <w:t>9.</w:t>
      </w:r>
      <w:r>
        <w:rPr>
          <w:b w:val="0"/>
          <w:i w:val="0"/>
        </w:rPr>
        <w:t xml:space="preserve"> Mỗi khi các câu chuyện về sự giáng sinh của Chúa Giê-su được thuật lại, tất cả đều trung thực ghi rằng Giô-sép, cha Ngài, vốn gốc từ Bết-lê-hem, thành của Đa-vít, và rằng một đứa trẻ đã được sinh ra cho mẹ Ngài là Ma-ri.</w:t>
      </w:r>
    </w:p>
    <w:p>
      <w:pPr>
        <w:spacing w:after="80"/>
      </w:pPr>
      <w:r>
        <w:rPr>
          <w:b/>
          <w:i w:val="0"/>
        </w:rPr>
        <w:t>10.</w:t>
      </w:r>
      <w:r>
        <w:rPr>
          <w:b w:val="0"/>
          <w:i w:val="0"/>
        </w:rPr>
        <w:t xml:space="preserve"> Đó là những thời kỳ khó khăn đối với bất kỳ gia đình Do Thái nào. Vua Hê-rốt cai trị bằng nỗi sợ hãi, và cho phép lính La Mã đi khắp nơi trong xứ làm những gì họ muốn. Việc các thiếu nữ bị những kẻ ngoại giáo này làm nhục không phải là chuyện hiếm.</w:t>
      </w:r>
    </w:p>
    <w:p>
      <w:pPr>
        <w:spacing w:after="80"/>
      </w:pPr>
      <w:r>
        <w:rPr>
          <w:b/>
          <w:i w:val="0"/>
        </w:rPr>
        <w:t>11.</w:t>
      </w:r>
      <w:r>
        <w:rPr>
          <w:b w:val="0"/>
          <w:i w:val="0"/>
        </w:rPr>
        <w:t xml:space="preserve"> Hẳn Giô-sép đã quyết định rằng để tránh mọi cuộc đối đầu với người La Mã, ông và vợ là Ma-ri sẽ thực hiện chuyến đi nguy hiểm đến ngôi làng hẻo lánh Na-xa-rét ở Ga-li-lê.</w:t>
      </w:r>
    </w:p>
    <w:p>
      <w:pPr>
        <w:spacing w:after="80"/>
      </w:pPr>
      <w:r>
        <w:rPr>
          <w:b/>
          <w:i w:val="0"/>
        </w:rPr>
        <w:t>12.</w:t>
      </w:r>
      <w:r>
        <w:rPr>
          <w:b w:val="0"/>
          <w:i w:val="0"/>
        </w:rPr>
        <w:t xml:space="preserve"> Tại Na-xa-rét, Giô-sép, một thợ mộc, tìm được việc làm trong số những người xây dựng thành phố lớn Sê-phô-rít, trong khi Ma-ri và những người còn lại trong gia đình định cư trong làng.</w:t>
      </w:r>
    </w:p>
    <w:p>
      <w:pPr>
        <w:spacing w:after="80"/>
      </w:pPr>
      <w:r>
        <w:rPr>
          <w:b/>
          <w:i w:val="0"/>
        </w:rPr>
        <w:t>13.</w:t>
      </w:r>
      <w:r>
        <w:rPr>
          <w:b w:val="0"/>
          <w:i w:val="0"/>
        </w:rPr>
        <w:t xml:space="preserve"> Chính trong thời gian Chúa Giê-su lớn lên ở Na-xa-rét, Ngài được cha mình là Giô-sép, một người công chính, con cháu Đa-vít, và mẹ là Ma-ri, một người nữ chân chính của Si-ôn, dạy cho những truyền thống của Y-sơ-ra-ên.</w:t>
      </w:r>
    </w:p>
    <w:p>
      <w:pPr>
        <w:spacing w:after="80"/>
      </w:pPr>
      <w:r>
        <w:rPr>
          <w:b/>
          <w:i w:val="0"/>
        </w:rPr>
        <w:t>14.</w:t>
      </w:r>
      <w:r>
        <w:rPr>
          <w:b w:val="0"/>
          <w:i w:val="0"/>
        </w:rPr>
        <w:t xml:space="preserve"> Dù người ta vẫn luôn nghĩ Chúa Giê-su là người Na-xa-rét, nhưng ngài lại sinh ra ở Bết-lê-hem, thành phố của Đa-vít.</w:t>
      </w:r>
    </w:p>
    <w:p>
      <w:pPr>
        <w:pStyle w:val="Heading2"/>
      </w:pPr>
      <w:r>
        <w:rPr>
          <w:rFonts w:ascii="Calibri" w:hAnsi="Calibri"/>
          <w:b/>
          <w:i w:val="0"/>
          <w:sz w:val="32"/>
        </w:rPr>
        <w:t>Chương 3</w:t>
      </w:r>
    </w:p>
    <w:p>
      <w:pPr>
        <w:pStyle w:val="Heading2"/>
      </w:pPr>
      <w:r>
        <w:rPr>
          <w:rFonts w:ascii="Calibri" w:hAnsi="Calibri"/>
          <w:b/>
          <w:i/>
          <w:sz w:val="32"/>
        </w:rPr>
        <w:t>Hãy theo ta</w:t>
      </w:r>
    </w:p>
    <w:p>
      <w:pPr>
        <w:spacing w:after="80"/>
      </w:pPr>
      <w:r>
        <w:rPr>
          <w:b/>
          <w:i w:val="0"/>
        </w:rPr>
        <w:t>1.</w:t>
      </w:r>
      <w:r>
        <w:rPr>
          <w:b w:val="0"/>
          <w:i w:val="0"/>
        </w:rPr>
        <w:t xml:space="preserve"> Chúa Giê-su bắt đầu sứ vụ của mình với tư cách một người thầy tại ngôi làng ven hồ Ca-bê-na-um.</w:t>
      </w:r>
    </w:p>
    <w:p>
      <w:pPr>
        <w:spacing w:after="80"/>
      </w:pPr>
      <w:r>
        <w:rPr>
          <w:b/>
          <w:i w:val="0"/>
        </w:rPr>
        <w:t>2.</w:t>
      </w:r>
      <w:r>
        <w:rPr>
          <w:b w:val="0"/>
          <w:i w:val="0"/>
        </w:rPr>
        <w:t xml:space="preserve"> Ngài dạy cho nhóm môn đồ ngày càng đông của mình rằng thời điểm Đức Chúa Trời xuất hiện tại Y-sơ-ra-ên đã đến gần, và họ nên phớt lờ mọi chỉ dẫn của các quan chức địa phương tham nhũng, </w:t>
      </w:r>
      <w:r>
        <w:rPr>
          <w:b/>
          <w:i/>
        </w:rPr>
        <w:t>một dòng dõi rắn độc chạy trốn cơn thịnh nộ sắp đến</w:t>
      </w:r>
      <w:r>
        <w:rPr>
          <w:b/>
          <w:i w:val="0"/>
        </w:rPr>
        <w:t>.</w:t>
      </w:r>
    </w:p>
    <w:p>
      <w:pPr>
        <w:spacing w:after="80"/>
        <w:jc w:val="right"/>
      </w:pPr>
      <w:r>
        <w:rPr>
          <w:b w:val="0"/>
          <w:i/>
        </w:rPr>
        <w:t>xem</w:t>
      </w:r>
      <w:r>
        <w:br/>
      </w:r>
      <w:r>
        <w:rPr>
          <w:b w:val="0"/>
          <w:i w:val="0"/>
        </w:rPr>
        <w:t xml:space="preserve"> Mat 3:7</w:t>
      </w:r>
    </w:p>
    <w:p>
      <w:pPr>
        <w:spacing w:after="80"/>
      </w:pPr>
      <w:r>
        <w:rPr>
          <w:b/>
          <w:i w:val="0"/>
        </w:rPr>
        <w:t>3.</w:t>
      </w:r>
      <w:r>
        <w:rPr>
          <w:b w:val="0"/>
          <w:i w:val="0"/>
        </w:rPr>
        <w:t xml:space="preserve"> Y-sơ-ra-ên đang đối mặt với giây phút quyết định của mình, và đã đến lúc chỉ chấp nhận Đức Chúa Trời là Chúa và Vua của quốc gia.</w:t>
      </w:r>
    </w:p>
    <w:p>
      <w:pPr>
        <w:spacing w:after="80"/>
        <w:jc w:val="right"/>
      </w:pPr>
      <w:r>
        <w:rPr>
          <w:b w:val="0"/>
          <w:i/>
        </w:rPr>
        <w:t>xem</w:t>
      </w:r>
      <w:r>
        <w:br/>
      </w:r>
      <w:r>
        <w:rPr>
          <w:b w:val="0"/>
          <w:i w:val="0"/>
        </w:rPr>
        <w:t xml:space="preserve"> Mác 1:14–15;</w:t>
      </w:r>
      <w:r>
        <w:br/>
      </w:r>
      <w:r>
        <w:rPr>
          <w:b w:val="0"/>
          <w:i w:val="0"/>
        </w:rPr>
        <w:t xml:space="preserve"> Mat 4:12–17</w:t>
      </w:r>
    </w:p>
    <w:p>
      <w:pPr>
        <w:spacing w:after="80"/>
      </w:pPr>
      <w:r>
        <w:rPr>
          <w:b/>
          <w:i w:val="0"/>
        </w:rPr>
        <w:t>4.</w:t>
      </w:r>
      <w:r>
        <w:rPr>
          <w:b w:val="0"/>
          <w:i w:val="0"/>
        </w:rPr>
        <w:t xml:space="preserve"> Thông điệp của Chúa Giê-su nhanh chóng lan khắp Ga-li-lê, và người ta đã đi những quãng đường rất xa để nghe ngài giảng.</w:t>
      </w:r>
    </w:p>
    <w:p>
      <w:pPr>
        <w:spacing w:after="80"/>
      </w:pPr>
      <w:r>
        <w:rPr>
          <w:b/>
          <w:i w:val="0"/>
        </w:rPr>
        <w:t xml:space="preserve">5. </w:t>
      </w:r>
      <w:r>
        <w:rPr>
          <w:b/>
          <w:i/>
        </w:rPr>
        <w:t>Khi ngài đang đứng bên Biển Ga-li-lê, dân chúng chen lấn quanh ngài để nghe lời Đức Chúa Trời</w:t>
      </w:r>
      <w:r>
        <w:rPr>
          <w:b/>
          <w:i w:val="0"/>
        </w:rPr>
        <w:t>.</w:t>
      </w:r>
    </w:p>
    <w:p>
      <w:pPr>
        <w:spacing w:after="80"/>
        <w:jc w:val="right"/>
      </w:pPr>
      <w:r>
        <w:rPr>
          <w:b w:val="0"/>
          <w:i w:val="0"/>
        </w:rPr>
        <w:t>Lu-ca 5:1</w:t>
      </w:r>
    </w:p>
    <w:p>
      <w:pPr>
        <w:spacing w:after="80"/>
      </w:pPr>
      <w:r>
        <w:rPr>
          <w:b/>
          <w:i w:val="0"/>
        </w:rPr>
        <w:t>6.</w:t>
      </w:r>
      <w:r>
        <w:rPr>
          <w:b w:val="0"/>
          <w:i w:val="0"/>
        </w:rPr>
        <w:t xml:space="preserve"> Ngài thấy Si-môn và anh trai ông là An-rê, hai ngư dân địa phương đang quăng lưới xuống biển. Họ đã vất vả suốt đêm mà không được gì, và đang thực hiện lần quăng lưới cuối cùng.</w:t>
      </w:r>
    </w:p>
    <w:p>
      <w:pPr>
        <w:spacing w:after="80"/>
      </w:pPr>
      <w:r>
        <w:rPr>
          <w:b/>
          <w:i w:val="0"/>
        </w:rPr>
        <w:t>7.</w:t>
      </w:r>
      <w:r>
        <w:rPr>
          <w:b w:val="0"/>
          <w:i w:val="0"/>
        </w:rPr>
        <w:t xml:space="preserve"> Chúa Giê-su quan sát khi họ kéo những tấm lưới trống rỗng lên khỏi mặt nước.</w:t>
      </w:r>
    </w:p>
    <w:p>
      <w:pPr>
        <w:spacing w:after="80"/>
      </w:pPr>
      <w:r>
        <w:rPr>
          <w:b/>
          <w:i w:val="0"/>
        </w:rPr>
        <w:t>8.</w:t>
      </w:r>
      <w:r>
        <w:rPr>
          <w:b w:val="0"/>
          <w:i w:val="0"/>
        </w:rPr>
        <w:t xml:space="preserve"> Ngài nói với Si-môn: </w:t>
      </w:r>
      <w:r>
        <w:rPr>
          <w:b/>
          <w:i/>
        </w:rPr>
        <w:t>Hãy quăng lưới một lần nữa, nhưng lần này sang phía bên kia thuyền</w:t>
      </w:r>
      <w:r>
        <w:rPr>
          <w:b/>
          <w:i w:val="0"/>
        </w:rPr>
        <w:t>.</w:t>
      </w:r>
    </w:p>
    <w:p>
      <w:pPr>
        <w:spacing w:after="80"/>
        <w:jc w:val="right"/>
      </w:pPr>
      <w:r>
        <w:rPr>
          <w:b w:val="0"/>
          <w:i/>
        </w:rPr>
        <w:t>xem</w:t>
      </w:r>
      <w:r>
        <w:br/>
      </w:r>
      <w:r>
        <w:rPr>
          <w:b w:val="0"/>
          <w:i w:val="0"/>
        </w:rPr>
        <w:t xml:space="preserve"> Lu-ca 5:4</w:t>
      </w:r>
    </w:p>
    <w:p>
      <w:pPr>
        <w:spacing w:after="80"/>
      </w:pPr>
      <w:r>
        <w:rPr>
          <w:b/>
          <w:i w:val="0"/>
        </w:rPr>
        <w:t>9.</w:t>
      </w:r>
      <w:r>
        <w:rPr>
          <w:b w:val="0"/>
          <w:i w:val="0"/>
        </w:rPr>
        <w:t xml:space="preserve"> Si-môn phớt lờ lời khuyên của người lạ, nói với ông rằng ông biết chính xác nơi nào những đàn cá tụ tập sinh sản, và không cần ai bảo ông phải quăng lưới ở đâu.</w:t>
      </w:r>
    </w:p>
    <w:p>
      <w:pPr>
        <w:spacing w:after="80"/>
      </w:pPr>
      <w:r>
        <w:rPr>
          <w:b/>
          <w:i w:val="0"/>
        </w:rPr>
        <w:t>10.</w:t>
      </w:r>
      <w:r>
        <w:rPr>
          <w:b w:val="0"/>
          <w:i w:val="0"/>
        </w:rPr>
        <w:t xml:space="preserve"> Andrew vẫn im lặng, chăm chú nhìn bóng người đứng trên bờ. Khác với anh trai mình, ông quyết định làm theo lời khuyên của người lạ mặt.</w:t>
      </w:r>
    </w:p>
    <w:p>
      <w:pPr>
        <w:spacing w:after="80"/>
      </w:pPr>
      <w:r>
        <w:rPr>
          <w:b/>
          <w:i w:val="0"/>
        </w:rPr>
        <w:t>11.</w:t>
      </w:r>
      <w:r>
        <w:rPr>
          <w:b w:val="0"/>
          <w:i w:val="0"/>
        </w:rPr>
        <w:t xml:space="preserve"> Andrew thả lưới xuống phía bên kia thuyền, và gần như ngay lập tức lưới đầy ắp đến mức Simon và Andrew phải dốc toàn lực mới kéo được mẻ cá lên thuyền.</w:t>
      </w:r>
    </w:p>
    <w:p>
      <w:pPr>
        <w:spacing w:after="80"/>
      </w:pPr>
      <w:r>
        <w:rPr>
          <w:b/>
          <w:i w:val="0"/>
        </w:rPr>
        <w:t>12.</w:t>
      </w:r>
      <w:r>
        <w:rPr>
          <w:b w:val="0"/>
          <w:i w:val="0"/>
        </w:rPr>
        <w:t xml:space="preserve"> Simon bị uy quyền của người lạ mặt chế ngự hoàn toàn, liền nhảy khỏi thuyền xuống biển. Ông lội nước vào bờ và quỳ sụp dưới chân Jesus.</w:t>
      </w:r>
    </w:p>
    <w:p>
      <w:pPr>
        <w:spacing w:after="80"/>
      </w:pPr>
      <w:r>
        <w:rPr>
          <w:b/>
          <w:i w:val="0"/>
        </w:rPr>
        <w:t>13.</w:t>
      </w:r>
      <w:r>
        <w:rPr>
          <w:b w:val="0"/>
          <w:i w:val="0"/>
        </w:rPr>
        <w:t xml:space="preserve"> Jesus nhìn hai người đàn ông và nói: </w:t>
      </w:r>
      <w:r>
        <w:rPr>
          <w:b/>
          <w:i/>
        </w:rPr>
        <w:t>Hãy theo ta, ta sẽ khiến các ngươi thành những kẻ chài lưới người</w:t>
      </w:r>
      <w:r>
        <w:rPr>
          <w:b/>
          <w:i w:val="0"/>
        </w:rPr>
        <w:t>.</w:t>
      </w:r>
    </w:p>
    <w:p>
      <w:pPr>
        <w:spacing w:after="80"/>
        <w:jc w:val="right"/>
      </w:pPr>
      <w:r>
        <w:rPr>
          <w:b w:val="0"/>
          <w:i w:val="0"/>
        </w:rPr>
        <w:t>Matt 4:19;</w:t>
      </w:r>
      <w:r>
        <w:br/>
      </w:r>
      <w:r>
        <w:rPr>
          <w:b w:val="0"/>
          <w:i w:val="0"/>
        </w:rPr>
        <w:t xml:space="preserve"> Mark 1:17;</w:t>
      </w:r>
      <w:r>
        <w:br/>
      </w:r>
      <w:r>
        <w:rPr>
          <w:b w:val="0"/>
          <w:i w:val="0"/>
        </w:rPr>
        <w:t xml:space="preserve"> Luke 5:10</w:t>
      </w:r>
    </w:p>
    <w:p>
      <w:pPr>
        <w:spacing w:after="80"/>
      </w:pPr>
      <w:r>
        <w:rPr>
          <w:b/>
          <w:i w:val="0"/>
        </w:rPr>
        <w:t>14.</w:t>
      </w:r>
      <w:r>
        <w:rPr>
          <w:b w:val="0"/>
          <w:i w:val="0"/>
        </w:rPr>
        <w:t xml:space="preserve"> Simon và Andrew rời thuyền và đi theo Jesus.</w:t>
      </w:r>
    </w:p>
    <w:p>
      <w:pPr>
        <w:spacing w:after="80"/>
      </w:pPr>
      <w:r>
        <w:rPr>
          <w:b/>
          <w:i w:val="0"/>
        </w:rPr>
        <w:t>15.</w:t>
      </w:r>
      <w:r>
        <w:rPr>
          <w:b w:val="0"/>
          <w:i w:val="0"/>
        </w:rPr>
        <w:t xml:space="preserve"> Khi ba người cùng bước dọc bờ biển, họ gặp James, con trai của Zebedee, và em trai ông là John. Hai người này cũng là ngư dân, đang vá lưới và phân loại cá sau một đêm làm việc.</w:t>
      </w:r>
    </w:p>
    <w:p>
      <w:pPr>
        <w:spacing w:after="80"/>
      </w:pPr>
      <w:r>
        <w:rPr>
          <w:b/>
          <w:i w:val="0"/>
        </w:rPr>
        <w:t>16.</w:t>
      </w:r>
      <w:r>
        <w:rPr>
          <w:b w:val="0"/>
          <w:i w:val="0"/>
        </w:rPr>
        <w:t xml:space="preserve"> Jesus cũng gọi họ đi theo mình, và họ lập tức bỏ lại thuyền bè mà theo bước chân Ngài không chút do dự.</w:t>
      </w:r>
    </w:p>
    <w:p>
      <w:pPr>
        <w:spacing w:after="80"/>
      </w:pPr>
      <w:r>
        <w:rPr>
          <w:b/>
          <w:i w:val="0"/>
        </w:rPr>
        <w:t>17.</w:t>
      </w:r>
      <w:r>
        <w:rPr>
          <w:b w:val="0"/>
          <w:i w:val="0"/>
        </w:rPr>
        <w:t xml:space="preserve"> Bốn ngư dân này là những người đầu tiên theo Jesus xứ Nazareth.</w:t>
      </w:r>
    </w:p>
    <w:p>
      <w:pPr>
        <w:spacing w:after="80"/>
        <w:jc w:val="right"/>
      </w:pPr>
      <w:r>
        <w:rPr>
          <w:b w:val="0"/>
          <w:i/>
        </w:rPr>
        <w:t>xem</w:t>
      </w:r>
      <w:r>
        <w:br/>
      </w:r>
      <w:r>
        <w:rPr>
          <w:b w:val="0"/>
          <w:i w:val="0"/>
        </w:rPr>
        <w:t xml:space="preserve"> Mark 1:16–20;</w:t>
      </w:r>
      <w:r>
        <w:br/>
      </w:r>
      <w:r>
        <w:rPr>
          <w:b w:val="0"/>
          <w:i w:val="0"/>
        </w:rPr>
        <w:t xml:space="preserve"> Matt 4:18–22;</w:t>
      </w:r>
      <w:r>
        <w:br/>
      </w:r>
      <w:r>
        <w:rPr>
          <w:b w:val="0"/>
          <w:i w:val="0"/>
        </w:rPr>
        <w:t xml:space="preserve"> Luke 5:1–11</w:t>
      </w:r>
    </w:p>
    <w:p>
      <w:pPr>
        <w:spacing w:after="80"/>
      </w:pPr>
      <w:r>
        <w:rPr>
          <w:b/>
          <w:i w:val="0"/>
        </w:rPr>
        <w:t>18.</w:t>
      </w:r>
      <w:r>
        <w:rPr>
          <w:b w:val="0"/>
          <w:i w:val="0"/>
        </w:rPr>
        <w:t xml:space="preserve"> Họ từ bỏ kế sinh nhai, bỏ lại gia đình, những người đầy tớ được thuê và mọi tài sản của mình để đi theo Jesus.</w:t>
      </w:r>
    </w:p>
    <w:p>
      <w:pPr>
        <w:spacing w:after="80"/>
      </w:pPr>
      <w:r>
        <w:rPr>
          <w:b/>
          <w:i w:val="0"/>
        </w:rPr>
        <w:t>19.</w:t>
      </w:r>
      <w:r>
        <w:rPr>
          <w:b w:val="0"/>
          <w:i w:val="0"/>
        </w:rPr>
        <w:t xml:space="preserve"> Ngay từ những ngày đầu Jesus xứ Nazareth còn là một thầy giáo lang thang, uy quyền của Ngài đã khơi dậy niềm tin và lòng nhiệt thành nơi những người sẵn sàng từ bỏ tất cả để theo Ngài.</w:t>
      </w:r>
    </w:p>
    <w:p>
      <w:pPr>
        <w:spacing w:after="80"/>
      </w:pPr>
      <w:r>
        <w:rPr>
          <w:b/>
          <w:i w:val="0"/>
        </w:rPr>
        <w:t>20.</w:t>
      </w:r>
      <w:r>
        <w:rPr>
          <w:b w:val="0"/>
          <w:i w:val="0"/>
        </w:rPr>
        <w:t xml:space="preserve"> Jesus trở về Capernaum cùng bốn môn đệ: Simon, Andrew, James và John.</w:t>
      </w:r>
    </w:p>
    <w:p>
      <w:pPr>
        <w:spacing w:after="80"/>
      </w:pPr>
      <w:r>
        <w:rPr>
          <w:b/>
          <w:i w:val="0"/>
        </w:rPr>
        <w:t>21.</w:t>
      </w:r>
      <w:r>
        <w:rPr>
          <w:b w:val="0"/>
          <w:i w:val="0"/>
        </w:rPr>
        <w:t xml:space="preserve"> Vì hôm đó là ngày Sabbath, họ đi thẳng đến Hội đường để thờ phượng, và thấy nơi linh thiêng ấy đang rối loạn.</w:t>
      </w:r>
    </w:p>
    <w:p>
      <w:pPr>
        <w:spacing w:after="80"/>
      </w:pPr>
      <w:r>
        <w:rPr>
          <w:b/>
          <w:i w:val="0"/>
        </w:rPr>
        <w:t>22.</w:t>
      </w:r>
      <w:r>
        <w:rPr>
          <w:b w:val="0"/>
          <w:i w:val="0"/>
        </w:rPr>
        <w:t xml:space="preserve"> Một người đàn ông bị quỷ ám đã xông vào tòa nhà, gào thét những lời báng bổ và quấy rầy các tín đồ đang tụ họp để nghe đọc và giảng giải kinh Torah.</w:t>
      </w:r>
    </w:p>
    <w:p>
      <w:pPr>
        <w:spacing w:after="80"/>
      </w:pPr>
      <w:r>
        <w:rPr>
          <w:b/>
          <w:i w:val="0"/>
        </w:rPr>
        <w:t>23.</w:t>
      </w:r>
      <w:r>
        <w:rPr>
          <w:b w:val="0"/>
          <w:i w:val="0"/>
        </w:rPr>
        <w:t xml:space="preserve"> Jesus bước về phía người đàn ông ấy.</w:t>
      </w:r>
    </w:p>
    <w:p>
      <w:pPr>
        <w:spacing w:after="80"/>
      </w:pPr>
      <w:r>
        <w:rPr>
          <w:b/>
          <w:i w:val="0"/>
        </w:rPr>
        <w:t>24.</w:t>
      </w:r>
      <w:r>
        <w:rPr>
          <w:b w:val="0"/>
          <w:i w:val="0"/>
        </w:rPr>
        <w:t xml:space="preserve"> Người đàn ông hoảng loạn, bắt đầu vung tay và hét lên: </w:t>
      </w:r>
      <w:r>
        <w:rPr>
          <w:b/>
          <w:i/>
        </w:rPr>
        <w:t>Hãy tránh xa ta ra, hỡi Jesus. Ta biết ngươi là ai, là sứ giả thánh của Đức Chúa Trời</w:t>
      </w:r>
      <w:r>
        <w:rPr>
          <w:b/>
          <w:i w:val="0"/>
        </w:rPr>
        <w:t>.</w:t>
      </w:r>
    </w:p>
    <w:p>
      <w:pPr>
        <w:spacing w:after="80"/>
        <w:jc w:val="right"/>
      </w:pPr>
      <w:r>
        <w:rPr>
          <w:b w:val="0"/>
          <w:i/>
        </w:rPr>
        <w:t>xem</w:t>
      </w:r>
      <w:r>
        <w:br/>
      </w:r>
      <w:r>
        <w:rPr>
          <w:b w:val="0"/>
          <w:i w:val="0"/>
        </w:rPr>
        <w:t xml:space="preserve"> Mark 1:24;</w:t>
      </w:r>
      <w:r>
        <w:br/>
      </w:r>
      <w:r>
        <w:rPr>
          <w:b w:val="0"/>
          <w:i w:val="0"/>
        </w:rPr>
        <w:t xml:space="preserve"> Luke 4:34</w:t>
      </w:r>
    </w:p>
    <w:p>
      <w:pPr>
        <w:spacing w:after="80"/>
      </w:pPr>
      <w:r>
        <w:rPr>
          <w:b/>
          <w:i w:val="0"/>
        </w:rPr>
        <w:t>25.</w:t>
      </w:r>
      <w:r>
        <w:rPr>
          <w:b w:val="0"/>
          <w:i w:val="0"/>
        </w:rPr>
        <w:t xml:space="preserve"> Jesus, dùng chính thẩm quyền mà các môn đồ đã từng chứng kiến khi Ngài gọi họ rời khỏi thuyền, nói một cách dứt khoát: </w:t>
      </w:r>
      <w:r>
        <w:rPr>
          <w:b/>
          <w:i/>
        </w:rPr>
        <w:t>Hãy im lặng, và ra khỏi người này!</w:t>
      </w:r>
    </w:p>
    <w:p>
      <w:pPr>
        <w:spacing w:after="80"/>
        <w:jc w:val="right"/>
      </w:pPr>
      <w:r>
        <w:rPr>
          <w:b w:val="0"/>
          <w:i w:val="0"/>
        </w:rPr>
        <w:t>Mark 1:25;</w:t>
      </w:r>
      <w:r>
        <w:br/>
      </w:r>
      <w:r>
        <w:rPr>
          <w:b w:val="0"/>
          <w:i w:val="0"/>
        </w:rPr>
        <w:t xml:space="preserve"> Luke 4:35</w:t>
      </w:r>
    </w:p>
    <w:p>
      <w:pPr>
        <w:spacing w:after="80"/>
      </w:pPr>
      <w:r>
        <w:rPr>
          <w:b/>
          <w:i w:val="0"/>
        </w:rPr>
        <w:t>26.</w:t>
      </w:r>
      <w:r>
        <w:rPr>
          <w:b w:val="0"/>
          <w:i w:val="0"/>
        </w:rPr>
        <w:t xml:space="preserve"> Người bị quỷ ám ngã xuống đất, và mọi người xung quanh đều nhìn chằm chằm vào anh ta, cho rằng anh ta hẳn đã chết. Không ai dám đến gần Jesus, vì họ sợ rằng Ngài cũng có thể bị quỷ ám.</w:t>
      </w:r>
    </w:p>
    <w:p>
      <w:pPr>
        <w:spacing w:after="80"/>
      </w:pPr>
      <w:r>
        <w:rPr>
          <w:b/>
          <w:i w:val="0"/>
        </w:rPr>
        <w:t>27.</w:t>
      </w:r>
      <w:r>
        <w:rPr>
          <w:b w:val="0"/>
          <w:i w:val="0"/>
        </w:rPr>
        <w:t xml:space="preserve"> Jesus cúi xuống, nắm tay người đàn ông và bảo anh ta trở về nhà</w:t>
      </w:r>
    </w:p>
    <w:p>
      <w:pPr>
        <w:spacing w:after="80"/>
      </w:pPr>
      <w:r>
        <w:rPr>
          <w:b/>
          <w:i w:val="0"/>
        </w:rPr>
        <w:t>28.</w:t>
      </w:r>
      <w:r>
        <w:rPr>
          <w:b w:val="0"/>
          <w:i w:val="0"/>
        </w:rPr>
        <w:t xml:space="preserve"> Một số người đã chứng kiến chuyện xảy ra quay sang hỏi các môn đồ của Ngài: </w:t>
      </w:r>
      <w:r>
        <w:rPr>
          <w:b/>
          <w:i/>
        </w:rPr>
        <w:t>Người này là ai? Và bởi thẩm quyền nào mà ông ta đuổi được quỷ?</w:t>
      </w:r>
    </w:p>
    <w:p>
      <w:pPr>
        <w:spacing w:after="80"/>
        <w:jc w:val="right"/>
      </w:pPr>
      <w:r>
        <w:rPr>
          <w:b w:val="0"/>
          <w:i w:val="0"/>
        </w:rPr>
        <w:t>Mark 1:21–28;</w:t>
      </w:r>
      <w:r>
        <w:br/>
      </w:r>
      <w:r>
        <w:rPr>
          <w:b w:val="0"/>
          <w:i w:val="0"/>
        </w:rPr>
        <w:t xml:space="preserve"> Luke 4:31–37</w:t>
      </w:r>
    </w:p>
    <w:p>
      <w:pPr>
        <w:spacing w:after="80"/>
      </w:pPr>
      <w:r>
        <w:rPr>
          <w:b/>
          <w:i w:val="0"/>
        </w:rPr>
        <w:t>29.</w:t>
      </w:r>
      <w:r>
        <w:rPr>
          <w:b w:val="0"/>
          <w:i w:val="0"/>
        </w:rPr>
        <w:t xml:space="preserve"> Các môn đồ không thể trả lời những câu hỏi của họ, và tin tức về những gì đã xảy ra nhanh chóng lan khắp Galilee.</w:t>
      </w:r>
    </w:p>
    <w:p>
      <w:pPr>
        <w:jc w:val="center"/>
      </w:pPr>
      <w:r>
        <w:drawing>
          <wp:inline xmlns:a="http://schemas.openxmlformats.org/drawingml/2006/main" xmlns:pic="http://schemas.openxmlformats.org/drawingml/2006/picture">
            <wp:extent cx="390525" cy="114300"/>
            <wp:docPr id="7" name="Picture 7"/>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pStyle w:val="Heading2"/>
      </w:pPr>
      <w:r>
        <w:rPr>
          <w:rFonts w:ascii="Calibri" w:hAnsi="Calibri"/>
          <w:b/>
          <w:i w:val="0"/>
          <w:sz w:val="32"/>
        </w:rPr>
        <w:t>Chương 4</w:t>
      </w:r>
    </w:p>
    <w:p>
      <w:pPr>
        <w:pStyle w:val="Heading2"/>
      </w:pPr>
      <w:r>
        <w:rPr>
          <w:rFonts w:ascii="Calibri" w:hAnsi="Calibri"/>
          <w:b/>
          <w:i/>
          <w:sz w:val="32"/>
        </w:rPr>
        <w:t>Người này là ai?</w:t>
      </w:r>
    </w:p>
    <w:p>
      <w:pPr>
        <w:spacing w:after="80"/>
      </w:pPr>
      <w:r>
        <w:rPr>
          <w:b/>
          <w:i w:val="0"/>
        </w:rPr>
        <w:t>1.</w:t>
      </w:r>
      <w:r>
        <w:rPr>
          <w:b w:val="0"/>
          <w:i w:val="0"/>
        </w:rPr>
        <w:t xml:space="preserve"> Jesus và các môn đồ rời hội đường và đến nhà của Simon.</w:t>
      </w:r>
    </w:p>
    <w:p>
      <w:pPr>
        <w:spacing w:after="80"/>
      </w:pPr>
      <w:r>
        <w:rPr>
          <w:b/>
          <w:i w:val="0"/>
        </w:rPr>
        <w:t>2.</w:t>
      </w:r>
      <w:r>
        <w:rPr>
          <w:b w:val="0"/>
          <w:i w:val="0"/>
        </w:rPr>
        <w:t xml:space="preserve"> Khi họ đến nơi, họ được cho biết rằng mẹ vợ của Simon đang bị sốt. Gia đình Simon lo lắng cho tính mạng của bà, và khuyên ông cùng bạn bè nhanh chóng rời đi, vì họ cũng có thể bị lây bệnh và có thể tử vong.</w:t>
      </w:r>
    </w:p>
    <w:p>
      <w:pPr>
        <w:spacing w:after="80"/>
      </w:pPr>
      <w:r>
        <w:rPr>
          <w:b/>
          <w:i w:val="0"/>
        </w:rPr>
        <w:t>3.</w:t>
      </w:r>
      <w:r>
        <w:rPr>
          <w:b w:val="0"/>
          <w:i w:val="0"/>
        </w:rPr>
        <w:t xml:space="preserve"> Jesus không hề tỏ ra sợ hãi như vậy, và xin được đưa đến chỗ người phụ nữ đang bệnh.</w:t>
      </w:r>
    </w:p>
    <w:p>
      <w:pPr>
        <w:spacing w:after="80"/>
      </w:pPr>
      <w:r>
        <w:rPr>
          <w:b/>
          <w:i w:val="0"/>
        </w:rPr>
        <w:t>4.</w:t>
      </w:r>
      <w:r>
        <w:rPr>
          <w:b w:val="0"/>
          <w:i w:val="0"/>
        </w:rPr>
        <w:t xml:space="preserve"> Jesus đứng bên giường người phụ nữ, cúi xuống và nhẹ nhàng nắm lấy tay bà.</w:t>
      </w:r>
    </w:p>
    <w:p>
      <w:pPr>
        <w:spacing w:after="80"/>
      </w:pPr>
      <w:r>
        <w:rPr>
          <w:b/>
          <w:i w:val="0"/>
        </w:rPr>
        <w:t>5.</w:t>
      </w:r>
      <w:r>
        <w:rPr>
          <w:b w:val="0"/>
          <w:i w:val="0"/>
        </w:rPr>
        <w:t xml:space="preserve"> Simon, các môn đồ khác và những người còn lại trong nhà không thể giấu được sự ngạc nhiên. Họ cũng bắt đầu hỏi nhau: </w:t>
      </w:r>
      <w:r>
        <w:rPr>
          <w:b/>
          <w:i/>
        </w:rPr>
        <w:t>Người này là ai?</w:t>
      </w:r>
      <w:r>
        <w:rPr>
          <w:b w:val="0"/>
          <w:i w:val="0"/>
        </w:rPr>
        <w:t xml:space="preserve"> Jesus có vẻ là một người của Đức Chúa Trời, và đã cho thấy Ngài có quyền trên các quỷ, nhưng Ngài đã chạm vào tay một người phụ nữ không phải vợ mình, điều này là sự vi phạm công khai các truyền thống thanh tịnh của người Do Thái.</w:t>
      </w:r>
    </w:p>
    <w:p>
      <w:pPr>
        <w:spacing w:after="80"/>
        <w:jc w:val="right"/>
      </w:pPr>
      <w:r>
        <w:rPr>
          <w:b w:val="0"/>
          <w:i w:val="0"/>
        </w:rPr>
        <w:t>[vii]</w:t>
      </w:r>
    </w:p>
    <w:p>
      <w:pPr>
        <w:spacing w:after="80"/>
      </w:pPr>
      <w:r>
        <w:rPr>
          <w:b/>
          <w:i w:val="0"/>
        </w:rPr>
        <w:t>6.</w:t>
      </w:r>
      <w:r>
        <w:rPr>
          <w:b w:val="0"/>
          <w:i w:val="0"/>
        </w:rPr>
        <w:t xml:space="preserve"> Jesus quỳ xuống bên cạnh người phụ nữ và thì thầm vào tai bà. Ngay khi Người vừa nói, cơn sốt của bà đã dịu lại và tất cả mọi người đều kinh ngạc.</w:t>
      </w:r>
    </w:p>
    <w:p>
      <w:pPr>
        <w:spacing w:after="80"/>
      </w:pPr>
      <w:r>
        <w:rPr>
          <w:b/>
          <w:i w:val="0"/>
        </w:rPr>
        <w:t>7.</w:t>
      </w:r>
      <w:r>
        <w:rPr>
          <w:b w:val="0"/>
          <w:i w:val="0"/>
        </w:rPr>
        <w:t xml:space="preserve"> Jesus đứng dậy, và nhẹ nhàng bảo người phụ nữ đứng lên, và bà liền đứng dậy ngay.</w:t>
      </w:r>
    </w:p>
    <w:p>
      <w:pPr>
        <w:spacing w:after="80"/>
        <w:jc w:val="right"/>
      </w:pPr>
      <w:r>
        <w:rPr>
          <w:b w:val="0"/>
          <w:i/>
        </w:rPr>
        <w:t>xem</w:t>
      </w:r>
      <w:r>
        <w:br/>
      </w:r>
      <w:r>
        <w:rPr>
          <w:b w:val="0"/>
          <w:i w:val="0"/>
        </w:rPr>
        <w:t xml:space="preserve"> Mark 1:29–31;</w:t>
      </w:r>
      <w:r>
        <w:br/>
      </w:r>
      <w:r>
        <w:rPr>
          <w:b w:val="0"/>
          <w:i w:val="0"/>
        </w:rPr>
        <w:t xml:space="preserve"> Matt 8:14–15;</w:t>
      </w:r>
      <w:r>
        <w:br/>
      </w:r>
      <w:r>
        <w:rPr>
          <w:b w:val="0"/>
          <w:i w:val="0"/>
        </w:rPr>
        <w:t xml:space="preserve"> Luke 4:38–39</w:t>
      </w:r>
    </w:p>
    <w:p>
      <w:pPr>
        <w:spacing w:after="80"/>
      </w:pPr>
      <w:r>
        <w:rPr>
          <w:b/>
          <w:i w:val="0"/>
        </w:rPr>
        <w:t xml:space="preserve">8. </w:t>
      </w:r>
      <w:r>
        <w:rPr>
          <w:b/>
          <w:i/>
        </w:rPr>
        <w:t>Sau đó, tràn đầy niềm vui, cả gia đình ngồi xuống cùng Jesus và bẻ bánh</w:t>
      </w:r>
      <w:r>
        <w:rPr>
          <w:b/>
          <w:i w:val="0"/>
        </w:rPr>
        <w:t>.</w:t>
      </w:r>
    </w:p>
    <w:p>
      <w:pPr>
        <w:spacing w:after="80"/>
      </w:pPr>
      <w:r>
        <w:rPr>
          <w:b/>
          <w:i w:val="0"/>
        </w:rPr>
        <w:t>9.</w:t>
      </w:r>
      <w:r>
        <w:rPr>
          <w:b w:val="0"/>
          <w:i w:val="0"/>
        </w:rPr>
        <w:t xml:space="preserve"> Sau khi nghỉ ngơi, Jesus và các môn đệ rời nhà Simon và lên đường đến làng Nazareth, một hành trình sẽ mất vài giờ đồng hồ.</w:t>
      </w:r>
    </w:p>
    <w:p>
      <w:pPr>
        <w:spacing w:after="80"/>
      </w:pPr>
      <w:r>
        <w:rPr>
          <w:b/>
          <w:i w:val="0"/>
        </w:rPr>
        <w:t>10.</w:t>
      </w:r>
      <w:r>
        <w:rPr>
          <w:b w:val="0"/>
          <w:i w:val="0"/>
        </w:rPr>
        <w:t xml:space="preserve"> Khi họ đến vùng đồi thấp dẫn vào làng, họ nghe thấy tiếng chuông, cảnh báo rằng có một người phong hủi đang ở gần. Các môn đệ, lo sợ cho sức khỏe và sự thanh tịnh tôn giáo của mình, đứng lại phía sau, trong khi Jesus tiếp tục bước về phía tiếng chuông.</w:t>
      </w:r>
    </w:p>
    <w:p>
      <w:pPr>
        <w:spacing w:after="80"/>
      </w:pPr>
      <w:r>
        <w:rPr>
          <w:b/>
          <w:i w:val="0"/>
        </w:rPr>
        <w:t>11.</w:t>
      </w:r>
      <w:r>
        <w:rPr>
          <w:b w:val="0"/>
          <w:i w:val="0"/>
        </w:rPr>
        <w:t xml:space="preserve"> Khi Jesus rẽ qua khúc quanh tiếp theo, Người đối mặt trực tiếp với người phong hủi. Người bệnh quỳ xuống và kêu lên: </w:t>
      </w:r>
      <w:r>
        <w:rPr>
          <w:b/>
          <w:i/>
        </w:rPr>
        <w:t>Nếu Ngài muốn, Ngài có thể làm cho tôi được sạch</w:t>
      </w:r>
      <w:r>
        <w:rPr>
          <w:b/>
          <w:i w:val="0"/>
        </w:rPr>
        <w:t>.</w:t>
      </w:r>
    </w:p>
    <w:p>
      <w:pPr>
        <w:spacing w:after="80"/>
      </w:pPr>
      <w:r>
        <w:rPr>
          <w:b/>
          <w:i w:val="0"/>
        </w:rPr>
        <w:t>12.</w:t>
      </w:r>
      <w:r>
        <w:rPr>
          <w:b w:val="0"/>
          <w:i w:val="0"/>
        </w:rPr>
        <w:t xml:space="preserve"> Jesus mỉm cười, dang tay ra và tiếp tục bước về phía người đàn ông, nói: </w:t>
      </w:r>
      <w:r>
        <w:rPr>
          <w:b/>
          <w:i/>
        </w:rPr>
        <w:t>Ta muốn. Hãy được sạch</w:t>
      </w:r>
      <w:r>
        <w:rPr>
          <w:b/>
          <w:i w:val="0"/>
        </w:rPr>
        <w:t>.</w:t>
      </w:r>
    </w:p>
    <w:p>
      <w:pPr>
        <w:spacing w:after="80"/>
        <w:jc w:val="right"/>
      </w:pPr>
      <w:r>
        <w:rPr>
          <w:b w:val="0"/>
          <w:i w:val="0"/>
        </w:rPr>
        <w:t>Mark 1:40–42;</w:t>
      </w:r>
      <w:r>
        <w:br/>
      </w:r>
      <w:r>
        <w:rPr>
          <w:b w:val="0"/>
          <w:i w:val="0"/>
        </w:rPr>
        <w:t xml:space="preserve"> Matt 8:2–3;</w:t>
      </w:r>
      <w:r>
        <w:br/>
      </w:r>
      <w:r>
        <w:rPr>
          <w:b w:val="0"/>
          <w:i w:val="0"/>
        </w:rPr>
        <w:t xml:space="preserve"> Luke 5:12–13</w:t>
      </w:r>
    </w:p>
    <w:p>
      <w:pPr>
        <w:spacing w:after="80"/>
      </w:pPr>
      <w:r>
        <w:rPr>
          <w:b/>
          <w:i w:val="0"/>
        </w:rPr>
        <w:t>13.</w:t>
      </w:r>
      <w:r>
        <w:rPr>
          <w:b w:val="0"/>
          <w:i w:val="0"/>
        </w:rPr>
        <w:t xml:space="preserve"> Các môn đệ thận trọng bước tới và kinh ngạc chứng kiến bệnh phong hủi rời khỏi người đàn ông, và tất cả đều sửng sốt: </w:t>
      </w:r>
      <w:r>
        <w:rPr>
          <w:b/>
          <w:i/>
        </w:rPr>
        <w:t>Jesus không chỉ đuổi quỷ, mà còn có thể chữa lành mọi loại bệnh tật</w:t>
      </w:r>
      <w:r>
        <w:rPr>
          <w:b/>
          <w:i w:val="0"/>
        </w:rPr>
        <w:t>.</w:t>
      </w:r>
    </w:p>
    <w:p>
      <w:pPr>
        <w:spacing w:after="80"/>
        <w:jc w:val="right"/>
      </w:pPr>
      <w:r>
        <w:rPr>
          <w:b w:val="0"/>
          <w:i/>
        </w:rPr>
        <w:t>xem</w:t>
      </w:r>
      <w:r>
        <w:br/>
      </w:r>
      <w:r>
        <w:rPr>
          <w:b w:val="0"/>
          <w:i w:val="0"/>
        </w:rPr>
        <w:t xml:space="preserve"> Mark 1:34; 39;</w:t>
      </w:r>
      <w:r>
        <w:br/>
      </w:r>
      <w:r>
        <w:rPr>
          <w:b w:val="0"/>
          <w:i w:val="0"/>
        </w:rPr>
        <w:t xml:space="preserve"> Matt 4:23; 9:35</w:t>
      </w:r>
    </w:p>
    <w:p>
      <w:pPr>
        <w:spacing w:after="80"/>
      </w:pPr>
      <w:r>
        <w:rPr>
          <w:b/>
          <w:i w:val="0"/>
        </w:rPr>
        <w:t>14.</w:t>
      </w:r>
      <w:r>
        <w:rPr>
          <w:b w:val="0"/>
          <w:i w:val="0"/>
        </w:rPr>
        <w:t xml:space="preserve"> Họ nhắc lại với nhau: </w:t>
      </w:r>
      <w:r>
        <w:rPr>
          <w:b/>
          <w:i/>
        </w:rPr>
        <w:t>Người này là ai vậy?</w:t>
      </w:r>
    </w:p>
    <w:p>
      <w:pPr>
        <w:spacing w:after="80"/>
      </w:pPr>
      <w:r>
        <w:rPr>
          <w:b/>
          <w:i w:val="0"/>
        </w:rPr>
        <w:t>15.</w:t>
      </w:r>
      <w:r>
        <w:rPr>
          <w:b w:val="0"/>
          <w:i w:val="0"/>
        </w:rPr>
        <w:t xml:space="preserve"> Một số người theo Người mới đây vẫn còn do dự, bởi vì Jesus đã công khai coi thường các luật thanh tịnh của Israel: Người đã chạm vào một người phụ nữ và chữa lành cho bà, và nắm tay một người phong hủi và làm cho ông được sạch.</w:t>
      </w:r>
    </w:p>
    <w:p>
      <w:pPr>
        <w:spacing w:after="80"/>
      </w:pPr>
      <w:r>
        <w:rPr>
          <w:b/>
          <w:i w:val="0"/>
        </w:rPr>
        <w:t>16.</w:t>
      </w:r>
      <w:r>
        <w:rPr>
          <w:b w:val="0"/>
          <w:i w:val="0"/>
        </w:rPr>
        <w:t xml:space="preserve"> Phải chăng người đàn ông này, người mang lại hy vọng và sự chữa lành cho những kẻ khốn khổ, chính là Đấng Messiah mà người ta hằng mong đợi? Phải chăng vì thế họ chính là những người được chọn, những người sẽ đồng hành cùng Người trên hành trình đến Jerusalem, nơi ngai vàng của David sẽ được khôi phục?</w:t>
      </w:r>
    </w:p>
    <w:p>
      <w:pPr>
        <w:spacing w:after="80"/>
        <w:jc w:val="right"/>
      </w:pPr>
      <w:r>
        <w:rPr>
          <w:b w:val="0"/>
          <w:i w:val="0"/>
        </w:rPr>
        <w:t>[viii]</w:t>
      </w:r>
    </w:p>
    <w:p>
      <w:pPr>
        <w:spacing w:after="80"/>
      </w:pPr>
      <w:r>
        <w:rPr>
          <w:b/>
          <w:i w:val="0"/>
        </w:rPr>
        <w:t>17.</w:t>
      </w:r>
      <w:r>
        <w:rPr>
          <w:b w:val="0"/>
          <w:i w:val="0"/>
        </w:rPr>
        <w:t xml:space="preserve"> Khi Chúa Giê-su nghe họ bàn tán về những điều này, Ngài cảnh báo họ đừng nói rằng Ngài là Đấng Mê-si-a.</w:t>
      </w:r>
    </w:p>
    <w:p>
      <w:pPr>
        <w:spacing w:after="80"/>
        <w:jc w:val="right"/>
      </w:pPr>
      <w:r>
        <w:rPr>
          <w:b w:val="0"/>
          <w:i/>
        </w:rPr>
        <w:t>xem</w:t>
      </w:r>
      <w:r>
        <w:br/>
      </w:r>
      <w:r>
        <w:rPr>
          <w:b w:val="0"/>
          <w:i w:val="0"/>
        </w:rPr>
        <w:t xml:space="preserve"> Mác 8:30;</w:t>
      </w:r>
      <w:r>
        <w:br/>
      </w:r>
      <w:r>
        <w:rPr>
          <w:b w:val="0"/>
          <w:i w:val="0"/>
        </w:rPr>
        <w:t xml:space="preserve"> Ma-thi-ơ 16:20;</w:t>
      </w:r>
      <w:r>
        <w:br/>
      </w:r>
      <w:r>
        <w:rPr>
          <w:b w:val="0"/>
          <w:i w:val="0"/>
        </w:rPr>
        <w:t xml:space="preserve"> Lu-ca 9:21</w:t>
      </w:r>
    </w:p>
    <w:p>
      <w:pPr>
        <w:spacing w:after="80"/>
      </w:pPr>
      <w:r>
        <w:rPr>
          <w:b/>
          <w:i w:val="0"/>
        </w:rPr>
        <w:t>18.</w:t>
      </w:r>
      <w:r>
        <w:rPr>
          <w:b w:val="0"/>
          <w:i w:val="0"/>
        </w:rPr>
        <w:t xml:space="preserve"> Chúa Giê-su quay sang người phong hủi và cấm anh ta nói cho bất kỳ ai biết tên của người đã chữa lành cho mình.</w:t>
      </w:r>
    </w:p>
    <w:p>
      <w:pPr>
        <w:spacing w:after="80"/>
        <w:jc w:val="right"/>
      </w:pPr>
      <w:r>
        <w:rPr>
          <w:b w:val="0"/>
          <w:i w:val="0"/>
        </w:rPr>
        <w:t>Mác 1:40–45;</w:t>
      </w:r>
      <w:r>
        <w:br/>
      </w:r>
      <w:r>
        <w:rPr>
          <w:b w:val="0"/>
          <w:i w:val="0"/>
        </w:rPr>
        <w:t xml:space="preserve"> Lu-ca 5:12–16</w:t>
      </w:r>
    </w:p>
    <w:p>
      <w:pPr>
        <w:spacing w:after="80"/>
      </w:pPr>
      <w:r>
        <w:rPr>
          <w:b/>
          <w:i w:val="0"/>
        </w:rPr>
        <w:t>19.</w:t>
      </w:r>
      <w:r>
        <w:rPr>
          <w:b w:val="0"/>
          <w:i w:val="0"/>
        </w:rPr>
        <w:t xml:space="preserve"> Nhưng người phong hủi không thể giữ im lặng, liền chạy vào thị trấn và hét lên từ trên mái nhà rằng chính Chúa Giê-su người Na-xa-rét đã chữa lành cho anh ta.</w:t>
      </w:r>
    </w:p>
    <w:p>
      <w:pPr>
        <w:spacing w:after="80"/>
      </w:pPr>
      <w:r>
        <w:rPr>
          <w:b/>
          <w:i w:val="0"/>
        </w:rPr>
        <w:t>20.</w:t>
      </w:r>
      <w:r>
        <w:rPr>
          <w:b w:val="0"/>
          <w:i w:val="0"/>
        </w:rPr>
        <w:t xml:space="preserve"> Việc được loan truyền bởi tin tức như vậy khiến Chúa Giê-su khó vào được nơi ấy, vì dân địa phương ùa ra khỏi nhà và vây quanh Ngài khi Ngài đang trên đường đến Hội đường.</w:t>
      </w:r>
    </w:p>
    <w:p>
      <w:pPr>
        <w:spacing w:after="80"/>
        <w:jc w:val="right"/>
      </w:pPr>
      <w:r>
        <w:rPr>
          <w:b w:val="0"/>
          <w:i/>
        </w:rPr>
        <w:t>xem</w:t>
      </w:r>
      <w:r>
        <w:br/>
      </w:r>
      <w:r>
        <w:rPr>
          <w:b w:val="0"/>
          <w:i w:val="0"/>
        </w:rPr>
        <w:t xml:space="preserve"> Mác 1:45;</w:t>
      </w:r>
      <w:r>
        <w:br/>
      </w:r>
      <w:r>
        <w:rPr>
          <w:b w:val="0"/>
          <w:i w:val="0"/>
        </w:rPr>
        <w:t xml:space="preserve"> Lu-ca 5:15</w:t>
      </w:r>
    </w:p>
    <w:p>
      <w:pPr>
        <w:spacing w:after="80"/>
      </w:pPr>
      <w:r>
        <w:rPr>
          <w:b/>
          <w:i w:val="0"/>
        </w:rPr>
        <w:t>21.</w:t>
      </w:r>
      <w:r>
        <w:rPr>
          <w:b w:val="0"/>
          <w:i w:val="0"/>
        </w:rPr>
        <w:t xml:space="preserve"> Danh tiếng của Chúa Giê-su với tư cách là một bậc thầy vĩ đại đã lan khắp miền Ga-li-lê, nên người lãnh đạo Hội đường mời Ngài chọn một đoạn trong Kinh Torah và giảng giải cho những người đã tụ họp để nghe Ngài.</w:t>
      </w:r>
    </w:p>
    <w:p>
      <w:pPr>
        <w:spacing w:after="80"/>
      </w:pPr>
      <w:r>
        <w:rPr>
          <w:b/>
          <w:i w:val="0"/>
        </w:rPr>
        <w:t>22.</w:t>
      </w:r>
      <w:r>
        <w:rPr>
          <w:b w:val="0"/>
          <w:i w:val="0"/>
        </w:rPr>
        <w:t xml:space="preserve"> Chúa Giê-su chọn một đoạn từ Tiên tri Ê-sai, nơi có chép: </w:t>
      </w:r>
      <w:r>
        <w:rPr>
          <w:b/>
          <w:i/>
        </w:rPr>
        <w:t>Thần của Chúa ở trên tôi, vì Ngài đã chọn tôi để rao giảng tin mừng cho người nghèo. Ngài đã sai tôi đến để công bố sự giải phóng cho những kẻ bị giam cầm và sự phục hồi thị lực cho người mù, để trả tự do cho những ai bị áp bức</w:t>
      </w:r>
      <w:r>
        <w:rPr>
          <w:b/>
          <w:i w:val="0"/>
        </w:rPr>
        <w:t>.</w:t>
      </w:r>
    </w:p>
    <w:p>
      <w:pPr>
        <w:spacing w:after="80"/>
        <w:jc w:val="right"/>
      </w:pPr>
      <w:r>
        <w:rPr>
          <w:b w:val="0"/>
          <w:i w:val="0"/>
        </w:rPr>
        <w:t>Ê-sai 61:1</w:t>
      </w:r>
    </w:p>
    <w:p>
      <w:pPr>
        <w:spacing w:after="80"/>
      </w:pPr>
      <w:r>
        <w:rPr>
          <w:b/>
          <w:i w:val="0"/>
        </w:rPr>
        <w:t>23.</w:t>
      </w:r>
      <w:r>
        <w:rPr>
          <w:b w:val="0"/>
          <w:i w:val="0"/>
        </w:rPr>
        <w:t xml:space="preserve"> Chúa Giê-su ngước lên và thấy tất cả những người có mặt đều đang im lặng nhìn Ngài. Một số người đã được kể về việc chữa lành người bị quỷ ám, số khác thì nghe về việc chữa lành người phụ nữ bệnh tật, và còn nhiều người hơn nữa đã biết về việc làm sạch người phong hủi.</w:t>
      </w:r>
    </w:p>
    <w:p>
      <w:pPr>
        <w:spacing w:after="80"/>
      </w:pPr>
      <w:r>
        <w:rPr>
          <w:b/>
          <w:i w:val="0"/>
        </w:rPr>
        <w:t>24.</w:t>
      </w:r>
      <w:r>
        <w:rPr>
          <w:b w:val="0"/>
          <w:i w:val="0"/>
        </w:rPr>
        <w:t xml:space="preserve"> Người lãnh đạo Hội đường yêu cầu Chúa Giê-su giải thích đoạn Kinh Thánh Ngài vừa đọc. Câu trả lời của Chúa Giê-su thật đơn giản: </w:t>
      </w:r>
      <w:r>
        <w:rPr>
          <w:b/>
          <w:i/>
        </w:rPr>
        <w:t>Hôm nay, lời Kinh Thánh này đã được ứng nghiệm trong tai các ngươi</w:t>
      </w:r>
      <w:r>
        <w:rPr>
          <w:b/>
          <w:i w:val="0"/>
        </w:rPr>
        <w:t>.</w:t>
      </w:r>
    </w:p>
    <w:p>
      <w:pPr>
        <w:spacing w:after="80"/>
        <w:jc w:val="right"/>
      </w:pPr>
      <w:r>
        <w:rPr>
          <w:b w:val="0"/>
          <w:i w:val="0"/>
        </w:rPr>
        <w:t>Lu-ca 4:21</w:t>
      </w:r>
    </w:p>
    <w:p>
      <w:pPr>
        <w:spacing w:after="80"/>
      </w:pPr>
      <w:r>
        <w:rPr>
          <w:b/>
          <w:i w:val="0"/>
        </w:rPr>
        <w:t>25.</w:t>
      </w:r>
      <w:r>
        <w:rPr>
          <w:b w:val="0"/>
          <w:i w:val="0"/>
        </w:rPr>
        <w:t xml:space="preserve"> Một hai người Pha-ri-si thì thầm với nhau: </w:t>
      </w:r>
      <w:r>
        <w:rPr>
          <w:b/>
          <w:i/>
        </w:rPr>
        <w:t>Chẳng phải đây là con trai của Giô-sép sao?</w:t>
      </w:r>
    </w:p>
    <w:p>
      <w:pPr>
        <w:spacing w:after="80"/>
      </w:pPr>
      <w:r>
        <w:rPr>
          <w:b/>
          <w:i w:val="0"/>
        </w:rPr>
        <w:t>26.</w:t>
      </w:r>
      <w:r>
        <w:rPr>
          <w:b w:val="0"/>
          <w:i w:val="0"/>
        </w:rPr>
        <w:t xml:space="preserve"> Chúa Giê-su đáp: </w:t>
      </w:r>
      <w:r>
        <w:rPr>
          <w:b/>
          <w:i/>
        </w:rPr>
        <w:t>Một tiên tri không bao giờ thiếu danh tiếng, trừ khi ở chính quê hương mình</w:t>
      </w:r>
      <w:r>
        <w:rPr>
          <w:b/>
          <w:i w:val="0"/>
        </w:rPr>
        <w:t>.</w:t>
      </w:r>
    </w:p>
    <w:p>
      <w:pPr>
        <w:spacing w:after="80"/>
        <w:jc w:val="right"/>
      </w:pPr>
      <w:r>
        <w:rPr>
          <w:b w:val="0"/>
          <w:i/>
        </w:rPr>
        <w:t>xem</w:t>
      </w:r>
      <w:r>
        <w:br/>
      </w:r>
      <w:r>
        <w:rPr>
          <w:b w:val="0"/>
          <w:i w:val="0"/>
        </w:rPr>
        <w:t xml:space="preserve"> Lu-ca 4:22–24;</w:t>
      </w:r>
      <w:r>
        <w:br/>
      </w:r>
      <w:r>
        <w:rPr>
          <w:b w:val="0"/>
          <w:i w:val="0"/>
        </w:rPr>
        <w:t xml:space="preserve"> Ma-thi-ơ 13:57;</w:t>
      </w:r>
      <w:r>
        <w:br/>
      </w:r>
      <w:r>
        <w:rPr>
          <w:b w:val="0"/>
          <w:i w:val="0"/>
        </w:rPr>
        <w:t xml:space="preserve"> Mác 6:4</w:t>
      </w:r>
    </w:p>
    <w:p>
      <w:pPr>
        <w:spacing w:after="80"/>
      </w:pPr>
      <w:r>
        <w:rPr>
          <w:b/>
          <w:i w:val="0"/>
        </w:rPr>
        <w:t>27.</w:t>
      </w:r>
      <w:r>
        <w:rPr>
          <w:b w:val="0"/>
          <w:i w:val="0"/>
        </w:rPr>
        <w:t xml:space="preserve"> Những người khác, vẫn còn muốn tin, tiếp tục hỏi: </w:t>
      </w:r>
      <w:r>
        <w:rPr>
          <w:b/>
          <w:i/>
        </w:rPr>
        <w:t>Người này là ai?</w:t>
      </w:r>
    </w:p>
    <w:p>
      <w:pPr>
        <w:pStyle w:val="Heading2"/>
      </w:pPr>
      <w:r>
        <w:rPr>
          <w:rFonts w:ascii="Calibri" w:hAnsi="Calibri"/>
          <w:b/>
          <w:i w:val="0"/>
          <w:sz w:val="32"/>
        </w:rPr>
        <w:t>Chương 5</w:t>
      </w:r>
    </w:p>
    <w:p>
      <w:pPr>
        <w:pStyle w:val="Heading2"/>
      </w:pPr>
      <w:r>
        <w:rPr>
          <w:rFonts w:ascii="Calibri" w:hAnsi="Calibri"/>
          <w:b/>
          <w:i/>
          <w:sz w:val="32"/>
        </w:rPr>
        <w:t>Ngài có phải là Đấng phải đến không?</w:t>
      </w:r>
    </w:p>
    <w:p>
      <w:pPr>
        <w:spacing w:after="80"/>
      </w:pPr>
      <w:r>
        <w:rPr>
          <w:b/>
          <w:i w:val="0"/>
        </w:rPr>
        <w:t>1.</w:t>
      </w:r>
      <w:r>
        <w:rPr>
          <w:b w:val="0"/>
          <w:i w:val="0"/>
        </w:rPr>
        <w:t xml:space="preserve"> Chúa Giê-su đến sông Jordan để được John làm phép báp-têm, người đã tiên tri rằng: </w:t>
      </w:r>
      <w:r>
        <w:rPr>
          <w:b/>
          <w:i/>
        </w:rPr>
        <w:t>Chính tôi không biết Ngài sẽ là ai, và vì thế tôi đến làm phép báp-têm bằng nước, để Ngài được tỏ ra cho dân Israel</w:t>
      </w:r>
      <w:r>
        <w:rPr>
          <w:b/>
          <w:i w:val="0"/>
        </w:rPr>
        <w:t>.</w:t>
      </w:r>
    </w:p>
    <w:p>
      <w:pPr>
        <w:spacing w:after="80"/>
        <w:jc w:val="right"/>
      </w:pPr>
      <w:r>
        <w:rPr>
          <w:b w:val="0"/>
          <w:i w:val="0"/>
        </w:rPr>
        <w:t>John 1:31</w:t>
      </w:r>
    </w:p>
    <w:p>
      <w:pPr>
        <w:spacing w:after="80"/>
      </w:pPr>
      <w:r>
        <w:rPr>
          <w:b/>
          <w:i w:val="0"/>
        </w:rPr>
        <w:t>2.</w:t>
      </w:r>
      <w:r>
        <w:rPr>
          <w:b w:val="0"/>
          <w:i w:val="0"/>
        </w:rPr>
        <w:t xml:space="preserve"> Sau khi làm phép báp-têm cho Chúa Giê-su, John tuyên bố: </w:t>
      </w:r>
      <w:r>
        <w:rPr>
          <w:b/>
          <w:i/>
        </w:rPr>
        <w:t>Tôi thấy Thánh Linh từ trời giáng xuống như chim bồ câu, và Ngài ở lại với Người. Tôi chưa được cho biết Người chính là Đấng ấy cho đến khi Đức Chúa Trời, Đấng đã sai tôi làm phép báp-têm bằng nước, phán rằng: ‘Đây là con yêu dấu của Ta, Ta hài lòng về Người</w:t>
      </w:r>
      <w:r>
        <w:rPr>
          <w:b/>
          <w:i w:val="0"/>
        </w:rPr>
        <w:t>.’</w:t>
      </w:r>
    </w:p>
    <w:p>
      <w:pPr>
        <w:spacing w:after="80"/>
        <w:jc w:val="right"/>
      </w:pPr>
      <w:r>
        <w:rPr>
          <w:b w:val="0"/>
          <w:i/>
        </w:rPr>
        <w:t>xem</w:t>
      </w:r>
      <w:r>
        <w:br/>
      </w:r>
      <w:r>
        <w:rPr>
          <w:b w:val="0"/>
          <w:i w:val="0"/>
        </w:rPr>
        <w:t xml:space="preserve"> John 1:32–34;</w:t>
      </w:r>
      <w:r>
        <w:br/>
      </w:r>
      <w:r>
        <w:rPr>
          <w:b w:val="0"/>
          <w:i w:val="0"/>
        </w:rPr>
        <w:t xml:space="preserve"> Mark 1:11;</w:t>
      </w:r>
      <w:r>
        <w:br/>
      </w:r>
      <w:r>
        <w:rPr>
          <w:b w:val="0"/>
          <w:i w:val="0"/>
        </w:rPr>
        <w:t xml:space="preserve"> Matt 3:17;</w:t>
      </w:r>
      <w:r>
        <w:br/>
      </w:r>
      <w:r>
        <w:rPr>
          <w:b w:val="0"/>
          <w:i w:val="0"/>
        </w:rPr>
        <w:t xml:space="preserve"> Luke 3:22</w:t>
      </w:r>
    </w:p>
    <w:p>
      <w:pPr>
        <w:spacing w:after="80"/>
      </w:pPr>
      <w:r>
        <w:rPr>
          <w:b/>
          <w:i w:val="0"/>
        </w:rPr>
        <w:t>3.</w:t>
      </w:r>
      <w:r>
        <w:rPr>
          <w:b w:val="0"/>
          <w:i w:val="0"/>
        </w:rPr>
        <w:t xml:space="preserve"> Từ giây phút đó, John tin chắc rằng những ngày làm tiên tri của Chúa của mình đã được đếm, và ông nói với Andrew, một trong các môn đồ của mình: </w:t>
      </w:r>
      <w:r>
        <w:rPr>
          <w:b/>
          <w:i/>
        </w:rPr>
        <w:t>Ta không phải là Đấng Christ, ta được sai đến trước Ngài</w:t>
      </w:r>
      <w:r>
        <w:rPr>
          <w:b/>
          <w:i w:val="0"/>
        </w:rPr>
        <w:t>.</w:t>
      </w:r>
    </w:p>
    <w:p>
      <w:pPr>
        <w:spacing w:after="80"/>
        <w:jc w:val="right"/>
      </w:pPr>
      <w:r>
        <w:rPr>
          <w:b w:val="0"/>
          <w:i w:val="0"/>
        </w:rPr>
        <w:t>John 3:28</w:t>
      </w:r>
    </w:p>
    <w:p>
      <w:pPr>
        <w:spacing w:after="80"/>
      </w:pPr>
      <w:r>
        <w:rPr>
          <w:b/>
          <w:i w:val="0"/>
        </w:rPr>
        <w:t>4.</w:t>
      </w:r>
      <w:r>
        <w:rPr>
          <w:b w:val="0"/>
          <w:i w:val="0"/>
        </w:rPr>
        <w:t xml:space="preserve"> Chỉ vào Chúa Giê-su, ông nói: </w:t>
      </w:r>
      <w:r>
        <w:rPr>
          <w:b/>
          <w:i/>
        </w:rPr>
        <w:t>Đây là một người của Đức Chúa Trời; đã đến lúc ta phải đứng sang một bên và để Ngài thực hiện ý muốn của Đức Chúa Trời</w:t>
      </w:r>
      <w:r>
        <w:rPr>
          <w:b/>
          <w:i w:val="0"/>
        </w:rPr>
        <w:t>.</w:t>
      </w:r>
    </w:p>
    <w:p>
      <w:pPr>
        <w:spacing w:after="80"/>
        <w:jc w:val="right"/>
      </w:pPr>
      <w:r>
        <w:rPr>
          <w:b w:val="0"/>
          <w:i/>
        </w:rPr>
        <w:t>xem</w:t>
      </w:r>
      <w:r>
        <w:br/>
      </w:r>
      <w:r>
        <w:rPr>
          <w:b w:val="0"/>
          <w:i w:val="0"/>
        </w:rPr>
        <w:t xml:space="preserve"> John 1:29,</w:t>
      </w:r>
      <w:r>
        <w:br/>
      </w:r>
      <w:r>
        <w:rPr>
          <w:b w:val="0"/>
          <w:i w:val="0"/>
        </w:rPr>
        <w:t xml:space="preserve"> 34; 3:30</w:t>
      </w:r>
    </w:p>
    <w:p>
      <w:pPr>
        <w:spacing w:after="80"/>
      </w:pPr>
      <w:r>
        <w:rPr>
          <w:b/>
          <w:i w:val="0"/>
        </w:rPr>
        <w:t>5.</w:t>
      </w:r>
      <w:r>
        <w:rPr>
          <w:b w:val="0"/>
          <w:i w:val="0"/>
        </w:rPr>
        <w:t xml:space="preserve"> Nghe những lời này, Andrew rời bỏ Thầy mình và chạy theo Chúa Giê-su. Biết mình đang bị theo sau, Chúa Giê-su quay lại và hỏi: </w:t>
      </w:r>
      <w:r>
        <w:rPr>
          <w:b/>
          <w:i/>
        </w:rPr>
        <w:t>Các ngươi đang tìm kiếm điều gì?</w:t>
      </w:r>
    </w:p>
    <w:p>
      <w:pPr>
        <w:spacing w:after="80"/>
        <w:jc w:val="right"/>
      </w:pPr>
      <w:r>
        <w:rPr>
          <w:b w:val="0"/>
          <w:i w:val="0"/>
        </w:rPr>
        <w:t>John 1:38</w:t>
      </w:r>
    </w:p>
    <w:p>
      <w:pPr>
        <w:spacing w:after="80"/>
      </w:pPr>
      <w:r>
        <w:rPr>
          <w:b/>
          <w:i w:val="0"/>
        </w:rPr>
        <w:t>6.</w:t>
      </w:r>
      <w:r>
        <w:rPr>
          <w:b w:val="0"/>
          <w:i w:val="0"/>
        </w:rPr>
        <w:t xml:space="preserve"> Andrew quỳ xuống và đáp: </w:t>
      </w:r>
      <w:r>
        <w:rPr>
          <w:b/>
          <w:i/>
        </w:rPr>
        <w:t>Vị thầy có thẩm quyền về Torah mà John the Baptist đã tiên tri là một người của Đức Chúa Trời</w:t>
      </w:r>
      <w:r>
        <w:rPr>
          <w:b/>
          <w:i w:val="0"/>
        </w:rPr>
        <w:t>.</w:t>
      </w:r>
    </w:p>
    <w:p>
      <w:pPr>
        <w:spacing w:after="80"/>
        <w:jc w:val="right"/>
      </w:pPr>
      <w:r>
        <w:rPr>
          <w:b w:val="0"/>
          <w:i/>
        </w:rPr>
        <w:t>xem</w:t>
      </w:r>
      <w:r>
        <w:br/>
      </w:r>
      <w:r>
        <w:rPr>
          <w:b w:val="0"/>
          <w:i w:val="0"/>
        </w:rPr>
        <w:t xml:space="preserve"> John 1:35–36</w:t>
      </w:r>
    </w:p>
    <w:p>
      <w:pPr>
        <w:spacing w:after="80"/>
      </w:pPr>
      <w:r>
        <w:rPr>
          <w:b/>
          <w:i w:val="0"/>
        </w:rPr>
        <w:t>7.</w:t>
      </w:r>
      <w:r>
        <w:rPr>
          <w:b w:val="0"/>
          <w:i w:val="0"/>
        </w:rPr>
        <w:t xml:space="preserve"> Từ đó, nhiều môn đồ của John the Baptist trở thành những người theo Chúa Giê-su.</w:t>
      </w:r>
    </w:p>
    <w:p>
      <w:pPr>
        <w:spacing w:after="80"/>
      </w:pPr>
      <w:r>
        <w:rPr>
          <w:b/>
          <w:i w:val="0"/>
        </w:rPr>
        <w:t>8.</w:t>
      </w:r>
      <w:r>
        <w:rPr>
          <w:b w:val="0"/>
          <w:i w:val="0"/>
        </w:rPr>
        <w:t xml:space="preserve"> Tuy những ngày làm nhà tiên tri của John sắp kết thúc, điều đó không ngăn ông nói với niềm tin mãnh liệt mỗi khi giảng dạy những tín điều truyền thống của Israel.</w:t>
      </w:r>
    </w:p>
    <w:p>
      <w:pPr>
        <w:spacing w:after="80"/>
      </w:pPr>
      <w:r>
        <w:rPr>
          <w:b/>
          <w:i w:val="0"/>
        </w:rPr>
        <w:t>9.</w:t>
      </w:r>
      <w:r>
        <w:rPr>
          <w:b w:val="0"/>
          <w:i w:val="0"/>
        </w:rPr>
        <w:t xml:space="preserve"> Ông thậm chí còn dám thách thức tính hợp pháp trong cuộc hôn nhân của Herod với Herodias, người trước đó đã được hứa hôn với Philip, anh trai của Herod.</w:t>
      </w:r>
    </w:p>
    <w:p>
      <w:pPr>
        <w:spacing w:after="80"/>
      </w:pPr>
      <w:r>
        <w:rPr>
          <w:b/>
          <w:i w:val="0"/>
        </w:rPr>
        <w:t>10.</w:t>
      </w:r>
      <w:r>
        <w:rPr>
          <w:b w:val="0"/>
          <w:i w:val="0"/>
        </w:rPr>
        <w:t xml:space="preserve"> John tuyên bố, cho mọi người cùng nghe, rằng việc Herod cưới vợ của anh trai mình là một cuộc hôn nhân ngoại tình, dù cuộc hôn nhân đó diễn ra sau khi Philip qua đời.</w:t>
      </w:r>
    </w:p>
    <w:p>
      <w:pPr>
        <w:spacing w:after="80"/>
      </w:pPr>
      <w:r>
        <w:rPr>
          <w:b/>
          <w:i w:val="0"/>
        </w:rPr>
        <w:t>11.</w:t>
      </w:r>
      <w:r>
        <w:rPr>
          <w:b w:val="0"/>
          <w:i w:val="0"/>
        </w:rPr>
        <w:t xml:space="preserve"> Những lời này, được lặp đi lặp lại nhiều lần, khiến Herod nổi giận và, vì lòng can đảm và đức tin của mình, John bị bắt và tống vào ngục.</w:t>
      </w:r>
    </w:p>
    <w:p>
      <w:pPr>
        <w:spacing w:after="80"/>
      </w:pPr>
      <w:r>
        <w:rPr>
          <w:b/>
          <w:i w:val="0"/>
        </w:rPr>
        <w:t>12.</w:t>
      </w:r>
      <w:r>
        <w:rPr>
          <w:b w:val="0"/>
          <w:i w:val="0"/>
        </w:rPr>
        <w:t xml:space="preserve"> Dù đã chứng kiến những gì xảy ra khi Jesus được rửa tội ở sông Jordan, John vẫn không chắc chắn về điều Chúa muốn dành cho Jesus xứ Nazareth.</w:t>
      </w:r>
    </w:p>
    <w:p>
      <w:pPr>
        <w:spacing w:after="80"/>
      </w:pPr>
      <w:r>
        <w:rPr>
          <w:b/>
          <w:i w:val="0"/>
        </w:rPr>
        <w:t>13.</w:t>
      </w:r>
      <w:r>
        <w:rPr>
          <w:b w:val="0"/>
          <w:i w:val="0"/>
        </w:rPr>
        <w:t xml:space="preserve"> Khi còn bị giam trong ngục, John ra lệnh cho hai môn đệ của mình đi tìm Jesus, và khi gặp được Người thì hỏi: </w:t>
      </w:r>
      <w:r>
        <w:rPr>
          <w:b/>
          <w:i/>
        </w:rPr>
        <w:t>Ngài có phải là Đấng phải đến, hay chúng tôi phải tìm một Đấng khác?</w:t>
      </w:r>
    </w:p>
    <w:p>
      <w:pPr>
        <w:spacing w:after="80"/>
        <w:jc w:val="right"/>
      </w:pPr>
      <w:r>
        <w:rPr>
          <w:b w:val="0"/>
          <w:i w:val="0"/>
        </w:rPr>
        <w:t>Luke 7:19;</w:t>
      </w:r>
      <w:r>
        <w:br/>
      </w:r>
      <w:r>
        <w:rPr>
          <w:b w:val="0"/>
          <w:i w:val="0"/>
        </w:rPr>
        <w:t xml:space="preserve"> Matt 11:3</w:t>
      </w:r>
    </w:p>
    <w:p>
      <w:pPr>
        <w:spacing w:after="80"/>
      </w:pPr>
      <w:r>
        <w:rPr>
          <w:b/>
          <w:i w:val="0"/>
        </w:rPr>
        <w:t>14.</w:t>
      </w:r>
      <w:r>
        <w:rPr>
          <w:b w:val="0"/>
          <w:i w:val="0"/>
        </w:rPr>
        <w:t xml:space="preserve"> Một trong những môn đệ đó là Judas Iscariot.</w:t>
      </w:r>
    </w:p>
    <w:p>
      <w:pPr>
        <w:spacing w:after="80"/>
      </w:pPr>
      <w:r>
        <w:rPr>
          <w:b/>
          <w:i w:val="0"/>
        </w:rPr>
        <w:t>15.</w:t>
      </w:r>
      <w:r>
        <w:rPr>
          <w:b w:val="0"/>
          <w:i w:val="0"/>
        </w:rPr>
        <w:t xml:space="preserve"> Và khi họ tìm được Jesus, Người không trả lời ngay câu hỏi của John the Baptist.</w:t>
      </w:r>
    </w:p>
    <w:p>
      <w:pPr>
        <w:spacing w:after="80"/>
      </w:pPr>
      <w:r>
        <w:rPr>
          <w:b/>
          <w:i w:val="0"/>
        </w:rPr>
        <w:t>16.</w:t>
      </w:r>
      <w:r>
        <w:rPr>
          <w:b w:val="0"/>
          <w:i w:val="0"/>
        </w:rPr>
        <w:t xml:space="preserve"> Nhưng ngay trong giờ đó, Jesus đã chữa lành nhiều bệnh tật và tai ương, xua đuổi tà ma, và ban ánh sáng cho nhiều người mù.</w:t>
      </w:r>
    </w:p>
    <w:p>
      <w:pPr>
        <w:spacing w:after="80"/>
      </w:pPr>
      <w:r>
        <w:rPr>
          <w:b/>
          <w:i w:val="0"/>
        </w:rPr>
        <w:t>17.</w:t>
      </w:r>
      <w:r>
        <w:rPr>
          <w:b w:val="0"/>
          <w:i w:val="0"/>
        </w:rPr>
        <w:t xml:space="preserve"> Và cuối cùng, quay sang Judas, Người nói: </w:t>
      </w:r>
      <w:r>
        <w:rPr>
          <w:b/>
          <w:i/>
        </w:rPr>
        <w:t>Hãy đi và kể cho John những điều ngươi đã thấy và đã nghe</w:t>
      </w:r>
      <w:r>
        <w:rPr>
          <w:b/>
          <w:i w:val="0"/>
        </w:rPr>
        <w:t>.</w:t>
      </w:r>
    </w:p>
    <w:p>
      <w:pPr>
        <w:spacing w:after="80"/>
        <w:jc w:val="right"/>
      </w:pPr>
      <w:r>
        <w:rPr>
          <w:b w:val="0"/>
          <w:i w:val="0"/>
        </w:rPr>
        <w:t>Luke 7:22;</w:t>
      </w:r>
      <w:r>
        <w:br/>
      </w:r>
      <w:r>
        <w:rPr>
          <w:b w:val="0"/>
          <w:i w:val="0"/>
        </w:rPr>
        <w:t xml:space="preserve"> Matt 11:4</w:t>
      </w:r>
    </w:p>
    <w:p>
      <w:pPr>
        <w:spacing w:after="80"/>
      </w:pPr>
      <w:r>
        <w:rPr>
          <w:b/>
          <w:i w:val="0"/>
        </w:rPr>
        <w:t>18.</w:t>
      </w:r>
      <w:r>
        <w:rPr>
          <w:b w:val="0"/>
          <w:i w:val="0"/>
        </w:rPr>
        <w:t xml:space="preserve"> Khi John the Baptist nghe những lời này, ông ngước nhìn lên trời và tuyên bố: </w:t>
      </w:r>
      <w:r>
        <w:rPr>
          <w:b/>
          <w:i/>
        </w:rPr>
        <w:t>Đây là Chiên Thiên Chúa, Đấng mang đi tội lỗi của thế gian</w:t>
      </w:r>
      <w:r>
        <w:rPr>
          <w:b/>
          <w:i w:val="0"/>
        </w:rPr>
        <w:t>.</w:t>
      </w:r>
    </w:p>
    <w:p>
      <w:pPr>
        <w:spacing w:after="80"/>
        <w:jc w:val="right"/>
      </w:pPr>
      <w:r>
        <w:rPr>
          <w:b w:val="0"/>
          <w:i w:val="0"/>
        </w:rPr>
        <w:t>John 1:29</w:t>
      </w:r>
    </w:p>
    <w:p>
      <w:pPr>
        <w:spacing w:after="80"/>
      </w:pPr>
      <w:r>
        <w:rPr>
          <w:b/>
          <w:i w:val="0"/>
        </w:rPr>
        <w:t>19.</w:t>
      </w:r>
      <w:r>
        <w:rPr>
          <w:b w:val="0"/>
          <w:i w:val="0"/>
        </w:rPr>
        <w:t xml:space="preserve"> Sau lời tuyên bố này của John, Judas nhanh chóng quay lại Galilee và tìm Jesus.</w:t>
      </w:r>
    </w:p>
    <w:p>
      <w:pPr>
        <w:spacing w:after="80"/>
      </w:pPr>
      <w:r>
        <w:rPr>
          <w:b/>
          <w:i w:val="0"/>
        </w:rPr>
        <w:t>20.</w:t>
      </w:r>
      <w:r>
        <w:rPr>
          <w:b w:val="0"/>
          <w:i w:val="0"/>
        </w:rPr>
        <w:t xml:space="preserve"> Khi đã tìm được Người, ông dấn thân vào sứ vụ của Người.</w:t>
      </w:r>
    </w:p>
    <w:p>
      <w:pPr>
        <w:spacing w:after="80"/>
      </w:pPr>
      <w:r>
        <w:rPr>
          <w:b/>
          <w:i w:val="0"/>
        </w:rPr>
        <w:t>21.</w:t>
      </w:r>
      <w:r>
        <w:rPr>
          <w:b w:val="0"/>
          <w:i w:val="0"/>
        </w:rPr>
        <w:t xml:space="preserve"> Giu-đa được truyền cảm hứng từ Thầy mới của mình, Đấng giảng dạy với tri thức và uy quyền. Ông </w:t>
      </w:r>
      <w:r>
        <w:rPr>
          <w:b/>
          <w:i/>
        </w:rPr>
        <w:t>khác hẳn các Kinh sư và người Pha-ri-si, những kẻ thích đi dạo quanh thị trấn trong bộ áo dài, và mong được kính trọng khi họ ngồi ở những chỗ danh dự nhất trong Hội đường, rồi sau đó giả vờ đọc những lời cầu nguyện dài</w:t>
      </w:r>
      <w:r>
        <w:rPr>
          <w:b/>
          <w:i w:val="0"/>
        </w:rPr>
        <w:t>.</w:t>
      </w:r>
    </w:p>
    <w:p>
      <w:pPr>
        <w:spacing w:after="80"/>
        <w:jc w:val="right"/>
      </w:pPr>
      <w:r>
        <w:rPr>
          <w:b w:val="0"/>
          <w:i/>
        </w:rPr>
        <w:t>xem</w:t>
      </w:r>
      <w:r>
        <w:br/>
      </w:r>
      <w:r>
        <w:rPr>
          <w:b w:val="0"/>
          <w:i w:val="0"/>
        </w:rPr>
        <w:t xml:space="preserve"> Mác 12:38–40;</w:t>
      </w:r>
      <w:r>
        <w:br/>
      </w:r>
      <w:r>
        <w:rPr>
          <w:b w:val="0"/>
          <w:i w:val="0"/>
        </w:rPr>
        <w:t xml:space="preserve"> Mat 23:2–7;</w:t>
      </w:r>
      <w:r>
        <w:br/>
      </w:r>
      <w:r>
        <w:rPr>
          <w:b w:val="0"/>
          <w:i w:val="0"/>
        </w:rPr>
        <w:t xml:space="preserve"> Lu-ca 20:46–47</w:t>
      </w:r>
      <w:r>
        <w:br/>
      </w:r>
      <w:r>
        <w:rPr>
          <w:b w:val="0"/>
          <w:i w:val="0"/>
        </w:rPr>
        <w:t xml:space="preserve"> [ix]</w:t>
      </w:r>
    </w:p>
    <w:p>
      <w:pPr>
        <w:spacing w:after="80"/>
      </w:pPr>
      <w:r>
        <w:rPr>
          <w:b/>
          <w:i w:val="0"/>
        </w:rPr>
        <w:t>22.</w:t>
      </w:r>
      <w:r>
        <w:rPr>
          <w:b w:val="0"/>
          <w:i w:val="0"/>
        </w:rPr>
        <w:t xml:space="preserve"> Giu-đa xúc động bởi những lời của Chúa Giê-su và cách Ngài giải thích các văn bản thiêng liêng của Y-sơ-ra-ên.</w:t>
      </w:r>
    </w:p>
    <w:p>
      <w:pPr>
        <w:spacing w:after="80"/>
      </w:pPr>
      <w:r>
        <w:rPr>
          <w:b/>
          <w:i w:val="0"/>
        </w:rPr>
        <w:t>23.</w:t>
      </w:r>
      <w:r>
        <w:rPr>
          <w:b w:val="0"/>
          <w:i w:val="0"/>
        </w:rPr>
        <w:t xml:space="preserve"> Sau khi Giu-đa được kể cho nghe tất cả những gì Si-môn, An-rê, Gia-cơ và Giăng đã trải qua, và những gì họ đã từ bỏ để theo Chúa Giê-su, ông cũng muốn trở thành môn đồ của Chúa Giê-su người Na-xa-rét.</w:t>
      </w:r>
    </w:p>
    <w:p>
      <w:pPr>
        <w:spacing w:after="80"/>
      </w:pPr>
      <w:r>
        <w:rPr>
          <w:b/>
          <w:i w:val="0"/>
        </w:rPr>
        <w:t>24.</w:t>
      </w:r>
      <w:r>
        <w:rPr>
          <w:b w:val="0"/>
          <w:i w:val="0"/>
        </w:rPr>
        <w:t xml:space="preserve"> Đức tin của Giu-đa nơi Thầy mới của mình trở nên mãnh liệt đến nỗi ông nói với mọi người ông gặp: </w:t>
      </w:r>
      <w:r>
        <w:rPr>
          <w:b/>
          <w:i/>
        </w:rPr>
        <w:t>Chúng ta đã tìm thấy Đấng Mê-si-a mà bao đời mong đợi</w:t>
      </w:r>
      <w:r>
        <w:rPr>
          <w:b/>
          <w:i w:val="0"/>
        </w:rPr>
        <w:t>.</w:t>
      </w:r>
    </w:p>
    <w:p>
      <w:pPr>
        <w:spacing w:after="80"/>
      </w:pPr>
      <w:r>
        <w:rPr>
          <w:b/>
          <w:i w:val="0"/>
        </w:rPr>
        <w:t>25.</w:t>
      </w:r>
      <w:r>
        <w:rPr>
          <w:b w:val="0"/>
          <w:i w:val="0"/>
        </w:rPr>
        <w:t xml:space="preserve"> Một trong những người mà Giu-đa truyền tin mừng là Phi-líp, người đã quá xúc động bởi những lời của Giu-đa đến nỗi cũng từ bỏ mọi thứ để theo Chúa Giê-su.</w:t>
      </w:r>
    </w:p>
    <w:p>
      <w:pPr>
        <w:spacing w:after="80"/>
      </w:pPr>
      <w:r>
        <w:rPr>
          <w:b/>
          <w:i w:val="0"/>
        </w:rPr>
        <w:t>26.</w:t>
      </w:r>
      <w:r>
        <w:rPr>
          <w:b w:val="0"/>
          <w:i w:val="0"/>
        </w:rPr>
        <w:t xml:space="preserve"> Đến lượt ông nói với bạn mình là Na-tha-na-ên: </w:t>
      </w:r>
      <w:r>
        <w:rPr>
          <w:b/>
          <w:i/>
        </w:rPr>
        <w:t>Chúng ta đã tìm thấy Đấng Mê-si-a, đúng như Môi-se đã báo trước: Chúa Giê-su người Na-xa-rét, con của Giô-sép</w:t>
      </w:r>
      <w:r>
        <w:rPr>
          <w:b/>
          <w:i w:val="0"/>
        </w:rPr>
        <w:t>.</w:t>
      </w:r>
    </w:p>
    <w:p>
      <w:pPr>
        <w:spacing w:after="80"/>
      </w:pPr>
      <w:r>
        <w:rPr>
          <w:b/>
          <w:i w:val="0"/>
        </w:rPr>
        <w:t>27.</w:t>
      </w:r>
      <w:r>
        <w:rPr>
          <w:b w:val="0"/>
          <w:i w:val="0"/>
        </w:rPr>
        <w:t xml:space="preserve"> Tuy nhiên, Na-tha-na-ên, một người đạo đức và thận trọng, không lập tức tin rằng Chúa Giê-su là Đấng Mê-si-a. Ông nhắc bạn mình là Phi-líp rằng Na-xa-rét là một ngôi làng không có truyền thống Kinh Thánh, và không có bằng chứng nào trong Torah cho thấy Đấng Mê-si-a sẽ đến từ Ga-li-lê.</w:t>
      </w:r>
    </w:p>
    <w:p>
      <w:pPr>
        <w:spacing w:after="80"/>
      </w:pPr>
      <w:r>
        <w:rPr>
          <w:b/>
          <w:i w:val="0"/>
        </w:rPr>
        <w:t>28.</w:t>
      </w:r>
      <w:r>
        <w:rPr>
          <w:b w:val="0"/>
          <w:i w:val="0"/>
        </w:rPr>
        <w:t xml:space="preserve"> Na-tha-na-ên tuyên bố: </w:t>
      </w:r>
      <w:r>
        <w:rPr>
          <w:b/>
          <w:i/>
        </w:rPr>
        <w:t>Có thể có điều gì tốt lành ra từ Na-xa-rét sao?</w:t>
      </w:r>
    </w:p>
    <w:p>
      <w:pPr>
        <w:spacing w:after="80"/>
      </w:pPr>
      <w:r>
        <w:rPr>
          <w:b/>
          <w:i w:val="0"/>
        </w:rPr>
        <w:t>29.</w:t>
      </w:r>
      <w:r>
        <w:rPr>
          <w:b w:val="0"/>
          <w:i w:val="0"/>
        </w:rPr>
        <w:t xml:space="preserve"> Phi-líp đáp: </w:t>
      </w:r>
      <w:r>
        <w:rPr>
          <w:b/>
          <w:i/>
        </w:rPr>
        <w:t>Hãy đến mà xem</w:t>
      </w:r>
      <w:r>
        <w:rPr>
          <w:b/>
          <w:i w:val="0"/>
        </w:rPr>
        <w:t>.</w:t>
      </w:r>
    </w:p>
    <w:p>
      <w:pPr>
        <w:spacing w:after="80"/>
      </w:pPr>
      <w:r>
        <w:rPr>
          <w:b/>
          <w:i w:val="0"/>
        </w:rPr>
        <w:t>30.</w:t>
      </w:r>
      <w:r>
        <w:rPr>
          <w:b w:val="0"/>
          <w:i w:val="0"/>
        </w:rPr>
        <w:t xml:space="preserve"> Khi Chúa Giê-su lần đầu thấy Na-tha-na-ên đi về phía mình, Ngài nói: </w:t>
      </w:r>
      <w:r>
        <w:rPr>
          <w:b/>
          <w:i/>
        </w:rPr>
        <w:t>Kìa, một người Y-sơ-ra-ên thật, không có chút gian dối nào</w:t>
      </w:r>
      <w:r>
        <w:rPr>
          <w:b/>
          <w:i w:val="0"/>
        </w:rPr>
        <w:t>.</w:t>
      </w:r>
    </w:p>
    <w:p>
      <w:pPr>
        <w:spacing w:after="80"/>
      </w:pPr>
      <w:r>
        <w:rPr>
          <w:b/>
          <w:i w:val="0"/>
        </w:rPr>
        <w:t>31.</w:t>
      </w:r>
      <w:r>
        <w:rPr>
          <w:b w:val="0"/>
          <w:i w:val="0"/>
        </w:rPr>
        <w:t xml:space="preserve"> Na-tha-na-ên kinh ngạc, hỏi Chúa Giê-su: </w:t>
      </w:r>
      <w:r>
        <w:rPr>
          <w:b/>
          <w:i/>
        </w:rPr>
        <w:t>Sao Ngài biết tôi?</w:t>
      </w:r>
    </w:p>
    <w:p>
      <w:pPr>
        <w:spacing w:after="80"/>
        <w:jc w:val="right"/>
      </w:pPr>
      <w:r>
        <w:rPr>
          <w:b w:val="0"/>
          <w:i w:val="0"/>
        </w:rPr>
        <w:t>[x]</w:t>
      </w:r>
    </w:p>
    <w:p>
      <w:pPr>
        <w:spacing w:after="80"/>
      </w:pPr>
      <w:r>
        <w:rPr>
          <w:b/>
          <w:i w:val="0"/>
        </w:rPr>
        <w:t>32.</w:t>
      </w:r>
      <w:r>
        <w:rPr>
          <w:b w:val="0"/>
          <w:i w:val="0"/>
        </w:rPr>
        <w:t xml:space="preserve"> Chúa Giê-su đáp: </w:t>
      </w:r>
      <w:r>
        <w:rPr>
          <w:b/>
          <w:i/>
        </w:rPr>
        <w:t>Trước khi Phi-líp gọi ngươi, ta đã thấy ngươi ngồi dưới cây vả</w:t>
      </w:r>
      <w:r>
        <w:rPr>
          <w:b/>
          <w:i w:val="0"/>
        </w:rPr>
        <w:t>.</w:t>
      </w:r>
    </w:p>
    <w:p>
      <w:pPr>
        <w:spacing w:after="80"/>
      </w:pPr>
      <w:r>
        <w:rPr>
          <w:b/>
          <w:i w:val="0"/>
        </w:rPr>
        <w:t>33.</w:t>
      </w:r>
      <w:r>
        <w:rPr>
          <w:b w:val="0"/>
          <w:i w:val="0"/>
        </w:rPr>
        <w:t xml:space="preserve"> Na-tha-na-ên cúi đầu và tuyên bố: </w:t>
      </w:r>
      <w:r>
        <w:rPr>
          <w:b/>
          <w:i/>
        </w:rPr>
        <w:t>Thưa Thầy, Thầy là Con Đức Chúa Trời, Thầy là Vua của Y-sơ-ra-ên</w:t>
      </w:r>
      <w:r>
        <w:rPr>
          <w:b/>
          <w:i w:val="0"/>
        </w:rPr>
        <w:t>.</w:t>
      </w:r>
    </w:p>
    <w:p>
      <w:pPr>
        <w:spacing w:after="80"/>
        <w:jc w:val="right"/>
      </w:pPr>
      <w:r>
        <w:rPr>
          <w:b w:val="0"/>
          <w:i w:val="0"/>
        </w:rPr>
        <w:t>[xi]</w:t>
      </w:r>
    </w:p>
    <w:p>
      <w:pPr>
        <w:spacing w:after="80"/>
      </w:pPr>
      <w:r>
        <w:rPr>
          <w:b/>
          <w:i w:val="0"/>
        </w:rPr>
        <w:t>34.</w:t>
      </w:r>
      <w:r>
        <w:rPr>
          <w:b w:val="0"/>
          <w:i w:val="0"/>
        </w:rPr>
        <w:t xml:space="preserve"> Nathanael cũng từ bỏ mọi của cải trần thế để theo Chúa Giê-su, và nhờ danh tiếng đạo đức của ông, nhiều người khác đã gia nhập cùng ông và trở thành môn đồ.</w:t>
      </w:r>
    </w:p>
    <w:p>
      <w:pPr>
        <w:spacing w:after="80"/>
      </w:pPr>
      <w:r>
        <w:rPr>
          <w:b/>
          <w:i w:val="0"/>
        </w:rPr>
        <w:t>35.</w:t>
      </w:r>
      <w:r>
        <w:rPr>
          <w:b w:val="0"/>
          <w:i w:val="0"/>
        </w:rPr>
        <w:t xml:space="preserve"> Tất cả họ bắt đầu lan truyền tin mừng, kể cho mọi người về sự xuất hiện của một vương quốc mới cho Israel, nơi sẽ không còn bị những kẻ ngoại giáo từ Rome chiếm đóng nữa.</w:t>
      </w:r>
    </w:p>
    <w:p>
      <w:pPr>
        <w:spacing w:after="80"/>
      </w:pPr>
      <w:r>
        <w:rPr>
          <w:b/>
          <w:i w:val="0"/>
        </w:rPr>
        <w:t>36.</w:t>
      </w:r>
      <w:r>
        <w:rPr>
          <w:b w:val="0"/>
          <w:i w:val="0"/>
        </w:rPr>
        <w:t xml:space="preserve"> Chúa Giê-su không công khai thừa nhận lời tuyên bố của Nathanael rằng ông ắt phải là đấng được mong đợi, đấng Messiah, và do đó là sự ứng nghiệm của lời hứa dòng dõi David.</w:t>
      </w:r>
    </w:p>
    <w:p>
      <w:pPr>
        <w:spacing w:after="80"/>
      </w:pPr>
      <w:r>
        <w:rPr>
          <w:b/>
          <w:i w:val="0"/>
        </w:rPr>
        <w:t>37.</w:t>
      </w:r>
      <w:r>
        <w:rPr>
          <w:b w:val="0"/>
          <w:i w:val="0"/>
        </w:rPr>
        <w:t xml:space="preserve"> Khi chỉ còn hai người, Chúa Giê-su nói với Nathanael: </w:t>
      </w:r>
      <w:r>
        <w:rPr>
          <w:b/>
          <w:i/>
        </w:rPr>
        <w:t>Vì ta đã nói rằng ta thấy ngươi dưới cây vả, nên ngươi tin rằng ta là Rabbi, con của Thiên Chúa và Vua của Israel sao? Ngươi sẽ được biết nhiều điều hơn nữa, và sẽ được đòi hỏi nhiều hơn nữa trước khi những lời hứa của Thiên Chúa được ứng nghiệm. Còn bây giờ, hãy theo ta</w:t>
      </w:r>
      <w:r>
        <w:rPr>
          <w:b/>
          <w:i w:val="0"/>
        </w:rPr>
        <w:t>.</w:t>
      </w:r>
    </w:p>
    <w:p>
      <w:pPr>
        <w:spacing w:after="80"/>
        <w:jc w:val="right"/>
      </w:pPr>
      <w:r>
        <w:rPr>
          <w:b w:val="0"/>
          <w:i/>
        </w:rPr>
        <w:t>xem</w:t>
      </w:r>
      <w:r>
        <w:br/>
      </w:r>
      <w:r>
        <w:rPr>
          <w:b w:val="0"/>
          <w:i w:val="0"/>
        </w:rPr>
        <w:t xml:space="preserve"> John 1:35–51</w:t>
      </w:r>
    </w:p>
    <w:p>
      <w:pPr>
        <w:spacing w:after="80"/>
      </w:pPr>
      <w:r>
        <w:rPr>
          <w:b/>
          <w:i w:val="0"/>
        </w:rPr>
        <w:t>38.</w:t>
      </w:r>
      <w:r>
        <w:rPr>
          <w:b w:val="0"/>
          <w:i w:val="0"/>
        </w:rPr>
        <w:t xml:space="preserve"> Chúa Giê-su nói rõ với tất cả các môn đồ rằng nếu ai cho rằng Chúa Giê-su người Nazareth là đấng được mong đợi, đấng Messiah, thì họ phải phớt lờ, thậm chí phủ nhận điều đó.</w:t>
      </w:r>
    </w:p>
    <w:p>
      <w:pPr>
        <w:spacing w:after="80"/>
        <w:jc w:val="right"/>
      </w:pPr>
      <w:r>
        <w:rPr>
          <w:b w:val="0"/>
          <w:i/>
        </w:rPr>
        <w:t>xem</w:t>
      </w:r>
      <w:r>
        <w:br/>
      </w:r>
      <w:r>
        <w:rPr>
          <w:b w:val="0"/>
          <w:i w:val="0"/>
        </w:rPr>
        <w:t xml:space="preserve"> Mark 7:36;</w:t>
      </w:r>
      <w:r>
        <w:br/>
      </w:r>
      <w:r>
        <w:rPr>
          <w:b w:val="0"/>
          <w:i w:val="0"/>
        </w:rPr>
        <w:t xml:space="preserve"> 8:30 v.v.</w:t>
      </w:r>
    </w:p>
    <w:p>
      <w:pPr>
        <w:spacing w:after="80"/>
      </w:pPr>
      <w:r>
        <w:rPr>
          <w:b/>
          <w:i w:val="0"/>
        </w:rPr>
        <w:t>39.</w:t>
      </w:r>
      <w:r>
        <w:rPr>
          <w:b w:val="0"/>
          <w:i w:val="0"/>
        </w:rPr>
        <w:t xml:space="preserve"> Judas không thể hiểu nổi tại sao Thầy của mình lại phủ nhận thiên chức thiêng liêng của Ngài.</w:t>
      </w:r>
    </w:p>
    <w:p>
      <w:pPr>
        <w:spacing w:after="80"/>
      </w:pPr>
      <w:r>
        <w:rPr>
          <w:b/>
          <w:i w:val="0"/>
        </w:rPr>
        <w:t>40.</w:t>
      </w:r>
      <w:r>
        <w:rPr>
          <w:b w:val="0"/>
          <w:i w:val="0"/>
        </w:rPr>
        <w:t xml:space="preserve"> Vì thế, ông cũng như các môn đồ khác, tiếp tục hỏi: </w:t>
      </w:r>
      <w:r>
        <w:rPr>
          <w:b/>
          <w:i/>
        </w:rPr>
        <w:t>Người này là ai?</w:t>
      </w:r>
    </w:p>
    <w:p>
      <w:pPr>
        <w:jc w:val="center"/>
      </w:pPr>
      <w:r>
        <w:drawing>
          <wp:inline xmlns:a="http://schemas.openxmlformats.org/drawingml/2006/main" xmlns:pic="http://schemas.openxmlformats.org/drawingml/2006/picture">
            <wp:extent cx="390525" cy="114300"/>
            <wp:docPr id="8" name="Picture 8"/>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pStyle w:val="Heading2"/>
      </w:pPr>
      <w:r>
        <w:rPr>
          <w:rFonts w:ascii="Calibri" w:hAnsi="Calibri"/>
          <w:b/>
          <w:i w:val="0"/>
          <w:sz w:val="32"/>
        </w:rPr>
        <w:t>Chương 6</w:t>
      </w:r>
    </w:p>
    <w:p>
      <w:pPr>
        <w:pStyle w:val="Heading2"/>
      </w:pPr>
      <w:r>
        <w:rPr>
          <w:rFonts w:ascii="Calibri" w:hAnsi="Calibri"/>
          <w:b/>
          <w:i/>
          <w:sz w:val="32"/>
        </w:rPr>
        <w:t>Tội lỗi của ngươi đã được tha</w:t>
      </w:r>
    </w:p>
    <w:p>
      <w:pPr>
        <w:spacing w:after="80"/>
      </w:pPr>
      <w:r>
        <w:rPr>
          <w:b/>
          <w:i w:val="0"/>
        </w:rPr>
        <w:t>1.</w:t>
      </w:r>
      <w:r>
        <w:rPr>
          <w:b w:val="0"/>
          <w:i w:val="0"/>
        </w:rPr>
        <w:t xml:space="preserve"> Chúa Giê-su, cùng với các môn đồ, rời Nazareth để trở về Capernaum.</w:t>
      </w:r>
    </w:p>
    <w:p>
      <w:pPr>
        <w:spacing w:after="80"/>
      </w:pPr>
      <w:r>
        <w:rPr>
          <w:b/>
          <w:i w:val="0"/>
        </w:rPr>
        <w:t>2.</w:t>
      </w:r>
      <w:r>
        <w:rPr>
          <w:b w:val="0"/>
          <w:i w:val="0"/>
        </w:rPr>
        <w:t xml:space="preserve"> Khi Ngài bước vào thị trấn bên hồ, vô số đám đông tụ tập quanh Ngài, dù Ngài đã bảo các môn đồ đừng nói về những việc tốt của mình.</w:t>
      </w:r>
    </w:p>
    <w:p>
      <w:pPr>
        <w:spacing w:after="80"/>
      </w:pPr>
      <w:r>
        <w:rPr>
          <w:b/>
          <w:i w:val="0"/>
        </w:rPr>
        <w:t>3.</w:t>
      </w:r>
      <w:r>
        <w:rPr>
          <w:b w:val="0"/>
          <w:i w:val="0"/>
        </w:rPr>
        <w:t xml:space="preserve"> Chúa Giê-su bước vào Hội đường, nơi Ngài đã chữa lành cho người bị quỷ ám, và thấy một đám đông lớn khác đang chờ đợi Ngài.</w:t>
      </w:r>
    </w:p>
    <w:p>
      <w:pPr>
        <w:spacing w:after="80"/>
      </w:pPr>
      <w:r>
        <w:rPr>
          <w:b/>
          <w:i w:val="0"/>
        </w:rPr>
        <w:t>4.</w:t>
      </w:r>
      <w:r>
        <w:rPr>
          <w:b w:val="0"/>
          <w:i w:val="0"/>
        </w:rPr>
        <w:t xml:space="preserve"> Tòa nhà trở nên đông nghẹt những người muốn nghe Chúa Giê-su giảng đến mức Ngài khó có thể di chuyển. Nhiều người tin rằng chỉ cần chạm vào Ngài, họ sẽ được chữa khỏi bệnh tật, thậm chí được tha tội.</w:t>
      </w:r>
    </w:p>
    <w:p>
      <w:pPr>
        <w:spacing w:after="80"/>
      </w:pPr>
      <w:r>
        <w:rPr>
          <w:b/>
          <w:i w:val="0"/>
        </w:rPr>
        <w:t>5.</w:t>
      </w:r>
      <w:r>
        <w:rPr>
          <w:b w:val="0"/>
          <w:i w:val="0"/>
        </w:rPr>
        <w:t xml:space="preserve"> Một nhóm như vậy, hy vọng đưa một người bạn bệnh đến gặp Chúa Giê-su, thậm chí không tìm được lối vào tòa nhà vì số người muốn bày tỏ yêu cầu với Chúa Giê-su quá đông.</w:t>
      </w:r>
    </w:p>
    <w:p>
      <w:pPr>
        <w:spacing w:after="80"/>
      </w:pPr>
      <w:r>
        <w:rPr>
          <w:b/>
          <w:i w:val="0"/>
        </w:rPr>
        <w:t>6.</w:t>
      </w:r>
      <w:r>
        <w:rPr>
          <w:b w:val="0"/>
          <w:i w:val="0"/>
        </w:rPr>
        <w:t xml:space="preserve"> Judas được cho biết về vấn đề họ đang gặp phải. Ông khuyên họ trèo lên mái nhà và cố gắng thả cái cáng của mình xuống Hội đường. Ông thậm chí còn giúp họ gỡ bỏ một số viên ngói lợp mái để họ có thể thực hiện ý định của mình.</w:t>
      </w:r>
    </w:p>
    <w:p>
      <w:pPr>
        <w:spacing w:after="80"/>
      </w:pPr>
      <w:r>
        <w:rPr>
          <w:b/>
          <w:i w:val="0"/>
        </w:rPr>
        <w:t>7.</w:t>
      </w:r>
      <w:r>
        <w:rPr>
          <w:b w:val="0"/>
          <w:i w:val="0"/>
        </w:rPr>
        <w:t xml:space="preserve"> Cảnh người bại liệt được thả xuống qua mái nhà khiến những người chứng kiến giật mình lùi lại.</w:t>
      </w:r>
    </w:p>
    <w:p>
      <w:pPr>
        <w:spacing w:after="80"/>
      </w:pPr>
      <w:r>
        <w:rPr>
          <w:b/>
          <w:i w:val="0"/>
        </w:rPr>
        <w:t>8.</w:t>
      </w:r>
      <w:r>
        <w:rPr>
          <w:b w:val="0"/>
          <w:i w:val="0"/>
        </w:rPr>
        <w:t xml:space="preserve"> Chúa Giê-su bước về phía người bệnh, và lần này Ngài không chạm vào ông. Ngài chỉ nói: </w:t>
      </w:r>
      <w:r>
        <w:rPr>
          <w:b/>
          <w:i/>
        </w:rPr>
        <w:t>Con ơi, tội lỗi con đã được tha</w:t>
      </w:r>
      <w:r>
        <w:rPr>
          <w:b/>
          <w:i w:val="0"/>
        </w:rPr>
        <w:t>.</w:t>
      </w:r>
    </w:p>
    <w:p>
      <w:pPr>
        <w:spacing w:after="80"/>
        <w:jc w:val="right"/>
      </w:pPr>
      <w:r>
        <w:rPr>
          <w:b w:val="0"/>
          <w:i w:val="0"/>
        </w:rPr>
        <w:t>Mark 2:5;</w:t>
      </w:r>
      <w:r>
        <w:br/>
      </w:r>
      <w:r>
        <w:rPr>
          <w:b w:val="0"/>
          <w:i w:val="0"/>
        </w:rPr>
        <w:t xml:space="preserve"> Matt 9:2;</w:t>
      </w:r>
      <w:r>
        <w:br/>
      </w:r>
      <w:r>
        <w:rPr>
          <w:b w:val="0"/>
          <w:i w:val="0"/>
        </w:rPr>
        <w:t xml:space="preserve"> Luke 5:20</w:t>
      </w:r>
    </w:p>
    <w:p>
      <w:pPr>
        <w:spacing w:after="80"/>
      </w:pPr>
      <w:r>
        <w:rPr>
          <w:b/>
          <w:i w:val="0"/>
        </w:rPr>
        <w:t>9.</w:t>
      </w:r>
      <w:r>
        <w:rPr>
          <w:b w:val="0"/>
          <w:i w:val="0"/>
        </w:rPr>
        <w:t xml:space="preserve"> Một hai vị Trưởng lão đứng giữa đám đông đã phẫn nộ trước sự báng bổ như vậy, và thì thầm với nhau rằng Chúa Giê-su không thể là người thánh thiện bởi vì: </w:t>
      </w:r>
      <w:r>
        <w:rPr>
          <w:b/>
          <w:i/>
        </w:rPr>
        <w:t>Chỉ có Đức Chúa Trời mới có thể tha tội</w:t>
      </w:r>
      <w:r>
        <w:rPr>
          <w:b/>
          <w:i w:val="0"/>
        </w:rPr>
        <w:t>.</w:t>
      </w:r>
    </w:p>
    <w:p>
      <w:pPr>
        <w:spacing w:after="80"/>
        <w:jc w:val="right"/>
      </w:pPr>
      <w:r>
        <w:rPr>
          <w:b w:val="0"/>
          <w:i w:val="0"/>
        </w:rPr>
        <w:t>Mark 2:7;</w:t>
      </w:r>
      <w:r>
        <w:br/>
      </w:r>
      <w:r>
        <w:rPr>
          <w:b w:val="0"/>
          <w:i w:val="0"/>
        </w:rPr>
        <w:t xml:space="preserve"> Luke 5:21</w:t>
      </w:r>
      <w:r>
        <w:br/>
      </w:r>
      <w:r>
        <w:rPr>
          <w:b w:val="0"/>
          <w:i w:val="0"/>
        </w:rPr>
        <w:t xml:space="preserve"> [xii]</w:t>
      </w:r>
    </w:p>
    <w:p>
      <w:pPr>
        <w:spacing w:after="80"/>
      </w:pPr>
      <w:r>
        <w:rPr>
          <w:b/>
          <w:i w:val="0"/>
        </w:rPr>
        <w:t>10.</w:t>
      </w:r>
      <w:r>
        <w:rPr>
          <w:b w:val="0"/>
          <w:i w:val="0"/>
        </w:rPr>
        <w:t xml:space="preserve"> Khi Judas nghe những lời này, ông không thể kiềm chế được cảm xúc của mình, và hét lên át cả tiếng ồn của đám đông, 'Các người không đủ can đảm để nói những điều này trước mặt ông ấy; ta nói rằng chính các người mới là những kẻ báng bổ.'</w:t>
      </w:r>
    </w:p>
    <w:p>
      <w:pPr>
        <w:spacing w:after="80"/>
      </w:pPr>
      <w:r>
        <w:rPr>
          <w:b/>
          <w:i w:val="0"/>
        </w:rPr>
        <w:t>11.</w:t>
      </w:r>
      <w:r>
        <w:rPr>
          <w:b w:val="0"/>
          <w:i w:val="0"/>
        </w:rPr>
        <w:t xml:space="preserve"> Chúa Giê-su phớt lờ sự náo động do Judas gây ra, và quay sang người bại liệt nói: </w:t>
      </w:r>
      <w:r>
        <w:rPr>
          <w:b/>
          <w:i/>
        </w:rPr>
        <w:t>Hãy đứng dậy, vác giường của con và về nhà</w:t>
      </w:r>
      <w:r>
        <w:rPr>
          <w:b/>
          <w:i w:val="0"/>
        </w:rPr>
        <w:t>.</w:t>
      </w:r>
    </w:p>
    <w:p>
      <w:pPr>
        <w:spacing w:after="80"/>
        <w:jc w:val="right"/>
      </w:pPr>
      <w:r>
        <w:rPr>
          <w:b w:val="0"/>
          <w:i w:val="0"/>
        </w:rPr>
        <w:t>Mark 2:11;</w:t>
      </w:r>
      <w:r>
        <w:br/>
      </w:r>
      <w:r>
        <w:rPr>
          <w:b w:val="0"/>
          <w:i w:val="0"/>
        </w:rPr>
        <w:t xml:space="preserve"> Matt 9:6;</w:t>
      </w:r>
      <w:r>
        <w:br/>
      </w:r>
      <w:r>
        <w:rPr>
          <w:b w:val="0"/>
          <w:i w:val="0"/>
        </w:rPr>
        <w:t xml:space="preserve"> Luke 5:24</w:t>
      </w:r>
    </w:p>
    <w:p>
      <w:pPr>
        <w:spacing w:after="80"/>
      </w:pPr>
      <w:r>
        <w:rPr>
          <w:b/>
          <w:i w:val="0"/>
        </w:rPr>
        <w:t>12.</w:t>
      </w:r>
      <w:r>
        <w:rPr>
          <w:b w:val="0"/>
          <w:i w:val="0"/>
        </w:rPr>
        <w:t xml:space="preserve"> Người đàn ông duỗi những chi thể đã cong queo của mình ra và nhấc mình khỏi cái cáng. Rồi ông vác nó lên và bước đi, đúng như Chúa Giê-su đã truyền.</w:t>
      </w:r>
    </w:p>
    <w:p>
      <w:pPr>
        <w:spacing w:after="80"/>
      </w:pPr>
      <w:r>
        <w:rPr>
          <w:b/>
          <w:i w:val="0"/>
        </w:rPr>
        <w:t>13.</w:t>
      </w:r>
      <w:r>
        <w:rPr>
          <w:b w:val="0"/>
          <w:i w:val="0"/>
        </w:rPr>
        <w:t xml:space="preserve"> Đám đông im lặng đứng dạt sang một bên để người đàn ông được chữa lành bước ra khỏi Hội đường và trở về nhà.</w:t>
      </w:r>
    </w:p>
    <w:p>
      <w:pPr>
        <w:spacing w:after="80"/>
      </w:pPr>
      <w:r>
        <w:rPr>
          <w:b/>
          <w:i w:val="0"/>
        </w:rPr>
        <w:t>14.</w:t>
      </w:r>
      <w:r>
        <w:rPr>
          <w:b w:val="0"/>
          <w:i w:val="0"/>
        </w:rPr>
        <w:t xml:space="preserve"> Khi ông rời đi, Chúa Giê-su nói với những người chứng kiến đang sững sờ: </w:t>
      </w:r>
      <w:r>
        <w:rPr>
          <w:b/>
          <w:i/>
        </w:rPr>
        <w:t>Nói rằng tội lỗi con đã được tha thì dễ hơn, nhưng Đức Chúa Trời đã ban cho ta quyền năng để chữa lành và tha thứ</w:t>
      </w:r>
      <w:r>
        <w:rPr>
          <w:b/>
          <w:i w:val="0"/>
        </w:rPr>
        <w:t>.</w:t>
      </w:r>
    </w:p>
    <w:p>
      <w:pPr>
        <w:spacing w:after="80"/>
        <w:jc w:val="right"/>
      </w:pPr>
      <w:r>
        <w:rPr>
          <w:b w:val="0"/>
          <w:i/>
        </w:rPr>
        <w:t>xem</w:t>
      </w:r>
      <w:r>
        <w:br/>
      </w:r>
      <w:r>
        <w:rPr>
          <w:b w:val="0"/>
          <w:i w:val="0"/>
        </w:rPr>
        <w:t xml:space="preserve"> Mark 2:10;</w:t>
      </w:r>
      <w:r>
        <w:br/>
      </w:r>
      <w:r>
        <w:rPr>
          <w:b w:val="0"/>
          <w:i w:val="0"/>
        </w:rPr>
        <w:t xml:space="preserve"> Matt 9:5;</w:t>
      </w:r>
      <w:r>
        <w:br/>
      </w:r>
      <w:r>
        <w:rPr>
          <w:b w:val="0"/>
          <w:i w:val="0"/>
        </w:rPr>
        <w:t xml:space="preserve"> Luke 5:23</w:t>
      </w:r>
    </w:p>
    <w:p>
      <w:pPr>
        <w:spacing w:after="80"/>
      </w:pPr>
      <w:r>
        <w:rPr>
          <w:b/>
          <w:i w:val="0"/>
        </w:rPr>
        <w:t>15.</w:t>
      </w:r>
      <w:r>
        <w:rPr>
          <w:b w:val="0"/>
          <w:i w:val="0"/>
        </w:rPr>
        <w:t xml:space="preserve"> Hầu hết những người đã chứng kiến phép lạ đều kinh ngạc và giữ im lặng, nhưng một số Trưởng lão bước ra khỏi Hội đường với vẻ ghê tởm. Họ đã nổi giận vì những lời của Chúa Giê-su, bởi vì những gì Ngài làm đi ngược lại niềm tin truyền thống của họ.</w:t>
      </w:r>
    </w:p>
    <w:p>
      <w:pPr>
        <w:spacing w:after="80"/>
        <w:jc w:val="right"/>
      </w:pPr>
      <w:r>
        <w:rPr>
          <w:b w:val="0"/>
          <w:i w:val="0"/>
        </w:rPr>
        <w:t>[xiii]</w:t>
      </w:r>
    </w:p>
    <w:p>
      <w:pPr>
        <w:spacing w:after="80"/>
      </w:pPr>
      <w:r>
        <w:rPr>
          <w:b/>
          <w:i w:val="0"/>
        </w:rPr>
        <w:t>16.</w:t>
      </w:r>
      <w:r>
        <w:rPr>
          <w:b w:val="0"/>
          <w:i w:val="0"/>
        </w:rPr>
        <w:t xml:space="preserve"> Sau khi Chúa Giê-su và các môn đồ rời khỏi Hội đường, họ lên đường đi Bethesda.</w:t>
      </w:r>
    </w:p>
    <w:p>
      <w:pPr>
        <w:spacing w:after="80"/>
      </w:pPr>
      <w:r>
        <w:rPr>
          <w:b/>
          <w:i w:val="0"/>
        </w:rPr>
        <w:t>17.</w:t>
      </w:r>
      <w:r>
        <w:rPr>
          <w:b w:val="0"/>
          <w:i w:val="0"/>
        </w:rPr>
        <w:t xml:space="preserve"> Khi họ vào thị trấn ấy, họ gặp một người đàn ông đang ngồi ở trạm thu thuế.</w:t>
      </w:r>
    </w:p>
    <w:p>
      <w:pPr>
        <w:spacing w:after="80"/>
      </w:pPr>
      <w:r>
        <w:rPr>
          <w:b/>
          <w:i w:val="0"/>
        </w:rPr>
        <w:t>18.</w:t>
      </w:r>
      <w:r>
        <w:rPr>
          <w:b w:val="0"/>
          <w:i w:val="0"/>
        </w:rPr>
        <w:t xml:space="preserve"> Ông ta đang thu thuế thay cho người La Mã từ những người đến từ Decapolis</w:t>
      </w:r>
    </w:p>
    <w:p>
      <w:pPr>
        <w:spacing w:after="80"/>
        <w:jc w:val="right"/>
      </w:pPr>
      <w:r>
        <w:rPr>
          <w:b w:val="0"/>
          <w:i w:val="0"/>
        </w:rPr>
        <w:t>[xiv]</w:t>
      </w:r>
    </w:p>
    <w:p>
      <w:pPr>
        <w:spacing w:after="80"/>
      </w:pPr>
      <w:r>
        <w:rPr>
          <w:b/>
          <w:i w:val="0"/>
        </w:rPr>
        <w:t>19.</w:t>
      </w:r>
      <w:r>
        <w:rPr>
          <w:b w:val="0"/>
          <w:i w:val="0"/>
        </w:rPr>
        <w:t xml:space="preserve"> Judas quan sát người đàn ông ấy một cách kỹ lưỡng và nhận thấy rằng ông ta không chỉ đánh thuế những người khách đến mà còn thu thêm một khoản phụ cho riêng mình.</w:t>
      </w:r>
    </w:p>
    <w:p>
      <w:pPr>
        <w:spacing w:after="80"/>
      </w:pPr>
      <w:r>
        <w:rPr>
          <w:b/>
          <w:i w:val="0"/>
        </w:rPr>
        <w:t>20.</w:t>
      </w:r>
      <w:r>
        <w:rPr>
          <w:b w:val="0"/>
          <w:i w:val="0"/>
        </w:rPr>
        <w:t xml:space="preserve"> Judas nổi giận với người đàn ông đó và quát lên: ‘Sao ông có thể một tay lấy của đồng bào mình rồi tay kia lại chuyển cho người La Mã chứ?’</w:t>
      </w:r>
    </w:p>
    <w:p>
      <w:pPr>
        <w:spacing w:after="80"/>
      </w:pPr>
      <w:r>
        <w:rPr>
          <w:b/>
          <w:i w:val="0"/>
        </w:rPr>
        <w:t>21.</w:t>
      </w:r>
      <w:r>
        <w:rPr>
          <w:b w:val="0"/>
          <w:i w:val="0"/>
        </w:rPr>
        <w:t xml:space="preserve"> Người đàn ông ấy không hề có ý tự bào chữa, và Judas bỏ đi trong sự ghê tởm.</w:t>
      </w:r>
    </w:p>
    <w:p>
      <w:pPr>
        <w:spacing w:after="80"/>
      </w:pPr>
      <w:r>
        <w:rPr>
          <w:b/>
          <w:i w:val="0"/>
        </w:rPr>
        <w:t>22.</w:t>
      </w:r>
      <w:r>
        <w:rPr>
          <w:b w:val="0"/>
          <w:i w:val="0"/>
        </w:rPr>
        <w:t xml:space="preserve"> Jesus dừng lại và mỉm cười với người thu thuế, người này cúi đầu xuống, ngượng ngùng vì sự hiện diện của Ngài.</w:t>
      </w:r>
    </w:p>
    <w:p>
      <w:pPr>
        <w:spacing w:after="80"/>
        <w:jc w:val="right"/>
      </w:pPr>
      <w:r>
        <w:rPr>
          <w:b w:val="0"/>
          <w:i w:val="0"/>
        </w:rPr>
        <w:t>Matt 9:9;</w:t>
      </w:r>
      <w:r>
        <w:br/>
      </w:r>
      <w:r>
        <w:rPr>
          <w:b w:val="0"/>
          <w:i w:val="0"/>
        </w:rPr>
        <w:t xml:space="preserve"> Mark 2:14</w:t>
      </w:r>
    </w:p>
    <w:p>
      <w:pPr>
        <w:spacing w:after="80"/>
      </w:pPr>
      <w:r>
        <w:rPr>
          <w:b/>
          <w:i w:val="0"/>
        </w:rPr>
        <w:t>23.</w:t>
      </w:r>
      <w:r>
        <w:rPr>
          <w:b w:val="0"/>
          <w:i w:val="0"/>
        </w:rPr>
        <w:t xml:space="preserve"> Jesus bước về phía ông và nói: </w:t>
      </w:r>
      <w:r>
        <w:rPr>
          <w:b/>
          <w:i/>
        </w:rPr>
        <w:t>Hãy theo ta</w:t>
      </w:r>
      <w:r>
        <w:rPr>
          <w:b/>
          <w:i w:val="0"/>
        </w:rPr>
        <w:t>.</w:t>
      </w:r>
    </w:p>
    <w:p>
      <w:pPr>
        <w:spacing w:after="80"/>
      </w:pPr>
      <w:r>
        <w:rPr>
          <w:b/>
          <w:i w:val="0"/>
        </w:rPr>
        <w:t>24.</w:t>
      </w:r>
      <w:r>
        <w:rPr>
          <w:b w:val="0"/>
          <w:i w:val="0"/>
        </w:rPr>
        <w:t xml:space="preserve"> Matthew lập tức rời khỏi trạm thu thuế và gia nhập cùng các môn đồ khác.</w:t>
      </w:r>
    </w:p>
    <w:p>
      <w:pPr>
        <w:spacing w:after="80"/>
      </w:pPr>
      <w:r>
        <w:rPr>
          <w:b/>
          <w:i w:val="0"/>
        </w:rPr>
        <w:t>25.</w:t>
      </w:r>
      <w:r>
        <w:rPr>
          <w:b w:val="0"/>
          <w:i w:val="0"/>
        </w:rPr>
        <w:t xml:space="preserve"> Nhiều người dân thường, khi thấy Jesus sẵn lòng thu nhận vào hàng ngũ của mình những ngư dân, những thợ thủ công làm đồ da và đồ sắt, những người lao động ngoài đồng ruộng và giờ đây là một người thu thuế, bắt đầu tin rằng họ cũng có thể trở thành môn đồ của Jesus.</w:t>
      </w:r>
    </w:p>
    <w:p>
      <w:pPr>
        <w:spacing w:after="80"/>
      </w:pPr>
      <w:r>
        <w:rPr>
          <w:b/>
          <w:i w:val="0"/>
        </w:rPr>
        <w:t>26.</w:t>
      </w:r>
      <w:r>
        <w:rPr>
          <w:b w:val="0"/>
          <w:i w:val="0"/>
        </w:rPr>
        <w:t xml:space="preserve"> Judas không thể hiểu nổi và chắc chắn không tán thành việc Thầy của mình hòa mình với những người như vậy. Suy cho cùng, đó không phải là cách hành xử của một bậc thánh nhân truyền thống.</w:t>
      </w:r>
    </w:p>
    <w:p>
      <w:pPr>
        <w:spacing w:after="80"/>
      </w:pPr>
      <w:r>
        <w:rPr>
          <w:b/>
          <w:i w:val="0"/>
        </w:rPr>
        <w:t>27.</w:t>
      </w:r>
      <w:r>
        <w:rPr>
          <w:b w:val="0"/>
          <w:i w:val="0"/>
        </w:rPr>
        <w:t xml:space="preserve"> Vào khoảng thời gian đó, Judas được một nhóm người Pharisees tiếp cận, họ nhận thấy rằng ông đang băn khoăn về những hành động của Jesus.</w:t>
      </w:r>
    </w:p>
    <w:p>
      <w:pPr>
        <w:spacing w:after="80"/>
        <w:jc w:val="right"/>
      </w:pPr>
      <w:r>
        <w:rPr>
          <w:b w:val="0"/>
          <w:i/>
        </w:rPr>
        <w:t>xem</w:t>
      </w:r>
      <w:r>
        <w:br/>
      </w:r>
      <w:r>
        <w:rPr>
          <w:b w:val="0"/>
          <w:i w:val="0"/>
        </w:rPr>
        <w:t xml:space="preserve"> Matt 9:11;</w:t>
      </w:r>
      <w:r>
        <w:br/>
      </w:r>
      <w:r>
        <w:rPr>
          <w:b w:val="0"/>
          <w:i w:val="0"/>
        </w:rPr>
        <w:t xml:space="preserve"> Mark 2:16;</w:t>
      </w:r>
      <w:r>
        <w:br/>
      </w:r>
      <w:r>
        <w:rPr>
          <w:b w:val="0"/>
          <w:i w:val="0"/>
        </w:rPr>
        <w:t xml:space="preserve"> Luke 5:30</w:t>
      </w:r>
    </w:p>
    <w:p>
      <w:pPr>
        <w:spacing w:after="80"/>
      </w:pPr>
      <w:r>
        <w:rPr>
          <w:b/>
          <w:i w:val="0"/>
        </w:rPr>
        <w:t>28.</w:t>
      </w:r>
      <w:r>
        <w:rPr>
          <w:b w:val="0"/>
          <w:i w:val="0"/>
        </w:rPr>
        <w:t xml:space="preserve"> Một người trong số họ nói: </w:t>
      </w:r>
      <w:r>
        <w:rPr>
          <w:b/>
          <w:i/>
        </w:rPr>
        <w:t>Tại sao Thầy của ông lại ăn bánh với những người thu thuế và những kẻ tội lỗi?</w:t>
      </w:r>
    </w:p>
    <w:p>
      <w:pPr>
        <w:spacing w:after="80"/>
      </w:pPr>
      <w:r>
        <w:rPr>
          <w:b/>
          <w:i w:val="0"/>
        </w:rPr>
        <w:t>29.</w:t>
      </w:r>
      <w:r>
        <w:rPr>
          <w:b w:val="0"/>
          <w:i w:val="0"/>
        </w:rPr>
        <w:t xml:space="preserve"> Jesus nghe được điều người ta hỏi môn đồ đang bối rối của mình và lập tức đáp rằng: </w:t>
      </w:r>
      <w:r>
        <w:rPr>
          <w:b/>
          <w:i/>
        </w:rPr>
        <w:t>Những ai trong các ngươi tự thấy mình khỏe mạnh thì không cần thầy thuốc, nhưng những ai trong các ngươi đang cần được giúp đỡ thì nên tìm đến Đấng duy nhất có thể giúp mình. Ta không đến để kêu gọi những kẻ tự cho mình là công chính, mà là những người nhận biết lòng nhân từ chữa lành của Thiên Chúa</w:t>
      </w:r>
      <w:r>
        <w:rPr>
          <w:b/>
          <w:i w:val="0"/>
        </w:rPr>
        <w:t>.</w:t>
      </w:r>
    </w:p>
    <w:p>
      <w:pPr>
        <w:spacing w:after="80"/>
        <w:jc w:val="right"/>
      </w:pPr>
      <w:r>
        <w:rPr>
          <w:b w:val="0"/>
          <w:i/>
        </w:rPr>
        <w:t>xem</w:t>
      </w:r>
      <w:r>
        <w:br/>
      </w:r>
      <w:r>
        <w:rPr>
          <w:b w:val="0"/>
          <w:i w:val="0"/>
        </w:rPr>
        <w:t xml:space="preserve"> Mt 9:12–13;</w:t>
      </w:r>
      <w:r>
        <w:br/>
      </w:r>
      <w:r>
        <w:rPr>
          <w:b w:val="0"/>
          <w:i w:val="0"/>
        </w:rPr>
        <w:t xml:space="preserve"> Mc 2:17;</w:t>
      </w:r>
      <w:r>
        <w:br/>
      </w:r>
      <w:r>
        <w:rPr>
          <w:b w:val="0"/>
          <w:i w:val="0"/>
        </w:rPr>
        <w:t xml:space="preserve"> Lc 5:31–32</w:t>
      </w:r>
    </w:p>
    <w:p>
      <w:pPr>
        <w:spacing w:after="80"/>
      </w:pPr>
      <w:r>
        <w:rPr>
          <w:b/>
          <w:i w:val="0"/>
        </w:rPr>
        <w:t>30.</w:t>
      </w:r>
      <w:r>
        <w:rPr>
          <w:b w:val="0"/>
          <w:i w:val="0"/>
        </w:rPr>
        <w:t xml:space="preserve"> Sự khôn ngoan trong lời của Chúa Giê-su khiến Giu-đa suy ngẫm về những thiếu sót của chính mình.</w:t>
      </w:r>
    </w:p>
    <w:p>
      <w:pPr>
        <w:spacing w:after="80"/>
      </w:pPr>
      <w:r>
        <w:rPr>
          <w:b/>
          <w:i w:val="0"/>
        </w:rPr>
        <w:t>31.</w:t>
      </w:r>
      <w:r>
        <w:rPr>
          <w:b w:val="0"/>
          <w:i w:val="0"/>
        </w:rPr>
        <w:t xml:space="preserve"> Ông quay lưng lại với những người Pha-ri-si, càng quyết tâm đến gần hơn với người đàn ông này, Đấng có thể chấp nhận rằng dù ông là một tội nhân, ông vẫn có thể là một trong những môn đồ của Ngài.</w:t>
      </w:r>
    </w:p>
    <w:p>
      <w:pPr>
        <w:spacing w:after="80"/>
      </w:pPr>
      <w:r>
        <w:rPr>
          <w:b/>
          <w:i w:val="0"/>
        </w:rPr>
        <w:t>32.</w:t>
      </w:r>
      <w:r>
        <w:rPr>
          <w:b w:val="0"/>
          <w:i w:val="0"/>
        </w:rPr>
        <w:t xml:space="preserve"> Các Kinh sư và người Pha-ri-si không hài lòng khi Giu-đa từ chối họ, vì họ ngày càng lo sợ Chúa Giê-su và ảnh hưởng của Ngài đối với dân chúng.</w:t>
      </w:r>
    </w:p>
    <w:p>
      <w:pPr>
        <w:spacing w:after="80"/>
      </w:pPr>
      <w:r>
        <w:rPr>
          <w:b/>
          <w:i w:val="0"/>
        </w:rPr>
        <w:t>33.</w:t>
      </w:r>
      <w:r>
        <w:rPr>
          <w:b w:val="0"/>
          <w:i w:val="0"/>
        </w:rPr>
        <w:t xml:space="preserve"> Lúc đó, những người Pha-ri-si chỉ thì thầm bàn tán với nhau, nhưng chẳng bao lâu sau họ lại tiếp cận Giu-đa lần thứ hai, với hy vọng có thể thuyết phục ông gia nhập cùng họ và thậm chí khiến một hai môn đồ khác quay lưng lại với Chúa Giê-su.</w:t>
      </w:r>
    </w:p>
    <w:p>
      <w:pPr>
        <w:spacing w:after="80"/>
      </w:pPr>
      <w:r>
        <w:rPr>
          <w:b/>
          <w:i w:val="0"/>
        </w:rPr>
        <w:t>34.</w:t>
      </w:r>
      <w:r>
        <w:rPr>
          <w:b w:val="0"/>
          <w:i w:val="0"/>
        </w:rPr>
        <w:t xml:space="preserve"> Một lần nữa, Giu-đa từ chối họ.</w:t>
      </w:r>
    </w:p>
    <w:p>
      <w:pPr>
        <w:jc w:val="center"/>
      </w:pPr>
      <w:r>
        <w:drawing>
          <wp:inline xmlns:a="http://schemas.openxmlformats.org/drawingml/2006/main" xmlns:pic="http://schemas.openxmlformats.org/drawingml/2006/picture">
            <wp:extent cx="390525" cy="114300"/>
            <wp:docPr id="9" name="Picture 9"/>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pStyle w:val="Heading2"/>
      </w:pPr>
      <w:r>
        <w:rPr>
          <w:rFonts w:ascii="Calibri" w:hAnsi="Calibri"/>
          <w:b/>
          <w:i w:val="0"/>
          <w:sz w:val="32"/>
        </w:rPr>
        <w:t>Chương 7</w:t>
      </w:r>
    </w:p>
    <w:p>
      <w:pPr>
        <w:pStyle w:val="Heading2"/>
      </w:pPr>
      <w:r>
        <w:rPr>
          <w:rFonts w:ascii="Calibri" w:hAnsi="Calibri"/>
          <w:b/>
          <w:i/>
          <w:sz w:val="32"/>
        </w:rPr>
        <w:t>Ngày Sa-bát được tạo nên vì con người</w:t>
      </w:r>
    </w:p>
    <w:p>
      <w:pPr>
        <w:spacing w:after="80"/>
      </w:pPr>
      <w:r>
        <w:rPr>
          <w:b/>
          <w:i w:val="0"/>
        </w:rPr>
        <w:t>1.</w:t>
      </w:r>
      <w:r>
        <w:rPr>
          <w:b w:val="0"/>
          <w:i w:val="0"/>
        </w:rPr>
        <w:t xml:space="preserve"> Vào ngày Sa-bát tiếp theo, Chúa Giê-su và các môn đồ đang đi ngang qua một cánh đồng lúa mì, thì một người trong nhóm, vì cả ngày hôm đó chưa ăn gì, đã bứt một bông lúa mì chín, chà xát hạt giữa các ngón tay rồi bắt đầu ăn phần bột ngọt; chẳng mấy chốc các môn đồ khác cũng làm theo.</w:t>
      </w:r>
    </w:p>
    <w:p>
      <w:pPr>
        <w:spacing w:after="80"/>
      </w:pPr>
      <w:r>
        <w:rPr>
          <w:b/>
          <w:i w:val="0"/>
        </w:rPr>
        <w:t>2.</w:t>
      </w:r>
      <w:r>
        <w:rPr>
          <w:b w:val="0"/>
          <w:i w:val="0"/>
        </w:rPr>
        <w:t xml:space="preserve"> Một nhóm người Pha-ri-si, những người đã theo dõi Chúa Giê-su rất kỹ với hy vọng tìm được lý do để trách móc Ngài vì không tuân thủ nghiêm ngặt giáo huấn của Torah, liền nói: </w:t>
      </w:r>
      <w:r>
        <w:rPr>
          <w:b/>
          <w:i/>
        </w:rPr>
        <w:t>Sao ông lại để các môn đồ làm điều trái luật vào ngày Sa-bát? Ngươi phải làm việc trong sáu ngày, nhưng đến ngày thứ bảy thì phải nghỉ ngơi</w:t>
      </w:r>
      <w:r>
        <w:rPr>
          <w:b/>
          <w:i w:val="0"/>
        </w:rPr>
        <w:t>.</w:t>
      </w:r>
    </w:p>
    <w:p>
      <w:pPr>
        <w:spacing w:after="80"/>
        <w:jc w:val="right"/>
      </w:pPr>
      <w:r>
        <w:rPr>
          <w:b w:val="0"/>
          <w:i/>
        </w:rPr>
        <w:t>xem</w:t>
      </w:r>
      <w:r>
        <w:br/>
      </w:r>
      <w:r>
        <w:rPr>
          <w:b w:val="0"/>
          <w:i w:val="0"/>
        </w:rPr>
        <w:t xml:space="preserve"> Xh 20:8–11</w:t>
      </w:r>
    </w:p>
    <w:p>
      <w:pPr>
        <w:spacing w:after="80"/>
      </w:pPr>
      <w:r>
        <w:rPr>
          <w:b/>
          <w:i w:val="0"/>
        </w:rPr>
        <w:t>3.</w:t>
      </w:r>
      <w:r>
        <w:rPr>
          <w:b w:val="0"/>
          <w:i w:val="0"/>
        </w:rPr>
        <w:t xml:space="preserve"> Giu-đa nhớ những lời này, vì đây là lần đầu tiên một người Pha-ri-si chất vấn trực tiếp Chúa Giê-su về việc Ngài tuân giữ luật tôn giáo.</w:t>
      </w:r>
    </w:p>
    <w:p>
      <w:pPr>
        <w:spacing w:after="80"/>
      </w:pPr>
      <w:r>
        <w:rPr>
          <w:b/>
          <w:i w:val="0"/>
        </w:rPr>
        <w:t>4.</w:t>
      </w:r>
      <w:r>
        <w:rPr>
          <w:b w:val="0"/>
          <w:i w:val="0"/>
        </w:rPr>
        <w:t xml:space="preserve"> Chúa Giê-su không bị lừa bởi âm mưu của những người Pha-ri-si nhằm lợi dụng hành động vô hại của một môn đồ để chống lại Ngài bằng cách giải thích luật lệ một cách hẹp hòi như vậy. Ngài đáp lại đúng trọng tâm: </w:t>
      </w:r>
      <w:r>
        <w:rPr>
          <w:b/>
          <w:i/>
        </w:rPr>
        <w:t>Ngày Sa-bát được tạo nên vì con người, chứ không phải con người vì ngày Sa-bát</w:t>
      </w:r>
      <w:r>
        <w:rPr>
          <w:b/>
          <w:i w:val="0"/>
        </w:rPr>
        <w:t>.</w:t>
      </w:r>
    </w:p>
    <w:p>
      <w:pPr>
        <w:spacing w:after="80"/>
        <w:jc w:val="right"/>
      </w:pPr>
      <w:r>
        <w:rPr>
          <w:b w:val="0"/>
          <w:i w:val="0"/>
        </w:rPr>
        <w:t>Mc 2:27</w:t>
      </w:r>
    </w:p>
    <w:p>
      <w:pPr>
        <w:spacing w:after="80"/>
      </w:pPr>
      <w:r>
        <w:rPr>
          <w:b/>
          <w:i w:val="0"/>
        </w:rPr>
        <w:t>5.</w:t>
      </w:r>
      <w:r>
        <w:rPr>
          <w:b w:val="0"/>
          <w:i w:val="0"/>
        </w:rPr>
        <w:t xml:space="preserve"> Giu-đa và các môn đồ khác kinh ngạc vì Chúa Giê-su có thể khiến những người bảo vệ luật lệ cứng nhắc này phải im lặng bằng sự khôn ngoan giản dị và lẽ thường như vậy.</w:t>
      </w:r>
    </w:p>
    <w:p>
      <w:pPr>
        <w:spacing w:after="80"/>
      </w:pPr>
      <w:r>
        <w:rPr>
          <w:b/>
          <w:i w:val="0"/>
        </w:rPr>
        <w:t>6.</w:t>
      </w:r>
      <w:r>
        <w:rPr>
          <w:b w:val="0"/>
          <w:i w:val="0"/>
        </w:rPr>
        <w:t xml:space="preserve"> Dù những người Pha-ri-si không muốn công khai chống lại Chúa Giê-su, họ không thể che giấu cơn giận mỗi khi nghe Ngài nói, vì những lời dạy của Ngài tiếp tục làm suy yếu uy quyền của họ.</w:t>
      </w:r>
    </w:p>
    <w:p>
      <w:pPr>
        <w:spacing w:after="80"/>
      </w:pPr>
      <w:r>
        <w:rPr>
          <w:b/>
          <w:i w:val="0"/>
        </w:rPr>
        <w:t>7.</w:t>
      </w:r>
      <w:r>
        <w:rPr>
          <w:b w:val="0"/>
          <w:i w:val="0"/>
        </w:rPr>
        <w:t xml:space="preserve"> Họ vẫn ở gần đó, với hy vọng có thể bắt lỗi Jesus nếu một trong các môn đồ của ngài vi phạm thêm một điều luật nào khác. Họ không phải chờ lâu.</w:t>
      </w:r>
    </w:p>
    <w:p>
      <w:pPr>
        <w:spacing w:after="80"/>
      </w:pPr>
      <w:r>
        <w:rPr>
          <w:b/>
          <w:i w:val="0"/>
        </w:rPr>
        <w:t>8.</w:t>
      </w:r>
      <w:r>
        <w:rPr>
          <w:b w:val="0"/>
          <w:i w:val="0"/>
        </w:rPr>
        <w:t xml:space="preserve"> Các Kinh sư và người Pharisêu tuân thủ nghiêm ngặt truyền thống ăn chay, và ngay cả Tiên tri Daniel cũng đã từng liều mạng để tuân giữ luật lệ.</w:t>
      </w:r>
    </w:p>
    <w:p>
      <w:pPr>
        <w:spacing w:after="80"/>
        <w:jc w:val="right"/>
      </w:pPr>
      <w:r>
        <w:rPr>
          <w:b w:val="0"/>
          <w:i/>
        </w:rPr>
        <w:t>xem</w:t>
      </w:r>
      <w:r>
        <w:br/>
      </w:r>
      <w:r>
        <w:rPr>
          <w:b w:val="0"/>
          <w:i w:val="0"/>
        </w:rPr>
        <w:t xml:space="preserve"> Tobit 12:8,</w:t>
      </w:r>
      <w:r>
        <w:br/>
      </w:r>
      <w:r>
        <w:rPr>
          <w:b w:val="0"/>
          <w:i w:val="0"/>
        </w:rPr>
        <w:t xml:space="preserve"> Judith 4:9;</w:t>
      </w:r>
      <w:r>
        <w:br/>
      </w:r>
      <w:r>
        <w:rPr>
          <w:b w:val="0"/>
          <w:i w:val="0"/>
        </w:rPr>
        <w:t xml:space="preserve"> Daniel 1:1–16</w:t>
      </w:r>
    </w:p>
    <w:p>
      <w:pPr>
        <w:spacing w:after="80"/>
      </w:pPr>
      <w:r>
        <w:rPr>
          <w:b/>
          <w:i w:val="0"/>
        </w:rPr>
        <w:t>9.</w:t>
      </w:r>
      <w:r>
        <w:rPr>
          <w:b w:val="0"/>
          <w:i w:val="0"/>
        </w:rPr>
        <w:t xml:space="preserve"> Vì thế, khi các môn đồ phớt lờ luật ăn chay, người Pharisêu xem đây là một cơ hội nữa để trách móc Jesus.</w:t>
      </w:r>
    </w:p>
    <w:p>
      <w:pPr>
        <w:spacing w:after="80"/>
      </w:pPr>
      <w:r>
        <w:rPr>
          <w:b/>
          <w:i w:val="0"/>
        </w:rPr>
        <w:t>10.</w:t>
      </w:r>
      <w:r>
        <w:rPr>
          <w:b w:val="0"/>
          <w:i w:val="0"/>
        </w:rPr>
        <w:t xml:space="preserve"> Họ hỏi: </w:t>
      </w:r>
      <w:r>
        <w:rPr>
          <w:b/>
          <w:i/>
        </w:rPr>
        <w:t>Sao thầy dung túng hành động của các môn đồ khi họ từ bỏ truyền thống ăn chay tốt đẹp mà Daniel và John the Baptist luôn tuân theo?</w:t>
      </w:r>
    </w:p>
    <w:p>
      <w:pPr>
        <w:spacing w:after="80"/>
        <w:jc w:val="right"/>
      </w:pPr>
      <w:r>
        <w:rPr>
          <w:b w:val="0"/>
          <w:i/>
        </w:rPr>
        <w:t>Xem</w:t>
      </w:r>
      <w:r>
        <w:br/>
      </w:r>
      <w:r>
        <w:rPr>
          <w:b w:val="0"/>
          <w:i w:val="0"/>
        </w:rPr>
        <w:t xml:space="preserve"> Dan 1:1–16;</w:t>
      </w:r>
      <w:r>
        <w:br/>
      </w:r>
      <w:r>
        <w:rPr>
          <w:b w:val="0"/>
          <w:i w:val="0"/>
        </w:rPr>
        <w:t xml:space="preserve"> Mark 1:6;</w:t>
      </w:r>
      <w:r>
        <w:br/>
      </w:r>
      <w:r>
        <w:rPr>
          <w:b w:val="0"/>
          <w:i w:val="0"/>
        </w:rPr>
        <w:t xml:space="preserve"> Matt 3:4</w:t>
      </w:r>
    </w:p>
    <w:p>
      <w:pPr>
        <w:spacing w:after="80"/>
      </w:pPr>
      <w:r>
        <w:rPr>
          <w:b/>
          <w:i w:val="0"/>
        </w:rPr>
        <w:t>11.</w:t>
      </w:r>
      <w:r>
        <w:rPr>
          <w:b w:val="0"/>
          <w:i w:val="0"/>
        </w:rPr>
        <w:t xml:space="preserve"> Jesus không chút do dự đáp lời: </w:t>
      </w:r>
      <w:r>
        <w:rPr>
          <w:b/>
          <w:i/>
        </w:rPr>
        <w:t>Các khách dự tiệc cưới có thể ăn chay khi chàng rể còn ở với họ không? Bao lâu họ còn có chàng rể bên mình, họ không thể ăn chay</w:t>
      </w:r>
      <w:r>
        <w:rPr>
          <w:b/>
          <w:i w:val="0"/>
        </w:rPr>
        <w:t>.</w:t>
      </w:r>
    </w:p>
    <w:p>
      <w:pPr>
        <w:spacing w:after="80"/>
        <w:jc w:val="right"/>
      </w:pPr>
      <w:r>
        <w:rPr>
          <w:b w:val="0"/>
          <w:i w:val="0"/>
        </w:rPr>
        <w:t>Mark 2:19;</w:t>
      </w:r>
      <w:r>
        <w:br/>
      </w:r>
      <w:r>
        <w:rPr>
          <w:b w:val="0"/>
          <w:i w:val="0"/>
        </w:rPr>
        <w:t xml:space="preserve"> Matt 9:15;</w:t>
      </w:r>
      <w:r>
        <w:br/>
      </w:r>
      <w:r>
        <w:rPr>
          <w:b w:val="0"/>
          <w:i w:val="0"/>
        </w:rPr>
        <w:t xml:space="preserve"> Luke 5:34</w:t>
      </w:r>
    </w:p>
    <w:p>
      <w:pPr>
        <w:spacing w:after="80"/>
      </w:pPr>
      <w:r>
        <w:rPr>
          <w:b/>
          <w:i w:val="0"/>
        </w:rPr>
        <w:t>12.</w:t>
      </w:r>
      <w:r>
        <w:rPr>
          <w:b w:val="0"/>
          <w:i w:val="0"/>
        </w:rPr>
        <w:t xml:space="preserve"> Judas biết rằng các tiên tri, cũng như các thi sĩ, trong suốt lịch sử Israel, đã nhiều lần mô tả Israel như một cô dâu, đang chờ đợi ngày chàng rể đến.</w:t>
      </w:r>
    </w:p>
    <w:p>
      <w:pPr>
        <w:spacing w:after="80"/>
        <w:jc w:val="right"/>
      </w:pPr>
      <w:r>
        <w:rPr>
          <w:b w:val="0"/>
          <w:i/>
        </w:rPr>
        <w:t>xem</w:t>
      </w:r>
      <w:r>
        <w:br/>
      </w:r>
      <w:r>
        <w:rPr>
          <w:b w:val="0"/>
          <w:i w:val="0"/>
        </w:rPr>
        <w:t xml:space="preserve"> Hos 2:19–20;</w:t>
      </w:r>
      <w:r>
        <w:br/>
      </w:r>
      <w:r>
        <w:rPr>
          <w:b w:val="0"/>
          <w:i w:val="0"/>
        </w:rPr>
        <w:t xml:space="preserve"> Song of Solomon</w:t>
      </w:r>
    </w:p>
    <w:p>
      <w:pPr>
        <w:spacing w:after="80"/>
      </w:pPr>
      <w:r>
        <w:rPr>
          <w:b/>
          <w:i w:val="0"/>
        </w:rPr>
        <w:t>13.</w:t>
      </w:r>
      <w:r>
        <w:rPr>
          <w:b w:val="0"/>
          <w:i w:val="0"/>
        </w:rPr>
        <w:t xml:space="preserve"> Nghe những lời này, Judas cùng với Simon, Andrew, Philip và Nathanael bắt đầu tin rằng Jesus có thể chính là Đấng Messiah do Thiên Chúa ban xuống, Đấng đã đến để chiếm lấy cô dâu của mình, là Israel.</w:t>
      </w:r>
    </w:p>
    <w:p>
      <w:pPr>
        <w:spacing w:after="80"/>
        <w:jc w:val="right"/>
      </w:pPr>
      <w:r>
        <w:rPr>
          <w:b w:val="0"/>
          <w:i/>
        </w:rPr>
        <w:t>xem</w:t>
      </w:r>
      <w:r>
        <w:br/>
      </w:r>
      <w:r>
        <w:rPr>
          <w:b w:val="0"/>
          <w:i w:val="0"/>
        </w:rPr>
        <w:t xml:space="preserve"> John 3:29</w:t>
      </w:r>
    </w:p>
    <w:p>
      <w:pPr>
        <w:spacing w:after="80"/>
      </w:pPr>
      <w:r>
        <w:rPr>
          <w:b/>
          <w:i w:val="0"/>
        </w:rPr>
        <w:t>14.</w:t>
      </w:r>
      <w:r>
        <w:rPr>
          <w:b w:val="0"/>
          <w:i w:val="0"/>
        </w:rPr>
        <w:t xml:space="preserve"> Họ không nói ra quan điểm này một cách công khai vì biết rằng điều đó sẽ càng khiến người Pharisêu tức giận và thậm chí có thể đặt mạng sống của Jesus vào nguy hiểm.</w:t>
      </w:r>
    </w:p>
    <w:p>
      <w:pPr>
        <w:spacing w:after="80"/>
      </w:pPr>
      <w:r>
        <w:rPr>
          <w:b/>
          <w:i w:val="0"/>
        </w:rPr>
        <w:t>15.</w:t>
      </w:r>
      <w:r>
        <w:rPr>
          <w:b w:val="0"/>
          <w:i w:val="0"/>
        </w:rPr>
        <w:t xml:space="preserve"> Người Pharisêu tiếp tục để mọi người biết rằng họ coi Jesus là một kẻ tội lỗi, một kẻ phạm thượng và một người vi phạm luật Torah. Suy cho cùng, chẳng phải ngài đã phớt lờ truyền thống ăn chay tốt đẹp đó sao, và giờ đây ngài dường như còn chất thêm tội lỗi khi tự nhận mình là chàng rể của Đấng Messiah.</w:t>
      </w:r>
    </w:p>
    <w:p>
      <w:pPr>
        <w:spacing w:after="80"/>
      </w:pPr>
      <w:r>
        <w:rPr>
          <w:b/>
          <w:i w:val="0"/>
        </w:rPr>
        <w:t>16.</w:t>
      </w:r>
      <w:r>
        <w:rPr>
          <w:b w:val="0"/>
          <w:i w:val="0"/>
        </w:rPr>
        <w:t xml:space="preserve"> Người Pharisêu chăm chú lắng nghe từng lời của Jesus với hy vọng có thể tìm thấy một ví dụ khác về việc ngài coi thường luật Torah.</w:t>
      </w:r>
    </w:p>
    <w:p>
      <w:pPr>
        <w:spacing w:after="80"/>
      </w:pPr>
      <w:r>
        <w:rPr>
          <w:b/>
          <w:i w:val="0"/>
        </w:rPr>
        <w:t>17.</w:t>
      </w:r>
      <w:r>
        <w:rPr>
          <w:b w:val="0"/>
          <w:i w:val="0"/>
        </w:rPr>
        <w:t xml:space="preserve"> Vào ngày Sabbath tiếp theo, khi Jesus đang ở Capernaum, một người đàn ông bị teo tay bước vào Hội đường để tìm ngài.</w:t>
      </w:r>
    </w:p>
    <w:p>
      <w:pPr>
        <w:spacing w:after="80"/>
      </w:pPr>
      <w:r>
        <w:rPr>
          <w:b/>
          <w:i w:val="0"/>
        </w:rPr>
        <w:t>18.</w:t>
      </w:r>
      <w:r>
        <w:rPr>
          <w:b w:val="0"/>
          <w:i w:val="0"/>
        </w:rPr>
        <w:t xml:space="preserve"> Những người Pha-ri-si quan sát chặt chẽ, hy vọng rằng Chúa Giê-su sẽ cố gắng chữa lành người đàn ông vào ngày Sa-bát, để họ có thể trừng phạt ngài vì đã vi phạm thêm các luật thiêng liêng.</w:t>
      </w:r>
    </w:p>
    <w:p>
      <w:pPr>
        <w:spacing w:after="80"/>
      </w:pPr>
      <w:r>
        <w:rPr>
          <w:b/>
          <w:i w:val="0"/>
        </w:rPr>
        <w:t>19.</w:t>
      </w:r>
      <w:r>
        <w:rPr>
          <w:b w:val="0"/>
          <w:i w:val="0"/>
        </w:rPr>
        <w:t xml:space="preserve"> Khi nhìn thấy người đàn ông, Chúa Giê-su tiến lại gần ông và nói: </w:t>
      </w:r>
      <w:r>
        <w:rPr>
          <w:b/>
          <w:i/>
        </w:rPr>
        <w:t>Hãy giơ tay ra</w:t>
      </w:r>
      <w:r>
        <w:rPr>
          <w:b/>
          <w:i w:val="0"/>
        </w:rPr>
        <w:t>.</w:t>
      </w:r>
    </w:p>
    <w:p>
      <w:pPr>
        <w:spacing w:after="80"/>
        <w:jc w:val="right"/>
      </w:pPr>
      <w:r>
        <w:rPr>
          <w:b w:val="0"/>
          <w:i w:val="0"/>
        </w:rPr>
        <w:t>Mark 3:5;</w:t>
      </w:r>
      <w:r>
        <w:br/>
      </w:r>
      <w:r>
        <w:rPr>
          <w:b w:val="0"/>
          <w:i w:val="0"/>
        </w:rPr>
        <w:t xml:space="preserve"> Matt 12:13;</w:t>
      </w:r>
      <w:r>
        <w:br/>
      </w:r>
      <w:r>
        <w:rPr>
          <w:b w:val="0"/>
          <w:i w:val="0"/>
        </w:rPr>
        <w:t xml:space="preserve"> Luke 6:10</w:t>
      </w:r>
    </w:p>
    <w:p>
      <w:pPr>
        <w:spacing w:after="80"/>
      </w:pPr>
      <w:r>
        <w:rPr>
          <w:b/>
          <w:i w:val="0"/>
        </w:rPr>
        <w:t xml:space="preserve">20. </w:t>
      </w:r>
      <w:r>
        <w:rPr>
          <w:b/>
          <w:i/>
        </w:rPr>
        <w:t>Người đàn ông làm theo, và bàn tay ông được lành lại</w:t>
      </w:r>
      <w:r>
        <w:rPr>
          <w:b/>
          <w:i w:val="0"/>
        </w:rPr>
        <w:t>.</w:t>
      </w:r>
    </w:p>
    <w:p>
      <w:pPr>
        <w:spacing w:after="80"/>
      </w:pPr>
      <w:r>
        <w:rPr>
          <w:b/>
          <w:i w:val="0"/>
        </w:rPr>
        <w:t>21.</w:t>
      </w:r>
      <w:r>
        <w:rPr>
          <w:b w:val="0"/>
          <w:i w:val="0"/>
        </w:rPr>
        <w:t xml:space="preserve"> Đó là tất cả bằng chứng mà những người Pha-ri-si cần để chứng minh rằng Chúa Giê-su là một kẻ tội lỗi và báng bổ, sẵn sàng lạm dụng luật pháp, ngay cả trong Hội đường vào ngày Sa-bát.</w:t>
      </w:r>
    </w:p>
    <w:p>
      <w:pPr>
        <w:spacing w:after="80"/>
      </w:pPr>
      <w:r>
        <w:rPr>
          <w:b/>
          <w:i w:val="0"/>
        </w:rPr>
        <w:t>22.</w:t>
      </w:r>
      <w:r>
        <w:rPr>
          <w:b w:val="0"/>
          <w:i w:val="0"/>
        </w:rPr>
        <w:t xml:space="preserve"> Giu-đa nhận thấy rằng nhiều người trong số những người tụ tập để nghe Chúa Giê-su giảng không chia sẻ những lo ngại của các Trưởng lão, vì họ đã đến với hy vọng rằng Chúa Giê-su có thể là Đấng Mê-si-a mà người ta mong đợi, như đã được Isaiah hứa.</w:t>
      </w:r>
    </w:p>
    <w:p>
      <w:pPr>
        <w:spacing w:after="80"/>
        <w:jc w:val="right"/>
      </w:pPr>
      <w:r>
        <w:rPr>
          <w:b w:val="0"/>
          <w:i/>
        </w:rPr>
        <w:t>xem</w:t>
      </w:r>
      <w:r>
        <w:br/>
      </w:r>
      <w:r>
        <w:rPr>
          <w:b w:val="0"/>
          <w:i w:val="0"/>
        </w:rPr>
        <w:t xml:space="preserve"> Isaiah 35:3–5</w:t>
      </w:r>
    </w:p>
    <w:p>
      <w:pPr>
        <w:jc w:val="center"/>
      </w:pPr>
      <w:r>
        <w:drawing>
          <wp:inline xmlns:a="http://schemas.openxmlformats.org/drawingml/2006/main" xmlns:pic="http://schemas.openxmlformats.org/drawingml/2006/picture">
            <wp:extent cx="390525" cy="114300"/>
            <wp:docPr id="10" name="Picture 10"/>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pStyle w:val="Heading2"/>
      </w:pPr>
      <w:r>
        <w:rPr>
          <w:rFonts w:ascii="Calibri" w:hAnsi="Calibri"/>
          <w:b/>
          <w:i w:val="0"/>
          <w:sz w:val="32"/>
        </w:rPr>
        <w:t>Chương 8</w:t>
      </w:r>
    </w:p>
    <w:p>
      <w:pPr>
        <w:pStyle w:val="Heading2"/>
      </w:pPr>
      <w:r>
        <w:rPr>
          <w:rFonts w:ascii="Calibri" w:hAnsi="Calibri"/>
          <w:b/>
          <w:i/>
          <w:sz w:val="32"/>
        </w:rPr>
        <w:t>Tảng đá mà trên đó ngài sẽ xây dựng hội thánh của mình</w:t>
      </w:r>
    </w:p>
    <w:p>
      <w:pPr>
        <w:spacing w:after="80"/>
      </w:pPr>
      <w:r>
        <w:rPr>
          <w:b/>
          <w:i w:val="0"/>
        </w:rPr>
        <w:t>1.</w:t>
      </w:r>
      <w:r>
        <w:rPr>
          <w:b w:val="0"/>
          <w:i w:val="0"/>
        </w:rPr>
        <w:t xml:space="preserve"> Các Kinh sư và những người Pha-ri-si trở nên chán nản đến mức về sự nổi tiếng ngày càng tăng của Chúa Giê-su với dân chúng, đến nỗi họ đồng ý với nhau rằng đã đến lúc phải thực hiện các biện pháp cực đoan.</w:t>
      </w:r>
    </w:p>
    <w:p>
      <w:pPr>
        <w:spacing w:after="80"/>
      </w:pPr>
      <w:r>
        <w:rPr>
          <w:b/>
          <w:i w:val="0"/>
        </w:rPr>
        <w:t>2.</w:t>
      </w:r>
      <w:r>
        <w:rPr>
          <w:b w:val="0"/>
          <w:i w:val="0"/>
        </w:rPr>
        <w:t xml:space="preserve"> Vì vậy, những người Pha-ri-si, những người kiên trì tuân giữ luật pháp của Israel, đã hợp lực với những người Hê-rốt, những người Do Thái địa phương thực hiện các mệnh lệnh do những kẻ cai trị chính trị của họ ở Rome ban hành.</w:t>
      </w:r>
    </w:p>
    <w:p>
      <w:pPr>
        <w:spacing w:after="80"/>
        <w:jc w:val="right"/>
      </w:pPr>
      <w:r>
        <w:rPr>
          <w:b w:val="0"/>
          <w:i/>
        </w:rPr>
        <w:t>xem</w:t>
      </w:r>
      <w:r>
        <w:br/>
      </w:r>
      <w:r>
        <w:rPr>
          <w:b w:val="0"/>
          <w:i w:val="0"/>
        </w:rPr>
        <w:t xml:space="preserve"> Mark 3:6</w:t>
      </w:r>
    </w:p>
    <w:p>
      <w:pPr>
        <w:spacing w:after="80"/>
      </w:pPr>
      <w:r>
        <w:rPr>
          <w:b/>
          <w:i w:val="0"/>
        </w:rPr>
        <w:t>3.</w:t>
      </w:r>
      <w:r>
        <w:rPr>
          <w:b w:val="0"/>
          <w:i w:val="0"/>
        </w:rPr>
        <w:t xml:space="preserve"> Mặc dù hai nhóm khinh miệt lẫn nhau, họ lại đoàn kết trong một mục đích chung: loại bỏ Chúa Giê-su.</w:t>
      </w:r>
    </w:p>
    <w:p>
      <w:pPr>
        <w:spacing w:after="80"/>
      </w:pPr>
      <w:r>
        <w:rPr>
          <w:b/>
          <w:i w:val="0"/>
        </w:rPr>
        <w:t>4.</w:t>
      </w:r>
      <w:r>
        <w:rPr>
          <w:b w:val="0"/>
          <w:i w:val="0"/>
        </w:rPr>
        <w:t xml:space="preserve"> Giu-đa có những người bạn ở Capernaum, những người đã cảnh báo ông rằng những người Pha-ri-si và những người Hê-rốt đang bí mật hợp tác để âm mưu lật đổ Chúa Giê-su.</w:t>
      </w:r>
    </w:p>
    <w:p>
      <w:pPr>
        <w:spacing w:after="80"/>
      </w:pPr>
      <w:r>
        <w:rPr>
          <w:b/>
          <w:i w:val="0"/>
        </w:rPr>
        <w:t>5.</w:t>
      </w:r>
      <w:r>
        <w:rPr>
          <w:b w:val="0"/>
          <w:i w:val="0"/>
        </w:rPr>
        <w:t xml:space="preserve"> Giu-đa gạt bỏ những lời cáo buộc này, vì mọi người đều biết rằng họ là những kẻ thù không đội trời chung, cho đến khi ông bắt gặp hai người trong số họ thì thầm trong Hội đường. Họ chia tay ngay khi nhìn thấy ông.</w:t>
      </w:r>
    </w:p>
    <w:p>
      <w:pPr>
        <w:spacing w:after="80"/>
      </w:pPr>
      <w:r>
        <w:rPr>
          <w:b/>
          <w:i w:val="0"/>
        </w:rPr>
        <w:t>6.</w:t>
      </w:r>
      <w:r>
        <w:rPr>
          <w:b w:val="0"/>
          <w:i w:val="0"/>
        </w:rPr>
        <w:t xml:space="preserve"> Giu-đa báo cho Simon về những lo ngại của mình, và ông ấy lại khuyên Thầy nên rời khỏi Capernaum cho đến khi những cảm xúc xấu đó lắng xuống.</w:t>
      </w:r>
    </w:p>
    <w:p>
      <w:pPr>
        <w:spacing w:after="80"/>
      </w:pPr>
      <w:r>
        <w:rPr>
          <w:b/>
          <w:i w:val="0"/>
        </w:rPr>
        <w:t>7.</w:t>
      </w:r>
      <w:r>
        <w:rPr>
          <w:b w:val="0"/>
          <w:i w:val="0"/>
        </w:rPr>
        <w:t xml:space="preserve"> Chúa Giê-su nghe theo lời khuyên của Simon, và ngày hôm đó lên đường cho chuyến đi dài về Nazareth, chỉ cùng với những môn đồ mà ngài đã gọi đầu tiên – Simon, Andrew, James, John, Judas, Philip, Nathanael và Matthew.</w:t>
      </w:r>
    </w:p>
    <w:p>
      <w:pPr>
        <w:spacing w:after="80"/>
      </w:pPr>
      <w:r>
        <w:rPr>
          <w:b/>
          <w:i w:val="0"/>
        </w:rPr>
        <w:t>8.</w:t>
      </w:r>
      <w:r>
        <w:rPr>
          <w:b w:val="0"/>
          <w:i w:val="0"/>
        </w:rPr>
        <w:t xml:space="preserve"> Sau khi họ đi được một quãng ngắn, Judas nhận ra rằng có những người khác đang đi theo họ.</w:t>
      </w:r>
    </w:p>
    <w:p>
      <w:pPr>
        <w:spacing w:after="80"/>
      </w:pPr>
      <w:r>
        <w:rPr>
          <w:b/>
          <w:i w:val="0"/>
        </w:rPr>
        <w:t>9.</w:t>
      </w:r>
      <w:r>
        <w:rPr>
          <w:b w:val="0"/>
          <w:i w:val="0"/>
        </w:rPr>
        <w:t xml:space="preserve"> Một số người chỉ đơn giản muốn được ở bên Chúa Giê-su, trong khi những người khác hy vọng có thể chứng kiến một phép lạ mới.</w:t>
      </w:r>
    </w:p>
    <w:p>
      <w:pPr>
        <w:spacing w:after="80"/>
      </w:pPr>
      <w:r>
        <w:rPr>
          <w:b/>
          <w:i w:val="0"/>
        </w:rPr>
        <w:t>10.</w:t>
      </w:r>
      <w:r>
        <w:rPr>
          <w:b w:val="0"/>
          <w:i w:val="0"/>
        </w:rPr>
        <w:t xml:space="preserve"> Khi Chúa Giê-su đi từ làng này sang làng khác, đám đông ngày càng trở nên đông hơn.</w:t>
      </w:r>
    </w:p>
    <w:p>
      <w:pPr>
        <w:spacing w:after="80"/>
      </w:pPr>
      <w:r>
        <w:rPr>
          <w:b/>
          <w:i w:val="0"/>
        </w:rPr>
        <w:t>11.</w:t>
      </w:r>
      <w:r>
        <w:rPr>
          <w:b w:val="0"/>
          <w:i w:val="0"/>
        </w:rPr>
        <w:t xml:space="preserve"> Mỗi khi ngài xuất hiện ở một thị trấn nào đó, ngài sẽ vào Hội đường và giảng dạy cho những người đã tụ tập để nghe ngài thuyết giảng.</w:t>
      </w:r>
    </w:p>
    <w:p>
      <w:pPr>
        <w:spacing w:after="80"/>
      </w:pPr>
      <w:r>
        <w:rPr>
          <w:b/>
          <w:i w:val="0"/>
        </w:rPr>
        <w:t>12.</w:t>
      </w:r>
      <w:r>
        <w:rPr>
          <w:b w:val="0"/>
          <w:i w:val="0"/>
        </w:rPr>
        <w:t xml:space="preserve"> Chúa Giê-su sẽ công bố tin mừng, chuẩn bị cho họ đón nhận vương quốc của Thiên Chúa sắp đến tại Israel.</w:t>
      </w:r>
    </w:p>
    <w:p>
      <w:pPr>
        <w:spacing w:after="80"/>
      </w:pPr>
      <w:r>
        <w:rPr>
          <w:b/>
          <w:i w:val="0"/>
        </w:rPr>
        <w:t>13.</w:t>
      </w:r>
      <w:r>
        <w:rPr>
          <w:b w:val="0"/>
          <w:i w:val="0"/>
        </w:rPr>
        <w:t xml:space="preserve"> Ngài cũng chạm vào những người bệnh tật, chữa lành họ khỏi những yếu đau của mình.</w:t>
      </w:r>
    </w:p>
    <w:p>
      <w:pPr>
        <w:spacing w:after="80"/>
      </w:pPr>
      <w:r>
        <w:rPr>
          <w:b/>
          <w:i w:val="0"/>
        </w:rPr>
        <w:t>14.</w:t>
      </w:r>
      <w:r>
        <w:rPr>
          <w:b w:val="0"/>
          <w:i w:val="0"/>
        </w:rPr>
        <w:t xml:space="preserve"> Chúa Giê-su ý thức được những bất công mà người dân địa phương đang phải chịu đựng dưới tay một thế lực ngoại bang.</w:t>
      </w:r>
    </w:p>
    <w:p>
      <w:pPr>
        <w:spacing w:after="80"/>
      </w:pPr>
      <w:r>
        <w:rPr>
          <w:b/>
          <w:i w:val="0"/>
        </w:rPr>
        <w:t>15.</w:t>
      </w:r>
      <w:r>
        <w:rPr>
          <w:b w:val="0"/>
          <w:i w:val="0"/>
        </w:rPr>
        <w:t xml:space="preserve"> Mỗi thị trấn và làng mạc đều được cai quản bởi một nhóm lãnh đạo Do Thái tham nhũng, những kẻ ngày càng giàu có hơn, trong khi người La Mã vẫn là những kẻ trả lương cho họ.</w:t>
      </w:r>
    </w:p>
    <w:p>
      <w:pPr>
        <w:spacing w:after="80"/>
      </w:pPr>
      <w:r>
        <w:rPr>
          <w:b/>
          <w:i w:val="0"/>
        </w:rPr>
        <w:t>16.</w:t>
      </w:r>
      <w:r>
        <w:rPr>
          <w:b w:val="0"/>
          <w:i w:val="0"/>
        </w:rPr>
        <w:t xml:space="preserve"> Chúa Giê-su nói với các môn đồ rằng </w:t>
      </w:r>
      <w:r>
        <w:rPr>
          <w:b/>
          <w:i/>
        </w:rPr>
        <w:t>đám đông ấy giống như bầy chiên không có người chăn</w:t>
      </w:r>
      <w:r>
        <w:rPr>
          <w:b/>
          <w:i w:val="0"/>
        </w:rPr>
        <w:t>.</w:t>
      </w:r>
    </w:p>
    <w:p>
      <w:pPr>
        <w:spacing w:after="80"/>
        <w:jc w:val="right"/>
      </w:pPr>
      <w:r>
        <w:rPr>
          <w:b w:val="0"/>
          <w:i/>
        </w:rPr>
        <w:t>xem</w:t>
      </w:r>
      <w:r>
        <w:br/>
      </w:r>
      <w:r>
        <w:rPr>
          <w:b w:val="0"/>
          <w:i w:val="0"/>
        </w:rPr>
        <w:t xml:space="preserve"> Mark 6:34;</w:t>
      </w:r>
      <w:r>
        <w:br/>
      </w:r>
      <w:r>
        <w:rPr>
          <w:b w:val="0"/>
          <w:i w:val="0"/>
        </w:rPr>
        <w:t xml:space="preserve"> Matt 9:36</w:t>
      </w:r>
    </w:p>
    <w:p>
      <w:pPr>
        <w:spacing w:after="80"/>
      </w:pPr>
      <w:r>
        <w:rPr>
          <w:b/>
          <w:i w:val="0"/>
        </w:rPr>
        <w:t>17.</w:t>
      </w:r>
      <w:r>
        <w:rPr>
          <w:b w:val="0"/>
          <w:i w:val="0"/>
        </w:rPr>
        <w:t xml:space="preserve"> Khi Judas nghe những lời này, ông nhắc Simon nhớ lại lời tiên tri của Ezekiel: </w:t>
      </w:r>
      <w:r>
        <w:rPr>
          <w:b/>
          <w:i/>
        </w:rPr>
        <w:t>Thiên Chúa sẽ dấy lên một vị vua chăn chiên, để khôi phục vương quốc của vị vua chăn chiên đầu tiên, Vua David</w:t>
      </w:r>
      <w:r>
        <w:rPr>
          <w:b/>
          <w:i w:val="0"/>
        </w:rPr>
        <w:t>.</w:t>
      </w:r>
    </w:p>
    <w:p>
      <w:pPr>
        <w:spacing w:after="80"/>
        <w:jc w:val="right"/>
      </w:pPr>
      <w:r>
        <w:rPr>
          <w:b w:val="0"/>
          <w:i/>
        </w:rPr>
        <w:t>xem</w:t>
      </w:r>
      <w:r>
        <w:br/>
      </w:r>
      <w:r>
        <w:rPr>
          <w:b w:val="0"/>
          <w:i w:val="0"/>
        </w:rPr>
        <w:t xml:space="preserve"> Ezek 34:23–24</w:t>
      </w:r>
    </w:p>
    <w:p>
      <w:pPr>
        <w:spacing w:after="80"/>
      </w:pPr>
      <w:r>
        <w:rPr>
          <w:b/>
          <w:i w:val="0"/>
        </w:rPr>
        <w:t>18.</w:t>
      </w:r>
      <w:r>
        <w:rPr>
          <w:b w:val="0"/>
          <w:i w:val="0"/>
        </w:rPr>
        <w:t xml:space="preserve"> Nghe vậy, Simon đáp lại bằng những lời của Tiên tri Isaiah: </w:t>
      </w:r>
      <w:r>
        <w:rPr>
          <w:b/>
          <w:i/>
        </w:rPr>
        <w:t>Ngài đã mang lấy những yếu đau của chúng ta, Ngài đã gánh lấy những bệnh tật của chúng ta</w:t>
      </w:r>
      <w:r>
        <w:rPr>
          <w:b/>
          <w:i w:val="0"/>
        </w:rPr>
        <w:t>.</w:t>
      </w:r>
    </w:p>
    <w:p>
      <w:pPr>
        <w:spacing w:after="80"/>
        <w:jc w:val="right"/>
      </w:pPr>
      <w:r>
        <w:rPr>
          <w:b w:val="0"/>
          <w:i w:val="0"/>
        </w:rPr>
        <w:t>Isa 53:4</w:t>
      </w:r>
    </w:p>
    <w:p>
      <w:pPr>
        <w:spacing w:after="80"/>
      </w:pPr>
      <w:r>
        <w:rPr>
          <w:b/>
          <w:i w:val="0"/>
        </w:rPr>
        <w:t>19.</w:t>
      </w:r>
      <w:r>
        <w:rPr>
          <w:b w:val="0"/>
          <w:i w:val="0"/>
        </w:rPr>
        <w:t xml:space="preserve"> Simon và Judas là trong số những người theo Chúa Giê-su đầu tiên tin rằng những lời hứa của Isaiah đang được ứng nghiệm.</w:t>
      </w:r>
    </w:p>
    <w:p>
      <w:pPr>
        <w:spacing w:after="80"/>
      </w:pPr>
      <w:r>
        <w:rPr>
          <w:b/>
          <w:i w:val="0"/>
        </w:rPr>
        <w:t>20.</w:t>
      </w:r>
      <w:r>
        <w:rPr>
          <w:b w:val="0"/>
          <w:i w:val="0"/>
        </w:rPr>
        <w:t xml:space="preserve"> Sau khi Chúa Giê-su giảng xong trong Hội đường, ngài và các môn đồ rời khỏi thị trấn đó, đi lên vùng đồi núi phía bắc Biển Ga-li-lê, và như một đàn chiên, đám đông vẫn tiếp tục theo chân người chăn.</w:t>
      </w:r>
    </w:p>
    <w:p>
      <w:pPr>
        <w:spacing w:after="80"/>
      </w:pPr>
      <w:r>
        <w:rPr>
          <w:b/>
          <w:i w:val="0"/>
        </w:rPr>
        <w:t>21.</w:t>
      </w:r>
      <w:r>
        <w:rPr>
          <w:b w:val="0"/>
          <w:i w:val="0"/>
        </w:rPr>
        <w:t xml:space="preserve"> Khi Chúa Giê-su lên đến đỉnh đồi, các môn đồ cần được nghỉ ngơi, và một hai người trong số họ mệt đến mức ngủ thiếp đi.</w:t>
      </w:r>
    </w:p>
    <w:p>
      <w:pPr>
        <w:spacing w:after="80"/>
      </w:pPr>
      <w:r>
        <w:rPr>
          <w:b/>
          <w:i w:val="0"/>
        </w:rPr>
        <w:t>22.</w:t>
      </w:r>
      <w:r>
        <w:rPr>
          <w:b w:val="0"/>
          <w:i w:val="0"/>
        </w:rPr>
        <w:t xml:space="preserve"> Giu-đa ngồi trên mặt đất và nhìn Thầy mình lui ra xa một quãng.</w:t>
      </w:r>
    </w:p>
    <w:p>
      <w:pPr>
        <w:spacing w:after="80"/>
      </w:pPr>
      <w:r>
        <w:rPr>
          <w:b/>
          <w:i w:val="0"/>
        </w:rPr>
        <w:t>23.</w:t>
      </w:r>
      <w:r>
        <w:rPr>
          <w:b w:val="0"/>
          <w:i w:val="0"/>
        </w:rPr>
        <w:t xml:space="preserve"> Chúa Giê-su quỳ xuống và bắt đầu cầu nguyện.</w:t>
      </w:r>
    </w:p>
    <w:p>
      <w:pPr>
        <w:spacing w:after="80"/>
      </w:pPr>
      <w:r>
        <w:rPr>
          <w:b/>
          <w:i w:val="0"/>
        </w:rPr>
        <w:t>24.</w:t>
      </w:r>
      <w:r>
        <w:rPr>
          <w:b w:val="0"/>
          <w:i w:val="0"/>
        </w:rPr>
        <w:t xml:space="preserve"> Khi mặt trời khuất sau núi, Giu-đa cũng ngủ thiếp đi.</w:t>
      </w:r>
    </w:p>
    <w:p>
      <w:pPr>
        <w:spacing w:after="80"/>
      </w:pPr>
      <w:r>
        <w:rPr>
          <w:b/>
          <w:i w:val="0"/>
        </w:rPr>
        <w:t>25.</w:t>
      </w:r>
      <w:r>
        <w:rPr>
          <w:b w:val="0"/>
          <w:i w:val="0"/>
        </w:rPr>
        <w:t xml:space="preserve"> Khi Giu-đa cuối cùng tỉnh dậy, anh ngước lên và thấy Thầy mình vẫn đang chìm sâu trong cầu nguyện. Dường như cả tâm trí và thân thể ngài đều dồn hết vào việc thờ phượng một mình.</w:t>
      </w:r>
    </w:p>
    <w:p>
      <w:pPr>
        <w:spacing w:after="80"/>
      </w:pPr>
      <w:r>
        <w:rPr>
          <w:b/>
          <w:i w:val="0"/>
        </w:rPr>
        <w:t>26.</w:t>
      </w:r>
      <w:r>
        <w:rPr>
          <w:b w:val="0"/>
          <w:i w:val="0"/>
        </w:rPr>
        <w:t xml:space="preserve"> Khi bình minh ló dạng, Chúa Giê-su đứng dậy khỏi tư thế quỳ. Ngài lại đến với các môn đồ và bắt đầu đi lại giữa họ.</w:t>
      </w:r>
    </w:p>
    <w:p>
      <w:pPr>
        <w:spacing w:after="80"/>
      </w:pPr>
      <w:r>
        <w:rPr>
          <w:b/>
          <w:i w:val="0"/>
        </w:rPr>
        <w:t>27.</w:t>
      </w:r>
      <w:r>
        <w:rPr>
          <w:b w:val="0"/>
          <w:i w:val="0"/>
        </w:rPr>
        <w:t xml:space="preserve"> Chúa Giê-su đứng trên sườn núi và nói với những người đã chờ đợi suốt đêm để nghe lời ngài.</w:t>
      </w:r>
    </w:p>
    <w:p>
      <w:pPr>
        <w:spacing w:after="80"/>
      </w:pPr>
      <w:r>
        <w:rPr>
          <w:b/>
          <w:i w:val="0"/>
        </w:rPr>
        <w:t>28.</w:t>
      </w:r>
      <w:r>
        <w:rPr>
          <w:b w:val="0"/>
          <w:i w:val="0"/>
        </w:rPr>
        <w:t xml:space="preserve"> Ngài cảnh báo họ đừng tụ tập chỉ với hy vọng được chứng kiến một phép lạ khác, và sau khi dẫn họ cầu nguyện, ngài khuyên họ trở về nhà với gia đình.</w:t>
      </w:r>
    </w:p>
    <w:p>
      <w:pPr>
        <w:spacing w:after="80"/>
      </w:pPr>
      <w:r>
        <w:rPr>
          <w:b/>
          <w:i w:val="0"/>
        </w:rPr>
        <w:t>29.</w:t>
      </w:r>
      <w:r>
        <w:rPr>
          <w:b w:val="0"/>
          <w:i w:val="0"/>
        </w:rPr>
        <w:t xml:space="preserve"> Chúa Giê-su chờ đám đông tản đi rồi mới tập hợp quanh mình một nhóm nhỏ, những người ngài giao phó ở lại với ngài trong khi ngài tiếp tục sứ vụ.</w:t>
      </w:r>
    </w:p>
    <w:p>
      <w:pPr>
        <w:spacing w:after="80"/>
      </w:pPr>
      <w:r>
        <w:rPr>
          <w:b/>
          <w:i w:val="0"/>
        </w:rPr>
        <w:t xml:space="preserve">30. </w:t>
      </w:r>
      <w:r>
        <w:rPr>
          <w:b/>
          <w:i/>
        </w:rPr>
        <w:t>Chúa Giê-su chọn mười hai người ở bên cạnh mình. Đó là: Si-môn, người ngài đổi tên thành Phi-e-rơ, An-rê em trai ông, và hai con trai của Xê-bê-đê là Gia-cơ và Giăng; Phi-líp và Na-tha-na-ên cùng Thô-ma, người cũng như Giu-đa đã từng là môn đồ của Giăng Báp-tít. Thêm vào số đó còn có Ma-thi-ơ người thu thuế, Gia-cơ con trai An-phê, Tha-đê, Si-môn người Ca-na-an, và cuối cùng là Giu-đa Ích-ca-ri-ốt</w:t>
      </w:r>
      <w:r>
        <w:rPr>
          <w:b/>
          <w:i w:val="0"/>
        </w:rPr>
        <w:t>.</w:t>
      </w:r>
    </w:p>
    <w:p>
      <w:pPr>
        <w:spacing w:after="80"/>
        <w:jc w:val="right"/>
      </w:pPr>
      <w:r>
        <w:rPr>
          <w:b w:val="0"/>
          <w:i/>
        </w:rPr>
        <w:t>xem</w:t>
      </w:r>
      <w:r>
        <w:br/>
      </w:r>
      <w:r>
        <w:rPr>
          <w:b w:val="0"/>
          <w:i w:val="0"/>
        </w:rPr>
        <w:t xml:space="preserve"> Mat 10:1–4;</w:t>
      </w:r>
      <w:r>
        <w:br/>
      </w:r>
      <w:r>
        <w:rPr>
          <w:b w:val="0"/>
          <w:i w:val="0"/>
        </w:rPr>
        <w:t xml:space="preserve"> Mác 3:13–19;</w:t>
      </w:r>
      <w:r>
        <w:br/>
      </w:r>
      <w:r>
        <w:rPr>
          <w:b w:val="0"/>
          <w:i w:val="0"/>
        </w:rPr>
        <w:t xml:space="preserve"> Lu-ca 6:12–16</w:t>
      </w:r>
      <w:r>
        <w:br/>
      </w:r>
      <w:r>
        <w:rPr>
          <w:b w:val="0"/>
          <w:i w:val="0"/>
        </w:rPr>
        <w:t xml:space="preserve"> [xv]</w:t>
      </w:r>
    </w:p>
    <w:p>
      <w:pPr>
        <w:spacing w:after="80"/>
      </w:pPr>
      <w:r>
        <w:rPr>
          <w:b/>
          <w:i w:val="0"/>
        </w:rPr>
        <w:t>31.</w:t>
      </w:r>
      <w:r>
        <w:rPr>
          <w:b w:val="0"/>
          <w:i w:val="0"/>
        </w:rPr>
        <w:t xml:space="preserve"> Chúa Giê-su đổi tên Si-môn thành Phi-e-rơ, để nhấn mạnh với tất cả các môn đồ rằng ông đã được chọn để lãnh đạo các môn đồ khác.</w:t>
      </w:r>
    </w:p>
    <w:p>
      <w:pPr>
        <w:spacing w:after="80"/>
      </w:pPr>
      <w:r>
        <w:rPr>
          <w:b/>
          <w:i w:val="0"/>
        </w:rPr>
        <w:t>32.</w:t>
      </w:r>
      <w:r>
        <w:rPr>
          <w:b w:val="0"/>
          <w:i w:val="0"/>
        </w:rPr>
        <w:t xml:space="preserve"> Tên Phi-e-rơ bắt nguồn từ tiếng Hy Lạp </w:t>
      </w:r>
      <w:r>
        <w:rPr>
          <w:b w:val="0"/>
          <w:i/>
        </w:rPr>
        <w:t>petros</w:t>
      </w:r>
      <w:r>
        <w:rPr>
          <w:b w:val="0"/>
          <w:i w:val="0"/>
        </w:rPr>
        <w:t>, dịch ra có nghĩa là 'đá'.</w:t>
      </w:r>
    </w:p>
    <w:p>
      <w:pPr>
        <w:spacing w:after="80"/>
      </w:pPr>
      <w:r>
        <w:rPr>
          <w:b/>
          <w:i w:val="0"/>
        </w:rPr>
        <w:t>33.</w:t>
      </w:r>
      <w:r>
        <w:rPr>
          <w:b w:val="0"/>
          <w:i w:val="0"/>
        </w:rPr>
        <w:t xml:space="preserve"> Giu-đa thường nhớ lại việc Thầy mình khen ngợi Phi-e-rơ vì sự khôn ngoan và hiểu biết của ông, và có lần còn mô tả ông là </w:t>
      </w:r>
      <w:r>
        <w:rPr>
          <w:b/>
          <w:i/>
        </w:rPr>
        <w:t>tảng đá mà trên đó ngài sẽ xây dựng hội thánh của mình</w:t>
      </w:r>
      <w:r>
        <w:rPr>
          <w:b/>
          <w:i w:val="0"/>
        </w:rPr>
        <w:t>.</w:t>
      </w:r>
    </w:p>
    <w:p>
      <w:pPr>
        <w:spacing w:after="80"/>
        <w:jc w:val="right"/>
      </w:pPr>
      <w:r>
        <w:rPr>
          <w:b w:val="0"/>
          <w:i w:val="0"/>
        </w:rPr>
        <w:t>Mat 16:18</w:t>
      </w:r>
    </w:p>
    <w:p>
      <w:pPr>
        <w:spacing w:after="80"/>
      </w:pPr>
      <w:r>
        <w:rPr>
          <w:b/>
          <w:i w:val="0"/>
        </w:rPr>
        <w:t>34.</w:t>
      </w:r>
      <w:r>
        <w:rPr>
          <w:b w:val="0"/>
          <w:i w:val="0"/>
        </w:rPr>
        <w:t xml:space="preserve"> Giu-đa cũng là một trong những môn đệ được yêu mến, và đã nhiều lần chính ông là người thúc giục Chúa Giê-su giải thích đầy đủ hơn về giáo huấn của Ngài, và khi thấy cần thiết, ông sẵn sàng hành động táo bạo vì thầy mình.</w:t>
      </w:r>
    </w:p>
    <w:p>
      <w:pPr>
        <w:spacing w:after="80"/>
      </w:pPr>
      <w:r>
        <w:rPr>
          <w:b/>
          <w:i w:val="0"/>
        </w:rPr>
        <w:t>35.</w:t>
      </w:r>
      <w:r>
        <w:rPr>
          <w:b w:val="0"/>
          <w:i w:val="0"/>
        </w:rPr>
        <w:t xml:space="preserve"> Sau khi chọn các môn đệ, Chúa Giê-su bảo họ rằng từ giây phút đó, họ sẽ được ban cho những quyền năng cho phép họ </w:t>
      </w:r>
      <w:r>
        <w:rPr>
          <w:b/>
          <w:i/>
        </w:rPr>
        <w:t>rao giảng nhân danh Ngài, chữa lành người bệnh và trừ quỷ</w:t>
      </w:r>
      <w:r>
        <w:rPr>
          <w:b/>
          <w:i w:val="0"/>
        </w:rPr>
        <w:t>.</w:t>
      </w:r>
    </w:p>
    <w:p>
      <w:pPr>
        <w:spacing w:after="80"/>
        <w:jc w:val="right"/>
      </w:pPr>
      <w:r>
        <w:rPr>
          <w:b w:val="0"/>
          <w:i/>
        </w:rPr>
        <w:t>xem</w:t>
      </w:r>
      <w:r>
        <w:rPr>
          <w:b w:val="0"/>
          <w:i w:val="0"/>
        </w:rPr>
        <w:t xml:space="preserve"> Mác 3:13–15;</w:t>
      </w:r>
      <w:r>
        <w:br/>
      </w:r>
      <w:r>
        <w:rPr>
          <w:b w:val="0"/>
          <w:i w:val="0"/>
        </w:rPr>
        <w:t xml:space="preserve"> Mat 10:1;</w:t>
      </w:r>
      <w:r>
        <w:br/>
      </w:r>
      <w:r>
        <w:rPr>
          <w:b w:val="0"/>
          <w:i w:val="0"/>
        </w:rPr>
        <w:t xml:space="preserve"> Lu-ca 9:1–2</w:t>
      </w:r>
    </w:p>
    <w:p>
      <w:pPr>
        <w:spacing w:after="80"/>
      </w:pPr>
      <w:r>
        <w:rPr>
          <w:b/>
          <w:i w:val="0"/>
        </w:rPr>
        <w:t>36.</w:t>
      </w:r>
      <w:r>
        <w:rPr>
          <w:b w:val="0"/>
          <w:i w:val="0"/>
        </w:rPr>
        <w:t xml:space="preserve"> Ngoài mười hai người đàn ông này, Chúa Giê-su cũng quy tụ quanh mình một nhóm phụ nữ đã trung thành với Ngài ngay từ đầu sứ vụ của Ngài.</w:t>
      </w:r>
    </w:p>
    <w:p>
      <w:pPr>
        <w:spacing w:after="80"/>
      </w:pPr>
      <w:r>
        <w:rPr>
          <w:b/>
          <w:i w:val="0"/>
        </w:rPr>
        <w:t>37.</w:t>
      </w:r>
      <w:r>
        <w:rPr>
          <w:b w:val="0"/>
          <w:i w:val="0"/>
        </w:rPr>
        <w:t xml:space="preserve"> Họ cũng đã hy sinh mọi thứ để theo Ngài.</w:t>
      </w:r>
    </w:p>
    <w:p>
      <w:pPr>
        <w:spacing w:after="80"/>
      </w:pPr>
      <w:r>
        <w:rPr>
          <w:b/>
          <w:i w:val="0"/>
        </w:rPr>
        <w:t>38.</w:t>
      </w:r>
      <w:r>
        <w:rPr>
          <w:b w:val="0"/>
          <w:i w:val="0"/>
        </w:rPr>
        <w:t xml:space="preserve"> Trong số những phụ nữ này có Ma-ri, từ làng Ma-đa-la, người được biết đến với tên Ma-ri Ma-đa-len; Gio-an-na, vợ của Chu-xa, quản gia của Hê-rốt, người mà bà đã rời bỏ để phục vụ Chúa Giê-su, và một số người khác sẵn lòng ủng hộ mục đích mà tất cả họ đều tin tưởng.</w:t>
      </w:r>
    </w:p>
    <w:p>
      <w:pPr>
        <w:spacing w:after="80"/>
        <w:jc w:val="right"/>
      </w:pPr>
      <w:r>
        <w:rPr>
          <w:b w:val="0"/>
          <w:i/>
        </w:rPr>
        <w:t>xem</w:t>
      </w:r>
      <w:r>
        <w:br/>
      </w:r>
      <w:r>
        <w:rPr>
          <w:b w:val="0"/>
          <w:i w:val="0"/>
        </w:rPr>
        <w:t xml:space="preserve"> Lu-ca 8:1–3</w:t>
      </w:r>
    </w:p>
    <w:p>
      <w:pPr>
        <w:spacing w:after="80"/>
      </w:pPr>
      <w:r>
        <w:rPr>
          <w:b/>
          <w:i w:val="0"/>
        </w:rPr>
        <w:t xml:space="preserve">39. </w:t>
      </w:r>
      <w:r>
        <w:rPr>
          <w:b/>
          <w:i/>
        </w:rPr>
        <w:t>Họ đã dâng cả thời gian lẫn tiền bạc của mình</w:t>
      </w:r>
      <w:r>
        <w:rPr>
          <w:b/>
          <w:i w:val="0"/>
        </w:rPr>
        <w:t>.</w:t>
      </w:r>
    </w:p>
    <w:p>
      <w:pPr>
        <w:spacing w:after="80"/>
      </w:pPr>
      <w:r>
        <w:rPr>
          <w:b/>
          <w:i w:val="0"/>
        </w:rPr>
        <w:t>40.</w:t>
      </w:r>
      <w:r>
        <w:rPr>
          <w:b w:val="0"/>
          <w:i w:val="0"/>
        </w:rPr>
        <w:t xml:space="preserve"> Từ giây phút đó, cho đến khi cuộc đời Chúa Giê-su kết thúc bi thảm, mười hai môn đệ và những người phụ nữ trung thành đã đồng hành cùng Ngài ở mọi nơi khi Ngài đi khắp chốn thi hành sứ vụ lang bạt giữa dân chúng.</w:t>
      </w:r>
    </w:p>
    <w:p>
      <w:pPr>
        <w:jc w:val="center"/>
      </w:pPr>
      <w:r>
        <w:drawing>
          <wp:inline xmlns:a="http://schemas.openxmlformats.org/drawingml/2006/main" xmlns:pic="http://schemas.openxmlformats.org/drawingml/2006/picture">
            <wp:extent cx="390525" cy="114300"/>
            <wp:docPr id="11" name="Picture 11"/>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pStyle w:val="Heading2"/>
      </w:pPr>
      <w:r>
        <w:rPr>
          <w:rFonts w:ascii="Calibri" w:hAnsi="Calibri"/>
          <w:b/>
          <w:i w:val="0"/>
          <w:sz w:val="32"/>
        </w:rPr>
        <w:t>Chương 9</w:t>
      </w:r>
    </w:p>
    <w:p>
      <w:pPr>
        <w:pStyle w:val="Heading2"/>
      </w:pPr>
      <w:r>
        <w:rPr>
          <w:rFonts w:ascii="Calibri" w:hAnsi="Calibri"/>
          <w:b/>
          <w:i/>
          <w:sz w:val="32"/>
        </w:rPr>
        <w:t>Mỗi khi các con cầu nguyện, hãy nói những lời này</w:t>
      </w:r>
    </w:p>
    <w:p>
      <w:pPr>
        <w:spacing w:after="80"/>
      </w:pPr>
      <w:r>
        <w:rPr>
          <w:b/>
          <w:i w:val="0"/>
        </w:rPr>
        <w:t>1.</w:t>
      </w:r>
      <w:r>
        <w:rPr>
          <w:b w:val="0"/>
          <w:i w:val="0"/>
        </w:rPr>
        <w:t xml:space="preserve"> Chúa Giê-su và các môn đệ từ trên đồi đi xuống và hướng về phía Biển Ga-li-lê.</w:t>
      </w:r>
    </w:p>
    <w:p>
      <w:pPr>
        <w:spacing w:after="80"/>
      </w:pPr>
      <w:r>
        <w:rPr>
          <w:b/>
          <w:i w:val="0"/>
        </w:rPr>
        <w:t>2.</w:t>
      </w:r>
      <w:r>
        <w:rPr>
          <w:b w:val="0"/>
          <w:i w:val="0"/>
        </w:rPr>
        <w:t xml:space="preserve"> Khi họ đến được đồng bằng, tin tức rằng Chúa Giê-su và các môn đệ đang nghỉ ngơi trên đồi đã lan ra, và họ được đón gặp bởi một đám đông lớn đã tụ tập để chờ đợi họ.</w:t>
      </w:r>
    </w:p>
    <w:p>
      <w:pPr>
        <w:spacing w:after="80"/>
      </w:pPr>
      <w:r>
        <w:rPr>
          <w:b/>
          <w:i w:val="0"/>
        </w:rPr>
        <w:t>3.</w:t>
      </w:r>
      <w:r>
        <w:rPr>
          <w:b w:val="0"/>
          <w:i w:val="0"/>
        </w:rPr>
        <w:t xml:space="preserve"> Dù Chúa Giê-su chưa từng đặt chân đến thành thánh Giê-ru-sa-lem, khi nghe tin mừng về giáo huấn của Ngài và nhiều phép lạ Ngài đã làm, dân chúng từ thành đó và khắp các vùng Giu-đê đã đến tìm Ngài.</w:t>
      </w:r>
    </w:p>
    <w:p>
      <w:pPr>
        <w:spacing w:after="80"/>
      </w:pPr>
      <w:r>
        <w:rPr>
          <w:b/>
          <w:i w:val="0"/>
        </w:rPr>
        <w:t>4.</w:t>
      </w:r>
      <w:r>
        <w:rPr>
          <w:b w:val="0"/>
          <w:i w:val="0"/>
        </w:rPr>
        <w:t xml:space="preserve"> Những người khác đã đi từ các thị trấn ven biển của dân ngoại là Ty-rơ và Si-đôn, trong khi một số đến từ những nơi xa xôi như Đê-ca-bô-lơ ở bên kia sông Gio-đan.</w:t>
      </w:r>
    </w:p>
    <w:p>
      <w:pPr>
        <w:spacing w:after="80"/>
      </w:pPr>
      <w:r>
        <w:rPr>
          <w:b/>
          <w:i w:val="0"/>
        </w:rPr>
        <w:t>5.</w:t>
      </w:r>
      <w:r>
        <w:rPr>
          <w:b w:val="0"/>
          <w:i w:val="0"/>
        </w:rPr>
        <w:t xml:space="preserve"> Nhiều người đến để nghe Ngài rao giảng, trong khi những người khác, đau ốm vì bệnh tật, hy vọng được chữa khỏi những căn bệnh của mình.</w:t>
      </w:r>
    </w:p>
    <w:p>
      <w:pPr>
        <w:spacing w:after="80"/>
      </w:pPr>
      <w:r>
        <w:rPr>
          <w:b/>
          <w:i w:val="0"/>
        </w:rPr>
        <w:t>6.</w:t>
      </w:r>
      <w:r>
        <w:rPr>
          <w:b w:val="0"/>
          <w:i w:val="0"/>
        </w:rPr>
        <w:t xml:space="preserve"> Chúa Giê-su bước đi giữa đám đông mênh mông và chữa lành cho nhiều người đang bị những thần ô uế quấy nhiễu.</w:t>
      </w:r>
    </w:p>
    <w:p>
      <w:pPr>
        <w:spacing w:after="80"/>
      </w:pPr>
      <w:r>
        <w:rPr>
          <w:b/>
          <w:i w:val="0"/>
        </w:rPr>
        <w:t>7.</w:t>
      </w:r>
      <w:r>
        <w:rPr>
          <w:b w:val="0"/>
          <w:i w:val="0"/>
        </w:rPr>
        <w:t xml:space="preserve"> Nhiều người khác kiên nhẫn chờ đợi, chỉ mong được chạm vào áo Ngài, vì ai cũng thấy rõ rằng quyền năng và lòng nhân lành phát ra từ Chúa Giê-su, và Ngài truyền sự chữa lành cùng sức mạnh cho tất cả những ai tiếp xúc với Ngài.</w:t>
      </w:r>
    </w:p>
    <w:p>
      <w:pPr>
        <w:spacing w:after="80"/>
      </w:pPr>
      <w:r>
        <w:rPr>
          <w:b/>
          <w:i w:val="0"/>
        </w:rPr>
        <w:t>8.</w:t>
      </w:r>
      <w:r>
        <w:rPr>
          <w:b w:val="0"/>
          <w:i w:val="0"/>
        </w:rPr>
        <w:t xml:space="preserve"> Trong đám đông ấy có một người phụ nữ bị chứng rong huyết liên tục hơn mười hai năm. Bà tin rằng </w:t>
      </w:r>
      <w:r>
        <w:rPr>
          <w:b/>
          <w:i/>
        </w:rPr>
        <w:t>chỉ cần chạm được vào áo Ngài, bà sẽ khỏi bệnh. Khi đám đông vây quanh Chúa Giê-su, bà cúi người tới và chạm vào gấu áo Ngài. Ngay lập tức bà được chữa khỏi bệnh</w:t>
      </w:r>
      <w:r>
        <w:rPr>
          <w:b/>
          <w:i w:val="0"/>
        </w:rPr>
        <w:t>.</w:t>
      </w:r>
    </w:p>
    <w:p>
      <w:pPr>
        <w:spacing w:after="80"/>
      </w:pPr>
      <w:r>
        <w:rPr>
          <w:b/>
          <w:i w:val="0"/>
        </w:rPr>
        <w:t>9.</w:t>
      </w:r>
      <w:r>
        <w:rPr>
          <w:b w:val="0"/>
          <w:i w:val="0"/>
        </w:rPr>
        <w:t xml:space="preserve"> Chúa Giê-su dừng lại và nói: </w:t>
      </w:r>
      <w:r>
        <w:rPr>
          <w:b/>
          <w:i/>
        </w:rPr>
        <w:t>Ai đã chạm vào Ta?</w:t>
      </w:r>
      <w:r>
        <w:rPr>
          <w:b w:val="0"/>
          <w:i w:val="0"/>
        </w:rPr>
        <w:t xml:space="preserve"> Các môn đệ không hiểu Ngài muốn nói gì, và nhắc Chúa Giê-su rằng Ngài đang bị người ta vây kín tứ phía.</w:t>
      </w:r>
    </w:p>
    <w:p>
      <w:pPr>
        <w:spacing w:after="80"/>
      </w:pPr>
      <w:r>
        <w:rPr>
          <w:b/>
          <w:i w:val="0"/>
        </w:rPr>
        <w:t>10.</w:t>
      </w:r>
      <w:r>
        <w:rPr>
          <w:b w:val="0"/>
          <w:i w:val="0"/>
        </w:rPr>
        <w:t xml:space="preserve"> Chúa Giê-su lại nói: </w:t>
      </w:r>
      <w:r>
        <w:rPr>
          <w:b/>
          <w:i/>
        </w:rPr>
        <w:t>Ai đã chạm vào Ta?</w:t>
      </w:r>
    </w:p>
    <w:p>
      <w:pPr>
        <w:spacing w:after="80"/>
      </w:pPr>
      <w:r>
        <w:rPr>
          <w:b/>
          <w:i w:val="0"/>
        </w:rPr>
        <w:t>11.</w:t>
      </w:r>
      <w:r>
        <w:rPr>
          <w:b w:val="0"/>
          <w:i w:val="0"/>
        </w:rPr>
        <w:t xml:space="preserve"> Người phụ nữ bước lên phía trước vì bà sợ Chúa Giê-su sẽ nổi giận rằng bà đã khiến Ngài trở nên ô uế khi chạm vào Ngài.</w:t>
      </w:r>
    </w:p>
    <w:p>
      <w:pPr>
        <w:spacing w:after="80"/>
      </w:pPr>
      <w:r>
        <w:rPr>
          <w:b/>
          <w:i w:val="0"/>
        </w:rPr>
        <w:t>12.</w:t>
      </w:r>
      <w:r>
        <w:rPr>
          <w:b w:val="0"/>
          <w:i w:val="0"/>
        </w:rPr>
        <w:t xml:space="preserve"> Bà quỳ xuống, cúi đầu và thưa với Ngài rằng chính bà là người đã chạm vào Ngài.</w:t>
      </w:r>
    </w:p>
    <w:p>
      <w:pPr>
        <w:spacing w:after="80"/>
      </w:pPr>
      <w:r>
        <w:rPr>
          <w:b/>
          <w:i w:val="0"/>
        </w:rPr>
        <w:t>13.</w:t>
      </w:r>
      <w:r>
        <w:rPr>
          <w:b w:val="0"/>
          <w:i w:val="0"/>
        </w:rPr>
        <w:t xml:space="preserve"> Chúa Giê-su nói: </w:t>
      </w:r>
      <w:r>
        <w:rPr>
          <w:b/>
          <w:i/>
        </w:rPr>
        <w:t>Con ơi, đức tin của con đã chữa lành con; hãy đi bình an, và được khỏi bệnh</w:t>
      </w:r>
      <w:r>
        <w:rPr>
          <w:b/>
          <w:i w:val="0"/>
        </w:rPr>
        <w:t>.</w:t>
      </w:r>
    </w:p>
    <w:p>
      <w:pPr>
        <w:spacing w:after="80"/>
        <w:jc w:val="right"/>
      </w:pPr>
      <w:r>
        <w:rPr>
          <w:b w:val="0"/>
          <w:i/>
        </w:rPr>
        <w:t>xem</w:t>
      </w:r>
      <w:r>
        <w:br/>
      </w:r>
      <w:r>
        <w:rPr>
          <w:b w:val="0"/>
          <w:i w:val="0"/>
        </w:rPr>
        <w:t xml:space="preserve"> Mác 5:25–34;</w:t>
      </w:r>
      <w:r>
        <w:br/>
      </w:r>
      <w:r>
        <w:rPr>
          <w:b w:val="0"/>
          <w:i w:val="0"/>
        </w:rPr>
        <w:t xml:space="preserve"> Ma-thi-ơ 9:20–22;</w:t>
      </w:r>
      <w:r>
        <w:br/>
      </w:r>
      <w:r>
        <w:rPr>
          <w:b w:val="0"/>
          <w:i w:val="0"/>
        </w:rPr>
        <w:t xml:space="preserve"> Lu-ca 8:43–48</w:t>
      </w:r>
    </w:p>
    <w:p>
      <w:pPr>
        <w:spacing w:after="80"/>
      </w:pPr>
      <w:r>
        <w:rPr>
          <w:b/>
          <w:i w:val="0"/>
        </w:rPr>
        <w:t>14.</w:t>
      </w:r>
      <w:r>
        <w:rPr>
          <w:b w:val="0"/>
          <w:i w:val="0"/>
        </w:rPr>
        <w:t xml:space="preserve"> Điều này khiến càng nhiều người chen lấn vào Ngài hơn. Khi Chúa Giê-su không còn có thể di chuyển được nữa, Ngài tập hợp các môn đệ quanh mình và, ngước mắt lên trời, bắt đầu ngỏ lời với đám đông mênh mông đã tụ họp để nghe Ngài giảng.</w:t>
      </w:r>
    </w:p>
    <w:p>
      <w:pPr>
        <w:spacing w:after="80"/>
      </w:pPr>
      <w:r>
        <w:rPr>
          <w:b/>
          <w:i w:val="0"/>
        </w:rPr>
        <w:t>15.</w:t>
      </w:r>
      <w:r>
        <w:rPr>
          <w:b w:val="0"/>
          <w:i w:val="0"/>
        </w:rPr>
        <w:t xml:space="preserve"> Chúa Giê-su nói với họ:</w:t>
      </w:r>
    </w:p>
    <w:p>
      <w:pPr>
        <w:spacing w:after="80"/>
      </w:pPr>
      <w:r>
        <w:rPr>
          <w:b/>
          <w:i/>
        </w:rPr>
        <w:t>Phúc cho các con là những người nghèo, vì vương quyền của Thiên Chúa đang ngự trị là của các con</w:t>
      </w:r>
      <w:r>
        <w:rPr>
          <w:b/>
          <w:i w:val="0"/>
        </w:rPr>
        <w:t>.</w:t>
      </w:r>
    </w:p>
    <w:p>
      <w:pPr>
        <w:spacing w:after="80"/>
      </w:pPr>
      <w:r>
        <w:rPr>
          <w:b/>
          <w:i/>
        </w:rPr>
        <w:t>Phúc cho các con là những người đang đói, vì các con sẽ được no đủ</w:t>
      </w:r>
      <w:r>
        <w:rPr>
          <w:b/>
          <w:i w:val="0"/>
        </w:rPr>
        <w:t>.</w:t>
      </w:r>
    </w:p>
    <w:p>
      <w:pPr>
        <w:spacing w:after="80"/>
      </w:pPr>
      <w:r>
        <w:rPr>
          <w:b/>
          <w:i/>
        </w:rPr>
        <w:t>Phúc cho các con là những người đang khóc, vì thời khắc vui mừng của các con sẽ đến</w:t>
      </w:r>
      <w:r>
        <w:rPr>
          <w:b/>
          <w:i w:val="0"/>
        </w:rPr>
        <w:t>.</w:t>
      </w:r>
    </w:p>
    <w:p>
      <w:pPr>
        <w:spacing w:after="80"/>
      </w:pPr>
      <w:r>
        <w:rPr>
          <w:b/>
          <w:i/>
        </w:rPr>
        <w:t>Phúc cho các con là những người chịu khổ và bị bóc lột, vì phần thưởng của các con sẽ ở trên trời</w:t>
      </w:r>
      <w:r>
        <w:rPr>
          <w:b/>
          <w:i w:val="0"/>
        </w:rPr>
        <w:t>.</w:t>
      </w:r>
    </w:p>
    <w:p>
      <w:pPr>
        <w:spacing w:after="80"/>
        <w:jc w:val="right"/>
      </w:pPr>
      <w:r>
        <w:rPr>
          <w:b w:val="0"/>
          <w:i w:val="0"/>
        </w:rPr>
        <w:t>Lu-ca 6:20–22</w:t>
      </w:r>
    </w:p>
    <w:p>
      <w:pPr>
        <w:spacing w:after="80"/>
      </w:pPr>
      <w:r>
        <w:rPr>
          <w:b/>
          <w:i w:val="0"/>
        </w:rPr>
        <w:t>16.</w:t>
      </w:r>
      <w:r>
        <w:rPr>
          <w:b w:val="0"/>
          <w:i w:val="0"/>
        </w:rPr>
        <w:t xml:space="preserve"> Khi Chúa Giê-su đưa ra những lời hứa này, một sự náo động lớn đã bùng lên giữa đám đông, những người bắt đầu tin rằng Đấng Mê-si-a mà họ hằng mong đợi đang ở giữa họ.</w:t>
      </w:r>
    </w:p>
    <w:p>
      <w:pPr>
        <w:spacing w:after="80"/>
      </w:pPr>
      <w:r>
        <w:rPr>
          <w:b/>
          <w:i w:val="0"/>
        </w:rPr>
        <w:t>17.</w:t>
      </w:r>
      <w:r>
        <w:rPr>
          <w:b w:val="0"/>
          <w:i w:val="0"/>
        </w:rPr>
        <w:t xml:space="preserve"> Chúa Giê-su chờ cho sự yên tĩnh trở lại. Ngài nhìn vào đám đông và nhận ra rằng một vài người trong số họ đang cố kích động dân chúng nổi loạn, vì họ tin rằng những lời hứa như vậy chỉ có thể do Thiên Chúa đưa ra chứ không phải bởi một kẻ mà họ coi là tội nhân và kẻ phạm thượng. Nhưng họ chỉ là thiểu số.</w:t>
      </w:r>
    </w:p>
    <w:p>
      <w:pPr>
        <w:spacing w:after="80"/>
      </w:pPr>
      <w:r>
        <w:rPr>
          <w:b/>
          <w:i w:val="0"/>
        </w:rPr>
        <w:t>18.</w:t>
      </w:r>
      <w:r>
        <w:rPr>
          <w:b w:val="0"/>
          <w:i w:val="0"/>
        </w:rPr>
        <w:t xml:space="preserve"> Khi sự im lặng cuối cùng bao trùm đám đông, Chúa Giê-su tiếp tục kể cho họ nghe về những lời hứa của Thiên Chúa:</w:t>
      </w:r>
    </w:p>
    <w:p>
      <w:pPr>
        <w:spacing w:after="80"/>
      </w:pPr>
      <w:r>
        <w:rPr>
          <w:b/>
          <w:i/>
        </w:rPr>
        <w:t>Khốn cho các ngươi là những kẻ giàu có, vì các ngươi đã hưởng sự an ủi của mình rồi</w:t>
      </w:r>
      <w:r>
        <w:rPr>
          <w:b/>
          <w:i w:val="0"/>
        </w:rPr>
        <w:t>.</w:t>
      </w:r>
    </w:p>
    <w:p>
      <w:pPr>
        <w:spacing w:after="80"/>
      </w:pPr>
      <w:r>
        <w:rPr>
          <w:b/>
          <w:i/>
        </w:rPr>
        <w:t>Khốn cho các ngươi là những kẻ có quá nhiều để ăn, vì thời gian đang đến khi các ngươi sẽ nếm trải cơn đói</w:t>
      </w:r>
      <w:r>
        <w:rPr>
          <w:b/>
          <w:i w:val="0"/>
        </w:rPr>
        <w:t>.</w:t>
      </w:r>
    </w:p>
    <w:p>
      <w:pPr>
        <w:spacing w:after="80"/>
      </w:pPr>
      <w:r>
        <w:rPr>
          <w:b/>
          <w:i/>
        </w:rPr>
        <w:t>Khốn cho các ngươi là những kẻ chỉ sống vì lạc thú, vì các ngươi sẽ sớm than khóc và rên rỉ</w:t>
      </w:r>
      <w:r>
        <w:rPr>
          <w:b/>
          <w:i w:val="0"/>
        </w:rPr>
        <w:t>.</w:t>
      </w:r>
    </w:p>
    <w:p>
      <w:pPr>
        <w:spacing w:after="80"/>
      </w:pPr>
      <w:r>
        <w:rPr>
          <w:b/>
          <w:i/>
        </w:rPr>
        <w:t>Khốn cho các ngươi là những kẻ mà ai cũng phải nói tốt về mình, vì điều này chỉ sinh ra những tiên tri giả</w:t>
      </w:r>
      <w:r>
        <w:rPr>
          <w:b/>
          <w:i w:val="0"/>
        </w:rPr>
        <w:t>.</w:t>
      </w:r>
    </w:p>
    <w:p>
      <w:pPr>
        <w:spacing w:after="80"/>
        <w:jc w:val="right"/>
      </w:pPr>
      <w:r>
        <w:rPr>
          <w:b w:val="0"/>
          <w:i w:val="0"/>
        </w:rPr>
        <w:t>[xvi]</w:t>
      </w:r>
    </w:p>
    <w:p>
      <w:pPr>
        <w:spacing w:after="80"/>
      </w:pPr>
      <w:r>
        <w:rPr>
          <w:b/>
          <w:i w:val="0"/>
        </w:rPr>
        <w:t>19.</w:t>
      </w:r>
      <w:r>
        <w:rPr>
          <w:b w:val="0"/>
          <w:i w:val="0"/>
        </w:rPr>
        <w:t xml:space="preserve"> Những lời này gây ra sự chia rẽ còn lớn hơn nữa trong đám đông và Giu-đa chứng kiến nhiều người bỏ đi để phản đối.</w:t>
      </w:r>
    </w:p>
    <w:p>
      <w:pPr>
        <w:spacing w:after="80"/>
      </w:pPr>
      <w:r>
        <w:rPr>
          <w:b/>
          <w:i w:val="0"/>
        </w:rPr>
        <w:t>20.</w:t>
      </w:r>
      <w:r>
        <w:rPr>
          <w:b w:val="0"/>
          <w:i w:val="0"/>
        </w:rPr>
        <w:t xml:space="preserve"> Chúa Giê-su chờ cho tiếng ồn ào lắng xuống trước khi Ngài bảo các môn đệ tập hợp quanh mình tất cả những ai vẫn còn muốn nghe lời Ngài.</w:t>
      </w:r>
    </w:p>
    <w:p>
      <w:pPr>
        <w:spacing w:after="80"/>
      </w:pPr>
      <w:r>
        <w:rPr>
          <w:b/>
          <w:i w:val="0"/>
        </w:rPr>
        <w:t>21.</w:t>
      </w:r>
      <w:r>
        <w:rPr>
          <w:b w:val="0"/>
          <w:i w:val="0"/>
        </w:rPr>
        <w:t xml:space="preserve"> Chúa Giê-su ngồi xuống đất và, với lòng trắc ẩn cùng sự thấu hiểu dồi dào, tiếp tục giải thích tin mừng về vương triều sắp đến của Thiên Chúa tại Y-sơ-ra-ên.</w:t>
      </w:r>
    </w:p>
    <w:p>
      <w:pPr>
        <w:spacing w:after="80"/>
        <w:jc w:val="right"/>
      </w:pPr>
      <w:r>
        <w:rPr>
          <w:b w:val="0"/>
          <w:i/>
        </w:rPr>
        <w:t>xem</w:t>
      </w:r>
      <w:r>
        <w:br/>
      </w:r>
      <w:r>
        <w:rPr>
          <w:b w:val="0"/>
          <w:i w:val="0"/>
        </w:rPr>
        <w:t xml:space="preserve"> Mác 1:14–15;</w:t>
      </w:r>
      <w:r>
        <w:br/>
      </w:r>
      <w:r>
        <w:rPr>
          <w:b w:val="0"/>
          <w:i w:val="0"/>
        </w:rPr>
        <w:t xml:space="preserve"> Mat 4:12–17</w:t>
      </w:r>
    </w:p>
    <w:p>
      <w:pPr>
        <w:spacing w:after="80"/>
      </w:pPr>
      <w:r>
        <w:rPr>
          <w:b/>
          <w:i w:val="0"/>
        </w:rPr>
        <w:t>22.</w:t>
      </w:r>
      <w:r>
        <w:rPr>
          <w:b w:val="0"/>
          <w:i w:val="0"/>
        </w:rPr>
        <w:t xml:space="preserve"> Giu-đa đã khóc khi Chúa Giê-su nói với đám đông: </w:t>
      </w:r>
      <w:r>
        <w:rPr>
          <w:b/>
          <w:i/>
        </w:rPr>
        <w:t>Yêu thương những ai yêu mình thì luôn dễ dàng, nhưng mang lòng trắc ẩn và sự hiệp nhất đến nơi có chia rẽ thì khó khăn hơn nhiều. Hãy thương xót, như Cha các ngươi ở trên trời là Đấng thương xót</w:t>
      </w:r>
      <w:r>
        <w:rPr>
          <w:b/>
          <w:i w:val="0"/>
        </w:rPr>
        <w:t>.</w:t>
      </w:r>
    </w:p>
    <w:p>
      <w:pPr>
        <w:spacing w:after="80"/>
        <w:jc w:val="right"/>
      </w:pPr>
      <w:r>
        <w:rPr>
          <w:b w:val="0"/>
          <w:i/>
        </w:rPr>
        <w:t>xem</w:t>
      </w:r>
      <w:r>
        <w:br/>
      </w:r>
      <w:r>
        <w:rPr>
          <w:b w:val="0"/>
          <w:i w:val="0"/>
        </w:rPr>
        <w:t xml:space="preserve"> Lu-ca 6:33–36;</w:t>
      </w:r>
      <w:r>
        <w:br/>
      </w:r>
      <w:r>
        <w:rPr>
          <w:b w:val="0"/>
          <w:i w:val="0"/>
        </w:rPr>
        <w:t xml:space="preserve"> Mat 5:46–48</w:t>
      </w:r>
    </w:p>
    <w:p>
      <w:pPr>
        <w:spacing w:after="80"/>
      </w:pPr>
      <w:r>
        <w:rPr>
          <w:b/>
          <w:i w:val="0"/>
        </w:rPr>
        <w:t>23.</w:t>
      </w:r>
      <w:r>
        <w:rPr>
          <w:b w:val="0"/>
          <w:i w:val="0"/>
        </w:rPr>
        <w:t xml:space="preserve"> Sau đó Chúa Giê-su tiếp tục nói với dân chúng rằng họ không bao giờ nên kết tội đồng loại mình, vì không có ai trong số họ mà không phạm tội gì: </w:t>
      </w:r>
      <w:r>
        <w:rPr>
          <w:b/>
          <w:i/>
        </w:rPr>
        <w:t>Chúng ta là ai mà dám tự đặt mình lên để phán xét người khác?</w:t>
      </w:r>
    </w:p>
    <w:p>
      <w:pPr>
        <w:spacing w:after="80"/>
      </w:pPr>
      <w:r>
        <w:rPr>
          <w:b/>
          <w:i w:val="0"/>
        </w:rPr>
        <w:t>24.</w:t>
      </w:r>
      <w:r>
        <w:rPr>
          <w:b w:val="0"/>
          <w:i w:val="0"/>
        </w:rPr>
        <w:t xml:space="preserve"> Khi Chúa Giê-su nói, Giu-đa lặp lại lời Ngài vì ông muốn truyền đạt chúng cho những người không có mặt để nghe Thầy giảng. </w:t>
      </w:r>
      <w:r>
        <w:rPr>
          <w:b/>
          <w:i/>
        </w:rPr>
        <w:t>Tại sao ngươi chỉ thấy hạt bụi trong mắt anh em mình, mà lại không nhận ra cây đà trong mắt mình? Hãy coi chừng thói đạo đức giả. Vì trước hết ngươi phải lấy cây đà ra khỏi mắt mình, rồi mới có thể nhìn rõ đủ để giúp anh chị em mình lấy hạt bụi ra khỏi mắt họ</w:t>
      </w:r>
      <w:r>
        <w:rPr>
          <w:b/>
          <w:i w:val="0"/>
        </w:rPr>
        <w:t>.</w:t>
      </w:r>
    </w:p>
    <w:p>
      <w:pPr>
        <w:spacing w:after="80"/>
        <w:jc w:val="right"/>
      </w:pPr>
      <w:r>
        <w:rPr>
          <w:b w:val="0"/>
          <w:i/>
        </w:rPr>
        <w:t>xem</w:t>
      </w:r>
      <w:r>
        <w:br/>
      </w:r>
      <w:r>
        <w:rPr>
          <w:b w:val="0"/>
          <w:i w:val="0"/>
        </w:rPr>
        <w:t xml:space="preserve"> Lu-ca 6:41;</w:t>
      </w:r>
      <w:r>
        <w:br/>
      </w:r>
      <w:r>
        <w:rPr>
          <w:b w:val="0"/>
          <w:i w:val="0"/>
        </w:rPr>
        <w:t xml:space="preserve"> Ma-thi-ơ 7:3</w:t>
      </w:r>
    </w:p>
    <w:p>
      <w:pPr>
        <w:spacing w:after="80"/>
      </w:pPr>
      <w:r>
        <w:rPr>
          <w:b/>
          <w:i w:val="0"/>
        </w:rPr>
        <w:t>25.</w:t>
      </w:r>
      <w:r>
        <w:rPr>
          <w:b w:val="0"/>
          <w:i w:val="0"/>
        </w:rPr>
        <w:t xml:space="preserve"> Tất cả những người còn nán lại đều xúc động rõ rệt trước những lời lẽ khôn ngoan và đầy lòng trắc ẩn như vậy, cho thấy chức vụ của Chúa Giê-su tốt đẹp và đầy uy quyền biết bao.</w:t>
      </w:r>
    </w:p>
    <w:p>
      <w:pPr>
        <w:spacing w:after="80"/>
      </w:pPr>
      <w:r>
        <w:rPr>
          <w:b/>
          <w:i w:val="0"/>
        </w:rPr>
        <w:t>26.</w:t>
      </w:r>
      <w:r>
        <w:rPr>
          <w:b w:val="0"/>
          <w:i w:val="0"/>
        </w:rPr>
        <w:t xml:space="preserve"> Sau đó Chúa Giê-su kể một dụ ngôn khác: </w:t>
      </w:r>
      <w:r>
        <w:rPr>
          <w:b/>
          <w:i/>
        </w:rPr>
        <w:t>Cây tốt không sinh trái hư, cây hư cũng không sinh trái tốt. Chúng ta cũng vậy. Từ lòng người tốt sẽ tuôn ra việc tốt, còn từ lòng người ác sẽ chỉ tuôn ra điều ác mà thôi</w:t>
      </w:r>
      <w:r>
        <w:rPr>
          <w:b/>
          <w:i w:val="0"/>
        </w:rPr>
        <w:t>.</w:t>
      </w:r>
    </w:p>
    <w:p>
      <w:pPr>
        <w:spacing w:after="80"/>
        <w:jc w:val="right"/>
      </w:pPr>
      <w:r>
        <w:rPr>
          <w:b w:val="0"/>
          <w:i/>
        </w:rPr>
        <w:t>xem</w:t>
      </w:r>
      <w:r>
        <w:br/>
      </w:r>
      <w:r>
        <w:rPr>
          <w:b w:val="0"/>
          <w:i w:val="0"/>
        </w:rPr>
        <w:t xml:space="preserve"> Lu-ca 6:43–45;</w:t>
      </w:r>
      <w:r>
        <w:br/>
      </w:r>
      <w:r>
        <w:rPr>
          <w:b w:val="0"/>
          <w:i w:val="0"/>
        </w:rPr>
        <w:t xml:space="preserve"> Ma-thi-ơ 12:33–35</w:t>
      </w:r>
    </w:p>
    <w:p>
      <w:pPr>
        <w:spacing w:after="80"/>
      </w:pPr>
      <w:r>
        <w:rPr>
          <w:b/>
          <w:i w:val="0"/>
        </w:rPr>
        <w:t>27.</w:t>
      </w:r>
      <w:r>
        <w:rPr>
          <w:b w:val="0"/>
          <w:i w:val="0"/>
        </w:rPr>
        <w:t xml:space="preserve"> Giu-đa nghe những lời này liền thì thầm với các môn đồ khác: "Từ người này chỉ tuôn ra điều thiện và lòng thương xót cho những ai vươn tay chạm đến Ngài. Chúng ta thật may mắn khi đã tìm được Thầy của mình, và là Bậc Thầy."</w:t>
      </w:r>
    </w:p>
    <w:p>
      <w:pPr>
        <w:spacing w:after="80"/>
      </w:pPr>
      <w:r>
        <w:rPr>
          <w:b/>
          <w:i w:val="0"/>
        </w:rPr>
        <w:t>28.</w:t>
      </w:r>
      <w:r>
        <w:rPr>
          <w:b w:val="0"/>
          <w:i w:val="0"/>
        </w:rPr>
        <w:t xml:space="preserve"> Khi Chúa Giê-su nghe lời Giu-đa, Ngài quay sang các môn đồ khác và nói: </w:t>
      </w:r>
      <w:r>
        <w:rPr>
          <w:b/>
          <w:i/>
        </w:rPr>
        <w:t>Hãy cẩn thận khi gọi Ta là Thầy cho đến khi các con hiểu trọn vẹn mục đích của Ta và có thể sống theo ý nghĩa đích thực của nó. Ai trong các con làm được điều này sẽ giống như người xây nhà trên nền đá. Khi bão tố dữ dội nổi lên, ngôi nhà vẫn đứng vững an toàn. Nhưng nếu các con gọi Ta là Thầy mà không sống theo những lời Ta đã dạy, thì các con đang xây nhà trên cát. Để rồi khi bão đến, như chắc chắn sẽ đến, ngôi nhà của các con sẽ sụp đổ xuống đất. Hãy suy xét kỹ ý nghĩa của những lời này, nếu không hy vọng của các con có thể kết thúc trong thất vọng. Vậy hãy nên trọn vẹn, như Cha các con trên trời là trọn vẹn</w:t>
      </w:r>
      <w:r>
        <w:rPr>
          <w:b/>
          <w:i w:val="0"/>
        </w:rPr>
        <w:t>.</w:t>
      </w:r>
    </w:p>
    <w:p>
      <w:pPr>
        <w:spacing w:after="80"/>
        <w:jc w:val="right"/>
      </w:pPr>
      <w:r>
        <w:rPr>
          <w:b w:val="0"/>
          <w:i/>
        </w:rPr>
        <w:t>xem</w:t>
      </w:r>
      <w:r>
        <w:br/>
      </w:r>
      <w:r>
        <w:rPr>
          <w:b w:val="0"/>
          <w:i w:val="0"/>
        </w:rPr>
        <w:t xml:space="preserve"> Lu-ca 6:46–49;</w:t>
      </w:r>
      <w:r>
        <w:br/>
      </w:r>
      <w:r>
        <w:rPr>
          <w:b w:val="0"/>
          <w:i w:val="0"/>
        </w:rPr>
        <w:t xml:space="preserve"> Ma-thi-ơ 5:48</w:t>
      </w:r>
    </w:p>
    <w:p>
      <w:pPr>
        <w:spacing w:after="80"/>
      </w:pPr>
      <w:r>
        <w:rPr>
          <w:b/>
          <w:i w:val="0"/>
        </w:rPr>
        <w:t>29.</w:t>
      </w:r>
      <w:r>
        <w:rPr>
          <w:b w:val="0"/>
          <w:i w:val="0"/>
        </w:rPr>
        <w:t xml:space="preserve"> Sau khi Chúa Giê-su nói những lời này, Ngài đứng dậy và bước đi giữa đám đông, ban phước cho những người còn nán lại để nghe Ngài, trước khi bảo họ giải tán và trở về nhà.</w:t>
      </w:r>
    </w:p>
    <w:p>
      <w:pPr>
        <w:spacing w:after="80"/>
      </w:pPr>
      <w:r>
        <w:rPr>
          <w:b/>
          <w:i w:val="0"/>
        </w:rPr>
        <w:t>30.</w:t>
      </w:r>
      <w:r>
        <w:rPr>
          <w:b w:val="0"/>
          <w:i w:val="0"/>
        </w:rPr>
        <w:t xml:space="preserve"> Khi họ làm vậy, Chúa Giê-su tiếp tục cuộc hành trình bên bờ Biển Ga-li-lê.</w:t>
      </w:r>
    </w:p>
    <w:p>
      <w:pPr>
        <w:spacing w:after="80"/>
      </w:pPr>
      <w:r>
        <w:rPr>
          <w:b/>
          <w:i w:val="0"/>
        </w:rPr>
        <w:t>31.</w:t>
      </w:r>
      <w:r>
        <w:rPr>
          <w:b w:val="0"/>
          <w:i w:val="0"/>
        </w:rPr>
        <w:t xml:space="preserve"> Giu-đa cùng với các môn đồ còn lại đi theo Thầy.</w:t>
      </w:r>
    </w:p>
    <w:p>
      <w:pPr>
        <w:spacing w:after="80"/>
      </w:pPr>
      <w:r>
        <w:rPr>
          <w:b/>
          <w:i w:val="0"/>
        </w:rPr>
        <w:t>32.</w:t>
      </w:r>
      <w:r>
        <w:rPr>
          <w:b w:val="0"/>
          <w:i w:val="0"/>
        </w:rPr>
        <w:t xml:space="preserve"> Sau khi họ đi được một quãng ngắn, Giu-đa mạnh dạn hỏi: "Cha của Ngài là ai?"</w:t>
      </w:r>
    </w:p>
    <w:p>
      <w:pPr>
        <w:spacing w:after="80"/>
      </w:pPr>
      <w:r>
        <w:rPr>
          <w:b/>
          <w:i w:val="0"/>
        </w:rPr>
        <w:t>33.</w:t>
      </w:r>
      <w:r>
        <w:rPr>
          <w:b w:val="0"/>
          <w:i w:val="0"/>
        </w:rPr>
        <w:t xml:space="preserve"> Chúa Giê-su đáp: </w:t>
      </w:r>
      <w:r>
        <w:rPr>
          <w:b/>
          <w:i/>
        </w:rPr>
        <w:t>Cha Ta ở trên trời</w:t>
      </w:r>
      <w:r>
        <w:rPr>
          <w:b/>
          <w:i w:val="0"/>
        </w:rPr>
        <w:t>.</w:t>
      </w:r>
    </w:p>
    <w:p>
      <w:pPr>
        <w:spacing w:after="80"/>
      </w:pPr>
      <w:r>
        <w:rPr>
          <w:b/>
          <w:i w:val="0"/>
        </w:rPr>
        <w:t>34.</w:t>
      </w:r>
      <w:r>
        <w:rPr>
          <w:b w:val="0"/>
          <w:i w:val="0"/>
        </w:rPr>
        <w:t xml:space="preserve"> Giu-đa nói: "Có phải Ngài đang nói với Cha của Ngài khi Ngài cầu nguyện trên đồi không?"</w:t>
      </w:r>
    </w:p>
    <w:p>
      <w:pPr>
        <w:spacing w:after="80"/>
      </w:pPr>
      <w:r>
        <w:rPr>
          <w:b/>
          <w:i w:val="0"/>
        </w:rPr>
        <w:t>35.</w:t>
      </w:r>
      <w:r>
        <w:rPr>
          <w:b w:val="0"/>
          <w:i w:val="0"/>
        </w:rPr>
        <w:t xml:space="preserve"> Chúa Giê-su quay mặt về phía Giu-đa và nói: "Đúng vậy, Ta đang cầu nguyện với Cha Ta trên trời."</w:t>
      </w:r>
    </w:p>
    <w:p>
      <w:pPr>
        <w:spacing w:after="80"/>
        <w:jc w:val="right"/>
      </w:pPr>
      <w:r>
        <w:rPr>
          <w:b w:val="0"/>
          <w:i/>
        </w:rPr>
        <w:t>xem</w:t>
      </w:r>
      <w:r>
        <w:br/>
      </w:r>
      <w:r>
        <w:rPr>
          <w:b w:val="0"/>
          <w:i w:val="0"/>
        </w:rPr>
        <w:t xml:space="preserve"> Lu-ca 11:1–2</w:t>
      </w:r>
    </w:p>
    <w:p>
      <w:pPr>
        <w:spacing w:after="80"/>
      </w:pPr>
      <w:r>
        <w:rPr>
          <w:b/>
          <w:i w:val="0"/>
        </w:rPr>
        <w:t>36.</w:t>
      </w:r>
      <w:r>
        <w:rPr>
          <w:b w:val="0"/>
          <w:i w:val="0"/>
        </w:rPr>
        <w:t xml:space="preserve"> "Thầy ơi, vậy Thầy có thể dạy chúng con cầu nguyện như Thầy cầu nguyện với Cha của Thầy không?"</w:t>
      </w:r>
    </w:p>
    <w:p>
      <w:pPr>
        <w:spacing w:after="80"/>
      </w:pPr>
      <w:r>
        <w:rPr>
          <w:b/>
          <w:i w:val="0"/>
        </w:rPr>
        <w:t>37.</w:t>
      </w:r>
      <w:r>
        <w:rPr>
          <w:b w:val="0"/>
          <w:i w:val="0"/>
        </w:rPr>
        <w:t xml:space="preserve"> Jesus smiled and, on turning to the rest of the disciples, said: </w:t>
      </w:r>
      <w:r>
        <w:rPr>
          <w:b/>
          <w:i/>
        </w:rPr>
        <w:t>Whenever you pray, speak these words:</w:t>
      </w:r>
    </w:p>
    <w:p>
      <w:pPr>
        <w:spacing w:after="80"/>
      </w:pPr>
      <w:r>
        <w:rPr>
          <w:b/>
          <w:i/>
        </w:rPr>
        <w:t>Father, may your name be made even more holy on this earth</w:t>
      </w:r>
      <w:r>
        <w:rPr>
          <w:b/>
          <w:i w:val="0"/>
        </w:rPr>
        <w:t>.</w:t>
      </w:r>
    </w:p>
    <w:p>
      <w:pPr>
        <w:spacing w:after="80"/>
      </w:pPr>
      <w:r>
        <w:rPr>
          <w:b/>
          <w:i/>
        </w:rPr>
        <w:t>May your kingdom soon come into this world</w:t>
      </w:r>
      <w:r>
        <w:rPr>
          <w:b/>
          <w:i w:val="0"/>
        </w:rPr>
        <w:t>.</w:t>
      </w:r>
    </w:p>
    <w:p>
      <w:pPr>
        <w:spacing w:after="80"/>
      </w:pPr>
      <w:r>
        <w:rPr>
          <w:b/>
          <w:i/>
        </w:rPr>
        <w:t>Please give us enough bread to sustain us each day</w:t>
      </w:r>
      <w:r>
        <w:rPr>
          <w:b/>
          <w:i w:val="0"/>
        </w:rPr>
        <w:t>.</w:t>
      </w:r>
    </w:p>
    <w:p>
      <w:pPr>
        <w:spacing w:after="80"/>
      </w:pPr>
      <w:r>
        <w:rPr>
          <w:b/>
          <w:i/>
        </w:rPr>
        <w:t>Forgive us our sins, as we forgive the sins of others</w:t>
      </w:r>
      <w:r>
        <w:rPr>
          <w:b/>
          <w:i w:val="0"/>
        </w:rPr>
        <w:t>.</w:t>
      </w:r>
    </w:p>
    <w:p>
      <w:pPr>
        <w:spacing w:after="80"/>
      </w:pPr>
      <w:r>
        <w:rPr>
          <w:b/>
          <w:i/>
        </w:rPr>
        <w:t>Stand by us and protect us when the final day of reckoning comes</w:t>
      </w:r>
      <w:r>
        <w:rPr>
          <w:b/>
          <w:i w:val="0"/>
        </w:rPr>
        <w:t>.</w:t>
      </w:r>
    </w:p>
    <w:p>
      <w:pPr>
        <w:spacing w:after="80"/>
        <w:jc w:val="right"/>
      </w:pPr>
      <w:r>
        <w:rPr>
          <w:b w:val="0"/>
          <w:i/>
        </w:rPr>
        <w:t>xem</w:t>
      </w:r>
      <w:r>
        <w:br/>
      </w:r>
      <w:r>
        <w:rPr>
          <w:b w:val="0"/>
          <w:i w:val="0"/>
        </w:rPr>
        <w:t xml:space="preserve"> Lu-ca 11:1–4</w:t>
      </w:r>
      <w:r>
        <w:br/>
      </w:r>
      <w:r>
        <w:rPr>
          <w:b w:val="0"/>
          <w:i w:val="0"/>
        </w:rPr>
        <w:t xml:space="preserve"> [xviii]</w:t>
      </w:r>
    </w:p>
    <w:p>
      <w:pPr>
        <w:spacing w:after="80"/>
      </w:pPr>
      <w:r>
        <w:rPr>
          <w:b/>
          <w:i w:val="0"/>
        </w:rPr>
        <w:t>38.</w:t>
      </w:r>
      <w:r>
        <w:rPr>
          <w:b w:val="0"/>
          <w:i w:val="0"/>
        </w:rPr>
        <w:t xml:space="preserve"> Các môn đồ lặp đi lặp lại những lời này, hết giờ này qua giờ khác, ngày này qua ngày khác, để lời cầu nguyện mà Jesus đã dạy được truyền từ thế hệ này sang thế hệ khác.</w:t>
      </w:r>
    </w:p>
    <w:p>
      <w:pPr>
        <w:jc w:val="center"/>
      </w:pPr>
      <w:r>
        <w:drawing>
          <wp:inline xmlns:a="http://schemas.openxmlformats.org/drawingml/2006/main" xmlns:pic="http://schemas.openxmlformats.org/drawingml/2006/picture">
            <wp:extent cx="390525" cy="114300"/>
            <wp:docPr id="12" name="Picture 12"/>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pStyle w:val="Heading2"/>
      </w:pPr>
      <w:r>
        <w:rPr>
          <w:rFonts w:ascii="Calibri" w:hAnsi="Calibri"/>
          <w:b/>
          <w:i w:val="0"/>
          <w:sz w:val="32"/>
        </w:rPr>
        <w:t>Chương 10</w:t>
      </w:r>
    </w:p>
    <w:p>
      <w:pPr>
        <w:pStyle w:val="Heading2"/>
      </w:pPr>
      <w:r>
        <w:rPr>
          <w:rFonts w:ascii="Calibri" w:hAnsi="Calibri"/>
          <w:b/>
          <w:i/>
          <w:sz w:val="32"/>
        </w:rPr>
        <w:t>Hãy cho họ ăn gì đó</w:t>
      </w:r>
    </w:p>
    <w:p>
      <w:pPr>
        <w:spacing w:after="80"/>
      </w:pPr>
      <w:r>
        <w:rPr>
          <w:b/>
          <w:i w:val="0"/>
        </w:rPr>
        <w:t>1.</w:t>
      </w:r>
      <w:r>
        <w:rPr>
          <w:b w:val="0"/>
          <w:i w:val="0"/>
        </w:rPr>
        <w:t xml:space="preserve"> Sau khi Jesus dạy các môn đồ cách cầu nguyện, họ tiếp tục lên đường đến Capernaum.</w:t>
      </w:r>
    </w:p>
    <w:p>
      <w:pPr>
        <w:spacing w:after="80"/>
      </w:pPr>
      <w:r>
        <w:rPr>
          <w:b/>
          <w:i w:val="0"/>
        </w:rPr>
        <w:t>2.</w:t>
      </w:r>
      <w:r>
        <w:rPr>
          <w:b w:val="0"/>
          <w:i w:val="0"/>
        </w:rPr>
        <w:t xml:space="preserve"> Khi vị Thầy bước vào thành, Judas ngạc nhiên và sợ hãi khi thấy một viên bách phu trưởng (centurion) đứng chắn trên đường mình.</w:t>
      </w:r>
    </w:p>
    <w:p>
      <w:pPr>
        <w:spacing w:after="80"/>
      </w:pPr>
      <w:r>
        <w:rPr>
          <w:b/>
          <w:i w:val="0"/>
        </w:rPr>
        <w:t>3.</w:t>
      </w:r>
      <w:r>
        <w:rPr>
          <w:b w:val="0"/>
          <w:i w:val="0"/>
        </w:rPr>
        <w:t xml:space="preserve"> Ông ta nói: </w:t>
      </w:r>
      <w:r>
        <w:rPr>
          <w:b/>
          <w:i/>
        </w:rPr>
        <w:t>Đầy tớ của tôi đã ngã bệnh. Nó nằm liệt giường, không cử động được</w:t>
      </w:r>
      <w:r>
        <w:rPr>
          <w:b/>
          <w:i w:val="0"/>
        </w:rPr>
        <w:t>.</w:t>
      </w:r>
    </w:p>
    <w:p>
      <w:pPr>
        <w:spacing w:after="80"/>
      </w:pPr>
      <w:r>
        <w:rPr>
          <w:b/>
          <w:i w:val="0"/>
        </w:rPr>
        <w:t>4.</w:t>
      </w:r>
      <w:r>
        <w:rPr>
          <w:b w:val="0"/>
          <w:i w:val="0"/>
        </w:rPr>
        <w:t xml:space="preserve"> Jesus đáp: </w:t>
      </w:r>
      <w:r>
        <w:rPr>
          <w:b/>
          <w:i/>
        </w:rPr>
        <w:t>Ta sẽ đến nhà ngươi và làm cho nó khỏe lại</w:t>
      </w:r>
      <w:r>
        <w:rPr>
          <w:b/>
          <w:i w:val="0"/>
        </w:rPr>
        <w:t>.</w:t>
      </w:r>
    </w:p>
    <w:p>
      <w:pPr>
        <w:spacing w:after="80"/>
      </w:pPr>
      <w:r>
        <w:rPr>
          <w:b/>
          <w:i w:val="0"/>
        </w:rPr>
        <w:t>5.</w:t>
      </w:r>
      <w:r>
        <w:rPr>
          <w:b w:val="0"/>
          <w:i w:val="0"/>
        </w:rPr>
        <w:t xml:space="preserve"> Viên bách phu trưởng nói: </w:t>
      </w:r>
      <w:r>
        <w:rPr>
          <w:b/>
          <w:i/>
        </w:rPr>
        <w:t>Chỉ cần ngài nói một lời là đầy tớ tôi được lành, vì tôi là người quen ra lệnh và nhận lệnh. Tôi bảo một người lính đi, nó liền đi, và nếu cấp trên bảo tôi đến, tôi liền đến. Vậy đầy tớ tôi sẽ được lành nếu ngài truyền lệnh</w:t>
      </w:r>
      <w:r>
        <w:rPr>
          <w:b/>
          <w:i w:val="0"/>
        </w:rPr>
        <w:t>.</w:t>
      </w:r>
    </w:p>
    <w:p>
      <w:pPr>
        <w:spacing w:after="80"/>
      </w:pPr>
      <w:r>
        <w:rPr>
          <w:b/>
          <w:i w:val="0"/>
        </w:rPr>
        <w:t>6.</w:t>
      </w:r>
      <w:r>
        <w:rPr>
          <w:b w:val="0"/>
          <w:i w:val="0"/>
        </w:rPr>
        <w:t xml:space="preserve"> Jesus nói: </w:t>
      </w:r>
      <w:r>
        <w:rPr>
          <w:b/>
          <w:i/>
        </w:rPr>
        <w:t>Hãy trở về nhà ngươi và ngươi sẽ thấy đầy tớ mình đã khỏe lại</w:t>
      </w:r>
      <w:r>
        <w:rPr>
          <w:b/>
          <w:i w:val="0"/>
        </w:rPr>
        <w:t>.</w:t>
      </w:r>
    </w:p>
    <w:p>
      <w:pPr>
        <w:spacing w:after="80"/>
      </w:pPr>
      <w:r>
        <w:rPr>
          <w:b/>
          <w:i/>
        </w:rPr>
        <w:t>Và ngay lúc đó, người đầy tớ đứng dậy khỏi giường</w:t>
      </w:r>
      <w:r>
        <w:rPr>
          <w:b/>
          <w:i w:val="0"/>
        </w:rPr>
        <w:t>.</w:t>
      </w:r>
    </w:p>
    <w:p>
      <w:pPr>
        <w:spacing w:after="80"/>
      </w:pPr>
      <w:r>
        <w:rPr>
          <w:b/>
          <w:i w:val="0"/>
        </w:rPr>
        <w:t>7.</w:t>
      </w:r>
      <w:r>
        <w:rPr>
          <w:b w:val="0"/>
          <w:i w:val="0"/>
        </w:rPr>
        <w:t xml:space="preserve"> Jesus quay sang các môn đồ và nói: </w:t>
      </w:r>
      <w:r>
        <w:rPr>
          <w:b/>
          <w:i/>
        </w:rPr>
        <w:t>Ta chưa từng thấy đức tin như vậy, không, chưa từng thấy trong toàn cõi Israel</w:t>
      </w:r>
      <w:r>
        <w:rPr>
          <w:b/>
          <w:i w:val="0"/>
        </w:rPr>
        <w:t>.</w:t>
      </w:r>
    </w:p>
    <w:p>
      <w:pPr>
        <w:spacing w:after="80"/>
        <w:jc w:val="right"/>
      </w:pPr>
      <w:r>
        <w:rPr>
          <w:b w:val="0"/>
          <w:i/>
        </w:rPr>
        <w:t>xem</w:t>
      </w:r>
      <w:r>
        <w:br/>
      </w:r>
      <w:r>
        <w:rPr>
          <w:b w:val="0"/>
          <w:i w:val="0"/>
        </w:rPr>
        <w:t xml:space="preserve"> Matt 8:5–13;</w:t>
      </w:r>
      <w:r>
        <w:br/>
      </w:r>
      <w:r>
        <w:rPr>
          <w:b w:val="0"/>
          <w:i w:val="0"/>
        </w:rPr>
        <w:t xml:space="preserve"> Luke 7:1–10</w:t>
      </w:r>
    </w:p>
    <w:p>
      <w:pPr>
        <w:spacing w:after="80"/>
      </w:pPr>
      <w:r>
        <w:rPr>
          <w:b/>
          <w:i w:val="0"/>
        </w:rPr>
        <w:t>8.</w:t>
      </w:r>
      <w:r>
        <w:rPr>
          <w:b w:val="0"/>
          <w:i w:val="0"/>
        </w:rPr>
        <w:t xml:space="preserve"> Dù Jesus đã dặn đám đông đang chờ hãy giải tán và về nhà, nhưng bất cứ nơi nào Ngài quay sang, dân chúng lại càng đông thêm.</w:t>
      </w:r>
    </w:p>
    <w:p>
      <w:pPr>
        <w:spacing w:after="80"/>
      </w:pPr>
      <w:r>
        <w:rPr>
          <w:b/>
          <w:i w:val="0"/>
        </w:rPr>
        <w:t>9.</w:t>
      </w:r>
      <w:r>
        <w:rPr>
          <w:b w:val="0"/>
          <w:i w:val="0"/>
        </w:rPr>
        <w:t xml:space="preserve"> Trong khi những người quanh Ngài rõ ràng đã mệt và đói, Jesus vẫn tiếp tục đi giữa đám đông, thể hiện lòng trắc ẩn và sự quan tâm. Ngài quay sang Peter và nói: </w:t>
      </w:r>
      <w:r>
        <w:rPr>
          <w:b/>
          <w:i/>
        </w:rPr>
        <w:t>Hãy cho họ ăn gì đi</w:t>
      </w:r>
      <w:r>
        <w:rPr>
          <w:b/>
          <w:i w:val="0"/>
        </w:rPr>
        <w:t>.</w:t>
      </w:r>
    </w:p>
    <w:p>
      <w:pPr>
        <w:spacing w:after="80"/>
        <w:jc w:val="right"/>
      </w:pPr>
      <w:r>
        <w:rPr>
          <w:b w:val="0"/>
          <w:i w:val="0"/>
        </w:rPr>
        <w:t>Mark 6:37;</w:t>
      </w:r>
      <w:r>
        <w:br/>
      </w:r>
      <w:r>
        <w:rPr>
          <w:b w:val="0"/>
          <w:i w:val="0"/>
        </w:rPr>
        <w:t xml:space="preserve"> Matt 14:16;</w:t>
      </w:r>
      <w:r>
        <w:br/>
      </w:r>
      <w:r>
        <w:rPr>
          <w:b w:val="0"/>
          <w:i w:val="0"/>
        </w:rPr>
        <w:t xml:space="preserve"> Luke 9:13</w:t>
      </w:r>
    </w:p>
    <w:p>
      <w:pPr>
        <w:spacing w:after="80"/>
      </w:pPr>
      <w:r>
        <w:rPr>
          <w:b/>
          <w:i w:val="0"/>
        </w:rPr>
        <w:t>10.</w:t>
      </w:r>
      <w:r>
        <w:rPr>
          <w:b w:val="0"/>
          <w:i w:val="0"/>
        </w:rPr>
        <w:t xml:space="preserve"> Judas muốn nói với Thầy rằng họ đã có đủ thức ăn cho những người theo Ngài trước mắt, và vì họ đang bị bao vây tứ phía, chỉ còn Biển Galilee ở phía sau, Thầy nên bảo họ một lần nữa hãy trở về nhà.</w:t>
      </w:r>
    </w:p>
    <w:p>
      <w:pPr>
        <w:spacing w:after="80"/>
      </w:pPr>
      <w:r>
        <w:rPr>
          <w:b/>
          <w:i w:val="0"/>
        </w:rPr>
        <w:t>11.</w:t>
      </w:r>
      <w:r>
        <w:rPr>
          <w:b w:val="0"/>
          <w:i w:val="0"/>
        </w:rPr>
        <w:t xml:space="preserve"> Peter cũng không hiểu được yêu cầu của Thầy mình, và cảnh báo Jesus: </w:t>
      </w:r>
      <w:r>
        <w:rPr>
          <w:b/>
          <w:i/>
        </w:rPr>
        <w:t>Chúng ta chỉ có năm ổ bánh và hai con cá</w:t>
      </w:r>
      <w:r>
        <w:rPr>
          <w:b/>
          <w:i w:val="0"/>
        </w:rPr>
        <w:t>.</w:t>
      </w:r>
    </w:p>
    <w:p>
      <w:pPr>
        <w:spacing w:after="80"/>
      </w:pPr>
      <w:r>
        <w:rPr>
          <w:b/>
          <w:i w:val="0"/>
        </w:rPr>
        <w:t>12.</w:t>
      </w:r>
      <w:r>
        <w:rPr>
          <w:b w:val="0"/>
          <w:i w:val="0"/>
        </w:rPr>
        <w:t xml:space="preserve"> Bấy giờ Jesus nói với các môn đồ: </w:t>
      </w:r>
      <w:r>
        <w:rPr>
          <w:b/>
          <w:i/>
        </w:rPr>
        <w:t>Ta thấy thương xót những người này. Họ đã theo Ta cả ngày, và Ta e rằng họ chưa ăn gì. Nếu Ta để họ ra về, nhiều người sẽ gục ngã, và một số có thể không sống nổi qua chặng đường về. Đừng quên rằng những người đến từ Tyre, Sidon và Decapolis đều ở rất xa nhà</w:t>
      </w:r>
      <w:r>
        <w:rPr>
          <w:b/>
          <w:i w:val="0"/>
        </w:rPr>
        <w:t>.</w:t>
      </w:r>
    </w:p>
    <w:p>
      <w:pPr>
        <w:spacing w:after="80"/>
        <w:jc w:val="right"/>
      </w:pPr>
      <w:r>
        <w:rPr>
          <w:b w:val="0"/>
          <w:i/>
        </w:rPr>
        <w:t>xem</w:t>
      </w:r>
      <w:r>
        <w:br/>
      </w:r>
      <w:r>
        <w:rPr>
          <w:b w:val="0"/>
          <w:i w:val="0"/>
        </w:rPr>
        <w:t xml:space="preserve"> Mark 8:1–3;</w:t>
      </w:r>
      <w:r>
        <w:br/>
      </w:r>
      <w:r>
        <w:rPr>
          <w:b w:val="0"/>
          <w:i w:val="0"/>
        </w:rPr>
        <w:t xml:space="preserve"> Matt 15:32</w:t>
      </w:r>
    </w:p>
    <w:p>
      <w:pPr>
        <w:spacing w:after="80"/>
      </w:pPr>
      <w:r>
        <w:rPr>
          <w:b/>
          <w:i w:val="0"/>
        </w:rPr>
        <w:t>13.</w:t>
      </w:r>
      <w:r>
        <w:rPr>
          <w:b w:val="0"/>
          <w:i w:val="0"/>
        </w:rPr>
        <w:t xml:space="preserve"> Lễ Vượt Qua đã gần kề, và đó là thời điểm trong năm khi mặt đất có nhiều cỏ xanh.</w:t>
      </w:r>
    </w:p>
    <w:p>
      <w:pPr>
        <w:spacing w:after="80"/>
      </w:pPr>
      <w:r>
        <w:rPr>
          <w:b/>
          <w:i w:val="0"/>
        </w:rPr>
        <w:t>14.</w:t>
      </w:r>
      <w:r>
        <w:rPr>
          <w:b w:val="0"/>
          <w:i w:val="0"/>
        </w:rPr>
        <w:t xml:space="preserve"> Jesus dặn các môn đồ tổ chức đám đông theo cách Moses đã làm khi ông chuẩn bị cho Israel cuộc hành trình ra khỏi ách nô lệ Ai Cập vào thời kỳ Lễ Vượt Qua đầu tiên.</w:t>
      </w:r>
    </w:p>
    <w:p>
      <w:pPr>
        <w:spacing w:after="80"/>
        <w:jc w:val="right"/>
      </w:pPr>
      <w:r>
        <w:rPr>
          <w:b w:val="0"/>
          <w:i w:val="0"/>
        </w:rPr>
        <w:t>Exod 18:21–25;</w:t>
      </w:r>
      <w:r>
        <w:br/>
      </w:r>
      <w:r>
        <w:rPr>
          <w:b w:val="0"/>
          <w:i w:val="0"/>
        </w:rPr>
        <w:t xml:space="preserve"> Num 31:14;</w:t>
      </w:r>
      <w:r>
        <w:br/>
      </w:r>
      <w:r>
        <w:rPr>
          <w:b w:val="0"/>
          <w:i w:val="0"/>
        </w:rPr>
        <w:t xml:space="preserve"> Deut 1:15</w:t>
      </w:r>
    </w:p>
    <w:p>
      <w:pPr>
        <w:spacing w:after="80"/>
      </w:pPr>
      <w:r>
        <w:rPr>
          <w:b/>
          <w:i w:val="0"/>
        </w:rPr>
        <w:t>15.</w:t>
      </w:r>
      <w:r>
        <w:rPr>
          <w:b w:val="0"/>
          <w:i w:val="0"/>
        </w:rPr>
        <w:t xml:space="preserve"> Đám đông có khoảng năm ngàn người, và họ tụ tập quanh Jesus để chờ lời dặn dò của Ngài.</w:t>
      </w:r>
    </w:p>
    <w:p>
      <w:pPr>
        <w:spacing w:after="80"/>
      </w:pPr>
      <w:r>
        <w:rPr>
          <w:b/>
          <w:i w:val="0"/>
        </w:rPr>
        <w:t>16.</w:t>
      </w:r>
      <w:r>
        <w:rPr>
          <w:b w:val="0"/>
          <w:i w:val="0"/>
        </w:rPr>
        <w:t xml:space="preserve"> Judas nhớ lại rằng quần chúng đang chờ đợi Đấng Messiah đến tại Khirbet Qumran đã được tập hợp thành dân được chọn của Thiên Chúa theo các nhóm một ngàn, một trăm, năm mươi và mười người.</w:t>
      </w:r>
    </w:p>
    <w:p>
      <w:pPr>
        <w:spacing w:after="80"/>
        <w:jc w:val="right"/>
      </w:pPr>
      <w:r>
        <w:rPr>
          <w:b w:val="0"/>
          <w:i/>
        </w:rPr>
        <w:t>Quy tắc Cộng đồng</w:t>
      </w:r>
      <w:r>
        <w:br/>
      </w:r>
      <w:r>
        <w:rPr>
          <w:b w:val="0"/>
          <w:i w:val="0"/>
        </w:rPr>
        <w:t xml:space="preserve"> [1Qs] 2:21–23;</w:t>
      </w:r>
      <w:r>
        <w:br/>
      </w:r>
      <w:r>
        <w:rPr>
          <w:b w:val="0"/>
          <w:i w:val="0"/>
        </w:rPr>
        <w:t xml:space="preserve"> </w:t>
      </w:r>
      <w:r>
        <w:rPr>
          <w:b w:val="0"/>
          <w:i/>
        </w:rPr>
        <w:t>Quy tắc của</w:t>
      </w:r>
      <w:r>
        <w:br/>
      </w:r>
      <w:r>
        <w:rPr>
          <w:b w:val="0"/>
          <w:i/>
        </w:rPr>
        <w:t xml:space="preserve"> Hội chúng</w:t>
      </w:r>
      <w:r>
        <w:rPr>
          <w:b w:val="0"/>
          <w:i w:val="0"/>
        </w:rPr>
        <w:t xml:space="preserve"> [1QSa]</w:t>
      </w:r>
      <w:r>
        <w:br/>
      </w:r>
      <w:r>
        <w:rPr>
          <w:b w:val="0"/>
          <w:i w:val="0"/>
        </w:rPr>
        <w:t xml:space="preserve"> 1:14–15, 28–29;</w:t>
      </w:r>
      <w:r>
        <w:br/>
      </w:r>
      <w:r>
        <w:rPr>
          <w:b w:val="0"/>
          <w:i w:val="0"/>
        </w:rPr>
        <w:t xml:space="preserve"> 2:1; </w:t>
      </w:r>
      <w:r>
        <w:rPr>
          <w:b w:val="0"/>
          <w:i/>
        </w:rPr>
        <w:t>Cuộn Chiến tranh</w:t>
      </w:r>
      <w:r>
        <w:br/>
      </w:r>
      <w:r>
        <w:rPr>
          <w:b w:val="0"/>
          <w:i w:val="0"/>
        </w:rPr>
        <w:t xml:space="preserve"> [1QM] 4:1–5,</w:t>
      </w:r>
      <w:r>
        <w:br/>
      </w:r>
      <w:r>
        <w:rPr>
          <w:b w:val="0"/>
          <w:i w:val="0"/>
        </w:rPr>
        <w:t xml:space="preserve"> 16–17</w:t>
      </w:r>
      <w:r>
        <w:br/>
      </w:r>
      <w:r>
        <w:rPr>
          <w:b w:val="0"/>
          <w:i w:val="0"/>
        </w:rPr>
        <w:t xml:space="preserve"> [xviii]</w:t>
      </w:r>
    </w:p>
    <w:p>
      <w:pPr>
        <w:spacing w:after="80"/>
      </w:pPr>
      <w:r>
        <w:rPr>
          <w:b/>
          <w:i w:val="0"/>
        </w:rPr>
        <w:t>17.</w:t>
      </w:r>
      <w:r>
        <w:rPr>
          <w:b w:val="0"/>
          <w:i w:val="0"/>
        </w:rPr>
        <w:t xml:space="preserve"> Giu-đa biết rõ phong tục lâu đời của phái Qumran, và bắt đầu sắp xếp đám đông theo như Chúa Giê-su đã truyền dặn.</w:t>
      </w:r>
    </w:p>
    <w:p>
      <w:pPr>
        <w:spacing w:after="80"/>
      </w:pPr>
      <w:r>
        <w:rPr>
          <w:b/>
          <w:i w:val="0"/>
        </w:rPr>
        <w:t>18.</w:t>
      </w:r>
      <w:r>
        <w:rPr>
          <w:b w:val="0"/>
          <w:i w:val="0"/>
        </w:rPr>
        <w:t xml:space="preserve"> Khi công việc đã hoàn tất, Chúa Giê-su cầm lấy những ổ bánh, ngước mắt lên trời và tạ ơn.</w:t>
      </w:r>
    </w:p>
    <w:p>
      <w:pPr>
        <w:spacing w:after="80"/>
      </w:pPr>
      <w:r>
        <w:rPr>
          <w:b/>
          <w:i w:val="0"/>
        </w:rPr>
        <w:t>19.</w:t>
      </w:r>
      <w:r>
        <w:rPr>
          <w:b w:val="0"/>
          <w:i w:val="0"/>
        </w:rPr>
        <w:t xml:space="preserve"> Sau đó Ngài dặn các môn đồ lấy bánh và phân phát cho đám đông.</w:t>
      </w:r>
    </w:p>
    <w:p>
      <w:pPr>
        <w:spacing w:after="80"/>
      </w:pPr>
      <w:r>
        <w:rPr>
          <w:b/>
          <w:i w:val="0"/>
        </w:rPr>
        <w:t>20.</w:t>
      </w:r>
      <w:r>
        <w:rPr>
          <w:b w:val="0"/>
          <w:i w:val="0"/>
        </w:rPr>
        <w:t xml:space="preserve"> Khi Giu-đa và các môn đồ khác đi qua những hàng người đã được sắp xếp ngay ngắn, ai nấy đều được ăn theo nhu cầu của mình, và khi họ quay lại phân phát cá, không còn ai đói nữa.</w:t>
      </w:r>
    </w:p>
    <w:p>
      <w:pPr>
        <w:spacing w:after="80"/>
      </w:pPr>
      <w:r>
        <w:rPr>
          <w:b/>
          <w:i w:val="0"/>
        </w:rPr>
        <w:t>21.</w:t>
      </w:r>
      <w:r>
        <w:rPr>
          <w:b w:val="0"/>
          <w:i w:val="0"/>
        </w:rPr>
        <w:t xml:space="preserve"> Khi mọi người đã ăn xong, Chúa Giê-su dặn Phê-rô: </w:t>
      </w:r>
      <w:r>
        <w:rPr>
          <w:b/>
          <w:i/>
        </w:rPr>
        <w:t>Hãy bảo các môn đồ nhặt những mẩu bánh còn thừa lại</w:t>
      </w:r>
      <w:r>
        <w:rPr>
          <w:b/>
          <w:i w:val="0"/>
        </w:rPr>
        <w:t>.</w:t>
      </w:r>
    </w:p>
    <w:p>
      <w:pPr>
        <w:spacing w:after="80"/>
        <w:jc w:val="right"/>
      </w:pPr>
      <w:r>
        <w:rPr>
          <w:b w:val="0"/>
          <w:i/>
        </w:rPr>
        <w:t>xem</w:t>
      </w:r>
      <w:r>
        <w:br/>
      </w:r>
      <w:r>
        <w:rPr>
          <w:b w:val="0"/>
          <w:i w:val="0"/>
        </w:rPr>
        <w:t xml:space="preserve"> Giăng 6:12;</w:t>
      </w:r>
      <w:r>
        <w:br/>
      </w:r>
      <w:r>
        <w:rPr>
          <w:b w:val="0"/>
          <w:i w:val="0"/>
        </w:rPr>
        <w:t xml:space="preserve"> Mác 6:43; 8:8;</w:t>
      </w:r>
      <w:r>
        <w:br/>
      </w:r>
      <w:r>
        <w:rPr>
          <w:b w:val="0"/>
          <w:i w:val="0"/>
        </w:rPr>
        <w:t xml:space="preserve"> Lu-ca 9:17</w:t>
      </w:r>
    </w:p>
    <w:p>
      <w:pPr>
        <w:spacing w:after="80"/>
      </w:pPr>
      <w:r>
        <w:rPr>
          <w:b/>
          <w:i w:val="0"/>
        </w:rPr>
        <w:t>22.</w:t>
      </w:r>
      <w:r>
        <w:rPr>
          <w:b w:val="0"/>
          <w:i w:val="0"/>
        </w:rPr>
        <w:t xml:space="preserve"> Các môn đồ làm theo lệnh Ngài, và họ gom được đầy mười hai giỏ.</w:t>
      </w:r>
    </w:p>
    <w:p>
      <w:pPr>
        <w:spacing w:after="80"/>
      </w:pPr>
      <w:r>
        <w:rPr>
          <w:b/>
          <w:i w:val="0"/>
        </w:rPr>
        <w:t>23.</w:t>
      </w:r>
      <w:r>
        <w:rPr>
          <w:b w:val="0"/>
          <w:i w:val="0"/>
        </w:rPr>
        <w:t xml:space="preserve"> Giu-đa đếm lại số giỏ lần thứ hai, vì ông không thể tin nổi họ đã cho năm ngàn người ăn mà vẫn còn thừa nhiều đến thế.</w:t>
      </w:r>
    </w:p>
    <w:p>
      <w:pPr>
        <w:spacing w:after="80"/>
      </w:pPr>
      <w:r>
        <w:rPr>
          <w:b/>
          <w:i w:val="0"/>
        </w:rPr>
        <w:t>24.</w:t>
      </w:r>
      <w:r>
        <w:rPr>
          <w:b w:val="0"/>
          <w:i w:val="0"/>
        </w:rPr>
        <w:t xml:space="preserve"> Trong khi các môn đồ tiếp tục thu gom thức ăn, Giu-đa nhắc Phê-rô nhớ lại một lời hứa xưa kia Đức Chúa Trời đã phán với Môi-se: </w:t>
      </w:r>
      <w:r>
        <w:rPr>
          <w:b/>
          <w:i/>
        </w:rPr>
        <w:t>Ta sẽ dấy lên một đấng tiên tri từ giữa các ngươi</w:t>
      </w:r>
      <w:r>
        <w:rPr>
          <w:b/>
          <w:i w:val="0"/>
        </w:rPr>
        <w:t>.</w:t>
      </w:r>
    </w:p>
    <w:p>
      <w:pPr>
        <w:spacing w:after="80"/>
        <w:jc w:val="right"/>
      </w:pPr>
      <w:r>
        <w:rPr>
          <w:b w:val="0"/>
          <w:i w:val="0"/>
        </w:rPr>
        <w:t>Phục Truyền 18:18</w:t>
      </w:r>
    </w:p>
    <w:p>
      <w:pPr>
        <w:spacing w:after="80"/>
      </w:pPr>
      <w:r>
        <w:rPr>
          <w:b/>
          <w:i w:val="0"/>
        </w:rPr>
        <w:t>25.</w:t>
      </w:r>
      <w:r>
        <w:rPr>
          <w:b w:val="0"/>
          <w:i w:val="0"/>
        </w:rPr>
        <w:t xml:space="preserve"> Phê-rô truyền tin vui này cho các môn đồ khác, và đến lượt họ, họ bắt đầu nói với những người xung quanh rằng đấng tiên tri mà Môi-se đã hứa từ lâu nay đang hiện diện ở đây.</w:t>
      </w:r>
    </w:p>
    <w:p>
      <w:pPr>
        <w:spacing w:after="80"/>
      </w:pPr>
      <w:r>
        <w:rPr>
          <w:b/>
          <w:i w:val="0"/>
        </w:rPr>
        <w:t>26.</w:t>
      </w:r>
      <w:r>
        <w:rPr>
          <w:b w:val="0"/>
          <w:i w:val="0"/>
        </w:rPr>
        <w:t xml:space="preserve"> Món quà kỳ diệu của Chúa Giê-su — bánh và cá, đủ để nuôi tất cả những người tụ họp bên bờ Biển Ga-li-lê — đã mang lại hy vọng cho nhiều người Do Thái đạo đức đang chờ đợi lời hứa của Môi-se được ứng nghiệm: </w:t>
      </w:r>
      <w:r>
        <w:rPr>
          <w:b/>
          <w:i/>
        </w:rPr>
        <w:t>Và chuyện rằng, cũng chính lúc ấy, kho man-na sẽ lại từ trên cao rơi xuống, và họ sẽ ăn trong những năm tháng đó, vì đây là những người đã đến thời kỳ cuối cùng</w:t>
      </w:r>
      <w:r>
        <w:rPr>
          <w:b/>
          <w:i w:val="0"/>
        </w:rPr>
        <w:t>.</w:t>
      </w:r>
    </w:p>
    <w:p>
      <w:pPr>
        <w:spacing w:after="80"/>
        <w:jc w:val="right"/>
      </w:pPr>
      <w:r>
        <w:rPr>
          <w:b w:val="0"/>
          <w:i w:val="0"/>
        </w:rPr>
        <w:t>2 Barúc 29:8</w:t>
      </w:r>
      <w:r>
        <w:br/>
      </w:r>
      <w:r>
        <w:rPr>
          <w:b w:val="0"/>
          <w:i w:val="0"/>
        </w:rPr>
        <w:t xml:space="preserve"> [xix]</w:t>
      </w:r>
    </w:p>
    <w:p>
      <w:pPr>
        <w:spacing w:after="80"/>
      </w:pPr>
      <w:r>
        <w:rPr>
          <w:b/>
          <w:i w:val="0"/>
        </w:rPr>
        <w:t>27.</w:t>
      </w:r>
      <w:r>
        <w:rPr>
          <w:b w:val="0"/>
          <w:i w:val="0"/>
        </w:rPr>
        <w:t xml:space="preserve"> Nhiều người chỉ đến với hy vọng được chứng kiến một phép lạ khác cũng bắt đầu tin rằng những lời hứa của Đức Chúa Trời đang được ứng nghiệm nơi Chúa Giê-su.</w:t>
      </w:r>
    </w:p>
    <w:p>
      <w:pPr>
        <w:spacing w:after="80"/>
      </w:pPr>
      <w:r>
        <w:rPr>
          <w:b/>
          <w:i w:val="0"/>
        </w:rPr>
        <w:t>28.</w:t>
      </w:r>
      <w:r>
        <w:rPr>
          <w:b w:val="0"/>
          <w:i w:val="0"/>
        </w:rPr>
        <w:t xml:space="preserve"> Khi các môn đồ truyền đi thông điệp, một tiếng xì xào bắt đầu lan khắp đám đông, nhanh chóng lớn dần thành tiếng reo hò vang dội khi được truyền từ miệng người này sang miệng người khác, rồi từ nhóm này sang nhóm khác, vì nhiều người đã tin: </w:t>
      </w:r>
      <w:r>
        <w:rPr>
          <w:b/>
          <w:i/>
        </w:rPr>
        <w:t>Đây thật đúng là đấng tiên tri sẽ đến trong thế gian. Hãy ủng hộ Ngài, và tôn Ngài làm Vua của chúng ta</w:t>
      </w:r>
      <w:r>
        <w:rPr>
          <w:b/>
          <w:i w:val="0"/>
        </w:rPr>
        <w:t>.</w:t>
      </w:r>
    </w:p>
    <w:p>
      <w:pPr>
        <w:spacing w:after="80"/>
        <w:jc w:val="right"/>
      </w:pPr>
      <w:r>
        <w:rPr>
          <w:b w:val="0"/>
          <w:i/>
        </w:rPr>
        <w:t>xem</w:t>
      </w:r>
      <w:r>
        <w:br/>
      </w:r>
      <w:r>
        <w:rPr>
          <w:b w:val="0"/>
          <w:i w:val="0"/>
        </w:rPr>
        <w:t xml:space="preserve"> Giăng 6:14–15</w:t>
      </w:r>
    </w:p>
    <w:p>
      <w:pPr>
        <w:spacing w:after="80"/>
      </w:pPr>
      <w:r>
        <w:rPr>
          <w:b/>
          <w:i w:val="0"/>
        </w:rPr>
        <w:t>29.</w:t>
      </w:r>
      <w:r>
        <w:rPr>
          <w:b w:val="0"/>
          <w:i w:val="0"/>
        </w:rPr>
        <w:t xml:space="preserve"> Nhưng khi Giu-đa chứng kiến từng lời tung hô mới, ông càng trở nên sợ hãi hơn. Ông nhắc các môn đồ bạn rằng người La Mã đã có lệnh giết bất kỳ ai mà dân Y-sơ-ra-ên cho là nhà tiên tri.</w:t>
      </w:r>
    </w:p>
    <w:p>
      <w:pPr>
        <w:spacing w:after="80"/>
      </w:pPr>
      <w:r>
        <w:rPr>
          <w:b/>
          <w:i w:val="0"/>
        </w:rPr>
        <w:t>30.</w:t>
      </w:r>
      <w:r>
        <w:rPr>
          <w:b w:val="0"/>
          <w:i w:val="0"/>
        </w:rPr>
        <w:t xml:space="preserve"> Ông đề nghị Chúa Giê-su nên bảo đám đông giải tán, vì ông không tin rằng đây là thời điểm hay địa điểm thích hợp để họ lập nên một vị Vua thiên sai.</w:t>
      </w:r>
    </w:p>
    <w:p>
      <w:pPr>
        <w:spacing w:after="80"/>
      </w:pPr>
      <w:r>
        <w:rPr>
          <w:b/>
          <w:i w:val="0"/>
        </w:rPr>
        <w:t>31.</w:t>
      </w:r>
      <w:r>
        <w:rPr>
          <w:b w:val="0"/>
          <w:i w:val="0"/>
        </w:rPr>
        <w:t xml:space="preserve"> Khi những nhân vật như Thê-đa nổi lên ở Ga-li-lê, người La Mã đã giết kẻ tự xưng là thiên sai, cùng với nhiều người theo ông ta.</w:t>
      </w:r>
    </w:p>
    <w:p>
      <w:pPr>
        <w:spacing w:after="80"/>
        <w:jc w:val="right"/>
      </w:pPr>
      <w:r>
        <w:rPr>
          <w:b w:val="0"/>
          <w:i/>
        </w:rPr>
        <w:t>xem</w:t>
      </w:r>
      <w:r>
        <w:br/>
      </w:r>
      <w:r>
        <w:rPr>
          <w:b w:val="0"/>
          <w:i w:val="0"/>
        </w:rPr>
        <w:t xml:space="preserve"> Công vụ 5:36–37</w:t>
      </w:r>
    </w:p>
    <w:p>
      <w:pPr>
        <w:spacing w:after="80"/>
      </w:pPr>
      <w:r>
        <w:rPr>
          <w:b/>
          <w:i w:val="0"/>
        </w:rPr>
        <w:t>32.</w:t>
      </w:r>
      <w:r>
        <w:rPr>
          <w:b w:val="0"/>
          <w:i w:val="0"/>
        </w:rPr>
        <w:t xml:space="preserve"> Nhưng lòng thương xót của Chúa Giê-su dường như vô hạn, như được thể hiện qua mệnh lệnh tiếp theo của Ngài: </w:t>
      </w:r>
      <w:r>
        <w:rPr>
          <w:b/>
          <w:i/>
        </w:rPr>
        <w:t>Hãy phân phát mười hai giỏ thức ăn cho đám đông, để họ có thể trở về nhà mà không sợ bị đói hay ngất xỉu dọc đường</w:t>
      </w:r>
      <w:r>
        <w:rPr>
          <w:b/>
          <w:i w:val="0"/>
        </w:rPr>
        <w:t>.</w:t>
      </w:r>
    </w:p>
    <w:p>
      <w:pPr>
        <w:spacing w:after="80"/>
        <w:jc w:val="right"/>
      </w:pPr>
      <w:r>
        <w:rPr>
          <w:b w:val="0"/>
          <w:i/>
        </w:rPr>
        <w:t>xem</w:t>
      </w:r>
      <w:r>
        <w:br/>
      </w:r>
      <w:r>
        <w:rPr>
          <w:b w:val="0"/>
          <w:i w:val="0"/>
        </w:rPr>
        <w:t xml:space="preserve"> Mác 8:1–3;</w:t>
      </w:r>
      <w:r>
        <w:br/>
      </w:r>
      <w:r>
        <w:rPr>
          <w:b w:val="0"/>
          <w:i w:val="0"/>
        </w:rPr>
        <w:t xml:space="preserve"> Mat 15:32</w:t>
      </w:r>
    </w:p>
    <w:p>
      <w:pPr>
        <w:spacing w:after="80"/>
      </w:pPr>
      <w:r>
        <w:rPr>
          <w:b/>
          <w:i w:val="0"/>
        </w:rPr>
        <w:t>33.</w:t>
      </w:r>
      <w:r>
        <w:rPr>
          <w:b w:val="0"/>
          <w:i w:val="0"/>
        </w:rPr>
        <w:t xml:space="preserve"> Sau khi các môn đồ thực hiện những mệnh lệnh này, Phi-e-rơ thưa với Thầy rằng đã đến lúc họ tiếp tục lên đường.</w:t>
      </w:r>
    </w:p>
    <w:p>
      <w:pPr>
        <w:spacing w:after="80"/>
      </w:pPr>
      <w:r>
        <w:rPr>
          <w:b/>
          <w:i w:val="0"/>
        </w:rPr>
        <w:t>34.</w:t>
      </w:r>
      <w:r>
        <w:rPr>
          <w:b w:val="0"/>
          <w:i w:val="0"/>
        </w:rPr>
        <w:t xml:space="preserve"> Họ đi về phía bắc nhưng không vào bất kỳ thị trấn nào vì họ sợ rằng Chúa Giê-su sẽ thu hút những đám đông lớn, điều chỉ làm cản trở bước tiến của Ngài.</w:t>
      </w:r>
    </w:p>
    <w:p>
      <w:pPr>
        <w:spacing w:after="80"/>
      </w:pPr>
      <w:r>
        <w:rPr>
          <w:b/>
          <w:i w:val="0"/>
        </w:rPr>
        <w:t>35.</w:t>
      </w:r>
      <w:r>
        <w:rPr>
          <w:b w:val="0"/>
          <w:i w:val="0"/>
        </w:rPr>
        <w:t xml:space="preserve"> Khi họ bước đi trên những con đường đầy bụi, các môn đồ bàn tán với nhau về phép lạ hóa bánh và cá, mà Giu-đa tin chắc đã chứng minh sự ứng nghiệm các lời hứa của Đức Chúa Trời.</w:t>
      </w:r>
    </w:p>
    <w:p>
      <w:pPr>
        <w:spacing w:after="80"/>
      </w:pPr>
      <w:r>
        <w:rPr>
          <w:b/>
          <w:i w:val="0"/>
        </w:rPr>
        <w:t>36.</w:t>
      </w:r>
      <w:r>
        <w:rPr>
          <w:b w:val="0"/>
          <w:i w:val="0"/>
        </w:rPr>
        <w:t xml:space="preserve"> Hơn nữa, Phi-e-rơ và các môn đồ khác giờ đây tin rằng họ là những người được chọn, và thời khắc đã đến với họ.</w:t>
      </w:r>
    </w:p>
    <w:p>
      <w:pPr>
        <w:spacing w:after="80"/>
      </w:pPr>
      <w:r>
        <w:rPr>
          <w:b/>
          <w:i w:val="0"/>
        </w:rPr>
        <w:t>37.</w:t>
      </w:r>
      <w:r>
        <w:rPr>
          <w:b w:val="0"/>
          <w:i w:val="0"/>
        </w:rPr>
        <w:t xml:space="preserve"> Nhưng Chúa Giê-su tiếp tục bảo các môn đồ đừng gọi Ngài là Thầy và đừng bao giờ gọi Ngài là Đấng Mê-si-a.</w:t>
      </w:r>
    </w:p>
    <w:p>
      <w:pPr>
        <w:pStyle w:val="Heading2"/>
      </w:pPr>
      <w:r>
        <w:rPr>
          <w:rFonts w:ascii="Calibri" w:hAnsi="Calibri"/>
          <w:b/>
          <w:i w:val="0"/>
          <w:sz w:val="32"/>
        </w:rPr>
        <w:t>Chương 11</w:t>
      </w:r>
    </w:p>
    <w:p>
      <w:pPr>
        <w:pStyle w:val="Heading2"/>
      </w:pPr>
      <w:r>
        <w:rPr>
          <w:rFonts w:ascii="Calibri" w:hAnsi="Calibri"/>
          <w:b/>
          <w:i/>
          <w:sz w:val="32"/>
        </w:rPr>
        <w:t>Người ta nói Ta là ai?</w:t>
      </w:r>
    </w:p>
    <w:p>
      <w:pPr>
        <w:spacing w:after="80"/>
      </w:pPr>
      <w:r>
        <w:rPr>
          <w:b/>
          <w:i w:val="0"/>
        </w:rPr>
        <w:t>1.</w:t>
      </w:r>
      <w:r>
        <w:rPr>
          <w:b w:val="0"/>
          <w:i w:val="0"/>
        </w:rPr>
        <w:t xml:space="preserve"> Trong khi các môn đồ nghỉ ngơi tại Sê-sa-rê Phi-líp, Chúa Giê-su hỏi Phi-e-rơ: </w:t>
      </w:r>
      <w:r>
        <w:rPr>
          <w:b/>
          <w:i/>
        </w:rPr>
        <w:t>Người ta nói Ta là ai?</w:t>
      </w:r>
    </w:p>
    <w:p>
      <w:pPr>
        <w:spacing w:after="80"/>
        <w:jc w:val="right"/>
      </w:pPr>
      <w:r>
        <w:rPr>
          <w:b w:val="0"/>
          <w:i w:val="0"/>
        </w:rPr>
        <w:t>Mác 8:27,</w:t>
      </w:r>
      <w:r>
        <w:br/>
      </w:r>
      <w:r>
        <w:rPr>
          <w:b w:val="0"/>
          <w:i w:val="0"/>
        </w:rPr>
        <w:t xml:space="preserve"> Mat 16:13;</w:t>
      </w:r>
      <w:r>
        <w:br/>
      </w:r>
      <w:r>
        <w:rPr>
          <w:b w:val="0"/>
          <w:i w:val="0"/>
        </w:rPr>
        <w:t xml:space="preserve"> Lu-ca 9:18</w:t>
      </w:r>
    </w:p>
    <w:p>
      <w:pPr>
        <w:spacing w:after="80"/>
      </w:pPr>
      <w:r>
        <w:rPr>
          <w:b/>
          <w:i w:val="0"/>
        </w:rPr>
        <w:t>2.</w:t>
      </w:r>
      <w:r>
        <w:rPr>
          <w:b w:val="0"/>
          <w:i w:val="0"/>
        </w:rPr>
        <w:t xml:space="preserve"> Phi-e-rơ không chắc mình nên trả lời thế nào. Nhiều môn đồ cho rằng Chúa Giê-su là Đấng Mê-si-a, dù không phải tất cả đều đã đạt đến mức tin chắc đó.</w:t>
      </w:r>
    </w:p>
    <w:p>
      <w:pPr>
        <w:spacing w:after="80"/>
      </w:pPr>
      <w:r>
        <w:rPr>
          <w:b/>
          <w:i w:val="0"/>
        </w:rPr>
        <w:t>3.</w:t>
      </w:r>
      <w:r>
        <w:rPr>
          <w:b w:val="0"/>
          <w:i w:val="0"/>
        </w:rPr>
        <w:t xml:space="preserve"> Phép lạ hóa bánh ra nhiều cho năm ngàn người và nhiều dấu lạ khác mà họ đã chứng kiến là bằng chứng đủ cho một số người tin rằng Chúa Giê-su đã hoàn thành hy vọng của những ai đã chọn theo Ngài.</w:t>
      </w:r>
    </w:p>
    <w:p>
      <w:pPr>
        <w:spacing w:after="80"/>
      </w:pPr>
      <w:r>
        <w:rPr>
          <w:b/>
          <w:i w:val="0"/>
        </w:rPr>
        <w:t>4.</w:t>
      </w:r>
      <w:r>
        <w:rPr>
          <w:b w:val="0"/>
          <w:i w:val="0"/>
        </w:rPr>
        <w:t xml:space="preserve"> Tuy nhiên, Phi-e-rơ nhắc các môn đồ khác rằng Chúa Giê-su luôn khăng khăng họ không nên nghĩ Ngài là Đấng Mê-si-a, nên họ vẫn không chắc Phi-e-rơ nên trả lời câu hỏi của Chúa Giê-su thế nào, nhất là khi xét đến ý nghĩa chính trị của việc ở tại Sê-sa-rê Phi-líp vào thời điểm đó.</w:t>
      </w:r>
    </w:p>
    <w:p>
      <w:pPr>
        <w:spacing w:after="80"/>
        <w:jc w:val="right"/>
      </w:pPr>
      <w:r>
        <w:rPr>
          <w:b w:val="0"/>
          <w:i w:val="0"/>
        </w:rPr>
        <w:t>[xx]</w:t>
      </w:r>
    </w:p>
    <w:p>
      <w:pPr>
        <w:spacing w:after="80"/>
      </w:pPr>
      <w:r>
        <w:rPr>
          <w:b/>
          <w:i w:val="0"/>
        </w:rPr>
        <w:t>5.</w:t>
      </w:r>
      <w:r>
        <w:rPr>
          <w:b w:val="0"/>
          <w:i w:val="0"/>
        </w:rPr>
        <w:t xml:space="preserve"> Giu-đa đưa ra lời khuyên, gợi ý rằng khi Phi-e-rơ trả lời câu hỏi của Chúa Giê-su: "Người ta nói Ta là ai?", ông nên nói: </w:t>
      </w:r>
      <w:r>
        <w:rPr>
          <w:b/>
          <w:i/>
        </w:rPr>
        <w:t>Có người nói thầy là Giăng Báp-tít, trong khi những người khác cho rằng thầy là Ê-li, đấng phải được sai đến trước khi Đấng Mê-si-a xuất hiện. Nhiều người tin rằng thầy là một nhà tiên tri mà Môi-se đã hứa với chúng ta từ lâu</w:t>
      </w:r>
      <w:r>
        <w:rPr>
          <w:b/>
          <w:i w:val="0"/>
        </w:rPr>
        <w:t>.</w:t>
      </w:r>
    </w:p>
    <w:p>
      <w:pPr>
        <w:spacing w:after="80"/>
        <w:jc w:val="right"/>
      </w:pPr>
      <w:r>
        <w:rPr>
          <w:b w:val="0"/>
          <w:i/>
        </w:rPr>
        <w:t>xem</w:t>
      </w:r>
      <w:r>
        <w:br/>
      </w:r>
      <w:r>
        <w:rPr>
          <w:b w:val="0"/>
          <w:i w:val="0"/>
        </w:rPr>
        <w:t xml:space="preserve"> Mác 8:28;</w:t>
      </w:r>
      <w:r>
        <w:br/>
      </w:r>
      <w:r>
        <w:rPr>
          <w:b w:val="0"/>
          <w:i w:val="0"/>
        </w:rPr>
        <w:t xml:space="preserve"> Ma-thi-ơ 16:14;</w:t>
      </w:r>
      <w:r>
        <w:br/>
      </w:r>
      <w:r>
        <w:rPr>
          <w:b w:val="0"/>
          <w:i w:val="0"/>
        </w:rPr>
        <w:t xml:space="preserve"> Lu-ca 9:19</w:t>
      </w:r>
    </w:p>
    <w:p>
      <w:pPr>
        <w:spacing w:after="80"/>
      </w:pPr>
      <w:r>
        <w:rPr>
          <w:b/>
          <w:i w:val="0"/>
        </w:rPr>
        <w:t>6.</w:t>
      </w:r>
      <w:r>
        <w:rPr>
          <w:b w:val="0"/>
          <w:i w:val="0"/>
        </w:rPr>
        <w:t xml:space="preserve"> Giu-đa nhắc Phi-e-rơ rằng mối liên hệ chặt chẽ giữa Giăng Báp-tít và hình tượng Ê-li đã được hầu hết người Do Thái chấp nhận. Giăng ăn mặc, ăn uống và sống như Ê-li, và do đó Chúa Giê-su có thể chỉ đơn giản là đang ứng nghiệm lời tiên tri của Ma-la-chi: </w:t>
      </w:r>
      <w:r>
        <w:rPr>
          <w:b/>
          <w:i/>
        </w:rPr>
        <w:t>Này, Ta sẽ sai nhà tiên tri Ê-li đến trước ngày lớn và đáng sợ của Chúa</w:t>
      </w:r>
      <w:r>
        <w:rPr>
          <w:b w:val="0"/>
          <w:i w:val="0"/>
        </w:rPr>
        <w:t>.</w:t>
      </w:r>
    </w:p>
    <w:p>
      <w:pPr>
        <w:spacing w:after="80"/>
        <w:jc w:val="right"/>
      </w:pPr>
      <w:r>
        <w:rPr>
          <w:b w:val="0"/>
          <w:i/>
        </w:rPr>
        <w:t>xem</w:t>
      </w:r>
      <w:r>
        <w:br/>
      </w:r>
      <w:r>
        <w:rPr>
          <w:b w:val="0"/>
          <w:i w:val="0"/>
        </w:rPr>
        <w:t xml:space="preserve"> Ma-la-chi 4:5</w:t>
      </w:r>
    </w:p>
    <w:p>
      <w:pPr>
        <w:spacing w:after="80"/>
      </w:pPr>
      <w:r>
        <w:rPr>
          <w:b/>
          <w:i w:val="0"/>
        </w:rPr>
        <w:t>7.</w:t>
      </w:r>
      <w:r>
        <w:rPr>
          <w:b w:val="0"/>
          <w:i w:val="0"/>
        </w:rPr>
        <w:t xml:space="preserve"> Các môn đồ khác đồng ý rằng đây là câu trả lời Phi-e-rơ nên đưa ra khi Chúa Giê-su hỏi: </w:t>
      </w:r>
      <w:r>
        <w:rPr>
          <w:b/>
          <w:i/>
        </w:rPr>
        <w:t>Người ta nói Ta là ai?</w:t>
      </w:r>
      <w:r>
        <w:rPr>
          <w:b w:val="0"/>
          <w:i w:val="0"/>
        </w:rPr>
        <w:t>, vì không ai trong họ tin rằng Giăng Báp-tít hay Ê-li là Đấng Mê-si-a.</w:t>
      </w:r>
    </w:p>
    <w:p>
      <w:pPr>
        <w:spacing w:after="80"/>
      </w:pPr>
      <w:r>
        <w:rPr>
          <w:b/>
          <w:i w:val="0"/>
        </w:rPr>
        <w:t>8.</w:t>
      </w:r>
      <w:r>
        <w:rPr>
          <w:b w:val="0"/>
          <w:i w:val="0"/>
        </w:rPr>
        <w:t xml:space="preserve"> Giu-đa cũng nhắc họ về lời hứa trong Torah: </w:t>
      </w:r>
      <w:r>
        <w:rPr>
          <w:b/>
          <w:i/>
        </w:rPr>
        <w:t>Ta sẽ dấy lên một nhà tiên tri từ giữa các ngươi</w:t>
      </w:r>
      <w:r>
        <w:rPr>
          <w:b/>
          <w:i w:val="0"/>
        </w:rPr>
        <w:t>.</w:t>
      </w:r>
    </w:p>
    <w:p>
      <w:pPr>
        <w:spacing w:after="80"/>
        <w:jc w:val="right"/>
      </w:pPr>
      <w:r>
        <w:rPr>
          <w:b w:val="0"/>
          <w:i w:val="0"/>
        </w:rPr>
        <w:t>Phục truyền luật lệ ký 18:18</w:t>
      </w:r>
    </w:p>
    <w:p>
      <w:pPr>
        <w:spacing w:after="80"/>
      </w:pPr>
      <w:r>
        <w:rPr>
          <w:b/>
          <w:i w:val="0"/>
        </w:rPr>
        <w:t>9.</w:t>
      </w:r>
      <w:r>
        <w:rPr>
          <w:b w:val="0"/>
          <w:i w:val="0"/>
        </w:rPr>
        <w:t xml:space="preserve"> Dù nhiều môn đồ đã tin rằng Chúa Giê-su là đấng được mong đợi, là Đấng Mê-si-a, vẫn còn những người ở Ga-li-lê, đặc biệt trong hàng Trưởng lão, từ chối ngay cả việc chấp nhận Chúa Giê-su là một nhà tiên tri.</w:t>
      </w:r>
    </w:p>
    <w:p>
      <w:pPr>
        <w:spacing w:after="80"/>
      </w:pPr>
      <w:r>
        <w:rPr>
          <w:b/>
          <w:i w:val="0"/>
        </w:rPr>
        <w:t>10.</w:t>
      </w:r>
      <w:r>
        <w:rPr>
          <w:b w:val="0"/>
          <w:i w:val="0"/>
        </w:rPr>
        <w:t xml:space="preserve"> Các Kinh sư và người Pha-ri-si vẫn khuyến khích những người theo họ từ chối mọi điều Chúa Giê-su đại diện, và gần đây đã liên kết với người Hê-rốt để âm mưu hạ bệ Ngài.</w:t>
      </w:r>
    </w:p>
    <w:p>
      <w:pPr>
        <w:spacing w:after="80"/>
      </w:pPr>
      <w:r>
        <w:rPr>
          <w:b/>
          <w:i w:val="0"/>
        </w:rPr>
        <w:t>11.</w:t>
      </w:r>
      <w:r>
        <w:rPr>
          <w:b w:val="0"/>
          <w:i w:val="0"/>
        </w:rPr>
        <w:t xml:space="preserve"> Bất chấp nhiều phép lạ Chúa Giê-su đã thực hiện, và sự theo đuổi của dân chúng dành cho Ngài, ngay cả trong hàng ngũ của chính Ngài vẫn có những người không sẵn lòng tin rằng người con trai khiêm nhường của một thợ mộc đến từ Na-xa-rét có thể là Đấng Mê-si-a.</w:t>
      </w:r>
    </w:p>
    <w:p>
      <w:pPr>
        <w:spacing w:after="80"/>
      </w:pPr>
      <w:r>
        <w:rPr>
          <w:b/>
          <w:i w:val="0"/>
        </w:rPr>
        <w:t>12.</w:t>
      </w:r>
      <w:r>
        <w:rPr>
          <w:b w:val="0"/>
          <w:i w:val="0"/>
        </w:rPr>
        <w:t xml:space="preserve"> Một số người tiếp tục hỏi: </w:t>
      </w:r>
      <w:r>
        <w:rPr>
          <w:b/>
          <w:i/>
        </w:rPr>
        <w:t>Có điều gì tốt lành nào có thể ra từ Na-xa-rét chăng?</w:t>
      </w:r>
    </w:p>
    <w:p>
      <w:pPr>
        <w:spacing w:after="80"/>
        <w:jc w:val="right"/>
      </w:pPr>
      <w:r>
        <w:rPr>
          <w:b w:val="0"/>
          <w:i w:val="0"/>
        </w:rPr>
        <w:t>Giăng 1:46</w:t>
      </w:r>
    </w:p>
    <w:p>
      <w:pPr>
        <w:spacing w:after="80"/>
      </w:pPr>
      <w:r>
        <w:rPr>
          <w:b/>
          <w:i w:val="0"/>
        </w:rPr>
        <w:t>13.</w:t>
      </w:r>
      <w:r>
        <w:rPr>
          <w:b w:val="0"/>
          <w:i w:val="0"/>
        </w:rPr>
        <w:t xml:space="preserve"> Trong khi người khác được nghe nói rằng: </w:t>
      </w:r>
      <w:r>
        <w:rPr>
          <w:b/>
          <w:i/>
        </w:rPr>
        <w:t>Hãy tra xét Kinh Thánh và ngươi sẽ không tìm thấy một nhà tiên tri nào sẽ xuất hiện từ Ga-li-lê</w:t>
      </w:r>
      <w:r>
        <w:rPr>
          <w:b/>
          <w:i w:val="0"/>
        </w:rPr>
        <w:t>.</w:t>
      </w:r>
    </w:p>
    <w:p>
      <w:pPr>
        <w:spacing w:after="80"/>
        <w:jc w:val="right"/>
      </w:pPr>
      <w:r>
        <w:rPr>
          <w:b w:val="0"/>
          <w:i w:val="0"/>
        </w:rPr>
        <w:t>John 7:52</w:t>
      </w:r>
    </w:p>
    <w:p>
      <w:pPr>
        <w:spacing w:after="80"/>
      </w:pPr>
      <w:r>
        <w:rPr>
          <w:b/>
          <w:i w:val="0"/>
        </w:rPr>
        <w:t>14.</w:t>
      </w:r>
      <w:r>
        <w:rPr>
          <w:b w:val="0"/>
          <w:i w:val="0"/>
        </w:rPr>
        <w:t xml:space="preserve"> Điều càng khiến người ta nản lòng hơn nữa là một số Trưởng lão đang rêu rao tin đồn rằng Chúa Giê-su đã được thụ thai trong tội lỗi.</w:t>
      </w:r>
    </w:p>
    <w:p>
      <w:pPr>
        <w:spacing w:after="80"/>
      </w:pPr>
      <w:r>
        <w:rPr>
          <w:b/>
          <w:i w:val="0"/>
        </w:rPr>
        <w:t>15.</w:t>
      </w:r>
      <w:r>
        <w:rPr>
          <w:b w:val="0"/>
          <w:i w:val="0"/>
        </w:rPr>
        <w:t xml:space="preserve"> Những người Pha-ri-si, cũng như các nhà lãnh đạo tôn giáo của Y-sơ-ra-ên, vẫn giữ vững niềm tin truyền thống của họ: </w:t>
      </w:r>
      <w:r>
        <w:rPr>
          <w:b/>
          <w:i/>
        </w:rPr>
        <w:t>Chúng ta không sinh ra từ sự gian dâm; chúng ta chỉ có một Cha, là Đức Chúa Trời</w:t>
      </w:r>
      <w:r>
        <w:rPr>
          <w:b/>
          <w:i w:val="0"/>
        </w:rPr>
        <w:t>.</w:t>
      </w:r>
    </w:p>
    <w:p>
      <w:pPr>
        <w:spacing w:after="80"/>
        <w:jc w:val="right"/>
      </w:pPr>
      <w:r>
        <w:rPr>
          <w:b w:val="0"/>
          <w:i w:val="0"/>
        </w:rPr>
        <w:t>John 8:41</w:t>
      </w:r>
    </w:p>
    <w:p>
      <w:pPr>
        <w:spacing w:after="80"/>
      </w:pPr>
      <w:r>
        <w:rPr>
          <w:b/>
          <w:i w:val="0"/>
        </w:rPr>
        <w:t>16.</w:t>
      </w:r>
      <w:r>
        <w:rPr>
          <w:b w:val="0"/>
          <w:i w:val="0"/>
        </w:rPr>
        <w:t xml:space="preserve"> Khi Phi-e-rơ đã trả lời câu hỏi: </w:t>
      </w:r>
      <w:r>
        <w:rPr>
          <w:b/>
          <w:i/>
        </w:rPr>
        <w:t>Người ta nói Ta là ai?</w:t>
      </w:r>
      <w:r>
        <w:rPr>
          <w:b w:val="0"/>
          <w:i w:val="0"/>
        </w:rPr>
        <w:t xml:space="preserve">, Chúa Giê-su liền hỏi ngay: </w:t>
      </w:r>
      <w:r>
        <w:rPr>
          <w:b/>
          <w:i/>
        </w:rPr>
        <w:t>Còn các con nói Ta là ai?</w:t>
      </w:r>
    </w:p>
    <w:p>
      <w:pPr>
        <w:spacing w:after="80"/>
      </w:pPr>
      <w:r>
        <w:rPr>
          <w:b/>
          <w:i w:val="0"/>
        </w:rPr>
        <w:t>17.</w:t>
      </w:r>
      <w:r>
        <w:rPr>
          <w:b w:val="0"/>
          <w:i w:val="0"/>
        </w:rPr>
        <w:t xml:space="preserve"> Phi-e-rơ, một người thẳng thắn và đôi khi thiếu kiên nhẫn, không thể che giấu cảm xúc của mình thêm được nữa, bèn đáp bằng những lời: </w:t>
      </w:r>
      <w:r>
        <w:rPr>
          <w:b/>
          <w:i/>
        </w:rPr>
        <w:t>Chúng con tin Thầy là Đấng Mê-si-a</w:t>
      </w:r>
      <w:r>
        <w:rPr>
          <w:b/>
          <w:i w:val="0"/>
        </w:rPr>
        <w:t>.</w:t>
      </w:r>
    </w:p>
    <w:p>
      <w:pPr>
        <w:spacing w:after="80"/>
      </w:pPr>
      <w:r>
        <w:rPr>
          <w:b/>
          <w:i w:val="0"/>
        </w:rPr>
        <w:t xml:space="preserve">18. </w:t>
      </w:r>
      <w:r>
        <w:rPr>
          <w:b/>
          <w:i/>
        </w:rPr>
        <w:t>Đừng nói ra những niềm tin ấy</w:t>
      </w:r>
      <w:r>
        <w:rPr>
          <w:b/>
          <w:i w:val="0"/>
        </w:rPr>
        <w:t>,</w:t>
      </w:r>
      <w:r>
        <w:rPr>
          <w:b w:val="0"/>
          <w:i w:val="0"/>
        </w:rPr>
        <w:t xml:space="preserve"> Chúa Giê-su cảnh báo các môn đồ, </w:t>
      </w:r>
      <w:r>
        <w:rPr>
          <w:b/>
          <w:i/>
        </w:rPr>
        <w:t>ngay cả giữa vòng các con với nhau</w:t>
      </w:r>
      <w:r>
        <w:rPr>
          <w:b/>
          <w:i w:val="0"/>
        </w:rPr>
        <w:t>.</w:t>
      </w:r>
    </w:p>
    <w:p>
      <w:pPr>
        <w:spacing w:after="80"/>
        <w:jc w:val="right"/>
      </w:pPr>
      <w:r>
        <w:rPr>
          <w:b w:val="0"/>
          <w:i w:val="0"/>
        </w:rPr>
        <w:t>Mark 8:29–30</w:t>
      </w:r>
      <w:r>
        <w:br/>
      </w:r>
      <w:r>
        <w:rPr>
          <w:b w:val="0"/>
          <w:i w:val="0"/>
        </w:rPr>
        <w:t xml:space="preserve"> Matt 16:15–20;</w:t>
      </w:r>
      <w:r>
        <w:br/>
      </w:r>
      <w:r>
        <w:rPr>
          <w:b w:val="0"/>
          <w:i w:val="0"/>
        </w:rPr>
        <w:t xml:space="preserve"> Luke 9:20–21</w:t>
      </w:r>
    </w:p>
    <w:p>
      <w:pPr>
        <w:spacing w:after="80"/>
      </w:pPr>
      <w:r>
        <w:rPr>
          <w:b/>
          <w:i w:val="0"/>
        </w:rPr>
        <w:t>19.</w:t>
      </w:r>
      <w:r>
        <w:rPr>
          <w:b w:val="0"/>
          <w:i w:val="0"/>
        </w:rPr>
        <w:t xml:space="preserve"> Giu-đa buồn lòng vì những lời này, nhưng vẫn bám lấy sự thật rằng Chúa Giê-su không phủ nhận việc Ngài không phải là Đấng Mê-si-a.</w:t>
      </w:r>
    </w:p>
    <w:p>
      <w:pPr>
        <w:spacing w:after="80"/>
      </w:pPr>
      <w:r>
        <w:rPr>
          <w:b/>
          <w:i w:val="0"/>
        </w:rPr>
        <w:t>20.</w:t>
      </w:r>
      <w:r>
        <w:rPr>
          <w:b w:val="0"/>
          <w:i w:val="0"/>
        </w:rPr>
        <w:t xml:space="preserve"> Tuy nhiên, không ai trong số họ chuẩn bị sẵn sàng cho sự mặc khải tiếp theo của Chúa Giê-su: </w:t>
      </w:r>
      <w:r>
        <w:rPr>
          <w:b/>
          <w:i/>
        </w:rPr>
        <w:t>Con Người phải chịu nhiều đau khổ trước khi cuối cùng bị các Trưởng lão, những người Pha-ri-si và các Thầy Tế lễ Thượng phẩm khước từ</w:t>
      </w:r>
      <w:r>
        <w:rPr>
          <w:b/>
          <w:i w:val="0"/>
        </w:rPr>
        <w:t>.</w:t>
      </w:r>
    </w:p>
    <w:p>
      <w:pPr>
        <w:spacing w:after="80"/>
        <w:jc w:val="right"/>
      </w:pPr>
      <w:r>
        <w:rPr>
          <w:b w:val="0"/>
          <w:i/>
        </w:rPr>
        <w:t>xem</w:t>
      </w:r>
      <w:r>
        <w:br/>
      </w:r>
      <w:r>
        <w:rPr>
          <w:b w:val="0"/>
          <w:i w:val="0"/>
        </w:rPr>
        <w:t xml:space="preserve"> Mark 8:31;</w:t>
      </w:r>
      <w:r>
        <w:br/>
      </w:r>
      <w:r>
        <w:rPr>
          <w:b w:val="0"/>
          <w:i w:val="0"/>
        </w:rPr>
        <w:t xml:space="preserve"> Matt 16:21–22;</w:t>
      </w:r>
      <w:r>
        <w:br/>
      </w:r>
      <w:r>
        <w:rPr>
          <w:b w:val="0"/>
          <w:i w:val="0"/>
        </w:rPr>
        <w:t xml:space="preserve"> Luke 9:22</w:t>
      </w:r>
    </w:p>
    <w:p>
      <w:pPr>
        <w:spacing w:after="80"/>
      </w:pPr>
      <w:r>
        <w:rPr>
          <w:b/>
          <w:i w:val="0"/>
        </w:rPr>
        <w:t>21.</w:t>
      </w:r>
      <w:r>
        <w:rPr>
          <w:b w:val="0"/>
          <w:i w:val="0"/>
        </w:rPr>
        <w:t xml:space="preserve"> Giu-đa không thể hiểu nổi tại sao Chúa Giê-su lại tự gọi mình là 'Con Người'. Ông không nhớ từng nghe Thầy dùng những từ này khi mô tả về chính mình, và điều đó trái ngược với mọi điều ông đã được nuôi dạy để tin.</w:t>
      </w:r>
    </w:p>
    <w:p>
      <w:pPr>
        <w:spacing w:after="80"/>
      </w:pPr>
      <w:r>
        <w:rPr>
          <w:b/>
          <w:i w:val="0"/>
        </w:rPr>
        <w:t>22.</w:t>
      </w:r>
      <w:r>
        <w:rPr>
          <w:b w:val="0"/>
          <w:i w:val="0"/>
        </w:rPr>
        <w:t xml:space="preserve"> Giu-đa bèn hỏi các môn đồ khác xem họ có từng nghe Chúa Giê-su tự gọi mình là 'Con Người' chưa. Cả Phi-e-rơ lẫn Gia-cơ đều xác nhận rằng Ngài đã dùng cụm từ này trước đó trong chức vụ của mình mỗi khi Ngài làm phép lạ, hoặc </w:t>
      </w:r>
      <w:r>
        <w:rPr>
          <w:b/>
          <w:i/>
        </w:rPr>
        <w:t>khi Ngài giải thích Ngài tha tội bằng quyền năng nào, và thẩm quyền của Ngài trên ngày Sa-bát</w:t>
      </w:r>
      <w:r>
        <w:rPr>
          <w:b/>
          <w:i w:val="0"/>
        </w:rPr>
        <w:t>.</w:t>
      </w:r>
    </w:p>
    <w:p>
      <w:pPr>
        <w:spacing w:after="80"/>
        <w:jc w:val="right"/>
      </w:pPr>
      <w:r>
        <w:rPr>
          <w:b w:val="0"/>
          <w:i/>
        </w:rPr>
        <w:t>xem</w:t>
      </w:r>
      <w:r>
        <w:br/>
      </w:r>
      <w:r>
        <w:rPr>
          <w:b w:val="0"/>
          <w:i w:val="0"/>
        </w:rPr>
        <w:t xml:space="preserve"> Mark 2:10, 28</w:t>
      </w:r>
      <w:r>
        <w:br/>
      </w:r>
      <w:r>
        <w:rPr>
          <w:b w:val="0"/>
          <w:i w:val="0"/>
        </w:rPr>
        <w:t xml:space="preserve"> [xxi]</w:t>
      </w:r>
    </w:p>
    <w:p>
      <w:pPr>
        <w:spacing w:after="80"/>
      </w:pPr>
      <w:r>
        <w:rPr>
          <w:b/>
          <w:i w:val="0"/>
        </w:rPr>
        <w:t>23.</w:t>
      </w:r>
      <w:r>
        <w:rPr>
          <w:b w:val="0"/>
          <w:i w:val="0"/>
        </w:rPr>
        <w:t xml:space="preserve"> Giu-đa vật lộn với tình thế tiến thoái lưỡng nan ấy một lúc lâu trước khi nhớ lại lời của Tiên tri Ê-xê-chi-ên, người đã dùng cụm từ 'Con Người' để nhấn mạnh sự khác biệt giữa vị tiên tri phàm tục và Đức Chúa Trời, Đấng luôn dung thứ cho sự yếu đuối của con người.</w:t>
      </w:r>
    </w:p>
    <w:p>
      <w:pPr>
        <w:spacing w:after="80"/>
      </w:pPr>
      <w:r>
        <w:rPr>
          <w:b/>
          <w:i w:val="0"/>
        </w:rPr>
        <w:t>24.</w:t>
      </w:r>
      <w:r>
        <w:rPr>
          <w:b w:val="0"/>
          <w:i w:val="0"/>
        </w:rPr>
        <w:t xml:space="preserve"> Giu-đa kết luận rằng hẳn Thầy đang ám chỉ đến Ê-xê-chi-ên, người đã khẳng định rằng Đức Chúa Trời của Y-sơ-ra-ên đã chọn ông, một người phàm trần, để thiết lập vương quyền của Ngài trên đất.</w:t>
      </w:r>
    </w:p>
    <w:p>
      <w:pPr>
        <w:spacing w:after="80"/>
      </w:pPr>
      <w:r>
        <w:rPr>
          <w:b/>
          <w:i w:val="0"/>
        </w:rPr>
        <w:t>25.</w:t>
      </w:r>
      <w:r>
        <w:rPr>
          <w:b w:val="0"/>
          <w:i w:val="0"/>
        </w:rPr>
        <w:t xml:space="preserve"> Và Judas am hiểu Kinh Thánh đến mức có thể nhắc các môn đệ khác về một đoạn liên quan khác trong sách của Tiên tri Daniel.</w:t>
      </w:r>
    </w:p>
    <w:p>
      <w:pPr>
        <w:spacing w:after="80"/>
      </w:pPr>
      <w:r>
        <w:rPr>
          <w:b/>
          <w:i w:val="0"/>
        </w:rPr>
        <w:t>26.</w:t>
      </w:r>
      <w:r>
        <w:rPr>
          <w:b w:val="0"/>
          <w:i w:val="0"/>
        </w:rPr>
        <w:t xml:space="preserve"> Daniel từng có một giấc mơ, trong đó nhiều con quái vật bước ra từ biển cả, quyết tâm đi theo con đường hủy diệt. Judas tin chắc rằng điều này tượng trưng cho Đế chế La Mã đang tàn phá cuộc sống, đức tin và các truyền thống tôn giáo của Israel.</w:t>
      </w:r>
    </w:p>
    <w:p>
      <w:pPr>
        <w:spacing w:after="80"/>
      </w:pPr>
      <w:r>
        <w:rPr>
          <w:b/>
          <w:i w:val="0"/>
        </w:rPr>
        <w:t>27.</w:t>
      </w:r>
      <w:r>
        <w:rPr>
          <w:b w:val="0"/>
          <w:i w:val="0"/>
        </w:rPr>
        <w:t xml:space="preserve"> Judas nhớ lại rằng những con quái vật mang tính biểu tượng ấy sau đó đã được triệu đến triều đình của Thiên Chúa, mà Daniel mô tả là </w:t>
      </w:r>
      <w:r>
        <w:rPr>
          <w:b/>
          <w:i/>
        </w:rPr>
        <w:t>Đấng Thượng Cổ</w:t>
      </w:r>
      <w:r>
        <w:rPr>
          <w:b w:val="0"/>
          <w:i w:val="0"/>
        </w:rPr>
        <w:t>, trước khi chúng cuối cùng bị đánh bại và tiêu diệt.</w:t>
      </w:r>
    </w:p>
    <w:p>
      <w:pPr>
        <w:spacing w:after="80"/>
      </w:pPr>
      <w:r>
        <w:rPr>
          <w:b/>
          <w:i w:val="0"/>
        </w:rPr>
        <w:t>28.</w:t>
      </w:r>
      <w:r>
        <w:rPr>
          <w:b w:val="0"/>
          <w:i w:val="0"/>
        </w:rPr>
        <w:t xml:space="preserve"> Judas lặp lại từng chữ đoạn liên quan trong sách Daniel: </w:t>
      </w:r>
      <w:r>
        <w:rPr>
          <w:b/>
          <w:i/>
        </w:rPr>
        <w:t>Tôi thấy trong khải tượng ban đêm, và kìa, một Đấng giống như Con Người đến cùng mây trời, và được dẫn đến trước mặt Ngài. Người được ban cho quyền thống trị, vinh quang và vương quyền, và mọi dân, mọi nước và mọi ngôn ngữ sẽ phụng sự Người. Vương quốc của Người sẽ là đời đời, và sẽ không qua đi. Vương quyền của Người là vương quyền không bao giờ bị hủy diệt</w:t>
      </w:r>
      <w:r>
        <w:rPr>
          <w:b/>
          <w:i w:val="0"/>
        </w:rPr>
        <w:t>.</w:t>
      </w:r>
    </w:p>
    <w:p>
      <w:pPr>
        <w:spacing w:after="80"/>
        <w:jc w:val="right"/>
      </w:pPr>
      <w:r>
        <w:rPr>
          <w:b w:val="0"/>
          <w:i w:val="0"/>
        </w:rPr>
        <w:t>Dan 7:13–14</w:t>
      </w:r>
    </w:p>
    <w:p>
      <w:pPr>
        <w:spacing w:after="80"/>
      </w:pPr>
      <w:r>
        <w:rPr>
          <w:b/>
          <w:i w:val="0"/>
        </w:rPr>
        <w:t>29.</w:t>
      </w:r>
      <w:r>
        <w:rPr>
          <w:b w:val="0"/>
          <w:i w:val="0"/>
        </w:rPr>
        <w:t xml:space="preserve"> Dù giờ đây Judas cảm thấy mình đã hiểu vì sao Chúa Giê-su dùng cụm từ 'Con Người', ông càng bối rối hơn khi sau đó Thầy cảnh báo các môn đệ: </w:t>
      </w:r>
      <w:r>
        <w:rPr>
          <w:b/>
          <w:i/>
        </w:rPr>
        <w:t>Con Người sẽ bị giết tại Jerusalem, nhưng đến ngày thứ ba sẽ sống lại từ cõi chết</w:t>
      </w:r>
      <w:r>
        <w:rPr>
          <w:b/>
          <w:i w:val="0"/>
        </w:rPr>
        <w:t>.</w:t>
      </w:r>
    </w:p>
    <w:p>
      <w:pPr>
        <w:spacing w:after="80"/>
        <w:jc w:val="right"/>
      </w:pPr>
      <w:r>
        <w:rPr>
          <w:b w:val="0"/>
          <w:i/>
        </w:rPr>
        <w:t>xem</w:t>
      </w:r>
      <w:r>
        <w:br/>
      </w:r>
      <w:r>
        <w:rPr>
          <w:b w:val="0"/>
          <w:i w:val="0"/>
        </w:rPr>
        <w:t xml:space="preserve"> Mark 8:31;</w:t>
      </w:r>
      <w:r>
        <w:br/>
      </w:r>
      <w:r>
        <w:rPr>
          <w:b w:val="0"/>
          <w:i w:val="0"/>
        </w:rPr>
        <w:t xml:space="preserve"> Matt 16:21;</w:t>
      </w:r>
      <w:r>
        <w:br/>
      </w:r>
      <w:r>
        <w:rPr>
          <w:b w:val="0"/>
          <w:i w:val="0"/>
        </w:rPr>
        <w:t xml:space="preserve"> Luke 9:22</w:t>
      </w:r>
    </w:p>
    <w:p>
      <w:pPr>
        <w:spacing w:after="80"/>
      </w:pPr>
      <w:r>
        <w:rPr>
          <w:b/>
          <w:i w:val="0"/>
        </w:rPr>
        <w:t>30.</w:t>
      </w:r>
      <w:r>
        <w:rPr>
          <w:b w:val="0"/>
          <w:i w:val="0"/>
        </w:rPr>
        <w:t xml:space="preserve"> Khi Phi-e-rơ lần đầu nghe những lời này, ông nói dứt khoát: 'Thưa Thầy, chúng con không muốn cùng Thầy đến Jerusalem nếu điều đó chỉ có thể dẫn đến cái chết của Thầy.'</w:t>
      </w:r>
    </w:p>
    <w:p>
      <w:pPr>
        <w:spacing w:after="80"/>
      </w:pPr>
      <w:r>
        <w:rPr>
          <w:b/>
          <w:i w:val="0"/>
        </w:rPr>
        <w:t>31.</w:t>
      </w:r>
      <w:r>
        <w:rPr>
          <w:b w:val="0"/>
          <w:i w:val="0"/>
        </w:rPr>
        <w:t xml:space="preserve"> Nhiều người khác đã viết về những gì xảy ra tiếp theo, nhưng Judas không bao giờ quên được những lời của Chúa Giê-su và ông hiểu trọn vẹn ý nghĩa của chúng.</w:t>
      </w:r>
    </w:p>
    <w:p>
      <w:pPr>
        <w:spacing w:after="80"/>
      </w:pPr>
      <w:r>
        <w:rPr>
          <w:b/>
          <w:i w:val="0"/>
        </w:rPr>
        <w:t>32.</w:t>
      </w:r>
      <w:r>
        <w:rPr>
          <w:b w:val="0"/>
          <w:i w:val="0"/>
        </w:rPr>
        <w:t xml:space="preserve"> Chúa Giê-su đã không chúc phước cho Phi-e-rơ theo cách mà các phúc âm trước đó thuật lại khi Người nói: </w:t>
      </w:r>
      <w:r>
        <w:rPr>
          <w:b/>
          <w:i/>
        </w:rPr>
        <w:t>Hãy lui ra sau Ta, Satan; ngươi không đứng về phía Thiên Chúa, mà đứng về phía loài người</w:t>
      </w:r>
      <w:r>
        <w:rPr>
          <w:b/>
          <w:i w:val="0"/>
        </w:rPr>
        <w:t>.</w:t>
      </w:r>
    </w:p>
    <w:p>
      <w:pPr>
        <w:spacing w:after="80"/>
      </w:pPr>
      <w:r>
        <w:rPr>
          <w:b/>
          <w:i w:val="0"/>
        </w:rPr>
        <w:t>33.</w:t>
      </w:r>
      <w:r>
        <w:rPr>
          <w:b w:val="0"/>
          <w:i w:val="0"/>
        </w:rPr>
        <w:t xml:space="preserve"> Những lời của Chúa Giê-su, </w:t>
      </w:r>
      <w:r>
        <w:rPr>
          <w:b/>
          <w:i/>
        </w:rPr>
        <w:t>Hãy lui ra sau Ta</w:t>
      </w:r>
      <w:r>
        <w:rPr>
          <w:b w:val="0"/>
          <w:i w:val="0"/>
        </w:rPr>
        <w:t xml:space="preserve">, chỉ đơn giản là để nhắc các môn đệ về ơn gọi của họ. Khi Người lần đầu bước vào đời họ, Người đã nói: </w:t>
      </w:r>
      <w:r>
        <w:rPr>
          <w:b/>
          <w:i/>
        </w:rPr>
        <w:t>Hãy theo Ta</w:t>
      </w:r>
      <w:r>
        <w:rPr>
          <w:b/>
          <w:i w:val="0"/>
        </w:rPr>
        <w:t>,</w:t>
      </w:r>
      <w:r>
        <w:rPr>
          <w:b w:val="0"/>
          <w:i w:val="0"/>
        </w:rPr>
        <w:t xml:space="preserve"> mà Judas hiểu là đi phía sau Người, vì Người là Thầy của họ.</w:t>
      </w:r>
    </w:p>
    <w:p>
      <w:pPr>
        <w:spacing w:after="80"/>
      </w:pPr>
      <w:r>
        <w:rPr>
          <w:b/>
          <w:i w:val="0"/>
        </w:rPr>
        <w:t>34.</w:t>
      </w:r>
      <w:r>
        <w:rPr>
          <w:b w:val="0"/>
          <w:i w:val="0"/>
        </w:rPr>
        <w:t xml:space="preserve"> Chúa Giê-su đang bảo các môn đệ hãy theo Người không thắc mắc, dù Người tin rằng con đường ấy dẫn đến đâu; điều này bất chấp việc hẳn Người biết họ chưa thể bắt đầu hiểu lý do Người đưa ra mệnh lệnh như vậy.</w:t>
      </w:r>
    </w:p>
    <w:p>
      <w:pPr>
        <w:spacing w:after="80"/>
      </w:pPr>
      <w:r>
        <w:rPr>
          <w:b/>
          <w:i w:val="0"/>
        </w:rPr>
        <w:t>35.</w:t>
      </w:r>
      <w:r>
        <w:rPr>
          <w:b w:val="0"/>
          <w:i w:val="0"/>
        </w:rPr>
        <w:t xml:space="preserve"> Judas cũng hiểu chính xác điều Chúa Giê-su muốn truyền đạt khi Người thốt ra từ </w:t>
      </w:r>
      <w:r>
        <w:rPr>
          <w:b/>
          <w:i/>
        </w:rPr>
        <w:t>Satan</w:t>
      </w:r>
      <w:r>
        <w:rPr>
          <w:b w:val="0"/>
          <w:i w:val="0"/>
        </w:rPr>
        <w:t xml:space="preserve"> trước mặt họ.</w:t>
      </w:r>
    </w:p>
    <w:p>
      <w:pPr>
        <w:spacing w:after="80"/>
      </w:pPr>
      <w:r>
        <w:rPr>
          <w:b/>
          <w:i w:val="0"/>
        </w:rPr>
        <w:t>36.</w:t>
      </w:r>
      <w:r>
        <w:rPr>
          <w:b w:val="0"/>
          <w:i w:val="0"/>
        </w:rPr>
        <w:t xml:space="preserve"> Trong tiếng A-ram mà Chúa Giê-su dùng khi nói với các môn đệ, từ </w:t>
      </w:r>
      <w:r>
        <w:rPr>
          <w:b/>
          <w:i/>
        </w:rPr>
        <w:t>Satana</w:t>
      </w:r>
      <w:r>
        <w:rPr>
          <w:b w:val="0"/>
          <w:i w:val="0"/>
        </w:rPr>
        <w:t xml:space="preserve"> có nghĩa là 'hòn đá vấp ngã', hay người chống lại đường lối của Thiên Chúa.</w:t>
      </w:r>
    </w:p>
    <w:p>
      <w:pPr>
        <w:spacing w:after="80"/>
        <w:jc w:val="right"/>
      </w:pPr>
      <w:r>
        <w:rPr>
          <w:b w:val="0"/>
          <w:i w:val="0"/>
        </w:rPr>
        <w:t>[xxii]</w:t>
      </w:r>
    </w:p>
    <w:p>
      <w:pPr>
        <w:spacing w:after="80"/>
      </w:pPr>
      <w:r>
        <w:rPr>
          <w:b/>
          <w:i w:val="0"/>
        </w:rPr>
        <w:t>37.</w:t>
      </w:r>
      <w:r>
        <w:rPr>
          <w:b w:val="0"/>
          <w:i w:val="0"/>
        </w:rPr>
        <w:t xml:space="preserve"> Vậy nên khi Chúa Giê-su nói: </w:t>
      </w:r>
      <w:r>
        <w:rPr>
          <w:b/>
          <w:i/>
        </w:rPr>
        <w:t>Hãy lui ra sau Ta, Satan</w:t>
      </w:r>
      <w:r>
        <w:rPr>
          <w:b/>
          <w:i w:val="0"/>
        </w:rPr>
        <w:t>,</w:t>
      </w:r>
      <w:r>
        <w:rPr>
          <w:b w:val="0"/>
          <w:i w:val="0"/>
        </w:rPr>
        <w:t xml:space="preserve"> Judas hiểu lời Người có nghĩa là: </w:t>
      </w:r>
      <w:r>
        <w:rPr>
          <w:b/>
          <w:i/>
        </w:rPr>
        <w:t>Các ngươi là những hòn đá vấp ngã trên đường Ta, ngăn cản Ta thực hiện thánh ý Thiên Chúa, vì những mong muốn của các ngươi chỉ thỏa mãn dục vọng của loài người và các ngươi không hiểu được đường lối của Thiên Chúa</w:t>
      </w:r>
      <w:r>
        <w:rPr>
          <w:b/>
          <w:i w:val="0"/>
        </w:rPr>
        <w:t>.</w:t>
      </w:r>
    </w:p>
    <w:p>
      <w:pPr>
        <w:spacing w:after="80"/>
        <w:jc w:val="right"/>
      </w:pPr>
      <w:r>
        <w:rPr>
          <w:b w:val="0"/>
          <w:i/>
        </w:rPr>
        <w:t>xem</w:t>
      </w:r>
      <w:r>
        <w:br/>
      </w:r>
      <w:r>
        <w:rPr>
          <w:b w:val="0"/>
          <w:i w:val="0"/>
        </w:rPr>
        <w:t xml:space="preserve"> Mác 8:33;</w:t>
      </w:r>
      <w:r>
        <w:br/>
      </w:r>
      <w:r>
        <w:rPr>
          <w:b w:val="0"/>
          <w:i w:val="0"/>
        </w:rPr>
        <w:t xml:space="preserve"> Ma-thi-ơ 16:17–23</w:t>
      </w:r>
    </w:p>
    <w:p>
      <w:pPr>
        <w:spacing w:after="80"/>
      </w:pPr>
      <w:r>
        <w:rPr>
          <w:b/>
          <w:i w:val="0"/>
        </w:rPr>
        <w:t>38.</w:t>
      </w:r>
      <w:r>
        <w:rPr>
          <w:b w:val="0"/>
          <w:i w:val="0"/>
        </w:rPr>
        <w:t xml:space="preserve"> Suốt đêm, các môn đồ tranh luận về ý nghĩa thật sự trong lời của Chúa Giê-su; đặc biệt là lời tiên tri của Ngài về một chuyến đi sắp tới đến Giê-ru-sa-lem, nơi Ngài sẽ chịu khổ và chết, nhưng ba ngày sau sẽ sống lại từ cõi chết, xác nhận sự phục sinh của Con Người.</w:t>
      </w:r>
    </w:p>
    <w:p>
      <w:pPr>
        <w:spacing w:after="80"/>
      </w:pPr>
      <w:r>
        <w:rPr>
          <w:b/>
          <w:i w:val="0"/>
        </w:rPr>
        <w:t>39.</w:t>
      </w:r>
      <w:r>
        <w:rPr>
          <w:b w:val="0"/>
          <w:i w:val="0"/>
        </w:rPr>
        <w:t xml:space="preserve"> Dù có tìm cách nào, Giu-đa cũng không thể tìm thấy đoạn nào trong Torah liên kết giữa sự chịu khổ, sự chết và việc ứng nghiệm những hy vọng về Đấng Mê-si-a của Y-sơ-ra-ên. Ông vô cùng bối rối trước những lời của Chúa Giê-su.</w:t>
      </w:r>
    </w:p>
    <w:p>
      <w:pPr>
        <w:spacing w:after="80"/>
      </w:pPr>
      <w:r>
        <w:rPr>
          <w:b/>
          <w:i w:val="0"/>
        </w:rPr>
        <w:t>40.</w:t>
      </w:r>
      <w:r>
        <w:rPr>
          <w:b w:val="0"/>
          <w:i w:val="0"/>
        </w:rPr>
        <w:t xml:space="preserve"> Khi ánh sáng ban mai ló dạng, Chúa Giê-su gọi các môn đồ lại với nhau.</w:t>
      </w:r>
    </w:p>
    <w:p>
      <w:pPr>
        <w:spacing w:after="80"/>
      </w:pPr>
      <w:r>
        <w:rPr>
          <w:b/>
          <w:i w:val="0"/>
        </w:rPr>
        <w:t>41.</w:t>
      </w:r>
      <w:r>
        <w:rPr>
          <w:b w:val="0"/>
          <w:i w:val="0"/>
        </w:rPr>
        <w:t xml:space="preserve"> Ngài trang trọng nói với họ rằng: </w:t>
      </w:r>
      <w:r>
        <w:rPr>
          <w:b/>
          <w:i/>
        </w:rPr>
        <w:t>Thời của Ta đang đến gần. Chúng ta hãy hướng mặt về Giê-ru-sa-lem</w:t>
      </w:r>
      <w:r>
        <w:rPr>
          <w:b/>
          <w:i w:val="0"/>
        </w:rPr>
        <w:t>.</w:t>
      </w:r>
    </w:p>
    <w:p>
      <w:pPr>
        <w:spacing w:after="80"/>
        <w:jc w:val="right"/>
      </w:pPr>
      <w:r>
        <w:rPr>
          <w:b w:val="0"/>
          <w:i/>
        </w:rPr>
        <w:t>xem</w:t>
      </w:r>
      <w:r>
        <w:br/>
      </w:r>
      <w:r>
        <w:rPr>
          <w:b w:val="0"/>
          <w:i w:val="0"/>
        </w:rPr>
        <w:t xml:space="preserve"> Lu-ca 9:51</w:t>
      </w:r>
    </w:p>
    <w:p>
      <w:pPr>
        <w:spacing w:after="80"/>
      </w:pPr>
      <w:r>
        <w:rPr>
          <w:b/>
          <w:i w:val="0"/>
        </w:rPr>
        <w:t>42.</w:t>
      </w:r>
      <w:r>
        <w:rPr>
          <w:b w:val="0"/>
          <w:i w:val="0"/>
        </w:rPr>
        <w:t xml:space="preserve"> Không một lời nào khác trao đổi giữa họ, các môn đồ cùng đứng dậy như một người, và đi theo Chúa Giê-su khi Ngài bắt đầu xuống dốc núi Hẹt-môn và tiến về phía đồng bằng dẫn họ đến Giê-ru-sa-lem.</w:t>
      </w:r>
    </w:p>
    <w:p>
      <w:pPr>
        <w:spacing w:after="80"/>
      </w:pPr>
      <w:r>
        <w:rPr>
          <w:b/>
          <w:i w:val="0"/>
        </w:rPr>
        <w:t>43.</w:t>
      </w:r>
      <w:r>
        <w:rPr>
          <w:b w:val="0"/>
          <w:i w:val="0"/>
        </w:rPr>
        <w:t xml:space="preserve"> Tất cả các môn đồ đều biết rằng Đấng Mê-si-a sẽ phải vào Thành Thánh nếu Ngài muốn đòi lại ngôi của Đa-vít. Nhưng họ vẫn còn sợ hãi.</w:t>
      </w:r>
    </w:p>
    <w:p>
      <w:pPr>
        <w:spacing w:after="80"/>
      </w:pPr>
      <w:r>
        <w:rPr>
          <w:b/>
          <w:i w:val="0"/>
        </w:rPr>
        <w:t>44.</w:t>
      </w:r>
      <w:r>
        <w:rPr>
          <w:b w:val="0"/>
          <w:i w:val="0"/>
        </w:rPr>
        <w:t xml:space="preserve"> Nếu Chúa Giê-su không cảnh báo họ rằng Ngài sẽ chịu khổ và chết, họ hẳn đã vui vẻ cùng Ngài lên đường với niềm vui trong lòng.</w:t>
      </w:r>
    </w:p>
    <w:p>
      <w:pPr>
        <w:spacing w:after="80"/>
      </w:pPr>
      <w:r>
        <w:rPr>
          <w:b/>
          <w:i w:val="0"/>
        </w:rPr>
        <w:t>45.</w:t>
      </w:r>
      <w:r>
        <w:rPr>
          <w:b w:val="0"/>
          <w:i w:val="0"/>
        </w:rPr>
        <w:t xml:space="preserve"> Vào thời điểm đó, Giu-đa vẫn muốn tin rằng họ đang lên đường cho một chuyến đi sẽ dẫn đến việc Chúa Giê-su được tôn lên làm Đấng Mê-si-a, và nếu điều đó có nghĩa là hy sinh mạng sống của chính mình, ông sẽ sẵn lòng làm như vậy.</w:t>
      </w:r>
    </w:p>
    <w:p>
      <w:pPr>
        <w:jc w:val="center"/>
      </w:pPr>
      <w:r>
        <w:drawing>
          <wp:inline xmlns:a="http://schemas.openxmlformats.org/drawingml/2006/main" xmlns:pic="http://schemas.openxmlformats.org/drawingml/2006/picture">
            <wp:extent cx="390525" cy="114300"/>
            <wp:docPr id="13" name="Picture 13"/>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pStyle w:val="Heading2"/>
      </w:pPr>
      <w:r>
        <w:rPr>
          <w:rFonts w:ascii="Calibri" w:hAnsi="Calibri"/>
          <w:b/>
          <w:i w:val="0"/>
          <w:sz w:val="32"/>
        </w:rPr>
        <w:t>Chương 12</w:t>
      </w:r>
    </w:p>
    <w:p>
      <w:pPr>
        <w:pStyle w:val="Heading2"/>
      </w:pPr>
      <w:r>
        <w:rPr>
          <w:rFonts w:ascii="Calibri" w:hAnsi="Calibri"/>
          <w:b/>
          <w:i/>
          <w:sz w:val="32"/>
        </w:rPr>
        <w:t>Con Người không đến để hủy diệt mạng sống</w:t>
      </w:r>
    </w:p>
    <w:p>
      <w:pPr>
        <w:spacing w:after="80"/>
      </w:pPr>
      <w:r>
        <w:rPr>
          <w:b/>
          <w:i w:val="0"/>
        </w:rPr>
        <w:t>1.</w:t>
      </w:r>
      <w:r>
        <w:rPr>
          <w:b w:val="0"/>
          <w:i w:val="0"/>
        </w:rPr>
        <w:t xml:space="preserve"> Trước khi lên đường đến Giê-ru-sa-lem, Phi-e-rơ phân công nhiệm vụ cho các môn đồ khác.</w:t>
      </w:r>
    </w:p>
    <w:p>
      <w:pPr>
        <w:spacing w:after="80"/>
      </w:pPr>
      <w:r>
        <w:rPr>
          <w:b/>
          <w:i w:val="0"/>
        </w:rPr>
        <w:t>2.</w:t>
      </w:r>
      <w:r>
        <w:rPr>
          <w:b w:val="0"/>
          <w:i w:val="0"/>
        </w:rPr>
        <w:t xml:space="preserve"> Theo vai trò mà Giu-đa đã đảm nhận trong việc hóa bánh cho năm ngàn người, ông được giao phụ trách quỹ chung.</w:t>
      </w:r>
    </w:p>
    <w:p>
      <w:pPr>
        <w:spacing w:after="80"/>
      </w:pPr>
      <w:r>
        <w:rPr>
          <w:b/>
          <w:i w:val="0"/>
        </w:rPr>
        <w:t>3.</w:t>
      </w:r>
      <w:r>
        <w:rPr>
          <w:b w:val="0"/>
          <w:i w:val="0"/>
        </w:rPr>
        <w:t xml:space="preserve"> Trách nhiệm của ông là lo cho Chúa Giê-su, các môn đồ còn lại và những người phụ nữ theo Chúa có cái ăn, quần áo để mặc và chỗ trú qua đêm.</w:t>
      </w:r>
    </w:p>
    <w:p>
      <w:pPr>
        <w:spacing w:after="80"/>
      </w:pPr>
      <w:r>
        <w:rPr>
          <w:b/>
          <w:i w:val="0"/>
        </w:rPr>
        <w:t>4.</w:t>
      </w:r>
      <w:r>
        <w:rPr>
          <w:b w:val="0"/>
          <w:i w:val="0"/>
        </w:rPr>
        <w:t xml:space="preserve"> Đó sẽ là một chuyến đi dài và gian khổ từ núi Hẹt-môn đến Giê-ru-sa-lem, mất vài ngày. Dù sống giản dị, Giu-đa biết rằng họ vẫn sẽ cần sự hỗ trợ đáng kể dọc đường nếu muốn đến Thành Thánh trong tư thế sẵn sàng để Thầy đảm nhận vai trò chính đáng của Ngài là Đấng Mê-si-a được mong đợi, Vị Vua Hoàng gia của Y-sơ-ra-ên.</w:t>
      </w:r>
    </w:p>
    <w:p>
      <w:pPr>
        <w:spacing w:after="80"/>
      </w:pPr>
      <w:r>
        <w:rPr>
          <w:b/>
          <w:i w:val="0"/>
        </w:rPr>
        <w:t>5.</w:t>
      </w:r>
      <w:r>
        <w:rPr>
          <w:b w:val="0"/>
          <w:i w:val="0"/>
        </w:rPr>
        <w:t xml:space="preserve"> Giu-đa cũng biết rằng trong chuyến đi dài từ Ga-li-lê đến Giê-ru-sa-lem, họ sẽ phải băng qua những địa hình hiểm trở, đặc biệt là khi họ đi vào Sa-ma-ri, </w:t>
      </w:r>
      <w:r>
        <w:rPr>
          <w:b/>
          <w:i/>
        </w:rPr>
        <w:t>vì người Sa-ma-ri sẽ không bao giờ chia sẻ bất cứ điều gì với người Do Thái</w:t>
      </w:r>
      <w:r>
        <w:rPr>
          <w:b/>
          <w:i w:val="0"/>
        </w:rPr>
        <w:t>.</w:t>
      </w:r>
    </w:p>
    <w:p>
      <w:pPr>
        <w:spacing w:after="80"/>
        <w:jc w:val="right"/>
      </w:pPr>
      <w:r>
        <w:rPr>
          <w:b w:val="0"/>
          <w:i/>
        </w:rPr>
        <w:t>xem</w:t>
      </w:r>
      <w:r>
        <w:br/>
      </w:r>
      <w:r>
        <w:rPr>
          <w:b w:val="0"/>
          <w:i w:val="0"/>
        </w:rPr>
        <w:t xml:space="preserve"> Giăng 4:9</w:t>
      </w:r>
    </w:p>
    <w:p>
      <w:pPr>
        <w:spacing w:after="80"/>
      </w:pPr>
      <w:r>
        <w:rPr>
          <w:b/>
          <w:i w:val="0"/>
        </w:rPr>
        <w:t>6.</w:t>
      </w:r>
      <w:r>
        <w:rPr>
          <w:b w:val="0"/>
          <w:i w:val="0"/>
        </w:rPr>
        <w:t xml:space="preserve"> Điều này sẽ thay đổi nếu Thầy sẵn lòng áp đặt quyền uy của mình lên những kẻ đang tỏ ra là chướng ngại vật trên đường của Ngài.</w:t>
      </w:r>
    </w:p>
    <w:p>
      <w:pPr>
        <w:spacing w:after="80"/>
      </w:pPr>
      <w:r>
        <w:rPr>
          <w:b/>
          <w:i w:val="0"/>
        </w:rPr>
        <w:t>7.</w:t>
      </w:r>
      <w:r>
        <w:rPr>
          <w:b w:val="0"/>
          <w:i w:val="0"/>
        </w:rPr>
        <w:t xml:space="preserve"> Giu-đa cũng phải tính đến khả năng bị bọn cướp tấn công khi họ đang trên đường đến Giê-ru-sa-lem.</w:t>
      </w:r>
    </w:p>
    <w:p>
      <w:pPr>
        <w:spacing w:after="80"/>
      </w:pPr>
      <w:r>
        <w:rPr>
          <w:b/>
          <w:i w:val="0"/>
        </w:rPr>
        <w:t>8.</w:t>
      </w:r>
      <w:r>
        <w:rPr>
          <w:b w:val="0"/>
          <w:i w:val="0"/>
        </w:rPr>
        <w:t xml:space="preserve"> Đó là những băng nhóm liều lĩnh, những kẻ không còn khả năng nộp nổi thứ thuế nặng nề mà chính quyền La Mã áp đặt lên họ. Họ đã bỏ lại thị trấn và làng mạc của mình, trốn lên núi, sống trong các hang động và rình rập những người lạ đi ngang qua, thậm chí giết hại họ.</w:t>
      </w:r>
    </w:p>
    <w:p>
      <w:pPr>
        <w:spacing w:after="80"/>
      </w:pPr>
      <w:r>
        <w:rPr>
          <w:b/>
          <w:i w:val="0"/>
        </w:rPr>
        <w:t>9.</w:t>
      </w:r>
      <w:r>
        <w:rPr>
          <w:b w:val="0"/>
          <w:i w:val="0"/>
        </w:rPr>
        <w:t xml:space="preserve"> Giu-đa lo rằng Thầy sẽ muốn tránh mọi cuộc đối đầu như vậy, và chọn con đường dài hơn nhưng an toàn hơn, bằng cách vượt sông Giô-đanh và tiến vào xứ Giu-đê từ phía nam.</w:t>
      </w:r>
    </w:p>
    <w:p>
      <w:pPr>
        <w:spacing w:after="80"/>
      </w:pPr>
      <w:r>
        <w:rPr>
          <w:b/>
          <w:i w:val="0"/>
        </w:rPr>
        <w:t>10.</w:t>
      </w:r>
      <w:r>
        <w:rPr>
          <w:b w:val="0"/>
          <w:i w:val="0"/>
        </w:rPr>
        <w:t xml:space="preserve"> Tuy nhiên, ngay khi họ lên đường, mọi chuyện nhanh chóng trở nên rõ ràng rằng Chúa Giê-su ưa thích hành trình trực tiếp hơn, điều này khiến lòng Giu-đa tràn đầy hy vọng.</w:t>
      </w:r>
    </w:p>
    <w:p>
      <w:pPr>
        <w:spacing w:after="80"/>
      </w:pPr>
      <w:r>
        <w:rPr>
          <w:b/>
          <w:i w:val="0"/>
        </w:rPr>
        <w:t>11.</w:t>
      </w:r>
      <w:r>
        <w:rPr>
          <w:b w:val="0"/>
          <w:i w:val="0"/>
        </w:rPr>
        <w:t xml:space="preserve"> Ông cho rằng quyết định này ngụ ý Chúa Giê-su muốn tập hợp một đội quân lớn trên đường đi, để khi Ngài vào Thành Thánh, Ngài có thể ngay lập tức khẳng định quyền uy của mình đối với bất kỳ kẻ không tin nào.</w:t>
      </w:r>
    </w:p>
    <w:p>
      <w:pPr>
        <w:spacing w:after="80"/>
      </w:pPr>
      <w:r>
        <w:rPr>
          <w:b/>
          <w:i w:val="0"/>
        </w:rPr>
        <w:t>12.</w:t>
      </w:r>
      <w:r>
        <w:rPr>
          <w:b w:val="0"/>
          <w:i w:val="0"/>
        </w:rPr>
        <w:t xml:space="preserve"> Khi họ đến gần biên giới Sa-ma-ri, Gia-cơ và em trai ông là Giăng được cử đi trước để loan báo về sự xuất hiện của Chúa Giê-su.</w:t>
      </w:r>
    </w:p>
    <w:p>
      <w:pPr>
        <w:spacing w:after="80"/>
      </w:pPr>
      <w:r>
        <w:rPr>
          <w:b/>
          <w:i w:val="0"/>
        </w:rPr>
        <w:t>13.</w:t>
      </w:r>
      <w:r>
        <w:rPr>
          <w:b w:val="0"/>
          <w:i w:val="0"/>
        </w:rPr>
        <w:t xml:space="preserve"> Tuy nhiên, hai anh em thất vọng khi phát hiện ra rằng dân cư của ngôi làng đầu tiên họ bước vào tỏ ra chẳng mấy quan tâm đến việc chào đón Chúa Giê-su vào giữa họ.</w:t>
      </w:r>
    </w:p>
    <w:p>
      <w:pPr>
        <w:spacing w:after="80"/>
      </w:pPr>
      <w:r>
        <w:rPr>
          <w:b/>
          <w:i w:val="0"/>
        </w:rPr>
        <w:t>14.</w:t>
      </w:r>
      <w:r>
        <w:rPr>
          <w:b w:val="0"/>
          <w:i w:val="0"/>
        </w:rPr>
        <w:t xml:space="preserve"> Người Sa-ma-ri không hề muốn báo cho người La Mã biết về sự hiện diện của Chúa Giê-su, rồi sau đó bị san phẳng làng mình vì tội chứa chấp một tiên tri giả cùng những kẻ theo ông.</w:t>
      </w:r>
    </w:p>
    <w:p>
      <w:pPr>
        <w:spacing w:after="80"/>
      </w:pPr>
      <w:r>
        <w:rPr>
          <w:b/>
          <w:i w:val="0"/>
        </w:rPr>
        <w:t>15.</w:t>
      </w:r>
      <w:r>
        <w:rPr>
          <w:b w:val="0"/>
          <w:i w:val="0"/>
        </w:rPr>
        <w:t xml:space="preserve"> Gia-cơ và Giăng quay lại gặp Chúa Giê-su và xin Ngài trừng phạt người Sa-ma-ri vì sự thiếu đức tin của họ. </w:t>
      </w:r>
      <w:r>
        <w:rPr>
          <w:b/>
          <w:i/>
        </w:rPr>
        <w:t>Thưa Chúa, Chúa có muốn lửa từ trời giáng xuống thiêu đốt họ, như Ê-li đã làm chăng?</w:t>
      </w:r>
    </w:p>
    <w:p>
      <w:pPr>
        <w:spacing w:after="80"/>
        <w:jc w:val="right"/>
      </w:pPr>
      <w:r>
        <w:rPr>
          <w:b w:val="0"/>
          <w:i/>
        </w:rPr>
        <w:t>xem</w:t>
      </w:r>
      <w:r>
        <w:br/>
      </w:r>
      <w:r>
        <w:rPr>
          <w:b w:val="0"/>
          <w:i w:val="0"/>
        </w:rPr>
        <w:t xml:space="preserve"> Lu-ca 9:54</w:t>
      </w:r>
    </w:p>
    <w:p>
      <w:pPr>
        <w:spacing w:after="80"/>
      </w:pPr>
      <w:r>
        <w:rPr>
          <w:b/>
          <w:i w:val="0"/>
        </w:rPr>
        <w:t>16.</w:t>
      </w:r>
      <w:r>
        <w:rPr>
          <w:b w:val="0"/>
          <w:i w:val="0"/>
        </w:rPr>
        <w:t xml:space="preserve"> Chúa Giê-su khiến họ thất vọng với câu trả lời của Ngài: </w:t>
      </w:r>
      <w:r>
        <w:rPr>
          <w:b/>
          <w:i/>
        </w:rPr>
        <w:t>Con Người không đến để hủy diệt mạng sống, mà để cứu vớt họ</w:t>
      </w:r>
      <w:r>
        <w:rPr>
          <w:b/>
          <w:i w:val="0"/>
        </w:rPr>
        <w:t>,</w:t>
      </w:r>
      <w:r>
        <w:rPr>
          <w:b w:val="0"/>
          <w:i w:val="0"/>
        </w:rPr>
        <w:t xml:space="preserve"> và thế là họ rời đi đến một nơi khác.</w:t>
      </w:r>
    </w:p>
    <w:p>
      <w:pPr>
        <w:spacing w:after="80"/>
        <w:jc w:val="right"/>
      </w:pPr>
      <w:r>
        <w:rPr>
          <w:b w:val="0"/>
          <w:i/>
        </w:rPr>
        <w:t>xem</w:t>
      </w:r>
      <w:r>
        <w:br/>
      </w:r>
      <w:r>
        <w:rPr>
          <w:b w:val="0"/>
          <w:i w:val="0"/>
        </w:rPr>
        <w:t xml:space="preserve"> Lu-ca 9:55–56</w:t>
      </w:r>
    </w:p>
    <w:p>
      <w:pPr>
        <w:spacing w:after="80"/>
      </w:pPr>
      <w:r>
        <w:rPr>
          <w:b/>
          <w:i w:val="0"/>
        </w:rPr>
        <w:t>17.</w:t>
      </w:r>
      <w:r>
        <w:rPr>
          <w:b w:val="0"/>
          <w:i w:val="0"/>
        </w:rPr>
        <w:t xml:space="preserve"> Giu-đa đồng tình với phán đoán của Gia-cơ và Giăng, và ngày càng sợ hãi hơn về những gì có thể xảy ra khi họ bước vào Giê-ru-sa-lem.</w:t>
      </w:r>
    </w:p>
    <w:p>
      <w:pPr>
        <w:spacing w:after="80"/>
      </w:pPr>
      <w:r>
        <w:rPr>
          <w:b/>
          <w:i w:val="0"/>
        </w:rPr>
        <w:t>18.</w:t>
      </w:r>
      <w:r>
        <w:rPr>
          <w:b w:val="0"/>
          <w:i w:val="0"/>
        </w:rPr>
        <w:t xml:space="preserve"> Các môn đệ khác thi hành mệnh lệnh của Thầy mà không thắc mắc gì, và đi vòng qua ngôi làng Samaritan, nhờ vậy tránh được mọi cuộc đối đầu với dân cư ở đó.</w:t>
      </w:r>
    </w:p>
    <w:p>
      <w:pPr>
        <w:spacing w:after="80"/>
      </w:pPr>
      <w:r>
        <w:rPr>
          <w:b/>
          <w:i w:val="0"/>
        </w:rPr>
        <w:t>19.</w:t>
      </w:r>
      <w:r>
        <w:rPr>
          <w:b w:val="0"/>
          <w:i w:val="0"/>
        </w:rPr>
        <w:t xml:space="preserve"> Một nhóm nhỏ tín đồ từ trong làng đi ra để gia nhập cùng Chúa Giê-su, nhưng họ chỉ đếm được vài người.</w:t>
      </w:r>
    </w:p>
    <w:p>
      <w:pPr>
        <w:spacing w:after="80"/>
      </w:pPr>
      <w:r>
        <w:rPr>
          <w:b/>
          <w:i w:val="0"/>
        </w:rPr>
        <w:t>20.</w:t>
      </w:r>
      <w:r>
        <w:rPr>
          <w:b w:val="0"/>
          <w:i w:val="0"/>
        </w:rPr>
        <w:t xml:space="preserve"> Tối hôm đó, trong khi những người khác ăn uống và nghỉ ngơi, Chúa Giê-su lặng lẽ rời đi và với vẻ tập trung điềm tĩnh, Ngài đắm mình vào cầu nguyện.</w:t>
      </w:r>
    </w:p>
    <w:p>
      <w:pPr>
        <w:spacing w:after="80"/>
      </w:pPr>
      <w:r>
        <w:rPr>
          <w:b/>
          <w:i w:val="0"/>
        </w:rPr>
        <w:t>21.</w:t>
      </w:r>
      <w:r>
        <w:rPr>
          <w:b w:val="0"/>
          <w:i w:val="0"/>
        </w:rPr>
        <w:t xml:space="preserve"> Khi Giu-đa quỳ gần Thầy mình, ông nghe Chúa Giê-su thốt lên từ </w:t>
      </w:r>
      <w:r>
        <w:rPr>
          <w:b w:val="0"/>
          <w:i/>
        </w:rPr>
        <w:t>Abba</w:t>
      </w:r>
      <w:r>
        <w:rPr>
          <w:b w:val="0"/>
          <w:i w:val="0"/>
        </w:rPr>
        <w:t>.</w:t>
      </w:r>
    </w:p>
    <w:p>
      <w:pPr>
        <w:spacing w:after="80"/>
        <w:jc w:val="right"/>
      </w:pPr>
      <w:r>
        <w:rPr>
          <w:b w:val="0"/>
          <w:i w:val="0"/>
        </w:rPr>
        <w:t>[xxiii]</w:t>
      </w:r>
    </w:p>
    <w:p>
      <w:pPr>
        <w:spacing w:after="80"/>
      </w:pPr>
      <w:r>
        <w:rPr>
          <w:b/>
          <w:i w:val="0"/>
        </w:rPr>
        <w:t>22.</w:t>
      </w:r>
      <w:r>
        <w:rPr>
          <w:b w:val="0"/>
          <w:i w:val="0"/>
        </w:rPr>
        <w:t xml:space="preserve"> Điều này mang lại cho Giu-đa niềm tin mới rằng Chúa Giê-su thực sự là con của Đức Chúa Trời, dù ông vẫn không thể hiểu vì sao Thầy cứ tự gọi mình là </w:t>
      </w:r>
      <w:r>
        <w:rPr>
          <w:b w:val="0"/>
          <w:i/>
        </w:rPr>
        <w:t>Con Người</w:t>
      </w:r>
      <w:r>
        <w:rPr>
          <w:b w:val="0"/>
          <w:i w:val="0"/>
        </w:rPr>
        <w:t>.</w:t>
      </w:r>
    </w:p>
    <w:p>
      <w:pPr>
        <w:spacing w:after="80"/>
      </w:pPr>
      <w:r>
        <w:rPr>
          <w:b/>
          <w:i w:val="0"/>
        </w:rPr>
        <w:t>23.</w:t>
      </w:r>
      <w:r>
        <w:rPr>
          <w:b w:val="0"/>
          <w:i w:val="0"/>
        </w:rPr>
        <w:t xml:space="preserve"> Vì sao Chúa Giê-su lại tiên tri rằng Ngài sẽ chết ngay sau khi vào Giê-ru-sa-lem, rồi ba ngày sau sẽ sống lại từ cõi chết, cuối cùng được trở về với các môn đệ, trước khi ngồi vào chỗ bên hữu Đức Chúa Trời?</w:t>
      </w:r>
    </w:p>
    <w:p>
      <w:pPr>
        <w:spacing w:after="80"/>
      </w:pPr>
      <w:r>
        <w:rPr>
          <w:b/>
          <w:i w:val="0"/>
        </w:rPr>
        <w:t>24.</w:t>
      </w:r>
      <w:r>
        <w:rPr>
          <w:b w:val="0"/>
          <w:i w:val="0"/>
        </w:rPr>
        <w:t xml:space="preserve"> Giu-đa tiếp tục cầu nguyện xin Đức Chúa Trời ban cho Chúa Giê-su phương tiện để lật đổ kẻ thù khi họ vào Giê-ru-sa-lem, và lập Ngài làm Vua dòng Đa-vít tại Y-sơ-ra-ên.</w:t>
      </w:r>
    </w:p>
    <w:p>
      <w:pPr>
        <w:jc w:val="center"/>
      </w:pPr>
      <w:r>
        <w:drawing>
          <wp:inline xmlns:a="http://schemas.openxmlformats.org/drawingml/2006/main" xmlns:pic="http://schemas.openxmlformats.org/drawingml/2006/picture">
            <wp:extent cx="390525" cy="114300"/>
            <wp:docPr id="14" name="Picture 14"/>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pStyle w:val="Heading2"/>
      </w:pPr>
      <w:r>
        <w:rPr>
          <w:rFonts w:ascii="Calibri" w:hAnsi="Calibri"/>
          <w:b/>
          <w:i w:val="0"/>
          <w:sz w:val="32"/>
        </w:rPr>
        <w:t>Chương 13</w:t>
      </w:r>
    </w:p>
    <w:p>
      <w:pPr>
        <w:pStyle w:val="Heading2"/>
      </w:pPr>
      <w:r>
        <w:rPr>
          <w:rFonts w:ascii="Calibri" w:hAnsi="Calibri"/>
          <w:b/>
          <w:i/>
          <w:sz w:val="32"/>
        </w:rPr>
        <w:t>Hãy vác thập tự giá mà theo ta</w:t>
      </w:r>
    </w:p>
    <w:p>
      <w:pPr>
        <w:spacing w:after="80"/>
      </w:pPr>
      <w:r>
        <w:rPr>
          <w:b/>
          <w:i w:val="0"/>
        </w:rPr>
        <w:t>1.</w:t>
      </w:r>
      <w:r>
        <w:rPr>
          <w:b w:val="0"/>
          <w:i w:val="0"/>
        </w:rPr>
        <w:t xml:space="preserve"> Khi mặt trời mọc vào sáng hôm sau, Chúa Giê-su cùng đoàn người ngày càng đông của Ngài tiếp tục hành trình về phía nam đến Giê-ru-sa-lem.</w:t>
      </w:r>
    </w:p>
    <w:p>
      <w:pPr>
        <w:spacing w:after="80"/>
      </w:pPr>
      <w:r>
        <w:rPr>
          <w:b/>
          <w:i w:val="0"/>
        </w:rPr>
        <w:t>2.</w:t>
      </w:r>
      <w:r>
        <w:rPr>
          <w:b w:val="0"/>
          <w:i w:val="0"/>
        </w:rPr>
        <w:t xml:space="preserve"> Khi họ vào thành Aenon, họ gặp một đám đông lớn muốn cùng Chúa Giê-su tham gia cuộc tuần hành khải hoàn của Ngài.</w:t>
      </w:r>
    </w:p>
    <w:p>
      <w:pPr>
        <w:spacing w:after="80"/>
      </w:pPr>
      <w:r>
        <w:rPr>
          <w:b/>
          <w:i w:val="0"/>
        </w:rPr>
        <w:t>3.</w:t>
      </w:r>
      <w:r>
        <w:rPr>
          <w:b w:val="0"/>
          <w:i w:val="0"/>
        </w:rPr>
        <w:t xml:space="preserve"> Trong số những người tụ tập quanh Ngài có một thanh niên giàu có, sở hữu nhiều dặm đất, chăn nuôi những đàn gia súc lớn và cai quản một gia đình đông đảo người hầu.</w:t>
      </w:r>
    </w:p>
    <w:p>
      <w:pPr>
        <w:spacing w:after="80"/>
      </w:pPr>
      <w:r>
        <w:rPr>
          <w:b/>
          <w:i w:val="0"/>
        </w:rPr>
        <w:t>4.</w:t>
      </w:r>
      <w:r>
        <w:rPr>
          <w:b w:val="0"/>
          <w:i w:val="0"/>
        </w:rPr>
        <w:t xml:space="preserve"> Giu-đa tự giới thiệu mình với anh ta.</w:t>
      </w:r>
    </w:p>
    <w:p>
      <w:pPr>
        <w:spacing w:after="80"/>
      </w:pPr>
      <w:r>
        <w:rPr>
          <w:b/>
          <w:i w:val="0"/>
        </w:rPr>
        <w:t>5.</w:t>
      </w:r>
      <w:r>
        <w:rPr>
          <w:b w:val="0"/>
          <w:i w:val="0"/>
        </w:rPr>
        <w:t xml:space="preserve"> Thanh niên giàu có nói rõ rằng nếu Chúa Giê-su bảo đảm cho anh ta một vị trí quan trọng nào đó sau khi Ngài đã tự lập mình làm Vua Y-sơ-ra-ên, anh ta sẽ sẵn lòng hy sinh toàn bộ tài sản của mình để theo Ngài.</w:t>
      </w:r>
    </w:p>
    <w:p>
      <w:pPr>
        <w:spacing w:after="80"/>
      </w:pPr>
      <w:r>
        <w:rPr>
          <w:b/>
          <w:i w:val="0"/>
        </w:rPr>
        <w:t>6.</w:t>
      </w:r>
      <w:r>
        <w:rPr>
          <w:b w:val="0"/>
          <w:i w:val="0"/>
        </w:rPr>
        <w:t xml:space="preserve"> Giu-đa, biết rõ thanh niên giàu có kia có thể giúp ích cho mục đích của họ như thế nào, liền đưa anh ta thẳng đến gặp Thầy, và Thầy đã dang rộng vòng tay đón tiếp anh.</w:t>
      </w:r>
    </w:p>
    <w:p>
      <w:pPr>
        <w:spacing w:after="80"/>
      </w:pPr>
      <w:r>
        <w:rPr>
          <w:b/>
          <w:i w:val="0"/>
        </w:rPr>
        <w:t>7.</w:t>
      </w:r>
      <w:r>
        <w:rPr>
          <w:b w:val="0"/>
          <w:i w:val="0"/>
        </w:rPr>
        <w:t xml:space="preserve"> Chàng trai trẻ, được khích lệ bởi cử chỉ của Jesus, liền nói: </w:t>
      </w:r>
      <w:r>
        <w:rPr>
          <w:b/>
          <w:i/>
        </w:rPr>
        <w:t>Thưa Thầy nhân lành, Thầy có định thiết lập vương quốc của Thiên Chúa tại Israel không?</w:t>
      </w:r>
    </w:p>
    <w:p>
      <w:pPr>
        <w:spacing w:after="80"/>
      </w:pPr>
      <w:r>
        <w:rPr>
          <w:b/>
          <w:i w:val="0"/>
        </w:rPr>
        <w:t>8.</w:t>
      </w:r>
      <w:r>
        <w:rPr>
          <w:b w:val="0"/>
          <w:i w:val="0"/>
        </w:rPr>
        <w:t xml:space="preserve"> Jesus mỉm cười. </w:t>
      </w:r>
      <w:r>
        <w:rPr>
          <w:b/>
          <w:i/>
        </w:rPr>
        <w:t>Sao ngươi gọi ta là nhân lành? Không ai nhân lành ngoài một mình Thiên Chúa</w:t>
      </w:r>
      <w:r>
        <w:rPr>
          <w:b/>
          <w:i w:val="0"/>
        </w:rPr>
        <w:t>.</w:t>
      </w:r>
    </w:p>
    <w:p>
      <w:pPr>
        <w:spacing w:after="80"/>
        <w:jc w:val="right"/>
      </w:pPr>
      <w:r>
        <w:rPr>
          <w:b w:val="0"/>
          <w:i w:val="0"/>
        </w:rPr>
        <w:t>Mark 10:18;</w:t>
      </w:r>
      <w:r>
        <w:br/>
      </w:r>
      <w:r>
        <w:rPr>
          <w:b w:val="0"/>
          <w:i w:val="0"/>
        </w:rPr>
        <w:t xml:space="preserve"> Luke 18:19</w:t>
      </w:r>
    </w:p>
    <w:p>
      <w:pPr>
        <w:spacing w:after="80"/>
      </w:pPr>
      <w:r>
        <w:rPr>
          <w:b/>
          <w:i w:val="0"/>
        </w:rPr>
        <w:t>9.</w:t>
      </w:r>
      <w:r>
        <w:rPr>
          <w:b w:val="0"/>
          <w:i w:val="0"/>
        </w:rPr>
        <w:t xml:space="preserve"> Judas rất vui mừng trước câu trả lời của Thầy, bởi vì với tư cách là một người Do Thái sùng đạo, ông không hề muốn biến Jesus thành một vị thần như một số người Hy Lạp từng làm. Đó không phải là con đường của một người con đích thực của Israel. Chỉ có một Thiên Chúa duy nhất, YHWH, và Đấng Messiah là sứ giả được mong đợi của Thiên Chúa, chứ không phải chính Thiên Chúa.</w:t>
      </w:r>
    </w:p>
    <w:p>
      <w:pPr>
        <w:spacing w:after="80"/>
      </w:pPr>
      <w:r>
        <w:rPr>
          <w:b/>
          <w:i w:val="0"/>
        </w:rPr>
        <w:t>10.</w:t>
      </w:r>
      <w:r>
        <w:rPr>
          <w:b w:val="0"/>
          <w:i w:val="0"/>
        </w:rPr>
        <w:t xml:space="preserve"> Chàng trai trẻ, được câu trả lời này tiếp thêm can đảm, liền mạnh dạn hỏi xem mình có thể gia nhập cùng Jesus với tư cách là một trong những môn đệ của Ngài không.</w:t>
      </w:r>
    </w:p>
    <w:p>
      <w:pPr>
        <w:spacing w:after="80"/>
      </w:pPr>
      <w:r>
        <w:rPr>
          <w:b/>
          <w:i w:val="0"/>
        </w:rPr>
        <w:t>11.</w:t>
      </w:r>
      <w:r>
        <w:rPr>
          <w:b w:val="0"/>
          <w:i w:val="0"/>
        </w:rPr>
        <w:t xml:space="preserve"> Jesus nói: </w:t>
      </w:r>
      <w:r>
        <w:rPr>
          <w:b/>
          <w:i/>
        </w:rPr>
        <w:t>Được, nhưng trước tiên ngươi phải tuân giữ các điều răn của Thiên Chúa</w:t>
      </w:r>
      <w:r>
        <w:rPr>
          <w:b/>
          <w:i w:val="0"/>
        </w:rPr>
        <w:t>.</w:t>
      </w:r>
    </w:p>
    <w:p>
      <w:pPr>
        <w:spacing w:after="80"/>
      </w:pPr>
      <w:r>
        <w:rPr>
          <w:b/>
          <w:i w:val="0"/>
        </w:rPr>
        <w:t xml:space="preserve">12. </w:t>
      </w:r>
      <w:r>
        <w:rPr>
          <w:b/>
          <w:i/>
        </w:rPr>
        <w:t>Và đó là những điều răn nào?</w:t>
      </w:r>
    </w:p>
    <w:p>
      <w:pPr>
        <w:spacing w:after="80"/>
      </w:pPr>
      <w:r>
        <w:rPr>
          <w:b/>
          <w:i w:val="0"/>
        </w:rPr>
        <w:t xml:space="preserve">13. </w:t>
      </w:r>
      <w:r>
        <w:rPr>
          <w:b/>
          <w:i/>
        </w:rPr>
        <w:t>Không được giết người. Không được ngoại tình. Không được trộm cắp. Không được làm chứng gian. Không được lừa dối. Hãy hiếu kính cha mẹ ngươi</w:t>
      </w:r>
      <w:r>
        <w:rPr>
          <w:b/>
          <w:i w:val="0"/>
        </w:rPr>
        <w:t>.</w:t>
      </w:r>
    </w:p>
    <w:p>
      <w:pPr>
        <w:spacing w:after="80"/>
      </w:pPr>
      <w:r>
        <w:rPr>
          <w:b/>
          <w:i w:val="0"/>
        </w:rPr>
        <w:t>14.</w:t>
      </w:r>
      <w:r>
        <w:rPr>
          <w:b w:val="0"/>
          <w:i w:val="0"/>
        </w:rPr>
        <w:t xml:space="preserve"> Chàng trai trẻ giàu có bối rối, vì chàng đã được dạy để tin rằng Moses đã truyền lại mười điều răn. </w:t>
      </w:r>
      <w:r>
        <w:rPr>
          <w:b/>
          <w:i/>
        </w:rPr>
        <w:t>Thưa Thầy, con đã tuân giữ mọi điều răn từ khi còn là một đứa trẻ</w:t>
      </w:r>
      <w:r>
        <w:rPr>
          <w:b/>
          <w:i w:val="0"/>
        </w:rPr>
        <w:t>.</w:t>
      </w:r>
    </w:p>
    <w:p>
      <w:pPr>
        <w:spacing w:after="80"/>
      </w:pPr>
      <w:r>
        <w:rPr>
          <w:b/>
          <w:i w:val="0"/>
        </w:rPr>
        <w:t>15.</w:t>
      </w:r>
      <w:r>
        <w:rPr>
          <w:b w:val="0"/>
          <w:i w:val="0"/>
        </w:rPr>
        <w:t xml:space="preserve"> Jesus mỉm cười và, nhận biết chàng là một người sùng đạo, đồng ý rằng chàng có thể trở thành môn đệ.</w:t>
      </w:r>
    </w:p>
    <w:p>
      <w:pPr>
        <w:spacing w:after="80"/>
      </w:pPr>
      <w:r>
        <w:rPr>
          <w:b/>
          <w:i w:val="0"/>
        </w:rPr>
        <w:t>16.</w:t>
      </w:r>
      <w:r>
        <w:rPr>
          <w:b w:val="0"/>
          <w:i w:val="0"/>
        </w:rPr>
        <w:t xml:space="preserve"> Chàng trai trẻ vô cùng xúc động, và cam đoan với Judas rằng chàng sẵn lòng từ bỏ mọi thứ để theo Thầy.</w:t>
      </w:r>
    </w:p>
    <w:p>
      <w:pPr>
        <w:spacing w:after="80"/>
      </w:pPr>
      <w:r>
        <w:rPr>
          <w:b/>
          <w:i w:val="0"/>
        </w:rPr>
        <w:t>17.</w:t>
      </w:r>
      <w:r>
        <w:rPr>
          <w:b w:val="0"/>
          <w:i w:val="0"/>
        </w:rPr>
        <w:t xml:space="preserve"> Jesus, khi nghe những lời này, liền nói: </w:t>
      </w:r>
      <w:r>
        <w:rPr>
          <w:b/>
          <w:i/>
        </w:rPr>
        <w:t>Hãy đi bán tất cả những gì ngươi có, và đem cho người nghèo. Khi ngươi đã làm điều đó, ngươi sẽ có đủ kho báu trên trời, rồi hãy vác thập tự giá mà theo ta</w:t>
      </w:r>
      <w:r>
        <w:rPr>
          <w:b/>
          <w:i w:val="0"/>
        </w:rPr>
        <w:t>.</w:t>
      </w:r>
    </w:p>
    <w:p>
      <w:pPr>
        <w:spacing w:after="80"/>
        <w:jc w:val="right"/>
      </w:pPr>
      <w:r>
        <w:rPr>
          <w:b w:val="0"/>
          <w:i/>
        </w:rPr>
        <w:t>xem</w:t>
      </w:r>
      <w:r>
        <w:br/>
      </w:r>
      <w:r>
        <w:rPr>
          <w:b w:val="0"/>
          <w:i w:val="0"/>
        </w:rPr>
        <w:t xml:space="preserve"> Mark 10:21;</w:t>
      </w:r>
      <w:r>
        <w:br/>
      </w:r>
      <w:r>
        <w:rPr>
          <w:b w:val="0"/>
          <w:i w:val="0"/>
        </w:rPr>
        <w:t xml:space="preserve"> Matt 19:21;</w:t>
      </w:r>
      <w:r>
        <w:br/>
      </w:r>
      <w:r>
        <w:rPr>
          <w:b w:val="0"/>
          <w:i w:val="0"/>
        </w:rPr>
        <w:t xml:space="preserve"> Luke 18:22</w:t>
      </w:r>
    </w:p>
    <w:p>
      <w:pPr>
        <w:spacing w:after="80"/>
      </w:pPr>
      <w:r>
        <w:rPr>
          <w:b/>
          <w:i w:val="0"/>
        </w:rPr>
        <w:t>18.</w:t>
      </w:r>
      <w:r>
        <w:rPr>
          <w:b w:val="0"/>
          <w:i w:val="0"/>
        </w:rPr>
        <w:t xml:space="preserve"> Judas trở nên lo lắng, nhận ra rằng nếu Jesus hy vọng tự khẳng định mình là Con của David được mong đợi, là Đấng Messiah và Vua của Israel, thì Ngài không thể hy vọng làm được điều đó với tư cách một nhà tiên tri lang thang từ chối một lời đề nghị hào phóng như vậy. Tệ hơn nữa, Ngài đã ra lệnh cho chàng trai trẻ giàu có bán tất cả những gì mình sở hữu và phân phát của cải cho người nghèo, điều này không phù hợp với những truyền thống tốt đẹp nhất của Israel.</w:t>
      </w:r>
    </w:p>
    <w:p>
      <w:pPr>
        <w:spacing w:after="80"/>
      </w:pPr>
      <w:r>
        <w:rPr>
          <w:b/>
          <w:i w:val="0"/>
        </w:rPr>
        <w:t>19.</w:t>
      </w:r>
      <w:r>
        <w:rPr>
          <w:b w:val="0"/>
          <w:i w:val="0"/>
        </w:rPr>
        <w:t xml:space="preserve"> Trong suốt lịch sử của Israel, vinh quang của Thiên Chúa luôn được đo lường bằng sự giàu có và thành công của quốc gia.</w:t>
      </w:r>
    </w:p>
    <w:p>
      <w:pPr>
        <w:spacing w:after="80"/>
      </w:pPr>
      <w:r>
        <w:rPr>
          <w:b/>
          <w:i w:val="0"/>
        </w:rPr>
        <w:t>20.</w:t>
      </w:r>
      <w:r>
        <w:rPr>
          <w:b w:val="0"/>
          <w:i w:val="0"/>
        </w:rPr>
        <w:t xml:space="preserve"> Khi David làm Vua, người Do Thái chiếm giữ nhiều vùng đất, sản xuất được mùa màng dồi dào và đàn gia súc của họ luôn sung túc. Điều này chỉ đúng khi thành phố được cai trị bởi một vị vua hùng mạnh, người được kính trọng và khiến những người sống ở các quốc gia xung quanh phải sợ hãi.</w:t>
      </w:r>
    </w:p>
    <w:p>
      <w:pPr>
        <w:spacing w:after="80"/>
      </w:pPr>
      <w:r>
        <w:rPr>
          <w:b/>
          <w:i w:val="0"/>
        </w:rPr>
        <w:t>21.</w:t>
      </w:r>
      <w:r>
        <w:rPr>
          <w:b w:val="0"/>
          <w:i w:val="0"/>
        </w:rPr>
        <w:t xml:space="preserve"> Giu-đa đã được dạy để tin rằng trong thời kỳ đó Y-sơ-ra-ên đang ở trong sự thông công thật sự với Đức Chúa Trời. Ông hy vọng và mong đợi Chúa Giê-xu sẽ khôi phục vị thế đáng ghen tị đó.</w:t>
      </w:r>
    </w:p>
    <w:p>
      <w:pPr>
        <w:spacing w:after="80"/>
      </w:pPr>
      <w:r>
        <w:rPr>
          <w:b/>
          <w:i w:val="0"/>
        </w:rPr>
        <w:t>22.</w:t>
      </w:r>
      <w:r>
        <w:rPr>
          <w:b w:val="0"/>
          <w:i w:val="0"/>
        </w:rPr>
        <w:t xml:space="preserve"> Chẳng phải Sa-lô-môn đã hát để tôn vinh một vị vua vĩ đại sao:</w:t>
      </w:r>
    </w:p>
    <w:p>
      <w:pPr>
        <w:spacing w:after="80"/>
      </w:pPr>
      <w:r>
        <w:rPr>
          <w:b/>
          <w:i/>
        </w:rPr>
        <w:t>Nguyện vua được sống lâu!</w:t>
      </w:r>
    </w:p>
    <w:p>
      <w:pPr>
        <w:spacing w:after="80"/>
      </w:pPr>
      <w:r>
        <w:rPr>
          <w:b/>
          <w:i/>
        </w:rPr>
        <w:t>Nguyện vàng Sê-ba được dâng cho vua</w:t>
      </w:r>
      <w:r>
        <w:rPr>
          <w:b/>
          <w:i w:val="0"/>
        </w:rPr>
        <w:t>.</w:t>
      </w:r>
    </w:p>
    <w:p>
      <w:pPr>
        <w:spacing w:after="80"/>
      </w:pPr>
      <w:r>
        <w:rPr>
          <w:b/>
          <w:i/>
        </w:rPr>
        <w:t>Nguyện người ta cầu nguyện cho vua luôn luôn</w:t>
      </w:r>
      <w:r>
        <w:rPr>
          <w:b/>
          <w:i w:val="0"/>
        </w:rPr>
        <w:t>,</w:t>
      </w:r>
    </w:p>
    <w:p>
      <w:pPr>
        <w:spacing w:after="80"/>
      </w:pPr>
      <w:r>
        <w:rPr>
          <w:b/>
          <w:i/>
        </w:rPr>
        <w:t>và chúc phước cho vua suốt ngày</w:t>
      </w:r>
      <w:r>
        <w:rPr>
          <w:b/>
          <w:i w:val="0"/>
        </w:rPr>
        <w:t>.</w:t>
      </w:r>
    </w:p>
    <w:p>
      <w:pPr>
        <w:spacing w:after="80"/>
      </w:pPr>
      <w:r>
        <w:rPr>
          <w:b/>
          <w:i/>
        </w:rPr>
        <w:t>Nguyện lúa gạo đầy dẫy trong xứ;</w:t>
      </w:r>
    </w:p>
    <w:p>
      <w:pPr>
        <w:spacing w:after="80"/>
      </w:pPr>
      <w:r>
        <w:rPr>
          <w:b/>
          <w:i/>
        </w:rPr>
        <w:t>nguyện nó gợn sóng trên các đỉnh núi;</w:t>
      </w:r>
    </w:p>
    <w:p>
      <w:pPr>
        <w:spacing w:after="80"/>
      </w:pPr>
      <w:r>
        <w:rPr>
          <w:b/>
          <w:i/>
        </w:rPr>
        <w:t>nguyện hoa quả nó như rừng Li-ban;</w:t>
      </w:r>
    </w:p>
    <w:p>
      <w:pPr>
        <w:spacing w:after="80"/>
      </w:pPr>
      <w:r>
        <w:rPr>
          <w:b/>
          <w:i/>
        </w:rPr>
        <w:t>và nguyện dân chúng hưng thịnh trong các thành</w:t>
      </w:r>
    </w:p>
    <w:p>
      <w:pPr>
        <w:spacing w:after="80"/>
      </w:pPr>
      <w:r>
        <w:rPr>
          <w:b/>
          <w:i/>
        </w:rPr>
        <w:t>như cỏ ngoài đồng</w:t>
      </w:r>
      <w:r>
        <w:rPr>
          <w:b/>
          <w:i w:val="0"/>
        </w:rPr>
        <w:t>.</w:t>
      </w:r>
    </w:p>
    <w:p>
      <w:pPr>
        <w:spacing w:after="80"/>
      </w:pPr>
      <w:r>
        <w:rPr>
          <w:b/>
          <w:i/>
        </w:rPr>
        <w:t>Nguyện danh vua tồn tại đời đời</w:t>
      </w:r>
      <w:r>
        <w:rPr>
          <w:b/>
          <w:i w:val="0"/>
        </w:rPr>
        <w:t>,</w:t>
      </w:r>
    </w:p>
    <w:p>
      <w:pPr>
        <w:spacing w:after="80"/>
      </w:pPr>
      <w:r>
        <w:rPr>
          <w:b/>
          <w:i/>
        </w:rPr>
        <w:t>danh tiếng vua còn mãi chừng nào mặt trời còn</w:t>
      </w:r>
      <w:r>
        <w:rPr>
          <w:b/>
          <w:i w:val="0"/>
        </w:rPr>
        <w:t>.</w:t>
      </w:r>
    </w:p>
    <w:p>
      <w:pPr>
        <w:spacing w:after="80"/>
      </w:pPr>
      <w:r>
        <w:rPr>
          <w:b/>
          <w:i/>
        </w:rPr>
        <w:t>Nguyện mọi dân tộc được phước nơi vua;</w:t>
      </w:r>
    </w:p>
    <w:p>
      <w:pPr>
        <w:spacing w:after="80"/>
      </w:pPr>
      <w:r>
        <w:rPr>
          <w:b/>
          <w:i/>
        </w:rPr>
        <w:t>Và cả trái đất được đầy dẫy sự vinh hiển của vua</w:t>
      </w:r>
      <w:r>
        <w:rPr>
          <w:b/>
          <w:i w:val="0"/>
        </w:rPr>
        <w:t>.</w:t>
      </w:r>
    </w:p>
    <w:p>
      <w:pPr>
        <w:spacing w:after="80"/>
        <w:jc w:val="right"/>
      </w:pPr>
      <w:r>
        <w:rPr>
          <w:b w:val="0"/>
          <w:i w:val="0"/>
        </w:rPr>
        <w:t>Thi Thiên 72:15–17</w:t>
      </w:r>
      <w:r>
        <w:br/>
      </w:r>
      <w:r>
        <w:rPr>
          <w:b w:val="0"/>
          <w:i w:val="0"/>
        </w:rPr>
        <w:t xml:space="preserve"> cho Sa-lô-môn</w:t>
      </w:r>
    </w:p>
    <w:p>
      <w:pPr>
        <w:spacing w:after="80"/>
      </w:pPr>
      <w:r>
        <w:rPr>
          <w:b/>
          <w:i w:val="0"/>
        </w:rPr>
        <w:t>23.</w:t>
      </w:r>
      <w:r>
        <w:rPr>
          <w:b w:val="0"/>
          <w:i w:val="0"/>
        </w:rPr>
        <w:t xml:space="preserve"> Giu-đa chìm trong tuyệt vọng khi chàng thanh niên giàu có quay lưng bỏ đi.</w:t>
      </w:r>
    </w:p>
    <w:p>
      <w:pPr>
        <w:spacing w:after="80"/>
      </w:pPr>
      <w:r>
        <w:rPr>
          <w:b/>
          <w:i w:val="0"/>
        </w:rPr>
        <w:t>24.</w:t>
      </w:r>
      <w:r>
        <w:rPr>
          <w:b w:val="0"/>
          <w:i w:val="0"/>
        </w:rPr>
        <w:t xml:space="preserve"> Phản ứng duy nhất của chàng thanh niên giàu có: </w:t>
      </w:r>
      <w:r>
        <w:rPr>
          <w:b/>
          <w:i/>
        </w:rPr>
        <w:t>Ngươi đã chọn đi theo một kẻ nguy hiểm, kẻ sẽ khiến nhiều người trong dân Israel phải sa ngã</w:t>
      </w:r>
      <w:r>
        <w:rPr>
          <w:b/>
          <w:i w:val="0"/>
        </w:rPr>
        <w:t>.</w:t>
      </w:r>
    </w:p>
    <w:p>
      <w:pPr>
        <w:spacing w:after="80"/>
        <w:jc w:val="right"/>
      </w:pPr>
      <w:r>
        <w:rPr>
          <w:b w:val="0"/>
          <w:i/>
        </w:rPr>
        <w:t>xem</w:t>
      </w:r>
      <w:r>
        <w:br/>
      </w:r>
      <w:r>
        <w:rPr>
          <w:b w:val="0"/>
          <w:i w:val="0"/>
        </w:rPr>
        <w:t xml:space="preserve"> Lu-ca 2:34</w:t>
      </w:r>
    </w:p>
    <w:p>
      <w:pPr>
        <w:pStyle w:val="Heading2"/>
      </w:pPr>
      <w:r>
        <w:rPr>
          <w:rFonts w:ascii="Calibri" w:hAnsi="Calibri"/>
          <w:b/>
          <w:i w:val="0"/>
          <w:sz w:val="32"/>
        </w:rPr>
        <w:t>Chương 14</w:t>
      </w:r>
    </w:p>
    <w:p>
      <w:pPr>
        <w:pStyle w:val="Heading2"/>
      </w:pPr>
      <w:r>
        <w:rPr>
          <w:rFonts w:ascii="Calibri" w:hAnsi="Calibri"/>
          <w:b/>
          <w:i/>
          <w:sz w:val="32"/>
        </w:rPr>
        <w:t>Các ngươi là những kẻ ít đức tin</w:t>
      </w:r>
    </w:p>
    <w:p>
      <w:pPr>
        <w:spacing w:after="80"/>
      </w:pPr>
      <w:r>
        <w:rPr>
          <w:b/>
          <w:i w:val="0"/>
        </w:rPr>
        <w:t>1.</w:t>
      </w:r>
      <w:r>
        <w:rPr>
          <w:b w:val="0"/>
          <w:i w:val="0"/>
        </w:rPr>
        <w:t xml:space="preserve"> Khi đoàn môn đồ lếch thếch của Chúa Giê-su lững thững tiến về phía nam hướng đến Giê-ri-cô, Giu-đa cảnh báo Phi-e-rơ rằng quỹ tiền đang cạn dần và cần phải báo cho Thầy biết.</w:t>
      </w:r>
    </w:p>
    <w:p>
      <w:pPr>
        <w:spacing w:after="80"/>
      </w:pPr>
      <w:r>
        <w:rPr>
          <w:b/>
          <w:i w:val="0"/>
        </w:rPr>
        <w:t>2.</w:t>
      </w:r>
      <w:r>
        <w:rPr>
          <w:b w:val="0"/>
          <w:i w:val="0"/>
        </w:rPr>
        <w:t xml:space="preserve"> Phi-e-rơ từ chối chuyển lời tin dữ ấy và bảo Giu-đa cứ thi hành mệnh lệnh của Thầy mà không được thắc mắc.</w:t>
      </w:r>
    </w:p>
    <w:p>
      <w:pPr>
        <w:spacing w:after="80"/>
      </w:pPr>
      <w:r>
        <w:rPr>
          <w:b/>
          <w:i w:val="0"/>
        </w:rPr>
        <w:t>3.</w:t>
      </w:r>
      <w:r>
        <w:rPr>
          <w:b w:val="0"/>
          <w:i w:val="0"/>
        </w:rPr>
        <w:t xml:space="preserve"> Dù Giu-đa đang tuyệt vọng, tinh thần ông lại phấn chấn trở lại khi một thầy thông giáo (Scribe) hào phóng và sùng đạo, thông thạo việc giải thích luật lệ Israel, đến gần Chúa Giê-su. Ông thưa với Chúa Giê-su: </w:t>
      </w:r>
      <w:r>
        <w:rPr>
          <w:b/>
          <w:i/>
        </w:rPr>
        <w:t>Thưa Thầy, tôi sẽ theo Thầy bất cứ nơi đâu Thầy đi</w:t>
      </w:r>
      <w:r>
        <w:rPr>
          <w:b/>
          <w:i w:val="0"/>
        </w:rPr>
        <w:t>.</w:t>
      </w:r>
    </w:p>
    <w:p>
      <w:pPr>
        <w:spacing w:after="80"/>
      </w:pPr>
      <w:r>
        <w:rPr>
          <w:b/>
          <w:i w:val="0"/>
        </w:rPr>
        <w:t>4.</w:t>
      </w:r>
      <w:r>
        <w:rPr>
          <w:b w:val="0"/>
          <w:i w:val="0"/>
        </w:rPr>
        <w:t xml:space="preserve"> Nhưng Chúa Giê-su đáp: </w:t>
      </w:r>
      <w:r>
        <w:rPr>
          <w:b/>
          <w:i/>
        </w:rPr>
        <w:t>Con cáo có hang, chim trời có tổ, nhưng Con Người không có chỗ gối đầu</w:t>
      </w:r>
      <w:r>
        <w:rPr>
          <w:b/>
          <w:i w:val="0"/>
        </w:rPr>
        <w:t>.</w:t>
      </w:r>
    </w:p>
    <w:p>
      <w:pPr>
        <w:spacing w:after="80"/>
        <w:jc w:val="right"/>
      </w:pPr>
      <w:r>
        <w:rPr>
          <w:b w:val="0"/>
          <w:i/>
        </w:rPr>
        <w:t>xem</w:t>
      </w:r>
      <w:r>
        <w:br/>
      </w:r>
      <w:r>
        <w:rPr>
          <w:b w:val="0"/>
          <w:i w:val="0"/>
        </w:rPr>
        <w:t xml:space="preserve"> Ma-thi-ơ 8:19–20;</w:t>
      </w:r>
      <w:r>
        <w:br/>
      </w:r>
      <w:r>
        <w:rPr>
          <w:b w:val="0"/>
          <w:i w:val="0"/>
        </w:rPr>
        <w:t xml:space="preserve"> Lu-ca 9:57–58</w:t>
      </w:r>
    </w:p>
    <w:p>
      <w:pPr>
        <w:spacing w:after="80"/>
      </w:pPr>
      <w:r>
        <w:rPr>
          <w:b/>
          <w:i w:val="0"/>
        </w:rPr>
        <w:t>5.</w:t>
      </w:r>
      <w:r>
        <w:rPr>
          <w:b w:val="0"/>
          <w:i w:val="0"/>
        </w:rPr>
        <w:t xml:space="preserve"> Thầy thông giáo không hiểu nổi ý Chúa Giê-su khi Ngài nhắc đến 'Con Người', và rời khỏi nơi ấy.</w:t>
      </w:r>
    </w:p>
    <w:p>
      <w:pPr>
        <w:spacing w:after="80"/>
      </w:pPr>
      <w:r>
        <w:rPr>
          <w:b/>
          <w:i w:val="0"/>
        </w:rPr>
        <w:t>6.</w:t>
      </w:r>
      <w:r>
        <w:rPr>
          <w:b w:val="0"/>
          <w:i w:val="0"/>
        </w:rPr>
        <w:t xml:space="preserve"> Một người khác đến với Chúa Giê-su và thưa: </w:t>
      </w:r>
      <w:r>
        <w:rPr>
          <w:b/>
          <w:i/>
        </w:rPr>
        <w:t>Tôi muốn theo Thầy, nhưng trước tiên tôi phải về Ga-li-lê chôn cất cha tôi</w:t>
      </w:r>
      <w:r>
        <w:rPr>
          <w:b/>
          <w:i w:val="0"/>
        </w:rPr>
        <w:t>.</w:t>
      </w:r>
    </w:p>
    <w:p>
      <w:pPr>
        <w:spacing w:after="80"/>
      </w:pPr>
      <w:r>
        <w:rPr>
          <w:b/>
          <w:i w:val="0"/>
        </w:rPr>
        <w:t>7.</w:t>
      </w:r>
      <w:r>
        <w:rPr>
          <w:b w:val="0"/>
          <w:i w:val="0"/>
        </w:rPr>
        <w:t xml:space="preserve"> Giu-đa sửng sốt khi Thầy nói: </w:t>
      </w:r>
      <w:r>
        <w:rPr>
          <w:b/>
          <w:i/>
        </w:rPr>
        <w:t>Hãy theo ta, và để kẻ chết chôn kẻ chết của họ</w:t>
      </w:r>
      <w:r>
        <w:rPr>
          <w:b/>
          <w:i w:val="0"/>
        </w:rPr>
        <w:t>.</w:t>
      </w:r>
    </w:p>
    <w:p>
      <w:pPr>
        <w:spacing w:after="80"/>
        <w:jc w:val="right"/>
      </w:pPr>
      <w:r>
        <w:rPr>
          <w:b w:val="0"/>
          <w:i/>
        </w:rPr>
        <w:t>xem</w:t>
      </w:r>
      <w:r>
        <w:br/>
      </w:r>
      <w:r>
        <w:rPr>
          <w:b w:val="0"/>
          <w:i w:val="0"/>
        </w:rPr>
        <w:t xml:space="preserve"> Ma-thi-ơ 8:21–22</w:t>
      </w:r>
    </w:p>
    <w:p>
      <w:pPr>
        <w:spacing w:after="80"/>
      </w:pPr>
      <w:r>
        <w:rPr>
          <w:b/>
          <w:i w:val="0"/>
        </w:rPr>
        <w:t>8.</w:t>
      </w:r>
      <w:r>
        <w:rPr>
          <w:b w:val="0"/>
          <w:i w:val="0"/>
        </w:rPr>
        <w:t xml:space="preserve"> Mọi người nghe những lời này đều biết rằng chôn cất cha là bổn phận thiêng liêng của bất kỳ người con trai Israel nào, vì gia đình là trung tâm đời sống người Do Thái và người cha là đầu của gia đình.</w:t>
      </w:r>
    </w:p>
    <w:p>
      <w:pPr>
        <w:spacing w:after="80"/>
      </w:pPr>
      <w:r>
        <w:rPr>
          <w:b/>
          <w:i w:val="0"/>
        </w:rPr>
        <w:t>9.</w:t>
      </w:r>
      <w:r>
        <w:rPr>
          <w:b w:val="0"/>
          <w:i w:val="0"/>
        </w:rPr>
        <w:t xml:space="preserve"> Người ấy rời Chúa Giê-su và lên đường về Ga-li-lê.</w:t>
      </w:r>
    </w:p>
    <w:p>
      <w:pPr>
        <w:spacing w:after="80"/>
      </w:pPr>
      <w:r>
        <w:rPr>
          <w:b/>
          <w:i w:val="0"/>
        </w:rPr>
        <w:t>10.</w:t>
      </w:r>
      <w:r>
        <w:rPr>
          <w:b w:val="0"/>
          <w:i w:val="0"/>
        </w:rPr>
        <w:t xml:space="preserve"> Giu-đa chất vấn Phi-e-rơ: ‘Chẳng phải Môi-se đã ghi trong Mười Điều Răn mà Đức Chúa Trời truyền xuống tại Si-na-i rằng: </w:t>
      </w:r>
      <w:r>
        <w:rPr>
          <w:b/>
          <w:i/>
        </w:rPr>
        <w:t>Hãy hiếu kính cha mẹ ngươi, để ngươi được sống lâu trên đất mà Giê-hô-va Đức Chúa Trời ngươi ban cho ngươi</w:t>
      </w:r>
      <w:r>
        <w:rPr>
          <w:b w:val="0"/>
          <w:i w:val="0"/>
        </w:rPr>
        <w:t xml:space="preserve"> sao?’</w:t>
      </w:r>
    </w:p>
    <w:p>
      <w:pPr>
        <w:spacing w:after="80"/>
        <w:jc w:val="right"/>
      </w:pPr>
      <w:r>
        <w:rPr>
          <w:b w:val="0"/>
          <w:i w:val="0"/>
        </w:rPr>
        <w:t>Exo 20:12</w:t>
      </w:r>
    </w:p>
    <w:p>
      <w:pPr>
        <w:spacing w:after="80"/>
      </w:pPr>
      <w:r>
        <w:rPr>
          <w:b/>
          <w:i w:val="0"/>
        </w:rPr>
        <w:t>11.</w:t>
      </w:r>
      <w:r>
        <w:rPr>
          <w:b w:val="0"/>
          <w:i w:val="0"/>
        </w:rPr>
        <w:t xml:space="preserve"> Nhưng Phi-e-rơ phớt lờ ông, và tiếp tục nhắc các môn đồ khác về ý nghĩa thật sự trong lời cảnh báo của Chúa Giê-su, </w:t>
      </w:r>
      <w:r>
        <w:rPr>
          <w:b/>
          <w:i/>
        </w:rPr>
        <w:t>Hỡi Sa-tan, hãy lui ra sau ta</w:t>
      </w:r>
      <w:r>
        <w:rPr>
          <w:b/>
          <w:i w:val="0"/>
        </w:rPr>
        <w:t>,</w:t>
      </w:r>
      <w:r>
        <w:rPr>
          <w:b w:val="0"/>
          <w:i w:val="0"/>
        </w:rPr>
        <w:t xml:space="preserve"> điều này chỉ khiến Giu-đa càng thêm sợ hãi.</w:t>
      </w:r>
    </w:p>
    <w:p>
      <w:pPr>
        <w:spacing w:after="80"/>
      </w:pPr>
      <w:r>
        <w:rPr>
          <w:b/>
          <w:i w:val="0"/>
        </w:rPr>
        <w:t>12.</w:t>
      </w:r>
      <w:r>
        <w:rPr>
          <w:b w:val="0"/>
          <w:i w:val="0"/>
        </w:rPr>
        <w:t xml:space="preserve"> Chúa Giê-su, biết rõ những gì đang diễn ra trong tâm trí họ, liền tập hợp các môn đồ lại và nói: </w:t>
      </w:r>
      <w:r>
        <w:rPr>
          <w:b/>
          <w:i/>
        </w:rPr>
        <w:t>Sao các con sợ hãi? Các con là những người ít đức tin</w:t>
      </w:r>
      <w:r>
        <w:rPr>
          <w:b/>
          <w:i w:val="0"/>
        </w:rPr>
        <w:t>.</w:t>
      </w:r>
    </w:p>
    <w:p>
      <w:pPr>
        <w:spacing w:after="80"/>
        <w:jc w:val="right"/>
      </w:pPr>
      <w:r>
        <w:rPr>
          <w:b w:val="0"/>
          <w:i/>
        </w:rPr>
        <w:t>xem</w:t>
      </w:r>
      <w:r>
        <w:br/>
      </w:r>
      <w:r>
        <w:rPr>
          <w:b w:val="0"/>
          <w:i w:val="0"/>
        </w:rPr>
        <w:t xml:space="preserve"> Mat 8:26;</w:t>
      </w:r>
      <w:r>
        <w:br/>
      </w:r>
      <w:r>
        <w:rPr>
          <w:b w:val="0"/>
          <w:i w:val="0"/>
        </w:rPr>
        <w:t xml:space="preserve"> </w:t>
      </w:r>
      <w:r>
        <w:rPr>
          <w:b w:val="0"/>
          <w:i/>
        </w:rPr>
        <w:t>xem</w:t>
      </w:r>
      <w:r>
        <w:br/>
      </w:r>
      <w:r>
        <w:rPr>
          <w:b w:val="0"/>
          <w:i w:val="0"/>
        </w:rPr>
        <w:t xml:space="preserve"> Mác 4:40–41;</w:t>
      </w:r>
      <w:r>
        <w:br/>
      </w:r>
      <w:r>
        <w:rPr>
          <w:b w:val="0"/>
          <w:i w:val="0"/>
        </w:rPr>
        <w:t xml:space="preserve"> Lu-ca 8:25</w:t>
      </w:r>
    </w:p>
    <w:p>
      <w:pPr>
        <w:spacing w:after="80"/>
      </w:pPr>
      <w:r>
        <w:rPr>
          <w:b/>
          <w:i w:val="0"/>
        </w:rPr>
        <w:t>13.</w:t>
      </w:r>
      <w:r>
        <w:rPr>
          <w:b w:val="0"/>
          <w:i w:val="0"/>
        </w:rPr>
        <w:t xml:space="preserve"> Giu-đa không thể hiểu nổi tại sao Chúa Giê-su lại thách thức họ theo cách này; chẳng phải họ đã chứng tỏ lòng trung thành của mình cả ngàn lần rồi sao? Có bao giờ họ nghi ngờ quyền uy của Ngài đâu?</w:t>
      </w:r>
    </w:p>
    <w:p>
      <w:pPr>
        <w:spacing w:after="80"/>
      </w:pPr>
      <w:r>
        <w:rPr>
          <w:b/>
          <w:i w:val="0"/>
        </w:rPr>
        <w:t>14.</w:t>
      </w:r>
      <w:r>
        <w:rPr>
          <w:b w:val="0"/>
          <w:i w:val="0"/>
        </w:rPr>
        <w:t xml:space="preserve"> Đến chiều tối ngày thứ ba, Chúa Giê-su và những người theo Ngài đã đến sườn núi Ta-bo, và đang chuẩn bị nghỉ ngơi trước khi màn đêm buông xuống.</w:t>
      </w:r>
    </w:p>
    <w:p>
      <w:pPr>
        <w:spacing w:after="80"/>
        <w:jc w:val="right"/>
      </w:pPr>
      <w:r>
        <w:rPr>
          <w:b w:val="0"/>
          <w:i w:val="0"/>
        </w:rPr>
        <w:t>[xxiv]</w:t>
      </w:r>
    </w:p>
    <w:p>
      <w:pPr>
        <w:spacing w:after="80"/>
      </w:pPr>
      <w:r>
        <w:rPr>
          <w:b/>
          <w:i w:val="0"/>
        </w:rPr>
        <w:t>15.</w:t>
      </w:r>
      <w:r>
        <w:rPr>
          <w:b w:val="0"/>
          <w:i w:val="0"/>
        </w:rPr>
        <w:t xml:space="preserve"> Giu-đa đang phân phát thức ăn và chăn mền để chuẩn bị cho đêm lạnh sắp tới, thì ông thấy Chúa Giê-su đưa Phi-e-rơ, Gia-cơ và Giăng ra một bên.</w:t>
      </w:r>
    </w:p>
    <w:p>
      <w:pPr>
        <w:spacing w:after="80"/>
        <w:jc w:val="right"/>
      </w:pPr>
      <w:r>
        <w:rPr>
          <w:b w:val="0"/>
          <w:i/>
        </w:rPr>
        <w:t>xem</w:t>
      </w:r>
      <w:r>
        <w:br/>
      </w:r>
      <w:r>
        <w:rPr>
          <w:b w:val="0"/>
          <w:i w:val="0"/>
        </w:rPr>
        <w:t xml:space="preserve"> Mat 17:1</w:t>
      </w:r>
    </w:p>
    <w:p>
      <w:pPr>
        <w:spacing w:after="80"/>
      </w:pPr>
      <w:r>
        <w:rPr>
          <w:b/>
          <w:i w:val="0"/>
        </w:rPr>
        <w:t>16.</w:t>
      </w:r>
      <w:r>
        <w:rPr>
          <w:b w:val="0"/>
          <w:i w:val="0"/>
        </w:rPr>
        <w:t xml:space="preserve"> Không một lời giải thích, bốn người họ bắt đầu leo lên con dốc dài và đứng dựng lên núi.</w:t>
      </w:r>
    </w:p>
    <w:p>
      <w:pPr>
        <w:spacing w:after="80"/>
      </w:pPr>
      <w:r>
        <w:rPr>
          <w:b/>
          <w:i w:val="0"/>
        </w:rPr>
        <w:t>17.</w:t>
      </w:r>
      <w:r>
        <w:rPr>
          <w:b w:val="0"/>
          <w:i w:val="0"/>
        </w:rPr>
        <w:t xml:space="preserve"> Giu-đa và các môn đồ khác chìm vào giấc ngủ, và không tỉnh dậy cho đến bình minh, khi họ thấy Chúa Giê-su đang đi lại giữa họ. Ngài nói: </w:t>
      </w:r>
      <w:r>
        <w:rPr>
          <w:b/>
          <w:i/>
        </w:rPr>
        <w:t>Hãy nghỉ ngơi thêm một chút, trước khi chúng ta lên đường cho chặng tiếp theo của hành trình</w:t>
      </w:r>
      <w:r>
        <w:rPr>
          <w:b/>
          <w:i w:val="0"/>
        </w:rPr>
        <w:t>.</w:t>
      </w:r>
    </w:p>
    <w:p>
      <w:pPr>
        <w:spacing w:after="80"/>
        <w:jc w:val="right"/>
      </w:pPr>
      <w:r>
        <w:rPr>
          <w:b w:val="0"/>
          <w:i/>
        </w:rPr>
        <w:t>xem</w:t>
      </w:r>
      <w:r>
        <w:br/>
      </w:r>
      <w:r>
        <w:rPr>
          <w:b w:val="0"/>
          <w:i w:val="0"/>
        </w:rPr>
        <w:t xml:space="preserve"> Mác 6:31</w:t>
      </w:r>
    </w:p>
    <w:p>
      <w:pPr>
        <w:spacing w:after="80"/>
      </w:pPr>
      <w:r>
        <w:rPr>
          <w:b/>
          <w:i w:val="0"/>
        </w:rPr>
        <w:t>18.</w:t>
      </w:r>
      <w:r>
        <w:rPr>
          <w:b w:val="0"/>
          <w:i w:val="0"/>
        </w:rPr>
        <w:t xml:space="preserve"> Giu-đa nhận thấy Phi-e-rơ, Gia-cơ và Giăng đang thì thầm với nhau.</w:t>
      </w:r>
    </w:p>
    <w:p>
      <w:pPr>
        <w:spacing w:after="80"/>
      </w:pPr>
      <w:r>
        <w:rPr>
          <w:b/>
          <w:i w:val="0"/>
        </w:rPr>
        <w:t>19.</w:t>
      </w:r>
      <w:r>
        <w:rPr>
          <w:b w:val="0"/>
          <w:i w:val="0"/>
        </w:rPr>
        <w:t xml:space="preserve"> Ông đến gần Phi-e-rơ và hỏi: ‘Điều gì đã xảy ra khi các ông ở cùng Chúa Giê-su trên núi?’</w:t>
      </w:r>
    </w:p>
    <w:p>
      <w:pPr>
        <w:spacing w:after="80"/>
      </w:pPr>
      <w:r>
        <w:rPr>
          <w:b/>
          <w:i w:val="0"/>
        </w:rPr>
        <w:t>20.</w:t>
      </w:r>
      <w:r>
        <w:rPr>
          <w:b w:val="0"/>
          <w:i w:val="0"/>
        </w:rPr>
        <w:t xml:space="preserve"> Phi-e-rơ không thể giấu nổi niềm vui của mình, và dù Thầy đã dặn họ không được tiết lộ những gì đã xảy ra trên núi, ông chỉ ngập ngừng trong chốc lát:</w:t>
      </w:r>
    </w:p>
    <w:p>
      <w:pPr>
        <w:spacing w:after="80"/>
      </w:pPr>
      <w:r>
        <w:rPr>
          <w:b/>
          <w:i/>
        </w:rPr>
        <w:t>Tôi thấy một ánh sáng mạnh mẽ, và trước mặt tôi hiện ra những hình bóng từ quá khứ của Israel, họ nói chuyện với Jesus, và bầu trời mở ra và một giọng nói vang lên: ‘Đây là Con yêu dấu của Ta, hãy nghe lời Người.’</w:t>
      </w:r>
    </w:p>
    <w:p>
      <w:pPr>
        <w:spacing w:after="80"/>
      </w:pPr>
      <w:r>
        <w:rPr>
          <w:b/>
          <w:i w:val="0"/>
        </w:rPr>
        <w:t>21.</w:t>
      </w:r>
      <w:r>
        <w:rPr>
          <w:b w:val="0"/>
          <w:i w:val="0"/>
        </w:rPr>
        <w:t xml:space="preserve"> Peter tiếp tục nói với Judas: ‘Tôi hiểu điều gì đang chờ đợi chúng ta khi chúng ta đi đến Jerusalem, và giờ tôi chấp nhận rằng Jesus sẽ sống lại từ cõi chết.’</w:t>
      </w:r>
    </w:p>
    <w:p>
      <w:pPr>
        <w:spacing w:after="80"/>
        <w:jc w:val="right"/>
      </w:pPr>
      <w:r>
        <w:rPr>
          <w:b w:val="0"/>
          <w:i/>
        </w:rPr>
        <w:t>xem</w:t>
      </w:r>
      <w:r>
        <w:br/>
      </w:r>
      <w:r>
        <w:rPr>
          <w:b w:val="0"/>
          <w:i w:val="0"/>
        </w:rPr>
        <w:t xml:space="preserve"> Mark 9:9–13;</w:t>
      </w:r>
      <w:r>
        <w:br/>
      </w:r>
      <w:r>
        <w:rPr>
          <w:b w:val="0"/>
          <w:i w:val="0"/>
        </w:rPr>
        <w:t xml:space="preserve"> Matt 17:9–13</w:t>
      </w:r>
    </w:p>
    <w:p>
      <w:pPr>
        <w:spacing w:after="80"/>
      </w:pPr>
      <w:r>
        <w:rPr>
          <w:b/>
          <w:i w:val="0"/>
        </w:rPr>
        <w:t>22.</w:t>
      </w:r>
      <w:r>
        <w:rPr>
          <w:b w:val="0"/>
          <w:i w:val="0"/>
        </w:rPr>
        <w:t xml:space="preserve"> Judas rời bỏ ông vì ông không thể nào an ủi được. Nếu Jesus là Đấng Messiah dòng David mà người ta mong đợi, là Vua của Israel, thì tại sao Người lại vào Jerusalem chỉ để bị giết, rồi ba ngày sau sống lại từ cõi chết? Không có gì được viết hay được nói trong truyền thống Do Thái gợi ý rằng một chuyện như vậy sẽ xảy ra.</w:t>
      </w:r>
    </w:p>
    <w:p>
      <w:pPr>
        <w:spacing w:after="80"/>
      </w:pPr>
      <w:r>
        <w:rPr>
          <w:b/>
          <w:i w:val="0"/>
        </w:rPr>
        <w:t>23.</w:t>
      </w:r>
      <w:r>
        <w:rPr>
          <w:b w:val="0"/>
          <w:i w:val="0"/>
        </w:rPr>
        <w:t xml:space="preserve"> Nhưng Judas thấy rõ rằng ý nghĩ về cái chết của Jesus không còn khiến Peter, James hay John lo lắng nữa, những người rõ ràng đã bị choáng ngợp bởi những gì họ đã thấy trên núi trong đêm.</w:t>
      </w:r>
    </w:p>
    <w:p>
      <w:pPr>
        <w:spacing w:after="80"/>
      </w:pPr>
      <w:r>
        <w:rPr>
          <w:b/>
          <w:i w:val="0"/>
        </w:rPr>
        <w:t>24.</w:t>
      </w:r>
      <w:r>
        <w:rPr>
          <w:b w:val="0"/>
          <w:i w:val="0"/>
        </w:rPr>
        <w:t xml:space="preserve"> Lần đầu tiên, Judas bắt đầu nghi ngờ rằng Jesus, Đấng mà ông đã đặt biết bao niềm tin và sự tận tâm, có phải là Đấng Messiah mà Israel đã chờ đợi hay không.</w:t>
      </w:r>
    </w:p>
    <w:p>
      <w:pPr>
        <w:spacing w:after="80"/>
      </w:pPr>
      <w:r>
        <w:rPr>
          <w:b/>
          <w:i w:val="0"/>
        </w:rPr>
        <w:t>25.</w:t>
      </w:r>
      <w:r>
        <w:rPr>
          <w:b w:val="0"/>
          <w:i w:val="0"/>
        </w:rPr>
        <w:t xml:space="preserve"> Judas tách khỏi các môn đệ bạn và giữ kín những suy nghĩ của riêng mình.</w:t>
      </w:r>
    </w:p>
    <w:p>
      <w:pPr>
        <w:spacing w:after="80"/>
      </w:pPr>
      <w:r>
        <w:rPr>
          <w:b/>
          <w:i w:val="0"/>
        </w:rPr>
        <w:t>26.</w:t>
      </w:r>
      <w:r>
        <w:rPr>
          <w:b w:val="0"/>
          <w:i w:val="0"/>
        </w:rPr>
        <w:t xml:space="preserve"> Khi mặt trời lên đến đỉnh, Jesus dừng lại nghỉ ngơi và tập hợp quanh mình tất cả những người theo Người. Người nói với họ những lời này: </w:t>
      </w:r>
      <w:r>
        <w:rPr>
          <w:b/>
          <w:i/>
        </w:rPr>
        <w:t>Con Người sẽ bị trao vào tay loài người, và họ sẽ giết Người. Nhưng Thiên Chúa sẽ không bỏ rơi Người. Người sẽ sống lại với các con ở bên kia cõi chết</w:t>
      </w:r>
      <w:r>
        <w:rPr>
          <w:b/>
          <w:i w:val="0"/>
        </w:rPr>
        <w:t>.</w:t>
      </w:r>
    </w:p>
    <w:p>
      <w:pPr>
        <w:spacing w:after="80"/>
        <w:jc w:val="right"/>
      </w:pPr>
      <w:r>
        <w:rPr>
          <w:b w:val="0"/>
          <w:i/>
        </w:rPr>
        <w:t>xem</w:t>
      </w:r>
      <w:r>
        <w:br/>
      </w:r>
      <w:r>
        <w:rPr>
          <w:b w:val="0"/>
          <w:i w:val="0"/>
        </w:rPr>
        <w:t xml:space="preserve"> Mark 9:31;</w:t>
      </w:r>
      <w:r>
        <w:br/>
      </w:r>
      <w:r>
        <w:rPr>
          <w:b w:val="0"/>
          <w:i w:val="0"/>
        </w:rPr>
        <w:t xml:space="preserve"> Matt 17:22–23;</w:t>
      </w:r>
      <w:r>
        <w:br/>
      </w:r>
      <w:r>
        <w:rPr>
          <w:b w:val="0"/>
          <w:i w:val="0"/>
        </w:rPr>
        <w:t xml:space="preserve"> Luke 9:44</w:t>
      </w:r>
      <w:r>
        <w:br/>
      </w:r>
      <w:r>
        <w:rPr>
          <w:b w:val="0"/>
          <w:i w:val="0"/>
        </w:rPr>
        <w:t xml:space="preserve"> [xxv]</w:t>
      </w:r>
    </w:p>
    <w:p>
      <w:pPr>
        <w:spacing w:after="80"/>
      </w:pPr>
      <w:r>
        <w:rPr>
          <w:b/>
          <w:i w:val="0"/>
        </w:rPr>
        <w:t>27.</w:t>
      </w:r>
      <w:r>
        <w:rPr>
          <w:b w:val="0"/>
          <w:i w:val="0"/>
        </w:rPr>
        <w:t xml:space="preserve"> Judas yêu mến Thầy hơn tất cả mọi người, và sau khi John the Baptist đã truyền lệnh: </w:t>
      </w:r>
      <w:r>
        <w:rPr>
          <w:b/>
          <w:i/>
        </w:rPr>
        <w:t>Kìa một người của Thiên Chúa, hãy theo ông ấy</w:t>
      </w:r>
      <w:r>
        <w:rPr>
          <w:b/>
          <w:i w:val="0"/>
        </w:rPr>
        <w:t>,</w:t>
      </w:r>
      <w:r>
        <w:rPr>
          <w:b w:val="0"/>
          <w:i w:val="0"/>
        </w:rPr>
        <w:t xml:space="preserve"> ông đã hoàn toàn tận tâm với sứ mệnh của Jesus.</w:t>
      </w:r>
    </w:p>
    <w:p>
      <w:pPr>
        <w:spacing w:after="80"/>
        <w:jc w:val="right"/>
      </w:pPr>
      <w:r>
        <w:rPr>
          <w:b w:val="0"/>
          <w:i/>
        </w:rPr>
        <w:t>xem</w:t>
      </w:r>
      <w:r>
        <w:br/>
      </w:r>
      <w:r>
        <w:rPr>
          <w:b w:val="0"/>
          <w:i w:val="0"/>
        </w:rPr>
        <w:t xml:space="preserve"> John 1:34–36</w:t>
      </w:r>
    </w:p>
    <w:p>
      <w:pPr>
        <w:spacing w:after="80"/>
      </w:pPr>
      <w:r>
        <w:rPr>
          <w:b/>
          <w:i w:val="0"/>
        </w:rPr>
        <w:t>28.</w:t>
      </w:r>
      <w:r>
        <w:rPr>
          <w:b w:val="0"/>
          <w:i w:val="0"/>
        </w:rPr>
        <w:t xml:space="preserve"> Nhưng Judas cũng là một người con ngoan đạo của Israel, người trông đợi Jesus thực hiện các lời tiên tri của các hiền nhân Israel, và giờ đây lo sợ rằng Con Người này không có ý định vào Jerusalem với quyền uy để đòi lại ngai vàng dòng David của Israel cho dân tộc Do Thái.</w:t>
      </w:r>
    </w:p>
    <w:p>
      <w:pPr>
        <w:spacing w:after="80"/>
      </w:pPr>
      <w:r>
        <w:rPr>
          <w:b/>
          <w:i w:val="0"/>
        </w:rPr>
        <w:t>29.</w:t>
      </w:r>
      <w:r>
        <w:rPr>
          <w:b w:val="0"/>
          <w:i w:val="0"/>
        </w:rPr>
        <w:t xml:space="preserve"> Judas cảm thấy một nỗi đau sâu thẳm trong tim khi ông suy ngẫm những điều này, nhận thức rằng nếu Jesus tiếp tục con đường này, thì tất cả sẽ mất. Một lần nữa người La Mã ắt sẽ thắng thế và chính sự tồn vong của Israel có thể bị đe dọa.</w:t>
      </w:r>
    </w:p>
    <w:p>
      <w:pPr>
        <w:jc w:val="center"/>
      </w:pPr>
      <w:r>
        <w:drawing>
          <wp:inline xmlns:a="http://schemas.openxmlformats.org/drawingml/2006/main" xmlns:pic="http://schemas.openxmlformats.org/drawingml/2006/picture">
            <wp:extent cx="390525" cy="114300"/>
            <wp:docPr id="15" name="Picture 15"/>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pStyle w:val="Heading2"/>
      </w:pPr>
      <w:r>
        <w:rPr>
          <w:rFonts w:ascii="Calibri" w:hAnsi="Calibri"/>
          <w:b/>
          <w:i w:val="0"/>
          <w:sz w:val="32"/>
        </w:rPr>
        <w:t>Chương 15</w:t>
      </w:r>
    </w:p>
    <w:p>
      <w:pPr>
        <w:pStyle w:val="Heading2"/>
      </w:pPr>
      <w:r>
        <w:rPr>
          <w:rFonts w:ascii="Calibri" w:hAnsi="Calibri"/>
          <w:b/>
          <w:i/>
          <w:sz w:val="32"/>
        </w:rPr>
        <w:t>Ngươi đã chọn theo một kẻ nguy hiểm</w:t>
      </w:r>
    </w:p>
    <w:p>
      <w:pPr>
        <w:spacing w:after="80"/>
      </w:pPr>
      <w:r>
        <w:rPr>
          <w:b/>
          <w:i w:val="0"/>
        </w:rPr>
        <w:t>1.</w:t>
      </w:r>
      <w:r>
        <w:rPr>
          <w:b w:val="0"/>
          <w:i w:val="0"/>
        </w:rPr>
        <w:t xml:space="preserve"> Jesus và các môn đệ đang đến gần cuối hành trình tới Jerusalem.</w:t>
      </w:r>
    </w:p>
    <w:p>
      <w:pPr>
        <w:spacing w:after="80"/>
      </w:pPr>
      <w:r>
        <w:rPr>
          <w:b/>
          <w:i w:val="0"/>
        </w:rPr>
        <w:t>2.</w:t>
      </w:r>
      <w:r>
        <w:rPr>
          <w:b w:val="0"/>
          <w:i w:val="0"/>
        </w:rPr>
        <w:t xml:space="preserve"> Họ dự định sẽ dừng chân ở Giê-ri-cô khi màn đêm buông xuống, trước khi leo lên những sườn dốc xứ Giu-đê và cuối cùng tiến vào Thành Thánh.</w:t>
      </w:r>
    </w:p>
    <w:p>
      <w:pPr>
        <w:spacing w:after="80"/>
      </w:pPr>
      <w:r>
        <w:rPr>
          <w:b/>
          <w:i w:val="0"/>
        </w:rPr>
        <w:t>3.</w:t>
      </w:r>
      <w:r>
        <w:rPr>
          <w:b w:val="0"/>
          <w:i w:val="0"/>
        </w:rPr>
        <w:t xml:space="preserve"> Họ đi qua các cổng thành Giê-ri-cô vào lúc chiều tối, thấy những người bán hàng nơi chợ đang dọn sạp, còn những người lao động đã vất vả ngoài đồng thì đang lần bước về nhà.</w:t>
      </w:r>
    </w:p>
    <w:p>
      <w:pPr>
        <w:spacing w:after="80"/>
      </w:pPr>
      <w:r>
        <w:rPr>
          <w:b/>
          <w:i w:val="0"/>
        </w:rPr>
        <w:t>4.</w:t>
      </w:r>
      <w:r>
        <w:rPr>
          <w:b w:val="0"/>
          <w:i w:val="0"/>
        </w:rPr>
        <w:t xml:space="preserve"> Khi Chúa Giê-su đi qua các con phố, dân địa phương tụ tập quanh Người, tò mò muốn nhìn tận mắt vị khách lạ đến từ Ga-li-lê.</w:t>
      </w:r>
    </w:p>
    <w:p>
      <w:pPr>
        <w:spacing w:after="80"/>
        <w:jc w:val="right"/>
      </w:pPr>
      <w:r>
        <w:rPr>
          <w:b w:val="0"/>
          <w:i w:val="0"/>
        </w:rPr>
        <w:t>[xxvi]</w:t>
      </w:r>
    </w:p>
    <w:p>
      <w:pPr>
        <w:spacing w:after="80"/>
      </w:pPr>
      <w:r>
        <w:rPr>
          <w:b/>
          <w:i w:val="0"/>
        </w:rPr>
        <w:t>5.</w:t>
      </w:r>
      <w:r>
        <w:rPr>
          <w:b w:val="0"/>
          <w:i w:val="0"/>
        </w:rPr>
        <w:t xml:space="preserve"> Tin đồn về một vị tiên tri mới, có lẽ còn là Đấng Mê-si-a, đã đến Giê-ri-cô từ trước khi Chúa Giê-su xuất hiện. Như bao người Do Thái sùng đạo khác, dân thành Giê-ri-cô sống trong niềm hy vọng rằng cuối cùng đã có người đến giải cứu họ khỏi ách bạo tàn của Rô-ma.</w:t>
      </w:r>
    </w:p>
    <w:p>
      <w:pPr>
        <w:spacing w:after="80"/>
      </w:pPr>
      <w:r>
        <w:rPr>
          <w:b/>
          <w:i w:val="0"/>
        </w:rPr>
        <w:t>6.</w:t>
      </w:r>
      <w:r>
        <w:rPr>
          <w:b w:val="0"/>
          <w:i w:val="0"/>
        </w:rPr>
        <w:t xml:space="preserve"> Khi Chúa Giê-su tiến bước qua các con phố, có người chỉ đứng lại ngắm nhìn con người đến từ Na-xa-rét, </w:t>
      </w:r>
      <w:r>
        <w:rPr>
          <w:b/>
          <w:i/>
        </w:rPr>
        <w:t>trong khi những người khác chào đón Người bằng những tiếng gọi Thầy, Ra-bi, thậm chí cả Mê-si-a, nhưng Chúa Giê-su vẫn tiếp tục bước đi mà không đáp lại những lời thúc giục của đám đông ồn ào</w:t>
      </w:r>
      <w:r>
        <w:rPr>
          <w:b/>
          <w:i w:val="0"/>
        </w:rPr>
        <w:t>.</w:t>
      </w:r>
    </w:p>
    <w:p>
      <w:pPr>
        <w:spacing w:after="80"/>
      </w:pPr>
      <w:r>
        <w:rPr>
          <w:b/>
          <w:i w:val="0"/>
        </w:rPr>
        <w:t>7.</w:t>
      </w:r>
      <w:r>
        <w:rPr>
          <w:b w:val="0"/>
          <w:i w:val="0"/>
        </w:rPr>
        <w:t xml:space="preserve"> Giu-đa rời Thầy mình để đi tìm chỗ trọ cho Chúa Giê-su và các môn đồ khác có thể nghỉ qua đêm. Ông tìm hoài mà không được, vì trong túi tiền chung không còn đủ xu để trang trải khoản chi ấy, nếu ông còn phải mua đủ thức ăn để họ có thể ăn.</w:t>
      </w:r>
    </w:p>
    <w:p>
      <w:pPr>
        <w:spacing w:after="80"/>
      </w:pPr>
      <w:r>
        <w:rPr>
          <w:b/>
          <w:i w:val="0"/>
        </w:rPr>
        <w:t>8.</w:t>
      </w:r>
      <w:r>
        <w:rPr>
          <w:b w:val="0"/>
          <w:i w:val="0"/>
        </w:rPr>
        <w:t xml:space="preserve"> Giu-đa quay về tay không, thấy Chúa Giê-su đang được rất nhiều người theo mới vây quanh, khi Người tiếp tục chậm rãi tiến bước qua các con phố của Giê-ri-cô.</w:t>
      </w:r>
    </w:p>
    <w:p>
      <w:pPr>
        <w:spacing w:after="80"/>
      </w:pPr>
      <w:r>
        <w:rPr>
          <w:b/>
          <w:i w:val="0"/>
        </w:rPr>
        <w:t>9.</w:t>
      </w:r>
      <w:r>
        <w:rPr>
          <w:b w:val="0"/>
          <w:i w:val="0"/>
        </w:rPr>
        <w:t xml:space="preserve"> Bỗng nhiên, không báo trước, Chúa Giê-su dừng lại. Người ngước nhìn lên một cây sung và thấy, đang ngồi trên cành cây, Xa-kêu, người đứng đầu thu thuế của thành.</w:t>
      </w:r>
    </w:p>
    <w:p>
      <w:pPr>
        <w:spacing w:after="80"/>
      </w:pPr>
      <w:r>
        <w:rPr>
          <w:b/>
          <w:i w:val="0"/>
        </w:rPr>
        <w:t>10.</w:t>
      </w:r>
      <w:r>
        <w:rPr>
          <w:b w:val="0"/>
          <w:i w:val="0"/>
        </w:rPr>
        <w:t xml:space="preserve"> Xa-kêu, một kẻ tham nhũng làm tay sai cho người Rô-ma, </w:t>
      </w:r>
      <w:r>
        <w:rPr>
          <w:b/>
          <w:i/>
        </w:rPr>
        <w:t>bị đồng bào Do Thái khinh ghét, không chỉ vì là kẻ tội lỗi, mà còn vì thân hình nhỏ bé của ông</w:t>
      </w:r>
      <w:r>
        <w:rPr>
          <w:b/>
          <w:i w:val="0"/>
        </w:rPr>
        <w:t>.</w:t>
      </w:r>
    </w:p>
    <w:p>
      <w:pPr>
        <w:spacing w:after="80"/>
      </w:pPr>
      <w:r>
        <w:rPr>
          <w:b/>
          <w:i w:val="0"/>
        </w:rPr>
        <w:t>11.</w:t>
      </w:r>
      <w:r>
        <w:rPr>
          <w:b w:val="0"/>
          <w:i w:val="0"/>
        </w:rPr>
        <w:t xml:space="preserve"> Người đàn ông giật mình nhìn xuống Chúa Giê-su. Đám đông lặng đi chờ xem Chúa Giê-su chế giễu ông ta. Suy cho cùng, viên thu thuế đã làm giàu nhờ làm tay sai cho Rô-ma và giờ đây đang bị một đám đông thù địch vây quanh, không còn lối nào để thoát thân.</w:t>
      </w:r>
    </w:p>
    <w:p>
      <w:pPr>
        <w:spacing w:after="80"/>
      </w:pPr>
      <w:r>
        <w:rPr>
          <w:b/>
          <w:i w:val="0"/>
        </w:rPr>
        <w:t>12.</w:t>
      </w:r>
      <w:r>
        <w:rPr>
          <w:b w:val="0"/>
          <w:i w:val="0"/>
        </w:rPr>
        <w:t xml:space="preserve"> Đám đông bắt đầu chế nhạo, và chỉ im lặng trở lại khi Chúa Giê-su giơ tay chào và nói: </w:t>
      </w:r>
      <w:r>
        <w:rPr>
          <w:b/>
          <w:i/>
        </w:rPr>
        <w:t>Xa-kêu, mau xuống đi, vì hôm nay ta phải ở lại nhà ngươi</w:t>
      </w:r>
      <w:r>
        <w:rPr>
          <w:b/>
          <w:i w:val="0"/>
        </w:rPr>
        <w:t>.</w:t>
      </w:r>
    </w:p>
    <w:p>
      <w:pPr>
        <w:spacing w:after="80"/>
      </w:pPr>
      <w:r>
        <w:rPr>
          <w:b/>
          <w:i w:val="0"/>
        </w:rPr>
        <w:t>13.</w:t>
      </w:r>
      <w:r>
        <w:rPr>
          <w:b w:val="0"/>
          <w:i w:val="0"/>
        </w:rPr>
        <w:t xml:space="preserve"> Xa-kêu vội vàng tụt xuống từ cành cây và đến bên Chúa Giê-su khi Người đứng giữa đám đông.</w:t>
      </w:r>
    </w:p>
    <w:p>
      <w:pPr>
        <w:spacing w:after="80"/>
      </w:pPr>
      <w:r>
        <w:rPr>
          <w:b/>
          <w:i w:val="0"/>
        </w:rPr>
        <w:t>14.</w:t>
      </w:r>
      <w:r>
        <w:rPr>
          <w:b w:val="0"/>
          <w:i w:val="0"/>
        </w:rPr>
        <w:t xml:space="preserve"> Giu-đa sững sờ nhìn Chúa Giê-su ôm lấy một người bị đồng bào Do Thái xa lánh, và tệ hơn nữa, Người giờ đây định qua đêm dưới mái nhà của ông ta.</w:t>
      </w:r>
    </w:p>
    <w:p>
      <w:pPr>
        <w:spacing w:after="80"/>
      </w:pPr>
      <w:r>
        <w:rPr>
          <w:b/>
          <w:i w:val="0"/>
        </w:rPr>
        <w:t>15.</w:t>
      </w:r>
      <w:r>
        <w:rPr>
          <w:b w:val="0"/>
          <w:i w:val="0"/>
        </w:rPr>
        <w:t xml:space="preserve"> Xa-kêu xúc động đến mức trước lòng thương xót của Chúa Giê-su, ông tuyên bố với đám đông đang sửng sốt: </w:t>
      </w:r>
      <w:r>
        <w:rPr>
          <w:b/>
          <w:i/>
        </w:rPr>
        <w:t>Lạy Chúa, một nửa tài sản của con, con xin đem cho người nghèo; và nếu con đã lừa dối ai, con sẽ đền lại gấp bốn</w:t>
      </w:r>
      <w:r>
        <w:rPr>
          <w:b/>
          <w:i w:val="0"/>
        </w:rPr>
        <w:t>.</w:t>
      </w:r>
    </w:p>
    <w:p>
      <w:pPr>
        <w:spacing w:after="80"/>
      </w:pPr>
      <w:r>
        <w:rPr>
          <w:b/>
          <w:i w:val="0"/>
        </w:rPr>
        <w:t>16.</w:t>
      </w:r>
      <w:r>
        <w:rPr>
          <w:b w:val="0"/>
          <w:i w:val="0"/>
        </w:rPr>
        <w:t xml:space="preserve"> Dân địa phương đón nhận lời đề nghị này bằng những tiếng hoan hô vang dội. Rồi họ để Xa-kêu chạy trước về nhà để ông có thể báo cho các gia nhân biết rằng Chúa Giê-su và các môn đồ sẽ là khách trong nhà ông đêm ấy.</w:t>
      </w:r>
    </w:p>
    <w:p>
      <w:pPr>
        <w:spacing w:after="80"/>
      </w:pPr>
      <w:r>
        <w:rPr>
          <w:b/>
          <w:i w:val="0"/>
        </w:rPr>
        <w:t>17.</w:t>
      </w:r>
      <w:r>
        <w:rPr>
          <w:b w:val="0"/>
          <w:i w:val="0"/>
        </w:rPr>
        <w:t xml:space="preserve"> Giu-đa không thể hiểu nổi tại sao Thầy mình lại ra lệnh cho chàng thanh niên giàu có phải từ bỏ tất cả tài sản và phân phát của cải cho người nghèo, trong khi lại cho phép Xa-chê giữ lại một nửa tài sản của mình.</w:t>
      </w:r>
    </w:p>
    <w:p>
      <w:pPr>
        <w:spacing w:after="80"/>
      </w:pPr>
      <w:r>
        <w:rPr>
          <w:b/>
          <w:i w:val="0"/>
        </w:rPr>
        <w:t>18.</w:t>
      </w:r>
      <w:r>
        <w:rPr>
          <w:b w:val="0"/>
          <w:i w:val="0"/>
        </w:rPr>
        <w:t xml:space="preserve"> Phi-e-rơ không thể đưa ra lời giải thích nào, và cũng bối rối không hiểu tại sao Chúa Giê-su lại sẵn lòng nghỉ ngơi trong nhà của một người đàn ông từng bị cấm vào Hội đường vì những tội lỗi công khai của ông ta.</w:t>
      </w:r>
    </w:p>
    <w:p>
      <w:pPr>
        <w:spacing w:after="80"/>
      </w:pPr>
      <w:r>
        <w:rPr>
          <w:b/>
          <w:i w:val="0"/>
        </w:rPr>
        <w:t>19.</w:t>
      </w:r>
      <w:r>
        <w:rPr>
          <w:b w:val="0"/>
          <w:i w:val="0"/>
        </w:rPr>
        <w:t xml:space="preserve"> Đám đông vây quanh Chúa Giê-su cũng không kém phần sững sờ. Phần lớn im lặng nhìn theo, trong khi một số người phá lên cười và những người khác thì quay lưng lại với Ngài.</w:t>
      </w:r>
    </w:p>
    <w:p>
      <w:pPr>
        <w:spacing w:after="80"/>
      </w:pPr>
      <w:r>
        <w:rPr>
          <w:b/>
          <w:i w:val="0"/>
        </w:rPr>
        <w:t>20.</w:t>
      </w:r>
      <w:r>
        <w:rPr>
          <w:b w:val="0"/>
          <w:i w:val="0"/>
        </w:rPr>
        <w:t xml:space="preserve"> Chúa Giê-su để họ lại đó và lên đường đến nhà Xa-chê, trong khi Giu-đa và các môn đồ khác miễn cưỡng theo sau Ngài.</w:t>
      </w:r>
    </w:p>
    <w:p>
      <w:pPr>
        <w:spacing w:after="80"/>
      </w:pPr>
      <w:r>
        <w:rPr>
          <w:b/>
          <w:i w:val="0"/>
        </w:rPr>
        <w:t>21.</w:t>
      </w:r>
      <w:r>
        <w:rPr>
          <w:b w:val="0"/>
          <w:i w:val="0"/>
        </w:rPr>
        <w:t xml:space="preserve"> Khi Chúa Giê-su bước vào nhà người thu thuế lần đầu, Ngài nói với những người hầu đang kinh ngạc rằng: </w:t>
      </w:r>
      <w:r>
        <w:rPr>
          <w:b/>
          <w:i/>
        </w:rPr>
        <w:t>Hôm nay sự cứu rỗi đã đến nhà này, vì người này cũng là con cháu Áp-ra-ham</w:t>
      </w:r>
      <w:r>
        <w:rPr>
          <w:b/>
          <w:i w:val="0"/>
        </w:rPr>
        <w:t>.</w:t>
      </w:r>
    </w:p>
    <w:p>
      <w:pPr>
        <w:spacing w:after="80"/>
        <w:jc w:val="right"/>
      </w:pPr>
      <w:r>
        <w:rPr>
          <w:b w:val="0"/>
          <w:i w:val="0"/>
        </w:rPr>
        <w:t>Lu-ca 19:2–9</w:t>
      </w:r>
    </w:p>
    <w:p>
      <w:pPr>
        <w:spacing w:after="80"/>
      </w:pPr>
      <w:r>
        <w:rPr>
          <w:b/>
          <w:i w:val="0"/>
        </w:rPr>
        <w:t>22.</w:t>
      </w:r>
      <w:r>
        <w:rPr>
          <w:b w:val="0"/>
          <w:i w:val="0"/>
        </w:rPr>
        <w:t xml:space="preserve"> Giu-đa phẫn nộ vì Thầy mình có thể nhắc đến Áp-ra-ham và Xa-chê trong cùng một hơi thở. Chẳng phải một người là tổ phụ của dân tộc, còn người kia vẫn là kẻ tội lỗi bị khinh rẻ đó sao?</w:t>
      </w:r>
    </w:p>
    <w:p>
      <w:pPr>
        <w:spacing w:after="80"/>
      </w:pPr>
      <w:r>
        <w:rPr>
          <w:b/>
          <w:i w:val="0"/>
        </w:rPr>
        <w:t>23.</w:t>
      </w:r>
      <w:r>
        <w:rPr>
          <w:b w:val="0"/>
          <w:i w:val="0"/>
        </w:rPr>
        <w:t xml:space="preserve"> Sau khi họ bẻ bánh, Chúa Giê-su nói với các môn đồ. Ngài lại cảnh báo họ rằng thời khắc của Ngài đã gần kề, vì Ngài sắp trở về cùng Cha mình, nhưng sau ba ngày Ngài sẽ sống lại từ cõi chết và một lần nữa đến giữa họ.</w:t>
      </w:r>
    </w:p>
    <w:p>
      <w:pPr>
        <w:spacing w:after="80"/>
        <w:jc w:val="right"/>
      </w:pPr>
      <w:r>
        <w:rPr>
          <w:b w:val="0"/>
          <w:i/>
        </w:rPr>
        <w:t>xem</w:t>
      </w:r>
      <w:r>
        <w:rPr>
          <w:b w:val="0"/>
          <w:i w:val="0"/>
        </w:rPr>
        <w:t xml:space="preserve"> Mat 26:1;</w:t>
      </w:r>
      <w:r>
        <w:br/>
      </w:r>
      <w:r>
        <w:rPr>
          <w:b w:val="0"/>
          <w:i w:val="0"/>
        </w:rPr>
        <w:t xml:space="preserve"> Giăng 13:1</w:t>
      </w:r>
    </w:p>
    <w:p>
      <w:pPr>
        <w:spacing w:after="80"/>
      </w:pPr>
      <w:r>
        <w:rPr>
          <w:b/>
          <w:i w:val="0"/>
        </w:rPr>
        <w:t>24.</w:t>
      </w:r>
      <w:r>
        <w:rPr>
          <w:b w:val="0"/>
          <w:i w:val="0"/>
        </w:rPr>
        <w:t xml:space="preserve"> Giu-đa chán nản khi Chúa Giê-su nói về cái chết của chính mình, nhưng lúc đó ông không gặng hỏi Thầy để được giải thích.</w:t>
      </w:r>
    </w:p>
    <w:p>
      <w:pPr>
        <w:spacing w:after="80"/>
      </w:pPr>
      <w:r>
        <w:rPr>
          <w:b/>
          <w:i w:val="0"/>
        </w:rPr>
        <w:t>25.</w:t>
      </w:r>
      <w:r>
        <w:rPr>
          <w:b w:val="0"/>
          <w:i w:val="0"/>
        </w:rPr>
        <w:t xml:space="preserve"> Đêm đó Giu-đa không thể ngủ được khi còn ở dưới mái nhà của một kẻ ô uế, kẻ có được của cải và địa vị nhờ một dân tộc vô tín.</w:t>
      </w:r>
    </w:p>
    <w:p>
      <w:pPr>
        <w:spacing w:after="80"/>
      </w:pPr>
      <w:r>
        <w:rPr>
          <w:b/>
          <w:i w:val="0"/>
        </w:rPr>
        <w:t>26.</w:t>
      </w:r>
      <w:r>
        <w:rPr>
          <w:b w:val="0"/>
          <w:i w:val="0"/>
        </w:rPr>
        <w:t xml:space="preserve"> Trong khi những người khác ngủ, Giu-đa vật lộn với vô vàn vấn đề mà Chúa Giê-su đã nhắc lại.</w:t>
      </w:r>
    </w:p>
    <w:p>
      <w:pPr>
        <w:spacing w:after="80"/>
      </w:pPr>
      <w:r>
        <w:rPr>
          <w:b/>
          <w:i w:val="0"/>
        </w:rPr>
        <w:t>27.</w:t>
      </w:r>
      <w:r>
        <w:rPr>
          <w:b w:val="0"/>
          <w:i w:val="0"/>
        </w:rPr>
        <w:t xml:space="preserve"> Kể từ khi họ xuống núi Ta-bo, những hành động của Thầy không còn giống như của một nhà lãnh đạo thiên sai đang quyết tâm tiến vào Giê-ru-sa-lem trong khải hoàn để chiếm ngôi Đa-vít của Y-sơ-ra-ên.</w:t>
      </w:r>
    </w:p>
    <w:p>
      <w:pPr>
        <w:spacing w:after="80"/>
      </w:pPr>
      <w:r>
        <w:rPr>
          <w:b/>
          <w:i w:val="0"/>
        </w:rPr>
        <w:t>28.</w:t>
      </w:r>
      <w:r>
        <w:rPr>
          <w:b w:val="0"/>
          <w:i w:val="0"/>
        </w:rPr>
        <w:t xml:space="preserve"> Không có đội quân nào ủng hộ Ngài, Giu-đa lo sợ điều gì có thể xảy ra với Thầy khi Ngài cuối cùng bước vào Thành Thánh.</w:t>
      </w:r>
    </w:p>
    <w:p>
      <w:pPr>
        <w:spacing w:after="80"/>
      </w:pPr>
      <w:r>
        <w:rPr>
          <w:b/>
          <w:i w:val="0"/>
        </w:rPr>
        <w:t>29.</w:t>
      </w:r>
      <w:r>
        <w:rPr>
          <w:b w:val="0"/>
          <w:i w:val="0"/>
        </w:rPr>
        <w:t xml:space="preserve"> Biết bao kẻ thù của Chúa Giê-su, trong đó có các Trưởng lão và người Pha-ri-si, sẽ tìm kiếm bất kỳ cớ nhỏ nhặt nào để bôi nhọ Ngài, thậm chí tiêu diệt Ngài.</w:t>
      </w:r>
    </w:p>
    <w:p>
      <w:pPr>
        <w:spacing w:after="80"/>
      </w:pPr>
      <w:r>
        <w:rPr>
          <w:b/>
          <w:i w:val="0"/>
        </w:rPr>
        <w:t>30.</w:t>
      </w:r>
      <w:r>
        <w:rPr>
          <w:b w:val="0"/>
          <w:i w:val="0"/>
        </w:rPr>
        <w:t xml:space="preserve"> Giu-đa nhớ lại niềm phấn khởi ông từng cảm thấy khi lần đầu gia nhập nhóm môn đồ của Chúa Giê-su. Ông đã bị choáng ngợp bởi uy quyền trong lời giảng dạy của Thầy và tự hào được nằm trong số mười hai người được chọn.</w:t>
      </w:r>
    </w:p>
    <w:p>
      <w:pPr>
        <w:spacing w:after="80"/>
      </w:pPr>
      <w:r>
        <w:rPr>
          <w:b/>
          <w:i w:val="0"/>
        </w:rPr>
        <w:t>31.</w:t>
      </w:r>
      <w:r>
        <w:rPr>
          <w:b w:val="0"/>
          <w:i w:val="0"/>
        </w:rPr>
        <w:t xml:space="preserve"> Nhưng liệu giờ đây ông có phải chấp nhận rằng Chúa Giê-su chẳng qua chỉ là một nhà tiên tri, và rằng chàng thanh niên giàu có kia có thể hóa ra lại đúng khi anh ta đã cảnh báo: </w:t>
      </w:r>
      <w:r>
        <w:rPr>
          <w:b/>
          <w:i/>
        </w:rPr>
        <w:t>Ngài đã chọn đi theo một kẻ nguy hiểm, kẻ sẽ khiến nhiều người ở Israel sụp đổ?</w:t>
      </w:r>
    </w:p>
    <w:p>
      <w:pPr>
        <w:spacing w:after="80"/>
        <w:jc w:val="right"/>
      </w:pPr>
      <w:r>
        <w:rPr>
          <w:b w:val="0"/>
          <w:i/>
        </w:rPr>
        <w:t>xem</w:t>
      </w:r>
      <w:r>
        <w:br/>
      </w:r>
      <w:r>
        <w:rPr>
          <w:b w:val="0"/>
          <w:i w:val="0"/>
        </w:rPr>
        <w:t xml:space="preserve"> Lu-ca 2:34</w:t>
      </w:r>
      <w:r>
        <w:br/>
      </w:r>
      <w:r>
        <w:rPr>
          <w:b w:val="0"/>
          <w:i w:val="0"/>
        </w:rPr>
        <w:t xml:space="preserve"> [xxvii]</w:t>
      </w:r>
    </w:p>
    <w:p>
      <w:pPr>
        <w:jc w:val="center"/>
      </w:pPr>
      <w:r>
        <w:drawing>
          <wp:inline xmlns:a="http://schemas.openxmlformats.org/drawingml/2006/main" xmlns:pic="http://schemas.openxmlformats.org/drawingml/2006/picture">
            <wp:extent cx="390525" cy="114300"/>
            <wp:docPr id="16" name="Picture 16"/>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pStyle w:val="Heading2"/>
      </w:pPr>
      <w:r>
        <w:rPr>
          <w:rFonts w:ascii="Calibri" w:hAnsi="Calibri"/>
          <w:b/>
          <w:i w:val="0"/>
          <w:sz w:val="32"/>
        </w:rPr>
        <w:t>Chương 16</w:t>
      </w:r>
    </w:p>
    <w:p>
      <w:pPr>
        <w:pStyle w:val="Heading2"/>
      </w:pPr>
      <w:r>
        <w:rPr>
          <w:rFonts w:ascii="Calibri" w:hAnsi="Calibri"/>
          <w:b/>
          <w:i/>
          <w:sz w:val="32"/>
        </w:rPr>
        <w:t>Hãy đi và làm như vậy</w:t>
      </w:r>
    </w:p>
    <w:p>
      <w:pPr>
        <w:spacing w:after="80"/>
      </w:pPr>
      <w:r>
        <w:rPr>
          <w:b/>
          <w:i w:val="0"/>
        </w:rPr>
        <w:t>1.</w:t>
      </w:r>
      <w:r>
        <w:rPr>
          <w:b w:val="0"/>
          <w:i w:val="0"/>
        </w:rPr>
        <w:t xml:space="preserve"> Họ có thể nghe thấy ông từ rất lâu trước khi có thể nhìn thấy ông.</w:t>
      </w:r>
    </w:p>
    <w:p>
      <w:pPr>
        <w:spacing w:after="80"/>
      </w:pPr>
      <w:r>
        <w:rPr>
          <w:b/>
          <w:i w:val="0"/>
        </w:rPr>
        <w:t>2.</w:t>
      </w:r>
      <w:r>
        <w:rPr>
          <w:b w:val="0"/>
          <w:i w:val="0"/>
        </w:rPr>
        <w:t xml:space="preserve"> Ba-ti-mê mù ngồi ăn xin ở cùng một góc phố mỗi ngày, từ lúc mặt trời mọc cho đến khi mặt trời lặn.</w:t>
      </w:r>
    </w:p>
    <w:p>
      <w:pPr>
        <w:spacing w:after="80"/>
      </w:pPr>
      <w:r>
        <w:rPr>
          <w:b/>
          <w:i w:val="0"/>
        </w:rPr>
        <w:t>3.</w:t>
      </w:r>
      <w:r>
        <w:rPr>
          <w:b w:val="0"/>
          <w:i w:val="0"/>
        </w:rPr>
        <w:t xml:space="preserve"> Khi Chúa Giê-su rời Giê-ri-cô sáng hôm đó, tiếng kêu của Ba-ti-mê khác với tiếng kêu ông vẫn thốt ra trước đây, và Giu-đa cho rằng Thầy sẽ từ chối ông ta: </w:t>
      </w:r>
      <w:r>
        <w:rPr>
          <w:b/>
          <w:i/>
        </w:rPr>
        <w:t>Giê-su, Con vua Đa-vít, xin thương xót con</w:t>
      </w:r>
      <w:r>
        <w:rPr>
          <w:b/>
          <w:i w:val="0"/>
        </w:rPr>
        <w:t>.</w:t>
      </w:r>
    </w:p>
    <w:p>
      <w:pPr>
        <w:spacing w:after="80"/>
      </w:pPr>
      <w:r>
        <w:rPr>
          <w:b/>
          <w:i w:val="0"/>
        </w:rPr>
        <w:t>4.</w:t>
      </w:r>
      <w:r>
        <w:rPr>
          <w:b w:val="0"/>
          <w:i w:val="0"/>
        </w:rPr>
        <w:t xml:space="preserve"> Phi-e-rơ chạy vượt lên trước Chúa Giê-su, biết rằng Thầy đã dặn các môn đồ không được để ai gọi Ngài là: </w:t>
      </w:r>
      <w:r>
        <w:rPr>
          <w:b/>
          <w:i/>
        </w:rPr>
        <w:t>Con vua Đa-vít</w:t>
      </w:r>
      <w:r>
        <w:rPr>
          <w:b/>
          <w:i w:val="0"/>
        </w:rPr>
        <w:t>.</w:t>
      </w:r>
    </w:p>
    <w:p>
      <w:pPr>
        <w:spacing w:after="80"/>
      </w:pPr>
      <w:r>
        <w:rPr>
          <w:b/>
          <w:i w:val="0"/>
        </w:rPr>
        <w:t>5.</w:t>
      </w:r>
      <w:r>
        <w:rPr>
          <w:b w:val="0"/>
          <w:i w:val="0"/>
        </w:rPr>
        <w:t xml:space="preserve"> Ông ra lệnh cho người ăn xin im miệng.</w:t>
      </w:r>
    </w:p>
    <w:p>
      <w:pPr>
        <w:spacing w:after="80"/>
      </w:pPr>
      <w:r>
        <w:rPr>
          <w:b/>
          <w:i w:val="0"/>
        </w:rPr>
        <w:t>6.</w:t>
      </w:r>
      <w:r>
        <w:rPr>
          <w:b w:val="0"/>
          <w:i w:val="0"/>
        </w:rPr>
        <w:t xml:space="preserve"> Nhưng Ba-ti-mê, biết rằng vậy thì Chúa Giê-su hẳn đang ở rất gần, càng kêu to hơn: </w:t>
      </w:r>
      <w:r>
        <w:rPr>
          <w:b/>
          <w:i/>
        </w:rPr>
        <w:t>Giê-su, Con vua Đa-vít, xin thương xót con</w:t>
      </w:r>
      <w:r>
        <w:rPr>
          <w:b/>
          <w:i w:val="0"/>
        </w:rPr>
        <w:t>.</w:t>
      </w:r>
    </w:p>
    <w:p>
      <w:pPr>
        <w:spacing w:after="80"/>
      </w:pPr>
      <w:r>
        <w:rPr>
          <w:b/>
          <w:i w:val="0"/>
        </w:rPr>
        <w:t>7.</w:t>
      </w:r>
      <w:r>
        <w:rPr>
          <w:b w:val="0"/>
          <w:i w:val="0"/>
        </w:rPr>
        <w:t xml:space="preserve"> Khi Chúa Giê-su nghe những lời này, Ngài nói: </w:t>
      </w:r>
      <w:r>
        <w:rPr>
          <w:b/>
          <w:i/>
        </w:rPr>
        <w:t>Hãy gọi anh ta</w:t>
      </w:r>
      <w:r>
        <w:rPr>
          <w:b/>
          <w:i w:val="0"/>
        </w:rPr>
        <w:t>.</w:t>
      </w:r>
    </w:p>
    <w:p>
      <w:pPr>
        <w:spacing w:after="80"/>
      </w:pPr>
      <w:r>
        <w:rPr>
          <w:b/>
          <w:i w:val="0"/>
        </w:rPr>
        <w:t>8.</w:t>
      </w:r>
      <w:r>
        <w:rPr>
          <w:b w:val="0"/>
          <w:i w:val="0"/>
        </w:rPr>
        <w:t xml:space="preserve"> An-rê đến bên Ba-ti-mê, đỡ ông dậy và dẫn người mù đến với Chúa Giê-su. Ba-ti-mê quỳ xuống.</w:t>
      </w:r>
    </w:p>
    <w:p>
      <w:pPr>
        <w:spacing w:after="80"/>
      </w:pPr>
      <w:r>
        <w:rPr>
          <w:b/>
          <w:i w:val="0"/>
        </w:rPr>
        <w:t>9.</w:t>
      </w:r>
      <w:r>
        <w:rPr>
          <w:b w:val="0"/>
          <w:i w:val="0"/>
        </w:rPr>
        <w:t xml:space="preserve"> Chúa Giê-su nhìn xuống người mù và nói với lòng thương xót, </w:t>
      </w:r>
      <w:r>
        <w:rPr>
          <w:b/>
          <w:i/>
        </w:rPr>
        <w:t>Con muốn Ta làm gì cho con?</w:t>
      </w:r>
    </w:p>
    <w:p>
      <w:pPr>
        <w:spacing w:after="80"/>
      </w:pPr>
      <w:r>
        <w:rPr>
          <w:b/>
          <w:i w:val="0"/>
        </w:rPr>
        <w:t>10.</w:t>
      </w:r>
      <w:r>
        <w:rPr>
          <w:b w:val="0"/>
          <w:i w:val="0"/>
        </w:rPr>
        <w:t xml:space="preserve"> Ba-ti-mê ngẩng đầu lên và nói: </w:t>
      </w:r>
      <w:r>
        <w:rPr>
          <w:b/>
          <w:i/>
        </w:rPr>
        <w:t>Lạy Chúa, xin cho con được nhìn thấy</w:t>
      </w:r>
      <w:r>
        <w:rPr>
          <w:b/>
          <w:i w:val="0"/>
        </w:rPr>
        <w:t>.</w:t>
      </w:r>
    </w:p>
    <w:p>
      <w:pPr>
        <w:spacing w:after="80"/>
      </w:pPr>
      <w:r>
        <w:rPr>
          <w:b/>
          <w:i w:val="0"/>
        </w:rPr>
        <w:t>11.</w:t>
      </w:r>
      <w:r>
        <w:rPr>
          <w:b w:val="0"/>
          <w:i w:val="0"/>
        </w:rPr>
        <w:t xml:space="preserve"> Chúa Giê-su chạm vào lưỡi ông rồi xoa nước bọt lên mắt Ba-ti-mê, nói rằng: </w:t>
      </w:r>
      <w:r>
        <w:rPr>
          <w:b/>
          <w:i/>
        </w:rPr>
        <w:t>Hãy đi, đức tin của con đã chữa lành con</w:t>
      </w:r>
      <w:r>
        <w:rPr>
          <w:b/>
          <w:i w:val="0"/>
        </w:rPr>
        <w:t>.</w:t>
      </w:r>
    </w:p>
    <w:p>
      <w:pPr>
        <w:spacing w:after="80"/>
        <w:jc w:val="right"/>
      </w:pPr>
      <w:r>
        <w:rPr>
          <w:b w:val="0"/>
          <w:i/>
        </w:rPr>
        <w:t>xem</w:t>
      </w:r>
      <w:r>
        <w:br/>
      </w:r>
      <w:r>
        <w:rPr>
          <w:b w:val="0"/>
          <w:i w:val="0"/>
        </w:rPr>
        <w:t xml:space="preserve"> Mác 20:30–32;</w:t>
      </w:r>
      <w:r>
        <w:br/>
      </w:r>
      <w:r>
        <w:rPr>
          <w:b w:val="0"/>
          <w:i w:val="0"/>
        </w:rPr>
        <w:t xml:space="preserve"> Mác 10:47–52;</w:t>
      </w:r>
      <w:r>
        <w:br/>
      </w:r>
      <w:r>
        <w:rPr>
          <w:b w:val="0"/>
          <w:i w:val="0"/>
        </w:rPr>
        <w:t xml:space="preserve"> Lu-ca 18:38–42</w:t>
      </w:r>
    </w:p>
    <w:p>
      <w:pPr>
        <w:spacing w:after="80"/>
      </w:pPr>
      <w:r>
        <w:rPr>
          <w:b/>
          <w:i w:val="0"/>
        </w:rPr>
        <w:t>12.</w:t>
      </w:r>
      <w:r>
        <w:rPr>
          <w:b w:val="0"/>
          <w:i w:val="0"/>
        </w:rPr>
        <w:t xml:space="preserve"> Lòng Giu-đa tràn đầy một niềm hy vọng mới. Một người ăn xin mù đã gọi Giê-su là </w:t>
      </w:r>
      <w:r>
        <w:rPr>
          <w:b/>
          <w:i/>
        </w:rPr>
        <w:t>Con của Đa-vít</w:t>
      </w:r>
      <w:r>
        <w:rPr>
          <w:b w:val="0"/>
          <w:i w:val="0"/>
        </w:rPr>
        <w:t xml:space="preserve"> và Thầy đã không phủ nhận lời ấy.</w:t>
      </w:r>
    </w:p>
    <w:p>
      <w:pPr>
        <w:spacing w:after="80"/>
        <w:jc w:val="right"/>
      </w:pPr>
      <w:r>
        <w:rPr>
          <w:b w:val="0"/>
          <w:i w:val="0"/>
        </w:rPr>
        <w:t>[xxviii]</w:t>
      </w:r>
    </w:p>
    <w:p>
      <w:pPr>
        <w:spacing w:after="80"/>
      </w:pPr>
      <w:r>
        <w:rPr>
          <w:b/>
          <w:i w:val="0"/>
        </w:rPr>
        <w:t>13.</w:t>
      </w:r>
      <w:r>
        <w:rPr>
          <w:b w:val="0"/>
          <w:i w:val="0"/>
        </w:rPr>
        <w:t xml:space="preserve"> Phải chăng đây cuối cùng chính là dấu hiệu mà Giê-su nay đã chấp nhận, vào lúc chỉ còn một thời gian ngắn nữa trước khi họ bước vào Thành Thánh, rằng ngài là Đấng Mê-si-a và sẽ biến YHWH thành Đấng cai trị tuyệt đối và là Vua?</w:t>
      </w:r>
    </w:p>
    <w:p>
      <w:pPr>
        <w:spacing w:after="80"/>
      </w:pPr>
      <w:r>
        <w:rPr>
          <w:b/>
          <w:i w:val="0"/>
        </w:rPr>
        <w:t>14.</w:t>
      </w:r>
      <w:r>
        <w:rPr>
          <w:b w:val="0"/>
          <w:i w:val="0"/>
        </w:rPr>
        <w:t xml:space="preserve"> Một Kinh sư sùng đạo từ Giê-ru-sa-lem rời Thành Thánh để tìm gặp Giê-su, vì ông đã nghe vài người nói rằng con trai của một người thợ mộc đến từ Na-xa-rét chính là đấng được mong đợi, Đấng Mê-si-a.</w:t>
      </w:r>
    </w:p>
    <w:p>
      <w:pPr>
        <w:spacing w:after="80"/>
      </w:pPr>
      <w:r>
        <w:rPr>
          <w:b/>
          <w:i w:val="0"/>
        </w:rPr>
        <w:t>15.</w:t>
      </w:r>
      <w:r>
        <w:rPr>
          <w:b w:val="0"/>
          <w:i w:val="0"/>
        </w:rPr>
        <w:t xml:space="preserve"> Vị Kinh sư đi suốt một ngày một đêm trước khi gặp một đám đông lớn đang theo một người đàn ông khi ông tiếp tục hành trình từ Giê-ri-cô đến Giê-ru-sa-lem.</w:t>
      </w:r>
    </w:p>
    <w:p>
      <w:pPr>
        <w:spacing w:after="80"/>
      </w:pPr>
      <w:r>
        <w:rPr>
          <w:b/>
          <w:i w:val="0"/>
        </w:rPr>
        <w:t>16.</w:t>
      </w:r>
      <w:r>
        <w:rPr>
          <w:b w:val="0"/>
          <w:i w:val="0"/>
        </w:rPr>
        <w:t xml:space="preserve"> Vị Kinh sư đến gần Giê-su và nói: </w:t>
      </w:r>
      <w:r>
        <w:rPr>
          <w:b/>
          <w:i/>
        </w:rPr>
        <w:t>Thưa Thầy, tôi phải làm gì để được hưởng sự sống đời đời?</w:t>
      </w:r>
    </w:p>
    <w:p>
      <w:pPr>
        <w:spacing w:after="80"/>
      </w:pPr>
      <w:r>
        <w:rPr>
          <w:b/>
          <w:i w:val="0"/>
        </w:rPr>
        <w:t>17.</w:t>
      </w:r>
      <w:r>
        <w:rPr>
          <w:b w:val="0"/>
          <w:i w:val="0"/>
        </w:rPr>
        <w:t xml:space="preserve"> Giê-su mỉm cười với vị Kinh sư và nói: </w:t>
      </w:r>
      <w:r>
        <w:rPr>
          <w:b/>
          <w:i/>
        </w:rPr>
        <w:t>Câu chữ của luật dạy điều gì?</w:t>
      </w:r>
    </w:p>
    <w:p>
      <w:pPr>
        <w:spacing w:after="80"/>
      </w:pPr>
      <w:r>
        <w:rPr>
          <w:b/>
          <w:i w:val="0"/>
        </w:rPr>
        <w:t>18.</w:t>
      </w:r>
      <w:r>
        <w:rPr>
          <w:b w:val="0"/>
          <w:i w:val="0"/>
        </w:rPr>
        <w:t xml:space="preserve"> Vị luật sư nói: </w:t>
      </w:r>
      <w:r>
        <w:rPr>
          <w:b/>
          <w:i/>
        </w:rPr>
        <w:t>Ngươi phải yêu Chúa là Thiên Chúa của ngươi hết lòng và yêu người lân cận như chính mình</w:t>
      </w:r>
      <w:r>
        <w:rPr>
          <w:b/>
          <w:i w:val="0"/>
        </w:rPr>
        <w:t>.</w:t>
      </w:r>
    </w:p>
    <w:p>
      <w:pPr>
        <w:spacing w:after="80"/>
      </w:pPr>
      <w:r>
        <w:rPr>
          <w:b/>
          <w:i w:val="0"/>
        </w:rPr>
        <w:t>19.</w:t>
      </w:r>
      <w:r>
        <w:rPr>
          <w:b w:val="0"/>
          <w:i w:val="0"/>
        </w:rPr>
        <w:t xml:space="preserve"> Giê-su nói: </w:t>
      </w:r>
      <w:r>
        <w:rPr>
          <w:b/>
          <w:i/>
        </w:rPr>
        <w:t>Vậy hãy làm như thế, và ngươi sẽ được sống</w:t>
      </w:r>
      <w:r>
        <w:rPr>
          <w:b/>
          <w:i w:val="0"/>
        </w:rPr>
        <w:t>.</w:t>
      </w:r>
    </w:p>
    <w:p>
      <w:pPr>
        <w:spacing w:after="80"/>
      </w:pPr>
      <w:r>
        <w:rPr>
          <w:b/>
          <w:i w:val="0"/>
        </w:rPr>
        <w:t xml:space="preserve">20. </w:t>
      </w:r>
      <w:r>
        <w:rPr>
          <w:b/>
          <w:i/>
        </w:rPr>
        <w:t>Nhưng ai là người lân cận của tôi?</w:t>
      </w:r>
      <w:r>
        <w:rPr>
          <w:b w:val="0"/>
          <w:i w:val="0"/>
        </w:rPr>
        <w:t xml:space="preserve"> vị luật sư nói, nghĩ rằng mình có thể gài bẫy ngài.</w:t>
      </w:r>
    </w:p>
    <w:p>
      <w:pPr>
        <w:spacing w:after="80"/>
      </w:pPr>
      <w:r>
        <w:rPr>
          <w:b/>
          <w:i w:val="0"/>
        </w:rPr>
        <w:t>21.</w:t>
      </w:r>
      <w:r>
        <w:rPr>
          <w:b w:val="0"/>
          <w:i w:val="0"/>
        </w:rPr>
        <w:t xml:space="preserve"> Giê-su ngồi xuống bên lề con đường đầy bụi và đáp lời vị Kinh sư rằng: </w:t>
      </w:r>
      <w:r>
        <w:rPr>
          <w:b/>
          <w:i/>
        </w:rPr>
        <w:t>Một thương nhân đang đi trên con đường này bị một bọn trộm cướp tấn công, chúng cướp của ông và bỏ mặc ông như đã chết</w:t>
      </w:r>
      <w:r>
        <w:rPr>
          <w:b/>
          <w:i w:val="0"/>
        </w:rPr>
        <w:t>.</w:t>
      </w:r>
    </w:p>
    <w:p>
      <w:pPr>
        <w:spacing w:after="80"/>
      </w:pPr>
      <w:r>
        <w:rPr>
          <w:b/>
          <w:i w:val="0"/>
        </w:rPr>
        <w:t xml:space="preserve">22. </w:t>
      </w:r>
      <w:r>
        <w:rPr>
          <w:b/>
          <w:i/>
        </w:rPr>
        <w:t>Một người Pha-ri-si, thấy người đàn ông nằm trên đường, đã đi qua, vì ông cho rằng người ấy đã chết, và nếu ông chạm vào anh ta, chính ông sẽ trở nên ô uế và do đó không bao giờ có hy vọng vào được vương quốc thiên đàng</w:t>
      </w:r>
      <w:r>
        <w:rPr>
          <w:b/>
          <w:i w:val="0"/>
        </w:rPr>
        <w:t>.</w:t>
      </w:r>
    </w:p>
    <w:p>
      <w:pPr>
        <w:spacing w:after="80"/>
      </w:pPr>
      <w:r>
        <w:rPr>
          <w:b/>
          <w:i w:val="0"/>
        </w:rPr>
        <w:t xml:space="preserve">23. </w:t>
      </w:r>
      <w:r>
        <w:rPr>
          <w:b/>
          <w:i/>
        </w:rPr>
        <w:t>Chốc lát sau, một thầy tế lễ đi ngang qua. Ông cũng từ chối đến cứu giúp người đàn ông đang bị nạn, vì ông sợ rằng nếu người ấy còn sống mà ông chạm vào dòng máu đang chảy, thì chính ông cũng sẽ trở nên ô uế và do đó không thể vào được vương quốc thiên đàng</w:t>
      </w:r>
      <w:r>
        <w:rPr>
          <w:b/>
          <w:i w:val="0"/>
        </w:rPr>
        <w:t>.</w:t>
      </w:r>
    </w:p>
    <w:p>
      <w:pPr>
        <w:spacing w:after="80"/>
      </w:pPr>
      <w:r>
        <w:rPr>
          <w:b/>
          <w:i w:val="0"/>
        </w:rPr>
        <w:t xml:space="preserve">24. </w:t>
      </w:r>
      <w:r>
        <w:rPr>
          <w:b/>
          <w:i/>
        </w:rPr>
        <w:t>Một lúc sau, một người Sa-ma-ri đi ngang qua và, thấy thân thể nằm trên đường, liền đến cứu giúp thương nhân. Ông rửa sạch và băng bó vết thương cho người ấy, rồi nâng anh ta dậy, đặt lên lưng lừa của mình và cùng đi với anh đến quán trọ gần nhất. Ông để lại cho chủ quán trọ hai đồng xu để bảo đảm người ấy sẽ được chăm sóc cho đến khi bình phục hoàn toàn. Và trước khi người Sa-ma-ri rời đi để tiếp tục hành trình, ông nói: ‘Và bất cứ điều gì ngươi cần chi thêm, ta sẽ trả lại cho ngươi khi ta đi ngang qua đây lần tới.’</w:t>
      </w:r>
    </w:p>
    <w:p>
      <w:pPr>
        <w:spacing w:after="80"/>
      </w:pPr>
      <w:r>
        <w:rPr>
          <w:b/>
          <w:i w:val="0"/>
        </w:rPr>
        <w:t>25.</w:t>
      </w:r>
      <w:r>
        <w:rPr>
          <w:b w:val="0"/>
          <w:i w:val="0"/>
        </w:rPr>
        <w:t xml:space="preserve"> Giê-su ngước nhìn vị Kinh sư và nói: </w:t>
      </w:r>
      <w:r>
        <w:rPr>
          <w:b/>
          <w:i/>
        </w:rPr>
        <w:t>Theo ông, ai trong những người này là người lân cận của anh ta?</w:t>
      </w:r>
    </w:p>
    <w:p>
      <w:pPr>
        <w:spacing w:after="80"/>
      </w:pPr>
      <w:r>
        <w:rPr>
          <w:b/>
          <w:i w:val="0"/>
        </w:rPr>
        <w:t>26.</w:t>
      </w:r>
      <w:r>
        <w:rPr>
          <w:b w:val="0"/>
          <w:i w:val="0"/>
        </w:rPr>
        <w:t xml:space="preserve"> Vị Kinh sư bực bội, vì chính Giê-su đã cuối cùng khiến ông rơi vào thế phải thừa nhận rằng một người Sa-ma-ri hóa ra lại là người lân cận của người đàn ông ấy.</w:t>
      </w:r>
    </w:p>
    <w:p>
      <w:pPr>
        <w:spacing w:after="80"/>
        <w:jc w:val="right"/>
      </w:pPr>
      <w:r>
        <w:rPr>
          <w:b w:val="0"/>
          <w:i/>
        </w:rPr>
        <w:t>xem</w:t>
      </w:r>
      <w:r>
        <w:br/>
      </w:r>
      <w:r>
        <w:rPr>
          <w:b w:val="0"/>
          <w:i w:val="0"/>
        </w:rPr>
        <w:t xml:space="preserve"> Lu-ca 10:25–37</w:t>
      </w:r>
    </w:p>
    <w:p>
      <w:pPr>
        <w:spacing w:after="80"/>
      </w:pPr>
      <w:r>
        <w:rPr>
          <w:b/>
          <w:i w:val="0"/>
        </w:rPr>
        <w:t>27.</w:t>
      </w:r>
      <w:r>
        <w:rPr>
          <w:b w:val="0"/>
          <w:i w:val="0"/>
        </w:rPr>
        <w:t xml:space="preserve"> Đức Giê-su đứng dậy và nói: </w:t>
      </w:r>
      <w:r>
        <w:rPr>
          <w:b/>
          <w:i/>
        </w:rPr>
        <w:t>Vậy con hãy đi và làm như vậy</w:t>
      </w:r>
      <w:r>
        <w:rPr>
          <w:b/>
          <w:i w:val="0"/>
        </w:rPr>
        <w:t>.</w:t>
      </w:r>
    </w:p>
    <w:p>
      <w:pPr>
        <w:spacing w:after="80"/>
      </w:pPr>
      <w:r>
        <w:rPr>
          <w:b/>
          <w:i w:val="0"/>
        </w:rPr>
        <w:t>28.</w:t>
      </w:r>
      <w:r>
        <w:rPr>
          <w:b w:val="0"/>
          <w:i w:val="0"/>
        </w:rPr>
        <w:t xml:space="preserve"> Đức Giê-su tiếp tục lên đường đến Giê-ru-sa-lem, và các môn đệ đi theo Người.</w:t>
      </w:r>
    </w:p>
    <w:p>
      <w:pPr>
        <w:spacing w:after="80"/>
      </w:pPr>
      <w:r>
        <w:rPr>
          <w:b/>
          <w:i w:val="0"/>
        </w:rPr>
        <w:t>29.</w:t>
      </w:r>
      <w:r>
        <w:rPr>
          <w:b w:val="0"/>
          <w:i w:val="0"/>
        </w:rPr>
        <w:t xml:space="preserve"> Giu-đa tìm đến gặp thầy kinh luật, vì ông không hiểu nổi tại sao Thầy lại kể một dụ ngôn mô tả một người Sa-ma-ri – kẻ thù không đội trời chung của người Do Thái – như một người dễ tỏ lòng thương xót với ai đang gặp hoạn nạn hơn là một người Pha-ri-sêu hay một tư tế.</w:t>
      </w:r>
    </w:p>
    <w:p>
      <w:pPr>
        <w:spacing w:after="80"/>
      </w:pPr>
      <w:r>
        <w:rPr>
          <w:b/>
          <w:i w:val="0"/>
        </w:rPr>
        <w:t>30.</w:t>
      </w:r>
      <w:r>
        <w:rPr>
          <w:b w:val="0"/>
          <w:i w:val="0"/>
        </w:rPr>
        <w:t xml:space="preserve"> Giu-đa thấy thầy kinh luật đang đứng ở phía sau đám đông, lòng sôi sục giận dữ vì bị bẽ mặt trước công chúng, ngay trước những con người mộc mạc như thế.</w:t>
      </w:r>
    </w:p>
    <w:p>
      <w:pPr>
        <w:spacing w:after="80"/>
      </w:pPr>
      <w:r>
        <w:rPr>
          <w:b/>
          <w:i w:val="0"/>
        </w:rPr>
        <w:t>31.</w:t>
      </w:r>
      <w:r>
        <w:rPr>
          <w:b w:val="0"/>
          <w:i w:val="0"/>
        </w:rPr>
        <w:t xml:space="preserve"> Giu-đa bước đi bên cạnh ông, và bắt đầu kể cho thầy kinh luật nghe về bao nhiêu việc tốt lành ông đã chứng kiến kể từ khi trở thành một trong những người theo Đức Giê-su.</w:t>
      </w:r>
    </w:p>
    <w:p>
      <w:pPr>
        <w:spacing w:after="80"/>
      </w:pPr>
      <w:r>
        <w:rPr>
          <w:b/>
          <w:i w:val="0"/>
        </w:rPr>
        <w:t>32.</w:t>
      </w:r>
      <w:r>
        <w:rPr>
          <w:b w:val="0"/>
          <w:i w:val="0"/>
        </w:rPr>
        <w:t xml:space="preserve"> Thầy kinh luật lắng nghe trong im lặng, nhưng phải một lúc lâu ông mới nguôi giận và thậm chí bắt đầu chấp nhận rằng có thể Đức Giê-su là một người thánh thiện.</w:t>
      </w:r>
    </w:p>
    <w:p>
      <w:pPr>
        <w:spacing w:after="80"/>
      </w:pPr>
      <w:r>
        <w:rPr>
          <w:b/>
          <w:i w:val="0"/>
        </w:rPr>
        <w:t>33.</w:t>
      </w:r>
      <w:r>
        <w:rPr>
          <w:b w:val="0"/>
          <w:i w:val="0"/>
        </w:rPr>
        <w:t xml:space="preserve"> Đến khi họ dừng lại nghỉ qua đêm, Giu-đa hy vọng mình đã thuyết phục được thầy kinh luật rằng ông nên cùng đi với họ khi họ vào Thành Thánh ngày hôm sau. Thầy kinh luật gật đầu, nhưng vẫn im lặng.</w:t>
      </w:r>
    </w:p>
    <w:p>
      <w:pPr>
        <w:spacing w:after="80"/>
      </w:pPr>
      <w:r>
        <w:rPr>
          <w:b/>
          <w:i w:val="0"/>
        </w:rPr>
        <w:t>34.</w:t>
      </w:r>
      <w:r>
        <w:rPr>
          <w:b w:val="0"/>
          <w:i w:val="0"/>
        </w:rPr>
        <w:t xml:space="preserve"> Trong lúc họ cùng ăn tối, sự tự tin của Giu-đa tăng lên. Ông tâm sự với thầy kinh luật rằng chính ông cũng có những e ngại về điều có thể xảy ra khi Thầy của ông đặt chân vào Giê-ru-sa-lem.</w:t>
      </w:r>
    </w:p>
    <w:p>
      <w:pPr>
        <w:spacing w:after="80"/>
      </w:pPr>
      <w:r>
        <w:rPr>
          <w:b/>
          <w:i w:val="0"/>
        </w:rPr>
        <w:t>35.</w:t>
      </w:r>
      <w:r>
        <w:rPr>
          <w:b w:val="0"/>
          <w:i w:val="0"/>
        </w:rPr>
        <w:t xml:space="preserve"> Giu-đa thú nhận rằng ông sợ Đức Giê-su có thể gặp nguy hiểm từ vô số kẻ thù, những kẻ sẽ chỉ quá vui mừng khi thấy Người vấp ngã trên đường đi, thậm chí là chết mất.</w:t>
      </w:r>
    </w:p>
    <w:p>
      <w:pPr>
        <w:spacing w:after="80"/>
      </w:pPr>
      <w:r>
        <w:rPr>
          <w:b/>
          <w:i w:val="0"/>
        </w:rPr>
        <w:t>36.</w:t>
      </w:r>
      <w:r>
        <w:rPr>
          <w:b w:val="0"/>
          <w:i w:val="0"/>
        </w:rPr>
        <w:t xml:space="preserve"> Thầy kinh luật gợi ý: "Có lẽ sẽ là khôn ngoan nếu Đức Giê-su không xuất hiện ở Giê-ru-sa-lem vào lúc này, mà thay vào đó trở về Ga-li-lê."</w:t>
      </w:r>
    </w:p>
    <w:p>
      <w:pPr>
        <w:spacing w:after="80"/>
      </w:pPr>
      <w:r>
        <w:rPr>
          <w:b/>
          <w:i w:val="0"/>
        </w:rPr>
        <w:t>37.</w:t>
      </w:r>
      <w:r>
        <w:rPr>
          <w:b w:val="0"/>
          <w:i w:val="0"/>
        </w:rPr>
        <w:t xml:space="preserve"> Giu-đa nói: "Đã quá muộn cho điều đó. Thầy đã định đoạt con đường của mình, và sẽ không chấp nhận quay đầu. Đang là thời gian Lễ Vượt Qua và Thầy tin rằng mình đang thực hiện ý muốn của Thiên Chúa."</w:t>
      </w:r>
    </w:p>
    <w:p>
      <w:pPr>
        <w:spacing w:after="80"/>
      </w:pPr>
      <w:r>
        <w:rPr>
          <w:b/>
          <w:i w:val="0"/>
        </w:rPr>
        <w:t>38.</w:t>
      </w:r>
      <w:r>
        <w:rPr>
          <w:b w:val="0"/>
          <w:i w:val="0"/>
        </w:rPr>
        <w:t xml:space="preserve"> Thầy kinh luật đáp: "Vậy thì ông phải cứu Người khỏi chính bản thân Người, và vì mục đích đó, ông có thể trông cậy vào sự giúp đỡ của tôi."</w:t>
      </w:r>
    </w:p>
    <w:p>
      <w:pPr>
        <w:spacing w:after="80"/>
      </w:pPr>
      <w:r>
        <w:rPr>
          <w:b/>
          <w:i w:val="0"/>
        </w:rPr>
        <w:t>39.</w:t>
      </w:r>
      <w:r>
        <w:rPr>
          <w:b w:val="0"/>
          <w:i w:val="0"/>
        </w:rPr>
        <w:t xml:space="preserve"> Giu-đa chăm chú lắng nghe thầy kinh luật khi ông gợi ý cách Đức Giê-su có thể được cứu.</w:t>
      </w:r>
    </w:p>
    <w:p>
      <w:pPr>
        <w:spacing w:after="80"/>
      </w:pPr>
      <w:r>
        <w:rPr>
          <w:b/>
          <w:i w:val="0"/>
        </w:rPr>
        <w:t>40.</w:t>
      </w:r>
      <w:r>
        <w:rPr>
          <w:b w:val="0"/>
          <w:i w:val="0"/>
        </w:rPr>
        <w:t xml:space="preserve"> Thầy kinh luật thậm chí đồng ý đến trợ giúp Giu-đa bất cứ lúc nào, nếu ông lo rằng Thầy đang gặp nguy hiểm.</w:t>
      </w:r>
    </w:p>
    <w:p>
      <w:pPr>
        <w:spacing w:after="80"/>
      </w:pPr>
      <w:r>
        <w:rPr>
          <w:b/>
          <w:i w:val="0"/>
        </w:rPr>
        <w:t>41.</w:t>
      </w:r>
      <w:r>
        <w:rPr>
          <w:b w:val="0"/>
          <w:i w:val="0"/>
        </w:rPr>
        <w:t xml:space="preserve"> Giu-đa ngủ một giấc ngon lành lần đầu tiên sau nhiều ngày, tin chắc rằng nếu Đức Giê-su gặp bất kỳ nguy hiểm nào khi vào Giê-ru-sa-lem, ông đã tranh thủ được một đồng minh có quyền thế để hỗ trợ Người.</w:t>
      </w:r>
    </w:p>
    <w:p>
      <w:pPr>
        <w:spacing w:after="80"/>
      </w:pPr>
      <w:r>
        <w:rPr>
          <w:b/>
          <w:i w:val="0"/>
        </w:rPr>
        <w:t>42.</w:t>
      </w:r>
      <w:r>
        <w:rPr>
          <w:b w:val="0"/>
          <w:i w:val="0"/>
        </w:rPr>
        <w:t xml:space="preserve"> Khi Giu-đa thức dậy vào sáng hôm sau, ông được báo rằng vị luật sư đã dậy sớm hơn và đã lên đường đi Giê-ru-sa-lem rồi.</w:t>
      </w:r>
    </w:p>
    <w:p>
      <w:pPr>
        <w:spacing w:after="80"/>
      </w:pPr>
      <w:r>
        <w:rPr>
          <w:b/>
          <w:i w:val="0"/>
        </w:rPr>
        <w:t>43.</w:t>
      </w:r>
      <w:r>
        <w:rPr>
          <w:b w:val="0"/>
          <w:i w:val="0"/>
        </w:rPr>
        <w:t xml:space="preserve"> Giu-đa đi tìm Chúa Giê-su và thấy Ngài đang bước đi giữa các môn đồ. Bậc Thầy đang động viên họ khi họ chuẩn bị cho chặng cuối của hành trình đưa họ đến Thành Thánh.</w:t>
      </w:r>
    </w:p>
    <w:p>
      <w:pPr>
        <w:spacing w:after="80"/>
      </w:pPr>
      <w:r>
        <w:rPr>
          <w:b/>
          <w:i w:val="0"/>
        </w:rPr>
        <w:t>44.</w:t>
      </w:r>
      <w:r>
        <w:rPr>
          <w:b w:val="0"/>
          <w:i w:val="0"/>
        </w:rPr>
        <w:t xml:space="preserve"> Dù các môn đồ khác, kể cả Phi-e-rơ, có vẻ vẫn chưa chắc chắn điều gì sẽ xảy đến với mình, giờ đây Giu-đa đã tin chắc rằng khi họ đến Giê-ru-sa-lem, Chúa Giê-su sẽ không còn gặp nguy hiểm nào nữa.</w:t>
      </w:r>
    </w:p>
    <w:p>
      <w:pPr>
        <w:jc w:val="center"/>
      </w:pPr>
      <w:r>
        <w:drawing>
          <wp:inline xmlns:a="http://schemas.openxmlformats.org/drawingml/2006/main" xmlns:pic="http://schemas.openxmlformats.org/drawingml/2006/picture">
            <wp:extent cx="390525" cy="114300"/>
            <wp:docPr id="17" name="Picture 17"/>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pStyle w:val="Heading2"/>
      </w:pPr>
      <w:r>
        <w:rPr>
          <w:rFonts w:ascii="Calibri" w:hAnsi="Calibri"/>
          <w:b/>
          <w:i w:val="0"/>
          <w:sz w:val="32"/>
        </w:rPr>
        <w:t>Chương 17</w:t>
      </w:r>
    </w:p>
    <w:p>
      <w:pPr>
        <w:pStyle w:val="Heading2"/>
      </w:pPr>
      <w:r>
        <w:rPr>
          <w:rFonts w:ascii="Calibri" w:hAnsi="Calibri"/>
          <w:b/>
          <w:i/>
          <w:sz w:val="32"/>
        </w:rPr>
        <w:t>Chúa cần đến nó</w:t>
      </w:r>
    </w:p>
    <w:p>
      <w:pPr>
        <w:spacing w:after="80"/>
      </w:pPr>
      <w:r>
        <w:rPr>
          <w:b/>
          <w:i w:val="0"/>
        </w:rPr>
        <w:t>1.</w:t>
      </w:r>
      <w:r>
        <w:rPr>
          <w:b w:val="0"/>
          <w:i w:val="0"/>
        </w:rPr>
        <w:t xml:space="preserve"> Đầu tiên họ nghe thấy tiếng tù và, rồi đến tiếng ồn ào của những giọng nói ngày càng lớn dần.</w:t>
      </w:r>
    </w:p>
    <w:p>
      <w:pPr>
        <w:spacing w:after="80"/>
      </w:pPr>
      <w:r>
        <w:rPr>
          <w:b/>
          <w:i w:val="0"/>
        </w:rPr>
        <w:t>2.</w:t>
      </w:r>
      <w:r>
        <w:rPr>
          <w:b w:val="0"/>
          <w:i w:val="0"/>
        </w:rPr>
        <w:t xml:space="preserve"> Dân chúng đang ùa ra khỏi cổng thành và chạy lên đồi để đón Chúa Giê-su, khi tin đồn lan ra rằng vị thầy vĩ đại đang trên đường từ Bê-tha-ni đến.</w:t>
      </w:r>
    </w:p>
    <w:p>
      <w:pPr>
        <w:spacing w:after="80"/>
      </w:pPr>
      <w:r>
        <w:rPr>
          <w:b/>
          <w:i w:val="0"/>
        </w:rPr>
        <w:t>3.</w:t>
      </w:r>
      <w:r>
        <w:rPr>
          <w:b w:val="0"/>
          <w:i w:val="0"/>
        </w:rPr>
        <w:t xml:space="preserve"> Khi đám đông ngày càng đông, </w:t>
      </w:r>
      <w:r>
        <w:rPr>
          <w:b/>
          <w:i/>
        </w:rPr>
        <w:t>Chúa Giê-su truyền cho hai môn đồ đi vào một ngôi làng gần đó. Ở đó họ sẽ thấy một con lừa chưa từng bị cưỡi, buộc ở cửa chuồng</w:t>
      </w:r>
      <w:r>
        <w:rPr>
          <w:b/>
          <w:i w:val="0"/>
        </w:rPr>
        <w:t>.</w:t>
      </w:r>
    </w:p>
    <w:p>
      <w:pPr>
        <w:spacing w:after="80"/>
      </w:pPr>
      <w:r>
        <w:rPr>
          <w:b/>
          <w:i w:val="0"/>
        </w:rPr>
        <w:t>4.</w:t>
      </w:r>
      <w:r>
        <w:rPr>
          <w:b w:val="0"/>
          <w:i w:val="0"/>
        </w:rPr>
        <w:t xml:space="preserve"> Chúa Giê-su nói: </w:t>
      </w:r>
      <w:r>
        <w:rPr>
          <w:b/>
          <w:i/>
        </w:rPr>
        <w:t>Hãy tháo dây con vật và dẫn nó đến cho ta. Nếu ai hỏi các ngươi lấy quyền gì mà làm điều này, các ngươi sẽ nói rằng, Chúa cần đến nó, và họ sẽ thả con vật ra</w:t>
      </w:r>
      <w:r>
        <w:rPr>
          <w:b/>
          <w:i w:val="0"/>
        </w:rPr>
        <w:t>.</w:t>
      </w:r>
    </w:p>
    <w:p>
      <w:pPr>
        <w:spacing w:after="80"/>
      </w:pPr>
      <w:r>
        <w:rPr>
          <w:b/>
          <w:i w:val="0"/>
        </w:rPr>
        <w:t>5.</w:t>
      </w:r>
      <w:r>
        <w:rPr>
          <w:b w:val="0"/>
          <w:i w:val="0"/>
        </w:rPr>
        <w:t xml:space="preserve"> Các môn đồ rời Chúa Giê-su và vào làng, nơi họ thấy một con lừa buộc ở cửa chuồng. Khi họ tháo dây thả nó, một người đang quan sát nói: </w:t>
      </w:r>
      <w:r>
        <w:rPr>
          <w:b/>
          <w:i/>
        </w:rPr>
        <w:t>Sao các ngươi lại tháo dây con lừa?</w:t>
      </w:r>
    </w:p>
    <w:p>
      <w:pPr>
        <w:spacing w:after="80"/>
      </w:pPr>
      <w:r>
        <w:rPr>
          <w:b/>
          <w:i w:val="0"/>
        </w:rPr>
        <w:t>6.</w:t>
      </w:r>
      <w:r>
        <w:rPr>
          <w:b w:val="0"/>
          <w:i w:val="0"/>
        </w:rPr>
        <w:t xml:space="preserve"> Các môn đồ đáp: </w:t>
      </w:r>
      <w:r>
        <w:rPr>
          <w:b/>
          <w:i/>
        </w:rPr>
        <w:t>Chúa cần đến nó</w:t>
      </w:r>
      <w:r>
        <w:rPr>
          <w:b w:val="0"/>
          <w:i w:val="0"/>
        </w:rPr>
        <w:t>, và người ấy không hỏi họ thêm nữa.</w:t>
      </w:r>
    </w:p>
    <w:p>
      <w:pPr>
        <w:spacing w:after="80"/>
      </w:pPr>
      <w:r>
        <w:rPr>
          <w:b/>
          <w:i w:val="0"/>
        </w:rPr>
        <w:t xml:space="preserve">7. </w:t>
      </w:r>
      <w:r>
        <w:rPr>
          <w:b/>
          <w:i/>
        </w:rPr>
        <w:t>Họ dẫn con lừa đến cho Chúa Giê-su, và sau khi một tấm áo được đặt lên lưng nó, Chúa Giê-su ngồi lên con vật và tiếp tục hành trình vào Giê-ru-sa-lem</w:t>
      </w:r>
    </w:p>
    <w:p>
      <w:pPr>
        <w:spacing w:after="80"/>
      </w:pPr>
      <w:r>
        <w:rPr>
          <w:b/>
          <w:i w:val="0"/>
        </w:rPr>
        <w:t xml:space="preserve">8. </w:t>
      </w:r>
      <w:r>
        <w:rPr>
          <w:b/>
          <w:i/>
        </w:rPr>
        <w:t>Nhiều người cởi áo choàng của mình trải ra trước Chúa Giê-su, trong khi những người khác chặt cành từ các cây và rải trên đường Ngài đi</w:t>
      </w:r>
      <w:r>
        <w:rPr>
          <w:b/>
          <w:i w:val="0"/>
        </w:rPr>
        <w:t>.</w:t>
      </w:r>
    </w:p>
    <w:p>
      <w:pPr>
        <w:spacing w:after="80"/>
      </w:pPr>
      <w:r>
        <w:rPr>
          <w:b/>
          <w:i w:val="0"/>
        </w:rPr>
        <w:t>9.</w:t>
      </w:r>
      <w:r>
        <w:rPr>
          <w:b w:val="0"/>
          <w:i w:val="0"/>
        </w:rPr>
        <w:t xml:space="preserve"> Khi Chúa Giê-su đến gần cổng thành, dân chúng bắt đầu vẫy lá cọ và reo lên: </w:t>
      </w:r>
      <w:r>
        <w:rPr>
          <w:b/>
          <w:i/>
        </w:rPr>
        <w:t>Hô-sa-na! Phước cho Đấng nhân danh Chúa mà đến! Phước cho vương quốc của Đa-vít, tổ phụ chúng ta, đang đến! Hô-sa-na trên nơi cao nhất!</w:t>
      </w:r>
    </w:p>
    <w:p>
      <w:pPr>
        <w:spacing w:after="80"/>
        <w:jc w:val="right"/>
      </w:pPr>
      <w:r>
        <w:rPr>
          <w:b w:val="0"/>
          <w:i w:val="0"/>
        </w:rPr>
        <w:t>Giăng 12:13</w:t>
      </w:r>
    </w:p>
    <w:p>
      <w:pPr>
        <w:spacing w:after="80"/>
      </w:pPr>
      <w:r>
        <w:rPr>
          <w:b/>
          <w:i w:val="0"/>
        </w:rPr>
        <w:t>10.</w:t>
      </w:r>
      <w:r>
        <w:rPr>
          <w:b w:val="0"/>
          <w:i w:val="0"/>
        </w:rPr>
        <w:t xml:space="preserve"> Giu-đa sững sờ nhìn khi Chúa Giê-su đi qua các cổng và vào Thành Thánh trên lưng một con lừa.</w:t>
      </w:r>
    </w:p>
    <w:p>
      <w:pPr>
        <w:spacing w:after="80"/>
        <w:jc w:val="right"/>
      </w:pPr>
      <w:r>
        <w:rPr>
          <w:b w:val="0"/>
          <w:i/>
        </w:rPr>
        <w:t>xem</w:t>
      </w:r>
      <w:r>
        <w:br/>
      </w:r>
      <w:r>
        <w:rPr>
          <w:b w:val="0"/>
          <w:i w:val="0"/>
        </w:rPr>
        <w:t xml:space="preserve"> Matt 21:2–10;</w:t>
      </w:r>
      <w:r>
        <w:br/>
      </w:r>
      <w:r>
        <w:rPr>
          <w:b w:val="0"/>
          <w:i w:val="0"/>
        </w:rPr>
        <w:t xml:space="preserve"> Mark 11:2–10;</w:t>
      </w:r>
      <w:r>
        <w:br/>
      </w:r>
      <w:r>
        <w:rPr>
          <w:b w:val="0"/>
          <w:i w:val="0"/>
        </w:rPr>
        <w:t xml:space="preserve"> Luke 19:30–36</w:t>
      </w:r>
      <w:r>
        <w:br/>
      </w:r>
      <w:r>
        <w:rPr>
          <w:b w:val="0"/>
          <w:i w:val="0"/>
        </w:rPr>
        <w:t xml:space="preserve"> [xxix]</w:t>
      </w:r>
    </w:p>
    <w:p>
      <w:pPr>
        <w:spacing w:after="80"/>
      </w:pPr>
      <w:r>
        <w:rPr>
          <w:b/>
          <w:i w:val="0"/>
        </w:rPr>
        <w:t>11.</w:t>
      </w:r>
      <w:r>
        <w:rPr>
          <w:b w:val="0"/>
          <w:i w:val="0"/>
        </w:rPr>
        <w:t xml:space="preserve"> Làm sao Thầy có thể hy vọng nắm quyền kiểm soát Đền Thờ và đuổi quân La Mã ra ngoài, khi chỉ cưỡi trên một con lừa, với đội quân chỉ là một nhóm môn đệ nhiệt thành nhưng chẳng được huấn luyện gì?</w:t>
      </w:r>
    </w:p>
    <w:p>
      <w:pPr>
        <w:spacing w:after="80"/>
      </w:pPr>
      <w:r>
        <w:rPr>
          <w:b/>
          <w:i w:val="0"/>
        </w:rPr>
        <w:t>12.</w:t>
      </w:r>
      <w:r>
        <w:rPr>
          <w:b w:val="0"/>
          <w:i w:val="0"/>
        </w:rPr>
        <w:t xml:space="preserve"> Giu-đa ngước nhìn pháo đài Antonia ảm đạm uy nghi soi bóng xuống thành phố, biết rằng bên trong đang đóng quân cả một binh đoàn lính bộ.</w:t>
      </w:r>
    </w:p>
    <w:p>
      <w:pPr>
        <w:spacing w:after="80"/>
      </w:pPr>
      <w:r>
        <w:rPr>
          <w:b/>
          <w:i w:val="0"/>
        </w:rPr>
        <w:t>13.</w:t>
      </w:r>
      <w:r>
        <w:rPr>
          <w:b w:val="0"/>
          <w:i w:val="0"/>
        </w:rPr>
        <w:t xml:space="preserve"> Chỉ cần có chút dấu hiệu rắc rối, cánh cổng gỗ lớn sẽ mở toang và một đội hình bộ binh La Mã sẽ xuất hiện.</w:t>
      </w:r>
    </w:p>
    <w:p>
      <w:pPr>
        <w:spacing w:after="80"/>
      </w:pPr>
      <w:r>
        <w:rPr>
          <w:b/>
          <w:i w:val="0"/>
        </w:rPr>
        <w:t>14.</w:t>
      </w:r>
      <w:r>
        <w:rPr>
          <w:b w:val="0"/>
          <w:i w:val="0"/>
        </w:rPr>
        <w:t xml:space="preserve"> Nhưng quân La Mã thậm chí chẳng buồn rời khỏi pháo đài khi Chúa Giê-su chậm rãi tiến về phía Đền Thờ, và đám đông, không còn tin rằng Ngài có thể là Đấng Mê-si-a, bắt đầu thưa dần và tản đi.</w:t>
      </w:r>
    </w:p>
    <w:p>
      <w:pPr>
        <w:spacing w:after="80"/>
      </w:pPr>
      <w:r>
        <w:rPr>
          <w:b/>
          <w:i w:val="0"/>
        </w:rPr>
        <w:t>15.</w:t>
      </w:r>
      <w:r>
        <w:rPr>
          <w:b w:val="0"/>
          <w:i w:val="0"/>
        </w:rPr>
        <w:t xml:space="preserve"> Giu-đa đã từng phấn khởi khi Ba-ti-mê mù gọi lớn với Chúa Giê-su, </w:t>
      </w:r>
      <w:r>
        <w:rPr>
          <w:b/>
          <w:i/>
        </w:rPr>
        <w:t>Con vua Đa-vít</w:t>
      </w:r>
      <w:r>
        <w:rPr>
          <w:b/>
          <w:i w:val="0"/>
        </w:rPr>
        <w:t>,</w:t>
      </w:r>
      <w:r>
        <w:rPr>
          <w:b w:val="0"/>
          <w:i w:val="0"/>
        </w:rPr>
        <w:t xml:space="preserve"> và Thầy đã không phủ nhận điều đó. Nhưng quyết định vào Giê-ru-sa-lem trên lưng lừa của Chúa Giê-su sẽ không thể thuyết phục nổi ngay cả những người đơn giản nhất rằng đây chính là Đấng Mê-si-a đã đến trong khải hoàn để cuối cùng quét sạch dân ngoại khỏi Thành Thánh.</w:t>
      </w:r>
    </w:p>
    <w:p>
      <w:pPr>
        <w:spacing w:after="80"/>
      </w:pPr>
      <w:r>
        <w:rPr>
          <w:b/>
          <w:i w:val="0"/>
        </w:rPr>
        <w:t>16.</w:t>
      </w:r>
      <w:r>
        <w:rPr>
          <w:b w:val="0"/>
          <w:i w:val="0"/>
        </w:rPr>
        <w:t xml:space="preserve"> Giu-đa chia sẻ những nghi ngại của mình với Phi-e-rơ, người chỉ nhắc lại lời Chúa Giê-su: </w:t>
      </w:r>
      <w:r>
        <w:rPr>
          <w:b/>
          <w:i/>
        </w:rPr>
        <w:t>Hỡi Sa-tan, hãy lui ra sau Ta; đây là đường lối của Chúa, không phải đường lối của người đời, và chúng ta phải theo ý muốn của Đức Chúa Trời</w:t>
      </w:r>
      <w:r>
        <w:rPr>
          <w:b/>
          <w:i w:val="0"/>
        </w:rPr>
        <w:t>.</w:t>
      </w:r>
    </w:p>
    <w:p>
      <w:pPr>
        <w:spacing w:after="80"/>
        <w:jc w:val="right"/>
      </w:pPr>
      <w:r>
        <w:rPr>
          <w:b w:val="0"/>
          <w:i/>
        </w:rPr>
        <w:t>xem</w:t>
      </w:r>
      <w:r>
        <w:br/>
      </w:r>
      <w:r>
        <w:rPr>
          <w:b w:val="0"/>
          <w:i w:val="0"/>
        </w:rPr>
        <w:t xml:space="preserve"> Mark 8:33;</w:t>
      </w:r>
      <w:r>
        <w:br/>
      </w:r>
      <w:r>
        <w:rPr>
          <w:b w:val="0"/>
          <w:i w:val="0"/>
        </w:rPr>
        <w:t xml:space="preserve"> Matt 16:23</w:t>
      </w:r>
    </w:p>
    <w:p>
      <w:pPr>
        <w:spacing w:after="80"/>
      </w:pPr>
      <w:r>
        <w:rPr>
          <w:b/>
          <w:i w:val="0"/>
        </w:rPr>
        <w:t>17.</w:t>
      </w:r>
      <w:r>
        <w:rPr>
          <w:b w:val="0"/>
          <w:i w:val="0"/>
        </w:rPr>
        <w:t xml:space="preserve"> Giu-đa nói: 'Nhưng trong truyền thống và giáo huấn cổ xưa của chúng ta, chỗ nào ghi rằng Đấng Mê-si-a sẽ vào Thành Thánh trên lưng một con lừa?'</w:t>
      </w:r>
    </w:p>
    <w:p>
      <w:pPr>
        <w:spacing w:after="80"/>
      </w:pPr>
      <w:r>
        <w:rPr>
          <w:b/>
          <w:i w:val="0"/>
        </w:rPr>
        <w:t>18.</w:t>
      </w:r>
      <w:r>
        <w:rPr>
          <w:b w:val="0"/>
          <w:i w:val="0"/>
        </w:rPr>
        <w:t xml:space="preserve"> Phi-e-rơ ngước mắt lên trời và, như được soi dẫn, thốt lên những lời của Tiên tri Xa-cha-ri-a:</w:t>
      </w:r>
    </w:p>
    <w:p>
      <w:pPr>
        <w:spacing w:after="80"/>
      </w:pPr>
      <w:r>
        <w:rPr>
          <w:b/>
          <w:i/>
        </w:rPr>
        <w:t>Hãy vui mừng, hãy vui mừng, hỡi dân Si-ôn!</w:t>
      </w:r>
    </w:p>
    <w:p>
      <w:pPr>
        <w:spacing w:after="80"/>
      </w:pPr>
      <w:r>
        <w:rPr>
          <w:b/>
          <w:i/>
        </w:rPr>
        <w:t>Hãy reo hò vui sướng, hỡi dân Giê-ru-sa-lem!</w:t>
      </w:r>
    </w:p>
    <w:p>
      <w:pPr>
        <w:spacing w:after="80"/>
      </w:pPr>
      <w:r>
        <w:rPr>
          <w:b/>
          <w:i/>
        </w:rPr>
        <w:t>Kìa, Vua của ngươi đang đến với ngươi!</w:t>
      </w:r>
    </w:p>
    <w:p>
      <w:pPr>
        <w:spacing w:after="80"/>
      </w:pPr>
      <w:r>
        <w:rPr>
          <w:b/>
          <w:i/>
        </w:rPr>
        <w:t>Ngài đến trong khải hoàn và chiến thắng</w:t>
      </w:r>
      <w:r>
        <w:rPr>
          <w:b/>
          <w:i w:val="0"/>
        </w:rPr>
        <w:t>,</w:t>
      </w:r>
    </w:p>
    <w:p>
      <w:pPr>
        <w:spacing w:after="80"/>
      </w:pPr>
      <w:r>
        <w:rPr>
          <w:b/>
          <w:i/>
        </w:rPr>
        <w:t>nhưng khiêm nhường và cưỡi trên lưng lừa</w:t>
      </w:r>
      <w:r>
        <w:rPr>
          <w:b/>
          <w:i w:val="0"/>
        </w:rPr>
        <w:t>.</w:t>
      </w:r>
    </w:p>
    <w:p>
      <w:pPr>
        <w:spacing w:after="80"/>
        <w:jc w:val="right"/>
      </w:pPr>
      <w:r>
        <w:rPr>
          <w:b w:val="0"/>
          <w:i w:val="0"/>
        </w:rPr>
        <w:t>Zech 9:9</w:t>
      </w:r>
    </w:p>
    <w:p>
      <w:pPr>
        <w:spacing w:after="80"/>
      </w:pPr>
      <w:r>
        <w:rPr>
          <w:b/>
          <w:i w:val="0"/>
        </w:rPr>
        <w:t>19.</w:t>
      </w:r>
      <w:r>
        <w:rPr>
          <w:b w:val="0"/>
          <w:i w:val="0"/>
        </w:rPr>
        <w:t xml:space="preserve"> Khi Chúa Giê-su xuống khỏi lưng lừa, Người bước vào Đền Thờ và cầu nguyện.</w:t>
      </w:r>
    </w:p>
    <w:p>
      <w:pPr>
        <w:spacing w:after="80"/>
        <w:jc w:val="right"/>
      </w:pPr>
      <w:r>
        <w:rPr>
          <w:b w:val="0"/>
          <w:i w:val="0"/>
        </w:rPr>
        <w:t>[xxx]</w:t>
      </w:r>
    </w:p>
    <w:p>
      <w:pPr>
        <w:spacing w:after="80"/>
      </w:pPr>
      <w:r>
        <w:rPr>
          <w:b/>
          <w:i w:val="0"/>
        </w:rPr>
        <w:t xml:space="preserve">20. </w:t>
      </w:r>
      <w:r>
        <w:rPr>
          <w:b/>
          <w:i/>
        </w:rPr>
        <w:t>Vì đã về chiều, Người cùng một vài môn đệ trở về Bê-tha-ni để qua đêm với La-xa-rơ và hai chị em của ông là Mác-ta và Ma-ri</w:t>
      </w:r>
      <w:r>
        <w:rPr>
          <w:b/>
          <w:i w:val="0"/>
        </w:rPr>
        <w:t>.</w:t>
      </w:r>
    </w:p>
    <w:p>
      <w:pPr>
        <w:spacing w:after="80"/>
        <w:jc w:val="right"/>
      </w:pPr>
      <w:r>
        <w:rPr>
          <w:b w:val="0"/>
          <w:i/>
        </w:rPr>
        <w:t>xem</w:t>
      </w:r>
      <w:r>
        <w:br/>
      </w:r>
      <w:r>
        <w:rPr>
          <w:b w:val="0"/>
          <w:i w:val="0"/>
        </w:rPr>
        <w:t xml:space="preserve"> Ga 11:1–4;</w:t>
      </w:r>
      <w:r>
        <w:br/>
      </w:r>
      <w:r>
        <w:rPr>
          <w:b w:val="0"/>
          <w:i w:val="0"/>
        </w:rPr>
        <w:t xml:space="preserve"> Mt 21:17</w:t>
      </w:r>
    </w:p>
    <w:p>
      <w:pPr>
        <w:spacing w:after="80"/>
      </w:pPr>
      <w:r>
        <w:rPr>
          <w:b/>
          <w:i w:val="0"/>
        </w:rPr>
        <w:t>21.</w:t>
      </w:r>
      <w:r>
        <w:rPr>
          <w:b w:val="0"/>
          <w:i w:val="0"/>
        </w:rPr>
        <w:t xml:space="preserve"> Giu-đa không đi cùng Thầy mình đến Bê-tha-ni, mà ở lại trong Đền Thờ, nơi ông tìm gặp viên Kinh Sư đã kết bạn với ông trên đường từ Giê-ri-khô.</w:t>
      </w:r>
    </w:p>
    <w:p>
      <w:pPr>
        <w:spacing w:after="80"/>
      </w:pPr>
      <w:r>
        <w:rPr>
          <w:b/>
          <w:i w:val="0"/>
        </w:rPr>
        <w:t>22.</w:t>
      </w:r>
      <w:r>
        <w:rPr>
          <w:b w:val="0"/>
          <w:i w:val="0"/>
        </w:rPr>
        <w:t xml:space="preserve"> Và khi Giu-đa tìm được ông ta, ông đến nhà viên Kinh Sư, bẻ bánh, và họ cùng nhau uống rượu.</w:t>
      </w:r>
    </w:p>
    <w:p>
      <w:pPr>
        <w:spacing w:after="80"/>
      </w:pPr>
      <w:r>
        <w:rPr>
          <w:b/>
          <w:i w:val="0"/>
        </w:rPr>
        <w:t>23.</w:t>
      </w:r>
      <w:r>
        <w:rPr>
          <w:b w:val="0"/>
          <w:i w:val="0"/>
        </w:rPr>
        <w:t xml:space="preserve"> Và viên Kinh Sư nói: ‘Ngày mai ông ấy sẽ làm gì?’</w:t>
      </w:r>
    </w:p>
    <w:p>
      <w:pPr>
        <w:spacing w:after="80"/>
      </w:pPr>
      <w:r>
        <w:rPr>
          <w:b/>
          <w:i w:val="0"/>
        </w:rPr>
        <w:t>24.</w:t>
      </w:r>
      <w:r>
        <w:rPr>
          <w:b w:val="0"/>
          <w:i w:val="0"/>
        </w:rPr>
        <w:t xml:space="preserve"> Giu-đa đáp: ‘Vì đã đến lễ Vượt Qua, ông ấy sẽ trở lại Giê-ru-sa-lem và đi vào Đền Thờ. Ông ấy có thể làm phép lạ và trừ quỷ, và nhiều người sẽ tin rằng ông ấy là Đấng Mê-si-a, và vì thế họ sẽ theo ông ấy.’</w:t>
      </w:r>
    </w:p>
    <w:p>
      <w:pPr>
        <w:spacing w:after="80"/>
      </w:pPr>
      <w:r>
        <w:rPr>
          <w:b/>
          <w:i w:val="0"/>
        </w:rPr>
        <w:t>25.</w:t>
      </w:r>
      <w:r>
        <w:rPr>
          <w:b w:val="0"/>
          <w:i w:val="0"/>
        </w:rPr>
        <w:t xml:space="preserve"> Viên Kinh Sư đáp: </w:t>
      </w:r>
      <w:r>
        <w:rPr>
          <w:b/>
          <w:i/>
        </w:rPr>
        <w:t>Thầy của ông là một người tốt và thánh thiện, nhưng nếu ông ấy để các môn đệ nuôi những hy vọng hão huyền, thì điều đó chỉ kết thúc bằng máu đổ, và người La Mã chắc chắn sẽ hủy diệt cả dân tộc</w:t>
      </w:r>
      <w:r>
        <w:rPr>
          <w:b/>
          <w:i w:val="0"/>
        </w:rPr>
        <w:t>.</w:t>
      </w:r>
    </w:p>
    <w:p>
      <w:pPr>
        <w:spacing w:after="80"/>
        <w:jc w:val="right"/>
      </w:pPr>
      <w:r>
        <w:rPr>
          <w:b w:val="0"/>
          <w:i/>
        </w:rPr>
        <w:t>xem</w:t>
      </w:r>
      <w:r>
        <w:br/>
      </w:r>
      <w:r>
        <w:rPr>
          <w:b w:val="0"/>
          <w:i w:val="0"/>
        </w:rPr>
        <w:t xml:space="preserve"> Ga 11:48</w:t>
      </w:r>
    </w:p>
    <w:p>
      <w:pPr>
        <w:spacing w:after="80"/>
      </w:pPr>
      <w:r>
        <w:rPr>
          <w:b/>
          <w:i w:val="0"/>
        </w:rPr>
        <w:t>26.</w:t>
      </w:r>
      <w:r>
        <w:rPr>
          <w:b w:val="0"/>
          <w:i w:val="0"/>
        </w:rPr>
        <w:t xml:space="preserve"> Giu-đa biết viên Kinh Sư nói đúng sự thật và, vì lo cho sự an toàn của Thầy mình, ông quyết định đặt niềm tin vào vị thông giải luật pháp đầy quyền lực này.</w:t>
      </w:r>
    </w:p>
    <w:p>
      <w:pPr>
        <w:spacing w:after="80"/>
      </w:pPr>
      <w:r>
        <w:rPr>
          <w:b/>
          <w:i w:val="0"/>
        </w:rPr>
        <w:t>27.</w:t>
      </w:r>
      <w:r>
        <w:rPr>
          <w:b w:val="0"/>
          <w:i w:val="0"/>
        </w:rPr>
        <w:t xml:space="preserve"> Giu-đa thú nhận: ‘Tôi không còn tin rằng Chúa Giê-su là Đấng Mê-si-a nữa, nhưng Gio-an Tẩy Giả đã tuyên bố rằng ông ấy là người của Thiên Chúa, và vì thế chúng ta không được để ông ấy chết dưới tay người La Mã.’</w:t>
      </w:r>
    </w:p>
    <w:p>
      <w:pPr>
        <w:spacing w:after="80"/>
        <w:jc w:val="right"/>
      </w:pPr>
      <w:r>
        <w:rPr>
          <w:b w:val="0"/>
          <w:i/>
        </w:rPr>
        <w:t>xem</w:t>
      </w:r>
      <w:r>
        <w:br/>
      </w:r>
      <w:r>
        <w:rPr>
          <w:b w:val="0"/>
          <w:i w:val="0"/>
        </w:rPr>
        <w:t xml:space="preserve"> Ga 1:32–34,</w:t>
      </w:r>
      <w:r>
        <w:br/>
      </w:r>
      <w:r>
        <w:rPr>
          <w:b w:val="0"/>
          <w:i w:val="0"/>
        </w:rPr>
        <w:t xml:space="preserve"> Mc 1:11</w:t>
      </w:r>
    </w:p>
    <w:p>
      <w:pPr>
        <w:spacing w:after="80"/>
      </w:pPr>
      <w:r>
        <w:rPr>
          <w:b/>
          <w:i w:val="0"/>
        </w:rPr>
        <w:t>28.</w:t>
      </w:r>
      <w:r>
        <w:rPr>
          <w:b w:val="0"/>
          <w:i w:val="0"/>
        </w:rPr>
        <w:t xml:space="preserve"> Viên Kinh Sư đồng ý, và hứa sẽ giúp Giu-đa thực hiện kế hoạch của mình. ‘Ông phải đưa Chúa Giê-su lén ra khỏi thành và, cùng với các môn đệ khác, đưa ông ấy trở về Ga-li-lê, nơi người La Mã sẽ không quấy rầy ông ấy.’</w:t>
      </w:r>
    </w:p>
    <w:p>
      <w:pPr>
        <w:spacing w:after="80"/>
      </w:pPr>
      <w:r>
        <w:rPr>
          <w:b/>
          <w:i w:val="0"/>
        </w:rPr>
        <w:t>29.</w:t>
      </w:r>
      <w:r>
        <w:rPr>
          <w:b w:val="0"/>
          <w:i w:val="0"/>
        </w:rPr>
        <w:t xml:space="preserve"> Giu-đa đồng ý, và trước khi rời đi, hứa với viên Kinh Sư rằng </w:t>
      </w:r>
      <w:r>
        <w:rPr>
          <w:b/>
          <w:i/>
        </w:rPr>
        <w:t>khi thời cơ và địa điểm thích hợp, ông sẽ báo cho ông ta biết</w:t>
      </w:r>
      <w:r>
        <w:rPr>
          <w:b/>
          <w:i w:val="0"/>
        </w:rPr>
        <w:t>.</w:t>
      </w:r>
    </w:p>
    <w:p>
      <w:pPr>
        <w:spacing w:after="80"/>
        <w:jc w:val="right"/>
      </w:pPr>
      <w:r>
        <w:rPr>
          <w:b w:val="0"/>
          <w:i/>
        </w:rPr>
        <w:t>xem</w:t>
      </w:r>
      <w:r>
        <w:br/>
      </w:r>
      <w:r>
        <w:rPr>
          <w:b w:val="0"/>
          <w:i w:val="0"/>
        </w:rPr>
        <w:t xml:space="preserve"> Mc 14:10;</w:t>
      </w:r>
      <w:r>
        <w:br/>
      </w:r>
      <w:r>
        <w:rPr>
          <w:b w:val="0"/>
          <w:i w:val="0"/>
        </w:rPr>
        <w:t xml:space="preserve"> Mt 26:15;</w:t>
      </w:r>
      <w:r>
        <w:br/>
      </w:r>
      <w:r>
        <w:rPr>
          <w:b w:val="0"/>
          <w:i w:val="0"/>
        </w:rPr>
        <w:t xml:space="preserve"> Lc 22:6</w:t>
      </w:r>
    </w:p>
    <w:p>
      <w:pPr>
        <w:spacing w:after="80"/>
      </w:pPr>
      <w:r>
        <w:rPr>
          <w:b/>
          <w:i w:val="0"/>
        </w:rPr>
        <w:t>30.</w:t>
      </w:r>
      <w:r>
        <w:rPr>
          <w:b w:val="0"/>
          <w:i w:val="0"/>
        </w:rPr>
        <w:t xml:space="preserve"> Giu-đa rời nhà của Kinh sư để trở về Bê-tha-ni.</w:t>
      </w:r>
    </w:p>
    <w:p>
      <w:pPr>
        <w:spacing w:after="80"/>
      </w:pPr>
      <w:r>
        <w:rPr>
          <w:b/>
          <w:i w:val="0"/>
        </w:rPr>
        <w:t>31.</w:t>
      </w:r>
      <w:r>
        <w:rPr>
          <w:b w:val="0"/>
          <w:i w:val="0"/>
        </w:rPr>
        <w:t xml:space="preserve"> Khi đi ngang qua pháo đài Antonia, ông có thể nghe thấy những người lính La Mã hét lên ‘Ioudaei sunt porci!’, một lời sỉ nhục mà họ biết rõ là xúc phạm đến tất cả người Do Thái, đặc biệt là vào thời điểm Lễ Vượt Qua.</w:t>
      </w:r>
    </w:p>
    <w:p>
      <w:pPr>
        <w:spacing w:after="80"/>
      </w:pPr>
      <w:r>
        <w:rPr>
          <w:b/>
          <w:i w:val="0"/>
        </w:rPr>
        <w:t>32.</w:t>
      </w:r>
      <w:r>
        <w:rPr>
          <w:b w:val="0"/>
          <w:i w:val="0"/>
        </w:rPr>
        <w:t xml:space="preserve"> Khi rời thành phố và quay trở lại ngọn đồi về phía Bê-tha-ni, Giu-đa cảm thấy như một ách nặng lớn đã được trút khỏi vai, bởi vì chỉ mình ông trong số các môn đồ giờ đây có thể cứu được Thầy mình, và cùng với Ngài là vận mệnh của Y-sơ-ra-ên.</w:t>
      </w:r>
    </w:p>
    <w:p>
      <w:pPr>
        <w:jc w:val="center"/>
      </w:pPr>
      <w:r>
        <w:drawing>
          <wp:inline xmlns:a="http://schemas.openxmlformats.org/drawingml/2006/main" xmlns:pic="http://schemas.openxmlformats.org/drawingml/2006/picture">
            <wp:extent cx="390525" cy="114300"/>
            <wp:docPr id="18" name="Picture 18"/>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pStyle w:val="Heading2"/>
      </w:pPr>
      <w:r>
        <w:rPr>
          <w:rFonts w:ascii="Calibri" w:hAnsi="Calibri"/>
          <w:b/>
          <w:i w:val="0"/>
          <w:sz w:val="32"/>
        </w:rPr>
        <w:t>Chương 18</w:t>
      </w:r>
    </w:p>
    <w:p>
      <w:pPr>
        <w:pStyle w:val="Heading2"/>
      </w:pPr>
      <w:r>
        <w:rPr>
          <w:rFonts w:ascii="Calibri" w:hAnsi="Calibri"/>
          <w:b/>
          <w:i/>
          <w:sz w:val="32"/>
        </w:rPr>
        <w:t>Ngài phải chết để cứu dân tộc chúng ta</w:t>
      </w:r>
    </w:p>
    <w:p>
      <w:pPr>
        <w:spacing w:after="80"/>
      </w:pPr>
      <w:r>
        <w:rPr>
          <w:b/>
          <w:i w:val="0"/>
        </w:rPr>
        <w:t>1.</w:t>
      </w:r>
      <w:r>
        <w:rPr>
          <w:b w:val="0"/>
          <w:i w:val="0"/>
        </w:rPr>
        <w:t xml:space="preserve"> Lễ Vượt Qua đã đến gần, và nhiều người Do Thái đã đi từ khắp các vùng của Y-sơ-ra-ên, có người từ những nơi xa hơn nữa, để có thể có mặt tại Thành Thánh mà mừng lễ.</w:t>
      </w:r>
    </w:p>
    <w:p>
      <w:pPr>
        <w:spacing w:after="80"/>
      </w:pPr>
      <w:r>
        <w:rPr>
          <w:b/>
          <w:i w:val="0"/>
        </w:rPr>
        <w:t>2.</w:t>
      </w:r>
      <w:r>
        <w:rPr>
          <w:b w:val="0"/>
          <w:i w:val="0"/>
        </w:rPr>
        <w:t xml:space="preserve"> Chúa Giê-su sai hai môn đồ trở lại Giê-ru-sa-lem. Ngài nói: </w:t>
      </w:r>
      <w:r>
        <w:rPr>
          <w:b/>
          <w:i/>
        </w:rPr>
        <w:t>Hãy vào thành, các con sẽ gặp một người đàn ông mang bình nước. Hãy đi theo người ấy, và bất cứ nơi nào người ấy đến, hãy nói với chủ nhà rằng: Thầy ta nói, ‘Phòng khách ở đâu? Vì tại đó ta sẽ ăn Lễ Vượt Qua với các môn đồ ta.’ Người ấy sẽ chỉ cho các con một phòng lớn, có đầy đủ đồ đạc và đã chuẩn bị sẵn, và các con sẽ dọn sẵn</w:t>
      </w:r>
      <w:r>
        <w:rPr>
          <w:b/>
          <w:i w:val="0"/>
        </w:rPr>
        <w:t>.</w:t>
      </w:r>
    </w:p>
    <w:p>
      <w:pPr>
        <w:spacing w:after="80"/>
        <w:jc w:val="right"/>
      </w:pPr>
      <w:r>
        <w:rPr>
          <w:b w:val="0"/>
          <w:i/>
        </w:rPr>
        <w:t>xem</w:t>
      </w:r>
      <w:r>
        <w:br/>
      </w:r>
      <w:r>
        <w:rPr>
          <w:b w:val="0"/>
          <w:i w:val="0"/>
        </w:rPr>
        <w:t xml:space="preserve"> Mác 14:12–15;</w:t>
      </w:r>
      <w:r>
        <w:br/>
      </w:r>
      <w:r>
        <w:rPr>
          <w:b w:val="0"/>
          <w:i w:val="0"/>
        </w:rPr>
        <w:t xml:space="preserve"> Ma-thi-ơ 26:18;</w:t>
      </w:r>
      <w:r>
        <w:br/>
      </w:r>
      <w:r>
        <w:rPr>
          <w:b w:val="0"/>
          <w:i w:val="0"/>
        </w:rPr>
        <w:t xml:space="preserve"> Lu-ca 22:8–12</w:t>
      </w:r>
    </w:p>
    <w:p>
      <w:pPr>
        <w:spacing w:after="80"/>
      </w:pPr>
      <w:r>
        <w:rPr>
          <w:b/>
          <w:i w:val="0"/>
        </w:rPr>
        <w:t>3.</w:t>
      </w:r>
      <w:r>
        <w:rPr>
          <w:b w:val="0"/>
          <w:i w:val="0"/>
        </w:rPr>
        <w:t xml:space="preserve"> Một người phụ nữ bước vào nhà của Ma-thê và Ma-ri ở Bê-tha-ni, nơi Chúa Giê-su đang nghỉ ngơi.</w:t>
      </w:r>
    </w:p>
    <w:p>
      <w:pPr>
        <w:spacing w:after="80"/>
      </w:pPr>
      <w:r>
        <w:rPr>
          <w:b/>
          <w:i w:val="0"/>
        </w:rPr>
        <w:t xml:space="preserve">4. </w:t>
      </w:r>
      <w:r>
        <w:rPr>
          <w:b/>
          <w:i/>
        </w:rPr>
        <w:t>Bà quỳ xuống dưới chân Chúa Giê-su, nhưng không nói lời nào khi bà đập vỡ một bình thạch cao và đổ dầu thơm quý giá của nó lên chân Ngài. Sau đó bà xõa tóc ra và lau chân Chúa Giê-su bằng tóc mình. Cả ngôi nhà tràn ngập mùi thơm ngọt ngào</w:t>
      </w:r>
      <w:r>
        <w:rPr>
          <w:b/>
          <w:i w:val="0"/>
        </w:rPr>
        <w:t>.</w:t>
      </w:r>
    </w:p>
    <w:p>
      <w:pPr>
        <w:spacing w:after="80"/>
        <w:jc w:val="right"/>
      </w:pPr>
      <w:r>
        <w:rPr>
          <w:b w:val="0"/>
          <w:i/>
        </w:rPr>
        <w:t>xem</w:t>
      </w:r>
      <w:r>
        <w:br/>
      </w:r>
      <w:r>
        <w:rPr>
          <w:b w:val="0"/>
          <w:i w:val="0"/>
        </w:rPr>
        <w:t xml:space="preserve"> Giăng 12:3–4</w:t>
      </w:r>
    </w:p>
    <w:p>
      <w:pPr>
        <w:spacing w:after="80"/>
      </w:pPr>
      <w:r>
        <w:rPr>
          <w:b/>
          <w:i w:val="0"/>
        </w:rPr>
        <w:t>5.</w:t>
      </w:r>
      <w:r>
        <w:rPr>
          <w:b w:val="0"/>
          <w:i w:val="0"/>
        </w:rPr>
        <w:t xml:space="preserve"> Giu-đa nổi giận, và không thể che giấu sự bất mãn của mình. Tại sao người phụ nữ này lại được phép chạm vào thân thể Chúa Giê-su, coi thường những truyền thống tốt đẹp nhất của Y-sơ-ra-ên như vậy?</w:t>
      </w:r>
    </w:p>
    <w:p>
      <w:pPr>
        <w:spacing w:after="80"/>
      </w:pPr>
      <w:r>
        <w:rPr>
          <w:b/>
          <w:i w:val="0"/>
        </w:rPr>
        <w:t>6.</w:t>
      </w:r>
      <w:r>
        <w:rPr>
          <w:b w:val="0"/>
          <w:i w:val="0"/>
        </w:rPr>
        <w:t xml:space="preserve"> Giu-đa chất vấn Thầy: </w:t>
      </w:r>
      <w:r>
        <w:rPr>
          <w:b/>
          <w:i/>
        </w:rPr>
        <w:t>Sao không bán dầu thơm này lấy ba trăm đơ-ni-a?</w:t>
      </w:r>
    </w:p>
    <w:p>
      <w:pPr>
        <w:spacing w:after="80"/>
        <w:jc w:val="right"/>
      </w:pPr>
      <w:r>
        <w:rPr>
          <w:b w:val="0"/>
          <w:i w:val="0"/>
        </w:rPr>
        <w:t>Giăng 12:5</w:t>
      </w:r>
    </w:p>
    <w:p>
      <w:pPr>
        <w:spacing w:after="80"/>
      </w:pPr>
      <w:r>
        <w:rPr>
          <w:b/>
          <w:i w:val="0"/>
        </w:rPr>
        <w:t>7.</w:t>
      </w:r>
      <w:r>
        <w:rPr>
          <w:b w:val="0"/>
          <w:i w:val="0"/>
        </w:rPr>
        <w:t xml:space="preserve"> Chúa Giê-su đáp: </w:t>
      </w:r>
      <w:r>
        <w:rPr>
          <w:b/>
          <w:i/>
        </w:rPr>
        <w:t>Bà ấy đã làm việc tốt, vì bà đã làm việc này để chuẩn bị cho việc chôn cất ta, và việc này sẽ là kỷ niệm về bà</w:t>
      </w:r>
      <w:r>
        <w:rPr>
          <w:b/>
          <w:i w:val="0"/>
        </w:rPr>
        <w:t>.</w:t>
      </w:r>
    </w:p>
    <w:p>
      <w:pPr>
        <w:spacing w:after="80"/>
        <w:jc w:val="right"/>
      </w:pPr>
      <w:r>
        <w:rPr>
          <w:b w:val="0"/>
          <w:i/>
        </w:rPr>
        <w:t>xem</w:t>
      </w:r>
      <w:r>
        <w:br/>
      </w:r>
      <w:r>
        <w:rPr>
          <w:b w:val="0"/>
          <w:i w:val="0"/>
        </w:rPr>
        <w:t xml:space="preserve"> Mác 14:9;</w:t>
      </w:r>
      <w:r>
        <w:br/>
      </w:r>
      <w:r>
        <w:rPr>
          <w:b w:val="0"/>
          <w:i w:val="0"/>
        </w:rPr>
        <w:t xml:space="preserve"> Ma-thi-ơ 26:10–13</w:t>
      </w:r>
    </w:p>
    <w:p>
      <w:pPr>
        <w:spacing w:after="80"/>
      </w:pPr>
      <w:r>
        <w:rPr>
          <w:b/>
          <w:i w:val="0"/>
        </w:rPr>
        <w:t>8.</w:t>
      </w:r>
      <w:r>
        <w:rPr>
          <w:b w:val="0"/>
          <w:i w:val="0"/>
        </w:rPr>
        <w:t xml:space="preserve"> Người phụ nữ nhanh chóng rời đi, nhưng Giu-đa vẫn ở lại, day dứt trong nỗi hoài nghi.</w:t>
      </w:r>
    </w:p>
    <w:p>
      <w:pPr>
        <w:spacing w:after="80"/>
      </w:pPr>
      <w:r>
        <w:rPr>
          <w:b/>
          <w:i w:val="0"/>
        </w:rPr>
        <w:t xml:space="preserve">9. </w:t>
      </w:r>
      <w:r>
        <w:rPr>
          <w:b/>
          <w:i/>
        </w:rPr>
        <w:t>Một hai môn đệ còn xì xào rằng Giu-đa muốn giữ tiền cho riêng mình</w:t>
      </w:r>
      <w:r>
        <w:rPr>
          <w:b/>
          <w:i w:val="0"/>
        </w:rPr>
        <w:t>.</w:t>
      </w:r>
    </w:p>
    <w:p>
      <w:pPr>
        <w:spacing w:after="80"/>
        <w:jc w:val="right"/>
      </w:pPr>
      <w:r>
        <w:rPr>
          <w:b w:val="0"/>
          <w:i/>
        </w:rPr>
        <w:t>xem</w:t>
      </w:r>
      <w:r>
        <w:br/>
      </w:r>
      <w:r>
        <w:rPr>
          <w:b w:val="0"/>
          <w:i w:val="0"/>
        </w:rPr>
        <w:t xml:space="preserve"> Giăng 12:6</w:t>
      </w:r>
    </w:p>
    <w:p>
      <w:pPr>
        <w:spacing w:after="80"/>
      </w:pPr>
      <w:r>
        <w:rPr>
          <w:b/>
          <w:i w:val="0"/>
        </w:rPr>
        <w:t>10.</w:t>
      </w:r>
      <w:r>
        <w:rPr>
          <w:b w:val="0"/>
          <w:i w:val="0"/>
        </w:rPr>
        <w:t xml:space="preserve"> Giu-đa phản đối Phi-e-rơ, nói rằng: 'Quỹ chung chỉ vừa đủ để chúng ta sống sót.'</w:t>
      </w:r>
    </w:p>
    <w:p>
      <w:pPr>
        <w:spacing w:after="80"/>
      </w:pPr>
      <w:r>
        <w:rPr>
          <w:b/>
          <w:i w:val="0"/>
        </w:rPr>
        <w:t>11.</w:t>
      </w:r>
      <w:r>
        <w:rPr>
          <w:b w:val="0"/>
          <w:i w:val="0"/>
        </w:rPr>
        <w:t xml:space="preserve"> Phi-e-rơ không chắc về động cơ của Giu-đa và bước ra xa ông ta.</w:t>
      </w:r>
    </w:p>
    <w:p>
      <w:pPr>
        <w:spacing w:after="80"/>
      </w:pPr>
      <w:r>
        <w:rPr>
          <w:b/>
          <w:i w:val="0"/>
        </w:rPr>
        <w:t>12.</w:t>
      </w:r>
      <w:r>
        <w:rPr>
          <w:b w:val="0"/>
          <w:i w:val="0"/>
        </w:rPr>
        <w:t xml:space="preserve"> Thầy Kinh Luật đến dự Sanhedrin và báo cho Thầy Tế Lễ Thượng Phẩm mọi điều Giu-đa đã nói với ông.</w:t>
      </w:r>
    </w:p>
    <w:p>
      <w:pPr>
        <w:spacing w:after="80"/>
        <w:jc w:val="right"/>
      </w:pPr>
      <w:r>
        <w:rPr>
          <w:b w:val="0"/>
          <w:i w:val="0"/>
        </w:rPr>
        <w:t>[xxxi]</w:t>
      </w:r>
    </w:p>
    <w:p>
      <w:pPr>
        <w:spacing w:after="80"/>
      </w:pPr>
      <w:r>
        <w:rPr>
          <w:b/>
          <w:i w:val="0"/>
        </w:rPr>
        <w:t>13.</w:t>
      </w:r>
      <w:r>
        <w:rPr>
          <w:b w:val="0"/>
          <w:i w:val="0"/>
        </w:rPr>
        <w:t xml:space="preserve"> Một người Pha-ri-si nói: 'Chúng ta phải làm gì nếu Chúa Giê-su thực hiện nhiều phép lạ, vì khi đó chúng ta không thể tỏ ra chống đối Ngài?'</w:t>
      </w:r>
    </w:p>
    <w:p>
      <w:pPr>
        <w:spacing w:after="80"/>
      </w:pPr>
      <w:r>
        <w:rPr>
          <w:b/>
          <w:i w:val="0"/>
        </w:rPr>
        <w:t>14.</w:t>
      </w:r>
      <w:r>
        <w:rPr>
          <w:b w:val="0"/>
          <w:i w:val="0"/>
        </w:rPr>
        <w:t xml:space="preserve"> Caiaphas, người giữ chức Thầy Tế Lễ Thượng Phẩm năm đó, nói: </w:t>
      </w:r>
      <w:r>
        <w:rPr>
          <w:b/>
          <w:i/>
        </w:rPr>
        <w:t>Hắn phải chết, nhưng không phải vào ngày lễ, vì sẽ gây náo loạn trong dân chúng</w:t>
      </w:r>
      <w:r>
        <w:rPr>
          <w:b/>
          <w:i w:val="0"/>
        </w:rPr>
        <w:t>.</w:t>
      </w:r>
    </w:p>
    <w:p>
      <w:pPr>
        <w:spacing w:after="80"/>
        <w:jc w:val="right"/>
      </w:pPr>
      <w:r>
        <w:rPr>
          <w:b w:val="0"/>
          <w:i/>
        </w:rPr>
        <w:t>xem</w:t>
      </w:r>
      <w:r>
        <w:br/>
      </w:r>
      <w:r>
        <w:rPr>
          <w:b w:val="0"/>
          <w:i w:val="0"/>
        </w:rPr>
        <w:t xml:space="preserve"> Giăng 11:48,</w:t>
      </w:r>
      <w:r>
        <w:br/>
      </w:r>
      <w:r>
        <w:rPr>
          <w:b w:val="0"/>
          <w:i w:val="0"/>
        </w:rPr>
        <w:t xml:space="preserve"> Ma-thi-ơ 26:1–5,</w:t>
      </w:r>
      <w:r>
        <w:br/>
      </w:r>
      <w:r>
        <w:rPr>
          <w:b w:val="0"/>
          <w:i w:val="0"/>
        </w:rPr>
        <w:t xml:space="preserve"> Mác 14:1–2,</w:t>
      </w:r>
      <w:r>
        <w:br/>
      </w:r>
      <w:r>
        <w:rPr>
          <w:b w:val="0"/>
          <w:i w:val="0"/>
        </w:rPr>
        <w:t xml:space="preserve"> Lu-ca 22:1</w:t>
      </w:r>
    </w:p>
    <w:p>
      <w:pPr>
        <w:spacing w:after="80"/>
      </w:pPr>
      <w:r>
        <w:rPr>
          <w:b/>
          <w:i w:val="0"/>
        </w:rPr>
        <w:t>15.</w:t>
      </w:r>
      <w:r>
        <w:rPr>
          <w:b w:val="0"/>
          <w:i w:val="0"/>
        </w:rPr>
        <w:t xml:space="preserve"> Thầy Kinh Luật nói: </w:t>
      </w:r>
      <w:r>
        <w:rPr>
          <w:b/>
          <w:i/>
        </w:rPr>
        <w:t>Nhưng nếu chúng ta để mặc hắn, dân tộc ta có thể bị hủy diệt</w:t>
      </w:r>
      <w:r>
        <w:rPr>
          <w:b/>
          <w:i w:val="0"/>
        </w:rPr>
        <w:t>.</w:t>
      </w:r>
    </w:p>
    <w:p>
      <w:pPr>
        <w:spacing w:after="80"/>
      </w:pPr>
      <w:r>
        <w:rPr>
          <w:b/>
          <w:i w:val="0"/>
        </w:rPr>
        <w:t>16.</w:t>
      </w:r>
      <w:r>
        <w:rPr>
          <w:b w:val="0"/>
          <w:i w:val="0"/>
        </w:rPr>
        <w:t xml:space="preserve"> Caiaphas nói: </w:t>
      </w:r>
      <w:r>
        <w:rPr>
          <w:b/>
          <w:i/>
        </w:rPr>
        <w:t>Các ngươi không hiểu. Hắn phải chết để cứu dân tộc ta</w:t>
      </w:r>
      <w:r>
        <w:rPr>
          <w:b/>
          <w:i w:val="0"/>
        </w:rPr>
        <w:t>.</w:t>
      </w:r>
    </w:p>
    <w:p>
      <w:pPr>
        <w:spacing w:after="80"/>
        <w:jc w:val="right"/>
      </w:pPr>
      <w:r>
        <w:rPr>
          <w:b w:val="0"/>
          <w:i/>
        </w:rPr>
        <w:t>xem</w:t>
      </w:r>
      <w:r>
        <w:br/>
      </w:r>
      <w:r>
        <w:rPr>
          <w:b w:val="0"/>
          <w:i w:val="0"/>
        </w:rPr>
        <w:t xml:space="preserve"> Giăng 11:51</w:t>
      </w:r>
    </w:p>
    <w:p>
      <w:pPr>
        <w:spacing w:after="80"/>
      </w:pPr>
      <w:r>
        <w:rPr>
          <w:b/>
          <w:i w:val="0"/>
        </w:rPr>
        <w:t>17.</w:t>
      </w:r>
      <w:r>
        <w:rPr>
          <w:b w:val="0"/>
          <w:i w:val="0"/>
        </w:rPr>
        <w:t xml:space="preserve"> Một người khác hỏi: 'Điều đó sẽ xảy ra thế nào?'</w:t>
      </w:r>
    </w:p>
    <w:p>
      <w:pPr>
        <w:spacing w:after="80"/>
      </w:pPr>
      <w:r>
        <w:rPr>
          <w:b/>
          <w:i w:val="0"/>
        </w:rPr>
        <w:t>18.</w:t>
      </w:r>
      <w:r>
        <w:rPr>
          <w:b w:val="0"/>
          <w:i w:val="0"/>
        </w:rPr>
        <w:t xml:space="preserve"> Thầy Kinh Luật trả lời: 'Giu-đa sẽ dẫn chúng ta đến chỗ hắn, rồi chúng ta sẽ bắt Giê-su người Na-xa-rét và buộc tội hắn là kẻ tội lỗi và kẻ phạm thượng.'</w:t>
      </w:r>
    </w:p>
    <w:p>
      <w:pPr>
        <w:spacing w:after="80"/>
      </w:pPr>
      <w:r>
        <w:rPr>
          <w:b/>
          <w:i w:val="0"/>
        </w:rPr>
        <w:t>19.</w:t>
      </w:r>
      <w:r>
        <w:rPr>
          <w:b w:val="0"/>
          <w:i w:val="0"/>
        </w:rPr>
        <w:t xml:space="preserve"> Và rồi Thầy Kinh Luật nói: 'Chúng ta phải cho người ta biết trong Đền Thờ rằng chính một trong các môn đệ của hắn đã phản bội hắn.'</w:t>
      </w:r>
    </w:p>
    <w:p>
      <w:pPr>
        <w:spacing w:after="80"/>
      </w:pPr>
      <w:r>
        <w:rPr>
          <w:b/>
          <w:i w:val="0"/>
        </w:rPr>
        <w:t>20.</w:t>
      </w:r>
      <w:r>
        <w:rPr>
          <w:b w:val="0"/>
          <w:i w:val="0"/>
        </w:rPr>
        <w:t xml:space="preserve"> Từ ngày đó, Sanhedrin lập kế hoạch giết Chúa Giê-su.</w:t>
      </w:r>
    </w:p>
    <w:p>
      <w:pPr>
        <w:spacing w:after="80"/>
        <w:jc w:val="right"/>
      </w:pPr>
      <w:r>
        <w:rPr>
          <w:b w:val="0"/>
          <w:i w:val="0"/>
        </w:rPr>
        <w:t>John 11:53</w:t>
      </w:r>
    </w:p>
    <w:p>
      <w:pPr>
        <w:jc w:val="center"/>
      </w:pPr>
      <w:r>
        <w:drawing>
          <wp:inline xmlns:a="http://schemas.openxmlformats.org/drawingml/2006/main" xmlns:pic="http://schemas.openxmlformats.org/drawingml/2006/picture">
            <wp:extent cx="390525" cy="114300"/>
            <wp:docPr id="19" name="Picture 19"/>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pStyle w:val="Heading2"/>
      </w:pPr>
      <w:r>
        <w:rPr>
          <w:rFonts w:ascii="Calibri" w:hAnsi="Calibri"/>
          <w:b/>
          <w:i w:val="0"/>
          <w:sz w:val="32"/>
        </w:rPr>
        <w:t>Chương 19</w:t>
      </w:r>
    </w:p>
    <w:p>
      <w:pPr>
        <w:pStyle w:val="Heading2"/>
      </w:pPr>
      <w:r>
        <w:rPr>
          <w:rFonts w:ascii="Calibri" w:hAnsi="Calibri"/>
          <w:b/>
          <w:i/>
          <w:sz w:val="32"/>
        </w:rPr>
        <w:t>Hãy trả cho Caesar những gì thuộc về Caesar</w:t>
      </w:r>
    </w:p>
    <w:p>
      <w:pPr>
        <w:spacing w:after="80"/>
      </w:pPr>
      <w:r>
        <w:rPr>
          <w:b/>
          <w:i w:val="0"/>
        </w:rPr>
        <w:t>1.</w:t>
      </w:r>
      <w:r>
        <w:rPr>
          <w:b w:val="0"/>
          <w:i w:val="0"/>
        </w:rPr>
        <w:t xml:space="preserve"> Chúa Giê-su từ Bethany đi xuống và lên đường đến Đền Thờ.</w:t>
      </w:r>
    </w:p>
    <w:p>
      <w:pPr>
        <w:spacing w:after="80"/>
      </w:pPr>
      <w:r>
        <w:rPr>
          <w:b/>
          <w:i w:val="0"/>
        </w:rPr>
        <w:t>2.</w:t>
      </w:r>
      <w:r>
        <w:rPr>
          <w:b w:val="0"/>
          <w:i w:val="0"/>
        </w:rPr>
        <w:t xml:space="preserve"> Dọc đường, vô số đám đông tụ tập khi Chúa Giê-su chậm rãi tiến vào Jerusalem. Khi Ngài đến Đền Thờ, nơi đây đã chật kín những người thờ phượng đến để nghe lời của vị thầy vĩ đại và học hỏi từ cách Ngài giải thích luật lệ.</w:t>
      </w:r>
    </w:p>
    <w:p>
      <w:pPr>
        <w:spacing w:after="80"/>
      </w:pPr>
      <w:r>
        <w:rPr>
          <w:b/>
          <w:i w:val="0"/>
        </w:rPr>
        <w:t>3.</w:t>
      </w:r>
      <w:r>
        <w:rPr>
          <w:b w:val="0"/>
          <w:i w:val="0"/>
        </w:rPr>
        <w:t xml:space="preserve"> Trên đường từ Bethany, Chúa Giê-su đã bình tĩnh và nhân từ với tất cả những người ùa đến quanh Ngài, nhưng tâm trạng của Ngài thay đổi ngay khi Ngài đến cổng Đền Thờ.</w:t>
      </w:r>
    </w:p>
    <w:p>
      <w:pPr>
        <w:spacing w:after="80"/>
      </w:pPr>
      <w:r>
        <w:rPr>
          <w:b/>
          <w:i w:val="0"/>
        </w:rPr>
        <w:t>4.</w:t>
      </w:r>
      <w:r>
        <w:rPr>
          <w:b w:val="0"/>
          <w:i w:val="0"/>
        </w:rPr>
        <w:t xml:space="preserve"> Những người ngoại đã lập một khu chợ trong sân, với những quầy hàng để người Do Thái có thể mua các con vật nhỏ và chim, mà sau đó họ sẽ dâng làm lễ tế trong Đền Thờ.</w:t>
      </w:r>
    </w:p>
    <w:p>
      <w:pPr>
        <w:spacing w:after="80"/>
      </w:pPr>
      <w:r>
        <w:rPr>
          <w:b/>
          <w:i w:val="0"/>
        </w:rPr>
        <w:t>5.</w:t>
      </w:r>
      <w:r>
        <w:rPr>
          <w:b w:val="0"/>
          <w:i w:val="0"/>
        </w:rPr>
        <w:t xml:space="preserve"> Chúa Giê-su không thể che giấu cơn giận của mình.</w:t>
      </w:r>
    </w:p>
    <w:p>
      <w:pPr>
        <w:spacing w:after="80"/>
      </w:pPr>
      <w:r>
        <w:rPr>
          <w:b/>
          <w:i w:val="0"/>
        </w:rPr>
        <w:t>6.</w:t>
      </w:r>
      <w:r>
        <w:rPr>
          <w:b w:val="0"/>
          <w:i w:val="0"/>
        </w:rPr>
        <w:t xml:space="preserve"> Ngài lập tức bắt đầu lật đổ những bàn nơi những người đổi tiền đổi bất kỳ đồng xu La Mã nào sang đồng xu Tyre không mang hình người.</w:t>
      </w:r>
    </w:p>
    <w:p>
      <w:pPr>
        <w:spacing w:after="80"/>
        <w:jc w:val="right"/>
      </w:pPr>
      <w:r>
        <w:rPr>
          <w:b w:val="0"/>
          <w:i w:val="0"/>
        </w:rPr>
        <w:t>[xxxii]</w:t>
      </w:r>
    </w:p>
    <w:p>
      <w:pPr>
        <w:spacing w:after="80"/>
      </w:pPr>
      <w:r>
        <w:rPr>
          <w:b/>
          <w:i w:val="0"/>
        </w:rPr>
        <w:t>7.</w:t>
      </w:r>
      <w:r>
        <w:rPr>
          <w:b w:val="0"/>
          <w:i w:val="0"/>
        </w:rPr>
        <w:t xml:space="preserve"> Sau đó Chúa Giê-su làm một sợi dây thừng nặng bằng những sợi dây bện lại, và bắt đầu đuổi các con vật ra khỏi Đền Thờ và thả những con bồ câu ra khỏi lồng, nói rằng: </w:t>
      </w:r>
      <w:r>
        <w:rPr>
          <w:b/>
          <w:i/>
        </w:rPr>
        <w:t>Hãy mang những thứ này đi; các ngươi không được biến nhà Cha ta thành nhà buôn bán</w:t>
      </w:r>
      <w:r>
        <w:rPr>
          <w:b/>
          <w:i w:val="0"/>
        </w:rPr>
        <w:t>.</w:t>
      </w:r>
    </w:p>
    <w:p>
      <w:pPr>
        <w:spacing w:after="80"/>
        <w:jc w:val="right"/>
      </w:pPr>
      <w:r>
        <w:rPr>
          <w:b w:val="0"/>
          <w:i w:val="0"/>
        </w:rPr>
        <w:t>John 2:16</w:t>
      </w:r>
    </w:p>
    <w:p>
      <w:pPr>
        <w:spacing w:after="80"/>
      </w:pPr>
      <w:r>
        <w:rPr>
          <w:b/>
          <w:i w:val="0"/>
        </w:rPr>
        <w:t>8.</w:t>
      </w:r>
      <w:r>
        <w:rPr>
          <w:b w:val="0"/>
          <w:i w:val="0"/>
        </w:rPr>
        <w:t xml:space="preserve"> Judas không tán thành việc Chúa Giê-su phá rối việc thờ phượng hằng ngày vì ông biết rằng những người Do Thái sùng đạo chỉ có thể thực hiện các nghi lễ trong Đền Thờ nếu việc buôn bán được cho phép trong sân.</w:t>
      </w:r>
    </w:p>
    <w:p>
      <w:pPr>
        <w:spacing w:after="80"/>
      </w:pPr>
      <w:r>
        <w:rPr>
          <w:b/>
          <w:i w:val="0"/>
        </w:rPr>
        <w:t>9.</w:t>
      </w:r>
      <w:r>
        <w:rPr>
          <w:b w:val="0"/>
          <w:i w:val="0"/>
        </w:rPr>
        <w:t xml:space="preserve"> Sau đó một trong các Trưởng lão hỏi Chúa Giê-su: </w:t>
      </w:r>
      <w:r>
        <w:rPr>
          <w:b/>
          <w:i/>
        </w:rPr>
        <w:t>Ngài dựa vào thẩm quyền nào mà gây ra sự hỗn loạn này?</w:t>
      </w:r>
    </w:p>
    <w:p>
      <w:pPr>
        <w:spacing w:after="80"/>
      </w:pPr>
      <w:r>
        <w:rPr>
          <w:b/>
          <w:i w:val="0"/>
        </w:rPr>
        <w:t>10.</w:t>
      </w:r>
      <w:r>
        <w:rPr>
          <w:b w:val="0"/>
          <w:i w:val="0"/>
        </w:rPr>
        <w:t xml:space="preserve"> Chúa Giê-su trả lời: </w:t>
      </w:r>
      <w:r>
        <w:rPr>
          <w:b/>
          <w:i/>
        </w:rPr>
        <w:t>Hãy phá hủy Đền Thờ này đi, và trong ba ngày ta sẽ dựng nó lại</w:t>
      </w:r>
      <w:r>
        <w:rPr>
          <w:b/>
          <w:i w:val="0"/>
        </w:rPr>
        <w:t>.</w:t>
      </w:r>
    </w:p>
    <w:p>
      <w:pPr>
        <w:spacing w:after="80"/>
      </w:pPr>
      <w:r>
        <w:rPr>
          <w:b/>
          <w:i w:val="0"/>
        </w:rPr>
        <w:t>11.</w:t>
      </w:r>
      <w:r>
        <w:rPr>
          <w:b w:val="0"/>
          <w:i w:val="0"/>
        </w:rPr>
        <w:t xml:space="preserve"> Các Trưởng lão đáp: </w:t>
      </w:r>
      <w:r>
        <w:rPr>
          <w:b/>
          <w:i/>
        </w:rPr>
        <w:t>Nhưng phải mất bốn mươi sáu năm mới xây được. Sao ông hy vọng dựng lại nó trong ba ngày?</w:t>
      </w:r>
    </w:p>
    <w:p>
      <w:pPr>
        <w:spacing w:after="80"/>
        <w:jc w:val="right"/>
      </w:pPr>
      <w:r>
        <w:rPr>
          <w:b w:val="0"/>
          <w:i w:val="0"/>
        </w:rPr>
        <w:t>John 2:18–20</w:t>
      </w:r>
    </w:p>
    <w:p>
      <w:pPr>
        <w:spacing w:after="80"/>
      </w:pPr>
      <w:r>
        <w:rPr>
          <w:b/>
          <w:i w:val="0"/>
        </w:rPr>
        <w:t>12.</w:t>
      </w:r>
      <w:r>
        <w:rPr>
          <w:b w:val="0"/>
          <w:i w:val="0"/>
        </w:rPr>
        <w:t xml:space="preserve"> Giu-đa nhận ra rằng Thầy đang ám chỉ lời hứa rằng sau khi chết, Ngài sẽ sống lại trong ba ngày; điều mà ông vẫn chưa thể chấp nhận.</w:t>
      </w:r>
    </w:p>
    <w:p>
      <w:pPr>
        <w:spacing w:after="80"/>
      </w:pPr>
      <w:r>
        <w:rPr>
          <w:b/>
          <w:i w:val="0"/>
        </w:rPr>
        <w:t>13.</w:t>
      </w:r>
      <w:r>
        <w:rPr>
          <w:b w:val="0"/>
          <w:i w:val="0"/>
        </w:rPr>
        <w:t xml:space="preserve"> Giu-đa nhìn chằm chằm vào người mình yêu mến, và ngẫm nghĩ về lời của John the Baptist: </w:t>
      </w:r>
      <w:r>
        <w:rPr>
          <w:b/>
          <w:i/>
        </w:rPr>
        <w:t>Ông có phải là Đấng phải đến, hay chúng tôi phải tìm một người khác?</w:t>
      </w:r>
    </w:p>
    <w:p>
      <w:pPr>
        <w:spacing w:after="80"/>
        <w:jc w:val="right"/>
      </w:pPr>
      <w:r>
        <w:rPr>
          <w:b w:val="0"/>
          <w:i w:val="0"/>
        </w:rPr>
        <w:t>Matt 11:3;</w:t>
      </w:r>
      <w:r>
        <w:br/>
      </w:r>
      <w:r>
        <w:rPr>
          <w:b w:val="0"/>
          <w:i w:val="0"/>
        </w:rPr>
        <w:t xml:space="preserve"> Luke 7:19</w:t>
      </w:r>
    </w:p>
    <w:p>
      <w:pPr>
        <w:spacing w:after="80"/>
      </w:pPr>
      <w:r>
        <w:rPr>
          <w:b/>
          <w:i w:val="0"/>
        </w:rPr>
        <w:t>14.</w:t>
      </w:r>
      <w:r>
        <w:rPr>
          <w:b w:val="0"/>
          <w:i w:val="0"/>
        </w:rPr>
        <w:t xml:space="preserve"> Một người Sa-đu-sê, kẻ không bao giờ có thể chấp nhận sự sống lại vì nó trái với những niềm tin quý giá nhất của ông, thúc ép Jesus giải thích ý nghĩa của lời ám chỉ đó.</w:t>
      </w:r>
    </w:p>
    <w:p>
      <w:pPr>
        <w:spacing w:after="80"/>
      </w:pPr>
      <w:r>
        <w:rPr>
          <w:b/>
          <w:i w:val="0"/>
        </w:rPr>
        <w:t>15.</w:t>
      </w:r>
      <w:r>
        <w:rPr>
          <w:b w:val="0"/>
          <w:i w:val="0"/>
        </w:rPr>
        <w:t xml:space="preserve"> Jesus đáp: </w:t>
      </w:r>
      <w:r>
        <w:rPr>
          <w:b/>
          <w:i/>
        </w:rPr>
        <w:t>Đức Chúa Trời của Abraham, Isaac và Jacob là Đức Chúa Trời của người sống. Vậy các tổ phụ vĩ đại ấy hẳn vẫn còn sống trong sự sống lại</w:t>
      </w:r>
      <w:r>
        <w:rPr>
          <w:b/>
          <w:i w:val="0"/>
        </w:rPr>
        <w:t>.</w:t>
      </w:r>
    </w:p>
    <w:p>
      <w:pPr>
        <w:spacing w:after="80"/>
        <w:jc w:val="right"/>
      </w:pPr>
      <w:r>
        <w:rPr>
          <w:b w:val="0"/>
          <w:i/>
        </w:rPr>
        <w:t>xem</w:t>
      </w:r>
      <w:r>
        <w:br/>
      </w:r>
      <w:r>
        <w:rPr>
          <w:b w:val="0"/>
          <w:i w:val="0"/>
        </w:rPr>
        <w:t xml:space="preserve"> Mark 12:24–27;</w:t>
      </w:r>
      <w:r>
        <w:br/>
      </w:r>
      <w:r>
        <w:rPr>
          <w:b w:val="0"/>
          <w:i w:val="0"/>
        </w:rPr>
        <w:t xml:space="preserve"> Matt 22:31–32;</w:t>
      </w:r>
      <w:r>
        <w:br/>
      </w:r>
      <w:r>
        <w:rPr>
          <w:b w:val="0"/>
          <w:i w:val="0"/>
        </w:rPr>
        <w:t xml:space="preserve"> Luke 20:37–38</w:t>
      </w:r>
    </w:p>
    <w:p>
      <w:pPr>
        <w:spacing w:after="80"/>
      </w:pPr>
      <w:r>
        <w:rPr>
          <w:b/>
          <w:i w:val="0"/>
        </w:rPr>
        <w:t>16.</w:t>
      </w:r>
      <w:r>
        <w:rPr>
          <w:b w:val="0"/>
          <w:i w:val="0"/>
        </w:rPr>
        <w:t xml:space="preserve"> Một Trưởng lão khác bước lên, cũng mong thắng được Jesus, và hỏi: </w:t>
      </w:r>
      <w:r>
        <w:rPr>
          <w:b/>
          <w:i/>
        </w:rPr>
        <w:t>Thưa thầy vĩ đại, chúng tôi biết thầy là người chân thật, đến mức chẳng bận tâm người khác nghĩ gì về mình, hay mình có thể xúc phạm đến ai, nên xin cho biết, nộp thuế cho Hoàng đế La Mã có trái luật không?</w:t>
      </w:r>
    </w:p>
    <w:p>
      <w:pPr>
        <w:spacing w:after="80"/>
      </w:pPr>
      <w:r>
        <w:rPr>
          <w:b/>
          <w:i w:val="0"/>
        </w:rPr>
        <w:t>17.</w:t>
      </w:r>
      <w:r>
        <w:rPr>
          <w:b w:val="0"/>
          <w:i w:val="0"/>
        </w:rPr>
        <w:t xml:space="preserve"> Jesus nói, </w:t>
      </w:r>
      <w:r>
        <w:rPr>
          <w:b/>
          <w:i/>
        </w:rPr>
        <w:t>Đưa cho ta một đồng tiền</w:t>
      </w:r>
      <w:r>
        <w:rPr>
          <w:b/>
          <w:i w:val="0"/>
        </w:rPr>
        <w:t>.</w:t>
      </w:r>
      <w:r>
        <w:rPr>
          <w:b w:val="0"/>
          <w:i w:val="0"/>
        </w:rPr>
        <w:t xml:space="preserve"> Chính người đó đưa cho Ngài một đồng tiền có in hình Caesar. Jesus nói: </w:t>
      </w:r>
      <w:r>
        <w:rPr>
          <w:b/>
          <w:i/>
        </w:rPr>
        <w:t>Hình của ai trên đồng tiền này?</w:t>
      </w:r>
    </w:p>
    <w:p>
      <w:pPr>
        <w:spacing w:after="80"/>
      </w:pPr>
      <w:r>
        <w:rPr>
          <w:b/>
          <w:i w:val="0"/>
        </w:rPr>
        <w:t xml:space="preserve">18. </w:t>
      </w:r>
      <w:r>
        <w:rPr>
          <w:b/>
          <w:i/>
        </w:rPr>
        <w:t>Của Caesar</w:t>
      </w:r>
      <w:r>
        <w:rPr>
          <w:b/>
          <w:i w:val="0"/>
        </w:rPr>
        <w:t>,</w:t>
      </w:r>
      <w:r>
        <w:rPr>
          <w:b w:val="0"/>
          <w:i w:val="0"/>
        </w:rPr>
        <w:t xml:space="preserve"> Trưởng lão đáp.</w:t>
      </w:r>
    </w:p>
    <w:p>
      <w:pPr>
        <w:spacing w:after="80"/>
      </w:pPr>
      <w:r>
        <w:rPr>
          <w:b/>
          <w:i w:val="0"/>
        </w:rPr>
        <w:t>19.</w:t>
      </w:r>
      <w:r>
        <w:rPr>
          <w:b w:val="0"/>
          <w:i w:val="0"/>
        </w:rPr>
        <w:t xml:space="preserve"> Jesus chế nhạo ông và nói: </w:t>
      </w:r>
      <w:r>
        <w:rPr>
          <w:b/>
          <w:i/>
        </w:rPr>
        <w:t>Hãy trả cho Caesar những gì của Caesar, và trả cho Đức Chúa Trời những gì của Đức Chúa Trời</w:t>
      </w:r>
      <w:r>
        <w:rPr>
          <w:b/>
          <w:i w:val="0"/>
        </w:rPr>
        <w:t>.</w:t>
      </w:r>
    </w:p>
    <w:p>
      <w:pPr>
        <w:spacing w:after="80"/>
        <w:jc w:val="right"/>
      </w:pPr>
      <w:r>
        <w:rPr>
          <w:b w:val="0"/>
          <w:i/>
        </w:rPr>
        <w:t>xem</w:t>
      </w:r>
      <w:r>
        <w:br/>
      </w:r>
      <w:r>
        <w:rPr>
          <w:b w:val="0"/>
          <w:i w:val="0"/>
        </w:rPr>
        <w:t xml:space="preserve"> Mark 12:13–17;</w:t>
      </w:r>
      <w:r>
        <w:br/>
      </w:r>
      <w:r>
        <w:rPr>
          <w:b w:val="0"/>
          <w:i w:val="0"/>
        </w:rPr>
        <w:t xml:space="preserve"> Matt 22:15–22;</w:t>
      </w:r>
      <w:r>
        <w:br/>
      </w:r>
      <w:r>
        <w:rPr>
          <w:b w:val="0"/>
          <w:i w:val="0"/>
        </w:rPr>
        <w:t xml:space="preserve"> Luke 20:20–26</w:t>
      </w:r>
    </w:p>
    <w:p>
      <w:pPr>
        <w:spacing w:after="80"/>
      </w:pPr>
      <w:r>
        <w:rPr>
          <w:b/>
          <w:i w:val="0"/>
        </w:rPr>
        <w:t>20.</w:t>
      </w:r>
      <w:r>
        <w:rPr>
          <w:b w:val="0"/>
          <w:i w:val="0"/>
        </w:rPr>
        <w:t xml:space="preserve"> Rồi một Kinh sư bước lên.</w:t>
      </w:r>
    </w:p>
    <w:p>
      <w:pPr>
        <w:spacing w:after="80"/>
      </w:pPr>
      <w:r>
        <w:rPr>
          <w:b/>
          <w:i w:val="0"/>
        </w:rPr>
        <w:t>21.</w:t>
      </w:r>
      <w:r>
        <w:rPr>
          <w:b w:val="0"/>
          <w:i w:val="0"/>
        </w:rPr>
        <w:t xml:space="preserve"> Giu-đa lập tức nhận ra ông là người đã hứa sẽ giúp đỡ nếu Jesus gặp nguy hiểm.</w:t>
      </w:r>
    </w:p>
    <w:p>
      <w:pPr>
        <w:spacing w:after="80"/>
      </w:pPr>
      <w:r>
        <w:rPr>
          <w:b/>
          <w:i w:val="0"/>
        </w:rPr>
        <w:t>22.</w:t>
      </w:r>
      <w:r>
        <w:rPr>
          <w:b w:val="0"/>
          <w:i w:val="0"/>
        </w:rPr>
        <w:t xml:space="preserve"> Kinh sư đặt một câu hỏi đi thẳng vào cốt lõi truyền thống Do Thái: </w:t>
      </w:r>
      <w:r>
        <w:rPr>
          <w:b/>
          <w:i/>
        </w:rPr>
        <w:t>Đấng Messiah có phải là Con của David không?</w:t>
      </w:r>
    </w:p>
    <w:p>
      <w:pPr>
        <w:spacing w:after="80"/>
      </w:pPr>
      <w:r>
        <w:rPr>
          <w:b/>
          <w:i w:val="0"/>
        </w:rPr>
        <w:t>23.</w:t>
      </w:r>
      <w:r>
        <w:rPr>
          <w:b w:val="0"/>
          <w:i w:val="0"/>
        </w:rPr>
        <w:t xml:space="preserve"> Đức Giê-su đáp lại bằng lời của Đa-vít, như được ghi trong các thánh thi của Ít-ra-en: </w:t>
      </w:r>
      <w:r>
        <w:rPr>
          <w:b/>
          <w:i/>
        </w:rPr>
        <w:t>Chúa đã phán với Chúa của tôi rằng: ‘Hãy ngồi bên hữu Ta, cho đến khi Ta đặt kẻ thù của ngươi làm bệ chân cho ngươi.’</w:t>
      </w:r>
    </w:p>
    <w:p>
      <w:pPr>
        <w:spacing w:after="80"/>
        <w:jc w:val="right"/>
      </w:pPr>
      <w:r>
        <w:rPr>
          <w:b w:val="0"/>
          <w:i/>
        </w:rPr>
        <w:t>xem</w:t>
      </w:r>
      <w:r>
        <w:br/>
      </w:r>
      <w:r>
        <w:rPr>
          <w:b w:val="0"/>
          <w:i w:val="0"/>
        </w:rPr>
        <w:t xml:space="preserve"> Thánh Vịnh 110:1</w:t>
      </w:r>
    </w:p>
    <w:p>
      <w:pPr>
        <w:spacing w:after="80"/>
      </w:pPr>
      <w:r>
        <w:rPr>
          <w:b/>
          <w:i w:val="0"/>
        </w:rPr>
        <w:t>24.</w:t>
      </w:r>
      <w:r>
        <w:rPr>
          <w:b w:val="0"/>
          <w:i w:val="0"/>
        </w:rPr>
        <w:t xml:space="preserve"> Sau đó Đức Giê-su hướng sự chú ý đến đám đông đang vây quanh mình và tuyên bố </w:t>
      </w:r>
      <w:r>
        <w:rPr>
          <w:b/>
          <w:i/>
        </w:rPr>
        <w:t>Nếu Đa-vít gọi Đấng Mê-si-a là ‘Chúa của tôi’, thì Đấng Mê-si-a không thể là con của Đa-vít được</w:t>
      </w:r>
      <w:r>
        <w:rPr>
          <w:b/>
          <w:i w:val="0"/>
        </w:rPr>
        <w:t>.</w:t>
      </w:r>
    </w:p>
    <w:p>
      <w:pPr>
        <w:spacing w:after="80"/>
        <w:jc w:val="right"/>
      </w:pPr>
      <w:r>
        <w:rPr>
          <w:b w:val="0"/>
          <w:i/>
        </w:rPr>
        <w:t>xem</w:t>
      </w:r>
      <w:r>
        <w:br/>
      </w:r>
      <w:r>
        <w:rPr>
          <w:b w:val="0"/>
          <w:i w:val="0"/>
        </w:rPr>
        <w:t xml:space="preserve"> Mác 12:35–37;</w:t>
      </w:r>
      <w:r>
        <w:br/>
      </w:r>
      <w:r>
        <w:rPr>
          <w:b w:val="0"/>
          <w:i w:val="0"/>
        </w:rPr>
        <w:t xml:space="preserve"> Mat 22:41–46;</w:t>
      </w:r>
      <w:r>
        <w:br/>
      </w:r>
      <w:r>
        <w:rPr>
          <w:b w:val="0"/>
          <w:i w:val="0"/>
        </w:rPr>
        <w:t xml:space="preserve"> Lu-ca 20:40–41</w:t>
      </w:r>
    </w:p>
    <w:p>
      <w:pPr>
        <w:spacing w:after="80"/>
      </w:pPr>
      <w:r>
        <w:rPr>
          <w:b/>
          <w:i w:val="0"/>
        </w:rPr>
        <w:t>25.</w:t>
      </w:r>
      <w:r>
        <w:rPr>
          <w:b w:val="0"/>
          <w:i w:val="0"/>
        </w:rPr>
        <w:t xml:space="preserve"> Trong khi những người xung quanh ông choáng ngợp trước lời giảng dạy và cách ông giải thích luật pháp, thì một số Kỳ mục và người Pha-ri-sêu lập tức rời Đền Thờ để đến ngồi trong hội đồng San-hed-rin.</w:t>
      </w:r>
    </w:p>
    <w:p>
      <w:pPr>
        <w:spacing w:after="80"/>
      </w:pPr>
      <w:r>
        <w:rPr>
          <w:b/>
          <w:i w:val="0"/>
        </w:rPr>
        <w:t>26.</w:t>
      </w:r>
      <w:r>
        <w:rPr>
          <w:b w:val="0"/>
          <w:i w:val="0"/>
        </w:rPr>
        <w:t xml:space="preserve"> Khi họ họp lại, họ xác nhận rằng Đức Giê-su phải chết.</w:t>
      </w:r>
    </w:p>
    <w:p>
      <w:pPr>
        <w:jc w:val="center"/>
      </w:pPr>
      <w:r>
        <w:drawing>
          <wp:inline xmlns:a="http://schemas.openxmlformats.org/drawingml/2006/main" xmlns:pic="http://schemas.openxmlformats.org/drawingml/2006/picture">
            <wp:extent cx="390525" cy="114300"/>
            <wp:docPr id="20" name="Picture 20"/>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pStyle w:val="Heading2"/>
      </w:pPr>
      <w:r>
        <w:rPr>
          <w:rFonts w:ascii="Calibri" w:hAnsi="Calibri"/>
          <w:b/>
          <w:i w:val="0"/>
          <w:sz w:val="32"/>
        </w:rPr>
        <w:t>Chương 20</w:t>
      </w:r>
    </w:p>
    <w:p>
      <w:pPr>
        <w:pStyle w:val="Heading2"/>
      </w:pPr>
      <w:r>
        <w:rPr>
          <w:rFonts w:ascii="Calibri" w:hAnsi="Calibri"/>
          <w:b/>
          <w:i/>
          <w:sz w:val="32"/>
        </w:rPr>
        <w:t>Một người trong các ngươi đang có mặt ở đây sẽ phản bội Ta</w:t>
      </w:r>
    </w:p>
    <w:p>
      <w:pPr>
        <w:spacing w:after="80"/>
      </w:pPr>
      <w:r>
        <w:rPr>
          <w:b/>
          <w:i w:val="0"/>
        </w:rPr>
        <w:t>1.</w:t>
      </w:r>
      <w:r>
        <w:rPr>
          <w:b w:val="0"/>
          <w:i w:val="0"/>
        </w:rPr>
        <w:t xml:space="preserve"> Đức Giê-su và các môn đệ gặp nhau trong căn phòng trên lầu mà Phi-e-rơ và An-rê đã được dẫn đến, để họ có thể cử hành lễ Vượt Qua.</w:t>
      </w:r>
    </w:p>
    <w:p>
      <w:pPr>
        <w:spacing w:after="80"/>
      </w:pPr>
      <w:r>
        <w:rPr>
          <w:b/>
          <w:i w:val="0"/>
        </w:rPr>
        <w:t>2.</w:t>
      </w:r>
      <w:r>
        <w:rPr>
          <w:b w:val="0"/>
          <w:i w:val="0"/>
        </w:rPr>
        <w:t xml:space="preserve"> Khi họ ngồi xuống dùng bữa tối, các môn đệ bắt đầu thì thầm với nhau.</w:t>
      </w:r>
    </w:p>
    <w:p>
      <w:pPr>
        <w:spacing w:after="80"/>
      </w:pPr>
      <w:r>
        <w:rPr>
          <w:b/>
          <w:i w:val="0"/>
        </w:rPr>
        <w:t>3.</w:t>
      </w:r>
      <w:r>
        <w:rPr>
          <w:b w:val="0"/>
          <w:i w:val="0"/>
        </w:rPr>
        <w:t xml:space="preserve"> Họ lo lắng sau những gì đã xảy ra tại Đền Thờ vào buổi sáng hôm đó, và thậm chí còn sợ rằng tâm trạng của Thầy có thể đột ngột thay đổi một lần nữa.</w:t>
      </w:r>
    </w:p>
    <w:p>
      <w:pPr>
        <w:spacing w:after="80"/>
      </w:pPr>
      <w:r>
        <w:rPr>
          <w:b/>
          <w:i w:val="0"/>
        </w:rPr>
        <w:t>4.</w:t>
      </w:r>
      <w:r>
        <w:rPr>
          <w:b w:val="0"/>
          <w:i w:val="0"/>
        </w:rPr>
        <w:t xml:space="preserve"> Họ thú nhận với nhau rằng họ không còn biết điều gì sẽ xảy đến nữa, dù là cho Đức Giê-su hay cho chính họ.</w:t>
      </w:r>
    </w:p>
    <w:p>
      <w:pPr>
        <w:spacing w:after="80"/>
      </w:pPr>
      <w:r>
        <w:rPr>
          <w:b/>
          <w:i w:val="0"/>
        </w:rPr>
        <w:t>5.</w:t>
      </w:r>
      <w:r>
        <w:rPr>
          <w:b w:val="0"/>
          <w:i w:val="0"/>
        </w:rPr>
        <w:t xml:space="preserve"> Khi Đức Giê-su cuối cùng giơ tay lên và nói, tất cả đều bất ngờ trước lời của ông: </w:t>
      </w:r>
      <w:r>
        <w:rPr>
          <w:b/>
          <w:i/>
        </w:rPr>
        <w:t>Một người trong các ngươi đang có mặt ở đây, người ăn với Ta tối nay, sẽ phản bội Ta</w:t>
      </w:r>
      <w:r>
        <w:rPr>
          <w:b/>
          <w:i w:val="0"/>
        </w:rPr>
        <w:t>.</w:t>
      </w:r>
    </w:p>
    <w:p>
      <w:pPr>
        <w:spacing w:after="80"/>
        <w:jc w:val="right"/>
      </w:pPr>
      <w:r>
        <w:rPr>
          <w:b w:val="0"/>
          <w:i/>
        </w:rPr>
        <w:t>xem</w:t>
      </w:r>
      <w:r>
        <w:br/>
      </w:r>
      <w:r>
        <w:rPr>
          <w:b w:val="0"/>
          <w:i w:val="0"/>
        </w:rPr>
        <w:t xml:space="preserve"> Mác 14:17–21;</w:t>
      </w:r>
      <w:r>
        <w:br/>
      </w:r>
      <w:r>
        <w:rPr>
          <w:b w:val="0"/>
          <w:i w:val="0"/>
        </w:rPr>
        <w:t xml:space="preserve"> Mat 26:20–25;</w:t>
      </w:r>
      <w:r>
        <w:br/>
      </w:r>
      <w:r>
        <w:rPr>
          <w:b w:val="0"/>
          <w:i w:val="0"/>
        </w:rPr>
        <w:t xml:space="preserve"> Lu-ca 22:14, 21–23</w:t>
      </w:r>
    </w:p>
    <w:p>
      <w:pPr>
        <w:spacing w:after="80"/>
      </w:pPr>
      <w:r>
        <w:rPr>
          <w:b/>
          <w:i w:val="0"/>
        </w:rPr>
        <w:t>6.</w:t>
      </w:r>
      <w:r>
        <w:rPr>
          <w:b w:val="0"/>
          <w:i w:val="0"/>
        </w:rPr>
        <w:t xml:space="preserve"> Lần lượt từng người trong họ khẳng định rằng không thể là mình.</w:t>
      </w:r>
    </w:p>
    <w:p>
      <w:pPr>
        <w:spacing w:after="80"/>
      </w:pPr>
      <w:r>
        <w:rPr>
          <w:b/>
          <w:i w:val="0"/>
        </w:rPr>
        <w:t>7.</w:t>
      </w:r>
      <w:r>
        <w:rPr>
          <w:b w:val="0"/>
          <w:i w:val="0"/>
        </w:rPr>
        <w:t xml:space="preserve"> Giu-đa biết mình vô tội trước lời buộc tội như vậy, vì mục đích duy nhất của ông là cứu Đức Giê-su khỏi một cái chết không cần thiết.</w:t>
      </w:r>
    </w:p>
    <w:p>
      <w:pPr>
        <w:spacing w:after="80"/>
      </w:pPr>
      <w:r>
        <w:rPr>
          <w:b/>
          <w:i w:val="0"/>
        </w:rPr>
        <w:t>8.</w:t>
      </w:r>
      <w:r>
        <w:rPr>
          <w:b w:val="0"/>
          <w:i w:val="0"/>
        </w:rPr>
        <w:t xml:space="preserve"> Phi-e-rơ là người phủ nhận kịch liệt nhất. Ông khẳng định chắc nịch rằng không thể là mình, vì ông sẵn sàng hy sinh mạng sống vì Chúa Giê-su trước khi phản bội Ngài.</w:t>
      </w:r>
    </w:p>
    <w:p>
      <w:pPr>
        <w:spacing w:after="80"/>
      </w:pPr>
      <w:r>
        <w:rPr>
          <w:b/>
          <w:i w:val="0"/>
        </w:rPr>
        <w:t>9.</w:t>
      </w:r>
      <w:r>
        <w:rPr>
          <w:b w:val="0"/>
          <w:i w:val="0"/>
        </w:rPr>
        <w:t xml:space="preserve"> Chúa Giê-su nhìn Phi-e-rơ buồn bã và nói: </w:t>
      </w:r>
      <w:r>
        <w:rPr>
          <w:b/>
          <w:i/>
        </w:rPr>
        <w:t>Ta bảo con, ngay trong đêm nay, trước khi gà gáy hai lần, con sẽ chối Ta ba lần</w:t>
      </w:r>
      <w:r>
        <w:rPr>
          <w:b/>
          <w:i w:val="0"/>
        </w:rPr>
        <w:t>.</w:t>
      </w:r>
    </w:p>
    <w:p>
      <w:pPr>
        <w:spacing w:after="80"/>
        <w:jc w:val="right"/>
      </w:pPr>
      <w:r>
        <w:rPr>
          <w:b w:val="0"/>
          <w:i w:val="0"/>
        </w:rPr>
        <w:t>Mark 14:30;</w:t>
      </w:r>
      <w:r>
        <w:br/>
      </w:r>
      <w:r>
        <w:rPr>
          <w:b w:val="0"/>
          <w:i w:val="0"/>
        </w:rPr>
        <w:t xml:space="preserve"> Matt 26:34;</w:t>
      </w:r>
      <w:r>
        <w:br/>
      </w:r>
      <w:r>
        <w:rPr>
          <w:b w:val="0"/>
          <w:i w:val="0"/>
        </w:rPr>
        <w:t xml:space="preserve"> Luke 22:34</w:t>
      </w:r>
    </w:p>
    <w:p>
      <w:pPr>
        <w:spacing w:after="80"/>
      </w:pPr>
      <w:r>
        <w:rPr>
          <w:b/>
          <w:i w:val="0"/>
        </w:rPr>
        <w:t>10.</w:t>
      </w:r>
      <w:r>
        <w:rPr>
          <w:b w:val="0"/>
          <w:i w:val="0"/>
        </w:rPr>
        <w:t xml:space="preserve"> Phi-e-rơ đáp lại còn nồng nhiệt hơn: </w:t>
      </w:r>
      <w:r>
        <w:rPr>
          <w:b/>
          <w:i/>
        </w:rPr>
        <w:t>Con thà chết với Thầy chứ điều đó không thể xảy ra</w:t>
      </w:r>
      <w:r>
        <w:rPr>
          <w:b/>
          <w:i w:val="0"/>
        </w:rPr>
        <w:t>.</w:t>
      </w:r>
    </w:p>
    <w:p>
      <w:pPr>
        <w:spacing w:after="80"/>
        <w:jc w:val="right"/>
      </w:pPr>
      <w:r>
        <w:rPr>
          <w:b w:val="0"/>
          <w:i/>
        </w:rPr>
        <w:t>xem</w:t>
      </w:r>
      <w:r>
        <w:br/>
      </w:r>
      <w:r>
        <w:rPr>
          <w:b w:val="0"/>
          <w:i w:val="0"/>
        </w:rPr>
        <w:t xml:space="preserve"> Mark 14:31;</w:t>
      </w:r>
      <w:r>
        <w:br/>
      </w:r>
      <w:r>
        <w:rPr>
          <w:b w:val="0"/>
          <w:i w:val="0"/>
        </w:rPr>
        <w:t xml:space="preserve"> Matt 26:35</w:t>
      </w:r>
    </w:p>
    <w:p>
      <w:pPr>
        <w:spacing w:after="80"/>
      </w:pPr>
      <w:r>
        <w:rPr>
          <w:b/>
          <w:i w:val="0"/>
        </w:rPr>
        <w:t>11.</w:t>
      </w:r>
      <w:r>
        <w:rPr>
          <w:b w:val="0"/>
          <w:i w:val="0"/>
        </w:rPr>
        <w:t xml:space="preserve"> Chúa Giê-su nhắm mắt lại và bắt đầu cử hành nghi lễ Lễ Vượt Qua, được đánh dấu bằng việc nâng cao những cọng rau đắng, bánh mì, rượu và các biểu tượng khác một cách tượng trưng, để sống lại câu chuyện về cách cuộc Xuất Hành diễn ra.</w:t>
      </w:r>
    </w:p>
    <w:p>
      <w:pPr>
        <w:spacing w:after="80"/>
        <w:jc w:val="right"/>
      </w:pPr>
      <w:r>
        <w:rPr>
          <w:b w:val="0"/>
          <w:i w:val="0"/>
        </w:rPr>
        <w:t>[xxxiii]</w:t>
      </w:r>
    </w:p>
    <w:p>
      <w:pPr>
        <w:spacing w:after="80"/>
      </w:pPr>
      <w:r>
        <w:rPr>
          <w:b/>
          <w:i w:val="0"/>
        </w:rPr>
        <w:t>12.</w:t>
      </w:r>
      <w:r>
        <w:rPr>
          <w:b w:val="0"/>
          <w:i w:val="0"/>
        </w:rPr>
        <w:t xml:space="preserve"> Các môn đồ nhận ra rằng việc tái hiện cuộc Xuất Hành này không chỉ là một cử chỉ suông, vì tất cả người Do Thái đều tin rằng Đức Chúa Trời hiện diện tại bàn tiệc Lễ Vượt Qua.</w:t>
      </w:r>
    </w:p>
    <w:p>
      <w:pPr>
        <w:spacing w:after="80"/>
      </w:pPr>
      <w:r>
        <w:rPr>
          <w:b/>
          <w:i w:val="0"/>
        </w:rPr>
        <w:t>13.</w:t>
      </w:r>
      <w:r>
        <w:rPr>
          <w:b w:val="0"/>
          <w:i w:val="0"/>
        </w:rPr>
        <w:t xml:space="preserve"> Tuy nhiên, khi Chúa Giê-su mở mắt và nâng bánh không men, Ngài không nhắc đến món quà ma-na được ban trong cuộc Xuất Hành như các môn đồ mong đợi.</w:t>
      </w:r>
    </w:p>
    <w:p>
      <w:pPr>
        <w:spacing w:after="80"/>
      </w:pPr>
      <w:r>
        <w:rPr>
          <w:b/>
          <w:i w:val="0"/>
        </w:rPr>
        <w:t>14.</w:t>
      </w:r>
      <w:r>
        <w:rPr>
          <w:b w:val="0"/>
          <w:i w:val="0"/>
        </w:rPr>
        <w:t xml:space="preserve"> Khi Ngài cất lời, họ nghe những từ ngữ lạ lẫm: </w:t>
      </w:r>
      <w:r>
        <w:rPr>
          <w:b/>
          <w:i/>
        </w:rPr>
        <w:t>Hãy lấy, hãy ăn, đây là thân thể Ta, ban cho các con, hãy làm điều này để nhớ đến Ta</w:t>
      </w:r>
      <w:r>
        <w:rPr>
          <w:b/>
          <w:i w:val="0"/>
        </w:rPr>
        <w:t>.</w:t>
      </w:r>
    </w:p>
    <w:p>
      <w:pPr>
        <w:spacing w:after="80"/>
      </w:pPr>
      <w:r>
        <w:rPr>
          <w:b/>
          <w:i w:val="0"/>
        </w:rPr>
        <w:t>15.</w:t>
      </w:r>
      <w:r>
        <w:rPr>
          <w:b w:val="0"/>
          <w:i w:val="0"/>
        </w:rPr>
        <w:t xml:space="preserve"> Mỗi môn đồ lấy bánh và ăn.</w:t>
      </w:r>
    </w:p>
    <w:p>
      <w:pPr>
        <w:spacing w:after="80"/>
      </w:pPr>
      <w:r>
        <w:rPr>
          <w:b/>
          <w:i w:val="0"/>
        </w:rPr>
        <w:t>16.</w:t>
      </w:r>
      <w:r>
        <w:rPr>
          <w:b w:val="0"/>
          <w:i w:val="0"/>
        </w:rPr>
        <w:t xml:space="preserve"> Sau đó Chúa Giê-su nâng chén rượu mà không nhắc đến khoảnh khắc lịch sử khi Đức Chúa Trời rẽ Biển Đỏ, mà thay vào đó tuyên bố: </w:t>
      </w:r>
      <w:r>
        <w:rPr>
          <w:b/>
          <w:i/>
        </w:rPr>
        <w:t>Đây là huyết Ta, đổ ra vì nhiều người. Hãy làm điều này để nhớ đến Ta</w:t>
      </w:r>
      <w:r>
        <w:rPr>
          <w:b/>
          <w:i w:val="0"/>
        </w:rPr>
        <w:t>.</w:t>
      </w:r>
    </w:p>
    <w:p>
      <w:pPr>
        <w:spacing w:after="80"/>
        <w:jc w:val="right"/>
      </w:pPr>
      <w:r>
        <w:rPr>
          <w:b w:val="0"/>
          <w:i/>
        </w:rPr>
        <w:t>xem</w:t>
      </w:r>
      <w:r>
        <w:br/>
      </w:r>
      <w:r>
        <w:rPr>
          <w:b w:val="0"/>
          <w:i w:val="0"/>
        </w:rPr>
        <w:t xml:space="preserve"> Cor I 11:24–25;</w:t>
      </w:r>
      <w:r>
        <w:br/>
      </w:r>
      <w:r>
        <w:rPr>
          <w:b w:val="0"/>
          <w:i w:val="0"/>
        </w:rPr>
        <w:t xml:space="preserve"> Mark 14:22–24;</w:t>
      </w:r>
      <w:r>
        <w:br/>
      </w:r>
      <w:r>
        <w:rPr>
          <w:b w:val="0"/>
          <w:i w:val="0"/>
        </w:rPr>
        <w:t xml:space="preserve"> Matt 26:26–28;</w:t>
      </w:r>
      <w:r>
        <w:br/>
      </w:r>
      <w:r>
        <w:rPr>
          <w:b w:val="0"/>
          <w:i w:val="0"/>
        </w:rPr>
        <w:t xml:space="preserve"> Luke 22:20</w:t>
      </w:r>
    </w:p>
    <w:p>
      <w:pPr>
        <w:spacing w:after="80"/>
      </w:pPr>
      <w:r>
        <w:rPr>
          <w:b/>
          <w:i w:val="0"/>
        </w:rPr>
        <w:t>17.</w:t>
      </w:r>
      <w:r>
        <w:rPr>
          <w:b w:val="0"/>
          <w:i w:val="0"/>
        </w:rPr>
        <w:t xml:space="preserve"> Đến lượt mình, các môn đồ uống rượu, dù họ lo sợ rằng Chúa Giê-su đang ám chỉ đến cái chết sắp đến của Ngài.</w:t>
      </w:r>
    </w:p>
    <w:p>
      <w:pPr>
        <w:spacing w:after="80"/>
      </w:pPr>
      <w:r>
        <w:rPr>
          <w:b/>
          <w:i w:val="0"/>
        </w:rPr>
        <w:t>18.</w:t>
      </w:r>
      <w:r>
        <w:rPr>
          <w:b w:val="0"/>
          <w:i w:val="0"/>
        </w:rPr>
        <w:t xml:space="preserve"> Giu-đa vẫn tin rằng không chỉ mình có thể cứu được Thầy, mà các môn đồ bạn hữu của ông còn sẽ vui mừng trước sáng kiến táo bạo của ông.</w:t>
      </w:r>
    </w:p>
    <w:p>
      <w:pPr>
        <w:spacing w:after="80"/>
      </w:pPr>
      <w:r>
        <w:rPr>
          <w:b/>
          <w:i w:val="0"/>
        </w:rPr>
        <w:t xml:space="preserve">19. </w:t>
      </w:r>
      <w:r>
        <w:rPr>
          <w:b/>
          <w:i/>
        </w:rPr>
        <w:t>Sau khi nhận miếng bánh, Giu-đa liền đi ra, và lúc đó là ban đêm</w:t>
      </w:r>
      <w:r>
        <w:rPr>
          <w:b/>
          <w:i w:val="0"/>
        </w:rPr>
        <w:t>.</w:t>
      </w:r>
    </w:p>
    <w:p>
      <w:pPr>
        <w:spacing w:after="80"/>
        <w:jc w:val="right"/>
      </w:pPr>
      <w:r>
        <w:rPr>
          <w:b w:val="0"/>
          <w:i w:val="0"/>
        </w:rPr>
        <w:t>John 13:30</w:t>
      </w:r>
    </w:p>
    <w:p>
      <w:pPr>
        <w:spacing w:after="80"/>
      </w:pPr>
      <w:r>
        <w:rPr>
          <w:b/>
          <w:i w:val="0"/>
        </w:rPr>
        <w:t>20.</w:t>
      </w:r>
      <w:r>
        <w:rPr>
          <w:b w:val="0"/>
          <w:i w:val="0"/>
        </w:rPr>
        <w:t xml:space="preserve"> Ông nhanh chóng đến nhà của Kinh sư, người đã chào đón ông.</w:t>
      </w:r>
    </w:p>
    <w:p>
      <w:pPr>
        <w:spacing w:after="80"/>
      </w:pPr>
      <w:r>
        <w:rPr>
          <w:b/>
          <w:i w:val="0"/>
        </w:rPr>
        <w:t>21.</w:t>
      </w:r>
      <w:r>
        <w:rPr>
          <w:b w:val="0"/>
          <w:i w:val="0"/>
        </w:rPr>
        <w:t xml:space="preserve"> Kinh sư nói với Giuđa: 'Tôi đã tập hợp được nhiều người ủng hộ trung thành của Chúa Giêsu, mục đích duy nhất của họ là cứu Người khỏi một cái chết không cần thiết.'</w:t>
      </w:r>
    </w:p>
    <w:p>
      <w:pPr>
        <w:spacing w:after="80"/>
      </w:pPr>
      <w:r>
        <w:rPr>
          <w:b/>
          <w:i w:val="0"/>
        </w:rPr>
        <w:t>22.</w:t>
      </w:r>
      <w:r>
        <w:rPr>
          <w:b w:val="0"/>
          <w:i w:val="0"/>
        </w:rPr>
        <w:t xml:space="preserve"> Giuđa cảm ơn ông, và nói với Kinh sư: 'Sau lễ Vượt Qua, Chúa Giêsu sẽ đi lên Núi Ôliu, nơi Người và các môn đệ khác có thể được tìm thấy đang cầu nguyện.</w:t>
      </w:r>
    </w:p>
    <w:p>
      <w:pPr>
        <w:spacing w:after="80"/>
      </w:pPr>
      <w:r>
        <w:rPr>
          <w:b/>
          <w:i w:val="0"/>
        </w:rPr>
        <w:t>23.</w:t>
      </w:r>
      <w:r>
        <w:rPr>
          <w:b w:val="0"/>
          <w:i w:val="0"/>
        </w:rPr>
        <w:t xml:space="preserve"> 'Khi ông đến, tôi sẽ nhận diện Thầy, để cùng nhau, chúng ta có thể trở về Galilê, và cứu Người khỏi một cái chết không cần thiết.'</w:t>
      </w:r>
    </w:p>
    <w:p>
      <w:pPr>
        <w:jc w:val="center"/>
      </w:pPr>
      <w:r>
        <w:drawing>
          <wp:inline xmlns:a="http://schemas.openxmlformats.org/drawingml/2006/main" xmlns:pic="http://schemas.openxmlformats.org/drawingml/2006/picture">
            <wp:extent cx="390525" cy="114300"/>
            <wp:docPr id="21" name="Picture 21"/>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pStyle w:val="Heading2"/>
      </w:pPr>
      <w:r>
        <w:rPr>
          <w:rFonts w:ascii="Calibri" w:hAnsi="Calibri"/>
          <w:b/>
          <w:i w:val="0"/>
          <w:sz w:val="32"/>
        </w:rPr>
        <w:t>Chương 21</w:t>
      </w:r>
    </w:p>
    <w:p>
      <w:pPr>
        <w:pStyle w:val="Heading2"/>
      </w:pPr>
      <w:r>
        <w:rPr>
          <w:rFonts w:ascii="Calibri" w:hAnsi="Calibri"/>
          <w:b/>
          <w:i/>
          <w:sz w:val="32"/>
        </w:rPr>
        <w:t>Thầy ơi, Thầy ơi</w:t>
      </w:r>
    </w:p>
    <w:p>
      <w:pPr>
        <w:spacing w:after="80"/>
      </w:pPr>
      <w:r>
        <w:rPr>
          <w:b/>
          <w:i w:val="0"/>
        </w:rPr>
        <w:t>1.</w:t>
      </w:r>
      <w:r>
        <w:rPr>
          <w:b w:val="0"/>
          <w:i w:val="0"/>
        </w:rPr>
        <w:t xml:space="preserve"> Giuđa rời nhà Kinh sư và đi lên Núi Ôliu.</w:t>
      </w:r>
    </w:p>
    <w:p>
      <w:pPr>
        <w:spacing w:after="80"/>
      </w:pPr>
      <w:r>
        <w:rPr>
          <w:b/>
          <w:i w:val="0"/>
        </w:rPr>
        <w:t>2.</w:t>
      </w:r>
      <w:r>
        <w:rPr>
          <w:b w:val="0"/>
          <w:i w:val="0"/>
        </w:rPr>
        <w:t xml:space="preserve"> Khi đến một nơi gọi là Ghết-sê-ma-nê, ông thấy Chúa Giêsu đang quỳ gối, chìm sâu trong cầu nguyện.</w:t>
      </w:r>
    </w:p>
    <w:p>
      <w:pPr>
        <w:spacing w:after="80"/>
        <w:jc w:val="right"/>
      </w:pPr>
      <w:r>
        <w:rPr>
          <w:b w:val="0"/>
          <w:i/>
        </w:rPr>
        <w:t>xem</w:t>
      </w:r>
      <w:r>
        <w:br/>
      </w:r>
      <w:r>
        <w:rPr>
          <w:b w:val="0"/>
          <w:i w:val="0"/>
        </w:rPr>
        <w:t xml:space="preserve"> John 18:2;</w:t>
      </w:r>
      <w:r>
        <w:br/>
      </w:r>
      <w:r>
        <w:rPr>
          <w:b w:val="0"/>
          <w:i w:val="0"/>
        </w:rPr>
        <w:t xml:space="preserve"> Mark 14:26;</w:t>
      </w:r>
      <w:r>
        <w:br/>
      </w:r>
      <w:r>
        <w:rPr>
          <w:b w:val="0"/>
          <w:i w:val="0"/>
        </w:rPr>
        <w:t xml:space="preserve"> Matt 26:30;</w:t>
      </w:r>
      <w:r>
        <w:br/>
      </w:r>
      <w:r>
        <w:rPr>
          <w:b w:val="0"/>
          <w:i w:val="0"/>
        </w:rPr>
        <w:t xml:space="preserve"> Luke 22:39</w:t>
      </w:r>
    </w:p>
    <w:p>
      <w:pPr>
        <w:spacing w:after="80"/>
      </w:pPr>
      <w:r>
        <w:rPr>
          <w:b/>
          <w:i w:val="0"/>
        </w:rPr>
        <w:t xml:space="preserve">3. </w:t>
      </w:r>
      <w:r>
        <w:rPr>
          <w:b/>
          <w:i/>
        </w:rPr>
        <w:t>Nhiều người theo Chúa Giêsu tản mác quanh núi, một số đang cầu nguyện, trong khi những người khác đã ngủ say</w:t>
      </w:r>
      <w:r>
        <w:rPr>
          <w:b/>
          <w:i w:val="0"/>
        </w:rPr>
        <w:t>.</w:t>
      </w:r>
    </w:p>
    <w:p>
      <w:pPr>
        <w:spacing w:after="80"/>
      </w:pPr>
      <w:r>
        <w:rPr>
          <w:b/>
          <w:i w:val="0"/>
        </w:rPr>
        <w:t>4.</w:t>
      </w:r>
      <w:r>
        <w:rPr>
          <w:b w:val="0"/>
          <w:i w:val="0"/>
        </w:rPr>
        <w:t xml:space="preserve"> Giuđa đến gần Thầy và, khi còn cách vài bước, ông quỳ xuống và cùng cầu nguyện với Người.</w:t>
      </w:r>
    </w:p>
    <w:p>
      <w:pPr>
        <w:spacing w:after="80"/>
      </w:pPr>
      <w:r>
        <w:rPr>
          <w:b/>
          <w:i w:val="0"/>
        </w:rPr>
        <w:t>5.</w:t>
      </w:r>
      <w:r>
        <w:rPr>
          <w:b w:val="0"/>
          <w:i w:val="0"/>
        </w:rPr>
        <w:t xml:space="preserve"> Chúa Giêsu đột ngột đứng dậy và, giơ tay lên trời, nói: </w:t>
      </w:r>
      <w:r>
        <w:rPr>
          <w:b/>
          <w:i/>
        </w:rPr>
        <w:t>Abba, với Cha, mọi sự đều có thể; xin cất chén này khỏi con; tuy nhiên, không phải điều con muốn, mà là điều Cha truyền</w:t>
      </w:r>
      <w:r>
        <w:rPr>
          <w:b/>
          <w:i w:val="0"/>
        </w:rPr>
        <w:t>.</w:t>
      </w:r>
    </w:p>
    <w:p>
      <w:pPr>
        <w:spacing w:after="80"/>
        <w:jc w:val="right"/>
      </w:pPr>
      <w:r>
        <w:rPr>
          <w:b w:val="0"/>
          <w:i/>
        </w:rPr>
        <w:t>xem</w:t>
      </w:r>
      <w:r>
        <w:br/>
      </w:r>
      <w:r>
        <w:rPr>
          <w:b w:val="0"/>
          <w:i w:val="0"/>
        </w:rPr>
        <w:t xml:space="preserve"> Mark 14:36;</w:t>
      </w:r>
      <w:r>
        <w:br/>
      </w:r>
      <w:r>
        <w:rPr>
          <w:b w:val="0"/>
          <w:i w:val="0"/>
        </w:rPr>
        <w:t xml:space="preserve"> Matt 26:39;</w:t>
      </w:r>
      <w:r>
        <w:br/>
      </w:r>
      <w:r>
        <w:rPr>
          <w:b w:val="0"/>
          <w:i w:val="0"/>
        </w:rPr>
        <w:t xml:space="preserve"> Luke 22:42</w:t>
      </w:r>
    </w:p>
    <w:p>
      <w:pPr>
        <w:spacing w:after="80"/>
      </w:pPr>
      <w:r>
        <w:rPr>
          <w:b/>
          <w:i w:val="0"/>
        </w:rPr>
        <w:t>6.</w:t>
      </w:r>
      <w:r>
        <w:rPr>
          <w:b w:val="0"/>
          <w:i w:val="0"/>
        </w:rPr>
        <w:t xml:space="preserve"> Khi Giuđa nghe những lời này, ông tràn đầy hy vọng rằng Thầy có thể đồng ý trở về Galilê và tránh cái chết mà Người đã báo trước.</w:t>
      </w:r>
    </w:p>
    <w:p>
      <w:pPr>
        <w:spacing w:after="80"/>
      </w:pPr>
      <w:r>
        <w:rPr>
          <w:b/>
          <w:i w:val="0"/>
        </w:rPr>
        <w:t>7.</w:t>
      </w:r>
      <w:r>
        <w:rPr>
          <w:b w:val="0"/>
          <w:i w:val="0"/>
        </w:rPr>
        <w:t xml:space="preserve"> Giuđa chậm rãi bước về phía Chúa Giêsu. Ông vòng tay qua cổ Mác và nói: </w:t>
      </w:r>
      <w:r>
        <w:rPr>
          <w:b/>
          <w:i/>
        </w:rPr>
        <w:t>'Thầy ơi, Thầy ơi,' và hôn Người</w:t>
      </w:r>
      <w:r>
        <w:rPr>
          <w:b/>
          <w:i w:val="0"/>
        </w:rPr>
        <w:t>.</w:t>
      </w:r>
    </w:p>
    <w:p>
      <w:pPr>
        <w:spacing w:after="80"/>
        <w:jc w:val="right"/>
      </w:pPr>
      <w:r>
        <w:rPr>
          <w:b w:val="0"/>
          <w:i w:val="0"/>
        </w:rPr>
        <w:t>Mark 14:45;</w:t>
      </w:r>
      <w:r>
        <w:br/>
      </w:r>
      <w:r>
        <w:rPr>
          <w:b w:val="0"/>
          <w:i w:val="0"/>
        </w:rPr>
        <w:t xml:space="preserve"> Matt 26:49;</w:t>
      </w:r>
      <w:r>
        <w:br/>
      </w:r>
      <w:r>
        <w:rPr>
          <w:b w:val="0"/>
          <w:i w:val="0"/>
        </w:rPr>
        <w:t xml:space="preserve"> Luke 22:47–48</w:t>
      </w:r>
    </w:p>
    <w:p>
      <w:pPr>
        <w:spacing w:after="80"/>
      </w:pPr>
      <w:r>
        <w:rPr>
          <w:b/>
          <w:i w:val="0"/>
        </w:rPr>
        <w:t>8.</w:t>
      </w:r>
      <w:r>
        <w:rPr>
          <w:b w:val="0"/>
          <w:i w:val="0"/>
        </w:rPr>
        <w:t xml:space="preserve"> Chúa Giê-su ôm lấy ông vào lòng, và Giu-đa đã bị lòng thương xót của Ngài chế ngự.</w:t>
      </w:r>
    </w:p>
    <w:p>
      <w:pPr>
        <w:spacing w:after="80"/>
      </w:pPr>
      <w:r>
        <w:rPr>
          <w:b/>
          <w:i w:val="0"/>
        </w:rPr>
        <w:t>9.</w:t>
      </w:r>
      <w:r>
        <w:rPr>
          <w:b w:val="0"/>
          <w:i w:val="0"/>
        </w:rPr>
        <w:t xml:space="preserve"> Đột nhiên, từ trong bóng tối hiện ra một toán lính canh của Đền Thờ, mang theo đèn lồng, đuốc, dùi cui, gậy gộc và nhiều vũ khí khác.</w:t>
      </w:r>
    </w:p>
    <w:p>
      <w:pPr>
        <w:spacing w:after="80"/>
      </w:pPr>
      <w:r>
        <w:rPr>
          <w:b/>
          <w:i w:val="0"/>
        </w:rPr>
        <w:t>10.</w:t>
      </w:r>
      <w:r>
        <w:rPr>
          <w:b w:val="0"/>
          <w:i w:val="0"/>
        </w:rPr>
        <w:t xml:space="preserve"> Chúa Giê-su buông Giu-đa ra và quay về phía họ, </w:t>
      </w:r>
      <w:r>
        <w:rPr>
          <w:b/>
          <w:i/>
        </w:rPr>
        <w:t>vì Ngài biết mọi điều sẽ xảy đến với mình</w:t>
      </w:r>
      <w:r>
        <w:rPr>
          <w:b/>
          <w:i w:val="0"/>
        </w:rPr>
        <w:t>.</w:t>
      </w:r>
    </w:p>
    <w:p>
      <w:pPr>
        <w:spacing w:after="80"/>
        <w:jc w:val="right"/>
      </w:pPr>
      <w:r>
        <w:rPr>
          <w:b w:val="0"/>
          <w:i w:val="0"/>
        </w:rPr>
        <w:t>John 18:4</w:t>
      </w:r>
    </w:p>
    <w:p>
      <w:pPr>
        <w:spacing w:after="80"/>
      </w:pPr>
      <w:r>
        <w:rPr>
          <w:b/>
          <w:i w:val="0"/>
        </w:rPr>
        <w:t>11.</w:t>
      </w:r>
      <w:r>
        <w:rPr>
          <w:b w:val="0"/>
          <w:i w:val="0"/>
        </w:rPr>
        <w:t xml:space="preserve"> Giu-đa lùi lại trong kinh hoàng, bỗng nhận ra rằng Thầy đã ám chỉ đến ông khi Ngài nói trong bữa tiệc Lễ Vượt Qua: </w:t>
      </w:r>
      <w:r>
        <w:rPr>
          <w:b/>
          <w:i/>
        </w:rPr>
        <w:t>Một người trong các con sẽ phản bội ta, ngay cả một trong mười hai người</w:t>
      </w:r>
      <w:r>
        <w:rPr>
          <w:b/>
          <w:i w:val="0"/>
        </w:rPr>
        <w:t>.</w:t>
      </w:r>
    </w:p>
    <w:p>
      <w:pPr>
        <w:spacing w:after="80"/>
        <w:jc w:val="right"/>
      </w:pPr>
      <w:r>
        <w:rPr>
          <w:b w:val="0"/>
          <w:i/>
        </w:rPr>
        <w:t>xem</w:t>
      </w:r>
      <w:r>
        <w:br/>
      </w:r>
      <w:r>
        <w:rPr>
          <w:b w:val="0"/>
          <w:i w:val="0"/>
        </w:rPr>
        <w:t xml:space="preserve"> Mark 14:18</w:t>
      </w:r>
    </w:p>
    <w:p>
      <w:pPr>
        <w:spacing w:after="80"/>
      </w:pPr>
      <w:r>
        <w:rPr>
          <w:b/>
          <w:i w:val="0"/>
        </w:rPr>
        <w:t xml:space="preserve">12. </w:t>
      </w:r>
      <w:r>
        <w:rPr>
          <w:b/>
          <w:i/>
        </w:rPr>
        <w:t>Sau đó Chúa Giê-su quay sang toán lính và hỏi: 'Các ngươi tìm ai?'</w:t>
      </w:r>
    </w:p>
    <w:p>
      <w:pPr>
        <w:spacing w:after="80"/>
      </w:pPr>
      <w:r>
        <w:rPr>
          <w:b/>
          <w:i w:val="0"/>
        </w:rPr>
        <w:t xml:space="preserve">13. </w:t>
      </w:r>
      <w:r>
        <w:rPr>
          <w:b/>
          <w:i/>
        </w:rPr>
        <w:t>Họ đáp: 'Giê-su người Na-xa-rét</w:t>
      </w:r>
      <w:r>
        <w:rPr>
          <w:b/>
          <w:i w:val="0"/>
        </w:rPr>
        <w:t>.'</w:t>
      </w:r>
    </w:p>
    <w:p>
      <w:pPr>
        <w:spacing w:after="80"/>
      </w:pPr>
      <w:r>
        <w:rPr>
          <w:b/>
          <w:i w:val="0"/>
        </w:rPr>
        <w:t xml:space="preserve">14. </w:t>
      </w:r>
      <w:r>
        <w:rPr>
          <w:b/>
          <w:i/>
        </w:rPr>
        <w:t>Chúa Giê-su nói với họ: 'Chính là ta</w:t>
      </w:r>
      <w:r>
        <w:rPr>
          <w:b/>
          <w:i w:val="0"/>
        </w:rPr>
        <w:t>.'</w:t>
      </w:r>
    </w:p>
    <w:p>
      <w:pPr>
        <w:spacing w:after="80"/>
        <w:jc w:val="right"/>
      </w:pPr>
      <w:r>
        <w:rPr>
          <w:b w:val="0"/>
          <w:i w:val="0"/>
        </w:rPr>
        <w:t>John 18:4–5</w:t>
      </w:r>
    </w:p>
    <w:p>
      <w:pPr>
        <w:spacing w:after="80"/>
      </w:pPr>
      <w:r>
        <w:rPr>
          <w:b/>
          <w:i w:val="0"/>
        </w:rPr>
        <w:t>15.</w:t>
      </w:r>
      <w:r>
        <w:rPr>
          <w:b w:val="0"/>
          <w:i w:val="0"/>
        </w:rPr>
        <w:t xml:space="preserve"> Giu-đa sững sờ khi thấy trong nhóm người đến bắt Chúa Giê-su có cả viên Kinh Sư đã từng tự nhận là bạn của ông.</w:t>
      </w:r>
    </w:p>
    <w:p>
      <w:pPr>
        <w:spacing w:after="80"/>
      </w:pPr>
      <w:r>
        <w:rPr>
          <w:b/>
          <w:i w:val="0"/>
        </w:rPr>
        <w:t>16.</w:t>
      </w:r>
      <w:r>
        <w:rPr>
          <w:b w:val="0"/>
          <w:i w:val="0"/>
        </w:rPr>
        <w:t xml:space="preserve"> Giu-đa giận dữ lao về phía hắn, nắm đấm vung khắp hướng trong khi ông kêu lên: 'Ngươi đã phản bội ta.' Nhưng hai tên lính canh đã túm lấy cánh tay ông và giữ ông lại. Giu-đa khạc nhổ vào hắn.</w:t>
      </w:r>
    </w:p>
    <w:p>
      <w:pPr>
        <w:spacing w:after="80"/>
      </w:pPr>
      <w:r>
        <w:rPr>
          <w:b/>
          <w:i w:val="0"/>
        </w:rPr>
        <w:t>17.</w:t>
      </w:r>
      <w:r>
        <w:rPr>
          <w:b w:val="0"/>
          <w:i w:val="0"/>
        </w:rPr>
        <w:t xml:space="preserve"> Chúa Giê-su nhìn viên Kinh Sư và nói: </w:t>
      </w:r>
      <w:r>
        <w:rPr>
          <w:b/>
          <w:i/>
        </w:rPr>
        <w:t>Ta bị đối xử như một tên trộm sao, mà các ngươi lại đến giữa đêm mang gươm giáo và gậy gộc để bắt ta? Ngày này qua ngày khác ta ở với các ngươi trong Đền Thờ mà các ngươi không đến gần ta, nhưng giờ đây các ngươi lại chọn đúng lúc này, trong giờ tối tăm nhất của đêm, để bắt ta</w:t>
      </w:r>
      <w:r>
        <w:rPr>
          <w:b/>
          <w:i w:val="0"/>
        </w:rPr>
        <w:t>.</w:t>
      </w:r>
    </w:p>
    <w:p>
      <w:pPr>
        <w:spacing w:after="80"/>
        <w:jc w:val="right"/>
      </w:pPr>
      <w:r>
        <w:rPr>
          <w:b w:val="0"/>
          <w:i/>
        </w:rPr>
        <w:t>xem</w:t>
      </w:r>
      <w:r>
        <w:br/>
      </w:r>
      <w:r>
        <w:rPr>
          <w:b w:val="0"/>
          <w:i w:val="0"/>
        </w:rPr>
        <w:t xml:space="preserve"> Mark 14:48–49;</w:t>
      </w:r>
      <w:r>
        <w:br/>
      </w:r>
      <w:r>
        <w:rPr>
          <w:b w:val="0"/>
          <w:i w:val="0"/>
        </w:rPr>
        <w:t xml:space="preserve"> Matt 26:55;</w:t>
      </w:r>
      <w:r>
        <w:br/>
      </w:r>
      <w:r>
        <w:rPr>
          <w:b w:val="0"/>
          <w:i w:val="0"/>
        </w:rPr>
        <w:t xml:space="preserve"> Luke 22:52–53</w:t>
      </w:r>
    </w:p>
    <w:p>
      <w:pPr>
        <w:spacing w:after="80"/>
      </w:pPr>
      <w:r>
        <w:rPr>
          <w:b/>
          <w:i w:val="0"/>
        </w:rPr>
        <w:t>18.</w:t>
      </w:r>
      <w:r>
        <w:rPr>
          <w:b w:val="0"/>
          <w:i w:val="0"/>
        </w:rPr>
        <w:t xml:space="preserve"> Khi bọn lính vẫn tiếp tục giữ Giu-đa, viên Kinh Sư quay sang Chúa Giê-su và nói: </w:t>
      </w:r>
      <w:r>
        <w:rPr>
          <w:b/>
          <w:i/>
        </w:rPr>
        <w:t>Ngài không hiểu. Thà một người chết thay cho dân còn hơn cả dân tộc bị hủy diệt</w:t>
      </w:r>
      <w:r>
        <w:rPr>
          <w:b/>
          <w:i w:val="0"/>
        </w:rPr>
        <w:t>.</w:t>
      </w:r>
    </w:p>
    <w:p>
      <w:pPr>
        <w:spacing w:after="80"/>
        <w:jc w:val="right"/>
      </w:pPr>
      <w:r>
        <w:rPr>
          <w:b w:val="0"/>
          <w:i/>
        </w:rPr>
        <w:t>xem</w:t>
      </w:r>
      <w:r>
        <w:br/>
      </w:r>
      <w:r>
        <w:rPr>
          <w:b w:val="0"/>
          <w:i w:val="0"/>
        </w:rPr>
        <w:t xml:space="preserve"> Giăng 11:50</w:t>
      </w:r>
    </w:p>
    <w:p>
      <w:pPr>
        <w:spacing w:after="80"/>
      </w:pPr>
      <w:r>
        <w:rPr>
          <w:b/>
          <w:i w:val="0"/>
        </w:rPr>
        <w:t>19.</w:t>
      </w:r>
      <w:r>
        <w:rPr>
          <w:b w:val="0"/>
          <w:i w:val="0"/>
        </w:rPr>
        <w:t xml:space="preserve"> Các môn đồ bỗng chốc bị đánh thức khỏi giấc ngủ, và khi thấy Chúa Giê-su bị vây quanh bởi lính lệ cùng các sĩ quan của Đền thờ, họ tràn đầy sợ hãi.</w:t>
      </w:r>
    </w:p>
    <w:p>
      <w:pPr>
        <w:spacing w:after="80"/>
        <w:jc w:val="right"/>
      </w:pPr>
      <w:r>
        <w:rPr>
          <w:b w:val="0"/>
          <w:i/>
        </w:rPr>
        <w:t>xem</w:t>
      </w:r>
      <w:r>
        <w:br/>
      </w:r>
      <w:r>
        <w:rPr>
          <w:b w:val="0"/>
          <w:i w:val="0"/>
        </w:rPr>
        <w:t xml:space="preserve"> Mác 14:50</w:t>
      </w:r>
    </w:p>
    <w:p>
      <w:pPr>
        <w:spacing w:after="80"/>
      </w:pPr>
      <w:r>
        <w:rPr>
          <w:b/>
          <w:i w:val="0"/>
        </w:rPr>
        <w:t xml:space="preserve">20. </w:t>
      </w:r>
      <w:r>
        <w:rPr>
          <w:b/>
          <w:i/>
        </w:rPr>
        <w:t>Tất cả đều bỏ Chúa Giê-su mà chạy trốn</w:t>
      </w:r>
      <w:r>
        <w:rPr>
          <w:b/>
          <w:i w:val="0"/>
        </w:rPr>
        <w:t>.</w:t>
      </w:r>
    </w:p>
    <w:p>
      <w:pPr>
        <w:spacing w:after="80"/>
      </w:pPr>
      <w:r>
        <w:rPr>
          <w:b/>
          <w:i w:val="0"/>
        </w:rPr>
        <w:t xml:space="preserve">21. </w:t>
      </w:r>
      <w:r>
        <w:rPr>
          <w:b/>
          <w:i/>
        </w:rPr>
        <w:t>Ngay cả khi họ đang chạy trốn, một tên lính đã túm lấy một người theo Chúa Giê-su, người chỉ quấn quanh mình một tấm vải che hông, nhưng chàng trai trẻ tuột bỏ tấm áo ấy và chạy thoát trong tình trạng trần truồng</w:t>
      </w:r>
      <w:r>
        <w:rPr>
          <w:b/>
          <w:i w:val="0"/>
        </w:rPr>
        <w:t>.</w:t>
      </w:r>
    </w:p>
    <w:p>
      <w:pPr>
        <w:spacing w:after="80"/>
        <w:jc w:val="right"/>
      </w:pPr>
      <w:r>
        <w:rPr>
          <w:b w:val="0"/>
          <w:i/>
        </w:rPr>
        <w:t>xem</w:t>
      </w:r>
      <w:r>
        <w:br/>
      </w:r>
      <w:r>
        <w:rPr>
          <w:b w:val="0"/>
          <w:i w:val="0"/>
        </w:rPr>
        <w:t xml:space="preserve"> Mác 14:51–52</w:t>
      </w:r>
    </w:p>
    <w:p>
      <w:pPr>
        <w:spacing w:after="80"/>
      </w:pPr>
      <w:r>
        <w:rPr>
          <w:b/>
          <w:i w:val="0"/>
        </w:rPr>
        <w:t>22.</w:t>
      </w:r>
      <w:r>
        <w:rPr>
          <w:b w:val="0"/>
          <w:i w:val="0"/>
        </w:rPr>
        <w:t xml:space="preserve"> Sau đó các sĩ quan thả Giu-đa ra, ông đứng yên tại chỗ và dõi nhìn Chúa Giê-su bị dẫn đi.</w:t>
      </w:r>
    </w:p>
    <w:p>
      <w:pPr>
        <w:pStyle w:val="Heading2"/>
      </w:pPr>
      <w:r>
        <w:rPr>
          <w:rFonts w:ascii="Calibri" w:hAnsi="Calibri"/>
          <w:b/>
          <w:i w:val="0"/>
          <w:sz w:val="32"/>
        </w:rPr>
        <w:t>Chương 22</w:t>
      </w:r>
    </w:p>
    <w:p>
      <w:pPr>
        <w:pStyle w:val="Heading2"/>
      </w:pPr>
      <w:r>
        <w:rPr>
          <w:rFonts w:ascii="Calibri" w:hAnsi="Calibri"/>
          <w:b/>
          <w:i/>
          <w:sz w:val="32"/>
        </w:rPr>
        <w:t>Ta không biết người ấy</w:t>
      </w:r>
    </w:p>
    <w:p>
      <w:pPr>
        <w:spacing w:after="80"/>
      </w:pPr>
      <w:r>
        <w:rPr>
          <w:b/>
          <w:i w:val="0"/>
        </w:rPr>
        <w:t>1.</w:t>
      </w:r>
      <w:r>
        <w:rPr>
          <w:b w:val="0"/>
          <w:i w:val="0"/>
        </w:rPr>
        <w:t xml:space="preserve"> Giu-đa chờ cho đến khi nhóm sĩ quan vây quanh Thầy mình khuất khỏi tầm mắt rồi mới lần theo bước chân họ, luôn giữ khoảng cách.</w:t>
      </w:r>
    </w:p>
    <w:p>
      <w:pPr>
        <w:spacing w:after="80"/>
      </w:pPr>
      <w:r>
        <w:rPr>
          <w:b/>
          <w:i w:val="0"/>
        </w:rPr>
        <w:t>2.</w:t>
      </w:r>
      <w:r>
        <w:rPr>
          <w:b w:val="0"/>
          <w:i w:val="0"/>
        </w:rPr>
        <w:t xml:space="preserve"> Dù Giu-đa không còn tin rằng Chúa Giê-su là Đấng Mê-si-a, ông chưa bao giờ mất niềm tin vào sự phán đoán của Giăng Báp-tít: </w:t>
      </w:r>
      <w:r>
        <w:rPr>
          <w:b/>
          <w:i/>
        </w:rPr>
        <w:t>Ông ấy là người của Đức Chúa Trời</w:t>
      </w:r>
      <w:r>
        <w:rPr>
          <w:b/>
          <w:i w:val="0"/>
        </w:rPr>
        <w:t>.</w:t>
      </w:r>
    </w:p>
    <w:p>
      <w:pPr>
        <w:spacing w:after="80"/>
        <w:jc w:val="right"/>
      </w:pPr>
      <w:r>
        <w:rPr>
          <w:b w:val="0"/>
          <w:i/>
        </w:rPr>
        <w:t>xem</w:t>
      </w:r>
      <w:r>
        <w:br/>
      </w:r>
      <w:r>
        <w:rPr>
          <w:b w:val="0"/>
          <w:i w:val="0"/>
        </w:rPr>
        <w:t xml:space="preserve"> Giăng 1:34</w:t>
      </w:r>
    </w:p>
    <w:p>
      <w:pPr>
        <w:spacing w:after="80"/>
      </w:pPr>
      <w:r>
        <w:rPr>
          <w:b/>
          <w:i w:val="0"/>
        </w:rPr>
        <w:t>3.</w:t>
      </w:r>
      <w:r>
        <w:rPr>
          <w:b w:val="0"/>
          <w:i w:val="0"/>
        </w:rPr>
        <w:t xml:space="preserve"> Giu-đa hy vọng rằng ngay cả vào giờ muộn này vẫn có thể có cách nào đó để cứu Chúa Giê-su.</w:t>
      </w:r>
    </w:p>
    <w:p>
      <w:pPr>
        <w:spacing w:after="80"/>
      </w:pPr>
      <w:r>
        <w:rPr>
          <w:b/>
          <w:i w:val="0"/>
        </w:rPr>
        <w:t>4.</w:t>
      </w:r>
      <w:r>
        <w:rPr>
          <w:b w:val="0"/>
          <w:i w:val="0"/>
        </w:rPr>
        <w:t xml:space="preserve"> Ông dõi nhìn Chúa Giê-su bị áp giải đến nhà của Cai-pha, Thầy Tế lễ Thượng phẩm, nơi sẽ diễn ra một phiên xét xử, và một bản án sẽ được tuyên đọc mà thực ra đã được thống nhất từ trước.</w:t>
      </w:r>
    </w:p>
    <w:p>
      <w:pPr>
        <w:spacing w:after="80"/>
      </w:pPr>
      <w:r>
        <w:rPr>
          <w:b/>
          <w:i w:val="0"/>
        </w:rPr>
        <w:t>5.</w:t>
      </w:r>
      <w:r>
        <w:rPr>
          <w:b w:val="0"/>
          <w:i w:val="0"/>
        </w:rPr>
        <w:t xml:space="preserve"> Giu-đa kéo phần trên của áo choàng trùm qua đầu và biến mất vào bóng tối phía sau một cây cột trong sân.</w:t>
      </w:r>
    </w:p>
    <w:p>
      <w:pPr>
        <w:spacing w:after="80"/>
      </w:pPr>
      <w:r>
        <w:rPr>
          <w:b/>
          <w:i w:val="0"/>
        </w:rPr>
        <w:t>6.</w:t>
      </w:r>
      <w:r>
        <w:rPr>
          <w:b w:val="0"/>
          <w:i w:val="0"/>
        </w:rPr>
        <w:t xml:space="preserve"> Ông lắng nghe những người nhẹ dạ và ngây thơ khi họ bàn tán với nhau, truyền tai nhau tin đồn mới nhất đang được lan truyền bởi những Kinh sư có địa vị và các sĩ quan của Tòa Công luận.</w:t>
      </w:r>
    </w:p>
    <w:p>
      <w:pPr>
        <w:spacing w:after="80"/>
      </w:pPr>
      <w:r>
        <w:rPr>
          <w:b/>
          <w:i w:val="0"/>
        </w:rPr>
        <w:t>7.</w:t>
      </w:r>
      <w:r>
        <w:rPr>
          <w:b w:val="0"/>
          <w:i w:val="0"/>
        </w:rPr>
        <w:t xml:space="preserve"> Một người nói: ‘Jesus xứ Nazareth đã bị bắt và bị buộc tội phạm thượng.’</w:t>
      </w:r>
    </w:p>
    <w:p>
      <w:pPr>
        <w:spacing w:after="80"/>
      </w:pPr>
      <w:r>
        <w:rPr>
          <w:b/>
          <w:i w:val="0"/>
        </w:rPr>
        <w:t>8.</w:t>
      </w:r>
      <w:r>
        <w:rPr>
          <w:b w:val="0"/>
          <w:i w:val="0"/>
        </w:rPr>
        <w:t xml:space="preserve"> Người khác: ‘Không ai sẵn lòng đứng ra bênh vực ông ấy.’</w:t>
      </w:r>
    </w:p>
    <w:p>
      <w:pPr>
        <w:spacing w:after="80"/>
      </w:pPr>
      <w:r>
        <w:rPr>
          <w:b/>
          <w:i w:val="0"/>
        </w:rPr>
        <w:t>9.</w:t>
      </w:r>
      <w:r>
        <w:rPr>
          <w:b w:val="0"/>
          <w:i w:val="0"/>
        </w:rPr>
        <w:t xml:space="preserve"> Và lại một người khác nữa: ‘Tất cả các môn đồ của ông ấy đã bỏ chạy ngay khi thấy lính canh Đền thờ.’</w:t>
      </w:r>
    </w:p>
    <w:p>
      <w:pPr>
        <w:spacing w:after="80"/>
      </w:pPr>
      <w:r>
        <w:rPr>
          <w:b/>
          <w:i w:val="0"/>
        </w:rPr>
        <w:t>10.</w:t>
      </w:r>
      <w:r>
        <w:rPr>
          <w:b w:val="0"/>
          <w:i w:val="0"/>
        </w:rPr>
        <w:t xml:space="preserve"> Judas bước ra khỏi bóng tối. Ngay cả trong giây phút cuối cùng này, ông vẫn hy vọng rằng viên Kinh sư sẽ xác nhận câu chuyện của mình, và Tòa Công luận sẽ cho phép Jesus trở về Galilee, miễn là ông đảm bảo với họ rằng ông sẽ không bao giờ xuất hiện ở Jerusalem nữa.</w:t>
      </w:r>
    </w:p>
    <w:p>
      <w:pPr>
        <w:spacing w:after="80"/>
      </w:pPr>
      <w:r>
        <w:rPr>
          <w:b/>
          <w:i w:val="0"/>
        </w:rPr>
        <w:t>11.</w:t>
      </w:r>
      <w:r>
        <w:rPr>
          <w:b w:val="0"/>
          <w:i w:val="0"/>
        </w:rPr>
        <w:t xml:space="preserve"> Và rồi ông nhìn thấy một bóng người khom lưng ở phía bên kia sân.</w:t>
      </w:r>
    </w:p>
    <w:p>
      <w:pPr>
        <w:spacing w:after="80"/>
      </w:pPr>
      <w:r>
        <w:rPr>
          <w:b/>
          <w:i w:val="0"/>
        </w:rPr>
        <w:t>12.</w:t>
      </w:r>
      <w:r>
        <w:rPr>
          <w:b w:val="0"/>
          <w:i w:val="0"/>
        </w:rPr>
        <w:t xml:space="preserve"> Judas tiến đến gần Peter, tin chắc rằng cùng nhau họ có thể làm chứng cho Jesus, và có lẽ ngay cả vào giờ muộn màng này vẫn có thể cứu được mạng sống của ông.</w:t>
      </w:r>
    </w:p>
    <w:p>
      <w:pPr>
        <w:spacing w:after="80"/>
      </w:pPr>
      <w:r>
        <w:rPr>
          <w:b/>
          <w:i w:val="0"/>
        </w:rPr>
        <w:t>13.</w:t>
      </w:r>
      <w:r>
        <w:rPr>
          <w:b w:val="0"/>
          <w:i w:val="0"/>
        </w:rPr>
        <w:t xml:space="preserve"> Một cô hầu bàn dừng lại và, nhìn Peter, nói: </w:t>
      </w:r>
      <w:r>
        <w:rPr>
          <w:b/>
          <w:i/>
        </w:rPr>
        <w:t>Tôi đã thấy ông cùng với Jesus xứ Galilee</w:t>
      </w:r>
      <w:r>
        <w:rPr>
          <w:b/>
          <w:i w:val="0"/>
        </w:rPr>
        <w:t>.</w:t>
      </w:r>
    </w:p>
    <w:p>
      <w:pPr>
        <w:spacing w:after="80"/>
      </w:pPr>
      <w:r>
        <w:rPr>
          <w:b/>
          <w:i w:val="0"/>
        </w:rPr>
        <w:t>14.</w:t>
      </w:r>
      <w:r>
        <w:rPr>
          <w:b w:val="0"/>
          <w:i w:val="0"/>
        </w:rPr>
        <w:t xml:space="preserve"> Peter nói: </w:t>
      </w:r>
      <w:r>
        <w:rPr>
          <w:b/>
          <w:i/>
        </w:rPr>
        <w:t>Tôi không biết người đó</w:t>
      </w:r>
      <w:r>
        <w:rPr>
          <w:b/>
          <w:i w:val="0"/>
        </w:rPr>
        <w:t>.</w:t>
      </w:r>
    </w:p>
    <w:p>
      <w:pPr>
        <w:spacing w:after="80"/>
      </w:pPr>
      <w:r>
        <w:rPr>
          <w:b/>
          <w:i w:val="0"/>
        </w:rPr>
        <w:t>15.</w:t>
      </w:r>
      <w:r>
        <w:rPr>
          <w:b w:val="0"/>
          <w:i w:val="0"/>
        </w:rPr>
        <w:t xml:space="preserve"> Và một người hầu khác quay sang nhìn Peter, nói: </w:t>
      </w:r>
      <w:r>
        <w:rPr>
          <w:b/>
          <w:i/>
        </w:rPr>
        <w:t>Người này là môn đồ của Jesus</w:t>
      </w:r>
      <w:r>
        <w:rPr>
          <w:b/>
          <w:i w:val="0"/>
        </w:rPr>
        <w:t>,</w:t>
      </w:r>
      <w:r>
        <w:rPr>
          <w:b w:val="0"/>
          <w:i w:val="0"/>
        </w:rPr>
        <w:t xml:space="preserve"> và một lần nữa, Peter lại chối rằng chưa từng biết ông ấy.</w:t>
      </w:r>
    </w:p>
    <w:p>
      <w:pPr>
        <w:spacing w:after="80"/>
      </w:pPr>
      <w:r>
        <w:rPr>
          <w:b/>
          <w:i w:val="0"/>
        </w:rPr>
        <w:t>16.</w:t>
      </w:r>
      <w:r>
        <w:rPr>
          <w:b w:val="0"/>
          <w:i w:val="0"/>
        </w:rPr>
        <w:t xml:space="preserve"> Một con gà trống gáy một tiếng.</w:t>
      </w:r>
    </w:p>
    <w:p>
      <w:pPr>
        <w:spacing w:after="80"/>
      </w:pPr>
      <w:r>
        <w:rPr>
          <w:b/>
          <w:i w:val="0"/>
        </w:rPr>
        <w:t>17.</w:t>
      </w:r>
      <w:r>
        <w:rPr>
          <w:b w:val="0"/>
          <w:i w:val="0"/>
        </w:rPr>
        <w:t xml:space="preserve"> Một lát sau, những người khác đến gần Peter và nói: </w:t>
      </w:r>
      <w:r>
        <w:rPr>
          <w:b/>
          <w:i/>
        </w:rPr>
        <w:t>Ông đã ở cùng với Jesus xứ Nazareth</w:t>
      </w:r>
      <w:r>
        <w:rPr>
          <w:b/>
          <w:i w:val="0"/>
        </w:rPr>
        <w:t>,</w:t>
      </w:r>
      <w:r>
        <w:rPr>
          <w:b w:val="0"/>
          <w:i w:val="0"/>
        </w:rPr>
        <w:t xml:space="preserve"> và ông chối lần thứ ba.</w:t>
      </w:r>
    </w:p>
    <w:p>
      <w:pPr>
        <w:spacing w:after="80"/>
      </w:pPr>
      <w:r>
        <w:rPr>
          <w:b/>
          <w:i w:val="0"/>
        </w:rPr>
        <w:t>18.</w:t>
      </w:r>
      <w:r>
        <w:rPr>
          <w:b w:val="0"/>
          <w:i w:val="0"/>
        </w:rPr>
        <w:t xml:space="preserve"> Judas nghe thấy tiếng gà trống gáy lần thứ hai.</w:t>
      </w:r>
    </w:p>
    <w:p>
      <w:pPr>
        <w:spacing w:after="80"/>
      </w:pPr>
      <w:r>
        <w:rPr>
          <w:b/>
          <w:i w:val="0"/>
        </w:rPr>
        <w:t>19.</w:t>
      </w:r>
      <w:r>
        <w:rPr>
          <w:b w:val="0"/>
          <w:i w:val="0"/>
        </w:rPr>
        <w:t xml:space="preserve"> Và rồi Peter nhớ lại lời của Jesus: </w:t>
      </w:r>
      <w:r>
        <w:rPr>
          <w:b/>
          <w:i/>
        </w:rPr>
        <w:t>Trước khi gà trống gáy hai lần, con sẽ chối ta ba lần</w:t>
      </w:r>
      <w:r>
        <w:rPr>
          <w:b/>
          <w:i w:val="0"/>
        </w:rPr>
        <w:t>.</w:t>
      </w:r>
    </w:p>
    <w:p>
      <w:pPr>
        <w:spacing w:after="80"/>
      </w:pPr>
      <w:r>
        <w:rPr>
          <w:b/>
          <w:i w:val="0"/>
        </w:rPr>
        <w:t>20.</w:t>
      </w:r>
      <w:r>
        <w:rPr>
          <w:b w:val="0"/>
          <w:i w:val="0"/>
        </w:rPr>
        <w:t xml:space="preserve"> Judas đi theo Peter khi ông lẻn ra khỏi sân để ẩn mình giữa đám đông đang chen chúc. </w:t>
      </w:r>
      <w:r>
        <w:rPr>
          <w:b/>
          <w:i/>
        </w:rPr>
        <w:t>Đầu ông cúi gằm, và ông đang khóc lóc thảm thiết</w:t>
      </w:r>
      <w:r>
        <w:rPr>
          <w:b/>
          <w:i w:val="0"/>
        </w:rPr>
        <w:t>.</w:t>
      </w:r>
    </w:p>
    <w:p>
      <w:pPr>
        <w:spacing w:after="80"/>
        <w:jc w:val="right"/>
      </w:pPr>
      <w:r>
        <w:rPr>
          <w:b w:val="0"/>
          <w:i/>
        </w:rPr>
        <w:t>xem</w:t>
      </w:r>
      <w:r>
        <w:br/>
      </w:r>
      <w:r>
        <w:rPr>
          <w:b w:val="0"/>
          <w:i w:val="0"/>
        </w:rPr>
        <w:t xml:space="preserve"> Matt 26:69–75;</w:t>
      </w:r>
      <w:r>
        <w:br/>
      </w:r>
      <w:r>
        <w:rPr>
          <w:b w:val="0"/>
          <w:i w:val="0"/>
        </w:rPr>
        <w:t xml:space="preserve"> Mark 14:66–72;</w:t>
      </w:r>
      <w:r>
        <w:br/>
      </w:r>
      <w:r>
        <w:rPr>
          <w:b w:val="0"/>
          <w:i w:val="0"/>
        </w:rPr>
        <w:t xml:space="preserve"> Luke 22:56–62</w:t>
      </w:r>
    </w:p>
    <w:p>
      <w:pPr>
        <w:spacing w:after="80"/>
      </w:pPr>
      <w:r>
        <w:rPr>
          <w:b/>
          <w:i w:val="0"/>
        </w:rPr>
        <w:t>21.</w:t>
      </w:r>
      <w:r>
        <w:rPr>
          <w:b w:val="0"/>
          <w:i w:val="0"/>
        </w:rPr>
        <w:t xml:space="preserve"> Dù cả hai đều đã phụ bạc Thầy của mình trong giờ phút cần kíp, Judas vẫn tin rằng họ có thể được cứu chuộc.</w:t>
      </w:r>
    </w:p>
    <w:p>
      <w:pPr>
        <w:spacing w:after="80"/>
      </w:pPr>
      <w:r>
        <w:rPr>
          <w:b/>
          <w:i w:val="0"/>
        </w:rPr>
        <w:t>22.</w:t>
      </w:r>
      <w:r>
        <w:rPr>
          <w:b w:val="0"/>
          <w:i w:val="0"/>
        </w:rPr>
        <w:t xml:space="preserve"> Phi-e-rơ quay lại xem ai đang theo mình, và khi thấy đó là Giu-đa, ông hét lên: </w:t>
      </w:r>
      <w:r>
        <w:rPr>
          <w:b/>
          <w:i/>
        </w:rPr>
        <w:t>Thà ngươi đừng sinh ra thì hơn</w:t>
      </w:r>
      <w:r>
        <w:rPr>
          <w:b/>
          <w:i w:val="0"/>
        </w:rPr>
        <w:t>.</w:t>
      </w:r>
    </w:p>
    <w:p>
      <w:pPr>
        <w:spacing w:after="80"/>
        <w:jc w:val="right"/>
      </w:pPr>
      <w:r>
        <w:rPr>
          <w:b w:val="0"/>
          <w:i w:val="0"/>
        </w:rPr>
        <w:t>Mác 14:21;</w:t>
      </w:r>
      <w:r>
        <w:br/>
      </w:r>
      <w:r>
        <w:rPr>
          <w:b w:val="0"/>
          <w:i w:val="0"/>
        </w:rPr>
        <w:t xml:space="preserve"> Ma-thi-ơ 26:24</w:t>
      </w:r>
    </w:p>
    <w:p>
      <w:pPr>
        <w:spacing w:after="80"/>
      </w:pPr>
      <w:r>
        <w:rPr>
          <w:b/>
          <w:i w:val="0"/>
        </w:rPr>
        <w:t>23.</w:t>
      </w:r>
      <w:r>
        <w:rPr>
          <w:b w:val="0"/>
          <w:i w:val="0"/>
        </w:rPr>
        <w:t xml:space="preserve"> Giu-đa cảm thấy bị phản bội. Ông đã không bỏ chạy khi Thầy bị bắt.</w:t>
      </w:r>
    </w:p>
    <w:p>
      <w:pPr>
        <w:spacing w:after="80"/>
      </w:pPr>
      <w:r>
        <w:rPr>
          <w:b/>
          <w:i w:val="0"/>
        </w:rPr>
        <w:t>24.</w:t>
      </w:r>
      <w:r>
        <w:rPr>
          <w:b w:val="0"/>
          <w:i w:val="0"/>
        </w:rPr>
        <w:t xml:space="preserve"> Ông đã không, như Phi-e-rơ, chối Chúa Giê-su ba lần, đúng như Thầy đã báo trước. Tại sao chỉ mình ông bị gán mác tội nhân?</w:t>
      </w:r>
    </w:p>
    <w:p>
      <w:pPr>
        <w:spacing w:after="80"/>
      </w:pPr>
      <w:r>
        <w:rPr>
          <w:b/>
          <w:i w:val="0"/>
        </w:rPr>
        <w:t>25.</w:t>
      </w:r>
      <w:r>
        <w:rPr>
          <w:b w:val="0"/>
          <w:i w:val="0"/>
        </w:rPr>
        <w:t xml:space="preserve"> Giu-đa quay lại sân và chờ hết giờ này đến giờ khác để Thầy xuất hiện trở lại.</w:t>
      </w:r>
    </w:p>
    <w:p>
      <w:pPr>
        <w:spacing w:after="80"/>
      </w:pPr>
      <w:r>
        <w:rPr>
          <w:b/>
          <w:i w:val="0"/>
        </w:rPr>
        <w:t>26.</w:t>
      </w:r>
      <w:r>
        <w:rPr>
          <w:b w:val="0"/>
          <w:i w:val="0"/>
        </w:rPr>
        <w:t xml:space="preserve"> Các thầy tế lễ cứ ra vào nhà Cai-pha để những mẩu tin mới nhất được truyền đến những đôi tai sẵn lòng chỉ muốn nghe tin xấu.</w:t>
      </w:r>
    </w:p>
    <w:p>
      <w:pPr>
        <w:spacing w:after="80"/>
        <w:jc w:val="right"/>
      </w:pPr>
      <w:r>
        <w:rPr>
          <w:b w:val="0"/>
          <w:i/>
        </w:rPr>
        <w:t>xem</w:t>
      </w:r>
      <w:r>
        <w:br/>
      </w:r>
      <w:r>
        <w:rPr>
          <w:b w:val="0"/>
          <w:i w:val="0"/>
        </w:rPr>
        <w:t xml:space="preserve"> Mác 14:62–64;</w:t>
      </w:r>
      <w:r>
        <w:br/>
      </w:r>
      <w:r>
        <w:rPr>
          <w:b w:val="0"/>
          <w:i w:val="0"/>
        </w:rPr>
        <w:t xml:space="preserve"> Ma-thi-ơ 26:65–66;</w:t>
      </w:r>
      <w:r>
        <w:br/>
      </w:r>
      <w:r>
        <w:rPr>
          <w:b w:val="0"/>
          <w:i w:val="0"/>
        </w:rPr>
        <w:t xml:space="preserve"> Lu-ca 22:70–71</w:t>
      </w:r>
    </w:p>
    <w:p>
      <w:pPr>
        <w:spacing w:after="80"/>
      </w:pPr>
      <w:r>
        <w:rPr>
          <w:b/>
          <w:i w:val="0"/>
        </w:rPr>
        <w:t xml:space="preserve">27. </w:t>
      </w:r>
      <w:r>
        <w:rPr>
          <w:b/>
          <w:i/>
        </w:rPr>
        <w:t>Giê-su người Na-xa-rét đang tự xưng mình là Con Đức Chúa Trời</w:t>
      </w:r>
      <w:r>
        <w:rPr>
          <w:b/>
          <w:i w:val="0"/>
        </w:rPr>
        <w:t>.</w:t>
      </w:r>
    </w:p>
    <w:p>
      <w:pPr>
        <w:spacing w:after="80"/>
      </w:pPr>
      <w:r>
        <w:rPr>
          <w:b/>
          <w:i w:val="0"/>
        </w:rPr>
        <w:t xml:space="preserve">28. </w:t>
      </w:r>
      <w:r>
        <w:rPr>
          <w:b/>
          <w:i/>
        </w:rPr>
        <w:t>Tòa Công Luận đã kết án ông phạm tội phạm thượng. Ông là một tội nhân</w:t>
      </w:r>
      <w:r>
        <w:rPr>
          <w:b/>
          <w:i w:val="0"/>
        </w:rPr>
        <w:t>.</w:t>
      </w:r>
    </w:p>
    <w:p>
      <w:pPr>
        <w:spacing w:after="80"/>
      </w:pPr>
      <w:r>
        <w:rPr>
          <w:b/>
          <w:i w:val="0"/>
        </w:rPr>
        <w:t>29.</w:t>
      </w:r>
      <w:r>
        <w:rPr>
          <w:b w:val="0"/>
          <w:i w:val="0"/>
        </w:rPr>
        <w:t xml:space="preserve"> Tin đồn nhanh chóng lan ra rằng Chúa Giê-su đã bị phản bội bởi chính một trong các môn đồ của mình.</w:t>
      </w:r>
    </w:p>
    <w:p>
      <w:pPr>
        <w:spacing w:after="80"/>
      </w:pPr>
      <w:r>
        <w:rPr>
          <w:b/>
          <w:i w:val="0"/>
        </w:rPr>
        <w:t>30.</w:t>
      </w:r>
      <w:r>
        <w:rPr>
          <w:b w:val="0"/>
          <w:i w:val="0"/>
        </w:rPr>
        <w:t xml:space="preserve"> "Nói tên hắn ra," một người xem có địa vị hét lên.</w:t>
      </w:r>
    </w:p>
    <w:p>
      <w:pPr>
        <w:spacing w:after="80"/>
      </w:pPr>
      <w:r>
        <w:rPr>
          <w:b/>
          <w:i w:val="0"/>
        </w:rPr>
        <w:t>31.</w:t>
      </w:r>
      <w:r>
        <w:rPr>
          <w:b w:val="0"/>
          <w:i w:val="0"/>
        </w:rPr>
        <w:t xml:space="preserve"> Người Kinh Sư lập tức bước tới. "Giu-đa Ít-ca-ri-ốt," ông tuyên bố để mọi người đều biết tên hắn.</w:t>
      </w:r>
    </w:p>
    <w:p>
      <w:pPr>
        <w:spacing w:after="80"/>
      </w:pPr>
      <w:r>
        <w:rPr>
          <w:b/>
          <w:i w:val="0"/>
        </w:rPr>
        <w:t>32.</w:t>
      </w:r>
      <w:r>
        <w:rPr>
          <w:b w:val="0"/>
          <w:i w:val="0"/>
        </w:rPr>
        <w:t xml:space="preserve"> Giu-đa cúi đầu khi đám đông bắt đầu hô vang: "Kẻ phản bội, kẻ phản bội, kẻ phản bội."</w:t>
      </w:r>
    </w:p>
    <w:p>
      <w:pPr>
        <w:spacing w:after="80"/>
      </w:pPr>
      <w:r>
        <w:rPr>
          <w:b/>
          <w:i w:val="0"/>
        </w:rPr>
        <w:t>33.</w:t>
      </w:r>
      <w:r>
        <w:rPr>
          <w:b w:val="0"/>
          <w:i w:val="0"/>
        </w:rPr>
        <w:t xml:space="preserve"> Giu-đa quay sang Người Kinh Sư và van xin ông thú nhận điều thực sự đã xảy ra.</w:t>
      </w:r>
    </w:p>
    <w:p>
      <w:pPr>
        <w:spacing w:after="80"/>
      </w:pPr>
      <w:r>
        <w:rPr>
          <w:b/>
          <w:i w:val="0"/>
        </w:rPr>
        <w:t>34.</w:t>
      </w:r>
      <w:r>
        <w:rPr>
          <w:b w:val="0"/>
          <w:i w:val="0"/>
        </w:rPr>
        <w:t xml:space="preserve"> Người Kinh Sư mỉm cười và, chỉ tay vào Giu-đa, tuyên bố: "Kìa, kẻ phản bội."</w:t>
      </w:r>
    </w:p>
    <w:p>
      <w:pPr>
        <w:spacing w:after="80"/>
      </w:pPr>
      <w:r>
        <w:rPr>
          <w:b/>
          <w:i w:val="0"/>
        </w:rPr>
        <w:t>35.</w:t>
      </w:r>
      <w:r>
        <w:rPr>
          <w:b w:val="0"/>
          <w:i w:val="0"/>
        </w:rPr>
        <w:t xml:space="preserve"> Giu-đa khóc.</w:t>
      </w:r>
    </w:p>
    <w:p>
      <w:pPr>
        <w:jc w:val="center"/>
      </w:pPr>
      <w:r>
        <w:drawing>
          <wp:inline xmlns:a="http://schemas.openxmlformats.org/drawingml/2006/main" xmlns:pic="http://schemas.openxmlformats.org/drawingml/2006/picture">
            <wp:extent cx="390525" cy="114300"/>
            <wp:docPr id="22" name="Picture 22"/>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pStyle w:val="Heading2"/>
      </w:pPr>
      <w:r>
        <w:rPr>
          <w:rFonts w:ascii="Calibri" w:hAnsi="Calibri"/>
          <w:b/>
          <w:i w:val="0"/>
          <w:sz w:val="32"/>
        </w:rPr>
        <w:t>Chương 23</w:t>
      </w:r>
    </w:p>
    <w:p>
      <w:pPr>
        <w:pStyle w:val="Heading2"/>
      </w:pPr>
      <w:r>
        <w:rPr>
          <w:rFonts w:ascii="Calibri" w:hAnsi="Calibri"/>
          <w:b/>
          <w:i/>
          <w:sz w:val="32"/>
        </w:rPr>
        <w:t>Lạy Chúa, lạy Chúa, sao Ngài bỏ con?</w:t>
      </w:r>
    </w:p>
    <w:p>
      <w:pPr>
        <w:spacing w:after="80"/>
      </w:pPr>
      <w:r>
        <w:rPr>
          <w:b/>
          <w:i w:val="0"/>
        </w:rPr>
        <w:t>1.</w:t>
      </w:r>
      <w:r>
        <w:rPr>
          <w:b w:val="0"/>
          <w:i w:val="0"/>
        </w:rPr>
        <w:t xml:space="preserve"> Chúa Giê-su bước ra khỏi nhà Cai-pha, bị trói nhưng không cúi đầu, mặt đầy nước bọt.</w:t>
      </w:r>
    </w:p>
    <w:p>
      <w:pPr>
        <w:spacing w:after="80"/>
      </w:pPr>
      <w:r>
        <w:rPr>
          <w:b/>
          <w:i w:val="0"/>
        </w:rPr>
        <w:t>2.</w:t>
      </w:r>
      <w:r>
        <w:rPr>
          <w:b w:val="0"/>
          <w:i w:val="0"/>
        </w:rPr>
        <w:t xml:space="preserve"> Ngài bị dẫn đến pháo đài của Tổng trấn, nơi Thượng tế trao tù nhân của họ cho Pontius Pilate.</w:t>
      </w:r>
    </w:p>
    <w:p>
      <w:pPr>
        <w:spacing w:after="80"/>
      </w:pPr>
      <w:r>
        <w:rPr>
          <w:b/>
          <w:i w:val="0"/>
        </w:rPr>
        <w:t>3.</w:t>
      </w:r>
      <w:r>
        <w:rPr>
          <w:b w:val="0"/>
          <w:i w:val="0"/>
        </w:rPr>
        <w:t xml:space="preserve"> Các Kinh sư và người Pha-ri-si không muốn bị thấy là đang xét xử, vì họ không muốn cái chết của Chúa Giê-su bị quy trách nhiệm về phía mình.</w:t>
      </w:r>
    </w:p>
    <w:p>
      <w:pPr>
        <w:spacing w:after="80"/>
      </w:pPr>
      <w:r>
        <w:rPr>
          <w:b/>
          <w:i w:val="0"/>
        </w:rPr>
        <w:t>4.</w:t>
      </w:r>
      <w:r>
        <w:rPr>
          <w:b w:val="0"/>
          <w:i w:val="0"/>
        </w:rPr>
        <w:t xml:space="preserve"> Nếu có bất cứ điều gì sai sót, họ sẽ khăng khăng rằng chính người La Mã đã đưa ra quyết định cuối cùng.</w:t>
      </w:r>
    </w:p>
    <w:p>
      <w:pPr>
        <w:spacing w:after="80"/>
      </w:pPr>
      <w:r>
        <w:rPr>
          <w:b/>
          <w:i w:val="0"/>
        </w:rPr>
        <w:t>5.</w:t>
      </w:r>
      <w:r>
        <w:rPr>
          <w:b w:val="0"/>
          <w:i w:val="0"/>
        </w:rPr>
        <w:t xml:space="preserve"> Một đám đông lớn và ồn ào đang tụ tập tại cổng pháo đài. Họ bị kích động đến mức cuồng loạn khi chờ đợi phán quyết của Pilate.</w:t>
      </w:r>
    </w:p>
    <w:p>
      <w:pPr>
        <w:spacing w:after="80"/>
        <w:jc w:val="right"/>
      </w:pPr>
      <w:r>
        <w:rPr>
          <w:b w:val="0"/>
          <w:i w:val="0"/>
        </w:rPr>
        <w:t>Mác 15:14;</w:t>
      </w:r>
      <w:r>
        <w:br/>
      </w:r>
      <w:r>
        <w:rPr>
          <w:b w:val="0"/>
          <w:i w:val="0"/>
        </w:rPr>
        <w:t xml:space="preserve"> Ma-thi-ơ 27:22;</w:t>
      </w:r>
      <w:r>
        <w:br/>
      </w:r>
      <w:r>
        <w:rPr>
          <w:b w:val="0"/>
          <w:i w:val="0"/>
        </w:rPr>
        <w:t xml:space="preserve"> Lu-ca 23:21;</w:t>
      </w:r>
      <w:r>
        <w:br/>
      </w:r>
      <w:r>
        <w:rPr>
          <w:b w:val="0"/>
          <w:i w:val="0"/>
        </w:rPr>
        <w:t xml:space="preserve"> Giăng 19:6</w:t>
      </w:r>
    </w:p>
    <w:p>
      <w:pPr>
        <w:spacing w:after="80"/>
      </w:pPr>
      <w:r>
        <w:rPr>
          <w:b/>
          <w:i w:val="0"/>
        </w:rPr>
        <w:t>6.</w:t>
      </w:r>
      <w:r>
        <w:rPr>
          <w:b w:val="0"/>
          <w:i w:val="0"/>
        </w:rPr>
        <w:t xml:space="preserve"> Các Kinh sư và người Pha-ri-si hòa lẫn vào đám đông, dụ dỗ Lu-ca họ đòi rằng: </w:t>
      </w:r>
      <w:r>
        <w:rPr>
          <w:b/>
          <w:i/>
        </w:rPr>
        <w:t>Đóng đinh hắn đi, đóng đinh hắn đi</w:t>
      </w:r>
      <w:r>
        <w:rPr>
          <w:b/>
          <w:i w:val="0"/>
        </w:rPr>
        <w:t>.</w:t>
      </w:r>
    </w:p>
    <w:p>
      <w:pPr>
        <w:spacing w:after="80"/>
      </w:pPr>
      <w:r>
        <w:rPr>
          <w:b/>
          <w:i w:val="0"/>
        </w:rPr>
        <w:t>7.</w:t>
      </w:r>
      <w:r>
        <w:rPr>
          <w:b w:val="0"/>
          <w:i w:val="0"/>
        </w:rPr>
        <w:t xml:space="preserve"> Giu-đa vẫn bất lực khi tìm kiếm một gương mặt quen thuộc trong đám đông, hy vọng tìm được một môn đồ sẽ cùng mình phản đối: 'Cứu ông ấy, cứu ông ấy.' Nhưng tiếng nói của ông chỉ là một tiếng nói đơn độc, bị nhấn chìm bởi những tiếng gào thét tàn bạo của đám đông.</w:t>
      </w:r>
    </w:p>
    <w:p>
      <w:pPr>
        <w:spacing w:after="80"/>
      </w:pPr>
      <w:r>
        <w:rPr>
          <w:b/>
          <w:i w:val="0"/>
        </w:rPr>
        <w:t>8.</w:t>
      </w:r>
      <w:r>
        <w:rPr>
          <w:b w:val="0"/>
          <w:i w:val="0"/>
        </w:rPr>
        <w:t xml:space="preserve"> Tiếng gầm càng lúc càng lớn khi Pilate dẫn Chúa Giê-su ra ban công.</w:t>
      </w:r>
    </w:p>
    <w:p>
      <w:pPr>
        <w:spacing w:after="80"/>
        <w:jc w:val="right"/>
      </w:pPr>
      <w:r>
        <w:rPr>
          <w:b w:val="0"/>
          <w:i/>
        </w:rPr>
        <w:t>xem</w:t>
      </w:r>
      <w:r>
        <w:br/>
      </w:r>
      <w:r>
        <w:rPr>
          <w:b w:val="0"/>
          <w:i w:val="0"/>
        </w:rPr>
        <w:t xml:space="preserve"> Giăng 19:5</w:t>
      </w:r>
    </w:p>
    <w:p>
      <w:pPr>
        <w:spacing w:after="80"/>
      </w:pPr>
      <w:r>
        <w:rPr>
          <w:b/>
          <w:i w:val="0"/>
        </w:rPr>
        <w:t xml:space="preserve">9. </w:t>
      </w:r>
      <w:r>
        <w:rPr>
          <w:b/>
          <w:i/>
        </w:rPr>
        <w:t>Chúa Giê-su được mặc áo choàng màu tía và đội mão gai</w:t>
      </w:r>
      <w:r>
        <w:rPr>
          <w:b/>
          <w:i w:val="0"/>
        </w:rPr>
        <w:t>.</w:t>
      </w:r>
    </w:p>
    <w:p>
      <w:pPr>
        <w:spacing w:after="80"/>
      </w:pPr>
      <w:r>
        <w:rPr>
          <w:b/>
          <w:i w:val="0"/>
        </w:rPr>
        <w:t xml:space="preserve">10. </w:t>
      </w:r>
      <w:r>
        <w:rPr>
          <w:b/>
          <w:i/>
        </w:rPr>
        <w:t>Pilate nói: Kìa là Vua dân Do Thái, người mà ta không tìm thấy lỗi gì nơi người</w:t>
      </w:r>
      <w:r>
        <w:rPr>
          <w:b/>
          <w:i w:val="0"/>
        </w:rPr>
        <w:t>.</w:t>
      </w:r>
    </w:p>
    <w:p>
      <w:pPr>
        <w:spacing w:after="80"/>
        <w:jc w:val="right"/>
      </w:pPr>
      <w:r>
        <w:rPr>
          <w:b w:val="0"/>
          <w:i/>
        </w:rPr>
        <w:t>xem</w:t>
      </w:r>
      <w:r>
        <w:br/>
      </w:r>
      <w:r>
        <w:rPr>
          <w:b w:val="0"/>
          <w:i w:val="0"/>
        </w:rPr>
        <w:t xml:space="preserve"> Lu-ca 23:4</w:t>
      </w:r>
      <w:r>
        <w:br/>
      </w:r>
      <w:r>
        <w:rPr>
          <w:b w:val="0"/>
          <w:i w:val="0"/>
        </w:rPr>
        <w:t xml:space="preserve"> [xxxiv]</w:t>
      </w:r>
    </w:p>
    <w:p>
      <w:pPr>
        <w:spacing w:after="80"/>
      </w:pPr>
      <w:r>
        <w:rPr>
          <w:b/>
          <w:i w:val="0"/>
        </w:rPr>
        <w:t>11.</w:t>
      </w:r>
      <w:r>
        <w:rPr>
          <w:b w:val="0"/>
          <w:i w:val="0"/>
        </w:rPr>
        <w:t xml:space="preserve"> Đám đông đáp lại bằng những tiếng hô ầm ĩ: </w:t>
      </w:r>
      <w:r>
        <w:rPr>
          <w:b/>
          <w:i/>
        </w:rPr>
        <w:t>Đóng đinh hắn đi, đóng đinh hắn đi</w:t>
      </w:r>
      <w:r>
        <w:rPr>
          <w:b/>
          <w:i w:val="0"/>
        </w:rPr>
        <w:t>,</w:t>
      </w:r>
      <w:r>
        <w:rPr>
          <w:b w:val="0"/>
          <w:i w:val="0"/>
        </w:rPr>
        <w:t xml:space="preserve"> và tiếng ồn ào trở nên lớn đến mức Pilate phải rút vào nơi an toàn trong pháo đài Antonia.</w:t>
      </w:r>
    </w:p>
    <w:p>
      <w:pPr>
        <w:spacing w:after="80"/>
      </w:pPr>
      <w:r>
        <w:rPr>
          <w:b/>
          <w:i w:val="0"/>
        </w:rPr>
        <w:t>12.</w:t>
      </w:r>
      <w:r>
        <w:rPr>
          <w:b w:val="0"/>
          <w:i w:val="0"/>
        </w:rPr>
        <w:t xml:space="preserve"> Đám đông im phăng phắc khi nghe tiếng roi quất của lính gác dưới quyền Philatô, và khi Chúa Giê-su xuất hiện lần thứ hai, người chỉ còn đeo một mảnh khố, thân thể rách nát và rỉ máu.</w:t>
      </w:r>
    </w:p>
    <w:p>
      <w:pPr>
        <w:spacing w:after="80"/>
        <w:jc w:val="right"/>
      </w:pPr>
      <w:r>
        <w:rPr>
          <w:b w:val="0"/>
          <w:i/>
        </w:rPr>
        <w:t>xem</w:t>
      </w:r>
      <w:r>
        <w:br/>
      </w:r>
      <w:r>
        <w:rPr>
          <w:b w:val="0"/>
          <w:i w:val="0"/>
        </w:rPr>
        <w:t xml:space="preserve"> Lu-ca 23:22;</w:t>
      </w:r>
      <w:r>
        <w:br/>
      </w:r>
      <w:r>
        <w:rPr>
          <w:b w:val="0"/>
          <w:i w:val="0"/>
        </w:rPr>
        <w:t xml:space="preserve"> Mác 15:14;</w:t>
      </w:r>
      <w:r>
        <w:br/>
      </w:r>
      <w:r>
        <w:rPr>
          <w:b w:val="0"/>
          <w:i w:val="0"/>
        </w:rPr>
        <w:t xml:space="preserve"> Ma-thi-ơ 27:23;</w:t>
      </w:r>
      <w:r>
        <w:br/>
      </w:r>
      <w:r>
        <w:rPr>
          <w:b w:val="0"/>
          <w:i w:val="0"/>
        </w:rPr>
        <w:t xml:space="preserve"> Giăng 19:4</w:t>
      </w:r>
    </w:p>
    <w:p>
      <w:pPr>
        <w:spacing w:after="80"/>
      </w:pPr>
      <w:r>
        <w:rPr>
          <w:b/>
          <w:i w:val="0"/>
        </w:rPr>
        <w:t>13.</w:t>
      </w:r>
      <w:r>
        <w:rPr>
          <w:b w:val="0"/>
          <w:i w:val="0"/>
        </w:rPr>
        <w:t xml:space="preserve"> Philatô nói: </w:t>
      </w:r>
      <w:r>
        <w:rPr>
          <w:b/>
          <w:i/>
        </w:rPr>
        <w:t>Ta dẫn người ra cho các ngươi, nhưng ta không thấy người có tội gì</w:t>
      </w:r>
      <w:r>
        <w:rPr>
          <w:b/>
          <w:i w:val="0"/>
        </w:rPr>
        <w:t>.</w:t>
      </w:r>
    </w:p>
    <w:p>
      <w:pPr>
        <w:spacing w:after="80"/>
      </w:pPr>
      <w:r>
        <w:rPr>
          <w:b/>
          <w:i w:val="0"/>
        </w:rPr>
        <w:t>14.</w:t>
      </w:r>
      <w:r>
        <w:rPr>
          <w:b w:val="0"/>
          <w:i w:val="0"/>
        </w:rPr>
        <w:t xml:space="preserve"> Nhưng tiếng hô </w:t>
      </w:r>
      <w:r>
        <w:rPr>
          <w:b/>
          <w:i/>
        </w:rPr>
        <w:t>Đóng đinh nó đi, đóng đinh nó đi</w:t>
      </w:r>
      <w:r>
        <w:rPr>
          <w:b/>
          <w:i w:val="0"/>
        </w:rPr>
        <w:t>,</w:t>
      </w:r>
      <w:r>
        <w:rPr>
          <w:b w:val="0"/>
          <w:i w:val="0"/>
        </w:rPr>
        <w:t xml:space="preserve"> chỉ càng lớn hơn, khiến Philatô phải rút lui một lần nữa, sợ rằng chính mình có thể là nguyên nhân gây ra một cuộc nổi loạn trong dân chúng.</w:t>
      </w:r>
    </w:p>
    <w:p>
      <w:pPr>
        <w:spacing w:after="80"/>
      </w:pPr>
      <w:r>
        <w:rPr>
          <w:b/>
          <w:i w:val="0"/>
        </w:rPr>
        <w:t>15.</w:t>
      </w:r>
      <w:r>
        <w:rPr>
          <w:b w:val="0"/>
          <w:i w:val="0"/>
        </w:rPr>
        <w:t xml:space="preserve"> Khi Philatô xuất hiện lần thứ ba, Chúa Giê-su đứng một bên ông, còn một kẻ giết người tên Ba-ra-ba, vừa được dẫn lên từ ngục tối, đứng bên kia.</w:t>
      </w:r>
    </w:p>
    <w:p>
      <w:pPr>
        <w:spacing w:after="80"/>
      </w:pPr>
      <w:r>
        <w:rPr>
          <w:b/>
          <w:i w:val="0"/>
        </w:rPr>
        <w:t>16.</w:t>
      </w:r>
      <w:r>
        <w:rPr>
          <w:b w:val="0"/>
          <w:i w:val="0"/>
        </w:rPr>
        <w:t xml:space="preserve"> Nhân dịp Lễ Vượt Qua và thời điểm này trong năm, Philatô cho đám đông cơ hội cứu một trong những người bị kết án khỏi bị xử tử.</w:t>
      </w:r>
    </w:p>
    <w:p>
      <w:pPr>
        <w:spacing w:after="80"/>
      </w:pPr>
      <w:r>
        <w:rPr>
          <w:b/>
          <w:i w:val="0"/>
        </w:rPr>
        <w:t xml:space="preserve">17. </w:t>
      </w:r>
      <w:r>
        <w:rPr>
          <w:b/>
          <w:i/>
        </w:rPr>
        <w:t>Ba-ra-ba, Ba-ra-ba</w:t>
      </w:r>
      <w:r>
        <w:rPr>
          <w:b/>
          <w:i w:val="0"/>
        </w:rPr>
        <w:t>,</w:t>
      </w:r>
      <w:r>
        <w:rPr>
          <w:b w:val="0"/>
          <w:i w:val="0"/>
        </w:rPr>
        <w:t xml:space="preserve"> họ đồng thanh hô lớn.</w:t>
      </w:r>
    </w:p>
    <w:p>
      <w:pPr>
        <w:spacing w:after="80"/>
      </w:pPr>
      <w:r>
        <w:rPr>
          <w:b/>
          <w:i w:val="0"/>
        </w:rPr>
        <w:t>18.</w:t>
      </w:r>
      <w:r>
        <w:rPr>
          <w:b w:val="0"/>
          <w:i w:val="0"/>
        </w:rPr>
        <w:t xml:space="preserve"> Philatô nói: </w:t>
      </w:r>
      <w:r>
        <w:rPr>
          <w:b/>
          <w:i/>
        </w:rPr>
        <w:t>Ta có nên đóng đinh Vua của các ngươi không?</w:t>
      </w:r>
    </w:p>
    <w:p>
      <w:pPr>
        <w:spacing w:after="80"/>
      </w:pPr>
      <w:r>
        <w:rPr>
          <w:b/>
          <w:i w:val="0"/>
        </w:rPr>
        <w:t>19.</w:t>
      </w:r>
      <w:r>
        <w:rPr>
          <w:b w:val="0"/>
          <w:i w:val="0"/>
        </w:rPr>
        <w:t xml:space="preserve"> Thầy Thượng Tế đáp: </w:t>
      </w:r>
      <w:r>
        <w:rPr>
          <w:b/>
          <w:i/>
        </w:rPr>
        <w:t>Chúng tôi không có Vua nào khác ngoài Sê-sa</w:t>
      </w:r>
      <w:r>
        <w:rPr>
          <w:b/>
          <w:i w:val="0"/>
        </w:rPr>
        <w:t>.</w:t>
      </w:r>
    </w:p>
    <w:p>
      <w:pPr>
        <w:spacing w:after="80"/>
        <w:jc w:val="right"/>
      </w:pPr>
      <w:r>
        <w:rPr>
          <w:b w:val="0"/>
          <w:i/>
        </w:rPr>
        <w:t>xem</w:t>
      </w:r>
      <w:r>
        <w:br/>
      </w:r>
      <w:r>
        <w:rPr>
          <w:b w:val="0"/>
          <w:i w:val="0"/>
        </w:rPr>
        <w:t xml:space="preserve"> Mác 15:6–15;</w:t>
      </w:r>
      <w:r>
        <w:br/>
      </w:r>
      <w:r>
        <w:rPr>
          <w:b w:val="0"/>
          <w:i w:val="0"/>
        </w:rPr>
        <w:t xml:space="preserve"> Ma-thi-ơ 27:15–26;</w:t>
      </w:r>
      <w:r>
        <w:br/>
      </w:r>
      <w:r>
        <w:rPr>
          <w:b w:val="0"/>
          <w:i w:val="0"/>
        </w:rPr>
        <w:t xml:space="preserve"> Lu-ca 23:18–25;</w:t>
      </w:r>
      <w:r>
        <w:br/>
      </w:r>
      <w:r>
        <w:rPr>
          <w:b w:val="0"/>
          <w:i w:val="0"/>
        </w:rPr>
        <w:t xml:space="preserve"> Giăng 18:39–40;</w:t>
      </w:r>
      <w:r>
        <w:br/>
      </w:r>
      <w:r>
        <w:rPr>
          <w:b w:val="0"/>
          <w:i w:val="0"/>
        </w:rPr>
        <w:t xml:space="preserve"> 19:15</w:t>
      </w:r>
    </w:p>
    <w:p>
      <w:pPr>
        <w:spacing w:after="80"/>
      </w:pPr>
      <w:r>
        <w:rPr>
          <w:b/>
          <w:i w:val="0"/>
        </w:rPr>
        <w:t>20.</w:t>
      </w:r>
      <w:r>
        <w:rPr>
          <w:b w:val="0"/>
          <w:i w:val="0"/>
        </w:rPr>
        <w:t xml:space="preserve"> Philatô nói: </w:t>
      </w:r>
      <w:r>
        <w:rPr>
          <w:b/>
          <w:i/>
        </w:rPr>
        <w:t>Vậy hãy dẫn nó đi, và mong máu nó đổ lại trên các ngươi</w:t>
      </w:r>
      <w:r>
        <w:rPr>
          <w:b/>
          <w:i w:val="0"/>
        </w:rPr>
        <w:t>.</w:t>
      </w:r>
    </w:p>
    <w:p>
      <w:pPr>
        <w:spacing w:after="80"/>
      </w:pPr>
      <w:r>
        <w:rPr>
          <w:b/>
          <w:i w:val="0"/>
        </w:rPr>
        <w:t>21.</w:t>
      </w:r>
      <w:r>
        <w:rPr>
          <w:b w:val="0"/>
          <w:i w:val="0"/>
        </w:rPr>
        <w:t xml:space="preserve"> Giu-đa nhìn Philatô vội vã chui vào trong pháo đài Lu-ca, nơi ông thấy vợ mình đang khóc.</w:t>
      </w:r>
    </w:p>
    <w:p>
      <w:pPr>
        <w:spacing w:after="80"/>
      </w:pPr>
      <w:r>
        <w:rPr>
          <w:b/>
          <w:i w:val="0"/>
        </w:rPr>
        <w:t>22.</w:t>
      </w:r>
      <w:r>
        <w:rPr>
          <w:b w:val="0"/>
          <w:i w:val="0"/>
        </w:rPr>
        <w:t xml:space="preserve"> Sau khi đã trao quyền hành của mình cho đám đông đang gào thét, </w:t>
      </w:r>
      <w:r>
        <w:rPr>
          <w:b/>
          <w:i/>
        </w:rPr>
        <w:t>Philatô rửa tay</w:t>
      </w:r>
      <w:r>
        <w:rPr>
          <w:b/>
          <w:i w:val="0"/>
        </w:rPr>
        <w:t>.</w:t>
      </w:r>
    </w:p>
    <w:p>
      <w:pPr>
        <w:spacing w:after="80"/>
        <w:jc w:val="right"/>
      </w:pPr>
      <w:r>
        <w:rPr>
          <w:b w:val="0"/>
          <w:i/>
        </w:rPr>
        <w:t>xem</w:t>
      </w:r>
      <w:r>
        <w:br/>
      </w:r>
      <w:r>
        <w:rPr>
          <w:b w:val="0"/>
          <w:i w:val="0"/>
        </w:rPr>
        <w:t xml:space="preserve"> Ma-thi-ơ 27:24</w:t>
      </w:r>
    </w:p>
    <w:p>
      <w:pPr>
        <w:spacing w:after="80"/>
      </w:pPr>
      <w:r>
        <w:rPr>
          <w:b/>
          <w:i w:val="0"/>
        </w:rPr>
        <w:t>23.</w:t>
      </w:r>
      <w:r>
        <w:rPr>
          <w:b w:val="0"/>
          <w:i w:val="0"/>
        </w:rPr>
        <w:t xml:space="preserve"> Khi Chúa Giê-su bị dẫn đi, Giu-đa đảo mắt khắp quảng trường đông nghẹt, vẫn hy vọng tìm được một hai người bạn đồng môn. Ông chẳng thấy ai cả.</w:t>
      </w:r>
    </w:p>
    <w:p>
      <w:pPr>
        <w:spacing w:after="80"/>
      </w:pPr>
      <w:r>
        <w:rPr>
          <w:b/>
          <w:i w:val="0"/>
        </w:rPr>
        <w:t>24.</w:t>
      </w:r>
      <w:r>
        <w:rPr>
          <w:b w:val="0"/>
          <w:i w:val="0"/>
        </w:rPr>
        <w:t xml:space="preserve"> Mắt ông dừng lại ở một nhóm phụ nữ.</w:t>
      </w:r>
    </w:p>
    <w:p>
      <w:pPr>
        <w:spacing w:after="80"/>
      </w:pPr>
      <w:r>
        <w:rPr>
          <w:b/>
          <w:i w:val="0"/>
        </w:rPr>
        <w:t>25.</w:t>
      </w:r>
      <w:r>
        <w:rPr>
          <w:b w:val="0"/>
          <w:i w:val="0"/>
        </w:rPr>
        <w:t xml:space="preserve"> Giu-đa cúi đầu xấu hổ, khi ông nhận ra </w:t>
      </w:r>
      <w:r>
        <w:rPr>
          <w:b/>
          <w:i/>
        </w:rPr>
        <w:t>Mary Ma-đa-lê-na, Mary mẹ của Gia-cơ và Giô-sép, cùng những người phụ nữ khác đã cùng họ đi từ Ga-li-lê</w:t>
      </w:r>
      <w:r>
        <w:rPr>
          <w:b/>
          <w:i w:val="0"/>
        </w:rPr>
        <w:t>.</w:t>
      </w:r>
    </w:p>
    <w:p>
      <w:pPr>
        <w:spacing w:after="80"/>
        <w:jc w:val="right"/>
      </w:pPr>
      <w:r>
        <w:rPr>
          <w:b w:val="0"/>
          <w:i/>
        </w:rPr>
        <w:t>xem</w:t>
      </w:r>
      <w:r>
        <w:br/>
      </w:r>
      <w:r>
        <w:rPr>
          <w:b w:val="0"/>
          <w:i w:val="0"/>
        </w:rPr>
        <w:t xml:space="preserve"> Lu-ca 8:1–3; 23:55;</w:t>
      </w:r>
      <w:r>
        <w:br/>
      </w:r>
      <w:r>
        <w:rPr>
          <w:b w:val="0"/>
          <w:i w:val="0"/>
        </w:rPr>
        <w:t xml:space="preserve"> Mác 15:40–41;</w:t>
      </w:r>
      <w:r>
        <w:br/>
      </w:r>
      <w:r>
        <w:rPr>
          <w:b w:val="0"/>
          <w:i w:val="0"/>
        </w:rPr>
        <w:t xml:space="preserve"> Mat 27:55–56</w:t>
      </w:r>
    </w:p>
    <w:p>
      <w:pPr>
        <w:spacing w:after="80"/>
      </w:pPr>
      <w:r>
        <w:rPr>
          <w:b/>
          <w:i w:val="0"/>
        </w:rPr>
        <w:t xml:space="preserve">26. </w:t>
      </w:r>
      <w:r>
        <w:rPr>
          <w:b/>
          <w:i/>
        </w:rPr>
        <w:t>Họ đã không bỏ rơi Chúa Giê-su, mà vẫn kiên trung</w:t>
      </w:r>
      <w:r>
        <w:rPr>
          <w:b/>
          <w:i w:val="0"/>
        </w:rPr>
        <w:t>.</w:t>
      </w:r>
    </w:p>
    <w:p>
      <w:pPr>
        <w:spacing w:after="80"/>
        <w:jc w:val="right"/>
      </w:pPr>
      <w:r>
        <w:rPr>
          <w:b w:val="0"/>
          <w:i/>
        </w:rPr>
        <w:t>xem</w:t>
      </w:r>
      <w:r>
        <w:br/>
      </w:r>
      <w:r>
        <w:rPr>
          <w:b w:val="0"/>
          <w:i w:val="0"/>
        </w:rPr>
        <w:t xml:space="preserve"> Lu-ca 23:28</w:t>
      </w:r>
    </w:p>
    <w:p>
      <w:pPr>
        <w:spacing w:after="80"/>
      </w:pPr>
      <w:r>
        <w:rPr>
          <w:b/>
          <w:i w:val="0"/>
        </w:rPr>
        <w:t>27.</w:t>
      </w:r>
      <w:r>
        <w:rPr>
          <w:b w:val="0"/>
          <w:i w:val="0"/>
        </w:rPr>
        <w:t xml:space="preserve"> Những người phụ nữ khóc khi Chúa Giê-su xuất hiện ở quảng trường.</w:t>
      </w:r>
    </w:p>
    <w:p>
      <w:pPr>
        <w:spacing w:after="80"/>
      </w:pPr>
      <w:r>
        <w:rPr>
          <w:b/>
          <w:i w:val="0"/>
        </w:rPr>
        <w:t xml:space="preserve">28. </w:t>
      </w:r>
      <w:r>
        <w:rPr>
          <w:b/>
          <w:i/>
        </w:rPr>
        <w:t>Ngài bị bao vây bởi những người lính có mặt để đảm bảo rằng ngài tự vác thập tự giá của mình đến nơi hành quyết</w:t>
      </w:r>
      <w:r>
        <w:rPr>
          <w:b/>
          <w:i w:val="0"/>
        </w:rPr>
        <w:t>.</w:t>
      </w:r>
    </w:p>
    <w:p>
      <w:pPr>
        <w:spacing w:after="80"/>
        <w:jc w:val="right"/>
      </w:pPr>
      <w:r>
        <w:rPr>
          <w:b w:val="0"/>
          <w:i w:val="0"/>
        </w:rPr>
        <w:t>Giăng 19:17</w:t>
      </w:r>
    </w:p>
    <w:p>
      <w:pPr>
        <w:spacing w:after="80"/>
      </w:pPr>
      <w:r>
        <w:rPr>
          <w:b/>
          <w:i w:val="0"/>
        </w:rPr>
        <w:t>29.</w:t>
      </w:r>
      <w:r>
        <w:rPr>
          <w:b w:val="0"/>
          <w:i w:val="0"/>
        </w:rPr>
        <w:t xml:space="preserve"> Khi Chúa Giê-su kéo lê cây thập tự giá nặng nề qua những con phố đông đúc, những người qua đường phỉ nhổ vào ngài, trong khi những người khác chế giễu: </w:t>
      </w:r>
      <w:r>
        <w:rPr>
          <w:b/>
          <w:i/>
        </w:rPr>
        <w:t>Đây có phải là Vua của người Do Thái, Đấng đã đến để cai trị chúng ta không?</w:t>
      </w:r>
    </w:p>
    <w:p>
      <w:pPr>
        <w:spacing w:after="80"/>
        <w:jc w:val="right"/>
      </w:pPr>
      <w:r>
        <w:rPr>
          <w:b w:val="0"/>
          <w:i/>
        </w:rPr>
        <w:t>xem</w:t>
      </w:r>
      <w:r>
        <w:br/>
      </w:r>
      <w:r>
        <w:rPr>
          <w:b w:val="0"/>
          <w:i w:val="0"/>
        </w:rPr>
        <w:t xml:space="preserve"> Mác 15:26–30;</w:t>
      </w:r>
      <w:r>
        <w:br/>
      </w:r>
      <w:r>
        <w:rPr>
          <w:b w:val="0"/>
          <w:i w:val="0"/>
        </w:rPr>
        <w:t xml:space="preserve"> Mat 27:37–40</w:t>
      </w:r>
    </w:p>
    <w:p>
      <w:pPr>
        <w:spacing w:after="80"/>
      </w:pPr>
      <w:r>
        <w:rPr>
          <w:b/>
          <w:i w:val="0"/>
        </w:rPr>
        <w:t>30.</w:t>
      </w:r>
      <w:r>
        <w:rPr>
          <w:b w:val="0"/>
          <w:i w:val="0"/>
        </w:rPr>
        <w:t xml:space="preserve"> Giu-đa nhớ lại nhiều lần Chúa Giê-su đã cảnh báo các môn đồ đừng bao giờ gọi ngài là </w:t>
      </w:r>
      <w:r>
        <w:rPr>
          <w:b/>
          <w:i/>
        </w:rPr>
        <w:t>Vua của người Do Thái</w:t>
      </w:r>
      <w:r>
        <w:rPr>
          <w:b/>
          <w:i w:val="0"/>
        </w:rPr>
        <w:t>.</w:t>
      </w:r>
    </w:p>
    <w:p>
      <w:pPr>
        <w:spacing w:after="80"/>
      </w:pPr>
      <w:r>
        <w:rPr>
          <w:b/>
          <w:i w:val="0"/>
        </w:rPr>
        <w:t xml:space="preserve">31. </w:t>
      </w:r>
      <w:r>
        <w:rPr>
          <w:b/>
          <w:i/>
        </w:rPr>
        <w:t>Một người lính, biết rằng tù nhân đang thở hổn hển, nhúng một miếng bọt biển vào giấm và tàn nhẫn ấn nó vào miệng ngài, nhưng Chúa Giê-su từ chối nó</w:t>
      </w:r>
      <w:r>
        <w:rPr>
          <w:b/>
          <w:i w:val="0"/>
        </w:rPr>
        <w:t>.</w:t>
      </w:r>
    </w:p>
    <w:p>
      <w:pPr>
        <w:spacing w:after="80"/>
        <w:jc w:val="right"/>
      </w:pPr>
      <w:r>
        <w:rPr>
          <w:b w:val="0"/>
          <w:i/>
        </w:rPr>
        <w:t>xem</w:t>
      </w:r>
      <w:r>
        <w:br/>
      </w:r>
      <w:r>
        <w:rPr>
          <w:b w:val="0"/>
          <w:i w:val="0"/>
        </w:rPr>
        <w:t xml:space="preserve"> Mác 15:36;</w:t>
      </w:r>
      <w:r>
        <w:br/>
      </w:r>
      <w:r>
        <w:rPr>
          <w:b w:val="0"/>
          <w:i w:val="0"/>
        </w:rPr>
        <w:t xml:space="preserve"> Mat 27:34;</w:t>
      </w:r>
      <w:r>
        <w:br/>
      </w:r>
      <w:r>
        <w:rPr>
          <w:b w:val="0"/>
          <w:i w:val="0"/>
        </w:rPr>
        <w:t xml:space="preserve"> Giăng 19:29</w:t>
      </w:r>
    </w:p>
    <w:p>
      <w:pPr>
        <w:spacing w:after="80"/>
      </w:pPr>
      <w:r>
        <w:rPr>
          <w:b/>
          <w:i w:val="0"/>
        </w:rPr>
        <w:t xml:space="preserve">32. </w:t>
      </w:r>
      <w:r>
        <w:rPr>
          <w:b/>
          <w:i/>
        </w:rPr>
        <w:t>Sau vài bước nữa, Chúa Giê-su gục ngã xuống đất và một trong những lính canh buộc một người tên là Si-môn, người từ Cy-ren đến thăm thành phố, phải vác thập tự giá của ngài</w:t>
      </w:r>
      <w:r>
        <w:rPr>
          <w:b/>
          <w:i w:val="0"/>
        </w:rPr>
        <w:t>.</w:t>
      </w:r>
    </w:p>
    <w:p>
      <w:pPr>
        <w:spacing w:after="80"/>
        <w:jc w:val="right"/>
      </w:pPr>
      <w:r>
        <w:rPr>
          <w:b w:val="0"/>
          <w:i w:val="0"/>
        </w:rPr>
        <w:t>Mác 15:21;</w:t>
      </w:r>
      <w:r>
        <w:br/>
      </w:r>
      <w:r>
        <w:rPr>
          <w:b w:val="0"/>
          <w:i w:val="0"/>
        </w:rPr>
        <w:t xml:space="preserve"> Mat 27:32;</w:t>
      </w:r>
      <w:r>
        <w:br/>
      </w:r>
      <w:r>
        <w:rPr>
          <w:b w:val="0"/>
          <w:i w:val="0"/>
        </w:rPr>
        <w:t xml:space="preserve"> Lu-ca 23:26</w:t>
      </w:r>
    </w:p>
    <w:p>
      <w:pPr>
        <w:spacing w:after="80"/>
      </w:pPr>
      <w:r>
        <w:rPr>
          <w:b/>
          <w:i w:val="0"/>
        </w:rPr>
        <w:t>33.</w:t>
      </w:r>
      <w:r>
        <w:rPr>
          <w:b w:val="0"/>
          <w:i w:val="0"/>
        </w:rPr>
        <w:t xml:space="preserve"> Những người phụ nữ vẫn ở bên cạnh ngài khi Chúa Giê-su tiếp tục cuộc hành trình chậm chạp, nhục nhã của mình đến một nơi tên là Gô-gô-tha – </w:t>
      </w:r>
      <w:r>
        <w:rPr>
          <w:b/>
          <w:i/>
        </w:rPr>
        <w:t>nghĩa là nơi đầu lâu</w:t>
      </w:r>
      <w:r>
        <w:rPr>
          <w:b w:val="0"/>
          <w:i w:val="0"/>
        </w:rPr>
        <w:t xml:space="preserve"> – nơi họ đóng đinh ngài lên thập tự giá.</w:t>
      </w:r>
    </w:p>
    <w:p>
      <w:pPr>
        <w:spacing w:after="80"/>
      </w:pPr>
      <w:r>
        <w:rPr>
          <w:b/>
          <w:i w:val="0"/>
        </w:rPr>
        <w:t>34.</w:t>
      </w:r>
      <w:r>
        <w:rPr>
          <w:b w:val="0"/>
          <w:i w:val="0"/>
        </w:rPr>
        <w:t xml:space="preserve"> Nhưng trước khi thập tự giá có thể được dựng lên tại chỗ, một người lính, thi hành mệnh lệnh của Phi-lát, đã gắn tấm bảng ghi: </w:t>
      </w:r>
      <w:r>
        <w:rPr>
          <w:b/>
          <w:i/>
        </w:rPr>
        <w:t>Vua của người Do Thái</w:t>
      </w:r>
      <w:r>
        <w:rPr>
          <w:b/>
          <w:i w:val="0"/>
        </w:rPr>
        <w:t>.</w:t>
      </w:r>
    </w:p>
    <w:p>
      <w:pPr>
        <w:spacing w:after="80"/>
        <w:jc w:val="right"/>
      </w:pPr>
      <w:r>
        <w:rPr>
          <w:b w:val="0"/>
          <w:i w:val="0"/>
        </w:rPr>
        <w:t>Mác 15:26;</w:t>
      </w:r>
      <w:r>
        <w:br/>
      </w:r>
      <w:r>
        <w:rPr>
          <w:b w:val="0"/>
          <w:i w:val="0"/>
        </w:rPr>
        <w:t xml:space="preserve"> Mat 27:37;</w:t>
      </w:r>
      <w:r>
        <w:br/>
      </w:r>
      <w:r>
        <w:rPr>
          <w:b w:val="0"/>
          <w:i w:val="0"/>
        </w:rPr>
        <w:t xml:space="preserve"> Giăng 19:19</w:t>
      </w:r>
    </w:p>
    <w:p>
      <w:pPr>
        <w:spacing w:after="80"/>
      </w:pPr>
      <w:r>
        <w:rPr>
          <w:b/>
          <w:i w:val="0"/>
        </w:rPr>
        <w:t>35.</w:t>
      </w:r>
      <w:r>
        <w:rPr>
          <w:b w:val="0"/>
          <w:i w:val="0"/>
        </w:rPr>
        <w:t xml:space="preserve"> Cùng lúc đó, hai cây thập tự khác được dựng lên hai bên Ngài, và Giu-đa nhớ lại lời Kinh Thánh đã tiên báo: </w:t>
      </w:r>
      <w:r>
        <w:rPr>
          <w:b/>
          <w:i/>
        </w:rPr>
        <w:t>Ngài đã bị kể vào hàng những kẻ phạm tội</w:t>
      </w:r>
      <w:r>
        <w:rPr>
          <w:b/>
          <w:i w:val="0"/>
        </w:rPr>
        <w:t>.</w:t>
      </w:r>
    </w:p>
    <w:p>
      <w:pPr>
        <w:spacing w:after="80"/>
        <w:jc w:val="right"/>
      </w:pPr>
      <w:r>
        <w:rPr>
          <w:b w:val="0"/>
          <w:i/>
        </w:rPr>
        <w:t>xem</w:t>
      </w:r>
      <w:r>
        <w:br/>
      </w:r>
      <w:r>
        <w:rPr>
          <w:b w:val="0"/>
          <w:i w:val="0"/>
        </w:rPr>
        <w:t xml:space="preserve"> Ê-sai 53:12</w:t>
      </w:r>
    </w:p>
    <w:p>
      <w:pPr>
        <w:spacing w:after="80"/>
      </w:pPr>
      <w:r>
        <w:rPr>
          <w:b/>
          <w:i w:val="0"/>
        </w:rPr>
        <w:t>36.</w:t>
      </w:r>
      <w:r>
        <w:rPr>
          <w:b w:val="0"/>
          <w:i w:val="0"/>
        </w:rPr>
        <w:t xml:space="preserve"> Một trong hai tên tù bị treo bên cạnh Ngài hét lên: </w:t>
      </w:r>
      <w:r>
        <w:rPr>
          <w:b/>
          <w:i/>
        </w:rPr>
        <w:t>Nếu ông là Đấng Mê-si-a, hãy cứu mình và cứu luôn cả chúng tôi đi</w:t>
      </w:r>
      <w:r>
        <w:rPr>
          <w:b/>
          <w:i w:val="0"/>
        </w:rPr>
        <w:t>.</w:t>
      </w:r>
    </w:p>
    <w:p>
      <w:pPr>
        <w:spacing w:after="80"/>
      </w:pPr>
      <w:r>
        <w:rPr>
          <w:b/>
          <w:i w:val="0"/>
        </w:rPr>
        <w:t>37.</w:t>
      </w:r>
      <w:r>
        <w:rPr>
          <w:b w:val="0"/>
          <w:i w:val="0"/>
        </w:rPr>
        <w:t xml:space="preserve"> Nhưng tên tù kia quở trách hắn rằng: </w:t>
      </w:r>
      <w:r>
        <w:rPr>
          <w:b/>
          <w:i/>
        </w:rPr>
        <w:t>Chúng ta đáng chịu hình phạt vì tội mình, còn ông này có làm gì sai đâu</w:t>
      </w:r>
      <w:r>
        <w:rPr>
          <w:b/>
          <w:i w:val="0"/>
        </w:rPr>
        <w:t>,</w:t>
      </w:r>
      <w:r>
        <w:rPr>
          <w:b w:val="0"/>
          <w:i w:val="0"/>
        </w:rPr>
        <w:t xml:space="preserve"> rồi quay sang cầu xin Chúa Giê-su: </w:t>
      </w:r>
      <w:r>
        <w:rPr>
          <w:b/>
          <w:i/>
        </w:rPr>
        <w:t>Xin nhớ đến tôi khi Ngài trở lại làm Vua</w:t>
      </w:r>
      <w:r>
        <w:rPr>
          <w:b/>
          <w:i w:val="0"/>
        </w:rPr>
        <w:t>.</w:t>
      </w:r>
    </w:p>
    <w:p>
      <w:pPr>
        <w:spacing w:after="80"/>
      </w:pPr>
      <w:r>
        <w:rPr>
          <w:b/>
          <w:i w:val="0"/>
        </w:rPr>
        <w:t>38.</w:t>
      </w:r>
      <w:r>
        <w:rPr>
          <w:b w:val="0"/>
          <w:i w:val="0"/>
        </w:rPr>
        <w:t xml:space="preserve"> Chúa Giê-su phán với ông: </w:t>
      </w:r>
      <w:r>
        <w:rPr>
          <w:b/>
          <w:i/>
        </w:rPr>
        <w:t>Hôm nay ngươi sẽ ở với ta trong thiên đàng</w:t>
      </w:r>
      <w:r>
        <w:rPr>
          <w:b/>
          <w:i w:val="0"/>
        </w:rPr>
        <w:t>.</w:t>
      </w:r>
    </w:p>
    <w:p>
      <w:pPr>
        <w:spacing w:after="80"/>
        <w:jc w:val="right"/>
      </w:pPr>
      <w:r>
        <w:rPr>
          <w:b w:val="0"/>
          <w:i w:val="0"/>
        </w:rPr>
        <w:t>Lu-ca 23:39–43</w:t>
      </w:r>
    </w:p>
    <w:p>
      <w:pPr>
        <w:spacing w:after="80"/>
      </w:pPr>
      <w:r>
        <w:rPr>
          <w:b/>
          <w:i w:val="0"/>
        </w:rPr>
        <w:t>39.</w:t>
      </w:r>
      <w:r>
        <w:rPr>
          <w:b w:val="0"/>
          <w:i w:val="0"/>
        </w:rPr>
        <w:t xml:space="preserve"> Giu-đa nhìn những tên lính đứng dưới chân thập tự gieo xúc xắc, trước khi chúng chia áo của Chúa Giê-su thành bốn phần để lời ca của Đa-vít được ứng nghiệm.</w:t>
      </w:r>
    </w:p>
    <w:p>
      <w:pPr>
        <w:spacing w:after="80"/>
        <w:jc w:val="right"/>
      </w:pPr>
      <w:r>
        <w:rPr>
          <w:b w:val="0"/>
          <w:i/>
        </w:rPr>
        <w:t>xem</w:t>
      </w:r>
      <w:r>
        <w:br/>
      </w:r>
      <w:r>
        <w:rPr>
          <w:b w:val="0"/>
          <w:i w:val="0"/>
        </w:rPr>
        <w:t xml:space="preserve"> Thi Thiên 22:18</w:t>
      </w:r>
    </w:p>
    <w:p>
      <w:pPr>
        <w:spacing w:after="80"/>
      </w:pPr>
      <w:r>
        <w:rPr>
          <w:b/>
          <w:i w:val="0"/>
        </w:rPr>
        <w:t>40.</w:t>
      </w:r>
      <w:r>
        <w:rPr>
          <w:b w:val="0"/>
          <w:i w:val="0"/>
        </w:rPr>
        <w:t xml:space="preserve"> Chúa Giê-su phán: </w:t>
      </w:r>
      <w:r>
        <w:rPr>
          <w:b/>
          <w:i/>
        </w:rPr>
        <w:t>Lạy Cha, xin tha cho họ, vì họ không biết mình đang làm gì</w:t>
      </w:r>
      <w:r>
        <w:rPr>
          <w:b/>
          <w:i w:val="0"/>
        </w:rPr>
        <w:t>.</w:t>
      </w:r>
    </w:p>
    <w:p>
      <w:pPr>
        <w:spacing w:after="80"/>
      </w:pPr>
      <w:r>
        <w:rPr>
          <w:b/>
          <w:i w:val="0"/>
        </w:rPr>
        <w:t>41.</w:t>
      </w:r>
      <w:r>
        <w:rPr>
          <w:b w:val="0"/>
          <w:i w:val="0"/>
        </w:rPr>
        <w:t xml:space="preserve"> Giu-đa nhìn các Trưởng lão và các Thầy thông giáo tiếp tục chế giễu Chúa Giê-su: </w:t>
      </w:r>
      <w:r>
        <w:rPr>
          <w:b/>
          <w:i/>
        </w:rPr>
        <w:t>Hắn cứu được người khác, giờ hãy để hắn tự cứu mình đi</w:t>
      </w:r>
      <w:r>
        <w:rPr>
          <w:b/>
          <w:i w:val="0"/>
        </w:rPr>
        <w:t>.</w:t>
      </w:r>
    </w:p>
    <w:p>
      <w:pPr>
        <w:spacing w:after="80"/>
      </w:pPr>
      <w:r>
        <w:rPr>
          <w:b/>
          <w:i w:val="0"/>
        </w:rPr>
        <w:t>42.</w:t>
      </w:r>
      <w:r>
        <w:rPr>
          <w:b w:val="0"/>
          <w:i w:val="0"/>
        </w:rPr>
        <w:t xml:space="preserve"> Họ nói: </w:t>
      </w:r>
      <w:r>
        <w:rPr>
          <w:b/>
          <w:i/>
        </w:rPr>
        <w:t>Hãy để chúng ta xem Đấng Mê-si-a bước xuống khỏi thập tự để chúng ta tin vào Ngài</w:t>
      </w:r>
      <w:r>
        <w:rPr>
          <w:b/>
          <w:i w:val="0"/>
        </w:rPr>
        <w:t>.</w:t>
      </w:r>
    </w:p>
    <w:p>
      <w:pPr>
        <w:spacing w:after="80"/>
      </w:pPr>
      <w:r>
        <w:rPr>
          <w:b/>
          <w:i w:val="0"/>
        </w:rPr>
        <w:t>43.</w:t>
      </w:r>
      <w:r>
        <w:rPr>
          <w:b w:val="0"/>
          <w:i w:val="0"/>
        </w:rPr>
        <w:t xml:space="preserve"> Một người khác nói: </w:t>
      </w:r>
      <w:r>
        <w:rPr>
          <w:b/>
          <w:i/>
        </w:rPr>
        <w:t>Chẳng phải chính ông là người đã định phá đền thờ rồi dựng lại trong ba ngày đó sao?</w:t>
      </w:r>
    </w:p>
    <w:p>
      <w:pPr>
        <w:spacing w:after="80"/>
      </w:pPr>
      <w:r>
        <w:rPr>
          <w:b/>
          <w:i w:val="0"/>
        </w:rPr>
        <w:t xml:space="preserve">44. </w:t>
      </w:r>
      <w:r>
        <w:rPr>
          <w:b/>
          <w:i/>
        </w:rPr>
        <w:t>Và bóng tối bao trùm khắp mặt đất, và bức màn trong đền thờ bị xé làm hai từ trên xuống dưới</w:t>
      </w:r>
      <w:r>
        <w:rPr>
          <w:b/>
          <w:i w:val="0"/>
        </w:rPr>
        <w:t>.</w:t>
      </w:r>
    </w:p>
    <w:p>
      <w:pPr>
        <w:spacing w:after="80"/>
      </w:pPr>
      <w:r>
        <w:rPr>
          <w:b/>
          <w:i w:val="0"/>
        </w:rPr>
        <w:t>45.</w:t>
      </w:r>
      <w:r>
        <w:rPr>
          <w:b w:val="0"/>
          <w:i w:val="0"/>
        </w:rPr>
        <w:t xml:space="preserve"> Giu-đa quỳ sụp xuống. Ông cầu nguyện xin Thầy được khỏi chịu thêm đau đớn nào nữa và được ra đi nhanh chóng.</w:t>
      </w:r>
    </w:p>
    <w:p>
      <w:pPr>
        <w:spacing w:after="80"/>
      </w:pPr>
      <w:r>
        <w:rPr>
          <w:b/>
          <w:i w:val="0"/>
        </w:rPr>
        <w:t>46.</w:t>
      </w:r>
      <w:r>
        <w:rPr>
          <w:b w:val="0"/>
          <w:i w:val="0"/>
        </w:rPr>
        <w:t xml:space="preserve"> Nhưng mãi đến giờ thứ chín, Chúa Giê-su mới kêu lớn: </w:t>
      </w:r>
      <w:r>
        <w:rPr>
          <w:b/>
          <w:i/>
        </w:rPr>
        <w:t>Đức Chúa Trời tôi ơi, Đức Chúa Trời tôi ơi, sao Ngài lìa bỏ tôi?</w:t>
      </w:r>
    </w:p>
    <w:p>
      <w:pPr>
        <w:spacing w:after="80"/>
      </w:pPr>
      <w:r>
        <w:rPr>
          <w:b/>
          <w:i w:val="0"/>
        </w:rPr>
        <w:t>47.</w:t>
      </w:r>
      <w:r>
        <w:rPr>
          <w:b w:val="0"/>
          <w:i w:val="0"/>
        </w:rPr>
        <w:t xml:space="preserve"> Một viên đội trưởng La Mã, người đứng canh dưới chân thập tự giá, ngước nhìn Chúa Giê-su và nói: </w:t>
      </w:r>
      <w:r>
        <w:rPr>
          <w:b/>
          <w:i/>
        </w:rPr>
        <w:t>Thật, người này là Con Đức Chúa Trời</w:t>
      </w:r>
      <w:r>
        <w:rPr>
          <w:b/>
          <w:i w:val="0"/>
        </w:rPr>
        <w:t>.</w:t>
      </w:r>
    </w:p>
    <w:p>
      <w:pPr>
        <w:spacing w:after="80"/>
      </w:pPr>
      <w:r>
        <w:rPr>
          <w:b/>
          <w:i w:val="0"/>
        </w:rPr>
        <w:t>48.</w:t>
      </w:r>
      <w:r>
        <w:rPr>
          <w:b w:val="0"/>
          <w:i w:val="0"/>
        </w:rPr>
        <w:t xml:space="preserve"> Giu-đa vẫn quỳ gối cầu nguyện, cho đến khi thập tự giá cuối cùng được hạ xuống.</w:t>
      </w:r>
    </w:p>
    <w:p>
      <w:pPr>
        <w:spacing w:after="80"/>
      </w:pPr>
      <w:r>
        <w:rPr>
          <w:b/>
          <w:i w:val="0"/>
        </w:rPr>
        <w:t xml:space="preserve">49. </w:t>
      </w:r>
      <w:r>
        <w:rPr>
          <w:b/>
          <w:i/>
        </w:rPr>
        <w:t>Lúc ấy, những người nữ trung thành theo Chúa Giê-su đứng bên cạnh thập tự giá</w:t>
      </w:r>
      <w:r>
        <w:rPr>
          <w:b/>
          <w:i w:val="0"/>
        </w:rPr>
        <w:t>.</w:t>
      </w:r>
    </w:p>
    <w:p>
      <w:pPr>
        <w:spacing w:after="80"/>
      </w:pPr>
      <w:r>
        <w:rPr>
          <w:b/>
          <w:i w:val="0"/>
        </w:rPr>
        <w:t>50.</w:t>
      </w:r>
      <w:r>
        <w:rPr>
          <w:b w:val="0"/>
          <w:i w:val="0"/>
        </w:rPr>
        <w:t xml:space="preserve"> Những người lính kiểm tra để chắc chắn rằng tù nhân đã chết trước khi họ cho phép những người nữ mang thi thể ông đi.</w:t>
      </w:r>
    </w:p>
    <w:p>
      <w:pPr>
        <w:spacing w:after="80"/>
      </w:pPr>
      <w:r>
        <w:rPr>
          <w:b/>
          <w:i w:val="0"/>
        </w:rPr>
        <w:t xml:space="preserve">51. </w:t>
      </w:r>
      <w:r>
        <w:rPr>
          <w:b/>
          <w:i/>
        </w:rPr>
        <w:t>Khi họ đã đưa thi thể ông xuống khỏi thập tự giá, Ma-ri Ma-đơ-len rửa các vết thương cho ông, trong khi Ma-ri, mẹ của Gia-cơ, lau rửa thi thể ông. Họ phủ lên ông một tấm áo choàng trắng và mang ông đi</w:t>
      </w:r>
      <w:r>
        <w:rPr>
          <w:b/>
          <w:i w:val="0"/>
        </w:rPr>
        <w:t>.</w:t>
      </w:r>
    </w:p>
    <w:p>
      <w:pPr>
        <w:spacing w:after="80"/>
        <w:jc w:val="right"/>
      </w:pPr>
      <w:r>
        <w:rPr>
          <w:b w:val="0"/>
          <w:i/>
        </w:rPr>
        <w:t>xem</w:t>
      </w:r>
      <w:r>
        <w:br/>
      </w:r>
      <w:r>
        <w:rPr>
          <w:b w:val="0"/>
          <w:i w:val="0"/>
        </w:rPr>
        <w:t xml:space="preserve"> Mác 15:25–47;</w:t>
      </w:r>
      <w:r>
        <w:br/>
      </w:r>
      <w:r>
        <w:rPr>
          <w:b w:val="0"/>
          <w:i w:val="0"/>
        </w:rPr>
        <w:t xml:space="preserve"> Ma-thi-ơ 27:35–61;</w:t>
      </w:r>
      <w:r>
        <w:br/>
      </w:r>
      <w:r>
        <w:rPr>
          <w:b w:val="0"/>
          <w:i w:val="0"/>
        </w:rPr>
        <w:t xml:space="preserve"> Lu-ca 23:33–56</w:t>
      </w:r>
    </w:p>
    <w:p>
      <w:pPr>
        <w:spacing w:after="80"/>
      </w:pPr>
      <w:r>
        <w:rPr>
          <w:b/>
          <w:i w:val="0"/>
        </w:rPr>
        <w:t>52.</w:t>
      </w:r>
      <w:r>
        <w:rPr>
          <w:b w:val="0"/>
          <w:i w:val="0"/>
        </w:rPr>
        <w:t xml:space="preserve"> Khi thi thể Chúa Giê-su được mang đi, Giu-đa ngước nhìn lên trời và lặp lại lời của Giăng Báp-tít: </w:t>
      </w:r>
      <w:r>
        <w:rPr>
          <w:b/>
          <w:i/>
        </w:rPr>
        <w:t>Ngài có phải là Đấng phải đến, hay chúng ta phải chờ đợi một Đấng khác?</w:t>
      </w:r>
    </w:p>
    <w:p>
      <w:pPr>
        <w:spacing w:after="80"/>
        <w:jc w:val="right"/>
      </w:pPr>
      <w:r>
        <w:rPr>
          <w:b w:val="0"/>
          <w:i w:val="0"/>
        </w:rPr>
        <w:t>Lu-ca 7:19;</w:t>
      </w:r>
      <w:r>
        <w:br/>
      </w:r>
      <w:r>
        <w:rPr>
          <w:b w:val="0"/>
          <w:i w:val="0"/>
        </w:rPr>
        <w:t xml:space="preserve"> Ma-thi-ơ 11:3</w:t>
      </w:r>
    </w:p>
    <w:p>
      <w:pPr>
        <w:spacing w:after="80"/>
      </w:pPr>
      <w:r>
        <w:rPr>
          <w:b/>
          <w:i w:val="0"/>
        </w:rPr>
        <w:t>53.</w:t>
      </w:r>
      <w:r>
        <w:rPr>
          <w:b w:val="0"/>
          <w:i w:val="0"/>
        </w:rPr>
        <w:t xml:space="preserve"> Đó là lần cuối cùng Giu-đa nhìn thấy Thầy.</w:t>
      </w:r>
    </w:p>
    <w:p>
      <w:pPr>
        <w:pStyle w:val="Heading2"/>
      </w:pPr>
      <w:r>
        <w:rPr>
          <w:rFonts w:ascii="Calibri" w:hAnsi="Calibri"/>
          <w:b/>
          <w:i w:val="0"/>
          <w:sz w:val="32"/>
        </w:rPr>
        <w:t>Chương 24</w:t>
      </w:r>
    </w:p>
    <w:p>
      <w:pPr>
        <w:pStyle w:val="Heading2"/>
      </w:pPr>
      <w:r>
        <w:rPr>
          <w:rFonts w:ascii="Calibri" w:hAnsi="Calibri"/>
          <w:b/>
          <w:i/>
          <w:sz w:val="32"/>
        </w:rPr>
        <w:t>Đáng rủa thay kẻ nào bị treo trên cây</w:t>
      </w:r>
    </w:p>
    <w:p>
      <w:pPr>
        <w:spacing w:after="80"/>
      </w:pPr>
      <w:r>
        <w:rPr>
          <w:b/>
          <w:i w:val="0"/>
        </w:rPr>
        <w:t>1.</w:t>
      </w:r>
      <w:r>
        <w:rPr>
          <w:b w:val="0"/>
          <w:i w:val="0"/>
        </w:rPr>
        <w:t xml:space="preserve"> Lễ Vượt Qua đã gần kề, và đã có vài người Do Thái thì thầm với nhau rằng thật là một sai lầm khi dung thứ cho việc giết hại một người thánh.</w:t>
      </w:r>
    </w:p>
    <w:p>
      <w:pPr>
        <w:spacing w:after="80"/>
      </w:pPr>
      <w:r>
        <w:rPr>
          <w:b/>
          <w:i w:val="0"/>
        </w:rPr>
        <w:t>2.</w:t>
      </w:r>
      <w:r>
        <w:rPr>
          <w:b w:val="0"/>
          <w:i w:val="0"/>
        </w:rPr>
        <w:t xml:space="preserve"> Đây chính là những người chỉ mới vài ngày trước đã sẵn lòng hô vang những lời, </w:t>
      </w:r>
      <w:r>
        <w:rPr>
          <w:b/>
          <w:i/>
        </w:rPr>
        <w:t>Hãy đóng đinh hắn, hãy đóng đinh hắn</w:t>
      </w:r>
      <w:r>
        <w:rPr>
          <w:b/>
          <w:i w:val="0"/>
        </w:rPr>
        <w:t>,</w:t>
      </w:r>
      <w:r>
        <w:rPr>
          <w:b w:val="0"/>
          <w:i w:val="0"/>
        </w:rPr>
        <w:t xml:space="preserve"> nhưng giờ đây lại nhanh chóng đổ lỗi cho cái chết của Chúa Giê-su lên Bôn-xơ Phi-lát và đoàn quân La Mã của ông ta.</w:t>
      </w:r>
    </w:p>
    <w:p>
      <w:pPr>
        <w:spacing w:after="80"/>
      </w:pPr>
      <w:r>
        <w:rPr>
          <w:b/>
          <w:i w:val="0"/>
        </w:rPr>
        <w:t>3.</w:t>
      </w:r>
      <w:r>
        <w:rPr>
          <w:b w:val="0"/>
          <w:i w:val="0"/>
        </w:rPr>
        <w:t xml:space="preserve"> Những môn đồ còn lại đã trốn đi ẩn náu, trong khi cái tên bị mọi người khinh miệt thốt ra khỏi miệng là Giu-đa Ít-ca-ri-ốt, </w:t>
      </w:r>
      <w:r>
        <w:rPr>
          <w:b/>
          <w:i/>
        </w:rPr>
        <w:t>kẻ đã phản bội Chúa Giê-su</w:t>
      </w:r>
      <w:r>
        <w:rPr>
          <w:b/>
          <w:i w:val="0"/>
        </w:rPr>
        <w:t>.</w:t>
      </w:r>
    </w:p>
    <w:p>
      <w:pPr>
        <w:spacing w:after="80"/>
        <w:jc w:val="right"/>
      </w:pPr>
      <w:r>
        <w:rPr>
          <w:b w:val="0"/>
          <w:i/>
        </w:rPr>
        <w:t>xem</w:t>
      </w:r>
      <w:r>
        <w:br/>
      </w:r>
      <w:r>
        <w:rPr>
          <w:b w:val="0"/>
          <w:i w:val="0"/>
        </w:rPr>
        <w:t xml:space="preserve"> Ma-thi-ơ 26:15</w:t>
      </w:r>
    </w:p>
    <w:p>
      <w:pPr>
        <w:spacing w:after="80"/>
      </w:pPr>
      <w:r>
        <w:rPr>
          <w:b/>
          <w:i w:val="0"/>
        </w:rPr>
        <w:t>4.</w:t>
      </w:r>
      <w:r>
        <w:rPr>
          <w:b w:val="0"/>
          <w:i w:val="0"/>
        </w:rPr>
        <w:t xml:space="preserve"> Tin đồn đã lan khắp thành phố, mỗi tin mới lại nhanh chóng bị tin khác lấn át.</w:t>
      </w:r>
    </w:p>
    <w:p>
      <w:pPr>
        <w:spacing w:after="80"/>
      </w:pPr>
      <w:r>
        <w:rPr>
          <w:b/>
          <w:i w:val="0"/>
        </w:rPr>
        <w:t>5.</w:t>
      </w:r>
      <w:r>
        <w:rPr>
          <w:b w:val="0"/>
          <w:i w:val="0"/>
        </w:rPr>
        <w:t xml:space="preserve"> Người ta kể rằng </w:t>
      </w:r>
      <w:r>
        <w:rPr>
          <w:b/>
          <w:i/>
        </w:rPr>
        <w:t>tảng đá đã chặn cửa mộ Chúa Giê-su đã được lăn sang một bên và có một khải tượng về các thiên thần</w:t>
      </w:r>
      <w:r>
        <w:rPr>
          <w:b/>
          <w:i w:val="0"/>
        </w:rPr>
        <w:t>.</w:t>
      </w:r>
    </w:p>
    <w:p>
      <w:pPr>
        <w:spacing w:after="80"/>
        <w:jc w:val="right"/>
      </w:pPr>
      <w:r>
        <w:rPr>
          <w:b w:val="0"/>
          <w:i/>
        </w:rPr>
        <w:t>xem</w:t>
      </w:r>
      <w:r>
        <w:br/>
      </w:r>
      <w:r>
        <w:rPr>
          <w:b w:val="0"/>
          <w:i w:val="0"/>
        </w:rPr>
        <w:t xml:space="preserve"> Mác 16:4–7</w:t>
      </w:r>
      <w:r>
        <w:br/>
      </w:r>
      <w:r>
        <w:rPr>
          <w:b w:val="0"/>
          <w:i w:val="0"/>
        </w:rPr>
        <w:t xml:space="preserve"> Ma-thi-ơ 28:2–7;</w:t>
      </w:r>
      <w:r>
        <w:br/>
      </w:r>
      <w:r>
        <w:rPr>
          <w:b w:val="0"/>
          <w:i w:val="0"/>
        </w:rPr>
        <w:t xml:space="preserve"> Lu-ca 24:2–5</w:t>
      </w:r>
    </w:p>
    <w:p>
      <w:pPr>
        <w:spacing w:after="80"/>
      </w:pPr>
      <w:r>
        <w:rPr>
          <w:b/>
          <w:i w:val="0"/>
        </w:rPr>
        <w:t>6.</w:t>
      </w:r>
      <w:r>
        <w:rPr>
          <w:b w:val="0"/>
          <w:i w:val="0"/>
        </w:rPr>
        <w:t xml:space="preserve"> Người ta thậm chí còn khẳng định rằng Chúa Giê-su đã sống lại từ cõi chết, và đã được nhìn thấy ba lần: </w:t>
      </w:r>
      <w:r>
        <w:rPr>
          <w:b/>
          <w:i/>
        </w:rPr>
        <w:t>bởi Ma-ri Ma-đơ-len – bà đã thấy ngài bên ngoài ngôi mộ vào ngày thứ ba và nhầm ngài với một người làm vườn; bởi hai môn đồ trên đường đến Em-ma-út, và bởi mười một môn đồ khi cùng nhau dùng bữa tối</w:t>
      </w:r>
      <w:r>
        <w:rPr>
          <w:b/>
          <w:i w:val="0"/>
        </w:rPr>
        <w:t>.</w:t>
      </w:r>
    </w:p>
    <w:p>
      <w:pPr>
        <w:spacing w:after="80"/>
        <w:jc w:val="right"/>
      </w:pPr>
      <w:r>
        <w:rPr>
          <w:b w:val="0"/>
          <w:i/>
        </w:rPr>
        <w:t>xem</w:t>
      </w:r>
      <w:r>
        <w:br/>
      </w:r>
      <w:r>
        <w:rPr>
          <w:b w:val="0"/>
          <w:i w:val="0"/>
        </w:rPr>
        <w:t xml:space="preserve"> Giăng 20:14–15;</w:t>
      </w:r>
      <w:r>
        <w:br/>
      </w:r>
      <w:r>
        <w:rPr>
          <w:b w:val="0"/>
          <w:i w:val="0"/>
        </w:rPr>
        <w:t xml:space="preserve"> Lu-ca 24;</w:t>
      </w:r>
      <w:r>
        <w:br/>
      </w:r>
      <w:r>
        <w:rPr>
          <w:b w:val="0"/>
          <w:i w:val="0"/>
        </w:rPr>
        <w:t xml:space="preserve"> Mác 16:19–20</w:t>
      </w:r>
    </w:p>
    <w:p>
      <w:pPr>
        <w:spacing w:after="80"/>
      </w:pPr>
      <w:r>
        <w:rPr>
          <w:b/>
          <w:i w:val="0"/>
        </w:rPr>
        <w:t>7.</w:t>
      </w:r>
      <w:r>
        <w:rPr>
          <w:b w:val="0"/>
          <w:i w:val="0"/>
        </w:rPr>
        <w:t xml:space="preserve"> Các Trưởng lão và người Pha-ri-si đang cố gắng chế giễu mọi ý kiến cho rằng Chúa Giê-su đã sống lại từ cõi chết.</w:t>
      </w:r>
    </w:p>
    <w:p>
      <w:pPr>
        <w:spacing w:after="80"/>
        <w:jc w:val="right"/>
      </w:pPr>
      <w:r>
        <w:rPr>
          <w:b w:val="0"/>
          <w:i/>
        </w:rPr>
        <w:t>xem</w:t>
      </w:r>
      <w:r>
        <w:br/>
      </w:r>
      <w:r>
        <w:rPr>
          <w:b w:val="0"/>
          <w:i w:val="0"/>
        </w:rPr>
        <w:t xml:space="preserve"> Ma-thi-ơ 28:11–15</w:t>
      </w:r>
    </w:p>
    <w:p>
      <w:pPr>
        <w:spacing w:after="80"/>
      </w:pPr>
      <w:r>
        <w:rPr>
          <w:b/>
          <w:i w:val="0"/>
        </w:rPr>
        <w:t>8.</w:t>
      </w:r>
      <w:r>
        <w:rPr>
          <w:b w:val="0"/>
          <w:i w:val="0"/>
        </w:rPr>
        <w:t xml:space="preserve"> Tuy nhiên, họ đang mất dần uy quyền đối với dân chúng, và không thể làm gì được với những người Do Thái đang từ bỏ đức tin của tổ tiên để gia nhập một giáo phái mới, vốn tin rằng Chúa Giê-su đã sống lại từ cõi chết.</w:t>
      </w:r>
    </w:p>
    <w:p>
      <w:pPr>
        <w:spacing w:after="80"/>
      </w:pPr>
      <w:r>
        <w:rPr>
          <w:b/>
          <w:i w:val="0"/>
        </w:rPr>
        <w:t>9.</w:t>
      </w:r>
      <w:r>
        <w:rPr>
          <w:b w:val="0"/>
          <w:i w:val="0"/>
        </w:rPr>
        <w:t xml:space="preserve"> Phi-e-rơ đã trở thành người lãnh đạo những người cải đạo này và đang khẳng định </w:t>
      </w:r>
      <w:r>
        <w:rPr>
          <w:b/>
          <w:i/>
        </w:rPr>
        <w:t>rằng thần của Đức Chúa Trời đã được ban cho nhóm nhỏ này tại Giê-ru-sa-lem</w:t>
      </w:r>
      <w:r>
        <w:rPr>
          <w:b/>
          <w:i w:val="0"/>
        </w:rPr>
        <w:t>.</w:t>
      </w:r>
    </w:p>
    <w:p>
      <w:pPr>
        <w:spacing w:after="80"/>
        <w:jc w:val="right"/>
      </w:pPr>
      <w:r>
        <w:rPr>
          <w:b w:val="0"/>
          <w:i/>
        </w:rPr>
        <w:t>xem</w:t>
      </w:r>
      <w:r>
        <w:br/>
      </w:r>
      <w:r>
        <w:rPr>
          <w:b w:val="0"/>
          <w:i w:val="0"/>
        </w:rPr>
        <w:t xml:space="preserve"> Công vụ 2:2–13</w:t>
      </w:r>
    </w:p>
    <w:p>
      <w:pPr>
        <w:spacing w:after="80"/>
      </w:pPr>
      <w:r>
        <w:rPr>
          <w:b/>
          <w:i w:val="0"/>
        </w:rPr>
        <w:t>10.</w:t>
      </w:r>
      <w:r>
        <w:rPr>
          <w:b w:val="0"/>
          <w:i w:val="0"/>
        </w:rPr>
        <w:t xml:space="preserve"> Giu-đa không thể chấp nhận rằng Chúa Giê-su đã sống lại từ cõi chết, và ông đã chia tay với Phi-e-rơ.</w:t>
      </w:r>
    </w:p>
    <w:p>
      <w:pPr>
        <w:spacing w:after="80"/>
      </w:pPr>
      <w:r>
        <w:rPr>
          <w:b/>
          <w:i w:val="0"/>
        </w:rPr>
        <w:t>11.</w:t>
      </w:r>
      <w:r>
        <w:rPr>
          <w:b w:val="0"/>
          <w:i w:val="0"/>
        </w:rPr>
        <w:t xml:space="preserve"> Ông vẫn giữ niềm tin của Giăng Báp-tít rằng Chúa Giê-su là một người thánh thiện, thậm chí là một nhà tiên tri, người nối tiếp truyền thống của Giê-rê-mi, Ê-sai và Ê-xê-chi-ên.</w:t>
      </w:r>
    </w:p>
    <w:p>
      <w:pPr>
        <w:spacing w:after="80"/>
      </w:pPr>
      <w:r>
        <w:rPr>
          <w:b/>
          <w:i w:val="0"/>
        </w:rPr>
        <w:t>12.</w:t>
      </w:r>
      <w:r>
        <w:rPr>
          <w:b w:val="0"/>
          <w:i w:val="0"/>
        </w:rPr>
        <w:t xml:space="preserve"> Nhưng Giu-đa không còn chấp nhận rằng Chúa Giê-su là đấng được chọn, được định mệnh giải cứu người Do Thái khỏi những kẻ áp bức họ.</w:t>
      </w:r>
    </w:p>
    <w:p>
      <w:pPr>
        <w:spacing w:after="80"/>
      </w:pPr>
      <w:r>
        <w:rPr>
          <w:b/>
          <w:i w:val="0"/>
        </w:rPr>
        <w:t>13.</w:t>
      </w:r>
      <w:r>
        <w:rPr>
          <w:b w:val="0"/>
          <w:i w:val="0"/>
        </w:rPr>
        <w:t xml:space="preserve"> Giu-đa tiếp tục tin rằng YHWH là thần của họ, và Y-sơ-ra-ên là dân được chọn.</w:t>
      </w:r>
    </w:p>
    <w:p>
      <w:pPr>
        <w:spacing w:after="80"/>
      </w:pPr>
      <w:r>
        <w:rPr>
          <w:b/>
          <w:i w:val="0"/>
        </w:rPr>
        <w:t>14.</w:t>
      </w:r>
      <w:r>
        <w:rPr>
          <w:b w:val="0"/>
          <w:i w:val="0"/>
        </w:rPr>
        <w:t xml:space="preserve"> Chẳng phải Môi-se đã tiên tri rằng, </w:t>
      </w:r>
      <w:r>
        <w:rPr>
          <w:b/>
          <w:i/>
        </w:rPr>
        <w:t>Đáng rủa thay cho kẻ nào bị treo trên cây?</w:t>
      </w:r>
    </w:p>
    <w:p>
      <w:pPr>
        <w:spacing w:after="80"/>
        <w:jc w:val="right"/>
      </w:pPr>
      <w:r>
        <w:rPr>
          <w:b w:val="0"/>
          <w:i w:val="0"/>
        </w:rPr>
        <w:t>Phục truyền luật lệ ký 21:23</w:t>
      </w:r>
    </w:p>
    <w:p>
      <w:pPr>
        <w:spacing w:after="80"/>
      </w:pPr>
      <w:r>
        <w:rPr>
          <w:b/>
          <w:i w:val="0"/>
        </w:rPr>
        <w:t>15.</w:t>
      </w:r>
      <w:r>
        <w:rPr>
          <w:b w:val="0"/>
          <w:i w:val="0"/>
        </w:rPr>
        <w:t xml:space="preserve"> Vì tất cả những gì đã xảy ra, Giu-đa giờ đây là một người bị đánh dấu, không có bạn bè nào để bảo vệ ông.</w:t>
      </w:r>
    </w:p>
    <w:p>
      <w:pPr>
        <w:spacing w:after="80"/>
      </w:pPr>
      <w:r>
        <w:rPr>
          <w:b/>
          <w:i w:val="0"/>
        </w:rPr>
        <w:t>16.</w:t>
      </w:r>
      <w:r>
        <w:rPr>
          <w:b w:val="0"/>
          <w:i w:val="0"/>
        </w:rPr>
        <w:t xml:space="preserve"> Mỗi khi ông xuất hiện trong Hội đường, các Trưởng lão đều xua đuổi ông, vì họ không muốn bị nhắc nhở về người đã dẫn dắt họ đến với Jesus.</w:t>
      </w:r>
    </w:p>
    <w:p>
      <w:pPr>
        <w:spacing w:after="80"/>
      </w:pPr>
      <w:r>
        <w:rPr>
          <w:b/>
          <w:i w:val="0"/>
        </w:rPr>
        <w:t>17.</w:t>
      </w:r>
      <w:r>
        <w:rPr>
          <w:b w:val="0"/>
          <w:i w:val="0"/>
        </w:rPr>
        <w:t xml:space="preserve"> Bị các nhà lãnh đạo Do Thái xa lánh và bị những người theo Jesus bỏ rơi, sau ba mươi ngày Judas rời khỏi Thành Thánh và lên đường trong chuyến hành trình dài đến Khirbet Qumran.</w:t>
      </w:r>
    </w:p>
    <w:p>
      <w:pPr>
        <w:spacing w:after="80"/>
      </w:pPr>
      <w:r>
        <w:rPr>
          <w:b/>
          <w:i w:val="0"/>
        </w:rPr>
        <w:t>18.</w:t>
      </w:r>
      <w:r>
        <w:rPr>
          <w:b w:val="0"/>
          <w:i w:val="0"/>
        </w:rPr>
        <w:t xml:space="preserve"> Tại đó, ông gia nhập cộng đồng người Essenes, những người sống trong một pháo đài bên bờ Biển Muối và quyết tâm dành những ngày còn lại của đời mình trong sự tĩnh mịch của sa mạc.</w:t>
      </w:r>
    </w:p>
    <w:p>
      <w:pPr>
        <w:spacing w:after="80"/>
      </w:pPr>
      <w:r>
        <w:rPr>
          <w:b/>
          <w:i w:val="0"/>
        </w:rPr>
        <w:t>19.</w:t>
      </w:r>
      <w:r>
        <w:rPr>
          <w:b w:val="0"/>
          <w:i w:val="0"/>
        </w:rPr>
        <w:t xml:space="preserve"> Dù người Essenes căm ghét người La Mã, họ cũng khinh bỉ người Sadducees với lòng căm phẫn không kém.</w:t>
      </w:r>
    </w:p>
    <w:p>
      <w:pPr>
        <w:spacing w:after="80"/>
      </w:pPr>
      <w:r>
        <w:rPr>
          <w:b/>
          <w:i w:val="0"/>
        </w:rPr>
        <w:t>20.</w:t>
      </w:r>
      <w:r>
        <w:rPr>
          <w:b w:val="0"/>
          <w:i w:val="0"/>
        </w:rPr>
        <w:t xml:space="preserve"> Họ cho rằng người Sadducees đã đánh mất uy tín đạo đức của mình với tư cách là những nhà lãnh đạo được chọn của Israel khi thông đồng với những kẻ ngoại giáo để đảm bảo rằng họ vẫn giữ được chức vụ và duy trì những đặc quyền đã được ban cho mình.</w:t>
      </w:r>
    </w:p>
    <w:p>
      <w:pPr>
        <w:spacing w:after="80"/>
      </w:pPr>
      <w:r>
        <w:rPr>
          <w:b/>
          <w:i w:val="0"/>
        </w:rPr>
        <w:t>21.</w:t>
      </w:r>
      <w:r>
        <w:rPr>
          <w:b w:val="0"/>
          <w:i w:val="0"/>
        </w:rPr>
        <w:t xml:space="preserve"> Người Essenes cũng không tán thành người Pharisees, những người mà họ tin rằng không còn diễn giải đúng những truyền thống tốt đẹp của Israel nữa.</w:t>
      </w:r>
    </w:p>
    <w:p>
      <w:pPr>
        <w:spacing w:after="80"/>
      </w:pPr>
      <w:r>
        <w:rPr>
          <w:b/>
          <w:i w:val="0"/>
        </w:rPr>
        <w:t>22.</w:t>
      </w:r>
      <w:r>
        <w:rPr>
          <w:b w:val="0"/>
          <w:i w:val="0"/>
        </w:rPr>
        <w:t xml:space="preserve"> Ngược lại, người Essenes hiến dâng cuộc đời mình để tái hiện lại trải nghiệm sa mạc trong cuộc Xuất hành của người Do Thái khỏi Ai Cập.</w:t>
      </w:r>
    </w:p>
    <w:p>
      <w:pPr>
        <w:spacing w:after="80"/>
      </w:pPr>
      <w:r>
        <w:rPr>
          <w:b/>
          <w:i w:val="0"/>
        </w:rPr>
        <w:t>23.</w:t>
      </w:r>
      <w:r>
        <w:rPr>
          <w:b w:val="0"/>
          <w:i w:val="0"/>
        </w:rPr>
        <w:t xml:space="preserve"> Họ chờ đợi sự xuất hiện của Đấng Messiah, Đấng chắc chắn sẽ đánh bại mọi kẻ thù của Thiên Chúa trước khi lên ngôi vào ngày vĩ đại và khủng khiếp ấy, khi vương quốc Israel được khôi phục cho dân tộc Do Thái.</w:t>
      </w:r>
    </w:p>
    <w:p>
      <w:pPr>
        <w:spacing w:after="80"/>
      </w:pPr>
      <w:r>
        <w:rPr>
          <w:b/>
          <w:i w:val="0"/>
        </w:rPr>
        <w:t>24.</w:t>
      </w:r>
      <w:r>
        <w:rPr>
          <w:b w:val="0"/>
          <w:i w:val="0"/>
        </w:rPr>
        <w:t xml:space="preserve"> Dù Judas dành phần đời còn lại để làm việc cùng người Essenes, không một ngày nào trôi qua mà ông không quỳ gối và thương tiếc cái chết của Jesus.</w:t>
      </w:r>
    </w:p>
    <w:p>
      <w:pPr>
        <w:jc w:val="center"/>
      </w:pPr>
      <w:r>
        <w:drawing>
          <wp:inline xmlns:a="http://schemas.openxmlformats.org/drawingml/2006/main" xmlns:pic="http://schemas.openxmlformats.org/drawingml/2006/picture">
            <wp:extent cx="390525" cy="114300"/>
            <wp:docPr id="23" name="Picture 23"/>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pStyle w:val="Heading2"/>
      </w:pPr>
      <w:r>
        <w:rPr>
          <w:rFonts w:ascii="Calibri" w:hAnsi="Calibri"/>
          <w:b/>
          <w:i w:val="0"/>
          <w:sz w:val="32"/>
        </w:rPr>
        <w:t>Chương 25</w:t>
      </w:r>
    </w:p>
    <w:p>
      <w:pPr>
        <w:pStyle w:val="Heading2"/>
      </w:pPr>
      <w:r>
        <w:rPr>
          <w:rFonts w:ascii="Calibri" w:hAnsi="Calibri"/>
          <w:b/>
          <w:i/>
          <w:sz w:val="32"/>
        </w:rPr>
        <w:t>Tội lỗi của người cha</w:t>
      </w:r>
    </w:p>
    <w:p>
      <w:pPr>
        <w:spacing w:after="80"/>
      </w:pPr>
      <w:r>
        <w:rPr>
          <w:b/>
          <w:i w:val="0"/>
        </w:rPr>
        <w:t>1.</w:t>
      </w:r>
      <w:r>
        <w:rPr>
          <w:b w:val="0"/>
          <w:i w:val="0"/>
        </w:rPr>
        <w:t xml:space="preserve"> Tôi đã không gặp cha mình kể từ khi tôi còn là một đứa trẻ tám tuổi, khi ông lên đường đến Jerusalem với tư cách là một môn đệ đáng tin cậy của Jesus xứ Nazareth.</w:t>
      </w:r>
    </w:p>
    <w:p>
      <w:pPr>
        <w:spacing w:after="80"/>
      </w:pPr>
      <w:r>
        <w:rPr>
          <w:b/>
          <w:i w:val="0"/>
        </w:rPr>
        <w:t>2.</w:t>
      </w:r>
      <w:r>
        <w:rPr>
          <w:b w:val="0"/>
          <w:i w:val="0"/>
        </w:rPr>
        <w:t xml:space="preserve"> Tôi sẽ không bao giờ khám phá ra số phận của ông nếu không có một nhà thuyết giáo lang thang đi ngang qua Kerioth kể cho tôi rằng ông đã tình cờ gặp cha tôi khi đến thăm Khirbet Qumran.</w:t>
      </w:r>
    </w:p>
    <w:p>
      <w:pPr>
        <w:spacing w:after="80"/>
      </w:pPr>
      <w:r>
        <w:rPr>
          <w:b/>
          <w:i w:val="0"/>
        </w:rPr>
        <w:t>3.</w:t>
      </w:r>
      <w:r>
        <w:rPr>
          <w:b w:val="0"/>
          <w:i w:val="0"/>
        </w:rPr>
        <w:t xml:space="preserve"> Trong vòng vài ngày, với sự chúc phúc của gia đình, tôi lên đường thực hiện chuyến hành trình dài xuyên qua sa mạc Judean đến Biển Muối, để có thể đoàn tụ với cha mình.</w:t>
      </w:r>
    </w:p>
    <w:p>
      <w:pPr>
        <w:spacing w:after="80"/>
      </w:pPr>
      <w:r>
        <w:rPr>
          <w:b/>
          <w:i w:val="0"/>
        </w:rPr>
        <w:t>4.</w:t>
      </w:r>
      <w:r>
        <w:rPr>
          <w:b w:val="0"/>
          <w:i w:val="0"/>
        </w:rPr>
        <w:t xml:space="preserve"> Người Essenes miễn cưỡng cho tôi bước vào cổng của họ, nhưng chỉ sau khi tôi đã có thể thuyết phục họ rằng tôi là con trai đầu lòng của Judas Iscariot.</w:t>
      </w:r>
    </w:p>
    <w:p>
      <w:pPr>
        <w:spacing w:after="80"/>
      </w:pPr>
      <w:r>
        <w:rPr>
          <w:b/>
          <w:i w:val="0"/>
        </w:rPr>
        <w:t>5.</w:t>
      </w:r>
      <w:r>
        <w:rPr>
          <w:b w:val="0"/>
          <w:i w:val="0"/>
        </w:rPr>
        <w:t xml:space="preserve"> Lần đầu tiên nhìn thấy cha, tôi không nhận ra ông, vì ông đã già đi và không nhận ra tôi.</w:t>
      </w:r>
    </w:p>
    <w:p>
      <w:pPr>
        <w:spacing w:after="80"/>
      </w:pPr>
      <w:r>
        <w:rPr>
          <w:b/>
          <w:i w:val="0"/>
        </w:rPr>
        <w:t>6.</w:t>
      </w:r>
      <w:r>
        <w:rPr>
          <w:b w:val="0"/>
          <w:i w:val="0"/>
        </w:rPr>
        <w:t xml:space="preserve"> Sau khi Abba đã chấp nhận rằng tôi là con trai ông, ông cảnh báo tôi rằng tôi chỉ có thể ở lại một tháng một ngày, trừ khi tôi sẵn lòng gia nhập phái Essene, và dành phần đời còn lại trong sự cô độc của sa mạc để chuẩn bị cho sự xuất hiện của Đấng Messiah.</w:t>
      </w:r>
    </w:p>
    <w:p>
      <w:pPr>
        <w:spacing w:after="80"/>
        <w:jc w:val="right"/>
      </w:pPr>
      <w:r>
        <w:rPr>
          <w:b w:val="0"/>
          <w:i w:val="0"/>
        </w:rPr>
        <w:t>[xxxv]</w:t>
      </w:r>
    </w:p>
    <w:p>
      <w:pPr>
        <w:spacing w:after="80"/>
      </w:pPr>
      <w:r>
        <w:rPr>
          <w:b/>
          <w:i w:val="0"/>
        </w:rPr>
        <w:t>7.</w:t>
      </w:r>
      <w:r>
        <w:rPr>
          <w:b w:val="0"/>
          <w:i w:val="0"/>
        </w:rPr>
        <w:t xml:space="preserve"> Mãi đến ngày thứ ba tôi mới hỏi cha tôi giải thích tại sao ông không trở về Kerioth để bảo vệ thanh danh của mình.</w:t>
      </w:r>
    </w:p>
    <w:p>
      <w:pPr>
        <w:spacing w:after="80"/>
      </w:pPr>
      <w:r>
        <w:rPr>
          <w:b/>
          <w:i w:val="0"/>
        </w:rPr>
        <w:t>8.</w:t>
      </w:r>
      <w:r>
        <w:rPr>
          <w:b w:val="0"/>
          <w:i w:val="0"/>
        </w:rPr>
        <w:t xml:space="preserve"> Abba tin rằng chính sự hiện diện của ông sẽ liên tục nhắc nhở mọi người xung quanh về vai trò vô tình mà ông đã đóng trong cái chết của Jesus.</w:t>
      </w:r>
    </w:p>
    <w:p>
      <w:pPr>
        <w:spacing w:after="80"/>
      </w:pPr>
      <w:r>
        <w:rPr>
          <w:b/>
          <w:i w:val="0"/>
        </w:rPr>
        <w:t>9.</w:t>
      </w:r>
      <w:r>
        <w:rPr>
          <w:b w:val="0"/>
          <w:i w:val="0"/>
        </w:rPr>
        <w:t xml:space="preserve"> Ông cũng không bao giờ có thể quên những lời cuối cùng của Peter: </w:t>
      </w:r>
      <w:r>
        <w:rPr>
          <w:b/>
          <w:i/>
        </w:rPr>
        <w:t>Thà rằng ngươi đừng được sinh ra thì hơn</w:t>
      </w:r>
      <w:r>
        <w:rPr>
          <w:b/>
          <w:i w:val="0"/>
        </w:rPr>
        <w:t>.</w:t>
      </w:r>
    </w:p>
    <w:p>
      <w:pPr>
        <w:spacing w:after="80"/>
        <w:jc w:val="right"/>
      </w:pPr>
      <w:r>
        <w:rPr>
          <w:b w:val="0"/>
          <w:i w:val="0"/>
        </w:rPr>
        <w:t>Mark 14:21;</w:t>
      </w:r>
      <w:r>
        <w:br/>
      </w:r>
      <w:r>
        <w:rPr>
          <w:b w:val="0"/>
          <w:i w:val="0"/>
        </w:rPr>
        <w:t xml:space="preserve"> Matt 26:24</w:t>
      </w:r>
    </w:p>
    <w:p>
      <w:pPr>
        <w:spacing w:after="80"/>
      </w:pPr>
      <w:r>
        <w:rPr>
          <w:b/>
          <w:i w:val="0"/>
        </w:rPr>
        <w:t>10.</w:t>
      </w:r>
      <w:r>
        <w:rPr>
          <w:b w:val="0"/>
          <w:i w:val="0"/>
        </w:rPr>
        <w:t xml:space="preserve"> Sau khi ông kể cho tôi nghe về lần gặp gỡ cuối cùng đó với Peter, ông không còn nhắc đến những ngày ông làm môn đệ của Jesus xứ Nazareth nữa.</w:t>
      </w:r>
    </w:p>
    <w:p>
      <w:pPr>
        <w:spacing w:after="80"/>
      </w:pPr>
      <w:r>
        <w:rPr>
          <w:b/>
          <w:i w:val="0"/>
        </w:rPr>
        <w:t>11.</w:t>
      </w:r>
      <w:r>
        <w:rPr>
          <w:b w:val="0"/>
          <w:i w:val="0"/>
        </w:rPr>
        <w:t xml:space="preserve"> Ông dường như chỉ muốn nói về gia đình chúng tôi và những gì đã xảy đến với họ.</w:t>
      </w:r>
    </w:p>
    <w:p>
      <w:pPr>
        <w:spacing w:after="80"/>
      </w:pPr>
      <w:r>
        <w:rPr>
          <w:b/>
          <w:i w:val="0"/>
        </w:rPr>
        <w:t>12.</w:t>
      </w:r>
      <w:r>
        <w:rPr>
          <w:b w:val="0"/>
          <w:i w:val="0"/>
        </w:rPr>
        <w:t xml:space="preserve"> Tôi không trả lời tất cả những câu hỏi mà Abba đặt ra cho tôi, vì tôi không muốn cho ông biết rằng ngay cả những người họ hàng xa cũng ngày ngày bị nhắc nhở rằng họ cùng chung dòng máu với Judas Iscariot, môn đệ đã phản bội Jesus.</w:t>
      </w:r>
    </w:p>
    <w:p>
      <w:pPr>
        <w:spacing w:after="80"/>
      </w:pPr>
      <w:r>
        <w:rPr>
          <w:b/>
          <w:i w:val="0"/>
        </w:rPr>
        <w:t>13.</w:t>
      </w:r>
      <w:r>
        <w:rPr>
          <w:b w:val="0"/>
          <w:i w:val="0"/>
        </w:rPr>
        <w:t xml:space="preserve"> Tôi có kể cho ông rằng mẹ tôi đã trút hơi thở cuối cùng ở tuổi bốn mươi ba, sau khi hai người anh em của tôi đã trốn khỏi Israel để đến sống ở những vùng đất xa xôi.</w:t>
      </w:r>
    </w:p>
    <w:p>
      <w:pPr>
        <w:spacing w:after="80"/>
      </w:pPr>
      <w:r>
        <w:rPr>
          <w:b/>
          <w:i w:val="0"/>
        </w:rPr>
        <w:t>14.</w:t>
      </w:r>
      <w:r>
        <w:rPr>
          <w:b w:val="0"/>
          <w:i w:val="0"/>
        </w:rPr>
        <w:t xml:space="preserve"> Sau đó, tôi thú nhận rằng không người chị em nào của tôi đã kết hôn, và tôi vẫn chưa có con trai.</w:t>
      </w:r>
    </w:p>
    <w:p>
      <w:pPr>
        <w:spacing w:after="80"/>
      </w:pPr>
      <w:r>
        <w:rPr>
          <w:b/>
          <w:i w:val="0"/>
        </w:rPr>
        <w:t>15.</w:t>
      </w:r>
      <w:r>
        <w:rPr>
          <w:b w:val="0"/>
          <w:i w:val="0"/>
        </w:rPr>
        <w:t xml:space="preserve"> Abba chỉ đáp lại rằng </w:t>
      </w:r>
      <w:r>
        <w:rPr>
          <w:b/>
          <w:i/>
        </w:rPr>
        <w:t>tội lỗi của người cha chắc chắn sẽ giáng xuống đời con cháu đến thế hệ thứ ba và thứ tư</w:t>
      </w:r>
      <w:r>
        <w:rPr>
          <w:b/>
          <w:i w:val="0"/>
        </w:rPr>
        <w:t>.</w:t>
      </w:r>
    </w:p>
    <w:p>
      <w:pPr>
        <w:spacing w:after="80"/>
        <w:jc w:val="right"/>
      </w:pPr>
      <w:r>
        <w:rPr>
          <w:b w:val="0"/>
          <w:i w:val="0"/>
        </w:rPr>
        <w:t>Deut 5:9</w:t>
      </w:r>
    </w:p>
    <w:p>
      <w:pPr>
        <w:spacing w:after="80"/>
      </w:pPr>
      <w:r>
        <w:rPr>
          <w:b/>
          <w:i w:val="0"/>
        </w:rPr>
        <w:t>16.</w:t>
      </w:r>
      <w:r>
        <w:rPr>
          <w:b w:val="0"/>
          <w:i w:val="0"/>
        </w:rPr>
        <w:t xml:space="preserve"> Với mỗi tiết lộ mới, Abba càng trở nên héo hon hơn.</w:t>
      </w:r>
    </w:p>
    <w:p>
      <w:pPr>
        <w:spacing w:after="80"/>
      </w:pPr>
      <w:r>
        <w:rPr>
          <w:b/>
          <w:i w:val="0"/>
        </w:rPr>
        <w:t>17.</w:t>
      </w:r>
      <w:r>
        <w:rPr>
          <w:b w:val="0"/>
          <w:i w:val="0"/>
        </w:rPr>
        <w:t xml:space="preserve"> Suốt nhiều ngày, không một lời nào thốt ra khỏi môi ông, và tôi lo sợ cho tính mạng của ông.</w:t>
      </w:r>
    </w:p>
    <w:p>
      <w:pPr>
        <w:spacing w:after="80"/>
      </w:pPr>
      <w:r>
        <w:rPr>
          <w:b/>
          <w:i w:val="0"/>
        </w:rPr>
        <w:t>18.</w:t>
      </w:r>
      <w:r>
        <w:rPr>
          <w:b w:val="0"/>
          <w:i w:val="0"/>
        </w:rPr>
        <w:t xml:space="preserve"> Mãi đến ngày thứ mười một ông mới bắt đầu nói lại, và chỉ để kể cho tôi nghe về công việc của ông trong những năm tự lưu đày tại Khirbet Qumran.</w:t>
      </w:r>
    </w:p>
    <w:p>
      <w:pPr>
        <w:spacing w:after="80"/>
      </w:pPr>
      <w:r>
        <w:rPr>
          <w:b/>
          <w:i w:val="0"/>
        </w:rPr>
        <w:t>19.</w:t>
      </w:r>
      <w:r>
        <w:rPr>
          <w:b w:val="0"/>
          <w:i w:val="0"/>
        </w:rPr>
        <w:t xml:space="preserve"> Ông và những người Essene đồng môn đã làm việc ngày đêm để xây dựng một thư viện các cuộn sách nhằm đảm bảo rằng lịch sử của dân tộc Do Thái sẽ không bị mai một, dù cho những kẻ xâm lược ngoại giáo có chiếm đóng Vùng Đất Thánh bao lâu đi chăng nữa.</w:t>
      </w:r>
    </w:p>
    <w:p>
      <w:pPr>
        <w:spacing w:after="80"/>
      </w:pPr>
      <w:r>
        <w:rPr>
          <w:b/>
          <w:i w:val="0"/>
        </w:rPr>
        <w:t>20.</w:t>
      </w:r>
      <w:r>
        <w:rPr>
          <w:b w:val="0"/>
          <w:i w:val="0"/>
        </w:rPr>
        <w:t xml:space="preserve"> Hơn nữa, người La Mã đã ngày càng trở nên độc đoán hơn sau khi những kẻ chỉ điểm của họ cảnh báo họ về một cuộc nổi dậy có thể xảy ra trong dân chúng.</w:t>
      </w:r>
    </w:p>
    <w:p>
      <w:pPr>
        <w:spacing w:after="80"/>
        <w:jc w:val="right"/>
      </w:pPr>
      <w:r>
        <w:rPr>
          <w:b w:val="0"/>
          <w:i w:val="0"/>
        </w:rPr>
        <w:t>[xxxvi]</w:t>
      </w:r>
    </w:p>
    <w:p>
      <w:pPr>
        <w:spacing w:after="80"/>
      </w:pPr>
      <w:r>
        <w:rPr>
          <w:b/>
          <w:i w:val="0"/>
        </w:rPr>
        <w:t>21.</w:t>
      </w:r>
      <w:r>
        <w:rPr>
          <w:b w:val="0"/>
          <w:i w:val="0"/>
        </w:rPr>
        <w:t xml:space="preserve"> Titus đã ban hành một sắc lệnh tuyên bố rằng tất cả các cơ sở nào từ chối mở cổng cho người La Mã đều sẽ bị san bằng thành bình địa và cư dân của chúng sẽ bị kết án tử hình vì đã bất tuân uy quyền của Caesar.</w:t>
      </w:r>
    </w:p>
    <w:p>
      <w:pPr>
        <w:spacing w:after="80"/>
        <w:jc w:val="right"/>
      </w:pPr>
      <w:r>
        <w:rPr>
          <w:b w:val="0"/>
          <w:i/>
        </w:rPr>
        <w:t>xem</w:t>
      </w:r>
      <w:r>
        <w:br/>
      </w:r>
      <w:r>
        <w:rPr>
          <w:b w:val="0"/>
          <w:i w:val="0"/>
        </w:rPr>
        <w:t xml:space="preserve"> Josephus,</w:t>
      </w:r>
      <w:r>
        <w:br/>
      </w:r>
      <w:r>
        <w:rPr>
          <w:b w:val="0"/>
          <w:i w:val="0"/>
        </w:rPr>
        <w:t xml:space="preserve"> </w:t>
      </w:r>
      <w:r>
        <w:rPr>
          <w:b w:val="0"/>
          <w:i/>
        </w:rPr>
        <w:t>Jewish War</w:t>
      </w:r>
      <w:r>
        <w:br/>
      </w:r>
      <w:r>
        <w:rPr>
          <w:b w:val="0"/>
          <w:i w:val="0"/>
        </w:rPr>
        <w:t xml:space="preserve"> VI. 323–355</w:t>
      </w:r>
    </w:p>
    <w:p>
      <w:pPr>
        <w:spacing w:after="80"/>
        <w:jc w:val="right"/>
      </w:pPr>
      <w:r>
        <w:rPr>
          <w:b w:val="0"/>
          <w:i w:val="0"/>
        </w:rPr>
        <w:t>[xxxvii]</w:t>
      </w:r>
    </w:p>
    <w:p>
      <w:pPr>
        <w:spacing w:after="80"/>
      </w:pPr>
      <w:r>
        <w:rPr>
          <w:b/>
          <w:i w:val="0"/>
        </w:rPr>
        <w:t>22.</w:t>
      </w:r>
      <w:r>
        <w:rPr>
          <w:b w:val="0"/>
          <w:i w:val="0"/>
        </w:rPr>
        <w:t xml:space="preserve"> Các binh đoàn La Mã tràn qua vùng đất Israel thực thi mệnh lệnh của Tổng Tư Lệnh Tối Cao.</w:t>
      </w:r>
    </w:p>
    <w:p>
      <w:pPr>
        <w:spacing w:after="80"/>
      </w:pPr>
      <w:r>
        <w:rPr>
          <w:b/>
          <w:i w:val="0"/>
        </w:rPr>
        <w:t>23.</w:t>
      </w:r>
      <w:r>
        <w:rPr>
          <w:b w:val="0"/>
          <w:i w:val="0"/>
        </w:rPr>
        <w:t xml:space="preserve"> Sau khi Jerusalem bị cướp phá, Judas nói với tôi rằng ông lo sợ sẽ không lâu nữa trước khi người La Mã vượt qua sa mạc và chuyển sự chú ý sang Khirbet Qumran.</w:t>
      </w:r>
    </w:p>
    <w:p>
      <w:pPr>
        <w:spacing w:after="80"/>
      </w:pPr>
      <w:r>
        <w:rPr>
          <w:b/>
          <w:i w:val="0"/>
        </w:rPr>
        <w:t>24.</w:t>
      </w:r>
      <w:r>
        <w:rPr>
          <w:b w:val="0"/>
          <w:i w:val="0"/>
        </w:rPr>
        <w:t xml:space="preserve"> Mỗi khi cha tôi lên tiếng, ông chỉ nói về quá khứ xa xưa của chúng tôi, và tôi bắt đầu thấy tuyệt vọng rằng ông sẽ chẳng bao giờ nhắc đến những ngày tháng khi ông còn là môn đệ của Jesus xứ Nazareth.</w:t>
      </w:r>
    </w:p>
    <w:p>
      <w:pPr>
        <w:spacing w:after="80"/>
      </w:pPr>
      <w:r>
        <w:rPr>
          <w:b/>
          <w:i w:val="0"/>
        </w:rPr>
        <w:t>25.</w:t>
      </w:r>
      <w:r>
        <w:rPr>
          <w:b w:val="0"/>
          <w:i w:val="0"/>
        </w:rPr>
        <w:t xml:space="preserve"> Điều đó đã thay đổi khi ông hỏi tôi có biết gì về số phận của mười một môn đệ còn lại không.</w:t>
      </w:r>
    </w:p>
    <w:p>
      <w:pPr>
        <w:spacing w:after="80"/>
      </w:pPr>
      <w:r>
        <w:rPr>
          <w:b/>
          <w:i w:val="0"/>
        </w:rPr>
        <w:t>26.</w:t>
      </w:r>
      <w:r>
        <w:rPr>
          <w:b w:val="0"/>
          <w:i w:val="0"/>
        </w:rPr>
        <w:t xml:space="preserve"> Tôi kể cho ông nghe về một tài liệu đã được lưu truyền trong cộng đồng Kitô hữu ở Antioch và một tài liệu khác mới xuất hiện gần đây ở Ephesus.</w:t>
      </w:r>
    </w:p>
    <w:p>
      <w:pPr>
        <w:spacing w:after="80"/>
      </w:pPr>
      <w:r>
        <w:rPr>
          <w:b/>
          <w:i w:val="0"/>
        </w:rPr>
        <w:t>27.</w:t>
      </w:r>
      <w:r>
        <w:rPr>
          <w:b w:val="0"/>
          <w:i w:val="0"/>
        </w:rPr>
        <w:t xml:space="preserve"> Cha tôi nghe những tiết lộ này với vẻ hoài nghi.</w:t>
      </w:r>
    </w:p>
    <w:p>
      <w:pPr>
        <w:spacing w:after="80"/>
      </w:pPr>
      <w:r>
        <w:rPr>
          <w:b/>
          <w:i w:val="0"/>
        </w:rPr>
        <w:t>28.</w:t>
      </w:r>
      <w:r>
        <w:rPr>
          <w:b w:val="0"/>
          <w:i w:val="0"/>
        </w:rPr>
        <w:t xml:space="preserve"> Judas tỏ vẻ khinh miệt đối với người viết đã khẳng định rằng mình đã thấy Jesus đi trên mặt nước, và một người khác cho rằng trong khi dự tiệc cưới ở Cana, ông đã chứng kiến Bậc Thầy biến nước thành rượu. Những điều này chưa từng xảy ra, ông tuyên bố.</w:t>
      </w:r>
    </w:p>
    <w:p>
      <w:pPr>
        <w:spacing w:after="80"/>
        <w:jc w:val="right"/>
      </w:pPr>
      <w:r>
        <w:rPr>
          <w:b w:val="0"/>
          <w:i/>
        </w:rPr>
        <w:t>xem</w:t>
      </w:r>
      <w:r>
        <w:br/>
      </w:r>
      <w:r>
        <w:rPr>
          <w:b w:val="0"/>
          <w:i w:val="0"/>
        </w:rPr>
        <w:t xml:space="preserve"> Matt 14:22–27;</w:t>
      </w:r>
      <w:r>
        <w:br/>
      </w:r>
      <w:r>
        <w:rPr>
          <w:b w:val="0"/>
          <w:i w:val="0"/>
        </w:rPr>
        <w:t xml:space="preserve"> John 2:1–10</w:t>
      </w:r>
    </w:p>
    <w:p>
      <w:pPr>
        <w:spacing w:after="80"/>
        <w:jc w:val="right"/>
      </w:pPr>
      <w:r>
        <w:rPr>
          <w:b w:val="0"/>
          <w:i w:val="0"/>
        </w:rPr>
        <w:t>[xxxviii]</w:t>
      </w:r>
    </w:p>
    <w:p>
      <w:pPr>
        <w:spacing w:after="80"/>
      </w:pPr>
      <w:r>
        <w:rPr>
          <w:b/>
          <w:i w:val="0"/>
        </w:rPr>
        <w:t>29.</w:t>
      </w:r>
      <w:r>
        <w:rPr>
          <w:b w:val="0"/>
          <w:i w:val="0"/>
        </w:rPr>
        <w:t xml:space="preserve"> Trong khi ông suy ngẫm về những chuyện này, tôi vẫn giữ im lặng.</w:t>
      </w:r>
    </w:p>
    <w:p>
      <w:pPr>
        <w:spacing w:after="80"/>
      </w:pPr>
      <w:r>
        <w:rPr>
          <w:b/>
          <w:i w:val="0"/>
        </w:rPr>
        <w:t>30.</w:t>
      </w:r>
      <w:r>
        <w:rPr>
          <w:b w:val="0"/>
          <w:i w:val="0"/>
        </w:rPr>
        <w:t xml:space="preserve"> Mãi đến khi ông thúc ép tôi lần nữa, tôi mới miễn cưỡng thừa nhận rằng một phúc âm khác đang được truyền bá khắp nơi, kể rằng Phi-e-rơ đã đưa ra chỉ dẫn rằng tên Giu-đa phải bị xóa khỏi danh sách những môn đồ vốn được Chúa Giê-su chọn ban đầu.</w:t>
      </w:r>
    </w:p>
    <w:p>
      <w:pPr>
        <w:spacing w:after="80"/>
      </w:pPr>
      <w:r>
        <w:rPr>
          <w:b/>
          <w:i w:val="0"/>
        </w:rPr>
        <w:t xml:space="preserve">31. </w:t>
      </w:r>
      <w:r>
        <w:rPr>
          <w:b/>
          <w:i/>
        </w:rPr>
        <w:t>Ông sẽ được thay thế bởi một người tên Ma-thia, người đã được chọn bằng cách bắt thăm, và từ nay sẽ được tính vào hàng mười hai sứ đồ</w:t>
      </w:r>
      <w:r>
        <w:rPr>
          <w:b/>
          <w:i w:val="0"/>
        </w:rPr>
        <w:t>.</w:t>
      </w:r>
    </w:p>
    <w:p>
      <w:pPr>
        <w:spacing w:after="80"/>
        <w:jc w:val="right"/>
      </w:pPr>
      <w:r>
        <w:rPr>
          <w:b w:val="0"/>
          <w:i/>
        </w:rPr>
        <w:t>xem</w:t>
      </w:r>
      <w:r>
        <w:br/>
      </w:r>
      <w:r>
        <w:rPr>
          <w:b w:val="0"/>
          <w:i w:val="0"/>
        </w:rPr>
        <w:t xml:space="preserve"> Công vụ 1:21–26</w:t>
      </w:r>
    </w:p>
    <w:p>
      <w:pPr>
        <w:spacing w:after="80"/>
        <w:jc w:val="right"/>
      </w:pPr>
      <w:r>
        <w:rPr>
          <w:b w:val="0"/>
          <w:i w:val="0"/>
        </w:rPr>
        <w:t>[xxxix]</w:t>
      </w:r>
    </w:p>
    <w:p>
      <w:pPr>
        <w:spacing w:after="80"/>
      </w:pPr>
      <w:r>
        <w:rPr>
          <w:b/>
          <w:i w:val="0"/>
        </w:rPr>
        <w:t>32.</w:t>
      </w:r>
      <w:r>
        <w:rPr>
          <w:b w:val="0"/>
          <w:i w:val="0"/>
        </w:rPr>
        <w:t xml:space="preserve"> "Tại sao, tại sao?" ông gặng hỏi.</w:t>
      </w:r>
    </w:p>
    <w:p>
      <w:pPr>
        <w:spacing w:after="80"/>
      </w:pPr>
      <w:r>
        <w:rPr>
          <w:b/>
          <w:i w:val="0"/>
        </w:rPr>
        <w:t>33.</w:t>
      </w:r>
      <w:r>
        <w:rPr>
          <w:b w:val="0"/>
          <w:i w:val="0"/>
        </w:rPr>
        <w:t xml:space="preserve"> "Bởi vì một trong các sứ đồ đã ghi lại rằng Giu-đa đã tự treo cổ."</w:t>
      </w:r>
    </w:p>
    <w:p>
      <w:pPr>
        <w:spacing w:after="80"/>
        <w:jc w:val="right"/>
      </w:pPr>
      <w:r>
        <w:rPr>
          <w:b w:val="0"/>
          <w:i/>
        </w:rPr>
        <w:t>xem</w:t>
      </w:r>
      <w:r>
        <w:br/>
      </w:r>
      <w:r>
        <w:rPr>
          <w:b w:val="0"/>
          <w:i w:val="0"/>
        </w:rPr>
        <w:t xml:space="preserve"> Ma-thi-ơ 27:5</w:t>
      </w:r>
    </w:p>
    <w:p>
      <w:pPr>
        <w:spacing w:after="80"/>
      </w:pPr>
      <w:r>
        <w:rPr>
          <w:b/>
          <w:i w:val="0"/>
        </w:rPr>
        <w:t>34.</w:t>
      </w:r>
      <w:r>
        <w:rPr>
          <w:b w:val="0"/>
          <w:i w:val="0"/>
        </w:rPr>
        <w:t xml:space="preserve"> Giu-đa lập tức đáp: "Giá như ông ấy nhớ đến nền nếp truyền thống mà họ được nuôi dạy, hẳn ông đã nhớ ra rằng không một người Do Thái ngoan đạo nào lại nghĩ đến việc tự kết liễu đời mình."</w:t>
      </w:r>
    </w:p>
    <w:p>
      <w:pPr>
        <w:spacing w:after="80"/>
        <w:jc w:val="right"/>
      </w:pPr>
      <w:r>
        <w:rPr>
          <w:b w:val="0"/>
          <w:i w:val="0"/>
        </w:rPr>
        <w:t>[xl]</w:t>
      </w:r>
    </w:p>
    <w:p>
      <w:pPr>
        <w:spacing w:after="80"/>
      </w:pPr>
      <w:r>
        <w:rPr>
          <w:b/>
          <w:i w:val="0"/>
        </w:rPr>
        <w:t>35.</w:t>
      </w:r>
      <w:r>
        <w:rPr>
          <w:b w:val="0"/>
          <w:i w:val="0"/>
        </w:rPr>
        <w:t xml:space="preserve"> Tôi cảnh báo cha rằng lại có một người khác đã viết rằng Giu-đa đã ngã xuống và thân thể ông bị vỡ tung.</w:t>
      </w:r>
    </w:p>
    <w:p>
      <w:pPr>
        <w:spacing w:after="80"/>
        <w:jc w:val="right"/>
      </w:pPr>
      <w:r>
        <w:rPr>
          <w:b w:val="0"/>
          <w:i w:val="0"/>
        </w:rPr>
        <w:t>Công vụ 1:18</w:t>
      </w:r>
    </w:p>
    <w:p>
      <w:pPr>
        <w:spacing w:after="80"/>
      </w:pPr>
      <w:r>
        <w:rPr>
          <w:b/>
          <w:i w:val="0"/>
        </w:rPr>
        <w:t>36.</w:t>
      </w:r>
      <w:r>
        <w:rPr>
          <w:b w:val="0"/>
          <w:i w:val="0"/>
        </w:rPr>
        <w:t xml:space="preserve"> Abba ngẫm nghĩ về những lời này rồi nói: "Nếu một trong hai lời kể ấy là chính xác – và rõ ràng cả hai không thể cùng đúng – thì hẳn một hành động như vậy đã được các sứ đồ khác xác nhận, để mọi Cơ-đốc nhân đều có thể biết Giu-đa đã kết thúc cuộc đời mình thế nào.</w:t>
      </w:r>
    </w:p>
    <w:p>
      <w:pPr>
        <w:spacing w:after="80"/>
      </w:pPr>
      <w:r>
        <w:rPr>
          <w:b/>
          <w:i w:val="0"/>
        </w:rPr>
        <w:t>37.</w:t>
      </w:r>
      <w:r>
        <w:rPr>
          <w:b w:val="0"/>
          <w:i w:val="0"/>
        </w:rPr>
        <w:t xml:space="preserve"> "Và những kẻ ấy còn tung ra những lời báng bổ nào khác nữa?" ông nói khẽ.</w:t>
      </w:r>
    </w:p>
    <w:p>
      <w:pPr>
        <w:spacing w:after="80"/>
      </w:pPr>
      <w:r>
        <w:rPr>
          <w:b/>
          <w:i w:val="0"/>
        </w:rPr>
        <w:t>38.</w:t>
      </w:r>
      <w:r>
        <w:rPr>
          <w:b w:val="0"/>
          <w:i w:val="0"/>
        </w:rPr>
        <w:t xml:space="preserve"> Tôi không trả lời, dù không thể giấu nổi nỗi đau khổ của mình.</w:t>
      </w:r>
    </w:p>
    <w:p>
      <w:pPr>
        <w:spacing w:after="80"/>
      </w:pPr>
      <w:r>
        <w:rPr>
          <w:b/>
          <w:i w:val="0"/>
        </w:rPr>
        <w:t>39.</w:t>
      </w:r>
      <w:r>
        <w:rPr>
          <w:b w:val="0"/>
          <w:i w:val="0"/>
        </w:rPr>
        <w:t xml:space="preserve"> "Hãy kể cho ta mọi điều," Abba yêu cầu, "để ta biết các môn đồ đồng bạn của ta nói gì về ta."</w:t>
      </w:r>
    </w:p>
    <w:p>
      <w:pPr>
        <w:spacing w:after="80"/>
      </w:pPr>
      <w:r>
        <w:rPr>
          <w:b/>
          <w:i w:val="0"/>
        </w:rPr>
        <w:t>40.</w:t>
      </w:r>
      <w:r>
        <w:rPr>
          <w:b w:val="0"/>
          <w:i w:val="0"/>
        </w:rPr>
        <w:t xml:space="preserve"> Tôi cúi đầu và thì thầm rằng một trong những người ấy đã viết: "Giu-đa đã phản bội Thầy mình để đổi lấy ba mươi đồng bạc."</w:t>
      </w:r>
    </w:p>
    <w:p>
      <w:pPr>
        <w:spacing w:after="80"/>
        <w:jc w:val="right"/>
      </w:pPr>
      <w:r>
        <w:rPr>
          <w:b w:val="0"/>
          <w:i/>
        </w:rPr>
        <w:t>xem</w:t>
      </w:r>
      <w:r>
        <w:br/>
      </w:r>
      <w:r>
        <w:rPr>
          <w:b w:val="0"/>
          <w:i w:val="0"/>
        </w:rPr>
        <w:t xml:space="preserve"> Mt 26:15</w:t>
      </w:r>
    </w:p>
    <w:p>
      <w:pPr>
        <w:spacing w:after="80"/>
        <w:jc w:val="right"/>
      </w:pPr>
      <w:r>
        <w:rPr>
          <w:b w:val="0"/>
          <w:i w:val="0"/>
        </w:rPr>
        <w:t>[xli]</w:t>
      </w:r>
    </w:p>
    <w:p>
      <w:pPr>
        <w:spacing w:after="80"/>
      </w:pPr>
      <w:r>
        <w:rPr>
          <w:b/>
          <w:i w:val="0"/>
        </w:rPr>
        <w:t>41.</w:t>
      </w:r>
      <w:r>
        <w:rPr>
          <w:b w:val="0"/>
          <w:i w:val="0"/>
        </w:rPr>
        <w:t xml:space="preserve"> Khi Abba nghe những lời này, ông không thể kiềm chế cơn giận của mình được nữa.</w:t>
      </w:r>
    </w:p>
    <w:p>
      <w:pPr>
        <w:spacing w:after="80"/>
      </w:pPr>
      <w:r>
        <w:rPr>
          <w:b/>
          <w:i w:val="0"/>
        </w:rPr>
        <w:t>42.</w:t>
      </w:r>
      <w:r>
        <w:rPr>
          <w:b w:val="0"/>
          <w:i w:val="0"/>
        </w:rPr>
        <w:t xml:space="preserve"> Chính lúc đó Giu-đa yêu cầu ghi lại lời kể của chính mình để mọi người có thể biết sự thật về những gì đã diễn ra trong thời gian ông còn là môn đệ của Tiên tri Giê-su.</w:t>
      </w:r>
    </w:p>
    <w:p>
      <w:pPr>
        <w:spacing w:after="80"/>
      </w:pPr>
      <w:r>
        <w:rPr>
          <w:b/>
          <w:i w:val="0"/>
        </w:rPr>
        <w:t>43.</w:t>
      </w:r>
      <w:r>
        <w:rPr>
          <w:b w:val="0"/>
          <w:i w:val="0"/>
        </w:rPr>
        <w:t xml:space="preserve"> Tôi đã trải qua những ngày cuối cùng của mình tại Khirbet Qumran, ghi chép lại từng lời của ông.</w:t>
      </w:r>
    </w:p>
    <w:p>
      <w:pPr>
        <w:spacing w:after="80"/>
      </w:pPr>
      <w:r>
        <w:rPr>
          <w:b/>
          <w:i w:val="0"/>
        </w:rPr>
        <w:t>44.</w:t>
      </w:r>
      <w:r>
        <w:rPr>
          <w:b w:val="0"/>
          <w:i w:val="0"/>
        </w:rPr>
        <w:t xml:space="preserve"> Giống như bao ông lão khác, Abba có thể nhớ từng chi tiết về những gì đã xảy ra bốn mươi năm trước, trong khi hầu như không nhớ nổi chuyện gì đã diễn ra vào ngày hôm trước.</w:t>
      </w:r>
    </w:p>
    <w:p>
      <w:pPr>
        <w:spacing w:after="80"/>
      </w:pPr>
      <w:r>
        <w:rPr>
          <w:b/>
          <w:i w:val="0"/>
        </w:rPr>
        <w:t>45.</w:t>
      </w:r>
      <w:r>
        <w:rPr>
          <w:b w:val="0"/>
          <w:i w:val="0"/>
        </w:rPr>
        <w:t xml:space="preserve"> Lẽ ra tôi có thể viết nhiều hơn nữa, nhưng khi những người Essene biết được từ một người lạ đi ngang qua rằng có người đã trông thấy một quân đoàn lính La Mã đang băng qua sa mạc Judea theo hướng Khirbet Qumran, Abba khăng khăng rằng tôi phải mau chóng rời đi và trở về nhà.</w:t>
      </w:r>
    </w:p>
    <w:p>
      <w:pPr>
        <w:spacing w:after="80"/>
      </w:pPr>
      <w:r>
        <w:rPr>
          <w:b/>
          <w:i w:val="0"/>
        </w:rPr>
        <w:t>46.</w:t>
      </w:r>
      <w:r>
        <w:rPr>
          <w:b w:val="0"/>
          <w:i w:val="0"/>
        </w:rPr>
        <w:t xml:space="preserve"> Tôi muốn tiếp tục ghi lại những lời của cha tôi, nhưng tâm trí ông lúc này đã bị chi phối bởi sự an toàn của tôi và những hậu quả có thể xảy ra từ đoàn quân La Mã đang đến gần.</w:t>
      </w:r>
    </w:p>
    <w:p>
      <w:pPr>
        <w:spacing w:after="80"/>
      </w:pPr>
      <w:r>
        <w:rPr>
          <w:b/>
          <w:i w:val="0"/>
        </w:rPr>
        <w:t>47.</w:t>
      </w:r>
      <w:r>
        <w:rPr>
          <w:b w:val="0"/>
          <w:i w:val="0"/>
        </w:rPr>
        <w:t xml:space="preserve"> Tôi vâng lời Abba và, đặt mấy trang bản thảo này vào một chiếc túi da, miễn cưỡng rời ông để trở về với gia đình tôi ở Kerioth.</w:t>
      </w:r>
    </w:p>
    <w:p>
      <w:pPr>
        <w:spacing w:after="80"/>
      </w:pPr>
      <w:r>
        <w:rPr>
          <w:b/>
          <w:i w:val="0"/>
        </w:rPr>
        <w:t>48.</w:t>
      </w:r>
      <w:r>
        <w:rPr>
          <w:b w:val="0"/>
          <w:i w:val="0"/>
        </w:rPr>
        <w:t xml:space="preserve"> Nhiều người Essene đã rời bỏ khu định cư và chạy trốn về phía nam, để tìm nơi ẩn náu trong pháo đài ở Masada.</w:t>
      </w:r>
    </w:p>
    <w:p>
      <w:pPr>
        <w:spacing w:after="80"/>
        <w:jc w:val="right"/>
      </w:pPr>
      <w:r>
        <w:rPr>
          <w:b w:val="0"/>
          <w:i w:val="0"/>
        </w:rPr>
        <w:t>[xlii]</w:t>
      </w:r>
    </w:p>
    <w:p>
      <w:pPr>
        <w:spacing w:after="80"/>
      </w:pPr>
      <w:r>
        <w:rPr>
          <w:b/>
          <w:i w:val="0"/>
        </w:rPr>
        <w:t>49.</w:t>
      </w:r>
      <w:r>
        <w:rPr>
          <w:b w:val="0"/>
          <w:i w:val="0"/>
        </w:rPr>
        <w:t xml:space="preserve"> Khi họ rời đi, tôi chứng kiến một số người trong bọn họ mang theo các bản thảo trên người.</w:t>
      </w:r>
    </w:p>
    <w:p>
      <w:pPr>
        <w:spacing w:after="80"/>
      </w:pPr>
      <w:r>
        <w:rPr>
          <w:b/>
          <w:i w:val="0"/>
        </w:rPr>
        <w:t>50.</w:t>
      </w:r>
      <w:r>
        <w:rPr>
          <w:b w:val="0"/>
          <w:i w:val="0"/>
        </w:rPr>
        <w:t xml:space="preserve"> Sau này tôi mới biết rằng lòng nhiệt thành của họ trong mọi việc lớn đến mức tại Masada, những người Essene đã chọn cái chết bằng chính bàn tay mình, thay vì bị bắt, bị đưa trở về Rome và bị diễu hành trước mặt những kẻ ngoại đạo trong một cuộc duyệt binh mừng chiến thắng.</w:t>
      </w:r>
    </w:p>
    <w:p>
      <w:pPr>
        <w:spacing w:after="80"/>
      </w:pPr>
      <w:r>
        <w:rPr>
          <w:b/>
          <w:i w:val="0"/>
        </w:rPr>
        <w:t>51.</w:t>
      </w:r>
      <w:r>
        <w:rPr>
          <w:b w:val="0"/>
          <w:i w:val="0"/>
        </w:rPr>
        <w:t xml:space="preserve"> Tôi e rằng mọi công sức mà những người Essene đã bỏ ra suốt bao năm để gìn giữ những cuộn sách quý giá của họ hẳn đã trở nên vô ích.</w:t>
      </w:r>
    </w:p>
    <w:p>
      <w:pPr>
        <w:spacing w:after="80"/>
      </w:pPr>
      <w:r>
        <w:rPr>
          <w:b/>
          <w:i w:val="0"/>
        </w:rPr>
        <w:t>52.</w:t>
      </w:r>
      <w:r>
        <w:rPr>
          <w:b w:val="0"/>
          <w:i w:val="0"/>
        </w:rPr>
        <w:t xml:space="preserve"> Giu-đa lúc đó đã bảy mươi tuổi, và quá yếu ớt để nghĩ đến việc leo dốc đứng đưa ông đến nơi tương đối an toàn ở Masada.</w:t>
      </w:r>
    </w:p>
    <w:p>
      <w:pPr>
        <w:spacing w:after="80"/>
      </w:pPr>
      <w:r>
        <w:rPr>
          <w:b/>
          <w:i w:val="0"/>
        </w:rPr>
        <w:t>53.</w:t>
      </w:r>
      <w:r>
        <w:rPr>
          <w:b w:val="0"/>
          <w:i w:val="0"/>
        </w:rPr>
        <w:t xml:space="preserve"> Giu-đa, cùng với một nhóm nhỏ bạn đồng hành, vẫn kiên quyết ở lại bên trong khu định cư Khirbet Qumran.</w:t>
      </w:r>
    </w:p>
    <w:p>
      <w:pPr>
        <w:spacing w:after="80"/>
      </w:pPr>
      <w:r>
        <w:rPr>
          <w:b/>
          <w:i w:val="0"/>
        </w:rPr>
        <w:t>54.</w:t>
      </w:r>
      <w:r>
        <w:rPr>
          <w:b w:val="0"/>
          <w:i w:val="0"/>
        </w:rPr>
        <w:t xml:space="preserve"> Cổng pháo đài đã bị khóa chặt và cài then khi họ chờ đợi đoàn quân La Mã tiến đến.</w:t>
      </w:r>
    </w:p>
    <w:p>
      <w:pPr>
        <w:spacing w:after="80"/>
      </w:pPr>
      <w:r>
        <w:rPr>
          <w:b/>
          <w:i w:val="0"/>
        </w:rPr>
        <w:t>55.</w:t>
      </w:r>
      <w:r>
        <w:rPr>
          <w:b w:val="0"/>
          <w:i w:val="0"/>
        </w:rPr>
        <w:t xml:space="preserve"> Bốn ngày sau, khu doanh trại bị một binh đoàn lính La Mã tràn vào.</w:t>
      </w:r>
    </w:p>
    <w:p>
      <w:pPr>
        <w:spacing w:after="80"/>
      </w:pPr>
      <w:r>
        <w:rPr>
          <w:b/>
          <w:i w:val="0"/>
        </w:rPr>
        <w:t>56.</w:t>
      </w:r>
      <w:r>
        <w:rPr>
          <w:b w:val="0"/>
          <w:i w:val="0"/>
        </w:rPr>
        <w:t xml:space="preserve"> Judas bị bắt và cùng với bảy người bạn đồng hành, bị kết án tử hình mà không qua xét xử.</w:t>
      </w:r>
    </w:p>
    <w:p>
      <w:pPr>
        <w:spacing w:after="80"/>
      </w:pPr>
      <w:r>
        <w:rPr>
          <w:b/>
          <w:i w:val="0"/>
        </w:rPr>
        <w:t>57.</w:t>
      </w:r>
      <w:r>
        <w:rPr>
          <w:b w:val="0"/>
          <w:i w:val="0"/>
        </w:rPr>
        <w:t xml:space="preserve"> Judas quỳ sụp xuống khi bản án được tuyên.</w:t>
      </w:r>
    </w:p>
    <w:p>
      <w:pPr>
        <w:spacing w:after="80"/>
      </w:pPr>
      <w:r>
        <w:rPr>
          <w:b/>
          <w:i w:val="0"/>
        </w:rPr>
        <w:t>58.</w:t>
      </w:r>
      <w:r>
        <w:rPr>
          <w:b w:val="0"/>
          <w:i w:val="0"/>
        </w:rPr>
        <w:t xml:space="preserve"> Ông tạ ơn YHWH khi biết rằng mình sẽ chịu chung số phận với Jesus.</w:t>
      </w:r>
    </w:p>
    <w:p>
      <w:pPr>
        <w:spacing w:after="80"/>
        <w:jc w:val="right"/>
      </w:pPr>
      <w:r>
        <w:rPr>
          <w:b w:val="0"/>
          <w:i w:val="0"/>
        </w:rPr>
        <w:t>[xliii]</w:t>
      </w:r>
    </w:p>
    <w:p>
      <w:pPr>
        <w:spacing w:after="80"/>
      </w:pPr>
      <w:r>
        <w:rPr>
          <w:b/>
          <w:i w:val="0"/>
        </w:rPr>
        <w:t>59.</w:t>
      </w:r>
      <w:r>
        <w:rPr>
          <w:b w:val="0"/>
          <w:i w:val="0"/>
        </w:rPr>
        <w:t xml:space="preserve"> Judas chết như Jesus đã chết. Ông bị người La Mã đóng đinh trên thập tự giá.</w:t>
      </w:r>
    </w:p>
    <w:p>
      <w:pPr>
        <w:jc w:val="center"/>
      </w:pPr>
      <w:r>
        <w:drawing>
          <wp:inline xmlns:a="http://schemas.openxmlformats.org/drawingml/2006/main" xmlns:pic="http://schemas.openxmlformats.org/drawingml/2006/picture">
            <wp:extent cx="390525" cy="114300"/>
            <wp:docPr id="24" name="Picture 24"/>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pStyle w:val="Heading2"/>
      </w:pPr>
      <w:r>
        <w:rPr>
          <w:rFonts w:ascii="Calibri" w:hAnsi="Calibri"/>
          <w:b/>
          <w:i w:val="0"/>
          <w:sz w:val="32"/>
        </w:rPr>
        <w:t>Thuật ngữ</w:t>
      </w:r>
    </w:p>
    <w:p>
      <w:pPr>
        <w:spacing w:after="80"/>
      </w:pPr>
      <w:r>
        <w:rPr>
          <w:b w:val="0"/>
          <w:i w:val="0"/>
        </w:rPr>
        <w:t xml:space="preserve">PHẦN THUẬT NGỮ </w:t>
      </w:r>
      <w:r>
        <w:rPr>
          <w:b w:val="0"/>
          <w:i/>
        </w:rPr>
        <w:t>cung cấp những giải thích cho một số chi tiết của</w:t>
      </w:r>
      <w:r>
        <w:rPr>
          <w:b w:val="0"/>
          <w:i w:val="0"/>
        </w:rPr>
        <w:t xml:space="preserve"> Phúc Âm Theo Judas, </w:t>
      </w:r>
      <w:r>
        <w:rPr>
          <w:b w:val="0"/>
          <w:i/>
        </w:rPr>
        <w:t>được viết dựa trên bối cảnh thế giới thế kỷ thứ nhất</w:t>
      </w:r>
      <w:r>
        <w:rPr>
          <w:b w:val="0"/>
          <w:i w:val="0"/>
        </w:rPr>
        <w:t>.</w:t>
      </w:r>
    </w:p>
    <w:p>
      <w:pPr>
        <w:spacing w:after="80"/>
      </w:pPr>
      <w:r>
        <w:rPr>
          <w:b w:val="0"/>
          <w:i w:val="0"/>
        </w:rPr>
        <w:t xml:space="preserve">NHỮNG ĐOẠN ĐƯỢC ĐÁNH DẤU </w:t>
      </w:r>
      <w:r>
        <w:rPr>
          <w:b w:val="0"/>
          <w:i/>
        </w:rPr>
        <w:t>trong</w:t>
      </w:r>
      <w:r>
        <w:rPr>
          <w:b w:val="0"/>
          <w:i w:val="0"/>
        </w:rPr>
        <w:t xml:space="preserve"> Phúc Âm Theo Judas </w:t>
      </w:r>
      <w:r>
        <w:rPr>
          <w:b w:val="0"/>
          <w:i/>
        </w:rPr>
        <w:t>hoặc là trích dẫn trực tiếp từ văn bản Kinh Thánh, hoặc là diễn giải lại văn bản đó. Nguồn luôn được chỉ rõ, nhưng trích dẫn nguồn Kinh Thánh luôn được đặt sau chữ ‘xem’</w:t>
      </w:r>
      <w:r>
        <w:rPr>
          <w:b w:val="0"/>
          <w:i w:val="0"/>
        </w:rPr>
        <w:t>.</w:t>
      </w:r>
    </w:p>
    <w:p>
      <w:pPr>
        <w:spacing w:after="80"/>
      </w:pPr>
      <w:r>
        <w:rPr>
          <w:b w:val="0"/>
          <w:i w:val="0"/>
        </w:rPr>
        <w:t xml:space="preserve">TẤT CẢ CÁC VĂN BẢN KINH THÁNH </w:t>
      </w:r>
      <w:r>
        <w:rPr>
          <w:b w:val="0"/>
          <w:i/>
        </w:rPr>
        <w:t>đều là bản dịch nguyên gốc của (các) tác giả, dựa theo Revised Standard Version và New Revised Standard Version</w:t>
      </w:r>
      <w:r>
        <w:rPr>
          <w:b w:val="0"/>
          <w:i w:val="0"/>
        </w:rPr>
        <w:t>.</w:t>
      </w:r>
    </w:p>
    <w:p>
      <w:pPr>
        <w:jc w:val="center"/>
      </w:pPr>
      <w:r>
        <w:drawing>
          <wp:inline xmlns:a="http://schemas.openxmlformats.org/drawingml/2006/main" xmlns:pic="http://schemas.openxmlformats.org/drawingml/2006/picture">
            <wp:extent cx="485775" cy="114300"/>
            <wp:docPr id="25" name="Picture 25"/>
            <wp:cNvGraphicFramePr>
              <a:graphicFrameLocks noChangeAspect="1"/>
            </wp:cNvGraphicFramePr>
            <a:graphic>
              <a:graphicData uri="http://schemas.openxmlformats.org/drawingml/2006/picture">
                <pic:pic>
                  <pic:nvPicPr>
                    <pic:cNvPr id="0" name="ta02.jpg"/>
                    <pic:cNvPicPr/>
                  </pic:nvPicPr>
                  <pic:blipFill>
                    <a:blip r:embed="rId13"/>
                    <a:stretch>
                      <a:fillRect/>
                    </a:stretch>
                  </pic:blipFill>
                  <pic:spPr>
                    <a:xfrm>
                      <a:off x="0" y="0"/>
                      <a:ext cx="485775" cy="114300"/>
                    </a:xfrm>
                    <a:prstGeom prst="rect"/>
                  </pic:spPr>
                </pic:pic>
              </a:graphicData>
            </a:graphic>
          </wp:inline>
        </w:drawing>
      </w:r>
    </w:p>
    <w:p>
      <w:pPr>
        <w:spacing w:after="80"/>
      </w:pPr>
      <w:r>
        <w:rPr>
          <w:b/>
          <w:i w:val="0"/>
        </w:rPr>
        <w:t>i. CÁC PHÚC ÂM:</w:t>
      </w:r>
      <w:r>
        <w:rPr>
          <w:b w:val="0"/>
          <w:i w:val="0"/>
        </w:rPr>
        <w:t xml:space="preserve"> Các Phúc Âm được viết vào cuối thế kỷ thứ nhất (Mark: </w:t>
      </w:r>
      <w:r>
        <w:rPr>
          <w:b w:val="0"/>
          <w:i/>
        </w:rPr>
        <w:t>khoảng</w:t>
      </w:r>
      <w:r>
        <w:rPr>
          <w:b w:val="0"/>
          <w:i w:val="0"/>
        </w:rPr>
        <w:t xml:space="preserve"> năm 70 SCN, Matthew: </w:t>
      </w:r>
      <w:r>
        <w:rPr>
          <w:b w:val="0"/>
          <w:i/>
        </w:rPr>
        <w:t>khoảng</w:t>
      </w:r>
      <w:r>
        <w:rPr>
          <w:b w:val="0"/>
          <w:i w:val="0"/>
        </w:rPr>
        <w:t xml:space="preserve"> năm 85 SCN, Luke: </w:t>
      </w:r>
      <w:r>
        <w:rPr>
          <w:b w:val="0"/>
          <w:i/>
        </w:rPr>
        <w:t>khoảng</w:t>
      </w:r>
      <w:r>
        <w:rPr>
          <w:b w:val="0"/>
          <w:i w:val="0"/>
        </w:rPr>
        <w:t xml:space="preserve"> năm 85 SCN, John: </w:t>
      </w:r>
      <w:r>
        <w:rPr>
          <w:b w:val="0"/>
          <w:i/>
        </w:rPr>
        <w:t>khoảng</w:t>
      </w:r>
      <w:r>
        <w:rPr>
          <w:b w:val="0"/>
          <w:i w:val="0"/>
        </w:rPr>
        <w:t xml:space="preserve"> năm 100 SCN). Chúng ta không biết danh tính của các Thánh Sử, vì các tên Matthew, Mark, Luke và John đều được thêm vào các bản thảo vào cuối thế kỷ thứ hai. Có khả năng không một Thánh Sử nào là Tông Đồ. Truyền thống Kitô giáo cho rằng Mark là một cộng sự thân cận của Peter tại Rome, nhưng không phải là Tông Đồ. Matthew là một người Do Thái được giáo dục kỹ lưỡng và đã trở thành Kitô hữu (xem Matt 13:52). Việc tên của người thu thuế (Levi) trong Mark 2:14 (xem thêm Luke 5:27) trở thành ‘Matthew’ trong Matt 9:9 có thể là cách Tông Đồ Matthew tự nhận mình (xem Matt 10:3; Mark 3:18; Luke 6:15), nhưng đây không phải là bằng chứng xác thực. ‘Người Môn Đệ Được Yêu’ của Phúc Âm Thứ Tư được nhận diện là John vào cuối thế kỷ thứ hai. Tác giả của Phúc Âm Thứ Tư nhiều khả năng là một cựu môn đệ của John the Baptist, người đã trở thành tín đồ thân cận của Jesus, nhưng không thuộc Nhóm Mười Hai. Giáo Hội Kitô giáo xem bốn Phúc Âm là ‘Kinh Thánh Thiêng Liêng’. Chúng là những mô tả tường thuật về những gì Thiên Chúa đã làm cho nhân loại qua cuộc đời, giáo huấn, cái chết và sự phục sinh của Jesus.</w:t>
      </w:r>
    </w:p>
    <w:p>
      <w:pPr>
        <w:spacing w:after="80"/>
      </w:pPr>
      <w:r>
        <w:rPr>
          <w:b/>
          <w:i w:val="0"/>
        </w:rPr>
        <w:t>ii. CHA VÀ CON:</w:t>
      </w:r>
      <w:r>
        <w:rPr>
          <w:b w:val="0"/>
          <w:i w:val="0"/>
        </w:rPr>
        <w:t xml:space="preserve"> Nhờ đế chế do Alexander Đại Đế (336–323 TCN) tạo ra, tiếng Hy Lạp là ngôn ngữ được nói phổ biến và dùng để giao tiếp bằng văn bản khắp lưu vực Địa Trung Hải và xa hơn nữa. Tất cả các tài liệu của Tân Ước, sản phẩm của một thế giới Do Thái, đều được viết bằng tiếng Hy Lạp. ‘Gia đình’ (</w:t>
      </w:r>
      <w:r>
        <w:rPr>
          <w:b w:val="0"/>
          <w:i/>
        </w:rPr>
        <w:t>bet-’ab:</w:t>
      </w:r>
      <w:r>
        <w:rPr>
          <w:b w:val="0"/>
          <w:i w:val="0"/>
        </w:rPr>
        <w:t xml:space="preserve"> ‘nhà của người cha’) là đơn vị quan trọng nhất trong quốc gia, và đối với sự sống còn của mỗi cá nhân. Vô số danh sách gia phả trong cả Cựu Ước lẫn Tân Ước (xem, ví dụ, Gen 36:9–14; 1 Chron 9:39–44; Matt 1:1–17; Luke 3:23–38) cho thấy việc ‘sở hữu’ di sản tổ tiên của mình quan trọng đến mức nào. Ngoài di sản kinh tế và xã hội, các con trai còn có trách nhiệm tiếp nối truyền thống của cha mình. Trách nhiệm này được trình bày mạnh mẽ trong tài liệu Do Thái </w:t>
      </w:r>
      <w:r>
        <w:rPr>
          <w:b w:val="0"/>
          <w:i/>
        </w:rPr>
        <w:t>The Testament of the Twelve Patriarchs</w:t>
      </w:r>
      <w:r>
        <w:rPr>
          <w:b w:val="0"/>
          <w:i w:val="0"/>
        </w:rPr>
        <w:t xml:space="preserve">, và cả trong </w:t>
      </w:r>
      <w:r>
        <w:rPr>
          <w:b w:val="0"/>
          <w:i/>
        </w:rPr>
        <w:t>Ben Sirach</w:t>
      </w:r>
      <w:r>
        <w:rPr>
          <w:b w:val="0"/>
          <w:i w:val="0"/>
        </w:rPr>
        <w:t>. Trong tác phẩm đầu, các ‘con trai’ được cha mình dạy bảo phải truyền lại truyền thống của ông, còn tác phẩm sau là một văn bản cho thấy điều này được một người cháu thực hiện với lòng kính trọng. Cuốn sách này, còn được gọi là Ecclesiasticus, ban đầu được viết bằng tiếng Hebrew, đã được dịch sang tiếng Hy Lạp trước thời đại Kitô giáo.</w:t>
      </w:r>
    </w:p>
    <w:p>
      <w:pPr>
        <w:spacing w:after="80"/>
      </w:pPr>
      <w:r>
        <w:rPr>
          <w:b/>
          <w:i w:val="0"/>
        </w:rPr>
        <w:t>iii. NHỮNG PHÚC ÂM KHÔNG ĐƯỢC KITÔ HỮU CHẤP NHẬN:</w:t>
      </w:r>
      <w:r>
        <w:rPr>
          <w:b w:val="0"/>
          <w:i w:val="0"/>
        </w:rPr>
        <w:t xml:space="preserve"> Có nhiều ‘phúc âm’, được gọi là ‘ngụy thư phúc âm’ (apocryphal gospels), không được Giáo Hội đang hình thành chấp nhận. Một tập hợp tài liệu phúc âm như vậy, viết bằng tiếng Coptic, nhưng nguyên gốc bằng tiếng Hy Lạp, </w:t>
      </w:r>
      <w:r>
        <w:rPr>
          <w:b w:val="0"/>
          <w:i/>
        </w:rPr>
        <w:t>The Codex Tchacos</w:t>
      </w:r>
      <w:r>
        <w:rPr>
          <w:b w:val="0"/>
          <w:i w:val="0"/>
        </w:rPr>
        <w:t xml:space="preserve">, đã được công bố vào năm 1999. Một số mảnh của một ‘Phúc Âm của Judas’ có thể được tìm thấy trong bộ sưu tập này, và chúng có thể có niên đại từ năm 180 SCN. Văn bản này chỉ còn từng mảnh, không thực sự là một ‘phúc âm’, và đại diện cho cách hiểu Ngộ Đạo (Gnostic) về Jesus vào thế kỷ thứ hai. Judas được trình bày như một người được Jesus khuyến khích làm theo ý Thiên Chúa bằng cách khởi động hành động giải thoát Jesus khỏi thân phận con người tội lỗi để trở thành một nhân vật thiên giới. Để xem phần thảo luận của Tổng Giám Mục Durham, xem T. Wright, </w:t>
      </w:r>
      <w:r>
        <w:rPr>
          <w:b w:val="0"/>
          <w:i/>
        </w:rPr>
        <w:t>Judas and the Gospel of Jesus</w:t>
      </w:r>
      <w:r>
        <w:rPr>
          <w:b w:val="0"/>
          <w:i w:val="0"/>
        </w:rPr>
        <w:t xml:space="preserve"> (London: SPCK, 2006). </w:t>
      </w:r>
      <w:r>
        <w:rPr>
          <w:b w:val="0"/>
          <w:i/>
        </w:rPr>
        <w:t>Phúc Âm Theo Judas</w:t>
      </w:r>
      <w:r>
        <w:rPr>
          <w:b w:val="0"/>
          <w:i w:val="0"/>
        </w:rPr>
        <w:t xml:space="preserve"> được ghi lại ở đây không lấy cảm hứng từ văn bản này, mà cố gắng trình bày câu chuyện Kitô giáo qua con mắt của Judas.</w:t>
      </w:r>
    </w:p>
    <w:p>
      <w:pPr>
        <w:spacing w:after="80"/>
      </w:pPr>
      <w:r>
        <w:rPr>
          <w:b/>
          <w:i w:val="0"/>
        </w:rPr>
        <w:t>iv. TÊN ‘JUDAS ISCARIOT’:</w:t>
      </w:r>
      <w:r>
        <w:rPr>
          <w:b w:val="0"/>
          <w:i w:val="0"/>
        </w:rPr>
        <w:t xml:space="preserve"> Ngoài cách giải thích về tên họ Iscariot được đưa ra trong </w:t>
      </w:r>
      <w:r>
        <w:rPr>
          <w:b w:val="0"/>
          <w:i/>
        </w:rPr>
        <w:t>Phúc Âm Theo Judas</w:t>
      </w:r>
      <w:r>
        <w:rPr>
          <w:b w:val="0"/>
          <w:i w:val="0"/>
        </w:rPr>
        <w:t xml:space="preserve"> 1:12–15, một số giả thuyết khác cũng đã được đề xuất, ví dụ rằng Judas là một ‘người giải phóng’ dựa trên động từ gốc Hebrew, </w:t>
      </w:r>
      <w:r>
        <w:rPr>
          <w:b w:val="0"/>
          <w:i/>
        </w:rPr>
        <w:t>skr</w:t>
      </w:r>
      <w:r>
        <w:rPr>
          <w:b w:val="0"/>
          <w:i w:val="0"/>
        </w:rPr>
        <w:t>. Tên ‘Judas’ là dạng tiếng Hy Lạp của ‘Judah’ trong tiếng Hebrew.</w:t>
      </w:r>
    </w:p>
    <w:p>
      <w:pPr>
        <w:spacing w:after="80"/>
      </w:pPr>
      <w:r>
        <w:rPr>
          <w:b/>
          <w:i w:val="0"/>
        </w:rPr>
        <w:t>v. SỰ GIÁNG SINH CỦA JESUS:</w:t>
      </w:r>
      <w:r>
        <w:rPr>
          <w:b w:val="0"/>
          <w:i w:val="0"/>
        </w:rPr>
        <w:t xml:space="preserve"> Cách hiểu của Judas về sự giáng sinh của Jesus không phải là cách diễn giải ‘Công Giáo La Mã’, như được thể hiện trong các giáo lý về Đức Maria, đặc biệt là giáo lý về sự đồng trinh vĩnh viễn của Đức Maria. Tuy nhiên, đó là cách hiểu được chấp nhận rộng rãi về những văn bản như Matthew 1:25; Mark 3:31–35; 6:3; John 7:3–8. Judas, giống như bất kỳ người Do Thái nào được nuôi dạy nghiêm khắc, chỉ có thể chấp nhận Jesus là con đầu lòng của một cuộc hôn nhân Do Thái hợp pháp.</w:t>
      </w:r>
    </w:p>
    <w:p>
      <w:pPr>
        <w:spacing w:after="80"/>
      </w:pPr>
      <w:r>
        <w:rPr>
          <w:b/>
          <w:i w:val="0"/>
        </w:rPr>
        <w:t>vi. SỰ KẾT HỢP GIỮA CÁC THIÊN THẦN VÀ PHỤ NỮ:</w:t>
      </w:r>
      <w:r>
        <w:rPr>
          <w:b w:val="0"/>
          <w:i w:val="0"/>
        </w:rPr>
        <w:t xml:space="preserve"> Truyền thống tiền Kitô giáo và Do Thái giáo Rabbinic nhìn lại sự kết hợp giữa các thiên thần và phụ nữ loài người, như được kể trong Sáng thế ký 6:1–4, như nguồn gốc của sự dữ và sự hiện diện của những người khổng lồ trên thế giới. Sự dữ này nghiêm trọng đến mức Đức Chúa Trời hối tiếc vì đã đặt Adam và Eva trên trái đất. Lòng Ngài đau buồn, và trong sự hủy diệt sau đó, chỉ có Nô-ê và gia đình ông sống sót (xem Sáng 6:1–9:17). Xem sự phát triển của Sáng 6:1–4 trong các tài liệu Qumran (ví dụ 4QSách Người Khổng Lồ) và trong 1 Enoch (xem 1 Enoch 6 và 7).</w:t>
      </w:r>
    </w:p>
    <w:p>
      <w:pPr>
        <w:spacing w:after="80"/>
      </w:pPr>
      <w:r>
        <w:rPr>
          <w:b/>
          <w:i w:val="0"/>
        </w:rPr>
        <w:t>vii. CHẠM VÀO MỘT NGƯỜI PHỤ NỮ:</w:t>
      </w:r>
      <w:r>
        <w:rPr>
          <w:b w:val="0"/>
          <w:i w:val="0"/>
        </w:rPr>
        <w:t xml:space="preserve"> Việc Chúa Giê-su chạm vào một người phụ nữ không phải vợ mình sẽ bị coi là vi phạm lòng đạo đức. Luật Rabbinic sau này cấm phụ nữ phục vụ tại bàn ăn, vì không thể xác định được vấn đề riêng tư về chu kỳ kinh nguyệt của người phụ nữ. Về nền tảng Kinh Thánh của phong tục này, xem Lê-vi 15:19–24; 18:6; 22:10; 36:17, và luận thư </w:t>
      </w:r>
      <w:r>
        <w:rPr>
          <w:b w:val="0"/>
          <w:i/>
        </w:rPr>
        <w:t>Niddah</w:t>
      </w:r>
      <w:r>
        <w:rPr>
          <w:b w:val="0"/>
          <w:i w:val="0"/>
        </w:rPr>
        <w:t xml:space="preserve"> trong Mishnah. Như Giáo sĩ Samuel (mất </w:t>
      </w:r>
      <w:r>
        <w:rPr>
          <w:b w:val="0"/>
          <w:i/>
        </w:rPr>
        <w:t>khoảng</w:t>
      </w:r>
      <w:r>
        <w:rPr>
          <w:b w:val="0"/>
          <w:i w:val="0"/>
        </w:rPr>
        <w:t xml:space="preserve"> năm 254 SCN) đã nói: 'Trong bất kỳ hoàn cảnh nào cũng không được để một người phụ nữ phục vụ mình, dù cô ấy đã trưởng thành hay còn là trẻ con.'</w:t>
      </w:r>
    </w:p>
    <w:p>
      <w:pPr>
        <w:spacing w:after="80"/>
      </w:pPr>
      <w:r>
        <w:rPr>
          <w:b/>
          <w:i w:val="0"/>
        </w:rPr>
        <w:t>viii. NGAI VUA ĐA-VÍT:</w:t>
      </w:r>
      <w:r>
        <w:rPr>
          <w:b w:val="0"/>
          <w:i w:val="0"/>
        </w:rPr>
        <w:t xml:space="preserve"> Vua Đa-vít là vị vua thứ hai và vĩ đại nhất của Y-sơ-ra-ên. Ông trị vì khoảng 1010–970 TCN, và xây dựng một đế chế trải dài từ Ai Cập đến tận Iran ngày nay. Thi thiên 89:4 và 2 Sa-mu-ên 23:5 nói rõ ràng về một giao ước đời đời giữa YHWH và Đa-vít. Có nhiều cách hiểu về việc lời hứa này sẽ được ứng nghiệm như thế nào. Một trong số đó là YHWH sẽ dấy lên một 'Con Vua Đa-vít' và người này sẽ được phục hồi lên ngai vua tại Giê-ru-sa-lem. Người ấy sẽ một lần nữa thiết lập vinh quang của Y-sơ-ra-ên bằng những chiến thắng quân sự vĩ đại. Các Kitô hữu tin rằng Chúa Giê-su thực sự làm ứng nghiệm những lời hứa của giao ước Đa-vít (xem Mat 1:1; Rô 1:3), nhưng Chúa Giê-su chưa bao giờ chấp nhận vai trò của một nhà lãnh đạo quân sự tiềm năng. Các sách Phúc Âm gợi ý rằng những môn đồ đầu tiên có thể đã theo Ngài với hy vọng rằng Ngài sẽ làm như vậy.</w:t>
      </w:r>
    </w:p>
    <w:p>
      <w:pPr>
        <w:spacing w:after="80"/>
      </w:pPr>
      <w:r>
        <w:rPr>
          <w:b/>
          <w:i w:val="0"/>
        </w:rPr>
        <w:t>ix. CÁC THẦY THÔNG LUẬT VÀ NGƯỜI PHA-RI-SI:</w:t>
      </w:r>
      <w:r>
        <w:rPr>
          <w:b w:val="0"/>
          <w:i w:val="0"/>
        </w:rPr>
        <w:t xml:space="preserve"> Các Thầy Thông Luật phần lớn là một nhóm phục vụ. Họ là những người nghiên cứu luật pháp và làm cố vấn pháp lý cho bất kỳ ai cần đến dịch vụ chuyên môn của họ. Vì vậy, có Thầy Thông Luật của phái Sa-đu-sê cũng như Thầy Thông Luật của phái Pha-ri-si. Phái Pha-ri-si xuất hiện tại Y-sơ-ra-ên trong hai thế kỷ trước kỷ nguyên Kitô giáo. Vào thời điểm đó, giới lãnh đạo Do Thái, bao gồm cả Thầy Tế Lễ Thượng Phẩm, bị kiểm soát bởi các thế lực ngoại bang, ban đầu là những nhà lãnh đạo Hy Lạp hóa, và sau đó là người La Mã. Người Pha-ri-si (tên của họ có lẽ phản ánh khái niệm bị 'tách rời' khỏi sự đồi bại) cố gắng sống một đời sống Do Thái nghiêm ngặt, vâng phục các điều răn của Torah. Họ chống lại giới lãnh đạo đồi bại và chịu đựng rất nhiều vì đức tin của mình. Họ đi đến bất cứ nơi nào có người Do Thái, nhưng căn cứ của họ luôn là Hội Đường, nơi Torah là trung tâm của sự thờ phượng Do Thái. Việc họ tập trung vào Torah và Hội Đường đảm bảo tính cơ động; nhờ đó họ sống sót qua cuộc Chiến Tranh Do Thái và cuối cùng sản sinh ra cái được gọi là Do Thái giáo Rabbinic.</w:t>
      </w:r>
    </w:p>
    <w:p>
      <w:pPr>
        <w:spacing w:after="80"/>
      </w:pPr>
      <w:r>
        <w:rPr>
          <w:b/>
          <w:i w:val="0"/>
        </w:rPr>
        <w:t>x. DƯỚI GỐC CÂY VẢ:</w:t>
      </w:r>
      <w:r>
        <w:rPr>
          <w:b w:val="0"/>
          <w:i w:val="0"/>
        </w:rPr>
        <w:t xml:space="preserve"> Có một truyền thống Do Thái rằng một người khi suy ngẫm về Torah nên làm điều đó dưới gốc cây vả. Các văn bản Do Thái đều muộn, nhưng có lẽ đề cập đến một truyền thống phổ biến và lâu đời về việc những người thông thạo luật pháp ngồi dưới gốc cây vả để nghiên cứu Kinh Thánh.</w:t>
      </w:r>
    </w:p>
    <w:p>
      <w:pPr>
        <w:spacing w:after="80"/>
      </w:pPr>
      <w:r>
        <w:rPr>
          <w:b/>
          <w:i w:val="0"/>
        </w:rPr>
        <w:t>xi. CON ĐỨC CHÚA TRỜI:</w:t>
      </w:r>
      <w:r>
        <w:rPr>
          <w:b w:val="0"/>
          <w:i w:val="0"/>
        </w:rPr>
        <w:t xml:space="preserve"> Giu-đa không tin rằng Chúa Giê-su là 'Con Đức Chúa Trời', như được tìm thấy trong truyền thống Gio-an (năm 100 SCN), và như cuối cùng đã được Giáo Hội hiểu và định nghĩa tại Nicea (năm 325 SCN) và Chalcedon (năm 451 SCN): Chúa Giê-su là ngôi thứ hai trong Ba Ngôi. Giu-đa tin vào 'con Đức Chúa Trời' mang tính Đấng Mê-si-a, như được kỳ vọng tại Y-sơ-ra-ên dựa trên những văn bản như Thi 2:7 và 2 Sa-mu-ên 7:14.</w:t>
      </w:r>
    </w:p>
    <w:p>
      <w:pPr>
        <w:spacing w:after="80"/>
      </w:pPr>
      <w:r>
        <w:rPr>
          <w:b/>
          <w:i w:val="0"/>
        </w:rPr>
        <w:t>xii. TỘI LỖI VÀ BỆNH TẬT:</w:t>
      </w:r>
      <w:r>
        <w:rPr>
          <w:b w:val="0"/>
          <w:i w:val="0"/>
        </w:rPr>
        <w:t xml:space="preserve"> Kinh Thánh Hê-bơ-rơ thường liên kết hình phạt của tội lỗi với bệnh tật và sự chết (2 Sa-mu-ên 12:13–23; 24:1–25). Chỉ có Đức Chúa Trời mới có thẩm quyền trên bệnh tật và tội lỗi.</w:t>
      </w:r>
    </w:p>
    <w:p>
      <w:pPr>
        <w:spacing w:after="80"/>
      </w:pPr>
      <w:r>
        <w:rPr>
          <w:b/>
          <w:i w:val="0"/>
        </w:rPr>
        <w:t>xiii. NHỮNG CÂU CHUYỆN XUNG ĐỘT:</w:t>
      </w:r>
      <w:r>
        <w:rPr>
          <w:b w:val="0"/>
          <w:i w:val="0"/>
        </w:rPr>
        <w:t xml:space="preserve"> Phần mô tả về những xung đột giữa Chúa Giê-su và giới lãnh đạo Do Thái, được tìm thấy trong </w:t>
      </w:r>
      <w:r>
        <w:rPr>
          <w:b w:val="0"/>
          <w:i/>
        </w:rPr>
        <w:t>Phúc Âm Theo Giu-đa</w:t>
      </w:r>
      <w:r>
        <w:rPr>
          <w:b w:val="0"/>
          <w:i w:val="0"/>
        </w:rPr>
        <w:t xml:space="preserve"> 6:9–15, dựa trên Mác 2:1–12. Lời tường thuật của Giu-đa gợi ý về một cuộc khủng hoảng đang gia tăng. Phản ứng ban đầu đối với các phép lạ của Chúa Giê-su là sự ngạc nhiên. Vào thời điểm Ngài đã thực hiện tất cả các phép lạ của mình, các Trưởng Lão Do Thái đã phán xét Ngài là kẻ phạm thượng, và chỉ đáng chết mà thôi.</w:t>
      </w:r>
    </w:p>
    <w:p>
      <w:pPr>
        <w:spacing w:after="80"/>
      </w:pPr>
      <w:r>
        <w:rPr>
          <w:b/>
          <w:i w:val="0"/>
        </w:rPr>
        <w:t>xiv. DECAPOLIS:</w:t>
      </w:r>
      <w:r>
        <w:rPr>
          <w:b w:val="0"/>
          <w:i w:val="0"/>
        </w:rPr>
        <w:t xml:space="preserve"> Thuật ngữ này đề cập đến một nhóm các thị trấn Hy Lạp hóa nằm ở Transjordania, vùng phía đông bắc sông Jordan. Từ này trong tiếng Hy Lạp có nghĩa là 'mười thành phố', nhưng rất khó để truy ra tên chính xác của mười thành phố. Chín thành phố sau đây đã được xác định: Abila, Canata, Dius, Gadara, Gerasa, Hippos, Pella, Phildelphia và Scythopolis. Những thành phố này phần lớn được cư dân ngoại bang sinh sống, những người theo phong tục và tôn giáo Hy Lạp.</w:t>
      </w:r>
    </w:p>
    <w:p>
      <w:pPr>
        <w:spacing w:after="80"/>
      </w:pPr>
      <w:r>
        <w:rPr>
          <w:b/>
          <w:i w:val="0"/>
        </w:rPr>
        <w:t>xv. NHÓM MƯỜI HAI:</w:t>
      </w:r>
      <w:r>
        <w:rPr>
          <w:b w:val="0"/>
          <w:i w:val="0"/>
        </w:rPr>
        <w:t xml:space="preserve"> Danh sách mười hai môn đồ trong </w:t>
      </w:r>
      <w:r>
        <w:rPr>
          <w:b w:val="0"/>
          <w:i/>
        </w:rPr>
        <w:t>Phúc Âm Theo Giu-đa</w:t>
      </w:r>
      <w:r>
        <w:rPr>
          <w:b w:val="0"/>
          <w:i w:val="0"/>
        </w:rPr>
        <w:t xml:space="preserve"> 8:30 phản ánh các danh sách trong các sách Phúc Âm Kitô giáo. Giu-đa Ích-ca-ri-ốt luôn được nêu tên cuối cùng. Việc đặt tên Giu-đa ở cuối danh sách và việc mô tả ông là kẻ đã phản bội Chúa Giê-su đều là một phần trong quyết tâm của Kitô giáo sơ khai nhằm bôi nhọ nhân cách của Giu-đa.</w:t>
      </w:r>
    </w:p>
    <w:p>
      <w:pPr>
        <w:spacing w:after="80"/>
      </w:pPr>
      <w:r>
        <w:rPr>
          <w:b/>
          <w:i w:val="0"/>
        </w:rPr>
        <w:t>xvi. BÀI GIẢNG CỦA CHÚA GIÊ-SU:</w:t>
      </w:r>
      <w:r>
        <w:rPr>
          <w:b w:val="0"/>
          <w:i w:val="0"/>
        </w:rPr>
        <w:t xml:space="preserve"> Bài giảng của Chúa Giê-su, bắt đầu bằng các 'mối phước', dựa một cách lỏng lẻo trên bài giảng của Chúa Giê-su trên đồng bằng như được tìm thấy trong Lu-ca (6:20–49), chứ không phải phiên bản dài hơn, nổi tiếng hơn của Bài Giảng Trên Núi (Mat 5, 6 và 7).</w:t>
      </w:r>
    </w:p>
    <w:p>
      <w:pPr>
        <w:spacing w:after="80"/>
      </w:pPr>
      <w:r>
        <w:rPr>
          <w:b/>
          <w:i w:val="0"/>
        </w:rPr>
        <w:t>xvii. KINH LẠY CHA:</w:t>
      </w:r>
      <w:r>
        <w:rPr>
          <w:b w:val="0"/>
          <w:i w:val="0"/>
        </w:rPr>
        <w:t xml:space="preserve"> Phiên bản của 'Kinh Lạy Cha' được tìm thấy trong </w:t>
      </w:r>
      <w:r>
        <w:rPr>
          <w:b w:val="0"/>
          <w:i/>
        </w:rPr>
        <w:t>Phúc Âm Theo Giu-đa</w:t>
      </w:r>
      <w:r>
        <w:rPr>
          <w:b w:val="0"/>
          <w:i w:val="0"/>
        </w:rPr>
        <w:t xml:space="preserve"> 9:37 dựa trên phiên bản Lu-ca của lời cầu nguyện này (Lu-ca 11:2–4). Nó rất ngắn gọn, và đầy những lời hứa khẩn thiết hướng đến một sự ứng nghiệm sắp xảy ra. Phiên bản trong Phúc Âm Lu-ca có khả năng gần với những lời mà Chúa Giê-su thực sự đã dạy các môn đồ hơn là hình thức trau chuốt và nổi tiếng hơn của lời cầu nguyện, được tìm thấy trong Mat 6:9–13, hiện đang được sử dụng trong hầu hết các nghi lễ phụng vụ và sách kinh của Kitô giáo.</w:t>
      </w:r>
    </w:p>
    <w:p>
      <w:pPr>
        <w:spacing w:after="80"/>
      </w:pPr>
      <w:r>
        <w:rPr>
          <w:b/>
          <w:i w:val="0"/>
        </w:rPr>
        <w:t>xviii. CỘNG ĐỒNG TẠI KHIRBET QUMRAN:</w:t>
      </w:r>
      <w:r>
        <w:rPr>
          <w:b w:val="0"/>
          <w:i w:val="0"/>
        </w:rPr>
        <w:t xml:space="preserve"> Việc phát hiện ra các Cuộn Sách Biển Chết (</w:t>
      </w:r>
      <w:r>
        <w:rPr>
          <w:b w:val="0"/>
          <w:i/>
        </w:rPr>
        <w:t>khoảng</w:t>
      </w:r>
      <w:r>
        <w:rPr>
          <w:b w:val="0"/>
          <w:i w:val="0"/>
        </w:rPr>
        <w:t xml:space="preserve"> năm 1947) đã dẫn đến việc khai quật một tòa nhà giống như pháo đài tại Khirbet Qumran, gần Biển Chết, nơi từng là nơi cư ngụ của một cộng đồng người Do Thái đạo đức. Tòa nhà này tồn tại từ khoảng năm 150 TCN cho đến năm 70 SCN, khi nó bị người La Mã phá hủy. Người ta thường chấp nhận rằng một nhóm giáo phái Do Thái, được các nhân chứng thế kỷ thứ nhất khác gọi là người Essene, đã tụ họp tại Khirbet Qumran. Họ sống trong cộng đồng, và thù địch với giới lãnh đạo Do Thái, những người đã thỏa hiệp các truyền thống của Y-sơ-ra-ên để duy trì quan hệ tốt với các thế lực ngoại bang. Kể từ năm 1947, nhiều cuộn sách, một số chứa văn bản Kinh Thánh và những cuộn khác chứa văn bản được soạn tại Qumran, đã được khai quật. Các văn bản được đề cập (</w:t>
      </w:r>
      <w:r>
        <w:rPr>
          <w:b w:val="0"/>
          <w:i/>
        </w:rPr>
        <w:t>Quy Tắc Cộng Đồng, Quy Tắc Hội Chúng, Cuộn Sách Chiến Tranh</w:t>
      </w:r>
      <w:r>
        <w:rPr>
          <w:b w:val="0"/>
          <w:i w:val="0"/>
        </w:rPr>
        <w:t>) được viết bởi người Essene tại Khirbet Qumran.</w:t>
      </w:r>
    </w:p>
    <w:p>
      <w:pPr>
        <w:spacing w:after="80"/>
      </w:pPr>
      <w:r>
        <w:rPr>
          <w:b/>
          <w:i w:val="0"/>
        </w:rPr>
        <w:t>xix. ĐẤNG MÊ-SI-A VÀ BÁNH TỪ TRỜI:</w:t>
      </w:r>
      <w:r>
        <w:rPr>
          <w:b w:val="0"/>
          <w:i w:val="0"/>
        </w:rPr>
        <w:t xml:space="preserve"> Mối liên hệ giữa món quà manna và kỷ nguyên Đấng Mê-si-a đã được thiết lập trong Do Thái giáo vào thế kỷ thứ nhất. Trích dẫn từ 2 Baruch trong </w:t>
      </w:r>
      <w:r>
        <w:rPr>
          <w:b w:val="0"/>
          <w:i/>
        </w:rPr>
        <w:t>Phúc Âm Theo Giu-đa</w:t>
      </w:r>
      <w:r>
        <w:rPr>
          <w:b w:val="0"/>
          <w:i w:val="0"/>
        </w:rPr>
        <w:t xml:space="preserve"> 10:26 đến từ một tài liệu có thể được định niên đại vào cuối thế kỷ thứ nhất SCN.</w:t>
      </w:r>
    </w:p>
    <w:p>
      <w:pPr>
        <w:spacing w:after="80"/>
      </w:pPr>
      <w:r>
        <w:rPr>
          <w:b/>
          <w:i w:val="0"/>
        </w:rPr>
        <w:t>xx. CAESAREA PHILIPPI:</w:t>
      </w:r>
      <w:r>
        <w:rPr>
          <w:b w:val="0"/>
          <w:i w:val="0"/>
        </w:rPr>
        <w:t xml:space="preserve"> Thị trấn này không được biết đến trước thời Antiochus IV của Syria, nhưng được xác định vào khoảng năm 200 TCN với tên Panion. Tên này đã phản ánh sự thờ phượng thần Pan được phát hiện tại đó. Năm 20 TCN, Augustus giao huyện này cho Herod Đại Đế, và sau khi ông qua đời, nó rơi vào tay con trai ông, Philip, người đã đổi tên nó thành 'Caesarea' để vinh danh Hoàng Đế La Mã. Tuy nhiên, nó được biết đến với tên 'Caesarea Philippi' để phân biệt Caesarea của Philip với hải cảng xinh đẹp thời Herod ở phía nam, là trụ sở của chính quyền La Mã vào thời Chúa Giê-su. Đây là tên được tìm thấy trong các sách Phúc Âm, bao gồm </w:t>
      </w:r>
      <w:r>
        <w:rPr>
          <w:b w:val="0"/>
          <w:i/>
        </w:rPr>
        <w:t>Phúc Âm Theo Giu-đa</w:t>
      </w:r>
      <w:r>
        <w:rPr>
          <w:b w:val="0"/>
          <w:i w:val="0"/>
        </w:rPr>
        <w:t xml:space="preserve"> 11. Vào một thời điểm sau đó, nó trở lại tên Paneas, và đây là tên vẫn còn được tìm thấy trong từ tiếng Ả Rập đương đại Banias.</w:t>
      </w:r>
    </w:p>
    <w:p>
      <w:pPr>
        <w:spacing w:after="80"/>
      </w:pPr>
      <w:r>
        <w:rPr>
          <w:b/>
          <w:i w:val="0"/>
        </w:rPr>
        <w:t>xxi. CON NGƯỜI:</w:t>
      </w:r>
      <w:r>
        <w:rPr>
          <w:b w:val="0"/>
          <w:i w:val="0"/>
        </w:rPr>
        <w:t xml:space="preserve"> Cụm từ này, được tìm thấy trong cả bốn sách Phúc Âm, chỉ được Chúa Giê-su sử dụng để nói về chính mình. Đây có lẽ là dấu hiệu rõ ràng nhất về sự hiểu biết của chính Chúa Giê-su về con người và sứ mệnh của Ngài. Đây là một cụm từ được sử dụng rộng rãi trong Ê-xê-chi-ên để chỉ địa vị con người khiêm nhường của nhà tiên tri. Nó cũng được tìm thấy trong Đa-ni-ên 7:13–14. Ý nghĩa của cụm từ trong Đa-ni-ên được các học giả Kinh Thánh tranh luận rộng rãi, đặc biệt vì Chúa Giê-su dường như sử dụng nó theo cách nhìn lại Đa-ni-ên 7:13–14. Nó rõ ràng đề cập đến một nhân vật sẽ chiến thắng mọi sự chống đối và trở lại trong vinh quang. Trong các sách Phúc Âm, Chúa Giê-su cũng liên kết Con Người với sự đau khổ (xem Mác 8:31; 9:31; 10:32–34), và một số người cho rằng một Con Người đau khổ đã được ngụ ý qua kinh nghiệm của dân Y-sơ-ra-ên vào thời Đa-ni-ên được viết ra.</w:t>
      </w:r>
    </w:p>
    <w:p>
      <w:pPr>
        <w:spacing w:after="80"/>
      </w:pPr>
      <w:r>
        <w:rPr>
          <w:b/>
          <w:i w:val="0"/>
        </w:rPr>
        <w:t>xxii. PHI-Ơ ĐÁ VẤP NGÃ:</w:t>
      </w:r>
      <w:r>
        <w:rPr>
          <w:b w:val="0"/>
          <w:i w:val="0"/>
        </w:rPr>
        <w:t xml:space="preserve"> Trong Phúc Âm Matthew, lối chơi chữ dùng Phi-ơ làm đá vấp ngã này được trình bày rất rõ ràng. Thánh sử kể lại việc Chúa Giê-su ban phước cho Phi-ơ là 'đá tảng' (tiếng Hy Lạp: </w:t>
      </w:r>
      <w:r>
        <w:rPr>
          <w:b w:val="0"/>
          <w:i/>
        </w:rPr>
        <w:t>petros/petra</w:t>
      </w:r>
      <w:r>
        <w:rPr>
          <w:b w:val="0"/>
          <w:i w:val="0"/>
        </w:rPr>
        <w:t xml:space="preserve">) (Matt 16:18). Nhưng khi Phi-ơ cố ngăn cản hành trình lên thập tự giá của Chúa Giê-su, Ngài gọi ông là 'Satan' (tiếng A-ram: </w:t>
      </w:r>
      <w:r>
        <w:rPr>
          <w:b w:val="0"/>
          <w:i/>
        </w:rPr>
        <w:t>satana</w:t>
      </w:r>
      <w:r>
        <w:rPr>
          <w:b w:val="0"/>
          <w:i w:val="0"/>
        </w:rPr>
        <w:t xml:space="preserve">) và giải thích rằng điều này có nghĩa ông là một 'đá vấp ngã' (tiếng Hy Lạp: </w:t>
      </w:r>
      <w:r>
        <w:rPr>
          <w:b w:val="0"/>
          <w:i/>
        </w:rPr>
        <w:t>skandalon</w:t>
      </w:r>
      <w:r>
        <w:rPr>
          <w:b w:val="0"/>
          <w:i w:val="0"/>
        </w:rPr>
        <w:t>).</w:t>
      </w:r>
    </w:p>
    <w:p>
      <w:pPr>
        <w:spacing w:after="80"/>
      </w:pPr>
      <w:r>
        <w:rPr>
          <w:b/>
          <w:i w:val="0"/>
        </w:rPr>
        <w:t>xxiii. ABBA/CHA:</w:t>
      </w:r>
      <w:r>
        <w:rPr>
          <w:b w:val="0"/>
          <w:i w:val="0"/>
        </w:rPr>
        <w:t xml:space="preserve"> Chúa Giê-su nói tiếng A-ram, và trong một dịp nọ trong các Phúc Âm (Mark 14:36) Ngài dùng từ A-ram </w:t>
      </w:r>
      <w:r>
        <w:rPr>
          <w:b w:val="0"/>
          <w:i/>
        </w:rPr>
        <w:t>Abba</w:t>
      </w:r>
      <w:r>
        <w:rPr>
          <w:b w:val="0"/>
          <w:i w:val="0"/>
        </w:rPr>
        <w:t>, và thánh sử dịch từ này cho độc giả Hy Lạp của mình là 'cha'. Từ này được trẻ em dùng khi nghĩ về cha mình theo cách vừa kính trọng, vừa vâng lời, vừa yêu thương.</w:t>
      </w:r>
    </w:p>
    <w:p>
      <w:pPr>
        <w:spacing w:after="80"/>
      </w:pPr>
      <w:r>
        <w:rPr>
          <w:b/>
          <w:i w:val="0"/>
        </w:rPr>
        <w:t>xxiv. NÚI TABOR:</w:t>
      </w:r>
      <w:r>
        <w:rPr>
          <w:b w:val="0"/>
          <w:i w:val="0"/>
        </w:rPr>
        <w:t xml:space="preserve"> Ngọn núi nhỏ này, phải leo một quãng rất dốc mới tới, nằm ở phía nam Nazareth, trên đường đến Judea. Thật khó để chắc chắn điều gì thực sự đã xảy ra trong cuộc gặp gỡ kỳ lạ giữa các môn đồ với Chúa Giê-su biến hình. Cũng không thể chắc chắn nơi đó là đâu. Truyền thống Chính Thống giáo thường đặt biến cố biến hình trên núi Hermon hùng vĩ hơn. Mối liên hệ và sự nhầm lẫn sau đó được gợi ra từ việc Hermon và Tabor được đặt cạnh nhau trong Thánh Vịnh 89:12: 'Phương bắc và phương nam – Ngài đã tạo dựng chúng; Tabor và Hermon vui mừng ca ngợi danh Ngài.'</w:t>
      </w:r>
    </w:p>
    <w:p>
      <w:pPr>
        <w:spacing w:after="80"/>
      </w:pPr>
      <w:r>
        <w:rPr>
          <w:b/>
          <w:i w:val="0"/>
        </w:rPr>
        <w:t>xxv. NHỮNG LỜI TIÊN BÁO VỀ CUỘC KHỔ NẠN CỦA CHÚA GIÊ-SU:</w:t>
      </w:r>
      <w:r>
        <w:rPr>
          <w:b w:val="0"/>
          <w:i w:val="0"/>
        </w:rPr>
        <w:t xml:space="preserve"> Những lời tiên báo của Chúa Giê-su về cuộc khổ nạn của mình trong hành trình lên Jerusalem này đã được phát triển thêm qua quá trình kể lại. Chúa Giê-su rất có thể đã nói về cái chết sắp tới của mình bằng những lời gần với: 'Con Người sẽ bị nộp vào tay người ta và họ sẽ giết Ngài.' Ngài có lẽ cũng đã nói, trong đức tin và hy vọng, về việc cuối cùng Ngài sẽ được Thiên Chúa minh oan. Vào thời điểm các Phúc Âm được viết ra, sự minh oan này được diễn đạt bằng những gì Giáo hội sơ khai tin rằng đã thực sự xảy ra: sự phục sinh vào ngày thứ ba.</w:t>
      </w:r>
    </w:p>
    <w:p>
      <w:pPr>
        <w:spacing w:after="80"/>
      </w:pPr>
      <w:r>
        <w:rPr>
          <w:b/>
          <w:i w:val="0"/>
        </w:rPr>
        <w:t>xxvi. NGƯỜI KHÁCH LẠ TỪ GALILEE:</w:t>
      </w:r>
      <w:r>
        <w:rPr>
          <w:b w:val="0"/>
          <w:i w:val="0"/>
        </w:rPr>
        <w:t xml:space="preserve"> Đến điểm này, sự phụ thuộc của </w:t>
      </w:r>
      <w:r>
        <w:rPr>
          <w:b w:val="0"/>
          <w:i/>
        </w:rPr>
        <w:t>The Gospel According to Judas</w:t>
      </w:r>
      <w:r>
        <w:rPr>
          <w:b w:val="0"/>
          <w:i w:val="0"/>
        </w:rPr>
        <w:t xml:space="preserve"> vào các truyền thống đã hình thành nên các Phúc Âm Nhất Lãm (Matthew, Mark và Luke) trở nên rõ ràng. Chúa Giê-su đến Jerusalem lần đầu tiên. Trong Phúc Âm John, Chúa Giê-su được thấy thường xuyên ở Jerusalem.</w:t>
      </w:r>
    </w:p>
    <w:p>
      <w:pPr>
        <w:spacing w:after="80"/>
      </w:pPr>
      <w:r>
        <w:rPr>
          <w:b/>
          <w:i w:val="0"/>
        </w:rPr>
        <w:t>xxvii. CHÚA GIÊ-SU NHƯ MỘT NHÀ TIÊN TRI:</w:t>
      </w:r>
      <w:r>
        <w:rPr>
          <w:b w:val="0"/>
          <w:i w:val="0"/>
        </w:rPr>
        <w:t xml:space="preserve"> Nhiều nghiên cứu lịch sử-phê bình về 'Chúa Giê-su trước Lễ Phục Sinh' đã đi đến kết luận rằng Chúa Giê-su và các môn đồ hiểu Ngài là một nhà tiên tri.</w:t>
      </w:r>
    </w:p>
    <w:p>
      <w:pPr>
        <w:spacing w:after="80"/>
      </w:pPr>
      <w:r>
        <w:rPr>
          <w:b/>
          <w:i w:val="0"/>
        </w:rPr>
        <w:t>xxviii. CHÚA GIÊ-SU, CON VUA DAVID:</w:t>
      </w:r>
      <w:r>
        <w:rPr>
          <w:b w:val="0"/>
          <w:i w:val="0"/>
        </w:rPr>
        <w:t xml:space="preserve"> Các Ki-tô hữu sơ khai xem Chúa Giê-su là Con Vua David mang tính Đấng Mê-si-a (xem, ví dụ, Matt 1:1). Nhưng trong </w:t>
      </w:r>
      <w:r>
        <w:rPr>
          <w:b w:val="0"/>
          <w:i/>
        </w:rPr>
        <w:t>The Gospel According to Judas</w:t>
      </w:r>
      <w:r>
        <w:rPr>
          <w:b w:val="0"/>
          <w:i w:val="0"/>
        </w:rPr>
        <w:t xml:space="preserve">, Chúa Giê-su không tự đồng nhất mình với Con Vua David. Việc chữa lành cho Bartimaeus là dịp duy nhất trong Phúc Âm này mà Chúa Giê-su không từ chối danh hiệu đó. Các học giả đều đồng ý rộng rãi rằng việc Chúa Giê-su đơn độc chấp nhận thuật ngữ 'Con Vua David' trong Phúc Âm Mark (Mark 10:46–52) không liên quan đến cách dùng thuật ngữ này mang tính Đấng Mê-si-a, mà liên quan đến truyền thống Do Thái nhìn lại 'con vua David' trong lịch sử, tức Vua Solomon, như một người chữa bệnh. Trong </w:t>
      </w:r>
      <w:r>
        <w:rPr>
          <w:b w:val="0"/>
          <w:i/>
        </w:rPr>
        <w:t>The Gospel According to Judas</w:t>
      </w:r>
      <w:r>
        <w:rPr>
          <w:b w:val="0"/>
          <w:i w:val="0"/>
        </w:rPr>
        <w:t>, Judas hiểu lầm lời cầu xin của Bartimaeus mù lòa với Chúa Giê-su như một người chữa bệnh. Câu hỏi của ông với Phi-ơ cho thấy ông có lại hy vọng rằng Chúa Giê-su là Con Vua David theo nghĩa là Đấng Mê-si-a thuộc dòng David.</w:t>
      </w:r>
    </w:p>
    <w:p>
      <w:pPr>
        <w:spacing w:after="80"/>
      </w:pPr>
      <w:r>
        <w:rPr>
          <w:b/>
          <w:i w:val="0"/>
        </w:rPr>
        <w:t>xxix. CHÚA GIÊ-SU VÀO JERUSALEM:</w:t>
      </w:r>
      <w:r>
        <w:rPr>
          <w:b w:val="0"/>
          <w:i w:val="0"/>
        </w:rPr>
        <w:t xml:space="preserve"> Thật khó để tái dựng điều gì đã xảy ra, về mặt lịch sử, trong dịp Chúa Giê-su vào Jerusalem. Cảnh tượng như được mô tả trong </w:t>
      </w:r>
      <w:r>
        <w:rPr>
          <w:b w:val="0"/>
          <w:i/>
        </w:rPr>
        <w:t>The Gospel According to Judas</w:t>
      </w:r>
      <w:r>
        <w:rPr>
          <w:b w:val="0"/>
          <w:i w:val="0"/>
        </w:rPr>
        <w:t xml:space="preserve"> dựa trên John 12:12–16 và Zech 9:9–11.</w:t>
      </w:r>
    </w:p>
    <w:p>
      <w:pPr>
        <w:spacing w:after="80"/>
      </w:pPr>
      <w:r>
        <w:rPr>
          <w:b/>
          <w:i w:val="0"/>
        </w:rPr>
        <w:t>xxx. TRÌNH TỰ CÁC SỰ KIỆN Ở JERUSALEM:</w:t>
      </w:r>
      <w:r>
        <w:rPr>
          <w:b w:val="0"/>
          <w:i w:val="0"/>
        </w:rPr>
        <w:t xml:space="preserve"> Trong cả bốn Phúc Âm Ki-tô giáo, trình tự các sự kiện hoàn toàn giống nhau: vào thành, giảng dạy, bữa tối, Gethsemane, phiên xử của người Do Thái, phiên xử của người La Mã, đóng đinh, chôn cất, phát hiện ngôi mộ trống, những lần hiện ra sau phục sinh (không có trong Mark). Nhưng thời điểm của những sự kiện này thay đổi tùy theo từng phúc âm, cũng như trong </w:t>
      </w:r>
      <w:r>
        <w:rPr>
          <w:b w:val="0"/>
          <w:i/>
        </w:rPr>
        <w:t>The Gospel According to Judas</w:t>
      </w:r>
      <w:r>
        <w:rPr>
          <w:b w:val="0"/>
          <w:i w:val="0"/>
        </w:rPr>
        <w:t>.</w:t>
      </w:r>
    </w:p>
    <w:p>
      <w:pPr>
        <w:spacing w:after="80"/>
      </w:pPr>
      <w:r>
        <w:rPr>
          <w:b/>
          <w:i w:val="0"/>
        </w:rPr>
        <w:t>xxxi. SANHEDRIN:</w:t>
      </w:r>
      <w:r>
        <w:rPr>
          <w:b w:val="0"/>
          <w:i w:val="0"/>
        </w:rPr>
        <w:t xml:space="preserve"> Đây là tòa án cao nhất được Rome cho phép để truy tố và trừng phạt người Do Thái theo luật Do Thái. Thật khó để xác định chính xác ai tạo nên cơ quan này, hoặc thậm chí liệu có chỉ một Sanhedrin hay không. Theo các Phúc Âm, có một Sanhedrin ở Jerusalem, và nó bao gồm cả các Thầy Tư Tế lẫn người Pha-ri-si, cùng với các Kinh Sư của họ.</w:t>
      </w:r>
    </w:p>
    <w:p>
      <w:pPr>
        <w:spacing w:after="80"/>
      </w:pPr>
      <w:r>
        <w:rPr>
          <w:b/>
          <w:i w:val="0"/>
        </w:rPr>
        <w:t>xxxii. NHỮNG NGƯỜI ĐỔI TIỀN TRONG ĐỀN THỜ:</w:t>
      </w:r>
      <w:r>
        <w:rPr>
          <w:b w:val="0"/>
          <w:i w:val="0"/>
        </w:rPr>
        <w:t xml:space="preserve"> Những người đổi tiền ngồi ở sân ngoài của Đền Thờ đang thực hiện một dịch vụ thiết yếu cho sự thanh tịnh của Đền Thờ. Việc mang bất kỳ đồng tiền nào có hình người hoặc động vật vào khu vực thiêng liêng của Đền Thờ là trái luật. Vì vậy, tất cả những ai vào Đền Thờ đều giao tiền của mình cho những người đổi tiền. Họ đổi bất kỳ tiền Do Thái nào sang đồng tiền Tyrian, loại không có hình ảnh. Khi rời Đền Thờ, người thờ phượng sẽ lấy lại số tiền mang những hình ảnh đó. Chi tiết này phải được ghi nhớ khi đọc </w:t>
      </w:r>
      <w:r>
        <w:rPr>
          <w:b w:val="0"/>
          <w:i/>
        </w:rPr>
        <w:t>The Gospel According to Judas</w:t>
      </w:r>
      <w:r>
        <w:rPr>
          <w:b w:val="0"/>
          <w:i w:val="0"/>
        </w:rPr>
        <w:t xml:space="preserve"> 19:16–19. Chúa Giê-su bị người Pha-ri-si chất vấn trong Đền Thờ, và xin xem một đồng tiền. Họ cho Ngài xem một đồng có hình Caesar. Không người Do Thái nào đáng lẽ phải sở hữu một đồng tiền như vậy trong Đền Thờ.</w:t>
      </w:r>
    </w:p>
    <w:p>
      <w:pPr>
        <w:spacing w:after="80"/>
      </w:pPr>
      <w:r>
        <w:rPr>
          <w:b/>
          <w:i w:val="0"/>
        </w:rPr>
        <w:t>xxxiii. NGHI LỄ LỄ VƯỢT QUA:</w:t>
      </w:r>
      <w:r>
        <w:rPr>
          <w:b w:val="0"/>
          <w:i w:val="0"/>
        </w:rPr>
        <w:t xml:space="preserve"> Thật khó để xác lập chính xác Lễ Vượt Qua được cử hành như thế nào vào thời Chúa Giê-su. Tuy nhiên, một đặc điểm không đổi được tìm thấy trong các truyền thống cổ xưa khác nhau là việc dùng các yếu tố trong một bữa ăn (rau đắng, bánh mì và rượu) để nhớ lại những sự kiện cứu độ được ghi trong tường thuật Kinh Thánh về cuộc xuất hành của Israel khỏi Ai Cập (xem Exodus 12:1–19:26). Chúa Giê-su lặp lại những truyền thống này trong bữa tối cuối cùng, và hành động của Ngài với bánh và rượu – cùng với những lời của Ngài giải thích ý nghĩa của các biểu tượng bánh và rượu – vẫn là lời nhắc nhở thường xuyên về Bữa Tiệc của Chúa trong hầu hết các truyền thống Ki-tô giáo.</w:t>
      </w:r>
    </w:p>
    <w:p>
      <w:pPr>
        <w:spacing w:after="80"/>
      </w:pPr>
      <w:r>
        <w:rPr>
          <w:b/>
          <w:i w:val="0"/>
        </w:rPr>
        <w:t>xxxiv. SỰ VÔ TỘI CỦA CHÚA GIÊ-SU:</w:t>
      </w:r>
      <w:r>
        <w:rPr>
          <w:b w:val="0"/>
          <w:i w:val="0"/>
        </w:rPr>
        <w:t xml:space="preserve"> Các Phúc Âm Ki-tô giáo (Matthew, Mark, Luke và John) đều chỉ ra rằng không có cáo buộc chân thực nào chống lại Chúa Giê-su. Phiên xử của người Do Thái tiến hành trên cơ sở bằng chứng mâu thuẫn, và phiên xử của người La Mã tiếp theo được điểm xuyết bằng những lời tuyên bố của Pilate nhấn mạnh rằng ông không tìm thấy tội gì nơi Chúa Giê-su.</w:t>
      </w:r>
    </w:p>
    <w:p>
      <w:pPr>
        <w:spacing w:after="80"/>
      </w:pPr>
      <w:r>
        <w:rPr>
          <w:b/>
          <w:i w:val="0"/>
        </w:rPr>
        <w:t>xxxv. NGHI THỨC NHẬP MÔN TẠI QUMRAN:</w:t>
      </w:r>
      <w:r>
        <w:rPr>
          <w:b w:val="0"/>
          <w:i w:val="0"/>
        </w:rPr>
        <w:t xml:space="preserve"> Việc chỉ ra một giới hạn thời gian mà Benjamin có thể ở lại Qumran, trừ khi ông muốn ở đó suốt phần đời còn lại, phản ánh bằng chứng của các nhân chứng thế kỷ thứ nhất, Josephus và Philo, cùng với các văn bản của Cuộn Biển Chết. Bất kỳ ai muốn gia nhập cộng đồng đều được chấp nhận cho một năm thử thách. Vào cuối năm đó, họ được nhận vào nghi thức tắm rửa mang tính nghi lễ, một yếu tố then chốt trong thực hành của người Essene. Sau khi được nhận, ứng viên phải ở lại thêm hai năm, kết thúc bằng một buổi lễ tuyên thệ trung thành. Benjamin không có mong muốn trở thành một phần của quá trình này, và do đó đồng ý trở về Kerioth.</w:t>
      </w:r>
    </w:p>
    <w:p>
      <w:pPr>
        <w:spacing w:after="80"/>
      </w:pPr>
      <w:r>
        <w:rPr>
          <w:b/>
          <w:i w:val="0"/>
        </w:rPr>
        <w:t>xxxvi. CHIẾN TRANH BÙNG NỔ:</w:t>
      </w:r>
      <w:r>
        <w:rPr>
          <w:b w:val="0"/>
          <w:i w:val="0"/>
        </w:rPr>
        <w:t xml:space="preserve"> Nhiều yếu tố dẫn đến sự bùng nổ cuối cùng của cuộc chiến tranh Do Thái-La Mã lần thứ nhất (còn gọi là Cuộc Khởi Nghĩa Do Thái Lớn) vào năm AD66. Việc đóng đinh bất kỳ ai chống lại Rome, cùng với việc trốn chạy và cuối cùng là tự sát của người Essene, được nhà sử học Do Thái Josephus (</w:t>
      </w:r>
      <w:r>
        <w:rPr>
          <w:b w:val="0"/>
          <w:i/>
        </w:rPr>
        <w:t>khoảng</w:t>
      </w:r>
      <w:r>
        <w:rPr>
          <w:b w:val="0"/>
          <w:i w:val="0"/>
        </w:rPr>
        <w:t xml:space="preserve"> AD37–101) thuật lại. Ông là một người Do Thái ban đầu tham gia cuộc khởi nghĩa Do Thái và chiến đấu chống lại người La Mã ở Galilee, và sau khi bị bắt đã đổi phe. Ông là nhân chứng tốt nhất mà chúng ta có về các sự kiện của Chiến Tranh Do Thái, mặc dù ông thường bênh vực người La Mã và đổ lỗi cho những người Do Thái cuồng tín về kết cục. Cuộc chiến bắt đầu dưới thời Vespasian (AD66) nhưng Jerusalem bị phá hủy khi Titus là tổng chỉ huy quân đội La Mã (AD70). Cả hai cuối cùng đều trở thành Hoàng đế Rome.</w:t>
      </w:r>
    </w:p>
    <w:p>
      <w:pPr>
        <w:spacing w:after="80"/>
      </w:pPr>
      <w:r>
        <w:rPr>
          <w:b/>
          <w:i w:val="0"/>
        </w:rPr>
        <w:t>xxxvii. SẮC LỆNH CỦA TITUS:</w:t>
      </w:r>
      <w:r>
        <w:rPr>
          <w:b w:val="0"/>
          <w:i w:val="0"/>
        </w:rPr>
        <w:t xml:space="preserve"> Sau khi bị bao vây tứ phía, các thủ lĩnh Jerusalem vẫn từ chối chấp nhận rằng thất bại và hủy diệt là không thể tránh khỏi. Josephus làm nhẹ đi sắc lệnh của Titus, nhưng nó vẫn đủ dữ dội: 'Titus nổi giận vì những người bị mắc kẹt trong thành của họ lại dám đòi ông đưa ra điều kiện như thể họ là những kẻ chinh phục. Ông ra lệnh ban hành một sắc lệnh. Không ai được trốn khỏi thành nữa, cũng không được tìm kiếm bất kỳ điều khoản hòa bình nào. Nếu họ cố làm vậy, ông sẽ không tha cho họ.' (Josephus, </w:t>
      </w:r>
      <w:r>
        <w:rPr>
          <w:b w:val="0"/>
          <w:i/>
        </w:rPr>
        <w:t>Jewish War</w:t>
      </w:r>
      <w:r>
        <w:rPr>
          <w:b w:val="0"/>
          <w:i w:val="0"/>
        </w:rPr>
        <w:t>, VI. 352)</w:t>
      </w:r>
    </w:p>
    <w:p>
      <w:pPr>
        <w:spacing w:after="80"/>
      </w:pPr>
      <w:r>
        <w:rPr>
          <w:b/>
          <w:i w:val="0"/>
        </w:rPr>
        <w:t>xxxviii. NƯỚC HÓA THÀNH RƯỢU:</w:t>
      </w:r>
      <w:r>
        <w:rPr>
          <w:b w:val="0"/>
          <w:i w:val="0"/>
        </w:rPr>
        <w:t xml:space="preserve"> Mọi người đều công nhận, ngay cả những học giả khó tính nhất, rằng Chúa Giê-su đã thực hiện nhiều phép lạ trước mắt những người đương thời, chẳng hạn như trừ tà và chữa bệnh. Những sự kiện như đi trên mặt nước và biến nước thành rượu thường được gọi là "phép lạ thiên nhiên". Khi những tín hữu Cơ Đốc giáo sơ khai bắt đầu chấp nhận và hiểu rằng Chúa Giê-su phục sinh chính là Đấng Christ và là Con Đức Chúa Trời, họ cũng bắt đầu cho phép các truyền thống được đưa vào những câu chuyện về Chúa Giê-su nhằm chứng minh rằng không chỉ YHWH, Đức Chúa Trời của Israel, là Chúa của biển cả và chủ nhân của thiên nhiên, mà Chúa Giê-su cũng vậy. Có nền tảng Cựu Ước vững chắc về YHWH là chủ nhân của các nguyên tố (Thi 29; 65:7–8; 89:9; 104:3–4; 107:24–32). Sự xuất hiện của thời đại Đấng Mê-si-a cũng được đánh dấu bằng một bữa tiệc với rượu và thức ăn ngon dồi dào (xem Ô-sê 2:19–20; Ê-sai 25:6–8; Giê-rê-mi 2:2). Tuy nhiên, nếu điều đó là thật, thì Chúa Giê-su đã biến khoảng 120 gallon nước thành rượu!</w:t>
      </w:r>
    </w:p>
    <w:p>
      <w:pPr>
        <w:spacing w:after="80"/>
      </w:pPr>
      <w:r>
        <w:rPr>
          <w:b/>
          <w:i w:val="0"/>
        </w:rPr>
        <w:t>xxxix. NHÓM MƯỜI HAI:</w:t>
      </w:r>
      <w:r>
        <w:rPr>
          <w:b w:val="0"/>
          <w:i w:val="0"/>
        </w:rPr>
        <w:t xml:space="preserve"> Có sự đồng thuận rộng rãi rằng Chúa Giê-su đã chọn một nhóm nội bộ gồm mười hai người từ trong nhiều môn đồ và tín đồ của Ngài. Họ được gọi là "Nhóm Mười Hai" trong Ma-thi-ơ, Mác và Giăng. Trong Lu-ca, họ trở thành "Mười Hai Sứ Đồ". Việc Chúa Giê-su chọn Nhóm Mười Hai cho thấy ý định tạo ra một dân tộc mới của Đức Chúa Trời được xây dựng trên nền tảng dân tộc cũ của Đức Chúa Trời, đặt nền trên Mười Hai Chi Tộc Israel. Con số "mười hai" có ý nghĩa thần học. Nhóm Mười Hai tạo thành nền tảng cho việc thiết lập dân của Đức Chúa Trời. Vì lý do này, khi Giu-đa bị loại khỏi nhóm Mười Hai, một nhân chứng khác về Chúa Giê-su, từ khởi đầu cho đến sự phục sinh của Ngài, đã được chọn bằng cách bắt thăm. "Nhóm Mười Hai" phải được duy trì (Công vụ 1:21–26).</w:t>
      </w:r>
    </w:p>
    <w:p>
      <w:pPr>
        <w:spacing w:after="80"/>
      </w:pPr>
      <w:r>
        <w:rPr>
          <w:b/>
          <w:i w:val="0"/>
        </w:rPr>
        <w:t>xl. TỰ SÁT:</w:t>
      </w:r>
      <w:r>
        <w:rPr>
          <w:b w:val="0"/>
          <w:i w:val="0"/>
        </w:rPr>
        <w:t xml:space="preserve"> Không có điều răn rõ ràng nào chống lại việc tự sát trong Kinh Thánh Hê-bơ-rơ, nhưng quyền tối thượng của Đức Chúa Trời đối với sự sống và những lệnh cấm của Israel về việc làm đổ máu người ngụ ý rằng điều đó bị cấm. Các giáo sĩ Do Thái cuối cùng đã đi đến chỗ cấm tự sát một cách rõ ràng. Xem, ví dụ, giáo huấn của giáo sĩ Do Thái trong </w:t>
      </w:r>
      <w:r>
        <w:rPr>
          <w:b w:val="0"/>
          <w:i/>
        </w:rPr>
        <w:t>Genesis Rabbah</w:t>
      </w:r>
      <w:r>
        <w:rPr>
          <w:b w:val="0"/>
          <w:i w:val="0"/>
        </w:rPr>
        <w:t xml:space="preserve"> 34:21b. Có thể khiến một số độc giả của </w:t>
      </w:r>
      <w:r>
        <w:rPr>
          <w:b w:val="0"/>
          <w:i/>
        </w:rPr>
        <w:t>The Gospel according to Judas</w:t>
      </w:r>
      <w:r>
        <w:rPr>
          <w:b w:val="0"/>
          <w:i w:val="0"/>
        </w:rPr>
        <w:t xml:space="preserve"> ngạc nhiên rằng ông ấy không treo cổ tự tử. Người Cơ Đốc giáo thường chấp nhận phổ biến rằng đó là trường hợp đã xảy ra. Tuy nhiên, chỉ có một chỗ duy nhất đề cập đến việc tự sát của Giu-đa trong Tân Ước: Ma-thi-ơ 27:3–10. Theo Lu-ca (Công vụ 1:18), ông ấy sưng lên và vỡ ra ở giữa, và ruột ông ấy trào ra. Không có gì được nói về cái chết của Giu-đa trong các Phúc Âm Mác, Lu-ca hay Giăng. Do đó, chỉ có Ma-thi-ơ mô tả Giu-đa như một người Do Thái mà tội phản bội không thể tha thứ dẫn đến tội tự sát thêm nữa. Khi người ta nhận thức được ảnh hưởng của các văn bản Cựu Ước đối với Ma-thi-ơ 27:9–10 (xem Xa-cha-ri 11:12–13; Giê-rê-mi 32:6–15; 18:2–3), rất có thể báo cáo của Ma-thi-ơ về cái chết của Giu-đa là một nỗ lực nhằm bôi nhọ tên tuổi ông hơn nữa, dưới ánh sáng của những lời tiên tri Cựu Ước, trong khi điều đó chưa bao giờ thực sự xảy ra.</w:t>
      </w:r>
    </w:p>
    <w:p>
      <w:pPr>
        <w:spacing w:after="80"/>
      </w:pPr>
      <w:r>
        <w:rPr>
          <w:b/>
          <w:i w:val="0"/>
        </w:rPr>
        <w:t>xli. BA MƯƠI MIẾNG BẠC:</w:t>
      </w:r>
      <w:r>
        <w:rPr>
          <w:b w:val="0"/>
          <w:i w:val="0"/>
        </w:rPr>
        <w:t xml:space="preserve"> Trọng tâm trong hiểu biết phổ biến về việc Giu-đa phản bội Chúa Giê-su là việc các Thầy Tế Lễ Thượng Phẩm trả ba mươi miếng bạc. Không có học giả Tân Ước nghiêm túc nào chấp nhận rằng điều này đã từng xảy ra. Trong Phúc Âm Mác, sau khi Giu-đa đề nghị phản bội Chúa Giê-su, có ghi rằng: "Khi họ nghe điều đó, họ vui mừng và hứa cho ông tiền" (Mác 14:11). Phúc Âm Lu-ca không đề cập đến việc trao đổi tiền bạc nào, Phúc Âm Giăng cũng vậy. Cũng nên lưu ý rằng văn bản Phúc Âm Mác không ngụ ý rằng bất kỳ khoản tiền nào đã được trao đi. Tác giả Phúc Âm Ma-thi-ơ có Phúc Âm Mác trước mặt, và ông theo phần lớn nội dung đó, với những thêm thắt. Ma-thi-ơ không thể chấp nhận rằng Đấng Mê-si-a lại bị bán rẻ như vậy bởi thỏa thuận không đẹp đẽ giữa các thầy tế lễ và một trong các môn đồ của Ngài. Do đó, ông quay sang những lời tiên tri từ Xa-cha-ri và Giê-rê-mi và phát triển chủ đề này trong hai đoạn chính: Ma-thi-ơ 26:15 ("Và họ trả cho ông ba mươi miếng bạc") và Ma-thi-ơ 27:3–10 (việc trả lại ba mươi miếng bạc, việc Giu-đa tự sát và việc mua cánh đồng của thợ gốm bằng số tiền đó). Không có điều nào trong số này được tìm thấy ở bất kỳ nơi nào khác trong các Phúc Âm, nhưng chúng là những chi tiết nằm ở trung tâm của việc rao giảng của Giáo Hội Cơ Đốc giáo, và hiểu biết phổ biến về Giu-đa. Ma-thi-ơ muốn cho thấy rằng Chúa Giê-su không bị lừa. Dù bi thảm đến đâu, sự phản bội là sự ứng nghiệm của lời tiên tri. Các chi tiết về ba mươi miếng bạc đến từ Xa-cha-ri 11:12 ("Vậy họ cân ba mươi miếng bạc làm tiền công của tôi" [xem Ma-thi-ơ 26:15]), Xa-cha-ri 11:13 ("Vậy tôi lấy ba mươi miếng bạc và ném chúng vào kho bạc, trong nhà của Chúa" [xem Ma-thi-ơ 27:5]), và một tập hợp các văn bản từ Giê-rê-mi 18:2 ("cánh đồng của thợ gốm" [xem Ma-thi-ơ 27:7]) và Giê-rê-mi 32:7–9 (việc mua một cánh đồng bằng những miếng bạc [xem Ma-thi-ơ 27:7–9]).</w:t>
      </w:r>
    </w:p>
    <w:p>
      <w:pPr>
        <w:spacing w:after="80"/>
      </w:pPr>
      <w:r>
        <w:rPr>
          <w:b/>
          <w:i w:val="0"/>
        </w:rPr>
        <w:t>xlii. MASADA:</w:t>
      </w:r>
      <w:r>
        <w:rPr>
          <w:b w:val="0"/>
          <w:i w:val="0"/>
        </w:rPr>
        <w:t xml:space="preserve"> Một pháo đài-cung điện gần như không thể công phá đã được Hê-rốt Đại Đế (</w:t>
      </w:r>
      <w:r>
        <w:rPr>
          <w:b w:val="0"/>
          <w:i/>
        </w:rPr>
        <w:t>khoảng</w:t>
      </w:r>
      <w:r>
        <w:rPr>
          <w:b w:val="0"/>
          <w:i w:val="0"/>
        </w:rPr>
        <w:t xml:space="preserve"> 73–4 TCN) xây dựng trên đỉnh một ngọn núi bên cạnh Biển Muối. Ngay cả ngày nay, nó chỉ có thể tiếp cận bằng đường bộ từ phía Biển Muối qua con đường được gọi là "đường rắn". Người La Mã, dưới quyền Titus, cuối cùng đã chiếm được nó vào năm 74 SCN.</w:t>
      </w:r>
    </w:p>
    <w:p>
      <w:pPr>
        <w:spacing w:after="80"/>
      </w:pPr>
      <w:r>
        <w:rPr>
          <w:b/>
          <w:i w:val="0"/>
        </w:rPr>
        <w:t>xliii. VIỆC ĐÓNG ĐINH CỦA TITUS:</w:t>
      </w:r>
      <w:r>
        <w:rPr>
          <w:b w:val="0"/>
          <w:i w:val="0"/>
        </w:rPr>
        <w:t xml:space="preserve"> Việc đóng đinh trên thập tự giá được người La Mã coi là hình thức trừng phạt tối cao nhất (</w:t>
      </w:r>
      <w:r>
        <w:rPr>
          <w:b w:val="0"/>
          <w:i/>
        </w:rPr>
        <w:t>summum supplicium</w:t>
      </w:r>
      <w:r>
        <w:rPr>
          <w:b w:val="0"/>
          <w:i w:val="0"/>
        </w:rPr>
        <w:t xml:space="preserve">). Josephus ghi lại rằng Titus đã sử dụng hình thức hành quyết này thường xuyên trong Chiến Tranh Do Thái, và đặc biệt là sau cuộc bao vây Jerusalem. Xem, ví dụ, Josephus, </w:t>
      </w:r>
      <w:r>
        <w:rPr>
          <w:b w:val="0"/>
          <w:i/>
        </w:rPr>
        <w:t>Jewish War</w:t>
      </w:r>
      <w:r>
        <w:rPr>
          <w:b w:val="0"/>
          <w:i w:val="0"/>
        </w:rPr>
        <w:t>, V.449–451, nơi Josephus ghi lại việc đóng đinh nhiều người Do Thái mỗi ngày đến mức "không còn chỗ cho thập tự giá và không đủ thập tự giá cho các thi thể".</w:t>
      </w:r>
    </w:p>
    <w:p>
      <w:pPr>
        <w:spacing w:after="80"/>
        <w:jc w:val="right"/>
      </w:pPr>
      <w:r>
        <w:rPr>
          <w:b w:val="0"/>
          <w:i w:val="0"/>
        </w:rPr>
        <w:t>FRANCIS J. MOLONEY</w:t>
      </w:r>
      <w:r>
        <w:br/>
      </w:r>
      <w:r>
        <w:rPr>
          <w:b w:val="0"/>
          <w:i w:val="0"/>
        </w:rPr>
        <w:t xml:space="preserve"> JEFFREY ARCHER</w:t>
      </w:r>
    </w:p>
    <w:p>
      <w:pPr>
        <w:jc w:val="center"/>
      </w:pPr>
      <w:r>
        <w:drawing>
          <wp:inline xmlns:a="http://schemas.openxmlformats.org/drawingml/2006/main" xmlns:pic="http://schemas.openxmlformats.org/drawingml/2006/picture">
            <wp:extent cx="514350" cy="57150"/>
            <wp:docPr id="26" name="Picture 26"/>
            <wp:cNvGraphicFramePr>
              <a:graphicFrameLocks noChangeAspect="1"/>
            </wp:cNvGraphicFramePr>
            <a:graphic>
              <a:graphicData uri="http://schemas.openxmlformats.org/drawingml/2006/picture">
                <pic:pic>
                  <pic:nvPicPr>
                    <pic:cNvPr id="0" name="ta03.jpg"/>
                    <pic:cNvPicPr/>
                  </pic:nvPicPr>
                  <pic:blipFill>
                    <a:blip r:embed="rId14"/>
                    <a:stretch>
                      <a:fillRect/>
                    </a:stretch>
                  </pic:blipFill>
                  <pic:spPr>
                    <a:xfrm>
                      <a:off x="0" y="0"/>
                      <a:ext cx="514350" cy="57150"/>
                    </a:xfrm>
                    <a:prstGeom prst="rect"/>
                  </pic:spPr>
                </pic:pic>
              </a:graphicData>
            </a:graphic>
          </wp:inline>
        </w:drawing>
      </w:r>
    </w:p>
    <w:p>
      <w:pPr>
        <w:spacing w:after="80"/>
      </w:pPr>
      <w:r>
        <w:rPr>
          <w:b/>
          <w:i w:val="0"/>
        </w:rPr>
        <w:t>JEFFREY ARCHER</w:t>
      </w:r>
      <w:r>
        <w:rPr>
          <w:b w:val="0"/>
          <w:i w:val="0"/>
        </w:rPr>
        <w:t xml:space="preserve"> là một tác giả bán chạy quốc tế, với doanh số hơn 125 triệu bản của những cuốn tiểu thuyết như </w:t>
      </w:r>
      <w:r>
        <w:rPr>
          <w:b w:val="0"/>
          <w:i/>
        </w:rPr>
        <w:t>Kane and Abel, The Prodigal Daughter, The Eleventh Commandment</w:t>
      </w:r>
      <w:r>
        <w:rPr>
          <w:b w:val="0"/>
          <w:i w:val="0"/>
        </w:rPr>
        <w:t xml:space="preserve"> và, trong số các truyện ngắn của ông, </w:t>
      </w:r>
      <w:r>
        <w:rPr>
          <w:b w:val="0"/>
          <w:i/>
        </w:rPr>
        <w:t>The First Miracle</w:t>
      </w:r>
      <w:r>
        <w:rPr>
          <w:b w:val="0"/>
          <w:i w:val="0"/>
        </w:rPr>
        <w:t>.</w:t>
      </w:r>
    </w:p>
    <w:p>
      <w:pPr>
        <w:spacing w:after="80"/>
      </w:pPr>
      <w:r>
        <w:rPr>
          <w:b w:val="0"/>
          <w:i w:val="0"/>
        </w:rPr>
        <w:t>Ông được giáo dục tại Oxford và là cựu Nghị Sĩ Quốc Hội. Hiện ông là thành viên của Viện Quý Tộc.</w:t>
      </w:r>
    </w:p>
    <w:p>
      <w:pPr>
        <w:spacing w:after="80"/>
      </w:pPr>
      <w:r>
        <w:rPr>
          <w:b w:val="0"/>
          <w:i w:val="0"/>
        </w:rPr>
        <w:t>Ông sống cùng vợ Mary, tại Old Vicarage, Grantchester, và ở London. Họ có hai con trai.</w:t>
      </w:r>
    </w:p>
    <w:p>
      <w:pPr>
        <w:spacing w:after="80"/>
      </w:pPr>
      <w:r>
        <w:rPr>
          <w:b/>
          <w:i w:val="0"/>
        </w:rPr>
        <w:t>GIÁO SƯ MOLONEY</w:t>
      </w:r>
      <w:r>
        <w:rPr>
          <w:b w:val="0"/>
          <w:i w:val="0"/>
        </w:rPr>
        <w:t xml:space="preserve"> đã là một nhân vật hàng đầu trong truyền thống thần học Công Giáo La Mã trong ba mươi năm qua. Trong mười tám năm qua với tư cách là thành viên của Ủy Ban Thần Học Quốc Tế thuộc Tòa Thánh, ông đã gắn bó chặt chẽ với chủ tịch của ủy ban, Hồng Y Joseph Ratzinger, nay là Giáo Hoàng Benedict XVI. Là tác giả của nhiều nghiên cứu về Tân Ước và thế giới của nó, ấn phẩm gần đây nhất của ông là </w:t>
      </w:r>
      <w:r>
        <w:rPr>
          <w:b w:val="0"/>
          <w:i/>
        </w:rPr>
        <w:t>The Living Voice of the Gospel: The Gospels Today</w:t>
      </w:r>
      <w:r>
        <w:rPr>
          <w:b w:val="0"/>
          <w:i w:val="0"/>
        </w:rPr>
        <w:t>.</w:t>
      </w:r>
    </w:p>
    <w:p>
      <w:pPr>
        <w:spacing w:after="80"/>
      </w:pPr>
      <w:r>
        <w:rPr>
          <w:b w:val="0"/>
          <w:i w:val="0"/>
        </w:rPr>
        <w:t>Hiện ông là bề trên cấp cao của một dòng tu Công Giáo La Mã, dòng Salesians of Don Bosco.</w:t>
      </w:r>
    </w:p>
    <w:p>
      <w:pPr>
        <w:jc w:val="center"/>
      </w:pPr>
      <w:r>
        <w:drawing>
          <wp:inline xmlns:a="http://schemas.openxmlformats.org/drawingml/2006/main" xmlns:pic="http://schemas.openxmlformats.org/drawingml/2006/picture">
            <wp:extent cx="390525" cy="114300"/>
            <wp:docPr id="27" name="Picture 27"/>
            <wp:cNvGraphicFramePr>
              <a:graphicFrameLocks noChangeAspect="1"/>
            </wp:cNvGraphicFramePr>
            <a:graphic>
              <a:graphicData uri="http://schemas.openxmlformats.org/drawingml/2006/picture">
                <pic:pic>
                  <pic:nvPicPr>
                    <pic:cNvPr id="0" name="vii.jpg"/>
                    <pic:cNvPicPr/>
                  </pic:nvPicPr>
                  <pic:blipFill>
                    <a:blip r:embed="rId11"/>
                    <a:stretch>
                      <a:fillRect/>
                    </a:stretch>
                  </pic:blipFill>
                  <pic:spPr>
                    <a:xfrm>
                      <a:off x="0" y="0"/>
                      <a:ext cx="390525" cy="114300"/>
                    </a:xfrm>
                    <a:prstGeom prst="rect"/>
                  </pic:spPr>
                </pic:pic>
              </a:graphicData>
            </a:graphic>
          </wp:inline>
        </w:drawing>
      </w:r>
    </w:p>
    <w:p>
      <w:pPr>
        <w:jc w:val="center"/>
      </w:pPr>
      <w:r>
        <w:drawing>
          <wp:inline xmlns:a="http://schemas.openxmlformats.org/drawingml/2006/main" xmlns:pic="http://schemas.openxmlformats.org/drawingml/2006/picture">
            <wp:extent cx="323850" cy="266700"/>
            <wp:docPr id="28" name="Picture 28"/>
            <wp:cNvGraphicFramePr>
              <a:graphicFrameLocks noChangeAspect="1"/>
            </wp:cNvGraphicFramePr>
            <a:graphic>
              <a:graphicData uri="http://schemas.openxmlformats.org/drawingml/2006/picture">
                <pic:pic>
                  <pic:nvPicPr>
                    <pic:cNvPr id="0" name="crlogo.jpg"/>
                    <pic:cNvPicPr/>
                  </pic:nvPicPr>
                  <pic:blipFill>
                    <a:blip r:embed="rId15"/>
                    <a:stretch>
                      <a:fillRect/>
                    </a:stretch>
                  </pic:blipFill>
                  <pic:spPr>
                    <a:xfrm>
                      <a:off x="0" y="0"/>
                      <a:ext cx="323850" cy="266700"/>
                    </a:xfrm>
                    <a:prstGeom prst="rect"/>
                  </pic:spPr>
                </pic:pic>
              </a:graphicData>
            </a:graphic>
          </wp:inline>
        </w:drawing>
      </w:r>
    </w:p>
    <w:p>
      <w:pPr>
        <w:spacing w:after="80"/>
      </w:pPr>
      <w:r>
        <w:rPr>
          <w:b w:val="0"/>
          <w:i w:val="0"/>
        </w:rPr>
        <w:t>St. Martin's Press</w:t>
      </w:r>
    </w:p>
    <w:p>
      <w:pPr>
        <w:spacing w:after="80"/>
      </w:pPr>
      <w:r>
        <w:rPr>
          <w:b w:val="0"/>
          <w:i w:val="0"/>
        </w:rPr>
        <w:t>Bản quyền © 2007 bởi Jeffrey Archer. Mọi quyền được bảo lưu. Không phần nào của cuốn sách này được sử dụng hoặc tái bản dưới bất kỳ hình thức nào mà không có sự cho phép bằng văn bản, ngoại trừ trường hợp trích dẫn ngắn gọn được đưa vào các bài phê bình hoặc đánh giá. Để biết thông tin, xin liên hệ St. Martin's Press, 175 Fifth Avenue, New York, N.Y. 10010.</w:t>
      </w:r>
    </w:p>
    <w:p>
      <w:pPr>
        <w:spacing w:after="80"/>
      </w:pPr>
      <w:r>
        <w:rPr>
          <w:b/>
          <w:i w:val="0"/>
        </w:rPr>
        <w:t>www.stmartins.com</w:t>
      </w:r>
    </w:p>
    <w:p>
      <w:pPr>
        <w:spacing w:after="80"/>
      </w:pPr>
      <w:r>
        <w:rPr>
          <w:b w:val="0"/>
          <w:i w:val="0"/>
        </w:rPr>
        <w:t>Dữ liệu Biên Mục Xuất Bản của Thư Viện Quốc Hội</w:t>
      </w:r>
      <w:r>
        <w:br/>
      </w:r>
      <w:r>
        <w:rPr>
          <w:b w:val="0"/>
          <w:i w:val="0"/>
        </w:rPr>
        <w:t xml:space="preserve"> Có Sẵn Theo Yêu Cầu</w:t>
      </w:r>
    </w:p>
    <w:p>
      <w:pPr>
        <w:spacing w:after="80"/>
      </w:pPr>
      <w:r>
        <w:rPr>
          <w:b w:val="0"/>
          <w:i w:val="0"/>
        </w:rPr>
        <w:t>ISBN: 978-1-4299-6687-0</w:t>
      </w:r>
    </w:p>
    <w:p>
      <w:pPr>
        <w:spacing w:after="80"/>
      </w:pPr>
      <w:r>
        <w:rPr>
          <w:b w:val="0"/>
          <w:i w:val="0"/>
        </w:rPr>
        <w:t>Lần đầu tiên xuất bản tại Vương quốc Anh bởi Macmillan,</w:t>
      </w:r>
      <w:r>
        <w:br/>
      </w:r>
      <w:r>
        <w:rPr>
          <w:b w:val="0"/>
          <w:i w:val="0"/>
        </w:rPr>
        <w:t xml:space="preserve"> một ấn phẩm của Pan Macmillan Ltd.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